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7DAD4" w14:textId="77777777" w:rsidR="006650AF" w:rsidRDefault="006650AF" w:rsidP="006650AF">
      <w:pPr>
        <w:jc w:val="center"/>
        <w:rPr>
          <w:rFonts w:asciiTheme="minorBidi" w:hAnsiTheme="minorBidi"/>
          <w:b/>
          <w:bCs/>
          <w:sz w:val="24"/>
          <w:szCs w:val="24"/>
        </w:rPr>
      </w:pPr>
    </w:p>
    <w:p w14:paraId="39BCD7E7" w14:textId="77777777" w:rsidR="006650AF" w:rsidRDefault="006650AF" w:rsidP="006650AF">
      <w:pPr>
        <w:jc w:val="center"/>
        <w:rPr>
          <w:rFonts w:asciiTheme="minorBidi" w:hAnsiTheme="minorBidi"/>
          <w:b/>
          <w:bCs/>
          <w:sz w:val="24"/>
          <w:szCs w:val="24"/>
        </w:rPr>
      </w:pPr>
    </w:p>
    <w:p w14:paraId="303D0C36" w14:textId="77777777" w:rsidR="006650AF" w:rsidRDefault="006650AF" w:rsidP="006650AF">
      <w:pPr>
        <w:jc w:val="center"/>
        <w:rPr>
          <w:rFonts w:asciiTheme="minorBidi" w:hAnsiTheme="minorBidi"/>
          <w:b/>
          <w:bCs/>
          <w:sz w:val="24"/>
          <w:szCs w:val="24"/>
        </w:rPr>
      </w:pPr>
    </w:p>
    <w:p w14:paraId="6FB55C6E" w14:textId="77777777" w:rsidR="006650AF" w:rsidRDefault="006650AF" w:rsidP="006650AF">
      <w:pPr>
        <w:jc w:val="center"/>
        <w:rPr>
          <w:rFonts w:asciiTheme="minorBidi" w:hAnsiTheme="minorBidi"/>
          <w:b/>
          <w:bCs/>
          <w:sz w:val="24"/>
          <w:szCs w:val="24"/>
        </w:rPr>
      </w:pPr>
    </w:p>
    <w:p w14:paraId="160DE730" w14:textId="77777777" w:rsidR="007C2D36" w:rsidRDefault="007C2D36" w:rsidP="006650AF">
      <w:pPr>
        <w:jc w:val="center"/>
        <w:rPr>
          <w:rFonts w:asciiTheme="minorBidi" w:hAnsiTheme="minorBidi"/>
          <w:b/>
          <w:bCs/>
          <w:sz w:val="24"/>
          <w:szCs w:val="24"/>
        </w:rPr>
      </w:pPr>
    </w:p>
    <w:p w14:paraId="5460828A" w14:textId="77777777" w:rsidR="007C2D36" w:rsidRDefault="007C2D36" w:rsidP="006650AF">
      <w:pPr>
        <w:jc w:val="center"/>
        <w:rPr>
          <w:rFonts w:asciiTheme="minorBidi" w:hAnsiTheme="minorBidi"/>
          <w:b/>
          <w:bCs/>
          <w:sz w:val="24"/>
          <w:szCs w:val="24"/>
        </w:rPr>
      </w:pPr>
    </w:p>
    <w:p w14:paraId="5412346B" w14:textId="2FF99D22" w:rsidR="000671F3" w:rsidRDefault="006650AF" w:rsidP="006650AF">
      <w:pPr>
        <w:jc w:val="center"/>
        <w:rPr>
          <w:rFonts w:asciiTheme="minorBidi" w:hAnsiTheme="minorBidi"/>
          <w:b/>
          <w:bCs/>
          <w:sz w:val="24"/>
          <w:szCs w:val="24"/>
        </w:rPr>
      </w:pPr>
      <w:r w:rsidRPr="006650AF">
        <w:rPr>
          <w:rFonts w:asciiTheme="minorBidi" w:hAnsiTheme="minorBidi"/>
          <w:b/>
          <w:bCs/>
          <w:sz w:val="24"/>
          <w:szCs w:val="24"/>
        </w:rPr>
        <w:t>LCLM4005 LON Employability and Career Development</w:t>
      </w:r>
    </w:p>
    <w:p w14:paraId="6EAE792D" w14:textId="77777777" w:rsidR="007C2D36" w:rsidRDefault="007C2D36" w:rsidP="006650AF">
      <w:pPr>
        <w:jc w:val="center"/>
        <w:rPr>
          <w:rFonts w:asciiTheme="minorBidi" w:hAnsiTheme="minorBidi"/>
          <w:b/>
          <w:bCs/>
          <w:sz w:val="24"/>
          <w:szCs w:val="24"/>
        </w:rPr>
      </w:pPr>
    </w:p>
    <w:p w14:paraId="5D18F6DD" w14:textId="77777777" w:rsidR="007C2D36" w:rsidRDefault="007C2D36" w:rsidP="006650AF">
      <w:pPr>
        <w:jc w:val="center"/>
        <w:rPr>
          <w:rFonts w:asciiTheme="minorBidi" w:hAnsiTheme="minorBidi"/>
          <w:b/>
          <w:bCs/>
          <w:sz w:val="24"/>
          <w:szCs w:val="24"/>
        </w:rPr>
      </w:pPr>
    </w:p>
    <w:p w14:paraId="6132D41C" w14:textId="760020DE" w:rsidR="007C2D36" w:rsidRDefault="007C2D36">
      <w:pPr>
        <w:rPr>
          <w:rFonts w:asciiTheme="minorBidi" w:hAnsiTheme="minorBidi"/>
          <w:b/>
          <w:bCs/>
          <w:sz w:val="24"/>
          <w:szCs w:val="24"/>
        </w:rPr>
      </w:pPr>
      <w:r>
        <w:rPr>
          <w:rFonts w:asciiTheme="minorBidi" w:hAnsiTheme="minorBidi"/>
          <w:b/>
          <w:bCs/>
          <w:sz w:val="24"/>
          <w:szCs w:val="24"/>
        </w:rPr>
        <w:br w:type="page"/>
      </w:r>
    </w:p>
    <w:p w14:paraId="7DF9D7A9" w14:textId="172B9828" w:rsidR="007C2D36" w:rsidRDefault="007C2D36" w:rsidP="006650AF">
      <w:pPr>
        <w:jc w:val="center"/>
        <w:rPr>
          <w:rFonts w:asciiTheme="minorBidi" w:hAnsiTheme="minorBidi"/>
          <w:b/>
          <w:bCs/>
          <w:sz w:val="24"/>
          <w:szCs w:val="24"/>
        </w:rPr>
      </w:pPr>
      <w:r>
        <w:rPr>
          <w:rFonts w:asciiTheme="minorBidi" w:hAnsiTheme="minorBidi"/>
          <w:b/>
          <w:bCs/>
          <w:sz w:val="24"/>
          <w:szCs w:val="24"/>
        </w:rPr>
        <w:lastRenderedPageBreak/>
        <w:t>Table of Contents</w:t>
      </w:r>
    </w:p>
    <w:p w14:paraId="00E112F4" w14:textId="77777777" w:rsidR="007C2D36" w:rsidRDefault="007C2D36" w:rsidP="006650AF">
      <w:pPr>
        <w:jc w:val="center"/>
        <w:rPr>
          <w:rFonts w:asciiTheme="minorBidi" w:hAnsiTheme="minorBidi"/>
          <w:b/>
          <w:bCs/>
          <w:sz w:val="24"/>
          <w:szCs w:val="24"/>
        </w:rPr>
      </w:pPr>
    </w:p>
    <w:p w14:paraId="1407B279" w14:textId="18A8997D" w:rsidR="007C2D36" w:rsidRDefault="00016171" w:rsidP="007C2D36">
      <w:pPr>
        <w:rPr>
          <w:rFonts w:asciiTheme="minorBidi" w:hAnsiTheme="minorBidi"/>
          <w:sz w:val="24"/>
          <w:szCs w:val="24"/>
        </w:rPr>
      </w:pPr>
      <w:proofErr w:type="gramStart"/>
      <w:r>
        <w:rPr>
          <w:rFonts w:asciiTheme="minorBidi" w:hAnsiTheme="minorBidi"/>
          <w:sz w:val="24"/>
          <w:szCs w:val="24"/>
        </w:rPr>
        <w:t>CV</w:t>
      </w:r>
      <w:proofErr w:type="gramEnd"/>
      <w:r>
        <w:rPr>
          <w:rFonts w:asciiTheme="minorBidi" w:hAnsiTheme="minorBidi"/>
          <w:sz w:val="24"/>
          <w:szCs w:val="24"/>
        </w:rPr>
        <w:t xml:space="preserve"> …………………… </w:t>
      </w:r>
      <w:proofErr w:type="gramStart"/>
      <w:r>
        <w:rPr>
          <w:rFonts w:asciiTheme="minorBidi" w:hAnsiTheme="minorBidi"/>
          <w:sz w:val="24"/>
          <w:szCs w:val="24"/>
        </w:rPr>
        <w:t>3</w:t>
      </w:r>
      <w:proofErr w:type="gramEnd"/>
    </w:p>
    <w:p w14:paraId="1D23230D" w14:textId="65577579" w:rsidR="00016171" w:rsidRDefault="00016171" w:rsidP="007C2D36">
      <w:pPr>
        <w:rPr>
          <w:rFonts w:asciiTheme="minorBidi" w:hAnsiTheme="minorBidi"/>
          <w:sz w:val="24"/>
          <w:szCs w:val="24"/>
        </w:rPr>
      </w:pPr>
      <w:r>
        <w:rPr>
          <w:rFonts w:asciiTheme="minorBidi" w:hAnsiTheme="minorBidi"/>
          <w:sz w:val="24"/>
          <w:szCs w:val="24"/>
        </w:rPr>
        <w:t>Cover letter …………. 4</w:t>
      </w:r>
    </w:p>
    <w:p w14:paraId="7CCBAF00" w14:textId="2E186995" w:rsidR="00016171" w:rsidRPr="00016171" w:rsidRDefault="00016171" w:rsidP="007C2D36">
      <w:pPr>
        <w:rPr>
          <w:rFonts w:asciiTheme="minorBidi" w:hAnsiTheme="minorBidi"/>
          <w:sz w:val="24"/>
          <w:szCs w:val="24"/>
        </w:rPr>
      </w:pPr>
      <w:r>
        <w:rPr>
          <w:rFonts w:asciiTheme="minorBidi" w:hAnsiTheme="minorBidi"/>
          <w:sz w:val="24"/>
          <w:szCs w:val="24"/>
        </w:rPr>
        <w:t>Job advert ……………</w:t>
      </w:r>
      <w:proofErr w:type="gramStart"/>
      <w:r>
        <w:rPr>
          <w:rFonts w:asciiTheme="minorBidi" w:hAnsiTheme="minorBidi"/>
          <w:sz w:val="24"/>
          <w:szCs w:val="24"/>
        </w:rPr>
        <w:t>6</w:t>
      </w:r>
      <w:proofErr w:type="gramEnd"/>
    </w:p>
    <w:p w14:paraId="0F3B365B" w14:textId="77777777" w:rsidR="006650AF" w:rsidRDefault="006650AF" w:rsidP="006650AF">
      <w:pPr>
        <w:jc w:val="center"/>
        <w:rPr>
          <w:b/>
          <w:bCs/>
        </w:rPr>
      </w:pPr>
    </w:p>
    <w:p w14:paraId="464E8A4B" w14:textId="77777777" w:rsidR="00825E41" w:rsidRDefault="00825E41" w:rsidP="006650AF">
      <w:pPr>
        <w:jc w:val="center"/>
        <w:rPr>
          <w:b/>
          <w:bCs/>
        </w:rPr>
      </w:pPr>
    </w:p>
    <w:p w14:paraId="29B8CA55" w14:textId="77777777" w:rsidR="00825E41" w:rsidRPr="006650AF" w:rsidRDefault="00825E41" w:rsidP="006650AF">
      <w:pPr>
        <w:jc w:val="center"/>
        <w:rPr>
          <w:b/>
          <w:bCs/>
        </w:rPr>
      </w:pPr>
    </w:p>
    <w:p w14:paraId="22E833ED" w14:textId="77777777" w:rsidR="00825E41" w:rsidRDefault="00825E41">
      <w:r>
        <w:br w:type="page"/>
      </w: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10484"/>
      </w:tblGrid>
      <w:tr w:rsidR="008C7DA2" w:rsidRPr="00DA4E9A" w14:paraId="6663C0B3" w14:textId="77777777">
        <w:trPr>
          <w:jc w:val="center"/>
        </w:trPr>
        <w:tc>
          <w:tcPr>
            <w:tcW w:w="11232" w:type="dxa"/>
            <w:tcMar>
              <w:top w:w="90" w:type="dxa"/>
              <w:left w:w="90" w:type="dxa"/>
              <w:bottom w:w="90" w:type="dxa"/>
              <w:right w:w="90" w:type="dxa"/>
            </w:tcMar>
          </w:tcPr>
          <w:p w14:paraId="62FA4247" w14:textId="3136EB28" w:rsidR="00DB2220" w:rsidRPr="00DA4E9A" w:rsidRDefault="00DB2220" w:rsidP="00907A62">
            <w:pPr>
              <w:spacing w:line="240" w:lineRule="auto"/>
              <w:rPr>
                <w:rFonts w:ascii="Arial" w:hAnsi="Arial" w:cs="Arial"/>
                <w:sz w:val="22"/>
              </w:rPr>
            </w:pPr>
          </w:p>
          <w:tbl>
            <w:tblPr>
              <w:tblW w:w="0" w:type="auto"/>
              <w:tblBorders>
                <w:top w:val="nil"/>
                <w:left w:val="nil"/>
                <w:bottom w:val="nil"/>
                <w:right w:val="nil"/>
                <w:insideH w:val="nil"/>
                <w:insideV w:val="nil"/>
              </w:tblBorders>
              <w:tblLook w:val="04A0" w:firstRow="1" w:lastRow="0" w:firstColumn="1" w:lastColumn="0" w:noHBand="0" w:noVBand="1"/>
            </w:tblPr>
            <w:tblGrid>
              <w:gridCol w:w="6912"/>
              <w:gridCol w:w="3312"/>
            </w:tblGrid>
            <w:tr w:rsidR="008C7DA2" w:rsidRPr="0089141B" w14:paraId="1BBB4629" w14:textId="77777777">
              <w:tc>
                <w:tcPr>
                  <w:tcW w:w="6912" w:type="dxa"/>
                  <w:tcMar>
                    <w:top w:w="0" w:type="dxa"/>
                    <w:left w:w="0" w:type="dxa"/>
                    <w:bottom w:w="0" w:type="dxa"/>
                    <w:right w:w="0" w:type="dxa"/>
                  </w:tcMar>
                </w:tcPr>
                <w:p w14:paraId="26D22F42" w14:textId="165E2CBF" w:rsidR="00DB2220" w:rsidRPr="008E605B" w:rsidRDefault="0089141B" w:rsidP="00907A62">
                  <w:pPr>
                    <w:spacing w:after="0" w:line="240" w:lineRule="auto"/>
                    <w:rPr>
                      <w:rFonts w:ascii="Arial" w:hAnsi="Arial" w:cs="Arial"/>
                      <w:b/>
                      <w:bCs/>
                      <w:sz w:val="48"/>
                      <w:szCs w:val="48"/>
                    </w:rPr>
                  </w:pPr>
                  <w:r w:rsidRPr="008E605B">
                    <w:rPr>
                      <w:rFonts w:ascii="Arial" w:hAnsi="Arial" w:cs="Arial"/>
                      <w:b/>
                      <w:bCs/>
                      <w:sz w:val="48"/>
                      <w:szCs w:val="48"/>
                    </w:rPr>
                    <w:t>Johnson Anane</w:t>
                  </w:r>
                </w:p>
              </w:tc>
              <w:tc>
                <w:tcPr>
                  <w:tcW w:w="3312" w:type="dxa"/>
                  <w:tcMar>
                    <w:top w:w="0" w:type="dxa"/>
                    <w:left w:w="0" w:type="dxa"/>
                    <w:bottom w:w="0" w:type="dxa"/>
                    <w:right w:w="0" w:type="dxa"/>
                  </w:tcMar>
                </w:tcPr>
                <w:p w14:paraId="08037876" w14:textId="77777777" w:rsidR="00DB2220" w:rsidRPr="0089141B" w:rsidRDefault="00000000" w:rsidP="00907A62">
                  <w:pPr>
                    <w:spacing w:after="0" w:line="240" w:lineRule="auto"/>
                    <w:rPr>
                      <w:rFonts w:ascii="Arial" w:hAnsi="Arial" w:cs="Arial"/>
                      <w:sz w:val="24"/>
                      <w:szCs w:val="24"/>
                    </w:rPr>
                  </w:pPr>
                  <w:r w:rsidRPr="0089141B">
                    <w:rPr>
                      <w:rFonts w:ascii="Arial" w:hAnsi="Arial" w:cs="Arial"/>
                      <w:sz w:val="24"/>
                      <w:szCs w:val="24"/>
                    </w:rPr>
                    <w:t>London, UK</w:t>
                  </w:r>
                </w:p>
                <w:p w14:paraId="0830EB23" w14:textId="77777777" w:rsidR="00DB2220" w:rsidRPr="0089141B" w:rsidRDefault="00000000" w:rsidP="00907A62">
                  <w:pPr>
                    <w:spacing w:after="0" w:line="240" w:lineRule="auto"/>
                    <w:rPr>
                      <w:rFonts w:ascii="Arial" w:hAnsi="Arial" w:cs="Arial"/>
                      <w:sz w:val="24"/>
                      <w:szCs w:val="24"/>
                    </w:rPr>
                  </w:pPr>
                  <w:r w:rsidRPr="0089141B">
                    <w:rPr>
                      <w:rFonts w:ascii="Arial" w:hAnsi="Arial" w:cs="Arial"/>
                      <w:sz w:val="24"/>
                      <w:szCs w:val="24"/>
                    </w:rPr>
                    <w:t>07458 321674</w:t>
                  </w:r>
                </w:p>
                <w:p w14:paraId="57B94DE5" w14:textId="12107824" w:rsidR="00DB2220" w:rsidRPr="0089141B" w:rsidRDefault="008E605B" w:rsidP="00907A62">
                  <w:pPr>
                    <w:spacing w:after="0" w:line="240" w:lineRule="auto"/>
                    <w:rPr>
                      <w:rFonts w:ascii="Arial" w:hAnsi="Arial" w:cs="Arial"/>
                      <w:sz w:val="24"/>
                      <w:szCs w:val="24"/>
                    </w:rPr>
                  </w:pPr>
                  <w:r>
                    <w:rPr>
                      <w:rFonts w:ascii="Arial" w:hAnsi="Arial" w:cs="Arial"/>
                      <w:sz w:val="24"/>
                      <w:szCs w:val="24"/>
                    </w:rPr>
                    <w:t>johnson.anane</w:t>
                  </w:r>
                  <w:r w:rsidRPr="0089141B">
                    <w:rPr>
                      <w:rFonts w:ascii="Arial" w:hAnsi="Arial" w:cs="Arial"/>
                      <w:sz w:val="24"/>
                      <w:szCs w:val="24"/>
                    </w:rPr>
                    <w:t>@</w:t>
                  </w:r>
                  <w:r w:rsidR="00B33431" w:rsidRPr="0089141B">
                    <w:rPr>
                      <w:rFonts w:ascii="Arial" w:hAnsi="Arial" w:cs="Arial"/>
                      <w:sz w:val="24"/>
                      <w:szCs w:val="24"/>
                    </w:rPr>
                    <w:t>g</w:t>
                  </w:r>
                  <w:r w:rsidRPr="0089141B">
                    <w:rPr>
                      <w:rFonts w:ascii="Arial" w:hAnsi="Arial" w:cs="Arial"/>
                      <w:sz w:val="24"/>
                      <w:szCs w:val="24"/>
                    </w:rPr>
                    <w:t>mail.com</w:t>
                  </w:r>
                </w:p>
                <w:p w14:paraId="7AEE1C29" w14:textId="77777777" w:rsidR="00DB2220" w:rsidRPr="0089141B" w:rsidRDefault="00DB2220" w:rsidP="00907A62">
                  <w:pPr>
                    <w:pBdr>
                      <w:bottom w:val="single" w:sz="16" w:space="1" w:color="0F7F79"/>
                    </w:pBdr>
                    <w:spacing w:before="60" w:after="80" w:line="240" w:lineRule="auto"/>
                    <w:rPr>
                      <w:rFonts w:ascii="Arial" w:hAnsi="Arial" w:cs="Arial"/>
                      <w:sz w:val="24"/>
                      <w:szCs w:val="24"/>
                    </w:rPr>
                  </w:pPr>
                </w:p>
              </w:tc>
            </w:tr>
          </w:tbl>
          <w:tbl>
            <w:tblPr>
              <w:tblpPr w:leftFromText="180" w:rightFromText="180" w:vertAnchor="text" w:horzAnchor="margin" w:tblpY="106"/>
              <w:tblOverlap w:val="never"/>
              <w:tblW w:w="0" w:type="auto"/>
              <w:tblBorders>
                <w:top w:val="nil"/>
                <w:left w:val="nil"/>
                <w:bottom w:val="nil"/>
                <w:right w:val="nil"/>
                <w:insideH w:val="nil"/>
                <w:insideV w:val="nil"/>
              </w:tblBorders>
              <w:tblLook w:val="04A0" w:firstRow="1" w:lastRow="0" w:firstColumn="1" w:lastColumn="0" w:noHBand="0" w:noVBand="1"/>
            </w:tblPr>
            <w:tblGrid>
              <w:gridCol w:w="6696"/>
              <w:gridCol w:w="3528"/>
            </w:tblGrid>
            <w:tr w:rsidR="008C7DA2" w:rsidRPr="00CF5761" w14:paraId="79F0B421" w14:textId="77777777" w:rsidTr="008C7DA2">
              <w:tc>
                <w:tcPr>
                  <w:tcW w:w="6696" w:type="dxa"/>
                  <w:tcMar>
                    <w:top w:w="0" w:type="dxa"/>
                    <w:left w:w="10" w:type="dxa"/>
                    <w:bottom w:w="0" w:type="dxa"/>
                    <w:right w:w="10" w:type="dxa"/>
                  </w:tcMar>
                </w:tcPr>
                <w:p w14:paraId="3524A2F8" w14:textId="6DEF4E91" w:rsidR="008C7DA2" w:rsidRPr="0089141B" w:rsidRDefault="00B800D3" w:rsidP="00907A62">
                  <w:pPr>
                    <w:spacing w:before="160" w:after="80" w:line="240" w:lineRule="auto"/>
                    <w:rPr>
                      <w:rFonts w:ascii="Arial" w:hAnsi="Arial" w:cs="Arial"/>
                      <w:sz w:val="24"/>
                      <w:szCs w:val="24"/>
                    </w:rPr>
                  </w:pPr>
                  <w:r w:rsidRPr="0089141B">
                    <w:rPr>
                      <w:rFonts w:ascii="Arial" w:hAnsi="Arial" w:cs="Arial"/>
                      <w:b/>
                      <w:sz w:val="24"/>
                      <w:szCs w:val="24"/>
                    </w:rPr>
                    <w:t>PROFILE</w:t>
                  </w:r>
                </w:p>
                <w:p w14:paraId="598CC881" w14:textId="77777777" w:rsidR="008C7DA2" w:rsidRPr="0089141B" w:rsidRDefault="008C7DA2" w:rsidP="00907A62">
                  <w:pPr>
                    <w:pBdr>
                      <w:bottom w:val="single" w:sz="12" w:space="1" w:color="0F7F79"/>
                    </w:pBdr>
                    <w:spacing w:after="120" w:line="240" w:lineRule="auto"/>
                    <w:rPr>
                      <w:rFonts w:ascii="Arial" w:hAnsi="Arial" w:cs="Arial"/>
                      <w:sz w:val="24"/>
                      <w:szCs w:val="24"/>
                    </w:rPr>
                  </w:pPr>
                  <w:r w:rsidRPr="0089141B">
                    <w:rPr>
                      <w:rFonts w:ascii="Arial" w:hAnsi="Arial" w:cs="Arial"/>
                      <w:sz w:val="24"/>
                      <w:szCs w:val="24"/>
                    </w:rPr>
                    <w:t xml:space="preserve">                                                                                </w:t>
                  </w:r>
                </w:p>
                <w:p w14:paraId="6C90813C" w14:textId="756CA8FC" w:rsidR="006F1696" w:rsidRPr="0089141B" w:rsidRDefault="00B800D3" w:rsidP="00907A62">
                  <w:pPr>
                    <w:spacing w:before="160" w:after="80" w:line="240" w:lineRule="auto"/>
                    <w:rPr>
                      <w:rFonts w:ascii="Arial" w:hAnsi="Arial" w:cs="Arial"/>
                      <w:b/>
                      <w:sz w:val="24"/>
                      <w:szCs w:val="24"/>
                    </w:rPr>
                  </w:pPr>
                  <w:r w:rsidRPr="0089141B">
                    <w:rPr>
                      <w:rFonts w:ascii="Arial" w:hAnsi="Arial" w:cs="Arial"/>
                      <w:sz w:val="24"/>
                      <w:szCs w:val="24"/>
                    </w:rPr>
                    <w:t xml:space="preserve">Organised and </w:t>
                  </w:r>
                  <w:proofErr w:type="gramStart"/>
                  <w:r w:rsidRPr="0089141B">
                    <w:rPr>
                      <w:rFonts w:ascii="Arial" w:hAnsi="Arial" w:cs="Arial"/>
                      <w:sz w:val="24"/>
                      <w:szCs w:val="24"/>
                    </w:rPr>
                    <w:t>proactive</w:t>
                  </w:r>
                  <w:proofErr w:type="gramEnd"/>
                  <w:r w:rsidRPr="0089141B">
                    <w:rPr>
                      <w:rFonts w:ascii="Arial" w:hAnsi="Arial" w:cs="Arial"/>
                      <w:sz w:val="24"/>
                      <w:szCs w:val="24"/>
                    </w:rPr>
                    <w:t xml:space="preserve"> professional with experience in customer-facing service, documentation, scheduling, and relationship management in </w:t>
                  </w:r>
                  <w:proofErr w:type="gramStart"/>
                  <w:r w:rsidRPr="0089141B">
                    <w:rPr>
                      <w:rFonts w:ascii="Arial" w:hAnsi="Arial" w:cs="Arial"/>
                      <w:sz w:val="24"/>
                      <w:szCs w:val="24"/>
                    </w:rPr>
                    <w:t>fast-paced environments</w:t>
                  </w:r>
                  <w:proofErr w:type="gramEnd"/>
                  <w:r w:rsidRPr="0089141B">
                    <w:rPr>
                      <w:rFonts w:ascii="Arial" w:hAnsi="Arial" w:cs="Arial"/>
                      <w:sz w:val="24"/>
                      <w:szCs w:val="24"/>
                    </w:rPr>
                    <w:t xml:space="preserve">. Now </w:t>
                  </w:r>
                  <w:proofErr w:type="gramStart"/>
                  <w:r w:rsidRPr="0089141B">
                    <w:rPr>
                      <w:rFonts w:ascii="Arial" w:hAnsi="Arial" w:cs="Arial"/>
                      <w:sz w:val="24"/>
                      <w:szCs w:val="24"/>
                    </w:rPr>
                    <w:t>seeking</w:t>
                  </w:r>
                  <w:proofErr w:type="gramEnd"/>
                  <w:r w:rsidRPr="0089141B">
                    <w:rPr>
                      <w:rFonts w:ascii="Arial" w:hAnsi="Arial" w:cs="Arial"/>
                      <w:sz w:val="24"/>
                      <w:szCs w:val="24"/>
                    </w:rPr>
                    <w:t xml:space="preserve"> to transition into a Business Development Executive role where strong </w:t>
                  </w:r>
                  <w:proofErr w:type="gramStart"/>
                  <w:r w:rsidRPr="0089141B">
                    <w:rPr>
                      <w:rFonts w:ascii="Arial" w:hAnsi="Arial" w:cs="Arial"/>
                      <w:sz w:val="24"/>
                      <w:szCs w:val="24"/>
                    </w:rPr>
                    <w:t>interpersonal skills</w:t>
                  </w:r>
                  <w:proofErr w:type="gramEnd"/>
                  <w:r w:rsidRPr="0089141B">
                    <w:rPr>
                      <w:rFonts w:ascii="Arial" w:hAnsi="Arial" w:cs="Arial"/>
                      <w:sz w:val="24"/>
                      <w:szCs w:val="24"/>
                    </w:rPr>
                    <w:t>, research capability, stakeholder support, and administrative coordination can contribute to client development, cross-team collaboration, and wider business growth.</w:t>
                  </w:r>
                </w:p>
                <w:p w14:paraId="4C55AB55" w14:textId="77777777" w:rsidR="00B800D3" w:rsidRPr="0089141B" w:rsidRDefault="00B800D3" w:rsidP="00907A62">
                  <w:pPr>
                    <w:spacing w:before="160" w:after="80" w:line="240" w:lineRule="auto"/>
                    <w:rPr>
                      <w:rFonts w:ascii="Arial" w:hAnsi="Arial" w:cs="Arial"/>
                      <w:b/>
                      <w:sz w:val="24"/>
                      <w:szCs w:val="24"/>
                    </w:rPr>
                  </w:pPr>
                </w:p>
                <w:p w14:paraId="32EEF3CC" w14:textId="10A6068B" w:rsidR="008C7DA2" w:rsidRPr="0089141B" w:rsidRDefault="008C7DA2" w:rsidP="00907A62">
                  <w:pPr>
                    <w:spacing w:before="160" w:after="80" w:line="240" w:lineRule="auto"/>
                    <w:rPr>
                      <w:rFonts w:ascii="Arial" w:hAnsi="Arial" w:cs="Arial"/>
                      <w:sz w:val="24"/>
                      <w:szCs w:val="24"/>
                    </w:rPr>
                  </w:pPr>
                  <w:r w:rsidRPr="0089141B">
                    <w:rPr>
                      <w:rFonts w:ascii="Arial" w:hAnsi="Arial" w:cs="Arial"/>
                      <w:b/>
                      <w:sz w:val="24"/>
                      <w:szCs w:val="24"/>
                    </w:rPr>
                    <w:t>EXPERIENCE</w:t>
                  </w:r>
                </w:p>
                <w:p w14:paraId="140BAF48" w14:textId="77777777" w:rsidR="008C7DA2" w:rsidRPr="0089141B" w:rsidRDefault="008C7DA2" w:rsidP="00907A62">
                  <w:pPr>
                    <w:pBdr>
                      <w:bottom w:val="single" w:sz="12" w:space="1" w:color="0F7F79"/>
                    </w:pBdr>
                    <w:spacing w:after="120" w:line="240" w:lineRule="auto"/>
                    <w:rPr>
                      <w:rFonts w:ascii="Arial" w:hAnsi="Arial" w:cs="Arial"/>
                      <w:sz w:val="24"/>
                      <w:szCs w:val="24"/>
                    </w:rPr>
                  </w:pPr>
                  <w:r w:rsidRPr="0089141B">
                    <w:rPr>
                      <w:rFonts w:ascii="Arial" w:hAnsi="Arial" w:cs="Arial"/>
                      <w:sz w:val="24"/>
                      <w:szCs w:val="24"/>
                    </w:rPr>
                    <w:t xml:space="preserve">                                                                                </w:t>
                  </w:r>
                </w:p>
                <w:p w14:paraId="1F500C4A" w14:textId="77777777" w:rsidR="008C7DA2" w:rsidRPr="0089141B" w:rsidRDefault="008C7DA2" w:rsidP="00907A62">
                  <w:pPr>
                    <w:spacing w:after="0" w:line="240" w:lineRule="auto"/>
                    <w:rPr>
                      <w:rFonts w:ascii="Arial" w:hAnsi="Arial" w:cs="Arial"/>
                      <w:sz w:val="24"/>
                      <w:szCs w:val="24"/>
                    </w:rPr>
                  </w:pPr>
                  <w:r w:rsidRPr="0089141B">
                    <w:rPr>
                      <w:rFonts w:ascii="Arial" w:hAnsi="Arial" w:cs="Arial"/>
                      <w:b/>
                      <w:sz w:val="24"/>
                      <w:szCs w:val="24"/>
                    </w:rPr>
                    <w:t>Young Transport Company - Delivery Driver</w:t>
                  </w:r>
                </w:p>
                <w:p w14:paraId="5CF43006" w14:textId="77777777" w:rsidR="008C7DA2" w:rsidRPr="0089141B" w:rsidRDefault="008C7DA2" w:rsidP="00907A62">
                  <w:pPr>
                    <w:spacing w:after="0" w:line="240" w:lineRule="auto"/>
                    <w:rPr>
                      <w:rFonts w:ascii="Arial" w:hAnsi="Arial" w:cs="Arial"/>
                      <w:sz w:val="24"/>
                      <w:szCs w:val="24"/>
                    </w:rPr>
                  </w:pPr>
                  <w:r w:rsidRPr="0089141B">
                    <w:rPr>
                      <w:rFonts w:ascii="Arial" w:hAnsi="Arial" w:cs="Arial"/>
                      <w:i/>
                      <w:sz w:val="24"/>
                      <w:szCs w:val="24"/>
                    </w:rPr>
                    <w:t>London, UK</w:t>
                  </w:r>
                </w:p>
                <w:p w14:paraId="1EE3386A" w14:textId="30959472" w:rsidR="008C7DA2" w:rsidRPr="0089141B" w:rsidRDefault="008C7DA2" w:rsidP="00907A62">
                  <w:pPr>
                    <w:spacing w:after="80" w:line="240" w:lineRule="auto"/>
                    <w:rPr>
                      <w:rFonts w:ascii="Arial" w:hAnsi="Arial" w:cs="Arial"/>
                      <w:sz w:val="24"/>
                      <w:szCs w:val="24"/>
                    </w:rPr>
                  </w:pPr>
                  <w:r w:rsidRPr="0089141B">
                    <w:rPr>
                      <w:rFonts w:ascii="Arial" w:hAnsi="Arial" w:cs="Arial"/>
                      <w:i/>
                      <w:sz w:val="24"/>
                      <w:szCs w:val="24"/>
                    </w:rPr>
                    <w:t>01/2019 - 02/202</w:t>
                  </w:r>
                  <w:r w:rsidR="00B33431" w:rsidRPr="0089141B">
                    <w:rPr>
                      <w:rFonts w:ascii="Arial" w:hAnsi="Arial" w:cs="Arial"/>
                      <w:i/>
                      <w:sz w:val="24"/>
                      <w:szCs w:val="24"/>
                    </w:rPr>
                    <w:t>4</w:t>
                  </w:r>
                </w:p>
                <w:p w14:paraId="0DF7F302" w14:textId="462C84D7" w:rsidR="008C7DA2" w:rsidRPr="0089141B" w:rsidRDefault="008C7DA2" w:rsidP="00907A62">
                  <w:pPr>
                    <w:spacing w:after="40" w:line="240" w:lineRule="auto"/>
                    <w:ind w:left="200" w:hanging="160"/>
                    <w:rPr>
                      <w:rFonts w:ascii="Arial" w:hAnsi="Arial" w:cs="Arial"/>
                      <w:sz w:val="24"/>
                      <w:szCs w:val="24"/>
                    </w:rPr>
                  </w:pPr>
                  <w:r w:rsidRPr="0089141B">
                    <w:rPr>
                      <w:rFonts w:ascii="Arial" w:hAnsi="Arial" w:cs="Arial"/>
                      <w:sz w:val="24"/>
                      <w:szCs w:val="24"/>
                    </w:rPr>
                    <w:t xml:space="preserve">• </w:t>
                  </w:r>
                  <w:r w:rsidR="00B800D3" w:rsidRPr="0089141B">
                    <w:rPr>
                      <w:rFonts w:ascii="Arial" w:hAnsi="Arial" w:cs="Arial"/>
                      <w:sz w:val="24"/>
                      <w:szCs w:val="24"/>
                    </w:rPr>
                    <w:t xml:space="preserve">Managed daily customer-facing service responsibilities across a high-volume schedule, ensuring </w:t>
                  </w:r>
                  <w:proofErr w:type="gramStart"/>
                  <w:r w:rsidR="00B800D3" w:rsidRPr="0089141B">
                    <w:rPr>
                      <w:rFonts w:ascii="Arial" w:hAnsi="Arial" w:cs="Arial"/>
                      <w:sz w:val="24"/>
                      <w:szCs w:val="24"/>
                    </w:rPr>
                    <w:t>timely</w:t>
                  </w:r>
                  <w:proofErr w:type="gramEnd"/>
                  <w:r w:rsidR="00B800D3" w:rsidRPr="0089141B">
                    <w:rPr>
                      <w:rFonts w:ascii="Arial" w:hAnsi="Arial" w:cs="Arial"/>
                      <w:sz w:val="24"/>
                      <w:szCs w:val="24"/>
                    </w:rPr>
                    <w:t xml:space="preserve"> and professional delivery support in a </w:t>
                  </w:r>
                  <w:proofErr w:type="gramStart"/>
                  <w:r w:rsidR="00B800D3" w:rsidRPr="0089141B">
                    <w:rPr>
                      <w:rFonts w:ascii="Arial" w:hAnsi="Arial" w:cs="Arial"/>
                      <w:sz w:val="24"/>
                      <w:szCs w:val="24"/>
                    </w:rPr>
                    <w:t>fast-paced environment</w:t>
                  </w:r>
                  <w:proofErr w:type="gramEnd"/>
                  <w:r w:rsidRPr="0089141B">
                    <w:rPr>
                      <w:rFonts w:ascii="Arial" w:hAnsi="Arial" w:cs="Arial"/>
                      <w:sz w:val="24"/>
                      <w:szCs w:val="24"/>
                    </w:rPr>
                    <w:t>.</w:t>
                  </w:r>
                </w:p>
                <w:p w14:paraId="7C32458D" w14:textId="77777777" w:rsidR="008C7DA2" w:rsidRPr="0089141B" w:rsidRDefault="008C7DA2" w:rsidP="00907A62">
                  <w:pPr>
                    <w:spacing w:after="40" w:line="240" w:lineRule="auto"/>
                    <w:ind w:left="200" w:hanging="160"/>
                    <w:rPr>
                      <w:rFonts w:ascii="Arial" w:hAnsi="Arial" w:cs="Arial"/>
                      <w:sz w:val="24"/>
                      <w:szCs w:val="24"/>
                    </w:rPr>
                  </w:pPr>
                  <w:r w:rsidRPr="0089141B">
                    <w:rPr>
                      <w:rFonts w:ascii="Arial" w:hAnsi="Arial" w:cs="Arial"/>
                      <w:sz w:val="24"/>
                      <w:szCs w:val="24"/>
                    </w:rPr>
                    <w:t xml:space="preserve">• Built and </w:t>
                  </w:r>
                  <w:proofErr w:type="gramStart"/>
                  <w:r w:rsidRPr="0089141B">
                    <w:rPr>
                      <w:rFonts w:ascii="Arial" w:hAnsi="Arial" w:cs="Arial"/>
                      <w:sz w:val="24"/>
                      <w:szCs w:val="24"/>
                    </w:rPr>
                    <w:t>maintained</w:t>
                  </w:r>
                  <w:proofErr w:type="gramEnd"/>
                  <w:r w:rsidRPr="0089141B">
                    <w:rPr>
                      <w:rFonts w:ascii="Arial" w:hAnsi="Arial" w:cs="Arial"/>
                      <w:sz w:val="24"/>
                      <w:szCs w:val="24"/>
                    </w:rPr>
                    <w:t xml:space="preserve"> positive customer relationships through professional communication, reliability, and responsive service.</w:t>
                  </w:r>
                </w:p>
                <w:p w14:paraId="2FA32A69" w14:textId="0408D907" w:rsidR="008C7DA2" w:rsidRPr="0089141B" w:rsidRDefault="008C7DA2" w:rsidP="00907A62">
                  <w:pPr>
                    <w:spacing w:after="40" w:line="240" w:lineRule="auto"/>
                    <w:ind w:left="200" w:hanging="160"/>
                    <w:rPr>
                      <w:rFonts w:ascii="Arial" w:hAnsi="Arial" w:cs="Arial"/>
                      <w:sz w:val="24"/>
                      <w:szCs w:val="24"/>
                    </w:rPr>
                  </w:pPr>
                  <w:r w:rsidRPr="0089141B">
                    <w:rPr>
                      <w:rFonts w:ascii="Arial" w:hAnsi="Arial" w:cs="Arial"/>
                      <w:sz w:val="24"/>
                      <w:szCs w:val="24"/>
                    </w:rPr>
                    <w:t xml:space="preserve">• Coordinated </w:t>
                  </w:r>
                  <w:r w:rsidR="00B800D3" w:rsidRPr="0089141B">
                    <w:rPr>
                      <w:rFonts w:ascii="Arial" w:hAnsi="Arial" w:cs="Arial"/>
                      <w:sz w:val="24"/>
                      <w:szCs w:val="24"/>
                    </w:rPr>
                    <w:t>changing priorities and schedules effectively, supporting smooth day-to-day operations and consistent service delivery</w:t>
                  </w:r>
                  <w:r w:rsidRPr="0089141B">
                    <w:rPr>
                      <w:rFonts w:ascii="Arial" w:hAnsi="Arial" w:cs="Arial"/>
                      <w:sz w:val="24"/>
                      <w:szCs w:val="24"/>
                    </w:rPr>
                    <w:t>.</w:t>
                  </w:r>
                </w:p>
                <w:p w14:paraId="08B0345E" w14:textId="6F31EE56" w:rsidR="008C7DA2" w:rsidRPr="0089141B" w:rsidRDefault="008C7DA2" w:rsidP="00907A62">
                  <w:pPr>
                    <w:spacing w:after="40" w:line="240" w:lineRule="auto"/>
                    <w:ind w:left="200" w:hanging="160"/>
                    <w:rPr>
                      <w:rFonts w:ascii="Arial" w:hAnsi="Arial" w:cs="Arial"/>
                      <w:sz w:val="24"/>
                      <w:szCs w:val="24"/>
                    </w:rPr>
                  </w:pPr>
                  <w:r w:rsidRPr="0089141B">
                    <w:rPr>
                      <w:rFonts w:ascii="Arial" w:hAnsi="Arial" w:cs="Arial"/>
                      <w:sz w:val="24"/>
                      <w:szCs w:val="24"/>
                    </w:rPr>
                    <w:t xml:space="preserve">• </w:t>
                  </w:r>
                  <w:proofErr w:type="gramStart"/>
                  <w:r w:rsidRPr="0089141B">
                    <w:rPr>
                      <w:rFonts w:ascii="Arial" w:hAnsi="Arial" w:cs="Arial"/>
                      <w:sz w:val="24"/>
                      <w:szCs w:val="24"/>
                    </w:rPr>
                    <w:t>Maintained</w:t>
                  </w:r>
                  <w:proofErr w:type="gramEnd"/>
                  <w:r w:rsidRPr="0089141B">
                    <w:rPr>
                      <w:rFonts w:ascii="Arial" w:hAnsi="Arial" w:cs="Arial"/>
                      <w:sz w:val="24"/>
                      <w:szCs w:val="24"/>
                    </w:rPr>
                    <w:t xml:space="preserve"> </w:t>
                  </w:r>
                  <w:proofErr w:type="gramStart"/>
                  <w:r w:rsidR="00B800D3" w:rsidRPr="0089141B">
                    <w:rPr>
                      <w:rFonts w:ascii="Arial" w:hAnsi="Arial" w:cs="Arial"/>
                      <w:sz w:val="24"/>
                      <w:szCs w:val="24"/>
                    </w:rPr>
                    <w:t>accurate</w:t>
                  </w:r>
                  <w:proofErr w:type="gramEnd"/>
                  <w:r w:rsidR="00B800D3" w:rsidRPr="0089141B">
                    <w:rPr>
                      <w:rFonts w:ascii="Arial" w:hAnsi="Arial" w:cs="Arial"/>
                      <w:sz w:val="24"/>
                      <w:szCs w:val="24"/>
                    </w:rPr>
                    <w:t xml:space="preserve"> customer records, delivery information, and supporting documentation with strong </w:t>
                  </w:r>
                  <w:proofErr w:type="gramStart"/>
                  <w:r w:rsidR="00B800D3" w:rsidRPr="0089141B">
                    <w:rPr>
                      <w:rFonts w:ascii="Arial" w:hAnsi="Arial" w:cs="Arial"/>
                      <w:sz w:val="24"/>
                      <w:szCs w:val="24"/>
                    </w:rPr>
                    <w:t>attention to detail</w:t>
                  </w:r>
                  <w:proofErr w:type="gramEnd"/>
                  <w:r w:rsidRPr="0089141B">
                    <w:rPr>
                      <w:rFonts w:ascii="Arial" w:hAnsi="Arial" w:cs="Arial"/>
                      <w:sz w:val="24"/>
                      <w:szCs w:val="24"/>
                    </w:rPr>
                    <w:t>.</w:t>
                  </w:r>
                </w:p>
                <w:p w14:paraId="6AD5AC93" w14:textId="43A0E23D" w:rsidR="008C7DA2" w:rsidRPr="0089141B" w:rsidRDefault="008C7DA2" w:rsidP="00907A62">
                  <w:pPr>
                    <w:spacing w:after="40" w:line="240" w:lineRule="auto"/>
                    <w:ind w:left="200" w:hanging="160"/>
                    <w:rPr>
                      <w:rFonts w:ascii="Arial" w:hAnsi="Arial" w:cs="Arial"/>
                      <w:sz w:val="24"/>
                      <w:szCs w:val="24"/>
                    </w:rPr>
                  </w:pPr>
                  <w:r w:rsidRPr="0089141B">
                    <w:rPr>
                      <w:rFonts w:ascii="Arial" w:hAnsi="Arial" w:cs="Arial"/>
                      <w:sz w:val="24"/>
                      <w:szCs w:val="24"/>
                    </w:rPr>
                    <w:t xml:space="preserve">• </w:t>
                  </w:r>
                  <w:r w:rsidR="00B800D3" w:rsidRPr="0089141B">
                    <w:rPr>
                      <w:rFonts w:ascii="Arial" w:hAnsi="Arial" w:cs="Arial"/>
                      <w:sz w:val="24"/>
                      <w:szCs w:val="24"/>
                    </w:rPr>
                    <w:t>Worked</w:t>
                  </w:r>
                  <w:r w:rsidRPr="0089141B">
                    <w:rPr>
                      <w:rFonts w:ascii="Arial" w:hAnsi="Arial" w:cs="Arial"/>
                      <w:sz w:val="24"/>
                      <w:szCs w:val="24"/>
                    </w:rPr>
                    <w:t xml:space="preserve"> </w:t>
                  </w:r>
                  <w:r w:rsidR="00B800D3" w:rsidRPr="0089141B">
                    <w:rPr>
                      <w:rFonts w:ascii="Arial" w:hAnsi="Arial" w:cs="Arial"/>
                      <w:sz w:val="24"/>
                      <w:szCs w:val="24"/>
                    </w:rPr>
                    <w:t xml:space="preserve">independently while </w:t>
                  </w:r>
                  <w:proofErr w:type="gramStart"/>
                  <w:r w:rsidR="00B800D3" w:rsidRPr="0089141B">
                    <w:rPr>
                      <w:rFonts w:ascii="Arial" w:hAnsi="Arial" w:cs="Arial"/>
                      <w:sz w:val="24"/>
                      <w:szCs w:val="24"/>
                    </w:rPr>
                    <w:t>remaining</w:t>
                  </w:r>
                  <w:proofErr w:type="gramEnd"/>
                  <w:r w:rsidR="00B800D3" w:rsidRPr="0089141B">
                    <w:rPr>
                      <w:rFonts w:ascii="Arial" w:hAnsi="Arial" w:cs="Arial"/>
                      <w:sz w:val="24"/>
                      <w:szCs w:val="24"/>
                    </w:rPr>
                    <w:t xml:space="preserve"> aligned with wider business procedures, </w:t>
                  </w:r>
                  <w:proofErr w:type="gramStart"/>
                  <w:r w:rsidR="00B800D3" w:rsidRPr="0089141B">
                    <w:rPr>
                      <w:rFonts w:ascii="Arial" w:hAnsi="Arial" w:cs="Arial"/>
                      <w:sz w:val="24"/>
                      <w:szCs w:val="24"/>
                    </w:rPr>
                    <w:t>demonstrating</w:t>
                  </w:r>
                  <w:proofErr w:type="gramEnd"/>
                  <w:r w:rsidR="00B800D3" w:rsidRPr="0089141B">
                    <w:rPr>
                      <w:rFonts w:ascii="Arial" w:hAnsi="Arial" w:cs="Arial"/>
                      <w:sz w:val="24"/>
                      <w:szCs w:val="24"/>
                    </w:rPr>
                    <w:t xml:space="preserve"> accountability, organisation, and dependable execution</w:t>
                  </w:r>
                  <w:r w:rsidRPr="0089141B">
                    <w:rPr>
                      <w:rFonts w:ascii="Arial" w:hAnsi="Arial" w:cs="Arial"/>
                      <w:sz w:val="24"/>
                      <w:szCs w:val="24"/>
                    </w:rPr>
                    <w:t>.</w:t>
                  </w:r>
                </w:p>
                <w:p w14:paraId="10C9EE07" w14:textId="77777777" w:rsidR="00C6709D" w:rsidRPr="0089141B" w:rsidRDefault="00C6709D" w:rsidP="00907A62">
                  <w:pPr>
                    <w:spacing w:before="160" w:after="80" w:line="240" w:lineRule="auto"/>
                    <w:rPr>
                      <w:rFonts w:ascii="Arial" w:hAnsi="Arial" w:cs="Arial"/>
                      <w:b/>
                      <w:sz w:val="24"/>
                      <w:szCs w:val="24"/>
                    </w:rPr>
                  </w:pPr>
                </w:p>
                <w:p w14:paraId="6A3BF339" w14:textId="04501F35" w:rsidR="008C7DA2" w:rsidRPr="0089141B" w:rsidRDefault="008C7DA2" w:rsidP="00907A62">
                  <w:pPr>
                    <w:spacing w:before="160" w:after="80" w:line="240" w:lineRule="auto"/>
                    <w:rPr>
                      <w:rFonts w:ascii="Arial" w:hAnsi="Arial" w:cs="Arial"/>
                      <w:sz w:val="24"/>
                      <w:szCs w:val="24"/>
                    </w:rPr>
                  </w:pPr>
                  <w:r w:rsidRPr="0089141B">
                    <w:rPr>
                      <w:rFonts w:ascii="Arial" w:hAnsi="Arial" w:cs="Arial"/>
                      <w:b/>
                      <w:sz w:val="24"/>
                      <w:szCs w:val="24"/>
                    </w:rPr>
                    <w:t>DRIVING LICENCE</w:t>
                  </w:r>
                </w:p>
                <w:p w14:paraId="18EED4AF" w14:textId="77777777" w:rsidR="008C7DA2" w:rsidRPr="0089141B" w:rsidRDefault="008C7DA2" w:rsidP="00907A62">
                  <w:pPr>
                    <w:pBdr>
                      <w:bottom w:val="single" w:sz="12" w:space="1" w:color="0F7F79"/>
                    </w:pBdr>
                    <w:spacing w:after="120" w:line="240" w:lineRule="auto"/>
                    <w:rPr>
                      <w:rFonts w:ascii="Arial" w:hAnsi="Arial" w:cs="Arial"/>
                      <w:sz w:val="24"/>
                      <w:szCs w:val="24"/>
                    </w:rPr>
                  </w:pPr>
                  <w:r w:rsidRPr="0089141B">
                    <w:rPr>
                      <w:rFonts w:ascii="Arial" w:hAnsi="Arial" w:cs="Arial"/>
                      <w:sz w:val="24"/>
                      <w:szCs w:val="24"/>
                    </w:rPr>
                    <w:t xml:space="preserve">                                                                                </w:t>
                  </w:r>
                </w:p>
                <w:p w14:paraId="1D620489" w14:textId="769480BD" w:rsidR="008C7DA2" w:rsidRPr="0089141B" w:rsidRDefault="008C7DA2" w:rsidP="00907A62">
                  <w:pPr>
                    <w:spacing w:after="40" w:line="240" w:lineRule="auto"/>
                    <w:ind w:left="200" w:hanging="160"/>
                    <w:rPr>
                      <w:rFonts w:ascii="Arial" w:hAnsi="Arial" w:cs="Arial"/>
                      <w:sz w:val="24"/>
                      <w:szCs w:val="24"/>
                    </w:rPr>
                  </w:pPr>
                  <w:r w:rsidRPr="0089141B">
                    <w:rPr>
                      <w:rFonts w:ascii="Arial" w:hAnsi="Arial" w:cs="Arial"/>
                      <w:sz w:val="24"/>
                      <w:szCs w:val="24"/>
                    </w:rPr>
                    <w:t xml:space="preserve">• Category B </w:t>
                  </w:r>
                </w:p>
              </w:tc>
              <w:tc>
                <w:tcPr>
                  <w:tcW w:w="3528" w:type="dxa"/>
                  <w:tcMar>
                    <w:top w:w="0" w:type="dxa"/>
                    <w:left w:w="10" w:type="dxa"/>
                    <w:bottom w:w="0" w:type="dxa"/>
                    <w:right w:w="10" w:type="dxa"/>
                  </w:tcMar>
                </w:tcPr>
                <w:p w14:paraId="5454AFC5" w14:textId="77777777" w:rsidR="008C7DA2" w:rsidRPr="0089141B" w:rsidRDefault="008C7DA2" w:rsidP="00907A62">
                  <w:pPr>
                    <w:spacing w:line="240" w:lineRule="auto"/>
                    <w:rPr>
                      <w:rFonts w:ascii="Arial" w:hAnsi="Arial" w:cs="Arial"/>
                      <w:sz w:val="24"/>
                      <w:szCs w:val="24"/>
                    </w:rPr>
                  </w:pPr>
                </w:p>
                <w:p w14:paraId="4FE7F4A7" w14:textId="77777777" w:rsidR="008C7DA2" w:rsidRPr="0089141B" w:rsidRDefault="008C7DA2" w:rsidP="00907A62">
                  <w:pPr>
                    <w:spacing w:before="160" w:after="80" w:line="240" w:lineRule="auto"/>
                    <w:rPr>
                      <w:rFonts w:ascii="Arial" w:hAnsi="Arial" w:cs="Arial"/>
                      <w:sz w:val="24"/>
                      <w:szCs w:val="24"/>
                    </w:rPr>
                  </w:pPr>
                  <w:r w:rsidRPr="0089141B">
                    <w:rPr>
                      <w:rFonts w:ascii="Arial" w:hAnsi="Arial" w:cs="Arial"/>
                      <w:b/>
                      <w:sz w:val="24"/>
                      <w:szCs w:val="24"/>
                    </w:rPr>
                    <w:t>SKILLS</w:t>
                  </w:r>
                </w:p>
                <w:p w14:paraId="10A18D94" w14:textId="77777777" w:rsidR="008C7DA2" w:rsidRPr="0089141B" w:rsidRDefault="008C7DA2" w:rsidP="00907A62">
                  <w:pPr>
                    <w:pBdr>
                      <w:bottom w:val="single" w:sz="12" w:space="1" w:color="0F7F79"/>
                    </w:pBdr>
                    <w:spacing w:after="120" w:line="240" w:lineRule="auto"/>
                    <w:rPr>
                      <w:rFonts w:ascii="Arial" w:hAnsi="Arial" w:cs="Arial"/>
                      <w:sz w:val="24"/>
                      <w:szCs w:val="24"/>
                    </w:rPr>
                  </w:pPr>
                  <w:r w:rsidRPr="0089141B">
                    <w:rPr>
                      <w:rFonts w:ascii="Arial" w:hAnsi="Arial" w:cs="Arial"/>
                      <w:sz w:val="24"/>
                      <w:szCs w:val="24"/>
                    </w:rPr>
                    <w:t xml:space="preserve">                                                                                </w:t>
                  </w:r>
                </w:p>
                <w:p w14:paraId="20C11141" w14:textId="31FF01A3" w:rsidR="008C7DA2" w:rsidRPr="0089141B" w:rsidRDefault="008C7DA2" w:rsidP="00907A62">
                  <w:pPr>
                    <w:spacing w:after="40" w:line="240" w:lineRule="auto"/>
                    <w:ind w:left="200" w:hanging="160"/>
                    <w:rPr>
                      <w:rFonts w:ascii="Arial" w:hAnsi="Arial" w:cs="Arial"/>
                      <w:sz w:val="24"/>
                      <w:szCs w:val="24"/>
                    </w:rPr>
                  </w:pPr>
                  <w:r w:rsidRPr="0089141B">
                    <w:rPr>
                      <w:rFonts w:ascii="Arial" w:hAnsi="Arial" w:cs="Arial"/>
                      <w:sz w:val="24"/>
                      <w:szCs w:val="24"/>
                    </w:rPr>
                    <w:t xml:space="preserve">• </w:t>
                  </w:r>
                  <w:r w:rsidR="00907A62" w:rsidRPr="0089141B">
                    <w:rPr>
                      <w:rFonts w:ascii="Arial" w:hAnsi="Arial" w:cs="Arial"/>
                      <w:sz w:val="24"/>
                      <w:szCs w:val="24"/>
                    </w:rPr>
                    <w:t>Business development support</w:t>
                  </w:r>
                </w:p>
                <w:p w14:paraId="29BF9DB7" w14:textId="72657361" w:rsidR="008C7DA2" w:rsidRPr="0089141B" w:rsidRDefault="008C7DA2" w:rsidP="00907A62">
                  <w:pPr>
                    <w:spacing w:after="40" w:line="240" w:lineRule="auto"/>
                    <w:ind w:left="200" w:hanging="160"/>
                    <w:rPr>
                      <w:rFonts w:ascii="Arial" w:hAnsi="Arial" w:cs="Arial"/>
                      <w:sz w:val="24"/>
                      <w:szCs w:val="24"/>
                    </w:rPr>
                  </w:pPr>
                  <w:r w:rsidRPr="0089141B">
                    <w:rPr>
                      <w:rFonts w:ascii="Arial" w:hAnsi="Arial" w:cs="Arial"/>
                      <w:sz w:val="24"/>
                      <w:szCs w:val="24"/>
                    </w:rPr>
                    <w:t xml:space="preserve">• </w:t>
                  </w:r>
                  <w:r w:rsidR="00907A62" w:rsidRPr="0089141B">
                    <w:rPr>
                      <w:rFonts w:ascii="Arial" w:hAnsi="Arial" w:cs="Arial"/>
                      <w:sz w:val="24"/>
                      <w:szCs w:val="24"/>
                    </w:rPr>
                    <w:t>Client and customer communication</w:t>
                  </w:r>
                </w:p>
                <w:p w14:paraId="37124AAD" w14:textId="77777777" w:rsidR="008C7DA2" w:rsidRPr="0089141B" w:rsidRDefault="008C7DA2" w:rsidP="00907A62">
                  <w:pPr>
                    <w:spacing w:after="40" w:line="240" w:lineRule="auto"/>
                    <w:ind w:left="200" w:hanging="160"/>
                    <w:rPr>
                      <w:rFonts w:ascii="Arial" w:hAnsi="Arial" w:cs="Arial"/>
                      <w:sz w:val="24"/>
                      <w:szCs w:val="24"/>
                    </w:rPr>
                  </w:pPr>
                  <w:r w:rsidRPr="0089141B">
                    <w:rPr>
                      <w:rFonts w:ascii="Arial" w:hAnsi="Arial" w:cs="Arial"/>
                      <w:sz w:val="24"/>
                      <w:szCs w:val="24"/>
                    </w:rPr>
                    <w:t>• Stakeholder support</w:t>
                  </w:r>
                </w:p>
                <w:p w14:paraId="53C7967A" w14:textId="77777777" w:rsidR="008C7DA2" w:rsidRPr="0089141B" w:rsidRDefault="008C7DA2" w:rsidP="00907A62">
                  <w:pPr>
                    <w:spacing w:after="40" w:line="240" w:lineRule="auto"/>
                    <w:ind w:left="200" w:hanging="160"/>
                    <w:rPr>
                      <w:rFonts w:ascii="Arial" w:hAnsi="Arial" w:cs="Arial"/>
                      <w:sz w:val="24"/>
                      <w:szCs w:val="24"/>
                    </w:rPr>
                  </w:pPr>
                  <w:r w:rsidRPr="0089141B">
                    <w:rPr>
                      <w:rFonts w:ascii="Arial" w:hAnsi="Arial" w:cs="Arial"/>
                      <w:sz w:val="24"/>
                      <w:szCs w:val="24"/>
                    </w:rPr>
                    <w:t>• Administrative support</w:t>
                  </w:r>
                </w:p>
                <w:p w14:paraId="2AE4B90A" w14:textId="77777777" w:rsidR="008C7DA2" w:rsidRPr="0089141B" w:rsidRDefault="008C7DA2" w:rsidP="00907A62">
                  <w:pPr>
                    <w:spacing w:after="40" w:line="240" w:lineRule="auto"/>
                    <w:ind w:left="200" w:hanging="160"/>
                    <w:rPr>
                      <w:rFonts w:ascii="Arial" w:hAnsi="Arial" w:cs="Arial"/>
                      <w:sz w:val="24"/>
                      <w:szCs w:val="24"/>
                    </w:rPr>
                  </w:pPr>
                  <w:r w:rsidRPr="0089141B">
                    <w:rPr>
                      <w:rFonts w:ascii="Arial" w:hAnsi="Arial" w:cs="Arial"/>
                      <w:sz w:val="24"/>
                      <w:szCs w:val="24"/>
                    </w:rPr>
                    <w:t>• Business support coordination</w:t>
                  </w:r>
                </w:p>
                <w:p w14:paraId="239B6BA2" w14:textId="77777777" w:rsidR="008C7DA2" w:rsidRPr="0089141B" w:rsidRDefault="008C7DA2" w:rsidP="00907A62">
                  <w:pPr>
                    <w:spacing w:after="40" w:line="240" w:lineRule="auto"/>
                    <w:ind w:left="200" w:hanging="160"/>
                    <w:rPr>
                      <w:rFonts w:ascii="Arial" w:hAnsi="Arial" w:cs="Arial"/>
                      <w:sz w:val="24"/>
                      <w:szCs w:val="24"/>
                    </w:rPr>
                  </w:pPr>
                  <w:r w:rsidRPr="0089141B">
                    <w:rPr>
                      <w:rFonts w:ascii="Arial" w:hAnsi="Arial" w:cs="Arial"/>
                      <w:sz w:val="24"/>
                      <w:szCs w:val="24"/>
                    </w:rPr>
                    <w:t>• Team collaboration</w:t>
                  </w:r>
                </w:p>
                <w:p w14:paraId="1C7CE5C5" w14:textId="77777777" w:rsidR="008C7DA2" w:rsidRPr="0089141B" w:rsidRDefault="008C7DA2" w:rsidP="00907A62">
                  <w:pPr>
                    <w:spacing w:after="40" w:line="240" w:lineRule="auto"/>
                    <w:ind w:left="200" w:hanging="160"/>
                    <w:rPr>
                      <w:rFonts w:ascii="Arial" w:hAnsi="Arial" w:cs="Arial"/>
                      <w:sz w:val="24"/>
                      <w:szCs w:val="24"/>
                    </w:rPr>
                  </w:pPr>
                  <w:r w:rsidRPr="0089141B">
                    <w:rPr>
                      <w:rFonts w:ascii="Arial" w:hAnsi="Arial" w:cs="Arial"/>
                      <w:sz w:val="24"/>
                      <w:szCs w:val="24"/>
                    </w:rPr>
                    <w:t>• Research and information gathering</w:t>
                  </w:r>
                </w:p>
                <w:p w14:paraId="7E8767B7" w14:textId="77777777" w:rsidR="008C7DA2" w:rsidRPr="0089141B" w:rsidRDefault="008C7DA2" w:rsidP="00907A62">
                  <w:pPr>
                    <w:spacing w:after="40" w:line="240" w:lineRule="auto"/>
                    <w:ind w:left="200" w:hanging="160"/>
                    <w:rPr>
                      <w:rFonts w:ascii="Arial" w:hAnsi="Arial" w:cs="Arial"/>
                      <w:sz w:val="24"/>
                      <w:szCs w:val="24"/>
                    </w:rPr>
                  </w:pPr>
                  <w:r w:rsidRPr="0089141B">
                    <w:rPr>
                      <w:rFonts w:ascii="Arial" w:hAnsi="Arial" w:cs="Arial"/>
                      <w:sz w:val="24"/>
                      <w:szCs w:val="24"/>
                    </w:rPr>
                    <w:t>• Scheduling and diary coordination</w:t>
                  </w:r>
                </w:p>
                <w:p w14:paraId="2BA2DDAE" w14:textId="77777777" w:rsidR="008C7DA2" w:rsidRPr="0089141B" w:rsidRDefault="008C7DA2" w:rsidP="00907A62">
                  <w:pPr>
                    <w:spacing w:after="40" w:line="240" w:lineRule="auto"/>
                    <w:ind w:left="200" w:hanging="160"/>
                    <w:rPr>
                      <w:rFonts w:ascii="Arial" w:hAnsi="Arial" w:cs="Arial"/>
                      <w:sz w:val="24"/>
                      <w:szCs w:val="24"/>
                    </w:rPr>
                  </w:pPr>
                  <w:r w:rsidRPr="0089141B">
                    <w:rPr>
                      <w:rFonts w:ascii="Arial" w:hAnsi="Arial" w:cs="Arial"/>
                      <w:sz w:val="24"/>
                      <w:szCs w:val="24"/>
                    </w:rPr>
                    <w:t>• Record keeping and documentation</w:t>
                  </w:r>
                </w:p>
                <w:p w14:paraId="221F1BFA" w14:textId="77777777" w:rsidR="008C7DA2" w:rsidRPr="0089141B" w:rsidRDefault="008C7DA2" w:rsidP="00907A62">
                  <w:pPr>
                    <w:spacing w:after="40" w:line="240" w:lineRule="auto"/>
                    <w:ind w:left="200" w:hanging="160"/>
                    <w:rPr>
                      <w:rFonts w:ascii="Arial" w:hAnsi="Arial" w:cs="Arial"/>
                      <w:sz w:val="24"/>
                      <w:szCs w:val="24"/>
                    </w:rPr>
                  </w:pPr>
                  <w:r w:rsidRPr="0089141B">
                    <w:rPr>
                      <w:rFonts w:ascii="Arial" w:hAnsi="Arial" w:cs="Arial"/>
                      <w:sz w:val="24"/>
                      <w:szCs w:val="24"/>
                    </w:rPr>
                    <w:t>• Problem-solving</w:t>
                  </w:r>
                </w:p>
                <w:p w14:paraId="1E810F67" w14:textId="77777777" w:rsidR="008C7DA2" w:rsidRPr="0089141B" w:rsidRDefault="008C7DA2" w:rsidP="00907A62">
                  <w:pPr>
                    <w:spacing w:after="40" w:line="240" w:lineRule="auto"/>
                    <w:ind w:left="200" w:hanging="160"/>
                    <w:rPr>
                      <w:rFonts w:ascii="Arial" w:hAnsi="Arial" w:cs="Arial"/>
                      <w:sz w:val="24"/>
                      <w:szCs w:val="24"/>
                    </w:rPr>
                  </w:pPr>
                  <w:r w:rsidRPr="0089141B">
                    <w:rPr>
                      <w:rFonts w:ascii="Arial" w:hAnsi="Arial" w:cs="Arial"/>
                      <w:sz w:val="24"/>
                      <w:szCs w:val="24"/>
                    </w:rPr>
                    <w:t>• Time management</w:t>
                  </w:r>
                </w:p>
                <w:p w14:paraId="5838A421" w14:textId="77777777" w:rsidR="008C7DA2" w:rsidRPr="0089141B" w:rsidRDefault="008C7DA2" w:rsidP="00907A62">
                  <w:pPr>
                    <w:spacing w:after="40" w:line="240" w:lineRule="auto"/>
                    <w:ind w:left="200" w:hanging="160"/>
                    <w:rPr>
                      <w:rFonts w:ascii="Arial" w:hAnsi="Arial" w:cs="Arial"/>
                      <w:sz w:val="24"/>
                      <w:szCs w:val="24"/>
                    </w:rPr>
                  </w:pPr>
                  <w:r w:rsidRPr="0089141B">
                    <w:rPr>
                      <w:rFonts w:ascii="Arial" w:hAnsi="Arial" w:cs="Arial"/>
                      <w:sz w:val="24"/>
                      <w:szCs w:val="24"/>
                    </w:rPr>
                    <w:t xml:space="preserve">• </w:t>
                  </w:r>
                  <w:proofErr w:type="gramStart"/>
                  <w:r w:rsidRPr="0089141B">
                    <w:rPr>
                      <w:rFonts w:ascii="Arial" w:hAnsi="Arial" w:cs="Arial"/>
                      <w:sz w:val="24"/>
                      <w:szCs w:val="24"/>
                    </w:rPr>
                    <w:t>Attention to detail</w:t>
                  </w:r>
                  <w:proofErr w:type="gramEnd"/>
                </w:p>
                <w:p w14:paraId="5A5E8E4E" w14:textId="3742A5F8" w:rsidR="008C7DA2" w:rsidRPr="0089141B" w:rsidRDefault="008C7DA2" w:rsidP="00907A62">
                  <w:pPr>
                    <w:spacing w:after="40" w:line="240" w:lineRule="auto"/>
                    <w:ind w:left="200" w:hanging="160"/>
                    <w:rPr>
                      <w:rFonts w:ascii="Arial" w:hAnsi="Arial" w:cs="Arial"/>
                      <w:sz w:val="24"/>
                      <w:szCs w:val="24"/>
                    </w:rPr>
                  </w:pPr>
                  <w:r w:rsidRPr="0089141B">
                    <w:rPr>
                      <w:rFonts w:ascii="Arial" w:hAnsi="Arial" w:cs="Arial"/>
                      <w:sz w:val="24"/>
                      <w:szCs w:val="24"/>
                    </w:rPr>
                    <w:t>• Professional communication</w:t>
                  </w:r>
                </w:p>
                <w:p w14:paraId="788638E6" w14:textId="77777777" w:rsidR="008C7DA2" w:rsidRPr="0089141B" w:rsidRDefault="008C7DA2" w:rsidP="00907A62">
                  <w:pPr>
                    <w:spacing w:after="40" w:line="240" w:lineRule="auto"/>
                    <w:ind w:left="200" w:hanging="160"/>
                    <w:rPr>
                      <w:rFonts w:ascii="Arial" w:hAnsi="Arial" w:cs="Arial"/>
                      <w:sz w:val="24"/>
                      <w:szCs w:val="24"/>
                    </w:rPr>
                  </w:pPr>
                  <w:r w:rsidRPr="0089141B">
                    <w:rPr>
                      <w:rFonts w:ascii="Arial" w:hAnsi="Arial" w:cs="Arial"/>
                      <w:sz w:val="24"/>
                      <w:szCs w:val="24"/>
                    </w:rPr>
                    <w:t>• Customer relationship management</w:t>
                  </w:r>
                </w:p>
                <w:p w14:paraId="5C3C4E34" w14:textId="77777777" w:rsidR="008C7DA2" w:rsidRPr="0089141B" w:rsidRDefault="008C7DA2" w:rsidP="00907A62">
                  <w:pPr>
                    <w:spacing w:before="160" w:after="80" w:line="240" w:lineRule="auto"/>
                    <w:rPr>
                      <w:rFonts w:ascii="Arial" w:hAnsi="Arial" w:cs="Arial"/>
                      <w:sz w:val="24"/>
                      <w:szCs w:val="24"/>
                    </w:rPr>
                  </w:pPr>
                  <w:r w:rsidRPr="0089141B">
                    <w:rPr>
                      <w:rFonts w:ascii="Arial" w:hAnsi="Arial" w:cs="Arial"/>
                      <w:b/>
                      <w:sz w:val="24"/>
                      <w:szCs w:val="24"/>
                    </w:rPr>
                    <w:t>EDUCATION</w:t>
                  </w:r>
                </w:p>
                <w:p w14:paraId="109109CB" w14:textId="3B67D626" w:rsidR="008C7DA2" w:rsidRPr="0089141B" w:rsidRDefault="008C7DA2" w:rsidP="00907A62">
                  <w:pPr>
                    <w:pBdr>
                      <w:bottom w:val="single" w:sz="12" w:space="1" w:color="0F7F79"/>
                    </w:pBdr>
                    <w:spacing w:after="120" w:line="240" w:lineRule="auto"/>
                    <w:rPr>
                      <w:rFonts w:ascii="Arial" w:hAnsi="Arial" w:cs="Arial"/>
                      <w:sz w:val="24"/>
                      <w:szCs w:val="24"/>
                    </w:rPr>
                  </w:pPr>
                  <w:r w:rsidRPr="0089141B">
                    <w:rPr>
                      <w:rFonts w:ascii="Arial" w:hAnsi="Arial" w:cs="Arial"/>
                      <w:sz w:val="24"/>
                      <w:szCs w:val="24"/>
                    </w:rPr>
                    <w:t xml:space="preserve">                                                                             </w:t>
                  </w:r>
                </w:p>
                <w:p w14:paraId="3DB4C69F" w14:textId="7121367D" w:rsidR="00B33431" w:rsidRPr="0089141B" w:rsidRDefault="00B33431" w:rsidP="00907A62">
                  <w:pPr>
                    <w:spacing w:after="0" w:line="240" w:lineRule="auto"/>
                    <w:rPr>
                      <w:rFonts w:ascii="Arial" w:hAnsi="Arial" w:cs="Arial"/>
                      <w:b/>
                      <w:sz w:val="24"/>
                      <w:szCs w:val="24"/>
                    </w:rPr>
                  </w:pPr>
                  <w:r w:rsidRPr="0089141B">
                    <w:rPr>
                      <w:rFonts w:ascii="Arial" w:hAnsi="Arial" w:cs="Arial"/>
                      <w:b/>
                      <w:sz w:val="24"/>
                      <w:szCs w:val="24"/>
                    </w:rPr>
                    <w:t>University of Wales</w:t>
                  </w:r>
                </w:p>
                <w:p w14:paraId="49765AC9" w14:textId="237EC823" w:rsidR="00B33431" w:rsidRPr="0089141B" w:rsidRDefault="00B33431" w:rsidP="00907A62">
                  <w:pPr>
                    <w:spacing w:after="0" w:line="240" w:lineRule="auto"/>
                    <w:rPr>
                      <w:rFonts w:ascii="Arial" w:hAnsi="Arial" w:cs="Arial"/>
                      <w:bCs/>
                      <w:sz w:val="24"/>
                      <w:szCs w:val="24"/>
                    </w:rPr>
                  </w:pPr>
                  <w:r w:rsidRPr="0089141B">
                    <w:rPr>
                      <w:rFonts w:ascii="Arial" w:hAnsi="Arial" w:cs="Arial"/>
                      <w:bCs/>
                      <w:sz w:val="24"/>
                      <w:szCs w:val="24"/>
                    </w:rPr>
                    <w:t>Business Education</w:t>
                  </w:r>
                </w:p>
                <w:p w14:paraId="4DAEF955" w14:textId="3602395F" w:rsidR="00B33431" w:rsidRPr="0089141B" w:rsidRDefault="00B33431" w:rsidP="00907A62">
                  <w:pPr>
                    <w:spacing w:after="0" w:line="240" w:lineRule="auto"/>
                    <w:rPr>
                      <w:rFonts w:ascii="Arial" w:hAnsi="Arial" w:cs="Arial"/>
                      <w:b/>
                      <w:sz w:val="24"/>
                      <w:szCs w:val="24"/>
                    </w:rPr>
                  </w:pPr>
                  <w:r w:rsidRPr="0089141B">
                    <w:rPr>
                      <w:rFonts w:ascii="Arial" w:hAnsi="Arial" w:cs="Arial"/>
                      <w:b/>
                      <w:sz w:val="24"/>
                      <w:szCs w:val="24"/>
                    </w:rPr>
                    <w:t>2</w:t>
                  </w:r>
                  <w:r w:rsidR="0089141B">
                    <w:rPr>
                      <w:rFonts w:ascii="Arial" w:hAnsi="Arial" w:cs="Arial"/>
                      <w:b/>
                      <w:sz w:val="24"/>
                      <w:szCs w:val="24"/>
                    </w:rPr>
                    <w:t>025 - 2</w:t>
                  </w:r>
                  <w:r w:rsidRPr="0089141B">
                    <w:rPr>
                      <w:rFonts w:ascii="Arial" w:hAnsi="Arial" w:cs="Arial"/>
                      <w:b/>
                      <w:sz w:val="24"/>
                      <w:szCs w:val="24"/>
                    </w:rPr>
                    <w:t>026</w:t>
                  </w:r>
                </w:p>
                <w:p w14:paraId="0B567F3A" w14:textId="77777777" w:rsidR="00B33431" w:rsidRPr="0089141B" w:rsidRDefault="00B33431" w:rsidP="00907A62">
                  <w:pPr>
                    <w:spacing w:after="0" w:line="240" w:lineRule="auto"/>
                    <w:rPr>
                      <w:rFonts w:ascii="Arial" w:hAnsi="Arial" w:cs="Arial"/>
                      <w:b/>
                      <w:sz w:val="24"/>
                      <w:szCs w:val="24"/>
                    </w:rPr>
                  </w:pPr>
                </w:p>
                <w:p w14:paraId="494C4620" w14:textId="77777777" w:rsidR="00B33431" w:rsidRPr="0089141B" w:rsidRDefault="00B33431" w:rsidP="00907A62">
                  <w:pPr>
                    <w:spacing w:after="0" w:line="240" w:lineRule="auto"/>
                    <w:rPr>
                      <w:rFonts w:ascii="Arial" w:hAnsi="Arial" w:cs="Arial"/>
                      <w:b/>
                      <w:sz w:val="24"/>
                      <w:szCs w:val="24"/>
                    </w:rPr>
                  </w:pPr>
                </w:p>
                <w:p w14:paraId="2E939CB9" w14:textId="3B550FCF" w:rsidR="008C7DA2" w:rsidRPr="0089141B" w:rsidRDefault="008C7DA2" w:rsidP="00907A62">
                  <w:pPr>
                    <w:spacing w:after="0" w:line="240" w:lineRule="auto"/>
                    <w:rPr>
                      <w:rFonts w:ascii="Arial" w:hAnsi="Arial" w:cs="Arial"/>
                      <w:sz w:val="24"/>
                      <w:szCs w:val="24"/>
                    </w:rPr>
                  </w:pPr>
                  <w:r w:rsidRPr="0089141B">
                    <w:rPr>
                      <w:rFonts w:ascii="Arial" w:hAnsi="Arial" w:cs="Arial"/>
                      <w:b/>
                      <w:sz w:val="24"/>
                      <w:szCs w:val="24"/>
                    </w:rPr>
                    <w:t>National City College</w:t>
                  </w:r>
                </w:p>
                <w:p w14:paraId="4F104C83" w14:textId="520B1E52" w:rsidR="00C6709D" w:rsidRPr="0089141B" w:rsidRDefault="00B33431" w:rsidP="00907A62">
                  <w:pPr>
                    <w:spacing w:after="40" w:line="240" w:lineRule="auto"/>
                    <w:rPr>
                      <w:rFonts w:ascii="Arial" w:hAnsi="Arial" w:cs="Arial"/>
                      <w:sz w:val="24"/>
                      <w:szCs w:val="24"/>
                    </w:rPr>
                  </w:pPr>
                  <w:r w:rsidRPr="0089141B">
                    <w:rPr>
                      <w:rFonts w:ascii="Arial" w:hAnsi="Arial" w:cs="Arial"/>
                      <w:sz w:val="24"/>
                      <w:szCs w:val="24"/>
                    </w:rPr>
                    <w:t>2024</w:t>
                  </w:r>
                </w:p>
                <w:p w14:paraId="1B0D665D" w14:textId="77777777" w:rsidR="00C6709D" w:rsidRPr="0089141B" w:rsidRDefault="00C6709D" w:rsidP="00907A62">
                  <w:pPr>
                    <w:spacing w:after="40" w:line="240" w:lineRule="auto"/>
                    <w:rPr>
                      <w:rFonts w:ascii="Arial" w:hAnsi="Arial" w:cs="Arial"/>
                      <w:sz w:val="24"/>
                      <w:szCs w:val="24"/>
                    </w:rPr>
                  </w:pPr>
                </w:p>
                <w:p w14:paraId="6FF03202" w14:textId="3F542B49" w:rsidR="008C7DA2" w:rsidRPr="0089141B" w:rsidRDefault="008C7DA2" w:rsidP="00907A62">
                  <w:pPr>
                    <w:spacing w:after="40" w:line="240" w:lineRule="auto"/>
                    <w:rPr>
                      <w:rFonts w:ascii="Arial" w:hAnsi="Arial" w:cs="Arial"/>
                      <w:b/>
                      <w:bCs/>
                      <w:sz w:val="24"/>
                      <w:szCs w:val="24"/>
                    </w:rPr>
                  </w:pPr>
                  <w:r w:rsidRPr="0089141B">
                    <w:rPr>
                      <w:rFonts w:ascii="Arial" w:hAnsi="Arial" w:cs="Arial"/>
                      <w:b/>
                      <w:bCs/>
                      <w:sz w:val="24"/>
                      <w:szCs w:val="24"/>
                    </w:rPr>
                    <w:t>IT Skills</w:t>
                  </w:r>
                </w:p>
                <w:p w14:paraId="7AA7A25C" w14:textId="58FA04CF" w:rsidR="00C6709D" w:rsidRPr="0089141B" w:rsidRDefault="00C6709D" w:rsidP="00907A62">
                  <w:pPr>
                    <w:pBdr>
                      <w:bottom w:val="single" w:sz="12" w:space="1" w:color="0F7F79"/>
                    </w:pBdr>
                    <w:spacing w:after="120" w:line="240" w:lineRule="auto"/>
                    <w:rPr>
                      <w:rFonts w:ascii="Arial" w:hAnsi="Arial" w:cs="Arial"/>
                      <w:sz w:val="24"/>
                      <w:szCs w:val="24"/>
                    </w:rPr>
                  </w:pPr>
                  <w:r w:rsidRPr="0089141B">
                    <w:rPr>
                      <w:rFonts w:ascii="Arial" w:hAnsi="Arial" w:cs="Arial"/>
                      <w:sz w:val="24"/>
                      <w:szCs w:val="24"/>
                    </w:rPr>
                    <w:t xml:space="preserve">                                                                             </w:t>
                  </w:r>
                </w:p>
                <w:p w14:paraId="6CBB5788" w14:textId="77777777" w:rsidR="008C7DA2" w:rsidRPr="0089141B" w:rsidRDefault="008C7DA2" w:rsidP="00907A62">
                  <w:pPr>
                    <w:spacing w:after="40" w:line="240" w:lineRule="auto"/>
                    <w:ind w:left="200" w:hanging="160"/>
                    <w:rPr>
                      <w:rFonts w:ascii="Arial" w:hAnsi="Arial" w:cs="Arial"/>
                      <w:sz w:val="24"/>
                      <w:szCs w:val="24"/>
                    </w:rPr>
                  </w:pPr>
                  <w:r w:rsidRPr="0089141B">
                    <w:rPr>
                      <w:rFonts w:ascii="Arial" w:hAnsi="Arial" w:cs="Arial"/>
                      <w:sz w:val="24"/>
                      <w:szCs w:val="24"/>
                    </w:rPr>
                    <w:t>• Microsoft Word</w:t>
                  </w:r>
                </w:p>
                <w:p w14:paraId="6A19F051" w14:textId="77777777" w:rsidR="008C7DA2" w:rsidRPr="0089141B" w:rsidRDefault="008C7DA2" w:rsidP="00907A62">
                  <w:pPr>
                    <w:spacing w:after="40" w:line="240" w:lineRule="auto"/>
                    <w:ind w:left="200" w:hanging="160"/>
                    <w:rPr>
                      <w:rFonts w:ascii="Arial" w:hAnsi="Arial" w:cs="Arial"/>
                      <w:sz w:val="24"/>
                      <w:szCs w:val="24"/>
                    </w:rPr>
                  </w:pPr>
                  <w:r w:rsidRPr="0089141B">
                    <w:rPr>
                      <w:rFonts w:ascii="Arial" w:hAnsi="Arial" w:cs="Arial"/>
                      <w:sz w:val="24"/>
                      <w:szCs w:val="24"/>
                    </w:rPr>
                    <w:t>• Microsoft Excel</w:t>
                  </w:r>
                </w:p>
                <w:p w14:paraId="33061929" w14:textId="60D752EE" w:rsidR="008C7DA2" w:rsidRPr="0089141B" w:rsidRDefault="008C7DA2" w:rsidP="00907A62">
                  <w:pPr>
                    <w:spacing w:after="40" w:line="240" w:lineRule="auto"/>
                    <w:ind w:left="200" w:hanging="160"/>
                    <w:rPr>
                      <w:rFonts w:ascii="Arial" w:hAnsi="Arial" w:cs="Arial"/>
                      <w:sz w:val="24"/>
                      <w:szCs w:val="24"/>
                    </w:rPr>
                  </w:pPr>
                  <w:r w:rsidRPr="0089141B">
                    <w:rPr>
                      <w:rFonts w:ascii="Arial" w:hAnsi="Arial" w:cs="Arial"/>
                      <w:sz w:val="24"/>
                      <w:szCs w:val="24"/>
                    </w:rPr>
                    <w:t>• Email communication</w:t>
                  </w:r>
                </w:p>
                <w:p w14:paraId="0C00134A" w14:textId="306A4279" w:rsidR="008C7DA2" w:rsidRPr="00CF5761" w:rsidRDefault="008C7DA2" w:rsidP="00907A62">
                  <w:pPr>
                    <w:spacing w:after="40" w:line="240" w:lineRule="auto"/>
                    <w:ind w:left="200" w:hanging="160"/>
                    <w:rPr>
                      <w:rFonts w:ascii="Arial" w:hAnsi="Arial" w:cs="Arial"/>
                      <w:sz w:val="24"/>
                      <w:szCs w:val="24"/>
                    </w:rPr>
                  </w:pPr>
                  <w:r w:rsidRPr="0089141B">
                    <w:rPr>
                      <w:rFonts w:ascii="Arial" w:hAnsi="Arial" w:cs="Arial"/>
                      <w:sz w:val="24"/>
                      <w:szCs w:val="24"/>
                    </w:rPr>
                    <w:t xml:space="preserve">• </w:t>
                  </w:r>
                  <w:r w:rsidR="00907A62" w:rsidRPr="0089141B">
                    <w:rPr>
                      <w:rFonts w:ascii="Arial" w:hAnsi="Arial" w:cs="Arial"/>
                      <w:sz w:val="24"/>
                      <w:szCs w:val="24"/>
                    </w:rPr>
                    <w:t>D</w:t>
                  </w:r>
                  <w:r w:rsidRPr="0089141B">
                    <w:rPr>
                      <w:rFonts w:ascii="Arial" w:hAnsi="Arial" w:cs="Arial"/>
                      <w:sz w:val="24"/>
                      <w:szCs w:val="24"/>
                    </w:rPr>
                    <w:t>ata entry</w:t>
                  </w:r>
                </w:p>
              </w:tc>
            </w:tr>
          </w:tbl>
          <w:p w14:paraId="7A7F50B5" w14:textId="77777777" w:rsidR="00DB2220" w:rsidRPr="00DA4E9A" w:rsidRDefault="00DB2220" w:rsidP="00907A62">
            <w:pPr>
              <w:spacing w:line="240" w:lineRule="auto"/>
              <w:rPr>
                <w:rFonts w:ascii="Arial" w:hAnsi="Arial" w:cs="Arial"/>
                <w:sz w:val="22"/>
              </w:rPr>
            </w:pPr>
          </w:p>
          <w:p w14:paraId="01482A57" w14:textId="77777777" w:rsidR="00DB2220" w:rsidRPr="00DA4E9A" w:rsidRDefault="00DB2220" w:rsidP="00907A62">
            <w:pPr>
              <w:spacing w:after="40" w:line="240" w:lineRule="auto"/>
              <w:rPr>
                <w:rFonts w:ascii="Arial" w:hAnsi="Arial" w:cs="Arial"/>
                <w:sz w:val="22"/>
              </w:rPr>
            </w:pPr>
          </w:p>
          <w:p w14:paraId="6FCB5409" w14:textId="77777777" w:rsidR="00DB2220" w:rsidRPr="00DA4E9A" w:rsidRDefault="00DB2220" w:rsidP="00907A62">
            <w:pPr>
              <w:spacing w:line="240" w:lineRule="auto"/>
              <w:rPr>
                <w:rFonts w:ascii="Arial" w:hAnsi="Arial" w:cs="Arial"/>
                <w:sz w:val="22"/>
              </w:rPr>
            </w:pPr>
          </w:p>
        </w:tc>
      </w:tr>
    </w:tbl>
    <w:p w14:paraId="0F78CAD7" w14:textId="4BFE9FC0" w:rsidR="00D8070F" w:rsidRPr="00D8070F" w:rsidRDefault="00D8070F" w:rsidP="00230136">
      <w:pPr>
        <w:pStyle w:val="NormalWeb"/>
        <w:spacing w:line="360" w:lineRule="auto"/>
        <w:jc w:val="center"/>
        <w:rPr>
          <w:rStyle w:val="Strong"/>
          <w:rFonts w:ascii="Arial" w:hAnsi="Arial" w:cs="Arial"/>
        </w:rPr>
      </w:pPr>
      <w:r w:rsidRPr="00D8070F">
        <w:rPr>
          <w:rStyle w:val="Strong"/>
          <w:rFonts w:ascii="Arial" w:hAnsi="Arial" w:cs="Arial"/>
        </w:rPr>
        <w:lastRenderedPageBreak/>
        <w:t>COVER LETTER</w:t>
      </w:r>
    </w:p>
    <w:p w14:paraId="3203B420" w14:textId="77777777" w:rsidR="00D8070F" w:rsidRDefault="00D8070F" w:rsidP="00D8070F">
      <w:pPr>
        <w:pStyle w:val="NormalWeb"/>
        <w:spacing w:line="360" w:lineRule="auto"/>
        <w:rPr>
          <w:rStyle w:val="Strong"/>
          <w:rFonts w:ascii="Arial" w:hAnsi="Arial" w:cs="Arial"/>
          <w:highlight w:val="red"/>
        </w:rPr>
      </w:pPr>
    </w:p>
    <w:p w14:paraId="6BD3C5D5" w14:textId="17DD6B09" w:rsidR="00D8070F" w:rsidRDefault="00C66E70" w:rsidP="00D8070F">
      <w:pPr>
        <w:pStyle w:val="NormalWeb"/>
        <w:spacing w:line="360" w:lineRule="auto"/>
        <w:rPr>
          <w:rFonts w:ascii="Arial" w:hAnsi="Arial" w:cs="Arial"/>
        </w:rPr>
      </w:pPr>
      <w:r w:rsidRPr="008B6E36">
        <w:rPr>
          <w:rStyle w:val="Strong"/>
          <w:rFonts w:ascii="Arial" w:hAnsi="Arial" w:cs="Arial"/>
        </w:rPr>
        <w:t>Johnson Anene</w:t>
      </w:r>
      <w:r w:rsidR="00D8070F" w:rsidRPr="008B6E36">
        <w:rPr>
          <w:rFonts w:ascii="Arial" w:hAnsi="Arial" w:cs="Arial"/>
        </w:rPr>
        <w:br/>
      </w:r>
      <w:r w:rsidR="008B6E36" w:rsidRPr="008B6E36">
        <w:rPr>
          <w:rFonts w:ascii="Arial" w:hAnsi="Arial" w:cs="Arial"/>
        </w:rPr>
        <w:t>johnson.anene</w:t>
      </w:r>
      <w:r w:rsidR="00D8070F" w:rsidRPr="008B6E36">
        <w:rPr>
          <w:rFonts w:ascii="Arial" w:hAnsi="Arial" w:cs="Arial"/>
        </w:rPr>
        <w:t>@gmail.com</w:t>
      </w:r>
      <w:r w:rsidR="00D8070F" w:rsidRPr="008B6E36">
        <w:rPr>
          <w:rFonts w:ascii="Arial" w:hAnsi="Arial" w:cs="Arial"/>
        </w:rPr>
        <w:br/>
      </w:r>
      <w:r w:rsidR="00E63B64">
        <w:rPr>
          <w:rFonts w:ascii="Arial" w:hAnsi="Arial" w:cs="Arial"/>
        </w:rPr>
        <w:t>07432529269</w:t>
      </w:r>
    </w:p>
    <w:p w14:paraId="6CB081DC" w14:textId="77777777" w:rsidR="00E63B64" w:rsidRPr="008B6E36" w:rsidRDefault="00E63B64" w:rsidP="00D8070F">
      <w:pPr>
        <w:pStyle w:val="NormalWeb"/>
        <w:spacing w:line="360" w:lineRule="auto"/>
        <w:rPr>
          <w:rFonts w:ascii="Arial" w:hAnsi="Arial" w:cs="Arial"/>
        </w:rPr>
      </w:pPr>
    </w:p>
    <w:p w14:paraId="41E6FEFC" w14:textId="3301D0A1" w:rsidR="006012B4" w:rsidRPr="00A552D1" w:rsidRDefault="006012B4" w:rsidP="00D8070F">
      <w:pPr>
        <w:pStyle w:val="NormalWeb"/>
        <w:spacing w:line="360" w:lineRule="auto"/>
        <w:rPr>
          <w:rFonts w:ascii="Arial" w:hAnsi="Arial" w:cs="Arial"/>
        </w:rPr>
      </w:pPr>
      <w:r w:rsidRPr="008B6E36">
        <w:rPr>
          <w:rFonts w:ascii="Arial" w:hAnsi="Arial" w:cs="Arial"/>
        </w:rPr>
        <w:t>19th March 2026</w:t>
      </w:r>
      <w:r w:rsidR="00E63B64">
        <w:rPr>
          <w:rFonts w:ascii="Arial" w:hAnsi="Arial" w:cs="Arial"/>
        </w:rPr>
        <w:t xml:space="preserve"> </w:t>
      </w:r>
    </w:p>
    <w:p w14:paraId="36596BCC" w14:textId="77777777" w:rsidR="00D8070F" w:rsidRDefault="00D8070F" w:rsidP="00D8070F">
      <w:pPr>
        <w:pStyle w:val="NormalWeb"/>
        <w:spacing w:line="360" w:lineRule="auto"/>
        <w:rPr>
          <w:rStyle w:val="Strong"/>
          <w:rFonts w:ascii="Arial" w:eastAsiaTheme="majorEastAsia" w:hAnsi="Arial" w:cs="Arial"/>
        </w:rPr>
      </w:pPr>
    </w:p>
    <w:p w14:paraId="41E795FC" w14:textId="77777777" w:rsidR="006012B4" w:rsidRPr="006012B4" w:rsidRDefault="00D8070F" w:rsidP="006012B4">
      <w:pPr>
        <w:pStyle w:val="NoSpacing"/>
        <w:rPr>
          <w:rFonts w:ascii="Arial" w:hAnsi="Arial" w:cs="Arial"/>
          <w:sz w:val="24"/>
          <w:szCs w:val="24"/>
        </w:rPr>
      </w:pPr>
      <w:r w:rsidRPr="006012B4">
        <w:rPr>
          <w:rStyle w:val="Strong"/>
          <w:rFonts w:ascii="Arial" w:hAnsi="Arial" w:cs="Arial"/>
          <w:sz w:val="24"/>
          <w:szCs w:val="24"/>
        </w:rPr>
        <w:t>Hiring Manager</w:t>
      </w:r>
      <w:r w:rsidRPr="006012B4">
        <w:rPr>
          <w:rFonts w:ascii="Arial" w:hAnsi="Arial" w:cs="Arial"/>
          <w:sz w:val="24"/>
          <w:szCs w:val="24"/>
        </w:rPr>
        <w:br/>
        <w:t>Russell-Cooke</w:t>
      </w:r>
    </w:p>
    <w:p w14:paraId="721CAC44" w14:textId="3213EFE9" w:rsidR="006012B4" w:rsidRDefault="006012B4" w:rsidP="006012B4">
      <w:pPr>
        <w:pStyle w:val="NoSpacing"/>
        <w:rPr>
          <w:rFonts w:ascii="Arial" w:hAnsi="Arial" w:cs="Arial"/>
          <w:sz w:val="24"/>
          <w:szCs w:val="24"/>
        </w:rPr>
      </w:pPr>
      <w:r w:rsidRPr="006012B4">
        <w:rPr>
          <w:rFonts w:ascii="Arial" w:hAnsi="Arial" w:cs="Arial"/>
          <w:sz w:val="24"/>
          <w:szCs w:val="24"/>
        </w:rPr>
        <w:t>London, UK</w:t>
      </w:r>
    </w:p>
    <w:p w14:paraId="4C444C1A" w14:textId="77777777" w:rsidR="006012B4" w:rsidRDefault="006012B4" w:rsidP="00D8070F">
      <w:pPr>
        <w:pStyle w:val="NormalWeb"/>
        <w:spacing w:line="360" w:lineRule="auto"/>
        <w:rPr>
          <w:rStyle w:val="Strong"/>
          <w:rFonts w:ascii="Arial" w:hAnsi="Arial" w:cs="Arial"/>
        </w:rPr>
      </w:pPr>
    </w:p>
    <w:p w14:paraId="05904EFC" w14:textId="63EB12FC" w:rsidR="00D8070F" w:rsidRPr="00A552D1" w:rsidRDefault="00D8070F" w:rsidP="00D8070F">
      <w:pPr>
        <w:pStyle w:val="NormalWeb"/>
        <w:spacing w:line="360" w:lineRule="auto"/>
        <w:rPr>
          <w:rFonts w:ascii="Arial" w:hAnsi="Arial" w:cs="Arial"/>
        </w:rPr>
      </w:pPr>
      <w:r w:rsidRPr="00A552D1">
        <w:rPr>
          <w:rStyle w:val="Strong"/>
          <w:rFonts w:ascii="Arial" w:hAnsi="Arial" w:cs="Arial"/>
        </w:rPr>
        <w:t>Dear Hiring Manager,</w:t>
      </w:r>
    </w:p>
    <w:p w14:paraId="1520E325" w14:textId="7065D3D9" w:rsidR="00D8070F" w:rsidRDefault="004A5101" w:rsidP="00D8070F">
      <w:pPr>
        <w:pStyle w:val="NormalWeb"/>
        <w:spacing w:line="360" w:lineRule="auto"/>
        <w:rPr>
          <w:rFonts w:ascii="Arial" w:hAnsi="Arial" w:cs="Arial"/>
        </w:rPr>
      </w:pPr>
      <w:proofErr w:type="gramStart"/>
      <w:r w:rsidRPr="004A5101">
        <w:rPr>
          <w:rFonts w:ascii="Arial" w:hAnsi="Arial" w:cs="Arial"/>
        </w:rPr>
        <w:t>I am writing</w:t>
      </w:r>
      <w:proofErr w:type="gramEnd"/>
      <w:r w:rsidRPr="004A5101">
        <w:rPr>
          <w:rFonts w:ascii="Arial" w:hAnsi="Arial" w:cs="Arial"/>
        </w:rPr>
        <w:t xml:space="preserve"> to express my interest in the role of Business Development Executive at Russell Cooke. </w:t>
      </w:r>
      <w:proofErr w:type="gramStart"/>
      <w:r w:rsidRPr="004A5101">
        <w:rPr>
          <w:rFonts w:ascii="Arial" w:hAnsi="Arial" w:cs="Arial"/>
        </w:rPr>
        <w:t xml:space="preserve">I am </w:t>
      </w:r>
      <w:r>
        <w:rPr>
          <w:rFonts w:ascii="Arial" w:hAnsi="Arial" w:cs="Arial"/>
        </w:rPr>
        <w:t>applying</w:t>
      </w:r>
      <w:proofErr w:type="gramEnd"/>
      <w:r>
        <w:rPr>
          <w:rFonts w:ascii="Arial" w:hAnsi="Arial" w:cs="Arial"/>
        </w:rPr>
        <w:t xml:space="preserve"> for this role because</w:t>
      </w:r>
      <w:r w:rsidRPr="004A5101">
        <w:rPr>
          <w:rFonts w:ascii="Arial" w:hAnsi="Arial" w:cs="Arial"/>
        </w:rPr>
        <w:t xml:space="preserve"> it involves building relationships, working across teams, research, and providing support for business growth. </w:t>
      </w:r>
      <w:proofErr w:type="gramStart"/>
      <w:r w:rsidRPr="004A5101">
        <w:rPr>
          <w:rFonts w:ascii="Arial" w:hAnsi="Arial" w:cs="Arial"/>
        </w:rPr>
        <w:t>My experience</w:t>
      </w:r>
      <w:proofErr w:type="gramEnd"/>
      <w:r w:rsidRPr="004A5101">
        <w:rPr>
          <w:rFonts w:ascii="Arial" w:hAnsi="Arial" w:cs="Arial"/>
        </w:rPr>
        <w:t xml:space="preserve"> has primarily been based in delivery operations, customer service, and coordination, but I have also </w:t>
      </w:r>
      <w:proofErr w:type="gramStart"/>
      <w:r w:rsidRPr="004A5101">
        <w:rPr>
          <w:rFonts w:ascii="Arial" w:hAnsi="Arial" w:cs="Arial"/>
        </w:rPr>
        <w:t>acquired</w:t>
      </w:r>
      <w:proofErr w:type="gramEnd"/>
      <w:r w:rsidRPr="004A5101">
        <w:rPr>
          <w:rFonts w:ascii="Arial" w:hAnsi="Arial" w:cs="Arial"/>
        </w:rPr>
        <w:t xml:space="preserve"> a wide range of skills that I believe would enable me to make a positive contribution to your business development team.</w:t>
      </w:r>
    </w:p>
    <w:p w14:paraId="69982007" w14:textId="77777777" w:rsidR="004A5101" w:rsidRDefault="004A5101" w:rsidP="00D8070F">
      <w:pPr>
        <w:pStyle w:val="NormalWeb"/>
        <w:spacing w:line="360" w:lineRule="auto"/>
        <w:rPr>
          <w:rFonts w:ascii="Arial" w:hAnsi="Arial" w:cs="Arial"/>
        </w:rPr>
      </w:pPr>
    </w:p>
    <w:p w14:paraId="64E32235" w14:textId="38CDC750" w:rsidR="00D8070F" w:rsidRDefault="004A5101" w:rsidP="00D8070F">
      <w:pPr>
        <w:pStyle w:val="NormalWeb"/>
        <w:spacing w:line="360" w:lineRule="auto"/>
        <w:rPr>
          <w:rFonts w:ascii="Arial" w:hAnsi="Arial" w:cs="Arial"/>
        </w:rPr>
      </w:pPr>
      <w:r w:rsidRPr="004A5101">
        <w:rPr>
          <w:rFonts w:ascii="Arial" w:hAnsi="Arial" w:cs="Arial"/>
        </w:rPr>
        <w:t xml:space="preserve">Throughout the last </w:t>
      </w:r>
      <w:r>
        <w:rPr>
          <w:rFonts w:ascii="Arial" w:hAnsi="Arial" w:cs="Arial"/>
        </w:rPr>
        <w:t>three</w:t>
      </w:r>
      <w:r w:rsidRPr="004A5101">
        <w:rPr>
          <w:rFonts w:ascii="Arial" w:hAnsi="Arial" w:cs="Arial"/>
        </w:rPr>
        <w:t xml:space="preserve"> years of working with Young Transport Company, I have worked in an environment characteri</w:t>
      </w:r>
      <w:r>
        <w:rPr>
          <w:rFonts w:ascii="Arial" w:hAnsi="Arial" w:cs="Arial"/>
        </w:rPr>
        <w:t>s</w:t>
      </w:r>
      <w:r w:rsidRPr="004A5101">
        <w:rPr>
          <w:rFonts w:ascii="Arial" w:hAnsi="Arial" w:cs="Arial"/>
        </w:rPr>
        <w:t>ed by speed and customer interaction, where being organi</w:t>
      </w:r>
      <w:r>
        <w:rPr>
          <w:rFonts w:ascii="Arial" w:hAnsi="Arial" w:cs="Arial"/>
        </w:rPr>
        <w:t>s</w:t>
      </w:r>
      <w:r w:rsidRPr="004A5101">
        <w:rPr>
          <w:rFonts w:ascii="Arial" w:hAnsi="Arial" w:cs="Arial"/>
        </w:rPr>
        <w:t xml:space="preserve">ed, professional, and able to communicate effectively were critical aspects of the job. The </w:t>
      </w:r>
      <w:proofErr w:type="gramStart"/>
      <w:r w:rsidRPr="004A5101">
        <w:rPr>
          <w:rFonts w:ascii="Arial" w:hAnsi="Arial" w:cs="Arial"/>
        </w:rPr>
        <w:t>responsibilities included</w:t>
      </w:r>
      <w:proofErr w:type="gramEnd"/>
      <w:r w:rsidRPr="004A5101">
        <w:rPr>
          <w:rFonts w:ascii="Arial" w:hAnsi="Arial" w:cs="Arial"/>
        </w:rPr>
        <w:t xml:space="preserve"> managing schedules, keeping </w:t>
      </w:r>
      <w:proofErr w:type="gramStart"/>
      <w:r w:rsidRPr="004A5101">
        <w:rPr>
          <w:rFonts w:ascii="Arial" w:hAnsi="Arial" w:cs="Arial"/>
        </w:rPr>
        <w:t>accurate</w:t>
      </w:r>
      <w:proofErr w:type="gramEnd"/>
      <w:r w:rsidRPr="004A5101">
        <w:rPr>
          <w:rFonts w:ascii="Arial" w:hAnsi="Arial" w:cs="Arial"/>
        </w:rPr>
        <w:t xml:space="preserve"> records, attending to customer queries, </w:t>
      </w:r>
      <w:proofErr w:type="gramStart"/>
      <w:r w:rsidRPr="004A5101">
        <w:rPr>
          <w:rFonts w:ascii="Arial" w:hAnsi="Arial" w:cs="Arial"/>
        </w:rPr>
        <w:t>working</w:t>
      </w:r>
      <w:proofErr w:type="gramEnd"/>
      <w:r w:rsidRPr="004A5101">
        <w:rPr>
          <w:rFonts w:ascii="Arial" w:hAnsi="Arial" w:cs="Arial"/>
        </w:rPr>
        <w:t xml:space="preserve"> with colleagues to ensure the smooth operation of the business, and dealing with </w:t>
      </w:r>
      <w:r w:rsidRPr="004A5101">
        <w:rPr>
          <w:rFonts w:ascii="Arial" w:hAnsi="Arial" w:cs="Arial"/>
        </w:rPr>
        <w:lastRenderedPageBreak/>
        <w:t xml:space="preserve">changes and pressures in a professional and efficient manner. </w:t>
      </w:r>
      <w:r>
        <w:rPr>
          <w:rFonts w:ascii="Arial" w:hAnsi="Arial" w:cs="Arial"/>
        </w:rPr>
        <w:t>T</w:t>
      </w:r>
      <w:r w:rsidRPr="004A5101">
        <w:rPr>
          <w:rFonts w:ascii="Arial" w:hAnsi="Arial" w:cs="Arial"/>
        </w:rPr>
        <w:t xml:space="preserve">his </w:t>
      </w:r>
      <w:r>
        <w:rPr>
          <w:rFonts w:ascii="Arial" w:hAnsi="Arial" w:cs="Arial"/>
        </w:rPr>
        <w:t xml:space="preserve">experience has </w:t>
      </w:r>
      <w:r w:rsidRPr="004A5101">
        <w:rPr>
          <w:rFonts w:ascii="Arial" w:hAnsi="Arial" w:cs="Arial"/>
        </w:rPr>
        <w:t>give</w:t>
      </w:r>
      <w:r>
        <w:rPr>
          <w:rFonts w:ascii="Arial" w:hAnsi="Arial" w:cs="Arial"/>
        </w:rPr>
        <w:t>n</w:t>
      </w:r>
      <w:r w:rsidRPr="004A5101">
        <w:rPr>
          <w:rFonts w:ascii="Arial" w:hAnsi="Arial" w:cs="Arial"/>
        </w:rPr>
        <w:t xml:space="preserve"> me </w:t>
      </w:r>
      <w:proofErr w:type="gramStart"/>
      <w:r w:rsidRPr="004A5101">
        <w:rPr>
          <w:rFonts w:ascii="Arial" w:hAnsi="Arial" w:cs="Arial"/>
        </w:rPr>
        <w:t>a strong foundation</w:t>
      </w:r>
      <w:proofErr w:type="gramEnd"/>
      <w:r w:rsidRPr="004A5101">
        <w:rPr>
          <w:rFonts w:ascii="Arial" w:hAnsi="Arial" w:cs="Arial"/>
        </w:rPr>
        <w:t xml:space="preserve"> in teamwork, stakeholder communication, and operational support, all of which I consider critical in supporting business development activities at Russell Cooke</w:t>
      </w:r>
      <w:r>
        <w:rPr>
          <w:rFonts w:ascii="Arial" w:hAnsi="Arial" w:cs="Arial"/>
        </w:rPr>
        <w:t>.</w:t>
      </w:r>
    </w:p>
    <w:p w14:paraId="5068F294" w14:textId="77777777" w:rsidR="004A5101" w:rsidRDefault="004A5101" w:rsidP="00D8070F">
      <w:pPr>
        <w:pStyle w:val="NormalWeb"/>
        <w:spacing w:line="360" w:lineRule="auto"/>
        <w:rPr>
          <w:rFonts w:ascii="Arial" w:hAnsi="Arial" w:cs="Arial"/>
        </w:rPr>
      </w:pPr>
    </w:p>
    <w:p w14:paraId="515FDFA4" w14:textId="1B4101AB" w:rsidR="00D8070F" w:rsidRDefault="00457CED" w:rsidP="00D8070F">
      <w:pPr>
        <w:pStyle w:val="NormalWeb"/>
        <w:spacing w:line="360" w:lineRule="auto"/>
        <w:rPr>
          <w:rFonts w:ascii="Arial" w:hAnsi="Arial" w:cs="Arial"/>
        </w:rPr>
      </w:pPr>
      <w:r w:rsidRPr="00457CED">
        <w:rPr>
          <w:rFonts w:ascii="Arial" w:hAnsi="Arial" w:cs="Arial"/>
        </w:rPr>
        <w:t xml:space="preserve">I find this position especially appealing because of the prospect of contributing to the full range of business development activities. </w:t>
      </w:r>
      <w:r>
        <w:rPr>
          <w:rFonts w:ascii="Arial" w:hAnsi="Arial" w:cs="Arial"/>
        </w:rPr>
        <w:t>In my last position</w:t>
      </w:r>
      <w:r w:rsidRPr="00457CED">
        <w:rPr>
          <w:rFonts w:ascii="Arial" w:hAnsi="Arial" w:cs="Arial"/>
        </w:rPr>
        <w:t xml:space="preserve">, I communicate information precisely, address problems in </w:t>
      </w:r>
      <w:proofErr w:type="gramStart"/>
      <w:r w:rsidRPr="00457CED">
        <w:rPr>
          <w:rFonts w:ascii="Arial" w:hAnsi="Arial" w:cs="Arial"/>
        </w:rPr>
        <w:t>a timely</w:t>
      </w:r>
      <w:proofErr w:type="gramEnd"/>
      <w:r w:rsidRPr="00457CED">
        <w:rPr>
          <w:rFonts w:ascii="Arial" w:hAnsi="Arial" w:cs="Arial"/>
        </w:rPr>
        <w:t xml:space="preserve"> and effective way, and adhere to professional standards of service that protect customer confidence and corporate reputation. </w:t>
      </w:r>
      <w:r>
        <w:rPr>
          <w:rFonts w:ascii="Arial" w:hAnsi="Arial" w:cs="Arial"/>
        </w:rPr>
        <w:t>T</w:t>
      </w:r>
      <w:r w:rsidRPr="00457CED">
        <w:rPr>
          <w:rFonts w:ascii="Arial" w:hAnsi="Arial" w:cs="Arial"/>
        </w:rPr>
        <w:t>hese experiences have prepared me to make significant contributions to situations that demand responsiveness, precision, cooperation, and service commitment.</w:t>
      </w:r>
    </w:p>
    <w:p w14:paraId="4F645B40" w14:textId="77777777" w:rsidR="00457CED" w:rsidRDefault="00457CED" w:rsidP="00D8070F">
      <w:pPr>
        <w:pStyle w:val="NormalWeb"/>
        <w:spacing w:line="360" w:lineRule="auto"/>
        <w:rPr>
          <w:rFonts w:ascii="Arial" w:hAnsi="Arial" w:cs="Arial"/>
        </w:rPr>
      </w:pPr>
    </w:p>
    <w:p w14:paraId="14DD72C0" w14:textId="392C7DD9" w:rsidR="00D8070F" w:rsidRDefault="00DE2A5F" w:rsidP="00D8070F">
      <w:pPr>
        <w:pStyle w:val="NormalWeb"/>
        <w:spacing w:line="360" w:lineRule="auto"/>
        <w:rPr>
          <w:rFonts w:ascii="Arial" w:hAnsi="Arial" w:cs="Arial"/>
        </w:rPr>
      </w:pPr>
      <w:proofErr w:type="gramStart"/>
      <w:r w:rsidRPr="00DE2A5F">
        <w:rPr>
          <w:rFonts w:ascii="Arial" w:hAnsi="Arial" w:cs="Arial"/>
        </w:rPr>
        <w:t xml:space="preserve">I </w:t>
      </w:r>
      <w:r>
        <w:rPr>
          <w:rFonts w:ascii="Arial" w:hAnsi="Arial" w:cs="Arial"/>
        </w:rPr>
        <w:t>will</w:t>
      </w:r>
      <w:proofErr w:type="gramEnd"/>
      <w:r>
        <w:rPr>
          <w:rFonts w:ascii="Arial" w:hAnsi="Arial" w:cs="Arial"/>
        </w:rPr>
        <w:t xml:space="preserve"> </w:t>
      </w:r>
      <w:r w:rsidRPr="00DE2A5F">
        <w:rPr>
          <w:rFonts w:ascii="Arial" w:hAnsi="Arial" w:cs="Arial"/>
        </w:rPr>
        <w:t xml:space="preserve">add value to Russell-Cooke through my </w:t>
      </w:r>
      <w:proofErr w:type="gramStart"/>
      <w:r w:rsidRPr="00DE2A5F">
        <w:rPr>
          <w:rFonts w:ascii="Arial" w:hAnsi="Arial" w:cs="Arial"/>
        </w:rPr>
        <w:t>proactive</w:t>
      </w:r>
      <w:proofErr w:type="gramEnd"/>
      <w:r w:rsidRPr="00DE2A5F">
        <w:rPr>
          <w:rFonts w:ascii="Arial" w:hAnsi="Arial" w:cs="Arial"/>
        </w:rPr>
        <w:t xml:space="preserve"> approach, willingness to learn, and genuine interest in helping both colleagues and clients. </w:t>
      </w:r>
      <w:proofErr w:type="gramStart"/>
      <w:r w:rsidRPr="00DE2A5F">
        <w:rPr>
          <w:rFonts w:ascii="Arial" w:hAnsi="Arial" w:cs="Arial"/>
        </w:rPr>
        <w:t>I am interested</w:t>
      </w:r>
      <w:proofErr w:type="gramEnd"/>
      <w:r w:rsidRPr="00DE2A5F">
        <w:rPr>
          <w:rFonts w:ascii="Arial" w:hAnsi="Arial" w:cs="Arial"/>
        </w:rPr>
        <w:t xml:space="preserve"> in working in an organi</w:t>
      </w:r>
      <w:r>
        <w:rPr>
          <w:rFonts w:ascii="Arial" w:hAnsi="Arial" w:cs="Arial"/>
        </w:rPr>
        <w:t>s</w:t>
      </w:r>
      <w:r w:rsidRPr="00DE2A5F">
        <w:rPr>
          <w:rFonts w:ascii="Arial" w:hAnsi="Arial" w:cs="Arial"/>
        </w:rPr>
        <w:t>ation where there is organi</w:t>
      </w:r>
      <w:r>
        <w:rPr>
          <w:rFonts w:ascii="Arial" w:hAnsi="Arial" w:cs="Arial"/>
        </w:rPr>
        <w:t>s</w:t>
      </w:r>
      <w:r w:rsidRPr="00DE2A5F">
        <w:rPr>
          <w:rFonts w:ascii="Arial" w:hAnsi="Arial" w:cs="Arial"/>
        </w:rPr>
        <w:t xml:space="preserve">ation, follow-through, and helping to ensure teams function effectively, and I </w:t>
      </w:r>
      <w:proofErr w:type="gramStart"/>
      <w:r w:rsidRPr="00DE2A5F">
        <w:rPr>
          <w:rFonts w:ascii="Arial" w:hAnsi="Arial" w:cs="Arial"/>
        </w:rPr>
        <w:t>am motivated</w:t>
      </w:r>
      <w:proofErr w:type="gramEnd"/>
      <w:r w:rsidRPr="00DE2A5F">
        <w:rPr>
          <w:rFonts w:ascii="Arial" w:hAnsi="Arial" w:cs="Arial"/>
        </w:rPr>
        <w:t xml:space="preserve"> by the opportunity to progress my career in business development within a successful law firm. The nature of this role, working in collaboration with different teams, and being able to contribute to the overall growth strategy of the firm are aspects that particularly interest me.</w:t>
      </w:r>
    </w:p>
    <w:p w14:paraId="17023A0D" w14:textId="77777777" w:rsidR="00DE2A5F" w:rsidRDefault="00DE2A5F" w:rsidP="00D8070F">
      <w:pPr>
        <w:pStyle w:val="NormalWeb"/>
        <w:spacing w:line="360" w:lineRule="auto"/>
        <w:rPr>
          <w:rFonts w:ascii="Arial" w:hAnsi="Arial" w:cs="Arial"/>
        </w:rPr>
      </w:pPr>
    </w:p>
    <w:p w14:paraId="030438AF" w14:textId="77777777" w:rsidR="00DE2A5F" w:rsidRDefault="00D8070F" w:rsidP="00DE2A5F">
      <w:pPr>
        <w:pStyle w:val="NormalWeb"/>
        <w:spacing w:line="360" w:lineRule="auto"/>
        <w:rPr>
          <w:rFonts w:ascii="Arial" w:hAnsi="Arial" w:cs="Arial"/>
        </w:rPr>
      </w:pPr>
      <w:r w:rsidRPr="00A552D1">
        <w:rPr>
          <w:rFonts w:ascii="Arial" w:hAnsi="Arial" w:cs="Arial"/>
        </w:rPr>
        <w:t xml:space="preserve">Alongside my work experience, I am currently completing a one-year college programme, which has strengthened my commitment to professional development and continuous learning. </w:t>
      </w:r>
      <w:proofErr w:type="gramStart"/>
      <w:r w:rsidRPr="00A552D1">
        <w:rPr>
          <w:rFonts w:ascii="Arial" w:hAnsi="Arial" w:cs="Arial"/>
        </w:rPr>
        <w:t>I am also confident</w:t>
      </w:r>
      <w:proofErr w:type="gramEnd"/>
      <w:r w:rsidRPr="00A552D1">
        <w:rPr>
          <w:rFonts w:ascii="Arial" w:hAnsi="Arial" w:cs="Arial"/>
        </w:rPr>
        <w:t xml:space="preserve"> using Microsoft Word, Excel, email, and internet-based tools, and I would welcome the opportunity to further develop these skills in a business development environment.</w:t>
      </w:r>
    </w:p>
    <w:p w14:paraId="1ADBFC51" w14:textId="77777777" w:rsidR="00CF5761" w:rsidRDefault="00CF5761" w:rsidP="00D8070F">
      <w:pPr>
        <w:pStyle w:val="NormalWeb"/>
        <w:spacing w:line="360" w:lineRule="auto"/>
        <w:rPr>
          <w:rFonts w:ascii="Arial" w:hAnsi="Arial" w:cs="Arial"/>
        </w:rPr>
      </w:pPr>
    </w:p>
    <w:p w14:paraId="5FC0A501" w14:textId="5A26BAE0" w:rsidR="00DE2A5F" w:rsidRDefault="00D8070F" w:rsidP="00D8070F">
      <w:pPr>
        <w:pStyle w:val="NormalWeb"/>
        <w:spacing w:line="360" w:lineRule="auto"/>
        <w:rPr>
          <w:rFonts w:ascii="Arial" w:hAnsi="Arial" w:cs="Arial"/>
        </w:rPr>
      </w:pPr>
      <w:r w:rsidRPr="00A552D1">
        <w:rPr>
          <w:rFonts w:ascii="Arial" w:hAnsi="Arial" w:cs="Arial"/>
        </w:rPr>
        <w:t>Thank you for considering my application</w:t>
      </w:r>
    </w:p>
    <w:p w14:paraId="4BC1FDBF" w14:textId="77777777" w:rsidR="00DE2A5F" w:rsidRDefault="00D8070F" w:rsidP="00D8070F">
      <w:pPr>
        <w:pStyle w:val="NormalWeb"/>
        <w:spacing w:line="360" w:lineRule="auto"/>
        <w:rPr>
          <w:rStyle w:val="Strong"/>
          <w:rFonts w:ascii="Arial" w:hAnsi="Arial" w:cs="Arial"/>
          <w:highlight w:val="red"/>
        </w:rPr>
      </w:pPr>
      <w:r w:rsidRPr="00A552D1">
        <w:rPr>
          <w:rStyle w:val="Strong"/>
          <w:rFonts w:ascii="Arial" w:hAnsi="Arial" w:cs="Arial"/>
        </w:rPr>
        <w:t>Yours sincerely,</w:t>
      </w:r>
      <w:r w:rsidRPr="00A552D1">
        <w:rPr>
          <w:rFonts w:ascii="Arial" w:hAnsi="Arial" w:cs="Arial"/>
        </w:rPr>
        <w:br/>
      </w:r>
    </w:p>
    <w:p w14:paraId="04FDB50A" w14:textId="3F0EDBD3" w:rsidR="00D8070F" w:rsidRPr="00DC1E46" w:rsidRDefault="00DC1E46" w:rsidP="00D8070F">
      <w:pPr>
        <w:spacing w:line="360" w:lineRule="auto"/>
        <w:rPr>
          <w:rFonts w:ascii="Arial" w:hAnsi="Arial" w:cs="Arial"/>
          <w:b/>
          <w:bCs/>
          <w:sz w:val="24"/>
          <w:szCs w:val="24"/>
        </w:rPr>
      </w:pPr>
      <w:r>
        <w:rPr>
          <w:rFonts w:ascii="Arial" w:hAnsi="Arial" w:cs="Arial"/>
          <w:b/>
          <w:bCs/>
          <w:sz w:val="24"/>
          <w:szCs w:val="24"/>
        </w:rPr>
        <w:t>Johnson Anene</w:t>
      </w:r>
    </w:p>
    <w:p w14:paraId="4EC986FF" w14:textId="77777777" w:rsidR="00CD6CCB" w:rsidRDefault="00CD6CCB" w:rsidP="00CF5761">
      <w:pPr>
        <w:rPr>
          <w:rFonts w:ascii="Times New Roman"/>
          <w:sz w:val="36"/>
        </w:rPr>
      </w:pPr>
    </w:p>
    <w:p w14:paraId="39C591E9" w14:textId="6F8EA7D5" w:rsidR="00283FDA" w:rsidRPr="00CD6CCB" w:rsidRDefault="00283FDA" w:rsidP="00CD6CCB">
      <w:pPr>
        <w:jc w:val="center"/>
        <w:rPr>
          <w:rFonts w:asciiTheme="minorBidi" w:hAnsiTheme="minorBidi"/>
          <w:b/>
          <w:bCs/>
          <w:sz w:val="24"/>
          <w:szCs w:val="24"/>
        </w:rPr>
      </w:pPr>
      <w:r w:rsidRPr="00CD6CCB">
        <w:rPr>
          <w:rFonts w:asciiTheme="minorBidi" w:hAnsiTheme="minorBidi"/>
          <w:b/>
          <w:bCs/>
          <w:sz w:val="24"/>
          <w:szCs w:val="24"/>
        </w:rPr>
        <w:lastRenderedPageBreak/>
        <w:t>JOB ADVERT</w:t>
      </w:r>
    </w:p>
    <w:p w14:paraId="79AC347E" w14:textId="77777777" w:rsidR="00283FDA" w:rsidRDefault="00283FDA" w:rsidP="00283FDA">
      <w:pPr>
        <w:pStyle w:val="Title"/>
        <w:spacing w:line="360" w:lineRule="auto"/>
        <w:rPr>
          <w:rFonts w:ascii="Arial" w:hAnsi="Arial" w:cs="Arial"/>
          <w:color w:val="auto"/>
          <w:w w:val="80"/>
          <w:sz w:val="24"/>
          <w:szCs w:val="24"/>
        </w:rPr>
      </w:pPr>
    </w:p>
    <w:p w14:paraId="25A971E2" w14:textId="77777777" w:rsidR="00283FDA" w:rsidRDefault="00283FDA" w:rsidP="00283FDA">
      <w:pPr>
        <w:pStyle w:val="Title"/>
        <w:spacing w:line="360" w:lineRule="auto"/>
        <w:rPr>
          <w:rFonts w:ascii="Arial" w:hAnsi="Arial" w:cs="Arial"/>
          <w:color w:val="auto"/>
          <w:w w:val="80"/>
          <w:sz w:val="24"/>
          <w:szCs w:val="24"/>
        </w:rPr>
      </w:pPr>
    </w:p>
    <w:p w14:paraId="6023ED40" w14:textId="6037B68F" w:rsidR="00283FDA" w:rsidRPr="00CF5761" w:rsidRDefault="006012B4" w:rsidP="00283FDA">
      <w:pPr>
        <w:pStyle w:val="Title"/>
        <w:spacing w:line="360" w:lineRule="auto"/>
        <w:rPr>
          <w:rFonts w:ascii="Arial" w:hAnsi="Arial" w:cs="Arial"/>
          <w:color w:val="auto"/>
          <w:w w:val="80"/>
          <w:sz w:val="24"/>
          <w:szCs w:val="24"/>
        </w:rPr>
      </w:pPr>
      <w:r w:rsidRPr="00CF5761">
        <w:rPr>
          <w:rFonts w:ascii="Arial" w:hAnsi="Arial" w:cs="Arial"/>
          <w:color w:val="auto"/>
          <w:w w:val="80"/>
          <w:sz w:val="24"/>
          <w:szCs w:val="24"/>
        </w:rPr>
        <w:t>https://careers.russell-cooke.co.uk/job/809089</w:t>
      </w:r>
    </w:p>
    <w:p w14:paraId="08B714D8" w14:textId="7AFC0BB5" w:rsidR="006012B4" w:rsidRPr="006012B4" w:rsidRDefault="006012B4" w:rsidP="006012B4"/>
    <w:p w14:paraId="0A4A8B67" w14:textId="77777777" w:rsidR="00283FDA" w:rsidRDefault="00283FDA" w:rsidP="008E5019">
      <w:pPr>
        <w:rPr>
          <w:position w:val="-2"/>
        </w:rPr>
      </w:pPr>
    </w:p>
    <w:p w14:paraId="6C673C09" w14:textId="77777777" w:rsidR="008E5019" w:rsidRPr="008E5019" w:rsidRDefault="008E5019" w:rsidP="008E5019">
      <w:pPr>
        <w:autoSpaceDE w:val="0"/>
        <w:autoSpaceDN w:val="0"/>
        <w:adjustRightInd w:val="0"/>
        <w:spacing w:line="360" w:lineRule="auto"/>
        <w:rPr>
          <w:rFonts w:ascii="Arial" w:eastAsiaTheme="minorEastAsia" w:hAnsi="Arial" w:cs="Arial"/>
          <w:b/>
          <w:bCs/>
          <w:w w:val="0"/>
          <w:sz w:val="24"/>
          <w:szCs w:val="24"/>
        </w:rPr>
      </w:pPr>
      <w:r w:rsidRPr="008E5019">
        <w:rPr>
          <w:rFonts w:ascii="Arial" w:eastAsiaTheme="minorEastAsia" w:hAnsi="Arial" w:cs="Arial"/>
          <w:b/>
          <w:bCs/>
          <w:w w:val="0"/>
          <w:sz w:val="24"/>
          <w:szCs w:val="24"/>
        </w:rPr>
        <w:t>BUSINESS</w:t>
      </w:r>
      <w:r w:rsidRPr="008E5019">
        <w:rPr>
          <w:rFonts w:ascii="Arial" w:eastAsiaTheme="minorEastAsia" w:hAnsi="Arial" w:cs="Arial"/>
          <w:b/>
          <w:bCs/>
          <w:spacing w:val="-5"/>
          <w:w w:val="0"/>
          <w:sz w:val="24"/>
          <w:szCs w:val="24"/>
        </w:rPr>
        <w:t xml:space="preserve"> </w:t>
      </w:r>
      <w:r w:rsidRPr="008E5019">
        <w:rPr>
          <w:rFonts w:ascii="Arial" w:eastAsiaTheme="minorEastAsia" w:hAnsi="Arial" w:cs="Arial"/>
          <w:b/>
          <w:bCs/>
          <w:w w:val="0"/>
          <w:sz w:val="24"/>
          <w:szCs w:val="24"/>
        </w:rPr>
        <w:t>DEVELOPMENT</w:t>
      </w:r>
      <w:r w:rsidRPr="008E5019">
        <w:rPr>
          <w:rFonts w:ascii="Arial" w:eastAsiaTheme="minorEastAsia" w:hAnsi="Arial" w:cs="Arial"/>
          <w:b/>
          <w:bCs/>
          <w:spacing w:val="-4"/>
          <w:w w:val="0"/>
          <w:sz w:val="24"/>
          <w:szCs w:val="24"/>
        </w:rPr>
        <w:t xml:space="preserve"> </w:t>
      </w:r>
      <w:r w:rsidRPr="008E5019">
        <w:rPr>
          <w:rFonts w:ascii="Arial" w:eastAsiaTheme="minorEastAsia" w:hAnsi="Arial" w:cs="Arial"/>
          <w:b/>
          <w:bCs/>
          <w:spacing w:val="-2"/>
          <w:w w:val="0"/>
          <w:sz w:val="24"/>
          <w:szCs w:val="24"/>
        </w:rPr>
        <w:t>EXECUTIVE</w:t>
      </w:r>
    </w:p>
    <w:p w14:paraId="4F7724DF" w14:textId="77777777" w:rsidR="008E5019" w:rsidRPr="008E5019" w:rsidRDefault="008E5019" w:rsidP="008E5019">
      <w:pPr>
        <w:autoSpaceDE w:val="0"/>
        <w:autoSpaceDN w:val="0"/>
        <w:adjustRightInd w:val="0"/>
        <w:spacing w:line="360" w:lineRule="auto"/>
        <w:rPr>
          <w:rFonts w:ascii="Arial" w:eastAsiaTheme="minorEastAsia" w:hAnsi="Arial" w:cs="Arial"/>
          <w:b/>
          <w:bCs/>
          <w:w w:val="0"/>
          <w:sz w:val="24"/>
          <w:szCs w:val="24"/>
        </w:rPr>
      </w:pPr>
    </w:p>
    <w:p w14:paraId="754974C9" w14:textId="77777777" w:rsidR="008E5019" w:rsidRDefault="008E5019" w:rsidP="008E5019">
      <w:pPr>
        <w:autoSpaceDE w:val="0"/>
        <w:autoSpaceDN w:val="0"/>
        <w:adjustRightInd w:val="0"/>
        <w:spacing w:line="360" w:lineRule="auto"/>
        <w:rPr>
          <w:rFonts w:ascii="Arial" w:eastAsiaTheme="minorEastAsia" w:hAnsi="Arial" w:cs="Arial"/>
          <w:w w:val="0"/>
          <w:sz w:val="24"/>
          <w:szCs w:val="24"/>
        </w:rPr>
      </w:pPr>
      <w:r w:rsidRPr="008E5019">
        <w:rPr>
          <w:rFonts w:ascii="Arial" w:eastAsiaTheme="minorEastAsia" w:hAnsi="Arial" w:cs="Arial"/>
          <w:b/>
          <w:bCs/>
          <w:spacing w:val="-2"/>
          <w:w w:val="0"/>
          <w:sz w:val="24"/>
          <w:szCs w:val="24"/>
        </w:rPr>
        <w:t>Hours</w:t>
      </w:r>
      <w:r w:rsidRPr="008E5019">
        <w:rPr>
          <w:rFonts w:ascii="Arial" w:eastAsiaTheme="minorEastAsia" w:hAnsi="Arial" w:cs="Arial"/>
          <w:b/>
          <w:bCs/>
          <w:w w:val="0"/>
          <w:sz w:val="24"/>
          <w:szCs w:val="24"/>
        </w:rPr>
        <w:tab/>
      </w:r>
      <w:r w:rsidRPr="008E5019">
        <w:rPr>
          <w:rFonts w:ascii="Arial" w:eastAsiaTheme="minorEastAsia" w:hAnsi="Arial" w:cs="Arial"/>
          <w:b/>
          <w:bCs/>
          <w:spacing w:val="-54"/>
          <w:w w:val="0"/>
          <w:sz w:val="24"/>
          <w:szCs w:val="24"/>
        </w:rPr>
        <w:t xml:space="preserve"> </w:t>
      </w:r>
      <w:r w:rsidRPr="008E5019">
        <w:rPr>
          <w:rFonts w:ascii="Arial" w:eastAsiaTheme="minorEastAsia" w:hAnsi="Arial" w:cs="Arial"/>
          <w:w w:val="0"/>
          <w:sz w:val="24"/>
          <w:szCs w:val="24"/>
        </w:rPr>
        <w:t xml:space="preserve">Full-time, 9:30am – 5.30pm </w:t>
      </w:r>
    </w:p>
    <w:p w14:paraId="28CE65BD" w14:textId="75591361"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r w:rsidRPr="008E5019">
        <w:rPr>
          <w:rFonts w:ascii="Arial" w:eastAsiaTheme="minorEastAsia" w:hAnsi="Arial" w:cs="Arial"/>
          <w:b/>
          <w:bCs/>
          <w:spacing w:val="-2"/>
          <w:w w:val="0"/>
          <w:sz w:val="24"/>
          <w:szCs w:val="24"/>
        </w:rPr>
        <w:t>Department</w:t>
      </w:r>
      <w:r w:rsidRPr="008E5019">
        <w:rPr>
          <w:rFonts w:ascii="Arial" w:eastAsiaTheme="minorEastAsia" w:hAnsi="Arial" w:cs="Arial"/>
          <w:b/>
          <w:bCs/>
          <w:w w:val="0"/>
          <w:sz w:val="24"/>
          <w:szCs w:val="24"/>
        </w:rPr>
        <w:tab/>
      </w:r>
      <w:r w:rsidRPr="008E5019">
        <w:rPr>
          <w:rFonts w:ascii="Arial" w:eastAsiaTheme="minorEastAsia" w:hAnsi="Arial" w:cs="Arial"/>
          <w:w w:val="0"/>
          <w:sz w:val="24"/>
          <w:szCs w:val="24"/>
        </w:rPr>
        <w:t>Marketing &amp; business development</w:t>
      </w:r>
    </w:p>
    <w:p w14:paraId="1121DEA0"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p>
    <w:p w14:paraId="5B66673B" w14:textId="77777777" w:rsidR="008E5019" w:rsidRPr="008E5019" w:rsidRDefault="008E5019" w:rsidP="008E5019">
      <w:pPr>
        <w:autoSpaceDE w:val="0"/>
        <w:autoSpaceDN w:val="0"/>
        <w:adjustRightInd w:val="0"/>
        <w:spacing w:line="360" w:lineRule="auto"/>
        <w:rPr>
          <w:rFonts w:ascii="Arial" w:eastAsiaTheme="minorEastAsia" w:hAnsi="Arial" w:cs="Arial"/>
          <w:b/>
          <w:bCs/>
          <w:w w:val="0"/>
          <w:sz w:val="24"/>
          <w:szCs w:val="24"/>
        </w:rPr>
      </w:pPr>
      <w:r w:rsidRPr="008E5019">
        <w:rPr>
          <w:rFonts w:ascii="Arial" w:eastAsiaTheme="minorEastAsia" w:hAnsi="Arial" w:cs="Arial"/>
          <w:b/>
          <w:bCs/>
          <w:w w:val="0"/>
          <w:sz w:val="24"/>
          <w:szCs w:val="24"/>
        </w:rPr>
        <w:t>The firm</w:t>
      </w:r>
    </w:p>
    <w:p w14:paraId="02932ABD"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proofErr w:type="gramStart"/>
      <w:r w:rsidRPr="008E5019">
        <w:rPr>
          <w:rFonts w:ascii="Arial" w:eastAsiaTheme="minorEastAsia" w:hAnsi="Arial" w:cs="Arial"/>
          <w:w w:val="105"/>
          <w:sz w:val="24"/>
          <w:szCs w:val="24"/>
        </w:rPr>
        <w:t>It’s</w:t>
      </w:r>
      <w:proofErr w:type="gramEnd"/>
      <w:r w:rsidRPr="008E5019">
        <w:rPr>
          <w:rFonts w:ascii="Arial" w:eastAsiaTheme="minorEastAsia" w:hAnsi="Arial" w:cs="Arial"/>
          <w:spacing w:val="-8"/>
          <w:w w:val="105"/>
          <w:sz w:val="24"/>
          <w:szCs w:val="24"/>
        </w:rPr>
        <w:t xml:space="preserve"> </w:t>
      </w:r>
      <w:r w:rsidRPr="008E5019">
        <w:rPr>
          <w:rFonts w:ascii="Arial" w:eastAsiaTheme="minorEastAsia" w:hAnsi="Arial" w:cs="Arial"/>
          <w:w w:val="105"/>
          <w:sz w:val="24"/>
          <w:szCs w:val="24"/>
        </w:rPr>
        <w:t>an</w:t>
      </w:r>
      <w:r w:rsidRPr="008E5019">
        <w:rPr>
          <w:rFonts w:ascii="Arial" w:eastAsiaTheme="minorEastAsia" w:hAnsi="Arial" w:cs="Arial"/>
          <w:spacing w:val="-8"/>
          <w:w w:val="105"/>
          <w:sz w:val="24"/>
          <w:szCs w:val="24"/>
        </w:rPr>
        <w:t xml:space="preserve"> </w:t>
      </w:r>
      <w:r w:rsidRPr="008E5019">
        <w:rPr>
          <w:rFonts w:ascii="Arial" w:eastAsiaTheme="minorEastAsia" w:hAnsi="Arial" w:cs="Arial"/>
          <w:w w:val="105"/>
          <w:sz w:val="24"/>
          <w:szCs w:val="24"/>
        </w:rPr>
        <w:t>exciting</w:t>
      </w:r>
      <w:r w:rsidRPr="008E5019">
        <w:rPr>
          <w:rFonts w:ascii="Arial" w:eastAsiaTheme="minorEastAsia" w:hAnsi="Arial" w:cs="Arial"/>
          <w:spacing w:val="-8"/>
          <w:w w:val="105"/>
          <w:sz w:val="24"/>
          <w:szCs w:val="24"/>
        </w:rPr>
        <w:t xml:space="preserve"> </w:t>
      </w:r>
      <w:r w:rsidRPr="008E5019">
        <w:rPr>
          <w:rFonts w:ascii="Arial" w:eastAsiaTheme="minorEastAsia" w:hAnsi="Arial" w:cs="Arial"/>
          <w:w w:val="105"/>
          <w:sz w:val="24"/>
          <w:szCs w:val="24"/>
        </w:rPr>
        <w:t>time</w:t>
      </w:r>
      <w:r w:rsidRPr="008E5019">
        <w:rPr>
          <w:rFonts w:ascii="Arial" w:eastAsiaTheme="minorEastAsia" w:hAnsi="Arial" w:cs="Arial"/>
          <w:spacing w:val="-8"/>
          <w:w w:val="105"/>
          <w:sz w:val="24"/>
          <w:szCs w:val="24"/>
        </w:rPr>
        <w:t xml:space="preserve"> </w:t>
      </w:r>
      <w:r w:rsidRPr="008E5019">
        <w:rPr>
          <w:rFonts w:ascii="Arial" w:eastAsiaTheme="minorEastAsia" w:hAnsi="Arial" w:cs="Arial"/>
          <w:w w:val="105"/>
          <w:sz w:val="24"/>
          <w:szCs w:val="24"/>
        </w:rPr>
        <w:t>to</w:t>
      </w:r>
      <w:r w:rsidRPr="008E5019">
        <w:rPr>
          <w:rFonts w:ascii="Arial" w:eastAsiaTheme="minorEastAsia" w:hAnsi="Arial" w:cs="Arial"/>
          <w:spacing w:val="-8"/>
          <w:w w:val="105"/>
          <w:sz w:val="24"/>
          <w:szCs w:val="24"/>
        </w:rPr>
        <w:t xml:space="preserve"> </w:t>
      </w:r>
      <w:r w:rsidRPr="008E5019">
        <w:rPr>
          <w:rFonts w:ascii="Arial" w:eastAsiaTheme="minorEastAsia" w:hAnsi="Arial" w:cs="Arial"/>
          <w:w w:val="105"/>
          <w:sz w:val="24"/>
          <w:szCs w:val="24"/>
        </w:rPr>
        <w:t>join</w:t>
      </w:r>
      <w:r w:rsidRPr="008E5019">
        <w:rPr>
          <w:rFonts w:ascii="Arial" w:eastAsiaTheme="minorEastAsia" w:hAnsi="Arial" w:cs="Arial"/>
          <w:spacing w:val="-8"/>
          <w:w w:val="105"/>
          <w:sz w:val="24"/>
          <w:szCs w:val="24"/>
        </w:rPr>
        <w:t xml:space="preserve"> </w:t>
      </w:r>
      <w:r w:rsidRPr="008E5019">
        <w:rPr>
          <w:rFonts w:ascii="Arial" w:eastAsiaTheme="minorEastAsia" w:hAnsi="Arial" w:cs="Arial"/>
          <w:w w:val="105"/>
          <w:sz w:val="24"/>
          <w:szCs w:val="24"/>
        </w:rPr>
        <w:t>Russell-Cooke,</w:t>
      </w:r>
      <w:r w:rsidRPr="008E5019">
        <w:rPr>
          <w:rFonts w:ascii="Arial" w:eastAsiaTheme="minorEastAsia" w:hAnsi="Arial" w:cs="Arial"/>
          <w:spacing w:val="-8"/>
          <w:w w:val="105"/>
          <w:sz w:val="24"/>
          <w:szCs w:val="24"/>
        </w:rPr>
        <w:t xml:space="preserve"> </w:t>
      </w:r>
      <w:r w:rsidRPr="008E5019">
        <w:rPr>
          <w:rFonts w:ascii="Arial" w:eastAsiaTheme="minorEastAsia" w:hAnsi="Arial" w:cs="Arial"/>
          <w:w w:val="105"/>
          <w:sz w:val="24"/>
          <w:szCs w:val="24"/>
        </w:rPr>
        <w:t>a</w:t>
      </w:r>
      <w:r w:rsidRPr="008E5019">
        <w:rPr>
          <w:rFonts w:ascii="Arial" w:eastAsiaTheme="minorEastAsia" w:hAnsi="Arial" w:cs="Arial"/>
          <w:spacing w:val="-8"/>
          <w:w w:val="105"/>
          <w:sz w:val="24"/>
          <w:szCs w:val="24"/>
        </w:rPr>
        <w:t xml:space="preserve"> </w:t>
      </w:r>
      <w:r w:rsidRPr="008E5019">
        <w:rPr>
          <w:rFonts w:ascii="Arial" w:eastAsiaTheme="minorEastAsia" w:hAnsi="Arial" w:cs="Arial"/>
          <w:w w:val="105"/>
          <w:sz w:val="24"/>
          <w:szCs w:val="24"/>
        </w:rPr>
        <w:t>top</w:t>
      </w:r>
      <w:r w:rsidRPr="008E5019">
        <w:rPr>
          <w:rFonts w:ascii="Arial" w:eastAsiaTheme="minorEastAsia" w:hAnsi="Arial" w:cs="Arial"/>
          <w:spacing w:val="-8"/>
          <w:w w:val="105"/>
          <w:sz w:val="24"/>
          <w:szCs w:val="24"/>
        </w:rPr>
        <w:t xml:space="preserve"> </w:t>
      </w:r>
      <w:r w:rsidRPr="008E5019">
        <w:rPr>
          <w:rFonts w:ascii="Arial" w:eastAsiaTheme="minorEastAsia" w:hAnsi="Arial" w:cs="Arial"/>
          <w:w w:val="105"/>
          <w:sz w:val="24"/>
          <w:szCs w:val="24"/>
        </w:rPr>
        <w:t>100</w:t>
      </w:r>
      <w:r w:rsidRPr="008E5019">
        <w:rPr>
          <w:rFonts w:ascii="Arial" w:eastAsiaTheme="minorEastAsia" w:hAnsi="Arial" w:cs="Arial"/>
          <w:spacing w:val="-8"/>
          <w:w w:val="105"/>
          <w:sz w:val="24"/>
          <w:szCs w:val="24"/>
        </w:rPr>
        <w:t xml:space="preserve"> </w:t>
      </w:r>
      <w:r w:rsidRPr="008E5019">
        <w:rPr>
          <w:rFonts w:ascii="Arial" w:eastAsiaTheme="minorEastAsia" w:hAnsi="Arial" w:cs="Arial"/>
          <w:w w:val="105"/>
          <w:sz w:val="24"/>
          <w:szCs w:val="24"/>
        </w:rPr>
        <w:t>UK</w:t>
      </w:r>
      <w:r w:rsidRPr="008E5019">
        <w:rPr>
          <w:rFonts w:ascii="Arial" w:eastAsiaTheme="minorEastAsia" w:hAnsi="Arial" w:cs="Arial"/>
          <w:spacing w:val="-8"/>
          <w:w w:val="105"/>
          <w:sz w:val="24"/>
          <w:szCs w:val="24"/>
        </w:rPr>
        <w:t xml:space="preserve"> </w:t>
      </w:r>
      <w:r w:rsidRPr="008E5019">
        <w:rPr>
          <w:rFonts w:ascii="Arial" w:eastAsiaTheme="minorEastAsia" w:hAnsi="Arial" w:cs="Arial"/>
          <w:w w:val="105"/>
          <w:sz w:val="24"/>
          <w:szCs w:val="24"/>
        </w:rPr>
        <w:t>law</w:t>
      </w:r>
      <w:r w:rsidRPr="008E5019">
        <w:rPr>
          <w:rFonts w:ascii="Arial" w:eastAsiaTheme="minorEastAsia" w:hAnsi="Arial" w:cs="Arial"/>
          <w:spacing w:val="-8"/>
          <w:w w:val="105"/>
          <w:sz w:val="24"/>
          <w:szCs w:val="24"/>
        </w:rPr>
        <w:t xml:space="preserve"> </w:t>
      </w:r>
      <w:r w:rsidRPr="008E5019">
        <w:rPr>
          <w:rFonts w:ascii="Arial" w:eastAsiaTheme="minorEastAsia" w:hAnsi="Arial" w:cs="Arial"/>
          <w:w w:val="105"/>
          <w:sz w:val="24"/>
          <w:szCs w:val="24"/>
        </w:rPr>
        <w:t>firm,</w:t>
      </w:r>
      <w:r w:rsidRPr="008E5019">
        <w:rPr>
          <w:rFonts w:ascii="Arial" w:eastAsiaTheme="minorEastAsia" w:hAnsi="Arial" w:cs="Arial"/>
          <w:spacing w:val="-8"/>
          <w:w w:val="105"/>
          <w:sz w:val="24"/>
          <w:szCs w:val="24"/>
        </w:rPr>
        <w:t xml:space="preserve"> </w:t>
      </w:r>
      <w:r w:rsidRPr="008E5019">
        <w:rPr>
          <w:rFonts w:ascii="Arial" w:eastAsiaTheme="minorEastAsia" w:hAnsi="Arial" w:cs="Arial"/>
          <w:w w:val="105"/>
          <w:sz w:val="24"/>
          <w:szCs w:val="24"/>
        </w:rPr>
        <w:t>and</w:t>
      </w:r>
      <w:r w:rsidRPr="008E5019">
        <w:rPr>
          <w:rFonts w:ascii="Arial" w:eastAsiaTheme="minorEastAsia" w:hAnsi="Arial" w:cs="Arial"/>
          <w:spacing w:val="-8"/>
          <w:w w:val="105"/>
          <w:sz w:val="24"/>
          <w:szCs w:val="24"/>
        </w:rPr>
        <w:t xml:space="preserve"> </w:t>
      </w:r>
      <w:r w:rsidRPr="008E5019">
        <w:rPr>
          <w:rFonts w:ascii="Arial" w:eastAsiaTheme="minorEastAsia" w:hAnsi="Arial" w:cs="Arial"/>
          <w:w w:val="105"/>
          <w:sz w:val="24"/>
          <w:szCs w:val="24"/>
        </w:rPr>
        <w:t>this</w:t>
      </w:r>
      <w:r w:rsidRPr="008E5019">
        <w:rPr>
          <w:rFonts w:ascii="Arial" w:eastAsiaTheme="minorEastAsia" w:hAnsi="Arial" w:cs="Arial"/>
          <w:spacing w:val="-8"/>
          <w:w w:val="105"/>
          <w:sz w:val="24"/>
          <w:szCs w:val="24"/>
        </w:rPr>
        <w:t xml:space="preserve"> </w:t>
      </w:r>
      <w:r w:rsidRPr="008E5019">
        <w:rPr>
          <w:rFonts w:ascii="Arial" w:eastAsiaTheme="minorEastAsia" w:hAnsi="Arial" w:cs="Arial"/>
          <w:w w:val="105"/>
          <w:sz w:val="24"/>
          <w:szCs w:val="24"/>
        </w:rPr>
        <w:t>year crowned</w:t>
      </w:r>
      <w:r w:rsidRPr="008E5019">
        <w:rPr>
          <w:rFonts w:ascii="Arial" w:eastAsiaTheme="minorEastAsia" w:hAnsi="Arial" w:cs="Arial"/>
          <w:spacing w:val="-6"/>
          <w:w w:val="105"/>
          <w:sz w:val="24"/>
          <w:szCs w:val="24"/>
        </w:rPr>
        <w:t xml:space="preserve"> </w:t>
      </w:r>
      <w:r w:rsidRPr="008E5019">
        <w:rPr>
          <w:rFonts w:ascii="Arial" w:eastAsiaTheme="minorEastAsia" w:hAnsi="Arial" w:cs="Arial"/>
          <w:w w:val="105"/>
          <w:sz w:val="24"/>
          <w:szCs w:val="24"/>
        </w:rPr>
        <w:t>Independent</w:t>
      </w:r>
      <w:r w:rsidRPr="008E5019">
        <w:rPr>
          <w:rFonts w:ascii="Arial" w:eastAsiaTheme="minorEastAsia" w:hAnsi="Arial" w:cs="Arial"/>
          <w:spacing w:val="-6"/>
          <w:w w:val="105"/>
          <w:sz w:val="24"/>
          <w:szCs w:val="24"/>
        </w:rPr>
        <w:t xml:space="preserve"> </w:t>
      </w:r>
      <w:r w:rsidRPr="008E5019">
        <w:rPr>
          <w:rFonts w:ascii="Arial" w:eastAsiaTheme="minorEastAsia" w:hAnsi="Arial" w:cs="Arial"/>
          <w:w w:val="105"/>
          <w:sz w:val="24"/>
          <w:szCs w:val="24"/>
        </w:rPr>
        <w:t>Firm</w:t>
      </w:r>
      <w:r w:rsidRPr="008E5019">
        <w:rPr>
          <w:rFonts w:ascii="Arial" w:eastAsiaTheme="minorEastAsia" w:hAnsi="Arial" w:cs="Arial"/>
          <w:spacing w:val="-6"/>
          <w:w w:val="105"/>
          <w:sz w:val="24"/>
          <w:szCs w:val="24"/>
        </w:rPr>
        <w:t xml:space="preserve"> </w:t>
      </w:r>
      <w:r w:rsidRPr="008E5019">
        <w:rPr>
          <w:rFonts w:ascii="Arial" w:eastAsiaTheme="minorEastAsia" w:hAnsi="Arial" w:cs="Arial"/>
          <w:w w:val="105"/>
          <w:sz w:val="24"/>
          <w:szCs w:val="24"/>
        </w:rPr>
        <w:t>of</w:t>
      </w:r>
      <w:r w:rsidRPr="008E5019">
        <w:rPr>
          <w:rFonts w:ascii="Arial" w:eastAsiaTheme="minorEastAsia" w:hAnsi="Arial" w:cs="Arial"/>
          <w:spacing w:val="-6"/>
          <w:w w:val="105"/>
          <w:sz w:val="24"/>
          <w:szCs w:val="24"/>
        </w:rPr>
        <w:t xml:space="preserve"> </w:t>
      </w:r>
      <w:r w:rsidRPr="008E5019">
        <w:rPr>
          <w:rFonts w:ascii="Arial" w:eastAsiaTheme="minorEastAsia" w:hAnsi="Arial" w:cs="Arial"/>
          <w:w w:val="105"/>
          <w:sz w:val="24"/>
          <w:szCs w:val="24"/>
        </w:rPr>
        <w:t>the</w:t>
      </w:r>
      <w:r w:rsidRPr="008E5019">
        <w:rPr>
          <w:rFonts w:ascii="Arial" w:eastAsiaTheme="minorEastAsia" w:hAnsi="Arial" w:cs="Arial"/>
          <w:spacing w:val="-6"/>
          <w:w w:val="105"/>
          <w:sz w:val="24"/>
          <w:szCs w:val="24"/>
        </w:rPr>
        <w:t xml:space="preserve"> </w:t>
      </w:r>
      <w:r w:rsidRPr="008E5019">
        <w:rPr>
          <w:rFonts w:ascii="Arial" w:eastAsiaTheme="minorEastAsia" w:hAnsi="Arial" w:cs="Arial"/>
          <w:w w:val="105"/>
          <w:sz w:val="24"/>
          <w:szCs w:val="24"/>
        </w:rPr>
        <w:t>Year</w:t>
      </w:r>
      <w:r w:rsidRPr="008E5019">
        <w:rPr>
          <w:rFonts w:ascii="Arial" w:eastAsiaTheme="minorEastAsia" w:hAnsi="Arial" w:cs="Arial"/>
          <w:spacing w:val="-6"/>
          <w:w w:val="105"/>
          <w:sz w:val="24"/>
          <w:szCs w:val="24"/>
        </w:rPr>
        <w:t xml:space="preserve"> </w:t>
      </w:r>
      <w:r w:rsidRPr="008E5019">
        <w:rPr>
          <w:rFonts w:ascii="Arial" w:eastAsiaTheme="minorEastAsia" w:hAnsi="Arial" w:cs="Arial"/>
          <w:w w:val="105"/>
          <w:sz w:val="24"/>
          <w:szCs w:val="24"/>
        </w:rPr>
        <w:t>by</w:t>
      </w:r>
      <w:r w:rsidRPr="008E5019">
        <w:rPr>
          <w:rFonts w:ascii="Arial" w:eastAsiaTheme="minorEastAsia" w:hAnsi="Arial" w:cs="Arial"/>
          <w:spacing w:val="-6"/>
          <w:w w:val="105"/>
          <w:sz w:val="24"/>
          <w:szCs w:val="24"/>
        </w:rPr>
        <w:t xml:space="preserve"> </w:t>
      </w:r>
      <w:r w:rsidRPr="008E5019">
        <w:rPr>
          <w:rFonts w:ascii="Arial" w:eastAsiaTheme="minorEastAsia" w:hAnsi="Arial" w:cs="Arial"/>
          <w:w w:val="105"/>
          <w:sz w:val="24"/>
          <w:szCs w:val="24"/>
        </w:rPr>
        <w:t>the</w:t>
      </w:r>
      <w:r w:rsidRPr="008E5019">
        <w:rPr>
          <w:rFonts w:ascii="Arial" w:eastAsiaTheme="minorEastAsia" w:hAnsi="Arial" w:cs="Arial"/>
          <w:spacing w:val="-6"/>
          <w:w w:val="105"/>
          <w:sz w:val="24"/>
          <w:szCs w:val="24"/>
        </w:rPr>
        <w:t xml:space="preserve"> </w:t>
      </w:r>
      <w:r w:rsidRPr="008E5019">
        <w:rPr>
          <w:rFonts w:ascii="Arial" w:eastAsiaTheme="minorEastAsia" w:hAnsi="Arial" w:cs="Arial"/>
          <w:w w:val="105"/>
          <w:sz w:val="24"/>
          <w:szCs w:val="24"/>
        </w:rPr>
        <w:t>Lawyer</w:t>
      </w:r>
      <w:r w:rsidRPr="008E5019">
        <w:rPr>
          <w:rFonts w:ascii="Arial" w:eastAsiaTheme="minorEastAsia" w:hAnsi="Arial" w:cs="Arial"/>
          <w:spacing w:val="-6"/>
          <w:w w:val="105"/>
          <w:sz w:val="24"/>
          <w:szCs w:val="24"/>
        </w:rPr>
        <w:t xml:space="preserve"> </w:t>
      </w:r>
      <w:r w:rsidRPr="008E5019">
        <w:rPr>
          <w:rFonts w:ascii="Arial" w:eastAsiaTheme="minorEastAsia" w:hAnsi="Arial" w:cs="Arial"/>
          <w:w w:val="105"/>
          <w:sz w:val="24"/>
          <w:szCs w:val="24"/>
        </w:rPr>
        <w:t>and</w:t>
      </w:r>
      <w:r w:rsidRPr="008E5019">
        <w:rPr>
          <w:rFonts w:ascii="Arial" w:eastAsiaTheme="minorEastAsia" w:hAnsi="Arial" w:cs="Arial"/>
          <w:spacing w:val="-6"/>
          <w:w w:val="105"/>
          <w:sz w:val="24"/>
          <w:szCs w:val="24"/>
        </w:rPr>
        <w:t xml:space="preserve"> </w:t>
      </w:r>
      <w:r w:rsidRPr="008E5019">
        <w:rPr>
          <w:rFonts w:ascii="Arial" w:eastAsiaTheme="minorEastAsia" w:hAnsi="Arial" w:cs="Arial"/>
          <w:w w:val="105"/>
          <w:sz w:val="24"/>
          <w:szCs w:val="24"/>
        </w:rPr>
        <w:t>Outstanding</w:t>
      </w:r>
      <w:r w:rsidRPr="008E5019">
        <w:rPr>
          <w:rFonts w:ascii="Arial" w:eastAsiaTheme="minorEastAsia" w:hAnsi="Arial" w:cs="Arial"/>
          <w:spacing w:val="-6"/>
          <w:w w:val="105"/>
          <w:sz w:val="24"/>
          <w:szCs w:val="24"/>
        </w:rPr>
        <w:t xml:space="preserve"> </w:t>
      </w:r>
      <w:r w:rsidRPr="008E5019">
        <w:rPr>
          <w:rFonts w:ascii="Arial" w:eastAsiaTheme="minorEastAsia" w:hAnsi="Arial" w:cs="Arial"/>
          <w:w w:val="105"/>
          <w:sz w:val="24"/>
          <w:szCs w:val="24"/>
        </w:rPr>
        <w:t>Corporate Culture Award at the British Legal Awards.</w:t>
      </w:r>
    </w:p>
    <w:p w14:paraId="62DB4224"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p>
    <w:p w14:paraId="2943645C"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r w:rsidRPr="008E5019">
        <w:rPr>
          <w:rFonts w:ascii="Arial" w:eastAsiaTheme="minorEastAsia" w:hAnsi="Arial" w:cs="Arial"/>
          <w:w w:val="0"/>
          <w:sz w:val="24"/>
          <w:szCs w:val="24"/>
        </w:rPr>
        <w:t>Recognised</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in</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the</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legal</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directories</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by</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peers</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and</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clients.</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Our</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strong</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connection</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with London</w:t>
      </w:r>
      <w:r w:rsidRPr="008E5019">
        <w:rPr>
          <w:rFonts w:ascii="Arial" w:eastAsiaTheme="minorEastAsia" w:hAnsi="Arial" w:cs="Arial"/>
          <w:spacing w:val="35"/>
          <w:w w:val="0"/>
          <w:sz w:val="24"/>
          <w:szCs w:val="24"/>
        </w:rPr>
        <w:t xml:space="preserve"> </w:t>
      </w:r>
      <w:r w:rsidRPr="008E5019">
        <w:rPr>
          <w:rFonts w:ascii="Arial" w:eastAsiaTheme="minorEastAsia" w:hAnsi="Arial" w:cs="Arial"/>
          <w:w w:val="0"/>
          <w:sz w:val="24"/>
          <w:szCs w:val="24"/>
        </w:rPr>
        <w:t>and</w:t>
      </w:r>
      <w:r w:rsidRPr="008E5019">
        <w:rPr>
          <w:rFonts w:ascii="Arial" w:eastAsiaTheme="minorEastAsia" w:hAnsi="Arial" w:cs="Arial"/>
          <w:spacing w:val="35"/>
          <w:w w:val="0"/>
          <w:sz w:val="24"/>
          <w:szCs w:val="24"/>
        </w:rPr>
        <w:t xml:space="preserve"> </w:t>
      </w:r>
      <w:r w:rsidRPr="008E5019">
        <w:rPr>
          <w:rFonts w:ascii="Arial" w:eastAsiaTheme="minorEastAsia" w:hAnsi="Arial" w:cs="Arial"/>
          <w:w w:val="0"/>
          <w:sz w:val="24"/>
          <w:szCs w:val="24"/>
        </w:rPr>
        <w:t>our</w:t>
      </w:r>
      <w:r w:rsidRPr="008E5019">
        <w:rPr>
          <w:rFonts w:ascii="Arial" w:eastAsiaTheme="minorEastAsia" w:hAnsi="Arial" w:cs="Arial"/>
          <w:spacing w:val="35"/>
          <w:w w:val="0"/>
          <w:sz w:val="24"/>
          <w:szCs w:val="24"/>
        </w:rPr>
        <w:t xml:space="preserve"> </w:t>
      </w:r>
      <w:r w:rsidRPr="008E5019">
        <w:rPr>
          <w:rFonts w:ascii="Arial" w:eastAsiaTheme="minorEastAsia" w:hAnsi="Arial" w:cs="Arial"/>
          <w:w w:val="0"/>
          <w:sz w:val="24"/>
          <w:szCs w:val="24"/>
        </w:rPr>
        <w:t>local</w:t>
      </w:r>
      <w:r w:rsidRPr="008E5019">
        <w:rPr>
          <w:rFonts w:ascii="Arial" w:eastAsiaTheme="minorEastAsia" w:hAnsi="Arial" w:cs="Arial"/>
          <w:spacing w:val="35"/>
          <w:w w:val="0"/>
          <w:sz w:val="24"/>
          <w:szCs w:val="24"/>
        </w:rPr>
        <w:t xml:space="preserve"> </w:t>
      </w:r>
      <w:r w:rsidRPr="008E5019">
        <w:rPr>
          <w:rFonts w:ascii="Arial" w:eastAsiaTheme="minorEastAsia" w:hAnsi="Arial" w:cs="Arial"/>
          <w:w w:val="0"/>
          <w:sz w:val="24"/>
          <w:szCs w:val="24"/>
        </w:rPr>
        <w:t>communities</w:t>
      </w:r>
      <w:r w:rsidRPr="008E5019">
        <w:rPr>
          <w:rFonts w:ascii="Arial" w:eastAsiaTheme="minorEastAsia" w:hAnsi="Arial" w:cs="Arial"/>
          <w:spacing w:val="35"/>
          <w:w w:val="0"/>
          <w:sz w:val="24"/>
          <w:szCs w:val="24"/>
        </w:rPr>
        <w:t xml:space="preserve"> </w:t>
      </w:r>
      <w:proofErr w:type="gramStart"/>
      <w:r w:rsidRPr="008E5019">
        <w:rPr>
          <w:rFonts w:ascii="Arial" w:eastAsiaTheme="minorEastAsia" w:hAnsi="Arial" w:cs="Arial"/>
          <w:w w:val="0"/>
          <w:sz w:val="24"/>
          <w:szCs w:val="24"/>
        </w:rPr>
        <w:t>is</w:t>
      </w:r>
      <w:r w:rsidRPr="008E5019">
        <w:rPr>
          <w:rFonts w:ascii="Arial" w:eastAsiaTheme="minorEastAsia" w:hAnsi="Arial" w:cs="Arial"/>
          <w:spacing w:val="35"/>
          <w:w w:val="0"/>
          <w:sz w:val="24"/>
          <w:szCs w:val="24"/>
        </w:rPr>
        <w:t xml:space="preserve"> </w:t>
      </w:r>
      <w:r w:rsidRPr="008E5019">
        <w:rPr>
          <w:rFonts w:ascii="Arial" w:eastAsiaTheme="minorEastAsia" w:hAnsi="Arial" w:cs="Arial"/>
          <w:w w:val="0"/>
          <w:sz w:val="24"/>
          <w:szCs w:val="24"/>
        </w:rPr>
        <w:t>reflected</w:t>
      </w:r>
      <w:proofErr w:type="gramEnd"/>
      <w:r w:rsidRPr="008E5019">
        <w:rPr>
          <w:rFonts w:ascii="Arial" w:eastAsiaTheme="minorEastAsia" w:hAnsi="Arial" w:cs="Arial"/>
          <w:spacing w:val="35"/>
          <w:w w:val="0"/>
          <w:sz w:val="24"/>
          <w:szCs w:val="24"/>
        </w:rPr>
        <w:t xml:space="preserve"> </w:t>
      </w:r>
      <w:r w:rsidRPr="008E5019">
        <w:rPr>
          <w:rFonts w:ascii="Arial" w:eastAsiaTheme="minorEastAsia" w:hAnsi="Arial" w:cs="Arial"/>
          <w:w w:val="0"/>
          <w:sz w:val="24"/>
          <w:szCs w:val="24"/>
        </w:rPr>
        <w:t>in</w:t>
      </w:r>
      <w:r w:rsidRPr="008E5019">
        <w:rPr>
          <w:rFonts w:ascii="Arial" w:eastAsiaTheme="minorEastAsia" w:hAnsi="Arial" w:cs="Arial"/>
          <w:spacing w:val="35"/>
          <w:w w:val="0"/>
          <w:sz w:val="24"/>
          <w:szCs w:val="24"/>
        </w:rPr>
        <w:t xml:space="preserve"> </w:t>
      </w:r>
      <w:r w:rsidRPr="008E5019">
        <w:rPr>
          <w:rFonts w:ascii="Arial" w:eastAsiaTheme="minorEastAsia" w:hAnsi="Arial" w:cs="Arial"/>
          <w:w w:val="0"/>
          <w:sz w:val="24"/>
          <w:szCs w:val="24"/>
        </w:rPr>
        <w:t>our</w:t>
      </w:r>
      <w:r w:rsidRPr="008E5019">
        <w:rPr>
          <w:rFonts w:ascii="Arial" w:eastAsiaTheme="minorEastAsia" w:hAnsi="Arial" w:cs="Arial"/>
          <w:spacing w:val="35"/>
          <w:w w:val="0"/>
          <w:sz w:val="24"/>
          <w:szCs w:val="24"/>
        </w:rPr>
        <w:t xml:space="preserve"> </w:t>
      </w:r>
      <w:r w:rsidRPr="008E5019">
        <w:rPr>
          <w:rFonts w:ascii="Arial" w:eastAsiaTheme="minorEastAsia" w:hAnsi="Arial" w:cs="Arial"/>
          <w:w w:val="0"/>
          <w:sz w:val="24"/>
          <w:szCs w:val="24"/>
        </w:rPr>
        <w:t>clients,</w:t>
      </w:r>
      <w:r w:rsidRPr="008E5019">
        <w:rPr>
          <w:rFonts w:ascii="Arial" w:eastAsiaTheme="minorEastAsia" w:hAnsi="Arial" w:cs="Arial"/>
          <w:spacing w:val="35"/>
          <w:w w:val="0"/>
          <w:sz w:val="24"/>
          <w:szCs w:val="24"/>
        </w:rPr>
        <w:t xml:space="preserve"> </w:t>
      </w:r>
      <w:r w:rsidRPr="008E5019">
        <w:rPr>
          <w:rFonts w:ascii="Arial" w:eastAsiaTheme="minorEastAsia" w:hAnsi="Arial" w:cs="Arial"/>
          <w:w w:val="0"/>
          <w:sz w:val="24"/>
          <w:szCs w:val="24"/>
        </w:rPr>
        <w:t>our</w:t>
      </w:r>
      <w:r w:rsidRPr="008E5019">
        <w:rPr>
          <w:rFonts w:ascii="Arial" w:eastAsiaTheme="minorEastAsia" w:hAnsi="Arial" w:cs="Arial"/>
          <w:spacing w:val="35"/>
          <w:w w:val="0"/>
          <w:sz w:val="24"/>
          <w:szCs w:val="24"/>
        </w:rPr>
        <w:t xml:space="preserve"> </w:t>
      </w:r>
      <w:r w:rsidRPr="008E5019">
        <w:rPr>
          <w:rFonts w:ascii="Arial" w:eastAsiaTheme="minorEastAsia" w:hAnsi="Arial" w:cs="Arial"/>
          <w:w w:val="0"/>
          <w:sz w:val="24"/>
          <w:szCs w:val="24"/>
        </w:rPr>
        <w:t>partnerships</w:t>
      </w:r>
      <w:r w:rsidRPr="008E5019">
        <w:rPr>
          <w:rFonts w:ascii="Arial" w:eastAsiaTheme="minorEastAsia" w:hAnsi="Arial" w:cs="Arial"/>
          <w:spacing w:val="35"/>
          <w:w w:val="0"/>
          <w:sz w:val="24"/>
          <w:szCs w:val="24"/>
        </w:rPr>
        <w:t xml:space="preserve"> </w:t>
      </w:r>
      <w:r w:rsidRPr="008E5019">
        <w:rPr>
          <w:rFonts w:ascii="Arial" w:eastAsiaTheme="minorEastAsia" w:hAnsi="Arial" w:cs="Arial"/>
          <w:w w:val="0"/>
          <w:sz w:val="24"/>
          <w:szCs w:val="24"/>
        </w:rPr>
        <w:t>and</w:t>
      </w:r>
      <w:r w:rsidRPr="008E5019">
        <w:rPr>
          <w:rFonts w:ascii="Arial" w:eastAsiaTheme="minorEastAsia" w:hAnsi="Arial" w:cs="Arial"/>
          <w:spacing w:val="35"/>
          <w:w w:val="0"/>
          <w:sz w:val="24"/>
          <w:szCs w:val="24"/>
        </w:rPr>
        <w:t xml:space="preserve"> </w:t>
      </w:r>
      <w:r w:rsidRPr="008E5019">
        <w:rPr>
          <w:rFonts w:ascii="Arial" w:eastAsiaTheme="minorEastAsia" w:hAnsi="Arial" w:cs="Arial"/>
          <w:w w:val="0"/>
          <w:sz w:val="24"/>
          <w:szCs w:val="24"/>
        </w:rPr>
        <w:t xml:space="preserve">in </w:t>
      </w:r>
      <w:r w:rsidRPr="008E5019">
        <w:rPr>
          <w:rFonts w:ascii="Arial" w:eastAsiaTheme="minorEastAsia" w:hAnsi="Arial" w:cs="Arial"/>
          <w:w w:val="110"/>
          <w:sz w:val="24"/>
          <w:szCs w:val="24"/>
        </w:rPr>
        <w:t>our enduring commitment to social justice.</w:t>
      </w:r>
    </w:p>
    <w:p w14:paraId="196DF730"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p>
    <w:p w14:paraId="2AB0B725"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r w:rsidRPr="008E5019">
        <w:rPr>
          <w:rFonts w:ascii="Arial" w:eastAsiaTheme="minorEastAsia" w:hAnsi="Arial" w:cs="Arial"/>
          <w:w w:val="110"/>
          <w:sz w:val="24"/>
          <w:szCs w:val="24"/>
        </w:rPr>
        <w:t>Our</w:t>
      </w:r>
      <w:r w:rsidRPr="008E5019">
        <w:rPr>
          <w:rFonts w:ascii="Arial" w:eastAsiaTheme="minorEastAsia" w:hAnsi="Arial" w:cs="Arial"/>
          <w:spacing w:val="-18"/>
          <w:w w:val="110"/>
          <w:sz w:val="24"/>
          <w:szCs w:val="24"/>
        </w:rPr>
        <w:t xml:space="preserve"> </w:t>
      </w:r>
      <w:r w:rsidRPr="008E5019">
        <w:rPr>
          <w:rFonts w:ascii="Arial" w:eastAsiaTheme="minorEastAsia" w:hAnsi="Arial" w:cs="Arial"/>
          <w:w w:val="110"/>
          <w:sz w:val="24"/>
          <w:szCs w:val="24"/>
        </w:rPr>
        <w:t>current</w:t>
      </w:r>
      <w:r w:rsidRPr="008E5019">
        <w:rPr>
          <w:rFonts w:ascii="Arial" w:eastAsiaTheme="minorEastAsia" w:hAnsi="Arial" w:cs="Arial"/>
          <w:spacing w:val="-18"/>
          <w:w w:val="110"/>
          <w:sz w:val="24"/>
          <w:szCs w:val="24"/>
        </w:rPr>
        <w:t xml:space="preserve"> </w:t>
      </w:r>
      <w:r w:rsidRPr="008E5019">
        <w:rPr>
          <w:rFonts w:ascii="Arial" w:eastAsiaTheme="minorEastAsia" w:hAnsi="Arial" w:cs="Arial"/>
          <w:w w:val="110"/>
          <w:sz w:val="24"/>
          <w:szCs w:val="24"/>
        </w:rPr>
        <w:t>strategic</w:t>
      </w:r>
      <w:r w:rsidRPr="008E5019">
        <w:rPr>
          <w:rFonts w:ascii="Arial" w:eastAsiaTheme="minorEastAsia" w:hAnsi="Arial" w:cs="Arial"/>
          <w:spacing w:val="-18"/>
          <w:w w:val="110"/>
          <w:sz w:val="24"/>
          <w:szCs w:val="24"/>
        </w:rPr>
        <w:t xml:space="preserve"> </w:t>
      </w:r>
      <w:r w:rsidRPr="008E5019">
        <w:rPr>
          <w:rFonts w:ascii="Arial" w:eastAsiaTheme="minorEastAsia" w:hAnsi="Arial" w:cs="Arial"/>
          <w:w w:val="110"/>
          <w:sz w:val="24"/>
          <w:szCs w:val="24"/>
        </w:rPr>
        <w:t>plan</w:t>
      </w:r>
      <w:r w:rsidRPr="008E5019">
        <w:rPr>
          <w:rFonts w:ascii="Arial" w:eastAsiaTheme="minorEastAsia" w:hAnsi="Arial" w:cs="Arial"/>
          <w:spacing w:val="-18"/>
          <w:w w:val="110"/>
          <w:sz w:val="24"/>
          <w:szCs w:val="24"/>
        </w:rPr>
        <w:t xml:space="preserve"> </w:t>
      </w:r>
      <w:proofErr w:type="gramStart"/>
      <w:r w:rsidRPr="008E5019">
        <w:rPr>
          <w:rFonts w:ascii="Arial" w:eastAsiaTheme="minorEastAsia" w:hAnsi="Arial" w:cs="Arial"/>
          <w:w w:val="110"/>
          <w:sz w:val="24"/>
          <w:szCs w:val="24"/>
        </w:rPr>
        <w:t>anticipates</w:t>
      </w:r>
      <w:proofErr w:type="gramEnd"/>
      <w:r w:rsidRPr="008E5019">
        <w:rPr>
          <w:rFonts w:ascii="Arial" w:eastAsiaTheme="minorEastAsia" w:hAnsi="Arial" w:cs="Arial"/>
          <w:spacing w:val="-18"/>
          <w:w w:val="110"/>
          <w:sz w:val="24"/>
          <w:szCs w:val="24"/>
        </w:rPr>
        <w:t xml:space="preserve"> </w:t>
      </w:r>
      <w:r w:rsidRPr="008E5019">
        <w:rPr>
          <w:rFonts w:ascii="Arial" w:eastAsiaTheme="minorEastAsia" w:hAnsi="Arial" w:cs="Arial"/>
          <w:w w:val="110"/>
          <w:sz w:val="24"/>
          <w:szCs w:val="24"/>
        </w:rPr>
        <w:t>that</w:t>
      </w:r>
      <w:r w:rsidRPr="008E5019">
        <w:rPr>
          <w:rFonts w:ascii="Arial" w:eastAsiaTheme="minorEastAsia" w:hAnsi="Arial" w:cs="Arial"/>
          <w:spacing w:val="-18"/>
          <w:w w:val="110"/>
          <w:sz w:val="24"/>
          <w:szCs w:val="24"/>
        </w:rPr>
        <w:t xml:space="preserve"> </w:t>
      </w:r>
      <w:r w:rsidRPr="008E5019">
        <w:rPr>
          <w:rFonts w:ascii="Arial" w:eastAsiaTheme="minorEastAsia" w:hAnsi="Arial" w:cs="Arial"/>
          <w:w w:val="110"/>
          <w:sz w:val="24"/>
          <w:szCs w:val="24"/>
        </w:rPr>
        <w:t>our</w:t>
      </w:r>
      <w:r w:rsidRPr="008E5019">
        <w:rPr>
          <w:rFonts w:ascii="Arial" w:eastAsiaTheme="minorEastAsia" w:hAnsi="Arial" w:cs="Arial"/>
          <w:spacing w:val="-18"/>
          <w:w w:val="110"/>
          <w:sz w:val="24"/>
          <w:szCs w:val="24"/>
        </w:rPr>
        <w:t xml:space="preserve"> </w:t>
      </w:r>
      <w:r w:rsidRPr="008E5019">
        <w:rPr>
          <w:rFonts w:ascii="Arial" w:eastAsiaTheme="minorEastAsia" w:hAnsi="Arial" w:cs="Arial"/>
          <w:w w:val="110"/>
          <w:sz w:val="24"/>
          <w:szCs w:val="24"/>
        </w:rPr>
        <w:t>growth</w:t>
      </w:r>
      <w:r w:rsidRPr="008E5019">
        <w:rPr>
          <w:rFonts w:ascii="Arial" w:eastAsiaTheme="minorEastAsia" w:hAnsi="Arial" w:cs="Arial"/>
          <w:spacing w:val="-18"/>
          <w:w w:val="110"/>
          <w:sz w:val="24"/>
          <w:szCs w:val="24"/>
        </w:rPr>
        <w:t xml:space="preserve"> </w:t>
      </w:r>
      <w:r w:rsidRPr="008E5019">
        <w:rPr>
          <w:rFonts w:ascii="Arial" w:eastAsiaTheme="minorEastAsia" w:hAnsi="Arial" w:cs="Arial"/>
          <w:w w:val="110"/>
          <w:sz w:val="24"/>
          <w:szCs w:val="24"/>
        </w:rPr>
        <w:t>will</w:t>
      </w:r>
      <w:r w:rsidRPr="008E5019">
        <w:rPr>
          <w:rFonts w:ascii="Arial" w:eastAsiaTheme="minorEastAsia" w:hAnsi="Arial" w:cs="Arial"/>
          <w:spacing w:val="-18"/>
          <w:w w:val="110"/>
          <w:sz w:val="24"/>
          <w:szCs w:val="24"/>
        </w:rPr>
        <w:t xml:space="preserve"> </w:t>
      </w:r>
      <w:r w:rsidRPr="008E5019">
        <w:rPr>
          <w:rFonts w:ascii="Arial" w:eastAsiaTheme="minorEastAsia" w:hAnsi="Arial" w:cs="Arial"/>
          <w:w w:val="110"/>
          <w:sz w:val="24"/>
          <w:szCs w:val="24"/>
        </w:rPr>
        <w:t>continue</w:t>
      </w:r>
      <w:r w:rsidRPr="008E5019">
        <w:rPr>
          <w:rFonts w:ascii="Arial" w:eastAsiaTheme="minorEastAsia" w:hAnsi="Arial" w:cs="Arial"/>
          <w:spacing w:val="-18"/>
          <w:w w:val="110"/>
          <w:sz w:val="24"/>
          <w:szCs w:val="24"/>
        </w:rPr>
        <w:t xml:space="preserve"> </w:t>
      </w:r>
      <w:r w:rsidRPr="008E5019">
        <w:rPr>
          <w:rFonts w:ascii="Arial" w:eastAsiaTheme="minorEastAsia" w:hAnsi="Arial" w:cs="Arial"/>
          <w:w w:val="110"/>
          <w:sz w:val="24"/>
          <w:szCs w:val="24"/>
        </w:rPr>
        <w:t>in</w:t>
      </w:r>
      <w:r w:rsidRPr="008E5019">
        <w:rPr>
          <w:rFonts w:ascii="Arial" w:eastAsiaTheme="minorEastAsia" w:hAnsi="Arial" w:cs="Arial"/>
          <w:spacing w:val="-18"/>
          <w:w w:val="110"/>
          <w:sz w:val="24"/>
          <w:szCs w:val="24"/>
        </w:rPr>
        <w:t xml:space="preserve"> </w:t>
      </w:r>
      <w:r w:rsidRPr="008E5019">
        <w:rPr>
          <w:rFonts w:ascii="Arial" w:eastAsiaTheme="minorEastAsia" w:hAnsi="Arial" w:cs="Arial"/>
          <w:w w:val="110"/>
          <w:sz w:val="24"/>
          <w:szCs w:val="24"/>
        </w:rPr>
        <w:t>a</w:t>
      </w:r>
      <w:r w:rsidRPr="008E5019">
        <w:rPr>
          <w:rFonts w:ascii="Arial" w:eastAsiaTheme="minorEastAsia" w:hAnsi="Arial" w:cs="Arial"/>
          <w:spacing w:val="-18"/>
          <w:w w:val="110"/>
          <w:sz w:val="24"/>
          <w:szCs w:val="24"/>
        </w:rPr>
        <w:t xml:space="preserve"> </w:t>
      </w:r>
      <w:r w:rsidRPr="008E5019">
        <w:rPr>
          <w:rFonts w:ascii="Arial" w:eastAsiaTheme="minorEastAsia" w:hAnsi="Arial" w:cs="Arial"/>
          <w:w w:val="110"/>
          <w:sz w:val="24"/>
          <w:szCs w:val="24"/>
        </w:rPr>
        <w:t xml:space="preserve">consistent </w:t>
      </w:r>
      <w:r w:rsidRPr="008E5019">
        <w:rPr>
          <w:rFonts w:ascii="Arial" w:eastAsiaTheme="minorEastAsia" w:hAnsi="Arial" w:cs="Arial"/>
          <w:w w:val="0"/>
          <w:sz w:val="24"/>
          <w:szCs w:val="24"/>
        </w:rPr>
        <w:t>upward</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trajectory</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and</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core</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to</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this</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will</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be</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business</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development</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and</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client</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 xml:space="preserve">service. We have, therefore, </w:t>
      </w:r>
      <w:proofErr w:type="gramStart"/>
      <w:r w:rsidRPr="008E5019">
        <w:rPr>
          <w:rFonts w:ascii="Arial" w:eastAsiaTheme="minorEastAsia" w:hAnsi="Arial" w:cs="Arial"/>
          <w:w w:val="0"/>
          <w:sz w:val="24"/>
          <w:szCs w:val="24"/>
        </w:rPr>
        <w:t>identified</w:t>
      </w:r>
      <w:proofErr w:type="gramEnd"/>
      <w:r w:rsidRPr="008E5019">
        <w:rPr>
          <w:rFonts w:ascii="Arial" w:eastAsiaTheme="minorEastAsia" w:hAnsi="Arial" w:cs="Arial"/>
          <w:w w:val="0"/>
          <w:sz w:val="24"/>
          <w:szCs w:val="24"/>
        </w:rPr>
        <w:t xml:space="preserve"> a need for greater BD capability and have created </w:t>
      </w:r>
      <w:proofErr w:type="gramStart"/>
      <w:r w:rsidRPr="008E5019">
        <w:rPr>
          <w:rFonts w:ascii="Arial" w:eastAsiaTheme="minorEastAsia" w:hAnsi="Arial" w:cs="Arial"/>
          <w:w w:val="0"/>
          <w:sz w:val="24"/>
          <w:szCs w:val="24"/>
        </w:rPr>
        <w:t>a</w:t>
      </w:r>
      <w:r w:rsidRPr="008E5019">
        <w:rPr>
          <w:rFonts w:ascii="Arial" w:eastAsiaTheme="minorEastAsia" w:hAnsi="Arial" w:cs="Arial"/>
          <w:spacing w:val="80"/>
          <w:w w:val="110"/>
          <w:sz w:val="24"/>
          <w:szCs w:val="24"/>
        </w:rPr>
        <w:t xml:space="preserve"> </w:t>
      </w:r>
      <w:r w:rsidRPr="008E5019">
        <w:rPr>
          <w:rFonts w:ascii="Arial" w:eastAsiaTheme="minorEastAsia" w:hAnsi="Arial" w:cs="Arial"/>
          <w:w w:val="110"/>
          <w:sz w:val="24"/>
          <w:szCs w:val="24"/>
        </w:rPr>
        <w:t>number</w:t>
      </w:r>
      <w:r w:rsidRPr="008E5019">
        <w:rPr>
          <w:rFonts w:ascii="Arial" w:eastAsiaTheme="minorEastAsia" w:hAnsi="Arial" w:cs="Arial"/>
          <w:spacing w:val="-18"/>
          <w:w w:val="110"/>
          <w:sz w:val="24"/>
          <w:szCs w:val="24"/>
        </w:rPr>
        <w:t xml:space="preserve"> </w:t>
      </w:r>
      <w:r w:rsidRPr="008E5019">
        <w:rPr>
          <w:rFonts w:ascii="Arial" w:eastAsiaTheme="minorEastAsia" w:hAnsi="Arial" w:cs="Arial"/>
          <w:w w:val="110"/>
          <w:sz w:val="24"/>
          <w:szCs w:val="24"/>
        </w:rPr>
        <w:t>of</w:t>
      </w:r>
      <w:proofErr w:type="gramEnd"/>
      <w:r w:rsidRPr="008E5019">
        <w:rPr>
          <w:rFonts w:ascii="Arial" w:eastAsiaTheme="minorEastAsia" w:hAnsi="Arial" w:cs="Arial"/>
          <w:spacing w:val="-18"/>
          <w:w w:val="110"/>
          <w:sz w:val="24"/>
          <w:szCs w:val="24"/>
        </w:rPr>
        <w:t xml:space="preserve"> </w:t>
      </w:r>
      <w:r w:rsidRPr="008E5019">
        <w:rPr>
          <w:rFonts w:ascii="Arial" w:eastAsiaTheme="minorEastAsia" w:hAnsi="Arial" w:cs="Arial"/>
          <w:w w:val="110"/>
          <w:sz w:val="24"/>
          <w:szCs w:val="24"/>
        </w:rPr>
        <w:t>new</w:t>
      </w:r>
      <w:r w:rsidRPr="008E5019">
        <w:rPr>
          <w:rFonts w:ascii="Arial" w:eastAsiaTheme="minorEastAsia" w:hAnsi="Arial" w:cs="Arial"/>
          <w:spacing w:val="-18"/>
          <w:w w:val="110"/>
          <w:sz w:val="24"/>
          <w:szCs w:val="24"/>
        </w:rPr>
        <w:t xml:space="preserve"> </w:t>
      </w:r>
      <w:r w:rsidRPr="008E5019">
        <w:rPr>
          <w:rFonts w:ascii="Arial" w:eastAsiaTheme="minorEastAsia" w:hAnsi="Arial" w:cs="Arial"/>
          <w:w w:val="110"/>
          <w:sz w:val="24"/>
          <w:szCs w:val="24"/>
        </w:rPr>
        <w:t>positions</w:t>
      </w:r>
      <w:r w:rsidRPr="008E5019">
        <w:rPr>
          <w:rFonts w:ascii="Arial" w:eastAsiaTheme="minorEastAsia" w:hAnsi="Arial" w:cs="Arial"/>
          <w:spacing w:val="-18"/>
          <w:w w:val="110"/>
          <w:sz w:val="24"/>
          <w:szCs w:val="24"/>
        </w:rPr>
        <w:t xml:space="preserve"> </w:t>
      </w:r>
      <w:r w:rsidRPr="008E5019">
        <w:rPr>
          <w:rFonts w:ascii="Arial" w:eastAsiaTheme="minorEastAsia" w:hAnsi="Arial" w:cs="Arial"/>
          <w:w w:val="110"/>
          <w:sz w:val="24"/>
          <w:szCs w:val="24"/>
        </w:rPr>
        <w:t>to</w:t>
      </w:r>
      <w:r w:rsidRPr="008E5019">
        <w:rPr>
          <w:rFonts w:ascii="Arial" w:eastAsiaTheme="minorEastAsia" w:hAnsi="Arial" w:cs="Arial"/>
          <w:spacing w:val="-18"/>
          <w:w w:val="110"/>
          <w:sz w:val="24"/>
          <w:szCs w:val="24"/>
        </w:rPr>
        <w:t xml:space="preserve"> </w:t>
      </w:r>
      <w:r w:rsidRPr="008E5019">
        <w:rPr>
          <w:rFonts w:ascii="Arial" w:eastAsiaTheme="minorEastAsia" w:hAnsi="Arial" w:cs="Arial"/>
          <w:w w:val="110"/>
          <w:sz w:val="24"/>
          <w:szCs w:val="24"/>
        </w:rPr>
        <w:t>meet</w:t>
      </w:r>
      <w:r w:rsidRPr="008E5019">
        <w:rPr>
          <w:rFonts w:ascii="Arial" w:eastAsiaTheme="minorEastAsia" w:hAnsi="Arial" w:cs="Arial"/>
          <w:spacing w:val="-18"/>
          <w:w w:val="110"/>
          <w:sz w:val="24"/>
          <w:szCs w:val="24"/>
        </w:rPr>
        <w:t xml:space="preserve"> </w:t>
      </w:r>
      <w:r w:rsidRPr="008E5019">
        <w:rPr>
          <w:rFonts w:ascii="Arial" w:eastAsiaTheme="minorEastAsia" w:hAnsi="Arial" w:cs="Arial"/>
          <w:w w:val="110"/>
          <w:sz w:val="24"/>
          <w:szCs w:val="24"/>
        </w:rPr>
        <w:t>that</w:t>
      </w:r>
      <w:r w:rsidRPr="008E5019">
        <w:rPr>
          <w:rFonts w:ascii="Arial" w:eastAsiaTheme="minorEastAsia" w:hAnsi="Arial" w:cs="Arial"/>
          <w:spacing w:val="-18"/>
          <w:w w:val="110"/>
          <w:sz w:val="24"/>
          <w:szCs w:val="24"/>
        </w:rPr>
        <w:t xml:space="preserve"> </w:t>
      </w:r>
      <w:r w:rsidRPr="008E5019">
        <w:rPr>
          <w:rFonts w:ascii="Arial" w:eastAsiaTheme="minorEastAsia" w:hAnsi="Arial" w:cs="Arial"/>
          <w:w w:val="110"/>
          <w:sz w:val="24"/>
          <w:szCs w:val="24"/>
        </w:rPr>
        <w:t>need.</w:t>
      </w:r>
      <w:r w:rsidRPr="008E5019">
        <w:rPr>
          <w:rFonts w:ascii="Arial" w:eastAsiaTheme="minorEastAsia" w:hAnsi="Arial" w:cs="Arial"/>
          <w:spacing w:val="40"/>
          <w:w w:val="110"/>
          <w:sz w:val="24"/>
          <w:szCs w:val="24"/>
        </w:rPr>
        <w:t xml:space="preserve"> </w:t>
      </w:r>
      <w:r w:rsidRPr="008E5019">
        <w:rPr>
          <w:rFonts w:ascii="Arial" w:eastAsiaTheme="minorEastAsia" w:hAnsi="Arial" w:cs="Arial"/>
          <w:w w:val="110"/>
          <w:sz w:val="24"/>
          <w:szCs w:val="24"/>
        </w:rPr>
        <w:t>A</w:t>
      </w:r>
      <w:r w:rsidRPr="008E5019">
        <w:rPr>
          <w:rFonts w:ascii="Arial" w:eastAsiaTheme="minorEastAsia" w:hAnsi="Arial" w:cs="Arial"/>
          <w:spacing w:val="-18"/>
          <w:w w:val="110"/>
          <w:sz w:val="24"/>
          <w:szCs w:val="24"/>
        </w:rPr>
        <w:t xml:space="preserve"> </w:t>
      </w:r>
      <w:r w:rsidRPr="008E5019">
        <w:rPr>
          <w:rFonts w:ascii="Arial" w:eastAsiaTheme="minorEastAsia" w:hAnsi="Arial" w:cs="Arial"/>
          <w:w w:val="110"/>
          <w:sz w:val="24"/>
          <w:szCs w:val="24"/>
        </w:rPr>
        <w:t>new</w:t>
      </w:r>
      <w:r w:rsidRPr="008E5019">
        <w:rPr>
          <w:rFonts w:ascii="Arial" w:eastAsiaTheme="minorEastAsia" w:hAnsi="Arial" w:cs="Arial"/>
          <w:spacing w:val="-18"/>
          <w:w w:val="110"/>
          <w:sz w:val="24"/>
          <w:szCs w:val="24"/>
        </w:rPr>
        <w:t xml:space="preserve"> </w:t>
      </w:r>
      <w:r w:rsidRPr="008E5019">
        <w:rPr>
          <w:rFonts w:ascii="Arial" w:eastAsiaTheme="minorEastAsia" w:hAnsi="Arial" w:cs="Arial"/>
          <w:w w:val="110"/>
          <w:sz w:val="24"/>
          <w:szCs w:val="24"/>
        </w:rPr>
        <w:t>Director</w:t>
      </w:r>
      <w:r w:rsidRPr="008E5019">
        <w:rPr>
          <w:rFonts w:ascii="Arial" w:eastAsiaTheme="minorEastAsia" w:hAnsi="Arial" w:cs="Arial"/>
          <w:spacing w:val="-18"/>
          <w:w w:val="110"/>
          <w:sz w:val="24"/>
          <w:szCs w:val="24"/>
        </w:rPr>
        <w:t xml:space="preserve"> </w:t>
      </w:r>
      <w:r w:rsidRPr="008E5019">
        <w:rPr>
          <w:rFonts w:ascii="Arial" w:eastAsiaTheme="minorEastAsia" w:hAnsi="Arial" w:cs="Arial"/>
          <w:w w:val="110"/>
          <w:sz w:val="24"/>
          <w:szCs w:val="24"/>
        </w:rPr>
        <w:t>of</w:t>
      </w:r>
      <w:r w:rsidRPr="008E5019">
        <w:rPr>
          <w:rFonts w:ascii="Arial" w:eastAsiaTheme="minorEastAsia" w:hAnsi="Arial" w:cs="Arial"/>
          <w:spacing w:val="-18"/>
          <w:w w:val="110"/>
          <w:sz w:val="24"/>
          <w:szCs w:val="24"/>
        </w:rPr>
        <w:t xml:space="preserve"> </w:t>
      </w:r>
      <w:r w:rsidRPr="008E5019">
        <w:rPr>
          <w:rFonts w:ascii="Arial" w:eastAsiaTheme="minorEastAsia" w:hAnsi="Arial" w:cs="Arial"/>
          <w:w w:val="110"/>
          <w:sz w:val="24"/>
          <w:szCs w:val="24"/>
        </w:rPr>
        <w:t>Marketing</w:t>
      </w:r>
      <w:r w:rsidRPr="008E5019">
        <w:rPr>
          <w:rFonts w:ascii="Arial" w:eastAsiaTheme="minorEastAsia" w:hAnsi="Arial" w:cs="Arial"/>
          <w:spacing w:val="-18"/>
          <w:w w:val="110"/>
          <w:sz w:val="24"/>
          <w:szCs w:val="24"/>
        </w:rPr>
        <w:t xml:space="preserve"> </w:t>
      </w:r>
      <w:r w:rsidRPr="008E5019">
        <w:rPr>
          <w:rFonts w:ascii="Arial" w:eastAsiaTheme="minorEastAsia" w:hAnsi="Arial" w:cs="Arial"/>
          <w:w w:val="110"/>
          <w:sz w:val="24"/>
          <w:szCs w:val="24"/>
        </w:rPr>
        <w:t xml:space="preserve">and </w:t>
      </w:r>
      <w:r w:rsidRPr="008E5019">
        <w:rPr>
          <w:rFonts w:ascii="Arial" w:eastAsiaTheme="minorEastAsia" w:hAnsi="Arial" w:cs="Arial"/>
          <w:w w:val="0"/>
          <w:sz w:val="24"/>
          <w:szCs w:val="24"/>
        </w:rPr>
        <w:t xml:space="preserve">Business Development </w:t>
      </w:r>
      <w:proofErr w:type="gramStart"/>
      <w:r w:rsidRPr="008E5019">
        <w:rPr>
          <w:rFonts w:ascii="Arial" w:eastAsiaTheme="minorEastAsia" w:hAnsi="Arial" w:cs="Arial"/>
          <w:w w:val="0"/>
          <w:sz w:val="24"/>
          <w:szCs w:val="24"/>
        </w:rPr>
        <w:t>was put</w:t>
      </w:r>
      <w:proofErr w:type="gramEnd"/>
      <w:r w:rsidRPr="008E5019">
        <w:rPr>
          <w:rFonts w:ascii="Arial" w:eastAsiaTheme="minorEastAsia" w:hAnsi="Arial" w:cs="Arial"/>
          <w:w w:val="0"/>
          <w:sz w:val="24"/>
          <w:szCs w:val="24"/>
        </w:rPr>
        <w:t xml:space="preserve"> in place in October 2023 and Head of BD in January</w:t>
      </w:r>
      <w:r w:rsidRPr="008E5019">
        <w:rPr>
          <w:rFonts w:ascii="Arial" w:eastAsiaTheme="minorEastAsia" w:hAnsi="Arial" w:cs="Arial"/>
          <w:spacing w:val="80"/>
          <w:w w:val="0"/>
          <w:sz w:val="24"/>
          <w:szCs w:val="24"/>
        </w:rPr>
        <w:t xml:space="preserve"> </w:t>
      </w:r>
      <w:r w:rsidRPr="008E5019">
        <w:rPr>
          <w:rFonts w:ascii="Arial" w:eastAsiaTheme="minorEastAsia" w:hAnsi="Arial" w:cs="Arial"/>
          <w:w w:val="0"/>
          <w:sz w:val="24"/>
          <w:szCs w:val="24"/>
        </w:rPr>
        <w:t>2024.</w:t>
      </w:r>
      <w:r w:rsidRPr="008E5019">
        <w:rPr>
          <w:rFonts w:ascii="Arial" w:eastAsiaTheme="minorEastAsia" w:hAnsi="Arial" w:cs="Arial"/>
          <w:spacing w:val="29"/>
          <w:w w:val="0"/>
          <w:sz w:val="24"/>
          <w:szCs w:val="24"/>
        </w:rPr>
        <w:t xml:space="preserve"> </w:t>
      </w:r>
      <w:r w:rsidRPr="008E5019">
        <w:rPr>
          <w:rFonts w:ascii="Arial" w:eastAsiaTheme="minorEastAsia" w:hAnsi="Arial" w:cs="Arial"/>
          <w:w w:val="0"/>
          <w:sz w:val="24"/>
          <w:szCs w:val="24"/>
        </w:rPr>
        <w:t>BD</w:t>
      </w:r>
      <w:r w:rsidRPr="008E5019">
        <w:rPr>
          <w:rFonts w:ascii="Arial" w:eastAsiaTheme="minorEastAsia" w:hAnsi="Arial" w:cs="Arial"/>
          <w:spacing w:val="29"/>
          <w:w w:val="0"/>
          <w:sz w:val="24"/>
          <w:szCs w:val="24"/>
        </w:rPr>
        <w:t xml:space="preserve"> </w:t>
      </w:r>
      <w:r w:rsidRPr="008E5019">
        <w:rPr>
          <w:rFonts w:ascii="Arial" w:eastAsiaTheme="minorEastAsia" w:hAnsi="Arial" w:cs="Arial"/>
          <w:w w:val="0"/>
          <w:sz w:val="24"/>
          <w:szCs w:val="24"/>
        </w:rPr>
        <w:t>is</w:t>
      </w:r>
      <w:r w:rsidRPr="008E5019">
        <w:rPr>
          <w:rFonts w:ascii="Arial" w:eastAsiaTheme="minorEastAsia" w:hAnsi="Arial" w:cs="Arial"/>
          <w:spacing w:val="29"/>
          <w:w w:val="0"/>
          <w:sz w:val="24"/>
          <w:szCs w:val="24"/>
        </w:rPr>
        <w:t xml:space="preserve"> </w:t>
      </w:r>
      <w:r w:rsidRPr="008E5019">
        <w:rPr>
          <w:rFonts w:ascii="Arial" w:eastAsiaTheme="minorEastAsia" w:hAnsi="Arial" w:cs="Arial"/>
          <w:w w:val="0"/>
          <w:sz w:val="24"/>
          <w:szCs w:val="24"/>
        </w:rPr>
        <w:t>becoming</w:t>
      </w:r>
      <w:r w:rsidRPr="008E5019">
        <w:rPr>
          <w:rFonts w:ascii="Arial" w:eastAsiaTheme="minorEastAsia" w:hAnsi="Arial" w:cs="Arial"/>
          <w:spacing w:val="29"/>
          <w:w w:val="0"/>
          <w:sz w:val="24"/>
          <w:szCs w:val="24"/>
        </w:rPr>
        <w:t xml:space="preserve"> </w:t>
      </w:r>
      <w:r w:rsidRPr="008E5019">
        <w:rPr>
          <w:rFonts w:ascii="Arial" w:eastAsiaTheme="minorEastAsia" w:hAnsi="Arial" w:cs="Arial"/>
          <w:w w:val="0"/>
          <w:sz w:val="24"/>
          <w:szCs w:val="24"/>
        </w:rPr>
        <w:t>a</w:t>
      </w:r>
      <w:r w:rsidRPr="008E5019">
        <w:rPr>
          <w:rFonts w:ascii="Arial" w:eastAsiaTheme="minorEastAsia" w:hAnsi="Arial" w:cs="Arial"/>
          <w:spacing w:val="29"/>
          <w:w w:val="0"/>
          <w:sz w:val="24"/>
          <w:szCs w:val="24"/>
        </w:rPr>
        <w:t xml:space="preserve"> </w:t>
      </w:r>
      <w:r w:rsidRPr="008E5019">
        <w:rPr>
          <w:rFonts w:ascii="Arial" w:eastAsiaTheme="minorEastAsia" w:hAnsi="Arial" w:cs="Arial"/>
          <w:w w:val="0"/>
          <w:sz w:val="24"/>
          <w:szCs w:val="24"/>
        </w:rPr>
        <w:t>routine</w:t>
      </w:r>
      <w:r w:rsidRPr="008E5019">
        <w:rPr>
          <w:rFonts w:ascii="Arial" w:eastAsiaTheme="minorEastAsia" w:hAnsi="Arial" w:cs="Arial"/>
          <w:spacing w:val="29"/>
          <w:w w:val="0"/>
          <w:sz w:val="24"/>
          <w:szCs w:val="24"/>
        </w:rPr>
        <w:t xml:space="preserve"> </w:t>
      </w:r>
      <w:r w:rsidRPr="008E5019">
        <w:rPr>
          <w:rFonts w:ascii="Arial" w:eastAsiaTheme="minorEastAsia" w:hAnsi="Arial" w:cs="Arial"/>
          <w:w w:val="0"/>
          <w:sz w:val="24"/>
          <w:szCs w:val="24"/>
        </w:rPr>
        <w:t>consideration</w:t>
      </w:r>
      <w:r w:rsidRPr="008E5019">
        <w:rPr>
          <w:rFonts w:ascii="Arial" w:eastAsiaTheme="minorEastAsia" w:hAnsi="Arial" w:cs="Arial"/>
          <w:spacing w:val="29"/>
          <w:w w:val="0"/>
          <w:sz w:val="24"/>
          <w:szCs w:val="24"/>
        </w:rPr>
        <w:t xml:space="preserve"> </w:t>
      </w:r>
      <w:r w:rsidRPr="008E5019">
        <w:rPr>
          <w:rFonts w:ascii="Arial" w:eastAsiaTheme="minorEastAsia" w:hAnsi="Arial" w:cs="Arial"/>
          <w:w w:val="0"/>
          <w:sz w:val="24"/>
          <w:szCs w:val="24"/>
        </w:rPr>
        <w:t>in</w:t>
      </w:r>
      <w:r w:rsidRPr="008E5019">
        <w:rPr>
          <w:rFonts w:ascii="Arial" w:eastAsiaTheme="minorEastAsia" w:hAnsi="Arial" w:cs="Arial"/>
          <w:spacing w:val="29"/>
          <w:w w:val="0"/>
          <w:sz w:val="24"/>
          <w:szCs w:val="24"/>
        </w:rPr>
        <w:t xml:space="preserve"> </w:t>
      </w:r>
      <w:r w:rsidRPr="008E5019">
        <w:rPr>
          <w:rFonts w:ascii="Arial" w:eastAsiaTheme="minorEastAsia" w:hAnsi="Arial" w:cs="Arial"/>
          <w:w w:val="0"/>
          <w:sz w:val="24"/>
          <w:szCs w:val="24"/>
        </w:rPr>
        <w:t>how</w:t>
      </w:r>
      <w:r w:rsidRPr="008E5019">
        <w:rPr>
          <w:rFonts w:ascii="Arial" w:eastAsiaTheme="minorEastAsia" w:hAnsi="Arial" w:cs="Arial"/>
          <w:spacing w:val="29"/>
          <w:w w:val="0"/>
          <w:sz w:val="24"/>
          <w:szCs w:val="24"/>
        </w:rPr>
        <w:t xml:space="preserve"> </w:t>
      </w:r>
      <w:r w:rsidRPr="008E5019">
        <w:rPr>
          <w:rFonts w:ascii="Arial" w:eastAsiaTheme="minorEastAsia" w:hAnsi="Arial" w:cs="Arial"/>
          <w:w w:val="0"/>
          <w:sz w:val="24"/>
          <w:szCs w:val="24"/>
        </w:rPr>
        <w:t>our</w:t>
      </w:r>
      <w:r w:rsidRPr="008E5019">
        <w:rPr>
          <w:rFonts w:ascii="Arial" w:eastAsiaTheme="minorEastAsia" w:hAnsi="Arial" w:cs="Arial"/>
          <w:spacing w:val="29"/>
          <w:w w:val="0"/>
          <w:sz w:val="24"/>
          <w:szCs w:val="24"/>
        </w:rPr>
        <w:t xml:space="preserve"> </w:t>
      </w:r>
      <w:r w:rsidRPr="008E5019">
        <w:rPr>
          <w:rFonts w:ascii="Arial" w:eastAsiaTheme="minorEastAsia" w:hAnsi="Arial" w:cs="Arial"/>
          <w:w w:val="0"/>
          <w:sz w:val="24"/>
          <w:szCs w:val="24"/>
        </w:rPr>
        <w:t>lawyers</w:t>
      </w:r>
      <w:r w:rsidRPr="008E5019">
        <w:rPr>
          <w:rFonts w:ascii="Arial" w:eastAsiaTheme="minorEastAsia" w:hAnsi="Arial" w:cs="Arial"/>
          <w:spacing w:val="29"/>
          <w:w w:val="0"/>
          <w:sz w:val="24"/>
          <w:szCs w:val="24"/>
        </w:rPr>
        <w:t xml:space="preserve"> </w:t>
      </w:r>
      <w:r w:rsidRPr="008E5019">
        <w:rPr>
          <w:rFonts w:ascii="Arial" w:eastAsiaTheme="minorEastAsia" w:hAnsi="Arial" w:cs="Arial"/>
          <w:w w:val="0"/>
          <w:sz w:val="24"/>
          <w:szCs w:val="24"/>
        </w:rPr>
        <w:t>plan</w:t>
      </w:r>
      <w:r w:rsidRPr="008E5019">
        <w:rPr>
          <w:rFonts w:ascii="Arial" w:eastAsiaTheme="minorEastAsia" w:hAnsi="Arial" w:cs="Arial"/>
          <w:spacing w:val="29"/>
          <w:w w:val="0"/>
          <w:sz w:val="24"/>
          <w:szCs w:val="24"/>
        </w:rPr>
        <w:t xml:space="preserve"> </w:t>
      </w:r>
      <w:r w:rsidRPr="008E5019">
        <w:rPr>
          <w:rFonts w:ascii="Arial" w:eastAsiaTheme="minorEastAsia" w:hAnsi="Arial" w:cs="Arial"/>
          <w:w w:val="0"/>
          <w:sz w:val="24"/>
          <w:szCs w:val="24"/>
        </w:rPr>
        <w:t>and</w:t>
      </w:r>
      <w:r w:rsidRPr="008E5019">
        <w:rPr>
          <w:rFonts w:ascii="Arial" w:eastAsiaTheme="minorEastAsia" w:hAnsi="Arial" w:cs="Arial"/>
          <w:spacing w:val="29"/>
          <w:w w:val="0"/>
          <w:sz w:val="24"/>
          <w:szCs w:val="24"/>
        </w:rPr>
        <w:t xml:space="preserve"> </w:t>
      </w:r>
      <w:r w:rsidRPr="008E5019">
        <w:rPr>
          <w:rFonts w:ascii="Arial" w:eastAsiaTheme="minorEastAsia" w:hAnsi="Arial" w:cs="Arial"/>
          <w:w w:val="0"/>
          <w:sz w:val="24"/>
          <w:szCs w:val="24"/>
        </w:rPr>
        <w:t>win</w:t>
      </w:r>
      <w:r w:rsidRPr="008E5019">
        <w:rPr>
          <w:rFonts w:ascii="Arial" w:eastAsiaTheme="minorEastAsia" w:hAnsi="Arial" w:cs="Arial"/>
          <w:spacing w:val="29"/>
          <w:w w:val="0"/>
          <w:sz w:val="24"/>
          <w:szCs w:val="24"/>
        </w:rPr>
        <w:t xml:space="preserve"> </w:t>
      </w:r>
      <w:r w:rsidRPr="008E5019">
        <w:rPr>
          <w:rFonts w:ascii="Arial" w:eastAsiaTheme="minorEastAsia" w:hAnsi="Arial" w:cs="Arial"/>
          <w:w w:val="0"/>
          <w:sz w:val="24"/>
          <w:szCs w:val="24"/>
        </w:rPr>
        <w:t>their business. The head of BD also takes responsibility for our events provision.</w:t>
      </w:r>
    </w:p>
    <w:p w14:paraId="586EBD96"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p>
    <w:p w14:paraId="2B6C17B5"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r w:rsidRPr="008E5019">
        <w:rPr>
          <w:rFonts w:ascii="Arial" w:eastAsiaTheme="minorEastAsia" w:hAnsi="Arial" w:cs="Arial"/>
          <w:w w:val="90"/>
          <w:sz w:val="24"/>
          <w:szCs w:val="24"/>
        </w:rPr>
        <w:lastRenderedPageBreak/>
        <w:t>The</w:t>
      </w:r>
      <w:r w:rsidRPr="008E5019">
        <w:rPr>
          <w:rFonts w:ascii="Arial" w:eastAsiaTheme="minorEastAsia" w:hAnsi="Arial" w:cs="Arial"/>
          <w:spacing w:val="1"/>
          <w:w w:val="0"/>
          <w:sz w:val="24"/>
          <w:szCs w:val="24"/>
        </w:rPr>
        <w:t xml:space="preserve"> </w:t>
      </w:r>
      <w:r w:rsidRPr="008E5019">
        <w:rPr>
          <w:rFonts w:ascii="Arial" w:eastAsiaTheme="minorEastAsia" w:hAnsi="Arial" w:cs="Arial"/>
          <w:spacing w:val="-4"/>
          <w:w w:val="0"/>
          <w:sz w:val="24"/>
          <w:szCs w:val="24"/>
        </w:rPr>
        <w:t>Role</w:t>
      </w:r>
    </w:p>
    <w:p w14:paraId="6CD64A07" w14:textId="77777777" w:rsidR="008E5019" w:rsidRPr="008E5019" w:rsidRDefault="008E5019" w:rsidP="008E5019">
      <w:pPr>
        <w:autoSpaceDE w:val="0"/>
        <w:autoSpaceDN w:val="0"/>
        <w:adjustRightInd w:val="0"/>
        <w:spacing w:line="360" w:lineRule="auto"/>
        <w:rPr>
          <w:rFonts w:ascii="Arial" w:eastAsiaTheme="minorEastAsia" w:hAnsi="Arial" w:cs="Arial"/>
          <w:b/>
          <w:bCs/>
          <w:w w:val="0"/>
          <w:sz w:val="24"/>
          <w:szCs w:val="24"/>
        </w:rPr>
      </w:pPr>
    </w:p>
    <w:p w14:paraId="73E2CF1F"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r w:rsidRPr="008E5019">
        <w:rPr>
          <w:rFonts w:ascii="Arial" w:eastAsiaTheme="minorEastAsia" w:hAnsi="Arial" w:cs="Arial"/>
          <w:w w:val="0"/>
          <w:sz w:val="24"/>
          <w:szCs w:val="24"/>
        </w:rPr>
        <w:t>We</w:t>
      </w:r>
      <w:r w:rsidRPr="008E5019">
        <w:rPr>
          <w:rFonts w:ascii="Arial" w:eastAsiaTheme="minorEastAsia" w:hAnsi="Arial" w:cs="Arial"/>
          <w:spacing w:val="37"/>
          <w:w w:val="0"/>
          <w:sz w:val="24"/>
          <w:szCs w:val="24"/>
        </w:rPr>
        <w:t xml:space="preserve"> </w:t>
      </w:r>
      <w:r w:rsidRPr="008E5019">
        <w:rPr>
          <w:rFonts w:ascii="Arial" w:eastAsiaTheme="minorEastAsia" w:hAnsi="Arial" w:cs="Arial"/>
          <w:w w:val="0"/>
          <w:sz w:val="24"/>
          <w:szCs w:val="24"/>
        </w:rPr>
        <w:t>are</w:t>
      </w:r>
      <w:r w:rsidRPr="008E5019">
        <w:rPr>
          <w:rFonts w:ascii="Arial" w:eastAsiaTheme="minorEastAsia" w:hAnsi="Arial" w:cs="Arial"/>
          <w:spacing w:val="37"/>
          <w:w w:val="0"/>
          <w:sz w:val="24"/>
          <w:szCs w:val="24"/>
        </w:rPr>
        <w:t xml:space="preserve"> </w:t>
      </w:r>
      <w:r w:rsidRPr="008E5019">
        <w:rPr>
          <w:rFonts w:ascii="Arial" w:eastAsiaTheme="minorEastAsia" w:hAnsi="Arial" w:cs="Arial"/>
          <w:w w:val="0"/>
          <w:sz w:val="24"/>
          <w:szCs w:val="24"/>
        </w:rPr>
        <w:t>looking</w:t>
      </w:r>
      <w:r w:rsidRPr="008E5019">
        <w:rPr>
          <w:rFonts w:ascii="Arial" w:eastAsiaTheme="minorEastAsia" w:hAnsi="Arial" w:cs="Arial"/>
          <w:spacing w:val="37"/>
          <w:w w:val="0"/>
          <w:sz w:val="24"/>
          <w:szCs w:val="24"/>
        </w:rPr>
        <w:t xml:space="preserve"> </w:t>
      </w:r>
      <w:r w:rsidRPr="008E5019">
        <w:rPr>
          <w:rFonts w:ascii="Arial" w:eastAsiaTheme="minorEastAsia" w:hAnsi="Arial" w:cs="Arial"/>
          <w:w w:val="0"/>
          <w:sz w:val="24"/>
          <w:szCs w:val="24"/>
        </w:rPr>
        <w:t>for</w:t>
      </w:r>
      <w:r w:rsidRPr="008E5019">
        <w:rPr>
          <w:rFonts w:ascii="Arial" w:eastAsiaTheme="minorEastAsia" w:hAnsi="Arial" w:cs="Arial"/>
          <w:spacing w:val="37"/>
          <w:w w:val="0"/>
          <w:sz w:val="24"/>
          <w:szCs w:val="24"/>
        </w:rPr>
        <w:t xml:space="preserve"> </w:t>
      </w:r>
      <w:r w:rsidRPr="008E5019">
        <w:rPr>
          <w:rFonts w:ascii="Arial" w:eastAsiaTheme="minorEastAsia" w:hAnsi="Arial" w:cs="Arial"/>
          <w:w w:val="0"/>
          <w:sz w:val="24"/>
          <w:szCs w:val="24"/>
        </w:rPr>
        <w:t>an</w:t>
      </w:r>
      <w:r w:rsidRPr="008E5019">
        <w:rPr>
          <w:rFonts w:ascii="Arial" w:eastAsiaTheme="minorEastAsia" w:hAnsi="Arial" w:cs="Arial"/>
          <w:spacing w:val="37"/>
          <w:w w:val="0"/>
          <w:sz w:val="24"/>
          <w:szCs w:val="24"/>
        </w:rPr>
        <w:t xml:space="preserve"> </w:t>
      </w:r>
      <w:r w:rsidRPr="008E5019">
        <w:rPr>
          <w:rFonts w:ascii="Arial" w:eastAsiaTheme="minorEastAsia" w:hAnsi="Arial" w:cs="Arial"/>
          <w:w w:val="0"/>
          <w:sz w:val="24"/>
          <w:szCs w:val="24"/>
        </w:rPr>
        <w:t>energetic,</w:t>
      </w:r>
      <w:r w:rsidRPr="008E5019">
        <w:rPr>
          <w:rFonts w:ascii="Arial" w:eastAsiaTheme="minorEastAsia" w:hAnsi="Arial" w:cs="Arial"/>
          <w:spacing w:val="37"/>
          <w:w w:val="0"/>
          <w:sz w:val="24"/>
          <w:szCs w:val="24"/>
        </w:rPr>
        <w:t xml:space="preserve"> </w:t>
      </w:r>
      <w:proofErr w:type="gramStart"/>
      <w:r w:rsidRPr="008E5019">
        <w:rPr>
          <w:rFonts w:ascii="Arial" w:eastAsiaTheme="minorEastAsia" w:hAnsi="Arial" w:cs="Arial"/>
          <w:w w:val="0"/>
          <w:sz w:val="24"/>
          <w:szCs w:val="24"/>
        </w:rPr>
        <w:t>organised</w:t>
      </w:r>
      <w:proofErr w:type="gramEnd"/>
      <w:r w:rsidRPr="008E5019">
        <w:rPr>
          <w:rFonts w:ascii="Arial" w:eastAsiaTheme="minorEastAsia" w:hAnsi="Arial" w:cs="Arial"/>
          <w:spacing w:val="37"/>
          <w:w w:val="0"/>
          <w:sz w:val="24"/>
          <w:szCs w:val="24"/>
        </w:rPr>
        <w:t xml:space="preserve"> </w:t>
      </w:r>
      <w:r w:rsidRPr="008E5019">
        <w:rPr>
          <w:rFonts w:ascii="Arial" w:eastAsiaTheme="minorEastAsia" w:hAnsi="Arial" w:cs="Arial"/>
          <w:w w:val="0"/>
          <w:sz w:val="24"/>
          <w:szCs w:val="24"/>
        </w:rPr>
        <w:t>and</w:t>
      </w:r>
      <w:r w:rsidRPr="008E5019">
        <w:rPr>
          <w:rFonts w:ascii="Arial" w:eastAsiaTheme="minorEastAsia" w:hAnsi="Arial" w:cs="Arial"/>
          <w:spacing w:val="37"/>
          <w:w w:val="0"/>
          <w:sz w:val="24"/>
          <w:szCs w:val="24"/>
        </w:rPr>
        <w:t xml:space="preserve"> </w:t>
      </w:r>
      <w:r w:rsidRPr="008E5019">
        <w:rPr>
          <w:rFonts w:ascii="Arial" w:eastAsiaTheme="minorEastAsia" w:hAnsi="Arial" w:cs="Arial"/>
          <w:w w:val="0"/>
          <w:sz w:val="24"/>
          <w:szCs w:val="24"/>
        </w:rPr>
        <w:t>enthusiastic</w:t>
      </w:r>
      <w:r w:rsidRPr="008E5019">
        <w:rPr>
          <w:rFonts w:ascii="Arial" w:eastAsiaTheme="minorEastAsia" w:hAnsi="Arial" w:cs="Arial"/>
          <w:spacing w:val="37"/>
          <w:w w:val="0"/>
          <w:sz w:val="24"/>
          <w:szCs w:val="24"/>
        </w:rPr>
        <w:t xml:space="preserve"> </w:t>
      </w:r>
      <w:r w:rsidRPr="008E5019">
        <w:rPr>
          <w:rFonts w:ascii="Arial" w:eastAsiaTheme="minorEastAsia" w:hAnsi="Arial" w:cs="Arial"/>
          <w:w w:val="0"/>
          <w:sz w:val="24"/>
          <w:szCs w:val="24"/>
        </w:rPr>
        <w:t>Business</w:t>
      </w:r>
      <w:r w:rsidRPr="008E5019">
        <w:rPr>
          <w:rFonts w:ascii="Arial" w:eastAsiaTheme="minorEastAsia" w:hAnsi="Arial" w:cs="Arial"/>
          <w:spacing w:val="37"/>
          <w:w w:val="0"/>
          <w:sz w:val="24"/>
          <w:szCs w:val="24"/>
        </w:rPr>
        <w:t xml:space="preserve"> </w:t>
      </w:r>
      <w:r w:rsidRPr="008E5019">
        <w:rPr>
          <w:rFonts w:ascii="Arial" w:eastAsiaTheme="minorEastAsia" w:hAnsi="Arial" w:cs="Arial"/>
          <w:w w:val="0"/>
          <w:sz w:val="24"/>
          <w:szCs w:val="24"/>
        </w:rPr>
        <w:t>Development (BD)</w:t>
      </w:r>
      <w:r w:rsidRPr="008E5019">
        <w:rPr>
          <w:rFonts w:ascii="Arial" w:eastAsiaTheme="minorEastAsia" w:hAnsi="Arial" w:cs="Arial"/>
          <w:spacing w:val="38"/>
          <w:w w:val="0"/>
          <w:sz w:val="24"/>
          <w:szCs w:val="24"/>
        </w:rPr>
        <w:t xml:space="preserve"> </w:t>
      </w:r>
      <w:r w:rsidRPr="008E5019">
        <w:rPr>
          <w:rFonts w:ascii="Arial" w:eastAsiaTheme="minorEastAsia" w:hAnsi="Arial" w:cs="Arial"/>
          <w:w w:val="0"/>
          <w:sz w:val="24"/>
          <w:szCs w:val="24"/>
        </w:rPr>
        <w:t>Executive</w:t>
      </w:r>
      <w:r w:rsidRPr="008E5019">
        <w:rPr>
          <w:rFonts w:ascii="Arial" w:eastAsiaTheme="minorEastAsia" w:hAnsi="Arial" w:cs="Arial"/>
          <w:spacing w:val="38"/>
          <w:w w:val="0"/>
          <w:sz w:val="24"/>
          <w:szCs w:val="24"/>
        </w:rPr>
        <w:t xml:space="preserve"> </w:t>
      </w:r>
      <w:r w:rsidRPr="008E5019">
        <w:rPr>
          <w:rFonts w:ascii="Arial" w:eastAsiaTheme="minorEastAsia" w:hAnsi="Arial" w:cs="Arial"/>
          <w:w w:val="0"/>
          <w:sz w:val="24"/>
          <w:szCs w:val="24"/>
        </w:rPr>
        <w:t>to</w:t>
      </w:r>
      <w:r w:rsidRPr="008E5019">
        <w:rPr>
          <w:rFonts w:ascii="Arial" w:eastAsiaTheme="minorEastAsia" w:hAnsi="Arial" w:cs="Arial"/>
          <w:spacing w:val="38"/>
          <w:w w:val="0"/>
          <w:sz w:val="24"/>
          <w:szCs w:val="24"/>
        </w:rPr>
        <w:t xml:space="preserve"> </w:t>
      </w:r>
      <w:r w:rsidRPr="008E5019">
        <w:rPr>
          <w:rFonts w:ascii="Arial" w:eastAsiaTheme="minorEastAsia" w:hAnsi="Arial" w:cs="Arial"/>
          <w:w w:val="0"/>
          <w:sz w:val="24"/>
          <w:szCs w:val="24"/>
        </w:rPr>
        <w:t>join</w:t>
      </w:r>
      <w:r w:rsidRPr="008E5019">
        <w:rPr>
          <w:rFonts w:ascii="Arial" w:eastAsiaTheme="minorEastAsia" w:hAnsi="Arial" w:cs="Arial"/>
          <w:spacing w:val="38"/>
          <w:w w:val="0"/>
          <w:sz w:val="24"/>
          <w:szCs w:val="24"/>
        </w:rPr>
        <w:t xml:space="preserve"> </w:t>
      </w:r>
      <w:r w:rsidRPr="008E5019">
        <w:rPr>
          <w:rFonts w:ascii="Arial" w:eastAsiaTheme="minorEastAsia" w:hAnsi="Arial" w:cs="Arial"/>
          <w:w w:val="0"/>
          <w:sz w:val="24"/>
          <w:szCs w:val="24"/>
        </w:rPr>
        <w:t>us</w:t>
      </w:r>
      <w:r w:rsidRPr="008E5019">
        <w:rPr>
          <w:rFonts w:ascii="Arial" w:eastAsiaTheme="minorEastAsia" w:hAnsi="Arial" w:cs="Arial"/>
          <w:spacing w:val="38"/>
          <w:w w:val="0"/>
          <w:sz w:val="24"/>
          <w:szCs w:val="24"/>
        </w:rPr>
        <w:t xml:space="preserve"> </w:t>
      </w:r>
      <w:r w:rsidRPr="008E5019">
        <w:rPr>
          <w:rFonts w:ascii="Arial" w:eastAsiaTheme="minorEastAsia" w:hAnsi="Arial" w:cs="Arial"/>
          <w:w w:val="0"/>
          <w:sz w:val="24"/>
          <w:szCs w:val="24"/>
        </w:rPr>
        <w:t>in</w:t>
      </w:r>
      <w:r w:rsidRPr="008E5019">
        <w:rPr>
          <w:rFonts w:ascii="Arial" w:eastAsiaTheme="minorEastAsia" w:hAnsi="Arial" w:cs="Arial"/>
          <w:spacing w:val="38"/>
          <w:w w:val="0"/>
          <w:sz w:val="24"/>
          <w:szCs w:val="24"/>
        </w:rPr>
        <w:t xml:space="preserve"> </w:t>
      </w:r>
      <w:r w:rsidRPr="008E5019">
        <w:rPr>
          <w:rFonts w:ascii="Arial" w:eastAsiaTheme="minorEastAsia" w:hAnsi="Arial" w:cs="Arial"/>
          <w:w w:val="0"/>
          <w:sz w:val="24"/>
          <w:szCs w:val="24"/>
        </w:rPr>
        <w:t>a</w:t>
      </w:r>
      <w:r w:rsidRPr="008E5019">
        <w:rPr>
          <w:rFonts w:ascii="Arial" w:eastAsiaTheme="minorEastAsia" w:hAnsi="Arial" w:cs="Arial"/>
          <w:spacing w:val="38"/>
          <w:w w:val="0"/>
          <w:sz w:val="24"/>
          <w:szCs w:val="24"/>
        </w:rPr>
        <w:t xml:space="preserve"> </w:t>
      </w:r>
      <w:r w:rsidRPr="008E5019">
        <w:rPr>
          <w:rFonts w:ascii="Arial" w:eastAsiaTheme="minorEastAsia" w:hAnsi="Arial" w:cs="Arial"/>
          <w:w w:val="0"/>
          <w:sz w:val="24"/>
          <w:szCs w:val="24"/>
        </w:rPr>
        <w:t>role</w:t>
      </w:r>
      <w:r w:rsidRPr="008E5019">
        <w:rPr>
          <w:rFonts w:ascii="Arial" w:eastAsiaTheme="minorEastAsia" w:hAnsi="Arial" w:cs="Arial"/>
          <w:spacing w:val="38"/>
          <w:w w:val="0"/>
          <w:sz w:val="24"/>
          <w:szCs w:val="24"/>
        </w:rPr>
        <w:t xml:space="preserve"> </w:t>
      </w:r>
      <w:r w:rsidRPr="008E5019">
        <w:rPr>
          <w:rFonts w:ascii="Arial" w:eastAsiaTheme="minorEastAsia" w:hAnsi="Arial" w:cs="Arial"/>
          <w:w w:val="0"/>
          <w:sz w:val="24"/>
          <w:szCs w:val="24"/>
        </w:rPr>
        <w:t>within</w:t>
      </w:r>
      <w:r w:rsidRPr="008E5019">
        <w:rPr>
          <w:rFonts w:ascii="Arial" w:eastAsiaTheme="minorEastAsia" w:hAnsi="Arial" w:cs="Arial"/>
          <w:spacing w:val="38"/>
          <w:w w:val="0"/>
          <w:sz w:val="24"/>
          <w:szCs w:val="24"/>
        </w:rPr>
        <w:t xml:space="preserve"> </w:t>
      </w:r>
      <w:r w:rsidRPr="008E5019">
        <w:rPr>
          <w:rFonts w:ascii="Arial" w:eastAsiaTheme="minorEastAsia" w:hAnsi="Arial" w:cs="Arial"/>
          <w:w w:val="0"/>
          <w:sz w:val="24"/>
          <w:szCs w:val="24"/>
        </w:rPr>
        <w:t>the</w:t>
      </w:r>
      <w:r w:rsidRPr="008E5019">
        <w:rPr>
          <w:rFonts w:ascii="Arial" w:eastAsiaTheme="minorEastAsia" w:hAnsi="Arial" w:cs="Arial"/>
          <w:spacing w:val="38"/>
          <w:w w:val="0"/>
          <w:sz w:val="24"/>
          <w:szCs w:val="24"/>
        </w:rPr>
        <w:t xml:space="preserve"> </w:t>
      </w:r>
      <w:r w:rsidRPr="008E5019">
        <w:rPr>
          <w:rFonts w:ascii="Arial" w:eastAsiaTheme="minorEastAsia" w:hAnsi="Arial" w:cs="Arial"/>
          <w:w w:val="0"/>
          <w:sz w:val="24"/>
          <w:szCs w:val="24"/>
        </w:rPr>
        <w:t>business</w:t>
      </w:r>
      <w:r w:rsidRPr="008E5019">
        <w:rPr>
          <w:rFonts w:ascii="Arial" w:eastAsiaTheme="minorEastAsia" w:hAnsi="Arial" w:cs="Arial"/>
          <w:spacing w:val="38"/>
          <w:w w:val="0"/>
          <w:sz w:val="24"/>
          <w:szCs w:val="24"/>
        </w:rPr>
        <w:t xml:space="preserve"> </w:t>
      </w:r>
      <w:r w:rsidRPr="008E5019">
        <w:rPr>
          <w:rFonts w:ascii="Arial" w:eastAsiaTheme="minorEastAsia" w:hAnsi="Arial" w:cs="Arial"/>
          <w:w w:val="0"/>
          <w:sz w:val="24"/>
          <w:szCs w:val="24"/>
        </w:rPr>
        <w:t>development</w:t>
      </w:r>
      <w:r w:rsidRPr="008E5019">
        <w:rPr>
          <w:rFonts w:ascii="Arial" w:eastAsiaTheme="minorEastAsia" w:hAnsi="Arial" w:cs="Arial"/>
          <w:spacing w:val="38"/>
          <w:w w:val="0"/>
          <w:sz w:val="24"/>
          <w:szCs w:val="24"/>
        </w:rPr>
        <w:t xml:space="preserve"> </w:t>
      </w:r>
      <w:r w:rsidRPr="008E5019">
        <w:rPr>
          <w:rFonts w:ascii="Arial" w:eastAsiaTheme="minorEastAsia" w:hAnsi="Arial" w:cs="Arial"/>
          <w:w w:val="0"/>
          <w:sz w:val="24"/>
          <w:szCs w:val="24"/>
        </w:rPr>
        <w:t>arm</w:t>
      </w:r>
      <w:r w:rsidRPr="008E5019">
        <w:rPr>
          <w:rFonts w:ascii="Arial" w:eastAsiaTheme="minorEastAsia" w:hAnsi="Arial" w:cs="Arial"/>
          <w:spacing w:val="38"/>
          <w:w w:val="0"/>
          <w:sz w:val="24"/>
          <w:szCs w:val="24"/>
        </w:rPr>
        <w:t xml:space="preserve"> </w:t>
      </w:r>
      <w:r w:rsidRPr="008E5019">
        <w:rPr>
          <w:rFonts w:ascii="Arial" w:eastAsiaTheme="minorEastAsia" w:hAnsi="Arial" w:cs="Arial"/>
          <w:w w:val="0"/>
          <w:sz w:val="24"/>
          <w:szCs w:val="24"/>
        </w:rPr>
        <w:t>of</w:t>
      </w:r>
      <w:r w:rsidRPr="008E5019">
        <w:rPr>
          <w:rFonts w:ascii="Arial" w:eastAsiaTheme="minorEastAsia" w:hAnsi="Arial" w:cs="Arial"/>
          <w:spacing w:val="38"/>
          <w:w w:val="0"/>
          <w:sz w:val="24"/>
          <w:szCs w:val="24"/>
        </w:rPr>
        <w:t xml:space="preserve"> </w:t>
      </w:r>
      <w:r w:rsidRPr="008E5019">
        <w:rPr>
          <w:rFonts w:ascii="Arial" w:eastAsiaTheme="minorEastAsia" w:hAnsi="Arial" w:cs="Arial"/>
          <w:w w:val="0"/>
          <w:sz w:val="24"/>
          <w:szCs w:val="24"/>
        </w:rPr>
        <w:t xml:space="preserve">our </w:t>
      </w:r>
      <w:r w:rsidRPr="008E5019">
        <w:rPr>
          <w:rFonts w:ascii="Arial" w:eastAsiaTheme="minorEastAsia" w:hAnsi="Arial" w:cs="Arial"/>
          <w:w w:val="110"/>
          <w:sz w:val="24"/>
          <w:szCs w:val="24"/>
        </w:rPr>
        <w:t>Marketing</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and</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Business</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Development</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team.</w:t>
      </w:r>
    </w:p>
    <w:p w14:paraId="5F30DDB5"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p>
    <w:p w14:paraId="70B655EC"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r w:rsidRPr="008E5019">
        <w:rPr>
          <w:rFonts w:ascii="Arial" w:eastAsiaTheme="minorEastAsia" w:hAnsi="Arial" w:cs="Arial"/>
          <w:w w:val="105"/>
          <w:sz w:val="24"/>
          <w:szCs w:val="24"/>
        </w:rPr>
        <w:t xml:space="preserve">Based in our Putney office, but with the opportunity to work across </w:t>
      </w:r>
      <w:proofErr w:type="gramStart"/>
      <w:r w:rsidRPr="008E5019">
        <w:rPr>
          <w:rFonts w:ascii="Arial" w:eastAsiaTheme="minorEastAsia" w:hAnsi="Arial" w:cs="Arial"/>
          <w:w w:val="105"/>
          <w:sz w:val="24"/>
          <w:szCs w:val="24"/>
        </w:rPr>
        <w:t>all of</w:t>
      </w:r>
      <w:proofErr w:type="gramEnd"/>
      <w:r w:rsidRPr="008E5019">
        <w:rPr>
          <w:rFonts w:ascii="Arial" w:eastAsiaTheme="minorEastAsia" w:hAnsi="Arial" w:cs="Arial"/>
          <w:w w:val="105"/>
          <w:sz w:val="24"/>
          <w:szCs w:val="24"/>
        </w:rPr>
        <w:t xml:space="preserve"> our three offices,</w:t>
      </w:r>
      <w:r w:rsidRPr="008E5019">
        <w:rPr>
          <w:rFonts w:ascii="Arial" w:eastAsiaTheme="minorEastAsia" w:hAnsi="Arial" w:cs="Arial"/>
          <w:spacing w:val="-10"/>
          <w:w w:val="105"/>
          <w:sz w:val="24"/>
          <w:szCs w:val="24"/>
        </w:rPr>
        <w:t xml:space="preserve"> </w:t>
      </w:r>
      <w:r w:rsidRPr="008E5019">
        <w:rPr>
          <w:rFonts w:ascii="Arial" w:eastAsiaTheme="minorEastAsia" w:hAnsi="Arial" w:cs="Arial"/>
          <w:w w:val="105"/>
          <w:sz w:val="24"/>
          <w:szCs w:val="24"/>
        </w:rPr>
        <w:t>the</w:t>
      </w:r>
      <w:r w:rsidRPr="008E5019">
        <w:rPr>
          <w:rFonts w:ascii="Arial" w:eastAsiaTheme="minorEastAsia" w:hAnsi="Arial" w:cs="Arial"/>
          <w:spacing w:val="-10"/>
          <w:w w:val="105"/>
          <w:sz w:val="24"/>
          <w:szCs w:val="24"/>
        </w:rPr>
        <w:t xml:space="preserve"> </w:t>
      </w:r>
      <w:r w:rsidRPr="008E5019">
        <w:rPr>
          <w:rFonts w:ascii="Arial" w:eastAsiaTheme="minorEastAsia" w:hAnsi="Arial" w:cs="Arial"/>
          <w:w w:val="105"/>
          <w:sz w:val="24"/>
          <w:szCs w:val="24"/>
        </w:rPr>
        <w:t>role</w:t>
      </w:r>
      <w:r w:rsidRPr="008E5019">
        <w:rPr>
          <w:rFonts w:ascii="Arial" w:eastAsiaTheme="minorEastAsia" w:hAnsi="Arial" w:cs="Arial"/>
          <w:spacing w:val="-10"/>
          <w:w w:val="105"/>
          <w:sz w:val="24"/>
          <w:szCs w:val="24"/>
        </w:rPr>
        <w:t xml:space="preserve"> </w:t>
      </w:r>
      <w:r w:rsidRPr="008E5019">
        <w:rPr>
          <w:rFonts w:ascii="Arial" w:eastAsiaTheme="minorEastAsia" w:hAnsi="Arial" w:cs="Arial"/>
          <w:w w:val="105"/>
          <w:sz w:val="24"/>
          <w:szCs w:val="24"/>
        </w:rPr>
        <w:t>will</w:t>
      </w:r>
      <w:r w:rsidRPr="008E5019">
        <w:rPr>
          <w:rFonts w:ascii="Arial" w:eastAsiaTheme="minorEastAsia" w:hAnsi="Arial" w:cs="Arial"/>
          <w:spacing w:val="-10"/>
          <w:w w:val="105"/>
          <w:sz w:val="24"/>
          <w:szCs w:val="24"/>
        </w:rPr>
        <w:t xml:space="preserve"> </w:t>
      </w:r>
      <w:r w:rsidRPr="008E5019">
        <w:rPr>
          <w:rFonts w:ascii="Arial" w:eastAsiaTheme="minorEastAsia" w:hAnsi="Arial" w:cs="Arial"/>
          <w:w w:val="105"/>
          <w:sz w:val="24"/>
          <w:szCs w:val="24"/>
        </w:rPr>
        <w:t>provide</w:t>
      </w:r>
      <w:r w:rsidRPr="008E5019">
        <w:rPr>
          <w:rFonts w:ascii="Arial" w:eastAsiaTheme="minorEastAsia" w:hAnsi="Arial" w:cs="Arial"/>
          <w:spacing w:val="-10"/>
          <w:w w:val="105"/>
          <w:sz w:val="24"/>
          <w:szCs w:val="24"/>
        </w:rPr>
        <w:t xml:space="preserve"> </w:t>
      </w:r>
      <w:r w:rsidRPr="008E5019">
        <w:rPr>
          <w:rFonts w:ascii="Arial" w:eastAsiaTheme="minorEastAsia" w:hAnsi="Arial" w:cs="Arial"/>
          <w:w w:val="105"/>
          <w:sz w:val="24"/>
          <w:szCs w:val="24"/>
        </w:rPr>
        <w:t>a</w:t>
      </w:r>
      <w:r w:rsidRPr="008E5019">
        <w:rPr>
          <w:rFonts w:ascii="Arial" w:eastAsiaTheme="minorEastAsia" w:hAnsi="Arial" w:cs="Arial"/>
          <w:spacing w:val="-10"/>
          <w:w w:val="105"/>
          <w:sz w:val="24"/>
          <w:szCs w:val="24"/>
        </w:rPr>
        <w:t xml:space="preserve"> </w:t>
      </w:r>
      <w:r w:rsidRPr="008E5019">
        <w:rPr>
          <w:rFonts w:ascii="Arial" w:eastAsiaTheme="minorEastAsia" w:hAnsi="Arial" w:cs="Arial"/>
          <w:w w:val="105"/>
          <w:sz w:val="24"/>
          <w:szCs w:val="24"/>
        </w:rPr>
        <w:t>high</w:t>
      </w:r>
      <w:r w:rsidRPr="008E5019">
        <w:rPr>
          <w:rFonts w:ascii="Arial" w:eastAsiaTheme="minorEastAsia" w:hAnsi="Arial" w:cs="Arial"/>
          <w:spacing w:val="-10"/>
          <w:w w:val="105"/>
          <w:sz w:val="24"/>
          <w:szCs w:val="24"/>
        </w:rPr>
        <w:t xml:space="preserve"> </w:t>
      </w:r>
      <w:r w:rsidRPr="008E5019">
        <w:rPr>
          <w:rFonts w:ascii="Arial" w:eastAsiaTheme="minorEastAsia" w:hAnsi="Arial" w:cs="Arial"/>
          <w:w w:val="105"/>
          <w:sz w:val="24"/>
          <w:szCs w:val="24"/>
        </w:rPr>
        <w:t>degree</w:t>
      </w:r>
      <w:r w:rsidRPr="008E5019">
        <w:rPr>
          <w:rFonts w:ascii="Arial" w:eastAsiaTheme="minorEastAsia" w:hAnsi="Arial" w:cs="Arial"/>
          <w:spacing w:val="-10"/>
          <w:w w:val="105"/>
          <w:sz w:val="24"/>
          <w:szCs w:val="24"/>
        </w:rPr>
        <w:t xml:space="preserve"> </w:t>
      </w:r>
      <w:r w:rsidRPr="008E5019">
        <w:rPr>
          <w:rFonts w:ascii="Arial" w:eastAsiaTheme="minorEastAsia" w:hAnsi="Arial" w:cs="Arial"/>
          <w:w w:val="105"/>
          <w:sz w:val="24"/>
          <w:szCs w:val="24"/>
        </w:rPr>
        <w:t>of</w:t>
      </w:r>
      <w:r w:rsidRPr="008E5019">
        <w:rPr>
          <w:rFonts w:ascii="Arial" w:eastAsiaTheme="minorEastAsia" w:hAnsi="Arial" w:cs="Arial"/>
          <w:spacing w:val="-10"/>
          <w:w w:val="105"/>
          <w:sz w:val="24"/>
          <w:szCs w:val="24"/>
        </w:rPr>
        <w:t xml:space="preserve"> </w:t>
      </w:r>
      <w:r w:rsidRPr="008E5019">
        <w:rPr>
          <w:rFonts w:ascii="Arial" w:eastAsiaTheme="minorEastAsia" w:hAnsi="Arial" w:cs="Arial"/>
          <w:w w:val="105"/>
          <w:sz w:val="24"/>
          <w:szCs w:val="24"/>
        </w:rPr>
        <w:t>visibility</w:t>
      </w:r>
      <w:r w:rsidRPr="008E5019">
        <w:rPr>
          <w:rFonts w:ascii="Arial" w:eastAsiaTheme="minorEastAsia" w:hAnsi="Arial" w:cs="Arial"/>
          <w:spacing w:val="-10"/>
          <w:w w:val="105"/>
          <w:sz w:val="24"/>
          <w:szCs w:val="24"/>
        </w:rPr>
        <w:t xml:space="preserve"> </w:t>
      </w:r>
      <w:r w:rsidRPr="008E5019">
        <w:rPr>
          <w:rFonts w:ascii="Arial" w:eastAsiaTheme="minorEastAsia" w:hAnsi="Arial" w:cs="Arial"/>
          <w:w w:val="105"/>
          <w:sz w:val="24"/>
          <w:szCs w:val="24"/>
        </w:rPr>
        <w:t>for</w:t>
      </w:r>
      <w:r w:rsidRPr="008E5019">
        <w:rPr>
          <w:rFonts w:ascii="Arial" w:eastAsiaTheme="minorEastAsia" w:hAnsi="Arial" w:cs="Arial"/>
          <w:spacing w:val="-10"/>
          <w:w w:val="105"/>
          <w:sz w:val="24"/>
          <w:szCs w:val="24"/>
        </w:rPr>
        <w:t xml:space="preserve"> </w:t>
      </w:r>
      <w:r w:rsidRPr="008E5019">
        <w:rPr>
          <w:rFonts w:ascii="Arial" w:eastAsiaTheme="minorEastAsia" w:hAnsi="Arial" w:cs="Arial"/>
          <w:w w:val="105"/>
          <w:sz w:val="24"/>
          <w:szCs w:val="24"/>
        </w:rPr>
        <w:t>the</w:t>
      </w:r>
      <w:r w:rsidRPr="008E5019">
        <w:rPr>
          <w:rFonts w:ascii="Arial" w:eastAsiaTheme="minorEastAsia" w:hAnsi="Arial" w:cs="Arial"/>
          <w:spacing w:val="-10"/>
          <w:w w:val="105"/>
          <w:sz w:val="24"/>
          <w:szCs w:val="24"/>
        </w:rPr>
        <w:t xml:space="preserve"> </w:t>
      </w:r>
      <w:r w:rsidRPr="008E5019">
        <w:rPr>
          <w:rFonts w:ascii="Arial" w:eastAsiaTheme="minorEastAsia" w:hAnsi="Arial" w:cs="Arial"/>
          <w:w w:val="105"/>
          <w:sz w:val="24"/>
          <w:szCs w:val="24"/>
        </w:rPr>
        <w:t>successful</w:t>
      </w:r>
      <w:r w:rsidRPr="008E5019">
        <w:rPr>
          <w:rFonts w:ascii="Arial" w:eastAsiaTheme="minorEastAsia" w:hAnsi="Arial" w:cs="Arial"/>
          <w:spacing w:val="-10"/>
          <w:w w:val="105"/>
          <w:sz w:val="24"/>
          <w:szCs w:val="24"/>
        </w:rPr>
        <w:t xml:space="preserve"> </w:t>
      </w:r>
      <w:r w:rsidRPr="008E5019">
        <w:rPr>
          <w:rFonts w:ascii="Arial" w:eastAsiaTheme="minorEastAsia" w:hAnsi="Arial" w:cs="Arial"/>
          <w:w w:val="105"/>
          <w:sz w:val="24"/>
          <w:szCs w:val="24"/>
        </w:rPr>
        <w:t>candidate</w:t>
      </w:r>
      <w:r w:rsidRPr="008E5019">
        <w:rPr>
          <w:rFonts w:ascii="Arial" w:eastAsiaTheme="minorEastAsia" w:hAnsi="Arial" w:cs="Arial"/>
          <w:spacing w:val="-10"/>
          <w:w w:val="105"/>
          <w:sz w:val="24"/>
          <w:szCs w:val="24"/>
        </w:rPr>
        <w:t xml:space="preserve"> </w:t>
      </w:r>
      <w:r w:rsidRPr="008E5019">
        <w:rPr>
          <w:rFonts w:ascii="Arial" w:eastAsiaTheme="minorEastAsia" w:hAnsi="Arial" w:cs="Arial"/>
          <w:w w:val="105"/>
          <w:sz w:val="24"/>
          <w:szCs w:val="24"/>
        </w:rPr>
        <w:t>and will involve working closely and collaboratively with senior stakeholders and lawyers across the firm.</w:t>
      </w:r>
    </w:p>
    <w:p w14:paraId="1E0B3187"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p>
    <w:p w14:paraId="2E77C603"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r w:rsidRPr="008E5019">
        <w:rPr>
          <w:rFonts w:ascii="Arial" w:eastAsiaTheme="minorEastAsia" w:hAnsi="Arial" w:cs="Arial"/>
          <w:w w:val="105"/>
          <w:sz w:val="24"/>
          <w:szCs w:val="24"/>
        </w:rPr>
        <w:t xml:space="preserve">The successful candidate will have </w:t>
      </w:r>
      <w:proofErr w:type="gramStart"/>
      <w:r w:rsidRPr="008E5019">
        <w:rPr>
          <w:rFonts w:ascii="Arial" w:eastAsiaTheme="minorEastAsia" w:hAnsi="Arial" w:cs="Arial"/>
          <w:w w:val="105"/>
          <w:sz w:val="24"/>
          <w:szCs w:val="24"/>
        </w:rPr>
        <w:t>some</w:t>
      </w:r>
      <w:proofErr w:type="gramEnd"/>
      <w:r w:rsidRPr="008E5019">
        <w:rPr>
          <w:rFonts w:ascii="Arial" w:eastAsiaTheme="minorEastAsia" w:hAnsi="Arial" w:cs="Arial"/>
          <w:w w:val="105"/>
          <w:sz w:val="24"/>
          <w:szCs w:val="24"/>
        </w:rPr>
        <w:t xml:space="preserve"> marketing and/or business development experience ideally gained within a professional services firm, although that is not essential.</w:t>
      </w:r>
      <w:r w:rsidRPr="008E5019">
        <w:rPr>
          <w:rFonts w:ascii="Arial" w:eastAsiaTheme="minorEastAsia" w:hAnsi="Arial" w:cs="Arial"/>
          <w:spacing w:val="-18"/>
          <w:w w:val="105"/>
          <w:sz w:val="24"/>
          <w:szCs w:val="24"/>
        </w:rPr>
        <w:t xml:space="preserve"> </w:t>
      </w:r>
      <w:r w:rsidRPr="008E5019">
        <w:rPr>
          <w:rFonts w:ascii="Arial" w:eastAsiaTheme="minorEastAsia" w:hAnsi="Arial" w:cs="Arial"/>
          <w:w w:val="105"/>
          <w:sz w:val="24"/>
          <w:szCs w:val="24"/>
        </w:rPr>
        <w:t>The</w:t>
      </w:r>
      <w:r w:rsidRPr="008E5019">
        <w:rPr>
          <w:rFonts w:ascii="Arial" w:eastAsiaTheme="minorEastAsia" w:hAnsi="Arial" w:cs="Arial"/>
          <w:spacing w:val="-18"/>
          <w:w w:val="105"/>
          <w:sz w:val="24"/>
          <w:szCs w:val="24"/>
        </w:rPr>
        <w:t xml:space="preserve"> </w:t>
      </w:r>
      <w:r w:rsidRPr="008E5019">
        <w:rPr>
          <w:rFonts w:ascii="Arial" w:eastAsiaTheme="minorEastAsia" w:hAnsi="Arial" w:cs="Arial"/>
          <w:w w:val="105"/>
          <w:sz w:val="24"/>
          <w:szCs w:val="24"/>
        </w:rPr>
        <w:t>role</w:t>
      </w:r>
      <w:r w:rsidRPr="008E5019">
        <w:rPr>
          <w:rFonts w:ascii="Arial" w:eastAsiaTheme="minorEastAsia" w:hAnsi="Arial" w:cs="Arial"/>
          <w:spacing w:val="-18"/>
          <w:w w:val="105"/>
          <w:sz w:val="24"/>
          <w:szCs w:val="24"/>
        </w:rPr>
        <w:t xml:space="preserve"> </w:t>
      </w:r>
      <w:r w:rsidRPr="008E5019">
        <w:rPr>
          <w:rFonts w:ascii="Arial" w:eastAsiaTheme="minorEastAsia" w:hAnsi="Arial" w:cs="Arial"/>
          <w:w w:val="105"/>
          <w:sz w:val="24"/>
          <w:szCs w:val="24"/>
        </w:rPr>
        <w:t>would</w:t>
      </w:r>
      <w:r w:rsidRPr="008E5019">
        <w:rPr>
          <w:rFonts w:ascii="Arial" w:eastAsiaTheme="minorEastAsia" w:hAnsi="Arial" w:cs="Arial"/>
          <w:spacing w:val="-18"/>
          <w:w w:val="105"/>
          <w:sz w:val="24"/>
          <w:szCs w:val="24"/>
        </w:rPr>
        <w:t xml:space="preserve"> </w:t>
      </w:r>
      <w:r w:rsidRPr="008E5019">
        <w:rPr>
          <w:rFonts w:ascii="Arial" w:eastAsiaTheme="minorEastAsia" w:hAnsi="Arial" w:cs="Arial"/>
          <w:w w:val="105"/>
          <w:sz w:val="24"/>
          <w:szCs w:val="24"/>
        </w:rPr>
        <w:t>be</w:t>
      </w:r>
      <w:r w:rsidRPr="008E5019">
        <w:rPr>
          <w:rFonts w:ascii="Arial" w:eastAsiaTheme="minorEastAsia" w:hAnsi="Arial" w:cs="Arial"/>
          <w:spacing w:val="-18"/>
          <w:w w:val="105"/>
          <w:sz w:val="24"/>
          <w:szCs w:val="24"/>
        </w:rPr>
        <w:t xml:space="preserve"> </w:t>
      </w:r>
      <w:r w:rsidRPr="008E5019">
        <w:rPr>
          <w:rFonts w:ascii="Arial" w:eastAsiaTheme="minorEastAsia" w:hAnsi="Arial" w:cs="Arial"/>
          <w:w w:val="105"/>
          <w:sz w:val="24"/>
          <w:szCs w:val="24"/>
        </w:rPr>
        <w:t>suitable</w:t>
      </w:r>
      <w:r w:rsidRPr="008E5019">
        <w:rPr>
          <w:rFonts w:ascii="Arial" w:eastAsiaTheme="minorEastAsia" w:hAnsi="Arial" w:cs="Arial"/>
          <w:spacing w:val="-18"/>
          <w:w w:val="105"/>
          <w:sz w:val="24"/>
          <w:szCs w:val="24"/>
        </w:rPr>
        <w:t xml:space="preserve"> </w:t>
      </w:r>
      <w:r w:rsidRPr="008E5019">
        <w:rPr>
          <w:rFonts w:ascii="Arial" w:eastAsiaTheme="minorEastAsia" w:hAnsi="Arial" w:cs="Arial"/>
          <w:w w:val="105"/>
          <w:sz w:val="24"/>
          <w:szCs w:val="24"/>
        </w:rPr>
        <w:t>for</w:t>
      </w:r>
      <w:r w:rsidRPr="008E5019">
        <w:rPr>
          <w:rFonts w:ascii="Arial" w:eastAsiaTheme="minorEastAsia" w:hAnsi="Arial" w:cs="Arial"/>
          <w:spacing w:val="-18"/>
          <w:w w:val="105"/>
          <w:sz w:val="24"/>
          <w:szCs w:val="24"/>
        </w:rPr>
        <w:t xml:space="preserve"> </w:t>
      </w:r>
      <w:r w:rsidRPr="008E5019">
        <w:rPr>
          <w:rFonts w:ascii="Arial" w:eastAsiaTheme="minorEastAsia" w:hAnsi="Arial" w:cs="Arial"/>
          <w:w w:val="105"/>
          <w:sz w:val="24"/>
          <w:szCs w:val="24"/>
        </w:rPr>
        <w:t>an</w:t>
      </w:r>
      <w:r w:rsidRPr="008E5019">
        <w:rPr>
          <w:rFonts w:ascii="Arial" w:eastAsiaTheme="minorEastAsia" w:hAnsi="Arial" w:cs="Arial"/>
          <w:spacing w:val="-18"/>
          <w:w w:val="105"/>
          <w:sz w:val="24"/>
          <w:szCs w:val="24"/>
        </w:rPr>
        <w:t xml:space="preserve"> </w:t>
      </w:r>
      <w:r w:rsidRPr="008E5019">
        <w:rPr>
          <w:rFonts w:ascii="Arial" w:eastAsiaTheme="minorEastAsia" w:hAnsi="Arial" w:cs="Arial"/>
          <w:w w:val="105"/>
          <w:sz w:val="24"/>
          <w:szCs w:val="24"/>
        </w:rPr>
        <w:t>experienced</w:t>
      </w:r>
      <w:r w:rsidRPr="008E5019">
        <w:rPr>
          <w:rFonts w:ascii="Arial" w:eastAsiaTheme="minorEastAsia" w:hAnsi="Arial" w:cs="Arial"/>
          <w:spacing w:val="-18"/>
          <w:w w:val="105"/>
          <w:sz w:val="24"/>
          <w:szCs w:val="24"/>
        </w:rPr>
        <w:t xml:space="preserve"> </w:t>
      </w:r>
      <w:r w:rsidRPr="008E5019">
        <w:rPr>
          <w:rFonts w:ascii="Arial" w:eastAsiaTheme="minorEastAsia" w:hAnsi="Arial" w:cs="Arial"/>
          <w:w w:val="105"/>
          <w:sz w:val="24"/>
          <w:szCs w:val="24"/>
        </w:rPr>
        <w:t>BD</w:t>
      </w:r>
      <w:r w:rsidRPr="008E5019">
        <w:rPr>
          <w:rFonts w:ascii="Arial" w:eastAsiaTheme="minorEastAsia" w:hAnsi="Arial" w:cs="Arial"/>
          <w:spacing w:val="-18"/>
          <w:w w:val="105"/>
          <w:sz w:val="24"/>
          <w:szCs w:val="24"/>
        </w:rPr>
        <w:t xml:space="preserve"> </w:t>
      </w:r>
      <w:r w:rsidRPr="008E5019">
        <w:rPr>
          <w:rFonts w:ascii="Arial" w:eastAsiaTheme="minorEastAsia" w:hAnsi="Arial" w:cs="Arial"/>
          <w:w w:val="105"/>
          <w:sz w:val="24"/>
          <w:szCs w:val="24"/>
        </w:rPr>
        <w:t>Assistant,</w:t>
      </w:r>
      <w:r w:rsidRPr="008E5019">
        <w:rPr>
          <w:rFonts w:ascii="Arial" w:eastAsiaTheme="minorEastAsia" w:hAnsi="Arial" w:cs="Arial"/>
          <w:spacing w:val="-18"/>
          <w:w w:val="105"/>
          <w:sz w:val="24"/>
          <w:szCs w:val="24"/>
        </w:rPr>
        <w:t xml:space="preserve"> </w:t>
      </w:r>
      <w:r w:rsidRPr="008E5019">
        <w:rPr>
          <w:rFonts w:ascii="Arial" w:eastAsiaTheme="minorEastAsia" w:hAnsi="Arial" w:cs="Arial"/>
          <w:w w:val="105"/>
          <w:sz w:val="24"/>
          <w:szCs w:val="24"/>
        </w:rPr>
        <w:t>looking</w:t>
      </w:r>
      <w:r w:rsidRPr="008E5019">
        <w:rPr>
          <w:rFonts w:ascii="Arial" w:eastAsiaTheme="minorEastAsia" w:hAnsi="Arial" w:cs="Arial"/>
          <w:spacing w:val="-18"/>
          <w:w w:val="105"/>
          <w:sz w:val="24"/>
          <w:szCs w:val="24"/>
        </w:rPr>
        <w:t xml:space="preserve"> </w:t>
      </w:r>
      <w:r w:rsidRPr="008E5019">
        <w:rPr>
          <w:rFonts w:ascii="Arial" w:eastAsiaTheme="minorEastAsia" w:hAnsi="Arial" w:cs="Arial"/>
          <w:w w:val="105"/>
          <w:sz w:val="24"/>
          <w:szCs w:val="24"/>
        </w:rPr>
        <w:t>to</w:t>
      </w:r>
      <w:r w:rsidRPr="008E5019">
        <w:rPr>
          <w:rFonts w:ascii="Arial" w:eastAsiaTheme="minorEastAsia" w:hAnsi="Arial" w:cs="Arial"/>
          <w:spacing w:val="-18"/>
          <w:w w:val="105"/>
          <w:sz w:val="24"/>
          <w:szCs w:val="24"/>
        </w:rPr>
        <w:t xml:space="preserve"> </w:t>
      </w:r>
      <w:r w:rsidRPr="008E5019">
        <w:rPr>
          <w:rFonts w:ascii="Arial" w:eastAsiaTheme="minorEastAsia" w:hAnsi="Arial" w:cs="Arial"/>
          <w:w w:val="105"/>
          <w:sz w:val="24"/>
          <w:szCs w:val="24"/>
        </w:rPr>
        <w:t>step up,</w:t>
      </w:r>
      <w:r w:rsidRPr="008E5019">
        <w:rPr>
          <w:rFonts w:ascii="Arial" w:eastAsiaTheme="minorEastAsia" w:hAnsi="Arial" w:cs="Arial"/>
          <w:spacing w:val="-1"/>
          <w:w w:val="105"/>
          <w:sz w:val="24"/>
          <w:szCs w:val="24"/>
        </w:rPr>
        <w:t xml:space="preserve"> </w:t>
      </w:r>
      <w:r w:rsidRPr="008E5019">
        <w:rPr>
          <w:rFonts w:ascii="Arial" w:eastAsiaTheme="minorEastAsia" w:hAnsi="Arial" w:cs="Arial"/>
          <w:w w:val="105"/>
          <w:sz w:val="24"/>
          <w:szCs w:val="24"/>
        </w:rPr>
        <w:t>or</w:t>
      </w:r>
      <w:r w:rsidRPr="008E5019">
        <w:rPr>
          <w:rFonts w:ascii="Arial" w:eastAsiaTheme="minorEastAsia" w:hAnsi="Arial" w:cs="Arial"/>
          <w:spacing w:val="-1"/>
          <w:w w:val="105"/>
          <w:sz w:val="24"/>
          <w:szCs w:val="24"/>
        </w:rPr>
        <w:t xml:space="preserve"> </w:t>
      </w:r>
      <w:r w:rsidRPr="008E5019">
        <w:rPr>
          <w:rFonts w:ascii="Arial" w:eastAsiaTheme="minorEastAsia" w:hAnsi="Arial" w:cs="Arial"/>
          <w:w w:val="105"/>
          <w:sz w:val="24"/>
          <w:szCs w:val="24"/>
        </w:rPr>
        <w:t>an</w:t>
      </w:r>
      <w:r w:rsidRPr="008E5019">
        <w:rPr>
          <w:rFonts w:ascii="Arial" w:eastAsiaTheme="minorEastAsia" w:hAnsi="Arial" w:cs="Arial"/>
          <w:spacing w:val="-1"/>
          <w:w w:val="105"/>
          <w:sz w:val="24"/>
          <w:szCs w:val="24"/>
        </w:rPr>
        <w:t xml:space="preserve"> </w:t>
      </w:r>
      <w:r w:rsidRPr="008E5019">
        <w:rPr>
          <w:rFonts w:ascii="Arial" w:eastAsiaTheme="minorEastAsia" w:hAnsi="Arial" w:cs="Arial"/>
          <w:w w:val="105"/>
          <w:sz w:val="24"/>
          <w:szCs w:val="24"/>
        </w:rPr>
        <w:t>existing</w:t>
      </w:r>
      <w:r w:rsidRPr="008E5019">
        <w:rPr>
          <w:rFonts w:ascii="Arial" w:eastAsiaTheme="minorEastAsia" w:hAnsi="Arial" w:cs="Arial"/>
          <w:spacing w:val="-1"/>
          <w:w w:val="105"/>
          <w:sz w:val="24"/>
          <w:szCs w:val="24"/>
        </w:rPr>
        <w:t xml:space="preserve"> </w:t>
      </w:r>
      <w:r w:rsidRPr="008E5019">
        <w:rPr>
          <w:rFonts w:ascii="Arial" w:eastAsiaTheme="minorEastAsia" w:hAnsi="Arial" w:cs="Arial"/>
          <w:w w:val="105"/>
          <w:sz w:val="24"/>
          <w:szCs w:val="24"/>
        </w:rPr>
        <w:t>BD</w:t>
      </w:r>
      <w:r w:rsidRPr="008E5019">
        <w:rPr>
          <w:rFonts w:ascii="Arial" w:eastAsiaTheme="minorEastAsia" w:hAnsi="Arial" w:cs="Arial"/>
          <w:spacing w:val="-1"/>
          <w:w w:val="105"/>
          <w:sz w:val="24"/>
          <w:szCs w:val="24"/>
        </w:rPr>
        <w:t xml:space="preserve"> </w:t>
      </w:r>
      <w:r w:rsidRPr="008E5019">
        <w:rPr>
          <w:rFonts w:ascii="Arial" w:eastAsiaTheme="minorEastAsia" w:hAnsi="Arial" w:cs="Arial"/>
          <w:w w:val="105"/>
          <w:sz w:val="24"/>
          <w:szCs w:val="24"/>
        </w:rPr>
        <w:t>Executive</w:t>
      </w:r>
      <w:r w:rsidRPr="008E5019">
        <w:rPr>
          <w:rFonts w:ascii="Arial" w:eastAsiaTheme="minorEastAsia" w:hAnsi="Arial" w:cs="Arial"/>
          <w:spacing w:val="-1"/>
          <w:w w:val="105"/>
          <w:sz w:val="24"/>
          <w:szCs w:val="24"/>
        </w:rPr>
        <w:t xml:space="preserve"> </w:t>
      </w:r>
      <w:r w:rsidRPr="008E5019">
        <w:rPr>
          <w:rFonts w:ascii="Arial" w:eastAsiaTheme="minorEastAsia" w:hAnsi="Arial" w:cs="Arial"/>
          <w:w w:val="105"/>
          <w:sz w:val="24"/>
          <w:szCs w:val="24"/>
        </w:rPr>
        <w:t>who</w:t>
      </w:r>
      <w:r w:rsidRPr="008E5019">
        <w:rPr>
          <w:rFonts w:ascii="Arial" w:eastAsiaTheme="minorEastAsia" w:hAnsi="Arial" w:cs="Arial"/>
          <w:spacing w:val="-1"/>
          <w:w w:val="105"/>
          <w:sz w:val="24"/>
          <w:szCs w:val="24"/>
        </w:rPr>
        <w:t xml:space="preserve"> </w:t>
      </w:r>
      <w:r w:rsidRPr="008E5019">
        <w:rPr>
          <w:rFonts w:ascii="Arial" w:eastAsiaTheme="minorEastAsia" w:hAnsi="Arial" w:cs="Arial"/>
          <w:w w:val="105"/>
          <w:sz w:val="24"/>
          <w:szCs w:val="24"/>
        </w:rPr>
        <w:t>is</w:t>
      </w:r>
      <w:r w:rsidRPr="008E5019">
        <w:rPr>
          <w:rFonts w:ascii="Arial" w:eastAsiaTheme="minorEastAsia" w:hAnsi="Arial" w:cs="Arial"/>
          <w:spacing w:val="-1"/>
          <w:w w:val="105"/>
          <w:sz w:val="24"/>
          <w:szCs w:val="24"/>
        </w:rPr>
        <w:t xml:space="preserve"> </w:t>
      </w:r>
      <w:r w:rsidRPr="008E5019">
        <w:rPr>
          <w:rFonts w:ascii="Arial" w:eastAsiaTheme="minorEastAsia" w:hAnsi="Arial" w:cs="Arial"/>
          <w:w w:val="105"/>
          <w:sz w:val="24"/>
          <w:szCs w:val="24"/>
        </w:rPr>
        <w:t>looking</w:t>
      </w:r>
      <w:r w:rsidRPr="008E5019">
        <w:rPr>
          <w:rFonts w:ascii="Arial" w:eastAsiaTheme="minorEastAsia" w:hAnsi="Arial" w:cs="Arial"/>
          <w:spacing w:val="-1"/>
          <w:w w:val="105"/>
          <w:sz w:val="24"/>
          <w:szCs w:val="24"/>
        </w:rPr>
        <w:t xml:space="preserve"> </w:t>
      </w:r>
      <w:r w:rsidRPr="008E5019">
        <w:rPr>
          <w:rFonts w:ascii="Arial" w:eastAsiaTheme="minorEastAsia" w:hAnsi="Arial" w:cs="Arial"/>
          <w:w w:val="105"/>
          <w:sz w:val="24"/>
          <w:szCs w:val="24"/>
        </w:rPr>
        <w:t>for</w:t>
      </w:r>
      <w:r w:rsidRPr="008E5019">
        <w:rPr>
          <w:rFonts w:ascii="Arial" w:eastAsiaTheme="minorEastAsia" w:hAnsi="Arial" w:cs="Arial"/>
          <w:spacing w:val="-1"/>
          <w:w w:val="105"/>
          <w:sz w:val="24"/>
          <w:szCs w:val="24"/>
        </w:rPr>
        <w:t xml:space="preserve"> </w:t>
      </w:r>
      <w:r w:rsidRPr="008E5019">
        <w:rPr>
          <w:rFonts w:ascii="Arial" w:eastAsiaTheme="minorEastAsia" w:hAnsi="Arial" w:cs="Arial"/>
          <w:w w:val="105"/>
          <w:sz w:val="24"/>
          <w:szCs w:val="24"/>
        </w:rPr>
        <w:t>a</w:t>
      </w:r>
      <w:r w:rsidRPr="008E5019">
        <w:rPr>
          <w:rFonts w:ascii="Arial" w:eastAsiaTheme="minorEastAsia" w:hAnsi="Arial" w:cs="Arial"/>
          <w:spacing w:val="-1"/>
          <w:w w:val="105"/>
          <w:sz w:val="24"/>
          <w:szCs w:val="24"/>
        </w:rPr>
        <w:t xml:space="preserve"> </w:t>
      </w:r>
      <w:r w:rsidRPr="008E5019">
        <w:rPr>
          <w:rFonts w:ascii="Arial" w:eastAsiaTheme="minorEastAsia" w:hAnsi="Arial" w:cs="Arial"/>
          <w:w w:val="105"/>
          <w:sz w:val="24"/>
          <w:szCs w:val="24"/>
        </w:rPr>
        <w:t>new</w:t>
      </w:r>
      <w:r w:rsidRPr="008E5019">
        <w:rPr>
          <w:rFonts w:ascii="Arial" w:eastAsiaTheme="minorEastAsia" w:hAnsi="Arial" w:cs="Arial"/>
          <w:spacing w:val="-1"/>
          <w:w w:val="105"/>
          <w:sz w:val="24"/>
          <w:szCs w:val="24"/>
        </w:rPr>
        <w:t xml:space="preserve"> </w:t>
      </w:r>
      <w:r w:rsidRPr="008E5019">
        <w:rPr>
          <w:rFonts w:ascii="Arial" w:eastAsiaTheme="minorEastAsia" w:hAnsi="Arial" w:cs="Arial"/>
          <w:w w:val="105"/>
          <w:sz w:val="24"/>
          <w:szCs w:val="24"/>
        </w:rPr>
        <w:t>challenge</w:t>
      </w:r>
      <w:r w:rsidRPr="008E5019">
        <w:rPr>
          <w:rFonts w:ascii="Arial" w:eastAsiaTheme="minorEastAsia" w:hAnsi="Arial" w:cs="Arial"/>
          <w:spacing w:val="-1"/>
          <w:w w:val="105"/>
          <w:sz w:val="24"/>
          <w:szCs w:val="24"/>
        </w:rPr>
        <w:t xml:space="preserve"> </w:t>
      </w:r>
      <w:r w:rsidRPr="008E5019">
        <w:rPr>
          <w:rFonts w:ascii="Arial" w:eastAsiaTheme="minorEastAsia" w:hAnsi="Arial" w:cs="Arial"/>
          <w:w w:val="105"/>
          <w:sz w:val="24"/>
          <w:szCs w:val="24"/>
        </w:rPr>
        <w:t>in</w:t>
      </w:r>
      <w:r w:rsidRPr="008E5019">
        <w:rPr>
          <w:rFonts w:ascii="Arial" w:eastAsiaTheme="minorEastAsia" w:hAnsi="Arial" w:cs="Arial"/>
          <w:spacing w:val="-1"/>
          <w:w w:val="105"/>
          <w:sz w:val="24"/>
          <w:szCs w:val="24"/>
        </w:rPr>
        <w:t xml:space="preserve"> </w:t>
      </w:r>
      <w:r w:rsidRPr="008E5019">
        <w:rPr>
          <w:rFonts w:ascii="Arial" w:eastAsiaTheme="minorEastAsia" w:hAnsi="Arial" w:cs="Arial"/>
          <w:w w:val="105"/>
          <w:sz w:val="24"/>
          <w:szCs w:val="24"/>
        </w:rPr>
        <w:t>a</w:t>
      </w:r>
      <w:r w:rsidRPr="008E5019">
        <w:rPr>
          <w:rFonts w:ascii="Arial" w:eastAsiaTheme="minorEastAsia" w:hAnsi="Arial" w:cs="Arial"/>
          <w:spacing w:val="-1"/>
          <w:w w:val="105"/>
          <w:sz w:val="24"/>
          <w:szCs w:val="24"/>
        </w:rPr>
        <w:t xml:space="preserve"> </w:t>
      </w:r>
      <w:r w:rsidRPr="008E5019">
        <w:rPr>
          <w:rFonts w:ascii="Arial" w:eastAsiaTheme="minorEastAsia" w:hAnsi="Arial" w:cs="Arial"/>
          <w:w w:val="105"/>
          <w:sz w:val="24"/>
          <w:szCs w:val="24"/>
        </w:rPr>
        <w:t xml:space="preserve">specialist business development role at a firm where they can work across </w:t>
      </w:r>
      <w:proofErr w:type="gramStart"/>
      <w:r w:rsidRPr="008E5019">
        <w:rPr>
          <w:rFonts w:ascii="Arial" w:eastAsiaTheme="minorEastAsia" w:hAnsi="Arial" w:cs="Arial"/>
          <w:w w:val="105"/>
          <w:sz w:val="24"/>
          <w:szCs w:val="24"/>
        </w:rPr>
        <w:t>a number of</w:t>
      </w:r>
      <w:proofErr w:type="gramEnd"/>
      <w:r w:rsidRPr="008E5019">
        <w:rPr>
          <w:rFonts w:ascii="Arial" w:eastAsiaTheme="minorEastAsia" w:hAnsi="Arial" w:cs="Arial"/>
          <w:w w:val="105"/>
          <w:sz w:val="24"/>
          <w:szCs w:val="24"/>
        </w:rPr>
        <w:t xml:space="preserve"> key departments, helping shape their growth. Alternatively, you may be in a role in a related</w:t>
      </w:r>
      <w:r w:rsidRPr="008E5019">
        <w:rPr>
          <w:rFonts w:ascii="Arial" w:eastAsiaTheme="minorEastAsia" w:hAnsi="Arial" w:cs="Arial"/>
          <w:spacing w:val="-7"/>
          <w:w w:val="105"/>
          <w:sz w:val="24"/>
          <w:szCs w:val="24"/>
        </w:rPr>
        <w:t xml:space="preserve"> </w:t>
      </w:r>
      <w:r w:rsidRPr="008E5019">
        <w:rPr>
          <w:rFonts w:ascii="Arial" w:eastAsiaTheme="minorEastAsia" w:hAnsi="Arial" w:cs="Arial"/>
          <w:w w:val="105"/>
          <w:sz w:val="24"/>
          <w:szCs w:val="24"/>
        </w:rPr>
        <w:t>area</w:t>
      </w:r>
      <w:r w:rsidRPr="008E5019">
        <w:rPr>
          <w:rFonts w:ascii="Arial" w:eastAsiaTheme="minorEastAsia" w:hAnsi="Arial" w:cs="Arial"/>
          <w:spacing w:val="-7"/>
          <w:w w:val="105"/>
          <w:sz w:val="24"/>
          <w:szCs w:val="24"/>
        </w:rPr>
        <w:t xml:space="preserve"> </w:t>
      </w:r>
      <w:r w:rsidRPr="008E5019">
        <w:rPr>
          <w:rFonts w:ascii="Arial" w:eastAsiaTheme="minorEastAsia" w:hAnsi="Arial" w:cs="Arial"/>
          <w:w w:val="105"/>
          <w:sz w:val="24"/>
          <w:szCs w:val="24"/>
        </w:rPr>
        <w:t>such</w:t>
      </w:r>
      <w:r w:rsidRPr="008E5019">
        <w:rPr>
          <w:rFonts w:ascii="Arial" w:eastAsiaTheme="minorEastAsia" w:hAnsi="Arial" w:cs="Arial"/>
          <w:spacing w:val="-7"/>
          <w:w w:val="105"/>
          <w:sz w:val="24"/>
          <w:szCs w:val="24"/>
        </w:rPr>
        <w:t xml:space="preserve"> </w:t>
      </w:r>
      <w:r w:rsidRPr="008E5019">
        <w:rPr>
          <w:rFonts w:ascii="Arial" w:eastAsiaTheme="minorEastAsia" w:hAnsi="Arial" w:cs="Arial"/>
          <w:w w:val="105"/>
          <w:sz w:val="24"/>
          <w:szCs w:val="24"/>
        </w:rPr>
        <w:t>as</w:t>
      </w:r>
      <w:r w:rsidRPr="008E5019">
        <w:rPr>
          <w:rFonts w:ascii="Arial" w:eastAsiaTheme="minorEastAsia" w:hAnsi="Arial" w:cs="Arial"/>
          <w:spacing w:val="-7"/>
          <w:w w:val="105"/>
          <w:sz w:val="24"/>
          <w:szCs w:val="24"/>
        </w:rPr>
        <w:t xml:space="preserve"> </w:t>
      </w:r>
      <w:r w:rsidRPr="008E5019">
        <w:rPr>
          <w:rFonts w:ascii="Arial" w:eastAsiaTheme="minorEastAsia" w:hAnsi="Arial" w:cs="Arial"/>
          <w:w w:val="105"/>
          <w:sz w:val="24"/>
          <w:szCs w:val="24"/>
        </w:rPr>
        <w:t>research</w:t>
      </w:r>
      <w:r w:rsidRPr="008E5019">
        <w:rPr>
          <w:rFonts w:ascii="Arial" w:eastAsiaTheme="minorEastAsia" w:hAnsi="Arial" w:cs="Arial"/>
          <w:spacing w:val="-7"/>
          <w:w w:val="105"/>
          <w:sz w:val="24"/>
          <w:szCs w:val="24"/>
        </w:rPr>
        <w:t xml:space="preserve"> </w:t>
      </w:r>
      <w:r w:rsidRPr="008E5019">
        <w:rPr>
          <w:rFonts w:ascii="Arial" w:eastAsiaTheme="minorEastAsia" w:hAnsi="Arial" w:cs="Arial"/>
          <w:w w:val="105"/>
          <w:sz w:val="24"/>
          <w:szCs w:val="24"/>
        </w:rPr>
        <w:t>or</w:t>
      </w:r>
      <w:r w:rsidRPr="008E5019">
        <w:rPr>
          <w:rFonts w:ascii="Arial" w:eastAsiaTheme="minorEastAsia" w:hAnsi="Arial" w:cs="Arial"/>
          <w:spacing w:val="-7"/>
          <w:w w:val="105"/>
          <w:sz w:val="24"/>
          <w:szCs w:val="24"/>
        </w:rPr>
        <w:t xml:space="preserve"> </w:t>
      </w:r>
      <w:r w:rsidRPr="008E5019">
        <w:rPr>
          <w:rFonts w:ascii="Arial" w:eastAsiaTheme="minorEastAsia" w:hAnsi="Arial" w:cs="Arial"/>
          <w:w w:val="105"/>
          <w:sz w:val="24"/>
          <w:szCs w:val="24"/>
        </w:rPr>
        <w:t>marketing</w:t>
      </w:r>
      <w:r w:rsidRPr="008E5019">
        <w:rPr>
          <w:rFonts w:ascii="Arial" w:eastAsiaTheme="minorEastAsia" w:hAnsi="Arial" w:cs="Arial"/>
          <w:spacing w:val="-7"/>
          <w:w w:val="105"/>
          <w:sz w:val="24"/>
          <w:szCs w:val="24"/>
        </w:rPr>
        <w:t xml:space="preserve"> </w:t>
      </w:r>
      <w:r w:rsidRPr="008E5019">
        <w:rPr>
          <w:rFonts w:ascii="Arial" w:eastAsiaTheme="minorEastAsia" w:hAnsi="Arial" w:cs="Arial"/>
          <w:w w:val="105"/>
          <w:sz w:val="24"/>
          <w:szCs w:val="24"/>
        </w:rPr>
        <w:t>but</w:t>
      </w:r>
      <w:r w:rsidRPr="008E5019">
        <w:rPr>
          <w:rFonts w:ascii="Arial" w:eastAsiaTheme="minorEastAsia" w:hAnsi="Arial" w:cs="Arial"/>
          <w:spacing w:val="-7"/>
          <w:w w:val="105"/>
          <w:sz w:val="24"/>
          <w:szCs w:val="24"/>
        </w:rPr>
        <w:t xml:space="preserve"> </w:t>
      </w:r>
      <w:r w:rsidRPr="008E5019">
        <w:rPr>
          <w:rFonts w:ascii="Arial" w:eastAsiaTheme="minorEastAsia" w:hAnsi="Arial" w:cs="Arial"/>
          <w:w w:val="105"/>
          <w:sz w:val="24"/>
          <w:szCs w:val="24"/>
        </w:rPr>
        <w:t>interested</w:t>
      </w:r>
      <w:r w:rsidRPr="008E5019">
        <w:rPr>
          <w:rFonts w:ascii="Arial" w:eastAsiaTheme="minorEastAsia" w:hAnsi="Arial" w:cs="Arial"/>
          <w:spacing w:val="-7"/>
          <w:w w:val="105"/>
          <w:sz w:val="24"/>
          <w:szCs w:val="24"/>
        </w:rPr>
        <w:t xml:space="preserve"> </w:t>
      </w:r>
      <w:r w:rsidRPr="008E5019">
        <w:rPr>
          <w:rFonts w:ascii="Arial" w:eastAsiaTheme="minorEastAsia" w:hAnsi="Arial" w:cs="Arial"/>
          <w:w w:val="105"/>
          <w:sz w:val="24"/>
          <w:szCs w:val="24"/>
        </w:rPr>
        <w:t>in</w:t>
      </w:r>
      <w:r w:rsidRPr="008E5019">
        <w:rPr>
          <w:rFonts w:ascii="Arial" w:eastAsiaTheme="minorEastAsia" w:hAnsi="Arial" w:cs="Arial"/>
          <w:spacing w:val="-7"/>
          <w:w w:val="105"/>
          <w:sz w:val="24"/>
          <w:szCs w:val="24"/>
        </w:rPr>
        <w:t xml:space="preserve"> </w:t>
      </w:r>
      <w:r w:rsidRPr="008E5019">
        <w:rPr>
          <w:rFonts w:ascii="Arial" w:eastAsiaTheme="minorEastAsia" w:hAnsi="Arial" w:cs="Arial"/>
          <w:w w:val="105"/>
          <w:sz w:val="24"/>
          <w:szCs w:val="24"/>
        </w:rPr>
        <w:t>specialising</w:t>
      </w:r>
      <w:r w:rsidRPr="008E5019">
        <w:rPr>
          <w:rFonts w:ascii="Arial" w:eastAsiaTheme="minorEastAsia" w:hAnsi="Arial" w:cs="Arial"/>
          <w:spacing w:val="-7"/>
          <w:w w:val="105"/>
          <w:sz w:val="24"/>
          <w:szCs w:val="24"/>
        </w:rPr>
        <w:t xml:space="preserve"> </w:t>
      </w:r>
      <w:r w:rsidRPr="008E5019">
        <w:rPr>
          <w:rFonts w:ascii="Arial" w:eastAsiaTheme="minorEastAsia" w:hAnsi="Arial" w:cs="Arial"/>
          <w:w w:val="105"/>
          <w:sz w:val="24"/>
          <w:szCs w:val="24"/>
        </w:rPr>
        <w:t>in</w:t>
      </w:r>
      <w:r w:rsidRPr="008E5019">
        <w:rPr>
          <w:rFonts w:ascii="Arial" w:eastAsiaTheme="minorEastAsia" w:hAnsi="Arial" w:cs="Arial"/>
          <w:spacing w:val="-7"/>
          <w:w w:val="105"/>
          <w:sz w:val="24"/>
          <w:szCs w:val="24"/>
        </w:rPr>
        <w:t xml:space="preserve"> </w:t>
      </w:r>
      <w:r w:rsidRPr="008E5019">
        <w:rPr>
          <w:rFonts w:ascii="Arial" w:eastAsiaTheme="minorEastAsia" w:hAnsi="Arial" w:cs="Arial"/>
          <w:w w:val="105"/>
          <w:sz w:val="24"/>
          <w:szCs w:val="24"/>
        </w:rPr>
        <w:t xml:space="preserve">business </w:t>
      </w:r>
      <w:r w:rsidRPr="008E5019">
        <w:rPr>
          <w:rFonts w:ascii="Arial" w:eastAsiaTheme="minorEastAsia" w:hAnsi="Arial" w:cs="Arial"/>
          <w:spacing w:val="-2"/>
          <w:w w:val="105"/>
          <w:sz w:val="24"/>
          <w:szCs w:val="24"/>
        </w:rPr>
        <w:t>development.</w:t>
      </w:r>
    </w:p>
    <w:p w14:paraId="43F41CE2"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p>
    <w:p w14:paraId="0704E1FF"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r w:rsidRPr="008E5019">
        <w:rPr>
          <w:rFonts w:ascii="Arial" w:eastAsiaTheme="minorEastAsia" w:hAnsi="Arial" w:cs="Arial"/>
          <w:w w:val="105"/>
          <w:sz w:val="24"/>
          <w:szCs w:val="24"/>
        </w:rPr>
        <w:t>Reporting</w:t>
      </w:r>
      <w:r w:rsidRPr="008E5019">
        <w:rPr>
          <w:rFonts w:ascii="Arial" w:eastAsiaTheme="minorEastAsia" w:hAnsi="Arial" w:cs="Arial"/>
          <w:spacing w:val="-6"/>
          <w:w w:val="105"/>
          <w:sz w:val="24"/>
          <w:szCs w:val="24"/>
        </w:rPr>
        <w:t xml:space="preserve"> </w:t>
      </w:r>
      <w:r w:rsidRPr="008E5019">
        <w:rPr>
          <w:rFonts w:ascii="Arial" w:eastAsiaTheme="minorEastAsia" w:hAnsi="Arial" w:cs="Arial"/>
          <w:w w:val="105"/>
          <w:sz w:val="24"/>
          <w:szCs w:val="24"/>
        </w:rPr>
        <w:t>to</w:t>
      </w:r>
      <w:r w:rsidRPr="008E5019">
        <w:rPr>
          <w:rFonts w:ascii="Arial" w:eastAsiaTheme="minorEastAsia" w:hAnsi="Arial" w:cs="Arial"/>
          <w:spacing w:val="-6"/>
          <w:w w:val="105"/>
          <w:sz w:val="24"/>
          <w:szCs w:val="24"/>
        </w:rPr>
        <w:t xml:space="preserve"> </w:t>
      </w:r>
      <w:r w:rsidRPr="008E5019">
        <w:rPr>
          <w:rFonts w:ascii="Arial" w:eastAsiaTheme="minorEastAsia" w:hAnsi="Arial" w:cs="Arial"/>
          <w:w w:val="105"/>
          <w:sz w:val="24"/>
          <w:szCs w:val="24"/>
        </w:rPr>
        <w:t>the</w:t>
      </w:r>
      <w:r w:rsidRPr="008E5019">
        <w:rPr>
          <w:rFonts w:ascii="Arial" w:eastAsiaTheme="minorEastAsia" w:hAnsi="Arial" w:cs="Arial"/>
          <w:spacing w:val="-6"/>
          <w:w w:val="105"/>
          <w:sz w:val="24"/>
          <w:szCs w:val="24"/>
        </w:rPr>
        <w:t xml:space="preserve"> </w:t>
      </w:r>
      <w:r w:rsidRPr="008E5019">
        <w:rPr>
          <w:rFonts w:ascii="Arial" w:eastAsiaTheme="minorEastAsia" w:hAnsi="Arial" w:cs="Arial"/>
          <w:w w:val="105"/>
          <w:sz w:val="24"/>
          <w:szCs w:val="24"/>
        </w:rPr>
        <w:t>BD</w:t>
      </w:r>
      <w:r w:rsidRPr="008E5019">
        <w:rPr>
          <w:rFonts w:ascii="Arial" w:eastAsiaTheme="minorEastAsia" w:hAnsi="Arial" w:cs="Arial"/>
          <w:spacing w:val="-6"/>
          <w:w w:val="105"/>
          <w:sz w:val="24"/>
          <w:szCs w:val="24"/>
        </w:rPr>
        <w:t xml:space="preserve"> </w:t>
      </w:r>
      <w:r w:rsidRPr="008E5019">
        <w:rPr>
          <w:rFonts w:ascii="Arial" w:eastAsiaTheme="minorEastAsia" w:hAnsi="Arial" w:cs="Arial"/>
          <w:w w:val="105"/>
          <w:sz w:val="24"/>
          <w:szCs w:val="24"/>
        </w:rPr>
        <w:t>Manager,</w:t>
      </w:r>
      <w:r w:rsidRPr="008E5019">
        <w:rPr>
          <w:rFonts w:ascii="Arial" w:eastAsiaTheme="minorEastAsia" w:hAnsi="Arial" w:cs="Arial"/>
          <w:spacing w:val="-6"/>
          <w:w w:val="105"/>
          <w:sz w:val="24"/>
          <w:szCs w:val="24"/>
        </w:rPr>
        <w:t xml:space="preserve"> </w:t>
      </w:r>
      <w:r w:rsidRPr="008E5019">
        <w:rPr>
          <w:rFonts w:ascii="Arial" w:eastAsiaTheme="minorEastAsia" w:hAnsi="Arial" w:cs="Arial"/>
          <w:w w:val="105"/>
          <w:sz w:val="24"/>
          <w:szCs w:val="24"/>
        </w:rPr>
        <w:t>this</w:t>
      </w:r>
      <w:r w:rsidRPr="008E5019">
        <w:rPr>
          <w:rFonts w:ascii="Arial" w:eastAsiaTheme="minorEastAsia" w:hAnsi="Arial" w:cs="Arial"/>
          <w:spacing w:val="-6"/>
          <w:w w:val="105"/>
          <w:sz w:val="24"/>
          <w:szCs w:val="24"/>
        </w:rPr>
        <w:t xml:space="preserve"> </w:t>
      </w:r>
      <w:r w:rsidRPr="008E5019">
        <w:rPr>
          <w:rFonts w:ascii="Arial" w:eastAsiaTheme="minorEastAsia" w:hAnsi="Arial" w:cs="Arial"/>
          <w:w w:val="105"/>
          <w:sz w:val="24"/>
          <w:szCs w:val="24"/>
        </w:rPr>
        <w:t>role</w:t>
      </w:r>
      <w:r w:rsidRPr="008E5019">
        <w:rPr>
          <w:rFonts w:ascii="Arial" w:eastAsiaTheme="minorEastAsia" w:hAnsi="Arial" w:cs="Arial"/>
          <w:spacing w:val="-6"/>
          <w:w w:val="105"/>
          <w:sz w:val="24"/>
          <w:szCs w:val="24"/>
        </w:rPr>
        <w:t xml:space="preserve"> </w:t>
      </w:r>
      <w:r w:rsidRPr="008E5019">
        <w:rPr>
          <w:rFonts w:ascii="Arial" w:eastAsiaTheme="minorEastAsia" w:hAnsi="Arial" w:cs="Arial"/>
          <w:w w:val="105"/>
          <w:sz w:val="24"/>
          <w:szCs w:val="24"/>
        </w:rPr>
        <w:t>will</w:t>
      </w:r>
      <w:r w:rsidRPr="008E5019">
        <w:rPr>
          <w:rFonts w:ascii="Arial" w:eastAsiaTheme="minorEastAsia" w:hAnsi="Arial" w:cs="Arial"/>
          <w:spacing w:val="-6"/>
          <w:w w:val="105"/>
          <w:sz w:val="24"/>
          <w:szCs w:val="24"/>
        </w:rPr>
        <w:t xml:space="preserve"> </w:t>
      </w:r>
      <w:r w:rsidRPr="008E5019">
        <w:rPr>
          <w:rFonts w:ascii="Arial" w:eastAsiaTheme="minorEastAsia" w:hAnsi="Arial" w:cs="Arial"/>
          <w:w w:val="105"/>
          <w:sz w:val="24"/>
          <w:szCs w:val="24"/>
        </w:rPr>
        <w:t>also</w:t>
      </w:r>
      <w:r w:rsidRPr="008E5019">
        <w:rPr>
          <w:rFonts w:ascii="Arial" w:eastAsiaTheme="minorEastAsia" w:hAnsi="Arial" w:cs="Arial"/>
          <w:spacing w:val="-6"/>
          <w:w w:val="105"/>
          <w:sz w:val="24"/>
          <w:szCs w:val="24"/>
        </w:rPr>
        <w:t xml:space="preserve"> </w:t>
      </w:r>
      <w:r w:rsidRPr="008E5019">
        <w:rPr>
          <w:rFonts w:ascii="Arial" w:eastAsiaTheme="minorEastAsia" w:hAnsi="Arial" w:cs="Arial"/>
          <w:w w:val="105"/>
          <w:sz w:val="24"/>
          <w:szCs w:val="24"/>
        </w:rPr>
        <w:t>work</w:t>
      </w:r>
      <w:r w:rsidRPr="008E5019">
        <w:rPr>
          <w:rFonts w:ascii="Arial" w:eastAsiaTheme="minorEastAsia" w:hAnsi="Arial" w:cs="Arial"/>
          <w:spacing w:val="-6"/>
          <w:w w:val="105"/>
          <w:sz w:val="24"/>
          <w:szCs w:val="24"/>
        </w:rPr>
        <w:t xml:space="preserve"> </w:t>
      </w:r>
      <w:r w:rsidRPr="008E5019">
        <w:rPr>
          <w:rFonts w:ascii="Arial" w:eastAsiaTheme="minorEastAsia" w:hAnsi="Arial" w:cs="Arial"/>
          <w:w w:val="105"/>
          <w:sz w:val="24"/>
          <w:szCs w:val="24"/>
        </w:rPr>
        <w:t>closely</w:t>
      </w:r>
      <w:r w:rsidRPr="008E5019">
        <w:rPr>
          <w:rFonts w:ascii="Arial" w:eastAsiaTheme="minorEastAsia" w:hAnsi="Arial" w:cs="Arial"/>
          <w:spacing w:val="-6"/>
          <w:w w:val="105"/>
          <w:sz w:val="24"/>
          <w:szCs w:val="24"/>
        </w:rPr>
        <w:t xml:space="preserve"> </w:t>
      </w:r>
      <w:r w:rsidRPr="008E5019">
        <w:rPr>
          <w:rFonts w:ascii="Arial" w:eastAsiaTheme="minorEastAsia" w:hAnsi="Arial" w:cs="Arial"/>
          <w:w w:val="105"/>
          <w:sz w:val="24"/>
          <w:szCs w:val="24"/>
        </w:rPr>
        <w:t>with</w:t>
      </w:r>
      <w:r w:rsidRPr="008E5019">
        <w:rPr>
          <w:rFonts w:ascii="Arial" w:eastAsiaTheme="minorEastAsia" w:hAnsi="Arial" w:cs="Arial"/>
          <w:spacing w:val="-6"/>
          <w:w w:val="105"/>
          <w:sz w:val="24"/>
          <w:szCs w:val="24"/>
        </w:rPr>
        <w:t xml:space="preserve"> </w:t>
      </w:r>
      <w:r w:rsidRPr="008E5019">
        <w:rPr>
          <w:rFonts w:ascii="Arial" w:eastAsiaTheme="minorEastAsia" w:hAnsi="Arial" w:cs="Arial"/>
          <w:w w:val="105"/>
          <w:sz w:val="24"/>
          <w:szCs w:val="24"/>
        </w:rPr>
        <w:t>the</w:t>
      </w:r>
      <w:r w:rsidRPr="008E5019">
        <w:rPr>
          <w:rFonts w:ascii="Arial" w:eastAsiaTheme="minorEastAsia" w:hAnsi="Arial" w:cs="Arial"/>
          <w:spacing w:val="-6"/>
          <w:w w:val="105"/>
          <w:sz w:val="24"/>
          <w:szCs w:val="24"/>
        </w:rPr>
        <w:t xml:space="preserve"> </w:t>
      </w:r>
      <w:r w:rsidRPr="008E5019">
        <w:rPr>
          <w:rFonts w:ascii="Arial" w:eastAsiaTheme="minorEastAsia" w:hAnsi="Arial" w:cs="Arial"/>
          <w:w w:val="105"/>
          <w:sz w:val="24"/>
          <w:szCs w:val="24"/>
        </w:rPr>
        <w:t>head</w:t>
      </w:r>
      <w:r w:rsidRPr="008E5019">
        <w:rPr>
          <w:rFonts w:ascii="Arial" w:eastAsiaTheme="minorEastAsia" w:hAnsi="Arial" w:cs="Arial"/>
          <w:spacing w:val="-6"/>
          <w:w w:val="105"/>
          <w:sz w:val="24"/>
          <w:szCs w:val="24"/>
        </w:rPr>
        <w:t xml:space="preserve"> </w:t>
      </w:r>
      <w:r w:rsidRPr="008E5019">
        <w:rPr>
          <w:rFonts w:ascii="Arial" w:eastAsiaTheme="minorEastAsia" w:hAnsi="Arial" w:cs="Arial"/>
          <w:w w:val="105"/>
          <w:sz w:val="24"/>
          <w:szCs w:val="24"/>
        </w:rPr>
        <w:t>of</w:t>
      </w:r>
      <w:r w:rsidRPr="008E5019">
        <w:rPr>
          <w:rFonts w:ascii="Arial" w:eastAsiaTheme="minorEastAsia" w:hAnsi="Arial" w:cs="Arial"/>
          <w:spacing w:val="-6"/>
          <w:w w:val="105"/>
          <w:sz w:val="24"/>
          <w:szCs w:val="24"/>
        </w:rPr>
        <w:t xml:space="preserve"> </w:t>
      </w:r>
      <w:r w:rsidRPr="008E5019">
        <w:rPr>
          <w:rFonts w:ascii="Arial" w:eastAsiaTheme="minorEastAsia" w:hAnsi="Arial" w:cs="Arial"/>
          <w:w w:val="105"/>
          <w:sz w:val="24"/>
          <w:szCs w:val="24"/>
        </w:rPr>
        <w:t>BD</w:t>
      </w:r>
      <w:r w:rsidRPr="008E5019">
        <w:rPr>
          <w:rFonts w:ascii="Arial" w:eastAsiaTheme="minorEastAsia" w:hAnsi="Arial" w:cs="Arial"/>
          <w:spacing w:val="-6"/>
          <w:w w:val="105"/>
          <w:sz w:val="24"/>
          <w:szCs w:val="24"/>
        </w:rPr>
        <w:t xml:space="preserve"> </w:t>
      </w:r>
      <w:r w:rsidRPr="008E5019">
        <w:rPr>
          <w:rFonts w:ascii="Arial" w:eastAsiaTheme="minorEastAsia" w:hAnsi="Arial" w:cs="Arial"/>
          <w:w w:val="105"/>
          <w:sz w:val="24"/>
          <w:szCs w:val="24"/>
        </w:rPr>
        <w:t xml:space="preserve">to deliver the firm’s BD activity and the team’s key projects and </w:t>
      </w:r>
      <w:proofErr w:type="gramStart"/>
      <w:r w:rsidRPr="008E5019">
        <w:rPr>
          <w:rFonts w:ascii="Arial" w:eastAsiaTheme="minorEastAsia" w:hAnsi="Arial" w:cs="Arial"/>
          <w:w w:val="105"/>
          <w:sz w:val="24"/>
          <w:szCs w:val="24"/>
        </w:rPr>
        <w:t>objectives</w:t>
      </w:r>
      <w:proofErr w:type="gramEnd"/>
      <w:r w:rsidRPr="008E5019">
        <w:rPr>
          <w:rFonts w:ascii="Arial" w:eastAsiaTheme="minorEastAsia" w:hAnsi="Arial" w:cs="Arial"/>
          <w:w w:val="105"/>
          <w:sz w:val="24"/>
          <w:szCs w:val="24"/>
        </w:rPr>
        <w:t>. This will involve</w:t>
      </w:r>
      <w:r w:rsidRPr="008E5019">
        <w:rPr>
          <w:rFonts w:ascii="Arial" w:eastAsiaTheme="minorEastAsia" w:hAnsi="Arial" w:cs="Arial"/>
          <w:spacing w:val="-12"/>
          <w:w w:val="105"/>
          <w:sz w:val="24"/>
          <w:szCs w:val="24"/>
        </w:rPr>
        <w:t xml:space="preserve"> </w:t>
      </w:r>
      <w:r w:rsidRPr="008E5019">
        <w:rPr>
          <w:rFonts w:ascii="Arial" w:eastAsiaTheme="minorEastAsia" w:hAnsi="Arial" w:cs="Arial"/>
          <w:w w:val="105"/>
          <w:sz w:val="24"/>
          <w:szCs w:val="24"/>
        </w:rPr>
        <w:t>elements</w:t>
      </w:r>
      <w:r w:rsidRPr="008E5019">
        <w:rPr>
          <w:rFonts w:ascii="Arial" w:eastAsiaTheme="minorEastAsia" w:hAnsi="Arial" w:cs="Arial"/>
          <w:spacing w:val="-12"/>
          <w:w w:val="105"/>
          <w:sz w:val="24"/>
          <w:szCs w:val="24"/>
        </w:rPr>
        <w:t xml:space="preserve"> </w:t>
      </w:r>
      <w:r w:rsidRPr="008E5019">
        <w:rPr>
          <w:rFonts w:ascii="Arial" w:eastAsiaTheme="minorEastAsia" w:hAnsi="Arial" w:cs="Arial"/>
          <w:w w:val="105"/>
          <w:sz w:val="24"/>
          <w:szCs w:val="24"/>
        </w:rPr>
        <w:t>of</w:t>
      </w:r>
      <w:r w:rsidRPr="008E5019">
        <w:rPr>
          <w:rFonts w:ascii="Arial" w:eastAsiaTheme="minorEastAsia" w:hAnsi="Arial" w:cs="Arial"/>
          <w:spacing w:val="-12"/>
          <w:w w:val="105"/>
          <w:sz w:val="24"/>
          <w:szCs w:val="24"/>
        </w:rPr>
        <w:t xml:space="preserve"> </w:t>
      </w:r>
      <w:r w:rsidRPr="008E5019">
        <w:rPr>
          <w:rFonts w:ascii="Arial" w:eastAsiaTheme="minorEastAsia" w:hAnsi="Arial" w:cs="Arial"/>
          <w:w w:val="105"/>
          <w:sz w:val="24"/>
          <w:szCs w:val="24"/>
        </w:rPr>
        <w:t>cross</w:t>
      </w:r>
      <w:r w:rsidRPr="008E5019">
        <w:rPr>
          <w:rFonts w:ascii="Arial" w:eastAsiaTheme="minorEastAsia" w:hAnsi="Arial" w:cs="Arial"/>
          <w:spacing w:val="-12"/>
          <w:w w:val="105"/>
          <w:sz w:val="24"/>
          <w:szCs w:val="24"/>
        </w:rPr>
        <w:t xml:space="preserve"> </w:t>
      </w:r>
      <w:r w:rsidRPr="008E5019">
        <w:rPr>
          <w:rFonts w:ascii="Arial" w:eastAsiaTheme="minorEastAsia" w:hAnsi="Arial" w:cs="Arial"/>
          <w:w w:val="105"/>
          <w:sz w:val="24"/>
          <w:szCs w:val="24"/>
        </w:rPr>
        <w:t>over</w:t>
      </w:r>
      <w:r w:rsidRPr="008E5019">
        <w:rPr>
          <w:rFonts w:ascii="Arial" w:eastAsiaTheme="minorEastAsia" w:hAnsi="Arial" w:cs="Arial"/>
          <w:spacing w:val="-12"/>
          <w:w w:val="105"/>
          <w:sz w:val="24"/>
          <w:szCs w:val="24"/>
        </w:rPr>
        <w:t xml:space="preserve"> </w:t>
      </w:r>
      <w:r w:rsidRPr="008E5019">
        <w:rPr>
          <w:rFonts w:ascii="Arial" w:eastAsiaTheme="minorEastAsia" w:hAnsi="Arial" w:cs="Arial"/>
          <w:w w:val="105"/>
          <w:sz w:val="24"/>
          <w:szCs w:val="24"/>
        </w:rPr>
        <w:t>and</w:t>
      </w:r>
      <w:r w:rsidRPr="008E5019">
        <w:rPr>
          <w:rFonts w:ascii="Arial" w:eastAsiaTheme="minorEastAsia" w:hAnsi="Arial" w:cs="Arial"/>
          <w:spacing w:val="-12"/>
          <w:w w:val="105"/>
          <w:sz w:val="24"/>
          <w:szCs w:val="24"/>
        </w:rPr>
        <w:t xml:space="preserve"> </w:t>
      </w:r>
      <w:r w:rsidRPr="008E5019">
        <w:rPr>
          <w:rFonts w:ascii="Arial" w:eastAsiaTheme="minorEastAsia" w:hAnsi="Arial" w:cs="Arial"/>
          <w:w w:val="105"/>
          <w:sz w:val="24"/>
          <w:szCs w:val="24"/>
        </w:rPr>
        <w:t>liaison</w:t>
      </w:r>
      <w:r w:rsidRPr="008E5019">
        <w:rPr>
          <w:rFonts w:ascii="Arial" w:eastAsiaTheme="minorEastAsia" w:hAnsi="Arial" w:cs="Arial"/>
          <w:spacing w:val="-12"/>
          <w:w w:val="105"/>
          <w:sz w:val="24"/>
          <w:szCs w:val="24"/>
        </w:rPr>
        <w:t xml:space="preserve"> </w:t>
      </w:r>
      <w:r w:rsidRPr="008E5019">
        <w:rPr>
          <w:rFonts w:ascii="Arial" w:eastAsiaTheme="minorEastAsia" w:hAnsi="Arial" w:cs="Arial"/>
          <w:w w:val="105"/>
          <w:sz w:val="24"/>
          <w:szCs w:val="24"/>
        </w:rPr>
        <w:t>with</w:t>
      </w:r>
      <w:r w:rsidRPr="008E5019">
        <w:rPr>
          <w:rFonts w:ascii="Arial" w:eastAsiaTheme="minorEastAsia" w:hAnsi="Arial" w:cs="Arial"/>
          <w:spacing w:val="-12"/>
          <w:w w:val="105"/>
          <w:sz w:val="24"/>
          <w:szCs w:val="24"/>
        </w:rPr>
        <w:t xml:space="preserve"> </w:t>
      </w:r>
      <w:r w:rsidRPr="008E5019">
        <w:rPr>
          <w:rFonts w:ascii="Arial" w:eastAsiaTheme="minorEastAsia" w:hAnsi="Arial" w:cs="Arial"/>
          <w:w w:val="105"/>
          <w:sz w:val="24"/>
          <w:szCs w:val="24"/>
        </w:rPr>
        <w:t>colleagues</w:t>
      </w:r>
      <w:r w:rsidRPr="008E5019">
        <w:rPr>
          <w:rFonts w:ascii="Arial" w:eastAsiaTheme="minorEastAsia" w:hAnsi="Arial" w:cs="Arial"/>
          <w:spacing w:val="-12"/>
          <w:w w:val="105"/>
          <w:sz w:val="24"/>
          <w:szCs w:val="24"/>
        </w:rPr>
        <w:t xml:space="preserve"> </w:t>
      </w:r>
      <w:r w:rsidRPr="008E5019">
        <w:rPr>
          <w:rFonts w:ascii="Arial" w:eastAsiaTheme="minorEastAsia" w:hAnsi="Arial" w:cs="Arial"/>
          <w:w w:val="105"/>
          <w:sz w:val="24"/>
          <w:szCs w:val="24"/>
        </w:rPr>
        <w:t>specialising</w:t>
      </w:r>
      <w:r w:rsidRPr="008E5019">
        <w:rPr>
          <w:rFonts w:ascii="Arial" w:eastAsiaTheme="minorEastAsia" w:hAnsi="Arial" w:cs="Arial"/>
          <w:spacing w:val="-12"/>
          <w:w w:val="105"/>
          <w:sz w:val="24"/>
          <w:szCs w:val="24"/>
        </w:rPr>
        <w:t xml:space="preserve"> </w:t>
      </w:r>
      <w:r w:rsidRPr="008E5019">
        <w:rPr>
          <w:rFonts w:ascii="Arial" w:eastAsiaTheme="minorEastAsia" w:hAnsi="Arial" w:cs="Arial"/>
          <w:w w:val="105"/>
          <w:sz w:val="24"/>
          <w:szCs w:val="24"/>
        </w:rPr>
        <w:t>in</w:t>
      </w:r>
      <w:r w:rsidRPr="008E5019">
        <w:rPr>
          <w:rFonts w:ascii="Arial" w:eastAsiaTheme="minorEastAsia" w:hAnsi="Arial" w:cs="Arial"/>
          <w:spacing w:val="-12"/>
          <w:w w:val="105"/>
          <w:sz w:val="24"/>
          <w:szCs w:val="24"/>
        </w:rPr>
        <w:t xml:space="preserve"> </w:t>
      </w:r>
      <w:r w:rsidRPr="008E5019">
        <w:rPr>
          <w:rFonts w:ascii="Arial" w:eastAsiaTheme="minorEastAsia" w:hAnsi="Arial" w:cs="Arial"/>
          <w:w w:val="105"/>
          <w:sz w:val="24"/>
          <w:szCs w:val="24"/>
        </w:rPr>
        <w:t xml:space="preserve">marketing activity. Duties will include but </w:t>
      </w:r>
      <w:proofErr w:type="gramStart"/>
      <w:r w:rsidRPr="008E5019">
        <w:rPr>
          <w:rFonts w:ascii="Arial" w:eastAsiaTheme="minorEastAsia" w:hAnsi="Arial" w:cs="Arial"/>
          <w:w w:val="105"/>
          <w:sz w:val="24"/>
          <w:szCs w:val="24"/>
        </w:rPr>
        <w:t>are not limited</w:t>
      </w:r>
      <w:proofErr w:type="gramEnd"/>
      <w:r w:rsidRPr="008E5019">
        <w:rPr>
          <w:rFonts w:ascii="Arial" w:eastAsiaTheme="minorEastAsia" w:hAnsi="Arial" w:cs="Arial"/>
          <w:w w:val="105"/>
          <w:sz w:val="24"/>
          <w:szCs w:val="24"/>
        </w:rPr>
        <w:t xml:space="preserve"> to:</w:t>
      </w:r>
    </w:p>
    <w:p w14:paraId="615EA995"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p>
    <w:p w14:paraId="079CB0F1"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r w:rsidRPr="008E5019">
        <w:rPr>
          <w:rFonts w:ascii="Arial" w:eastAsiaTheme="minorEastAsia" w:hAnsi="Arial" w:cs="Arial"/>
          <w:w w:val="0"/>
          <w:sz w:val="24"/>
          <w:szCs w:val="24"/>
        </w:rPr>
        <w:t>Working</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closely</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with</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departments</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across</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the</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firm</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to</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implement</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BD</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and</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client/ referrer</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relationship</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management</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best</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practice</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activities and</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provide</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guidance</w:t>
      </w:r>
      <w:r w:rsidRPr="008E5019">
        <w:rPr>
          <w:rFonts w:ascii="Arial" w:eastAsiaTheme="minorEastAsia" w:hAnsi="Arial" w:cs="Arial"/>
          <w:spacing w:val="80"/>
          <w:w w:val="110"/>
          <w:sz w:val="24"/>
          <w:szCs w:val="24"/>
        </w:rPr>
        <w:t xml:space="preserve"> </w:t>
      </w:r>
      <w:r w:rsidRPr="008E5019">
        <w:rPr>
          <w:rFonts w:ascii="Arial" w:eastAsiaTheme="minorEastAsia" w:hAnsi="Arial" w:cs="Arial"/>
          <w:w w:val="110"/>
          <w:sz w:val="24"/>
          <w:szCs w:val="24"/>
        </w:rPr>
        <w:t>on</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effective</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marketing</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and</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BD</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to</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reach</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identified</w:t>
      </w:r>
      <w:r w:rsidRPr="008E5019">
        <w:rPr>
          <w:rFonts w:ascii="Arial" w:eastAsiaTheme="minorEastAsia" w:hAnsi="Arial" w:cs="Arial"/>
          <w:spacing w:val="-19"/>
          <w:w w:val="110"/>
          <w:sz w:val="24"/>
          <w:szCs w:val="24"/>
        </w:rPr>
        <w:t xml:space="preserve"> </w:t>
      </w:r>
      <w:r w:rsidRPr="008E5019">
        <w:rPr>
          <w:rFonts w:ascii="Arial" w:eastAsiaTheme="minorEastAsia" w:hAnsi="Arial" w:cs="Arial"/>
          <w:w w:val="110"/>
          <w:sz w:val="24"/>
          <w:szCs w:val="24"/>
        </w:rPr>
        <w:t>target</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audiences.</w:t>
      </w:r>
    </w:p>
    <w:p w14:paraId="213CD20A"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p>
    <w:p w14:paraId="35527DDC"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hyperlink r:id="rId8" w:history="1">
        <w:r w:rsidRPr="008E5019">
          <w:rPr>
            <w:rFonts w:ascii="Arial" w:eastAsiaTheme="minorEastAsia" w:hAnsi="Arial" w:cs="Arial"/>
            <w:color w:val="0000FF"/>
            <w:w w:val="0"/>
            <w:sz w:val="24"/>
            <w:szCs w:val="24"/>
            <w:u w:val="single"/>
          </w:rPr>
          <w:t>Working</w:t>
        </w:r>
        <w:r w:rsidRPr="008E5019">
          <w:rPr>
            <w:rFonts w:ascii="Arial" w:eastAsiaTheme="minorEastAsia" w:hAnsi="Arial" w:cs="Arial"/>
            <w:color w:val="0000FF"/>
            <w:spacing w:val="29"/>
            <w:w w:val="0"/>
            <w:sz w:val="24"/>
            <w:szCs w:val="24"/>
            <w:u w:val="single"/>
          </w:rPr>
          <w:t xml:space="preserve"> </w:t>
        </w:r>
        <w:r w:rsidRPr="008E5019">
          <w:rPr>
            <w:rFonts w:ascii="Arial" w:eastAsiaTheme="minorEastAsia" w:hAnsi="Arial" w:cs="Arial"/>
            <w:color w:val="0000FF"/>
            <w:w w:val="0"/>
            <w:sz w:val="24"/>
            <w:szCs w:val="24"/>
            <w:u w:val="single"/>
          </w:rPr>
          <w:t>with</w:t>
        </w:r>
        <w:r w:rsidRPr="008E5019">
          <w:rPr>
            <w:rFonts w:ascii="Arial" w:eastAsiaTheme="minorEastAsia" w:hAnsi="Arial" w:cs="Arial"/>
            <w:color w:val="0000FF"/>
            <w:spacing w:val="29"/>
            <w:w w:val="0"/>
            <w:sz w:val="24"/>
            <w:szCs w:val="24"/>
            <w:u w:val="single"/>
          </w:rPr>
          <w:t xml:space="preserve"> </w:t>
        </w:r>
        <w:r w:rsidRPr="008E5019">
          <w:rPr>
            <w:rFonts w:ascii="Arial" w:eastAsiaTheme="minorEastAsia" w:hAnsi="Arial" w:cs="Arial"/>
            <w:color w:val="0000FF"/>
            <w:w w:val="0"/>
            <w:sz w:val="24"/>
            <w:szCs w:val="24"/>
            <w:u w:val="single"/>
          </w:rPr>
          <w:t>the</w:t>
        </w:r>
        <w:r w:rsidRPr="008E5019">
          <w:rPr>
            <w:rFonts w:ascii="Arial" w:eastAsiaTheme="minorEastAsia" w:hAnsi="Arial" w:cs="Arial"/>
            <w:color w:val="0000FF"/>
            <w:spacing w:val="29"/>
            <w:w w:val="0"/>
            <w:sz w:val="24"/>
            <w:szCs w:val="24"/>
            <w:u w:val="single"/>
          </w:rPr>
          <w:t xml:space="preserve"> </w:t>
        </w:r>
        <w:r w:rsidRPr="008E5019">
          <w:rPr>
            <w:rFonts w:ascii="Arial" w:eastAsiaTheme="minorEastAsia" w:hAnsi="Arial" w:cs="Arial"/>
            <w:color w:val="0000FF"/>
            <w:w w:val="0"/>
            <w:sz w:val="24"/>
            <w:szCs w:val="24"/>
            <w:u w:val="single"/>
          </w:rPr>
          <w:t>BD</w:t>
        </w:r>
        <w:r w:rsidRPr="008E5019">
          <w:rPr>
            <w:rFonts w:ascii="Arial" w:eastAsiaTheme="minorEastAsia" w:hAnsi="Arial" w:cs="Arial"/>
            <w:color w:val="0000FF"/>
            <w:spacing w:val="29"/>
            <w:w w:val="0"/>
            <w:sz w:val="24"/>
            <w:szCs w:val="24"/>
            <w:u w:val="single"/>
          </w:rPr>
          <w:t xml:space="preserve"> </w:t>
        </w:r>
        <w:r w:rsidRPr="008E5019">
          <w:rPr>
            <w:rFonts w:ascii="Arial" w:eastAsiaTheme="minorEastAsia" w:hAnsi="Arial" w:cs="Arial"/>
            <w:color w:val="0000FF"/>
            <w:w w:val="0"/>
            <w:sz w:val="24"/>
            <w:szCs w:val="24"/>
            <w:u w:val="single"/>
          </w:rPr>
          <w:t>Manager</w:t>
        </w:r>
        <w:r w:rsidRPr="008E5019">
          <w:rPr>
            <w:rFonts w:ascii="Arial" w:eastAsiaTheme="minorEastAsia" w:hAnsi="Arial" w:cs="Arial"/>
            <w:color w:val="0000FF"/>
            <w:spacing w:val="29"/>
            <w:w w:val="0"/>
            <w:sz w:val="24"/>
            <w:szCs w:val="24"/>
            <w:u w:val="single"/>
          </w:rPr>
          <w:t xml:space="preserve"> </w:t>
        </w:r>
        <w:r w:rsidRPr="008E5019">
          <w:rPr>
            <w:rFonts w:ascii="Arial" w:eastAsiaTheme="minorEastAsia" w:hAnsi="Arial" w:cs="Arial"/>
            <w:color w:val="0000FF"/>
            <w:w w:val="0"/>
            <w:sz w:val="24"/>
            <w:szCs w:val="24"/>
            <w:u w:val="single"/>
          </w:rPr>
          <w:t>and</w:t>
        </w:r>
        <w:r w:rsidRPr="008E5019">
          <w:rPr>
            <w:rFonts w:ascii="Arial" w:eastAsiaTheme="minorEastAsia" w:hAnsi="Arial" w:cs="Arial"/>
            <w:color w:val="0000FF"/>
            <w:spacing w:val="29"/>
            <w:w w:val="0"/>
            <w:sz w:val="24"/>
            <w:szCs w:val="24"/>
            <w:u w:val="single"/>
          </w:rPr>
          <w:t xml:space="preserve"> </w:t>
        </w:r>
        <w:r w:rsidRPr="008E5019">
          <w:rPr>
            <w:rFonts w:ascii="Arial" w:eastAsiaTheme="minorEastAsia" w:hAnsi="Arial" w:cs="Arial"/>
            <w:color w:val="0000FF"/>
            <w:w w:val="0"/>
            <w:sz w:val="24"/>
            <w:szCs w:val="24"/>
            <w:u w:val="single"/>
          </w:rPr>
          <w:t>Head</w:t>
        </w:r>
        <w:r w:rsidRPr="008E5019">
          <w:rPr>
            <w:rFonts w:ascii="Arial" w:eastAsiaTheme="minorEastAsia" w:hAnsi="Arial" w:cs="Arial"/>
            <w:color w:val="0000FF"/>
            <w:spacing w:val="29"/>
            <w:w w:val="0"/>
            <w:sz w:val="24"/>
            <w:szCs w:val="24"/>
            <w:u w:val="single"/>
          </w:rPr>
          <w:t xml:space="preserve"> </w:t>
        </w:r>
        <w:r w:rsidRPr="008E5019">
          <w:rPr>
            <w:rFonts w:ascii="Arial" w:eastAsiaTheme="minorEastAsia" w:hAnsi="Arial" w:cs="Arial"/>
            <w:color w:val="0000FF"/>
            <w:w w:val="0"/>
            <w:sz w:val="24"/>
            <w:szCs w:val="24"/>
            <w:u w:val="single"/>
          </w:rPr>
          <w:t>of</w:t>
        </w:r>
        <w:r w:rsidRPr="008E5019">
          <w:rPr>
            <w:rFonts w:ascii="Arial" w:eastAsiaTheme="minorEastAsia" w:hAnsi="Arial" w:cs="Arial"/>
            <w:color w:val="0000FF"/>
            <w:spacing w:val="29"/>
            <w:w w:val="0"/>
            <w:sz w:val="24"/>
            <w:szCs w:val="24"/>
            <w:u w:val="single"/>
          </w:rPr>
          <w:t xml:space="preserve"> </w:t>
        </w:r>
        <w:r w:rsidRPr="008E5019">
          <w:rPr>
            <w:rFonts w:ascii="Arial" w:eastAsiaTheme="minorEastAsia" w:hAnsi="Arial" w:cs="Arial"/>
            <w:color w:val="0000FF"/>
            <w:w w:val="0"/>
            <w:sz w:val="24"/>
            <w:szCs w:val="24"/>
            <w:u w:val="single"/>
          </w:rPr>
          <w:t>BD</w:t>
        </w:r>
        <w:r w:rsidRPr="008E5019">
          <w:rPr>
            <w:rFonts w:ascii="Arial" w:eastAsiaTheme="minorEastAsia" w:hAnsi="Arial" w:cs="Arial"/>
            <w:color w:val="0000FF"/>
            <w:spacing w:val="29"/>
            <w:w w:val="0"/>
            <w:sz w:val="24"/>
            <w:szCs w:val="24"/>
            <w:u w:val="single"/>
          </w:rPr>
          <w:t xml:space="preserve"> </w:t>
        </w:r>
        <w:r w:rsidRPr="008E5019">
          <w:rPr>
            <w:rFonts w:ascii="Arial" w:eastAsiaTheme="minorEastAsia" w:hAnsi="Arial" w:cs="Arial"/>
            <w:color w:val="0000FF"/>
            <w:w w:val="0"/>
            <w:sz w:val="24"/>
            <w:szCs w:val="24"/>
            <w:u w:val="single"/>
          </w:rPr>
          <w:t>to</w:t>
        </w:r>
        <w:r w:rsidRPr="008E5019">
          <w:rPr>
            <w:rFonts w:ascii="Arial" w:eastAsiaTheme="minorEastAsia" w:hAnsi="Arial" w:cs="Arial"/>
            <w:color w:val="0000FF"/>
            <w:spacing w:val="29"/>
            <w:w w:val="0"/>
            <w:sz w:val="24"/>
            <w:szCs w:val="24"/>
            <w:u w:val="single"/>
          </w:rPr>
          <w:t xml:space="preserve"> </w:t>
        </w:r>
        <w:r w:rsidRPr="008E5019">
          <w:rPr>
            <w:rFonts w:ascii="Arial" w:eastAsiaTheme="minorEastAsia" w:hAnsi="Arial" w:cs="Arial"/>
            <w:color w:val="0000FF"/>
            <w:w w:val="0"/>
            <w:sz w:val="24"/>
            <w:szCs w:val="24"/>
            <w:u w:val="single"/>
          </w:rPr>
          <w:t>support</w:t>
        </w:r>
        <w:r w:rsidRPr="008E5019">
          <w:rPr>
            <w:rFonts w:ascii="Arial" w:eastAsiaTheme="minorEastAsia" w:hAnsi="Arial" w:cs="Arial"/>
            <w:color w:val="0000FF"/>
            <w:spacing w:val="29"/>
            <w:w w:val="0"/>
            <w:sz w:val="24"/>
            <w:szCs w:val="24"/>
            <w:u w:val="single"/>
          </w:rPr>
          <w:t xml:space="preserve"> </w:t>
        </w:r>
        <w:r w:rsidRPr="008E5019">
          <w:rPr>
            <w:rFonts w:ascii="Arial" w:eastAsiaTheme="minorEastAsia" w:hAnsi="Arial" w:cs="Arial"/>
            <w:color w:val="0000FF"/>
            <w:spacing w:val="-2"/>
            <w:w w:val="0"/>
            <w:sz w:val="24"/>
            <w:szCs w:val="24"/>
            <w:u w:val="single"/>
          </w:rPr>
          <w:t>relevant</w:t>
        </w:r>
      </w:hyperlink>
      <w:r w:rsidRPr="008E5019">
        <w:rPr>
          <w:rFonts w:ascii="Arial" w:eastAsiaTheme="minorEastAsia" w:hAnsi="Arial" w:cs="Arial"/>
          <w:w w:val="0"/>
          <w:sz w:val="24"/>
          <w:szCs w:val="24"/>
        </w:rPr>
        <w:t xml:space="preserve"> </w:t>
      </w:r>
    </w:p>
    <w:p w14:paraId="38B32B8D"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r w:rsidRPr="008E5019">
        <w:rPr>
          <w:rFonts w:ascii="Arial" w:eastAsiaTheme="minorEastAsia" w:hAnsi="Arial" w:cs="Arial"/>
          <w:w w:val="105"/>
          <w:sz w:val="24"/>
          <w:szCs w:val="24"/>
        </w:rPr>
        <w:t>opportunities,</w:t>
      </w:r>
      <w:r w:rsidRPr="008E5019">
        <w:rPr>
          <w:rFonts w:ascii="Arial" w:eastAsiaTheme="minorEastAsia" w:hAnsi="Arial" w:cs="Arial"/>
          <w:spacing w:val="-7"/>
          <w:w w:val="105"/>
          <w:sz w:val="24"/>
          <w:szCs w:val="24"/>
        </w:rPr>
        <w:t xml:space="preserve"> </w:t>
      </w:r>
      <w:r w:rsidRPr="008E5019">
        <w:rPr>
          <w:rFonts w:ascii="Arial" w:eastAsiaTheme="minorEastAsia" w:hAnsi="Arial" w:cs="Arial"/>
          <w:w w:val="105"/>
          <w:sz w:val="24"/>
          <w:szCs w:val="24"/>
        </w:rPr>
        <w:t>helping</w:t>
      </w:r>
      <w:r w:rsidRPr="008E5019">
        <w:rPr>
          <w:rFonts w:ascii="Arial" w:eastAsiaTheme="minorEastAsia" w:hAnsi="Arial" w:cs="Arial"/>
          <w:spacing w:val="-7"/>
          <w:w w:val="105"/>
          <w:sz w:val="24"/>
          <w:szCs w:val="24"/>
        </w:rPr>
        <w:t xml:space="preserve"> </w:t>
      </w:r>
      <w:r w:rsidRPr="008E5019">
        <w:rPr>
          <w:rFonts w:ascii="Arial" w:eastAsiaTheme="minorEastAsia" w:hAnsi="Arial" w:cs="Arial"/>
          <w:w w:val="105"/>
          <w:sz w:val="24"/>
          <w:szCs w:val="24"/>
        </w:rPr>
        <w:t>create</w:t>
      </w:r>
      <w:r w:rsidRPr="008E5019">
        <w:rPr>
          <w:rFonts w:ascii="Arial" w:eastAsiaTheme="minorEastAsia" w:hAnsi="Arial" w:cs="Arial"/>
          <w:spacing w:val="-7"/>
          <w:w w:val="105"/>
          <w:sz w:val="24"/>
          <w:szCs w:val="24"/>
        </w:rPr>
        <w:t xml:space="preserve"> </w:t>
      </w:r>
      <w:r w:rsidRPr="008E5019">
        <w:rPr>
          <w:rFonts w:ascii="Arial" w:eastAsiaTheme="minorEastAsia" w:hAnsi="Arial" w:cs="Arial"/>
          <w:w w:val="105"/>
          <w:sz w:val="24"/>
          <w:szCs w:val="24"/>
        </w:rPr>
        <w:t>and</w:t>
      </w:r>
      <w:r w:rsidRPr="008E5019">
        <w:rPr>
          <w:rFonts w:ascii="Arial" w:eastAsiaTheme="minorEastAsia" w:hAnsi="Arial" w:cs="Arial"/>
          <w:spacing w:val="-7"/>
          <w:w w:val="105"/>
          <w:sz w:val="24"/>
          <w:szCs w:val="24"/>
        </w:rPr>
        <w:t xml:space="preserve"> </w:t>
      </w:r>
      <w:r w:rsidRPr="008E5019">
        <w:rPr>
          <w:rFonts w:ascii="Arial" w:eastAsiaTheme="minorEastAsia" w:hAnsi="Arial" w:cs="Arial"/>
          <w:w w:val="105"/>
          <w:sz w:val="24"/>
          <w:szCs w:val="24"/>
        </w:rPr>
        <w:t>ensure</w:t>
      </w:r>
      <w:r w:rsidRPr="008E5019">
        <w:rPr>
          <w:rFonts w:ascii="Arial" w:eastAsiaTheme="minorEastAsia" w:hAnsi="Arial" w:cs="Arial"/>
          <w:spacing w:val="-7"/>
          <w:w w:val="105"/>
          <w:sz w:val="24"/>
          <w:szCs w:val="24"/>
        </w:rPr>
        <w:t xml:space="preserve"> </w:t>
      </w:r>
      <w:r w:rsidRPr="008E5019">
        <w:rPr>
          <w:rFonts w:ascii="Arial" w:eastAsiaTheme="minorEastAsia" w:hAnsi="Arial" w:cs="Arial"/>
          <w:w w:val="105"/>
          <w:sz w:val="24"/>
          <w:szCs w:val="24"/>
        </w:rPr>
        <w:t>delivery</w:t>
      </w:r>
      <w:r w:rsidRPr="008E5019">
        <w:rPr>
          <w:rFonts w:ascii="Arial" w:eastAsiaTheme="minorEastAsia" w:hAnsi="Arial" w:cs="Arial"/>
          <w:spacing w:val="-7"/>
          <w:w w:val="105"/>
          <w:sz w:val="24"/>
          <w:szCs w:val="24"/>
        </w:rPr>
        <w:t xml:space="preserve"> </w:t>
      </w:r>
      <w:r w:rsidRPr="008E5019">
        <w:rPr>
          <w:rFonts w:ascii="Arial" w:eastAsiaTheme="minorEastAsia" w:hAnsi="Arial" w:cs="Arial"/>
          <w:w w:val="105"/>
          <w:sz w:val="24"/>
          <w:szCs w:val="24"/>
        </w:rPr>
        <w:t>and</w:t>
      </w:r>
      <w:r w:rsidRPr="008E5019">
        <w:rPr>
          <w:rFonts w:ascii="Arial" w:eastAsiaTheme="minorEastAsia" w:hAnsi="Arial" w:cs="Arial"/>
          <w:spacing w:val="-7"/>
          <w:w w:val="105"/>
          <w:sz w:val="24"/>
          <w:szCs w:val="24"/>
        </w:rPr>
        <w:t xml:space="preserve"> </w:t>
      </w:r>
      <w:r w:rsidRPr="008E5019">
        <w:rPr>
          <w:rFonts w:ascii="Arial" w:eastAsiaTheme="minorEastAsia" w:hAnsi="Arial" w:cs="Arial"/>
          <w:w w:val="105"/>
          <w:sz w:val="24"/>
          <w:szCs w:val="24"/>
        </w:rPr>
        <w:t>seeking</w:t>
      </w:r>
      <w:r w:rsidRPr="008E5019">
        <w:rPr>
          <w:rFonts w:ascii="Arial" w:eastAsiaTheme="minorEastAsia" w:hAnsi="Arial" w:cs="Arial"/>
          <w:spacing w:val="-7"/>
          <w:w w:val="105"/>
          <w:sz w:val="24"/>
          <w:szCs w:val="24"/>
        </w:rPr>
        <w:t xml:space="preserve"> </w:t>
      </w:r>
      <w:r w:rsidRPr="008E5019">
        <w:rPr>
          <w:rFonts w:ascii="Arial" w:eastAsiaTheme="minorEastAsia" w:hAnsi="Arial" w:cs="Arial"/>
          <w:w w:val="105"/>
          <w:sz w:val="24"/>
          <w:szCs w:val="24"/>
        </w:rPr>
        <w:t>feedback</w:t>
      </w:r>
      <w:r w:rsidRPr="008E5019">
        <w:rPr>
          <w:rFonts w:ascii="Arial" w:eastAsiaTheme="minorEastAsia" w:hAnsi="Arial" w:cs="Arial"/>
          <w:spacing w:val="-7"/>
          <w:w w:val="105"/>
          <w:sz w:val="24"/>
          <w:szCs w:val="24"/>
        </w:rPr>
        <w:t xml:space="preserve"> </w:t>
      </w:r>
      <w:r w:rsidRPr="008E5019">
        <w:rPr>
          <w:rFonts w:ascii="Arial" w:eastAsiaTheme="minorEastAsia" w:hAnsi="Arial" w:cs="Arial"/>
          <w:w w:val="105"/>
          <w:sz w:val="24"/>
          <w:szCs w:val="24"/>
        </w:rPr>
        <w:t xml:space="preserve">on </w:t>
      </w:r>
      <w:r w:rsidRPr="008E5019">
        <w:rPr>
          <w:rFonts w:ascii="Arial" w:eastAsiaTheme="minorEastAsia" w:hAnsi="Arial" w:cs="Arial"/>
          <w:spacing w:val="-2"/>
          <w:w w:val="105"/>
          <w:sz w:val="24"/>
          <w:szCs w:val="24"/>
        </w:rPr>
        <w:t>outcomes.</w:t>
      </w:r>
    </w:p>
    <w:p w14:paraId="4C9A96C4"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r w:rsidRPr="008E5019">
        <w:rPr>
          <w:rFonts w:ascii="Arial" w:eastAsiaTheme="minorEastAsia" w:hAnsi="Arial" w:cs="Arial"/>
          <w:w w:val="0"/>
          <w:sz w:val="24"/>
          <w:szCs w:val="24"/>
        </w:rPr>
        <w:lastRenderedPageBreak/>
        <w:tab/>
        <w:t>Being</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a</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link</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between</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departments,</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spotting</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opportunities</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and</w:t>
      </w:r>
      <w:r w:rsidRPr="008E5019">
        <w:rPr>
          <w:rFonts w:ascii="Arial" w:eastAsiaTheme="minorEastAsia" w:hAnsi="Arial" w:cs="Arial"/>
          <w:spacing w:val="40"/>
          <w:w w:val="0"/>
          <w:sz w:val="24"/>
          <w:szCs w:val="24"/>
        </w:rPr>
        <w:t xml:space="preserve"> </w:t>
      </w:r>
      <w:proofErr w:type="gramStart"/>
      <w:r w:rsidRPr="008E5019">
        <w:rPr>
          <w:rFonts w:ascii="Arial" w:eastAsiaTheme="minorEastAsia" w:hAnsi="Arial" w:cs="Arial"/>
          <w:w w:val="0"/>
          <w:sz w:val="24"/>
          <w:szCs w:val="24"/>
        </w:rPr>
        <w:t>facilitating</w:t>
      </w:r>
      <w:proofErr w:type="gramEnd"/>
      <w:r w:rsidRPr="008E5019">
        <w:rPr>
          <w:rFonts w:ascii="Arial" w:eastAsiaTheme="minorEastAsia" w:hAnsi="Arial" w:cs="Arial"/>
          <w:spacing w:val="80"/>
          <w:w w:val="0"/>
          <w:sz w:val="24"/>
          <w:szCs w:val="24"/>
        </w:rPr>
        <w:t xml:space="preserve"> </w:t>
      </w:r>
      <w:r w:rsidRPr="008E5019">
        <w:rPr>
          <w:rFonts w:ascii="Arial" w:eastAsiaTheme="minorEastAsia" w:hAnsi="Arial" w:cs="Arial"/>
          <w:w w:val="0"/>
          <w:sz w:val="24"/>
          <w:szCs w:val="24"/>
        </w:rPr>
        <w:t>progress</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around</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cross</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departmental</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and</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team</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collaboration.</w:t>
      </w:r>
    </w:p>
    <w:p w14:paraId="213D0AF5" w14:textId="77777777" w:rsidR="008E5019" w:rsidRPr="008E5019" w:rsidRDefault="008E5019" w:rsidP="008E5019">
      <w:pPr>
        <w:pStyle w:val="ListParagraph"/>
        <w:numPr>
          <w:ilvl w:val="0"/>
          <w:numId w:val="13"/>
        </w:numPr>
        <w:autoSpaceDE w:val="0"/>
        <w:autoSpaceDN w:val="0"/>
        <w:adjustRightInd w:val="0"/>
        <w:spacing w:line="360" w:lineRule="auto"/>
        <w:rPr>
          <w:rFonts w:ascii="Arial" w:eastAsiaTheme="minorEastAsia" w:hAnsi="Arial" w:cs="Arial"/>
          <w:w w:val="0"/>
          <w:sz w:val="24"/>
          <w:szCs w:val="24"/>
        </w:rPr>
      </w:pPr>
      <w:r w:rsidRPr="008E5019">
        <w:rPr>
          <w:rFonts w:ascii="Arial" w:eastAsiaTheme="minorEastAsia" w:hAnsi="Arial" w:cs="Arial"/>
          <w:w w:val="0"/>
          <w:sz w:val="24"/>
          <w:szCs w:val="24"/>
        </w:rPr>
        <w:t>Support</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on</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routine</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and</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opportunity</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focused</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firm-wide</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BD</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initiatives</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 xml:space="preserve">and </w:t>
      </w:r>
      <w:r w:rsidRPr="008E5019">
        <w:rPr>
          <w:rFonts w:ascii="Arial" w:eastAsiaTheme="minorEastAsia" w:hAnsi="Arial" w:cs="Arial"/>
          <w:w w:val="110"/>
          <w:sz w:val="24"/>
          <w:szCs w:val="24"/>
        </w:rPr>
        <w:t>projects</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for</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specific</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departments</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and</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involving</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collaboration</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with</w:t>
      </w:r>
      <w:r w:rsidRPr="008E5019">
        <w:rPr>
          <w:rFonts w:ascii="Arial" w:eastAsiaTheme="minorEastAsia" w:hAnsi="Arial" w:cs="Arial"/>
          <w:spacing w:val="-19"/>
          <w:w w:val="110"/>
          <w:sz w:val="24"/>
          <w:szCs w:val="24"/>
        </w:rPr>
        <w:t xml:space="preserve"> </w:t>
      </w:r>
      <w:r w:rsidRPr="008E5019">
        <w:rPr>
          <w:rFonts w:ascii="Arial" w:eastAsiaTheme="minorEastAsia" w:hAnsi="Arial" w:cs="Arial"/>
          <w:w w:val="110"/>
          <w:sz w:val="24"/>
          <w:szCs w:val="24"/>
        </w:rPr>
        <w:t>multiple departments at once.</w:t>
      </w:r>
    </w:p>
    <w:p w14:paraId="534E100B" w14:textId="77777777" w:rsidR="008E5019" w:rsidRPr="008E5019" w:rsidRDefault="008E5019" w:rsidP="008E5019">
      <w:pPr>
        <w:pStyle w:val="ListParagraph"/>
        <w:numPr>
          <w:ilvl w:val="0"/>
          <w:numId w:val="13"/>
        </w:numPr>
        <w:autoSpaceDE w:val="0"/>
        <w:autoSpaceDN w:val="0"/>
        <w:adjustRightInd w:val="0"/>
        <w:spacing w:line="360" w:lineRule="auto"/>
        <w:rPr>
          <w:rFonts w:ascii="Arial" w:eastAsiaTheme="minorEastAsia" w:hAnsi="Arial" w:cs="Arial"/>
          <w:w w:val="0"/>
          <w:sz w:val="24"/>
          <w:szCs w:val="24"/>
        </w:rPr>
      </w:pPr>
      <w:r w:rsidRPr="008E5019">
        <w:rPr>
          <w:rFonts w:ascii="Arial" w:eastAsiaTheme="minorEastAsia" w:hAnsi="Arial" w:cs="Arial"/>
          <w:w w:val="0"/>
          <w:sz w:val="24"/>
          <w:szCs w:val="24"/>
        </w:rPr>
        <w:t>Lead</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routine</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and</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opportunistic/</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pro-active</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research</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projects,</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aimed</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at targeting</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clients</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and</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providing</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an</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infrastructure</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for</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the</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firm</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and</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 xml:space="preserve">individuals/ </w:t>
      </w:r>
      <w:r w:rsidRPr="008E5019">
        <w:rPr>
          <w:rFonts w:ascii="Arial" w:eastAsiaTheme="minorEastAsia" w:hAnsi="Arial" w:cs="Arial"/>
          <w:w w:val="110"/>
          <w:sz w:val="24"/>
          <w:szCs w:val="24"/>
        </w:rPr>
        <w:t>teams to win work.</w:t>
      </w:r>
    </w:p>
    <w:p w14:paraId="72C76458" w14:textId="77777777" w:rsidR="008E5019" w:rsidRPr="008E5019" w:rsidRDefault="008E5019" w:rsidP="008E5019">
      <w:pPr>
        <w:pStyle w:val="ListParagraph"/>
        <w:numPr>
          <w:ilvl w:val="0"/>
          <w:numId w:val="13"/>
        </w:numPr>
        <w:autoSpaceDE w:val="0"/>
        <w:autoSpaceDN w:val="0"/>
        <w:adjustRightInd w:val="0"/>
        <w:spacing w:line="360" w:lineRule="auto"/>
        <w:rPr>
          <w:rFonts w:ascii="Arial" w:eastAsiaTheme="minorEastAsia" w:hAnsi="Arial" w:cs="Arial"/>
          <w:w w:val="0"/>
          <w:sz w:val="24"/>
          <w:szCs w:val="24"/>
        </w:rPr>
      </w:pPr>
      <w:r w:rsidRPr="008E5019">
        <w:rPr>
          <w:rFonts w:ascii="Arial" w:eastAsiaTheme="minorEastAsia" w:hAnsi="Arial" w:cs="Arial"/>
          <w:w w:val="110"/>
          <w:sz w:val="24"/>
          <w:szCs w:val="24"/>
        </w:rPr>
        <w:t>Acting</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as</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a</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gateway</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between</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the</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lawyers</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and</w:t>
      </w:r>
      <w:r w:rsidRPr="008E5019">
        <w:rPr>
          <w:rFonts w:ascii="Arial" w:eastAsiaTheme="minorEastAsia" w:hAnsi="Arial" w:cs="Arial"/>
          <w:spacing w:val="-19"/>
          <w:w w:val="110"/>
          <w:sz w:val="24"/>
          <w:szCs w:val="24"/>
        </w:rPr>
        <w:t xml:space="preserve"> </w:t>
      </w:r>
      <w:r w:rsidRPr="008E5019">
        <w:rPr>
          <w:rFonts w:ascii="Arial" w:eastAsiaTheme="minorEastAsia" w:hAnsi="Arial" w:cs="Arial"/>
          <w:w w:val="110"/>
          <w:sz w:val="24"/>
          <w:szCs w:val="24"/>
        </w:rPr>
        <w:t>the</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wider</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marketing</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 xml:space="preserve">and </w:t>
      </w:r>
      <w:r w:rsidRPr="008E5019">
        <w:rPr>
          <w:rFonts w:ascii="Arial" w:eastAsiaTheme="minorEastAsia" w:hAnsi="Arial" w:cs="Arial"/>
          <w:w w:val="0"/>
          <w:sz w:val="24"/>
          <w:szCs w:val="24"/>
        </w:rPr>
        <w:t>business</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development</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team,</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helping</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the</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firm</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understand</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effective</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marketing</w:t>
      </w:r>
      <w:r w:rsidRPr="008E5019">
        <w:rPr>
          <w:rFonts w:ascii="Arial" w:eastAsiaTheme="minorEastAsia" w:hAnsi="Arial" w:cs="Arial"/>
          <w:spacing w:val="40"/>
          <w:w w:val="110"/>
          <w:sz w:val="24"/>
          <w:szCs w:val="24"/>
        </w:rPr>
        <w:t xml:space="preserve"> </w:t>
      </w:r>
      <w:r w:rsidRPr="008E5019">
        <w:rPr>
          <w:rFonts w:ascii="Arial" w:eastAsiaTheme="minorEastAsia" w:hAnsi="Arial" w:cs="Arial"/>
          <w:w w:val="110"/>
          <w:sz w:val="24"/>
          <w:szCs w:val="24"/>
        </w:rPr>
        <w:t>and</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business</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development</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is</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and</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who</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in</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the</w:t>
      </w:r>
      <w:r w:rsidRPr="008E5019">
        <w:rPr>
          <w:rFonts w:ascii="Arial" w:eastAsiaTheme="minorEastAsia" w:hAnsi="Arial" w:cs="Arial"/>
          <w:spacing w:val="-19"/>
          <w:w w:val="110"/>
          <w:sz w:val="24"/>
          <w:szCs w:val="24"/>
        </w:rPr>
        <w:t xml:space="preserve"> </w:t>
      </w:r>
      <w:r w:rsidRPr="008E5019">
        <w:rPr>
          <w:rFonts w:ascii="Arial" w:eastAsiaTheme="minorEastAsia" w:hAnsi="Arial" w:cs="Arial"/>
          <w:w w:val="110"/>
          <w:sz w:val="24"/>
          <w:szCs w:val="24"/>
        </w:rPr>
        <w:t>team</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supports</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on</w:t>
      </w:r>
      <w:r w:rsidRPr="008E5019">
        <w:rPr>
          <w:rFonts w:ascii="Arial" w:eastAsiaTheme="minorEastAsia" w:hAnsi="Arial" w:cs="Arial"/>
          <w:spacing w:val="-20"/>
          <w:w w:val="110"/>
          <w:sz w:val="24"/>
          <w:szCs w:val="24"/>
        </w:rPr>
        <w:t xml:space="preserve"> </w:t>
      </w:r>
      <w:r w:rsidRPr="008E5019">
        <w:rPr>
          <w:rFonts w:ascii="Arial" w:eastAsiaTheme="minorEastAsia" w:hAnsi="Arial" w:cs="Arial"/>
          <w:w w:val="110"/>
          <w:sz w:val="24"/>
          <w:szCs w:val="24"/>
        </w:rPr>
        <w:t>what.</w:t>
      </w:r>
    </w:p>
    <w:p w14:paraId="04E38187" w14:textId="2AC215B4" w:rsidR="008E5019" w:rsidRPr="008E5019" w:rsidRDefault="008E5019" w:rsidP="008E5019">
      <w:pPr>
        <w:pStyle w:val="ListParagraph"/>
        <w:numPr>
          <w:ilvl w:val="0"/>
          <w:numId w:val="13"/>
        </w:numPr>
        <w:autoSpaceDE w:val="0"/>
        <w:autoSpaceDN w:val="0"/>
        <w:adjustRightInd w:val="0"/>
        <w:spacing w:line="360" w:lineRule="auto"/>
        <w:rPr>
          <w:rFonts w:ascii="Arial" w:eastAsiaTheme="minorEastAsia" w:hAnsi="Arial" w:cs="Arial"/>
          <w:w w:val="0"/>
          <w:sz w:val="24"/>
          <w:szCs w:val="24"/>
        </w:rPr>
      </w:pPr>
      <w:r w:rsidRPr="008E5019">
        <w:rPr>
          <w:rFonts w:ascii="Arial" w:eastAsiaTheme="minorEastAsia" w:hAnsi="Arial" w:cs="Arial"/>
          <w:w w:val="0"/>
          <w:sz w:val="24"/>
          <w:szCs w:val="24"/>
        </w:rPr>
        <w:t>To</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support</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on</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targeted</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events</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and</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mailings</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where</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needed,</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focused</w:t>
      </w:r>
      <w:r w:rsidRPr="008E5019">
        <w:rPr>
          <w:rFonts w:ascii="Arial" w:eastAsiaTheme="minorEastAsia" w:hAnsi="Arial" w:cs="Arial"/>
          <w:spacing w:val="40"/>
          <w:w w:val="0"/>
          <w:sz w:val="24"/>
          <w:szCs w:val="24"/>
        </w:rPr>
        <w:t xml:space="preserve"> </w:t>
      </w:r>
      <w:r w:rsidRPr="008E5019">
        <w:rPr>
          <w:rFonts w:ascii="Arial" w:eastAsiaTheme="minorEastAsia" w:hAnsi="Arial" w:cs="Arial"/>
          <w:w w:val="0"/>
          <w:sz w:val="24"/>
          <w:szCs w:val="24"/>
        </w:rPr>
        <w:t>on reaching</w:t>
      </w:r>
      <w:r w:rsidRPr="008E5019">
        <w:rPr>
          <w:rFonts w:ascii="Arial" w:eastAsiaTheme="minorEastAsia" w:hAnsi="Arial" w:cs="Arial"/>
          <w:spacing w:val="36"/>
          <w:w w:val="0"/>
          <w:sz w:val="24"/>
          <w:szCs w:val="24"/>
        </w:rPr>
        <w:t xml:space="preserve"> </w:t>
      </w:r>
      <w:r w:rsidRPr="008E5019">
        <w:rPr>
          <w:rFonts w:ascii="Arial" w:eastAsiaTheme="minorEastAsia" w:hAnsi="Arial" w:cs="Arial"/>
          <w:w w:val="0"/>
          <w:sz w:val="24"/>
          <w:szCs w:val="24"/>
        </w:rPr>
        <w:t>the</w:t>
      </w:r>
      <w:r w:rsidRPr="008E5019">
        <w:rPr>
          <w:rFonts w:ascii="Arial" w:eastAsiaTheme="minorEastAsia" w:hAnsi="Arial" w:cs="Arial"/>
          <w:spacing w:val="36"/>
          <w:w w:val="0"/>
          <w:sz w:val="24"/>
          <w:szCs w:val="24"/>
        </w:rPr>
        <w:t xml:space="preserve"> </w:t>
      </w:r>
      <w:r w:rsidRPr="008E5019">
        <w:rPr>
          <w:rFonts w:ascii="Arial" w:eastAsiaTheme="minorEastAsia" w:hAnsi="Arial" w:cs="Arial"/>
          <w:w w:val="0"/>
          <w:sz w:val="24"/>
          <w:szCs w:val="24"/>
        </w:rPr>
        <w:t>right</w:t>
      </w:r>
      <w:r w:rsidRPr="008E5019">
        <w:rPr>
          <w:rFonts w:ascii="Arial" w:eastAsiaTheme="minorEastAsia" w:hAnsi="Arial" w:cs="Arial"/>
          <w:spacing w:val="36"/>
          <w:w w:val="0"/>
          <w:sz w:val="24"/>
          <w:szCs w:val="24"/>
        </w:rPr>
        <w:t xml:space="preserve"> </w:t>
      </w:r>
      <w:r w:rsidRPr="008E5019">
        <w:rPr>
          <w:rFonts w:ascii="Arial" w:eastAsiaTheme="minorEastAsia" w:hAnsi="Arial" w:cs="Arial"/>
          <w:w w:val="0"/>
          <w:sz w:val="24"/>
          <w:szCs w:val="24"/>
        </w:rPr>
        <w:t>audiences</w:t>
      </w:r>
      <w:r w:rsidRPr="008E5019">
        <w:rPr>
          <w:rFonts w:ascii="Arial" w:eastAsiaTheme="minorEastAsia" w:hAnsi="Arial" w:cs="Arial"/>
          <w:spacing w:val="36"/>
          <w:w w:val="0"/>
          <w:sz w:val="24"/>
          <w:szCs w:val="24"/>
        </w:rPr>
        <w:t xml:space="preserve"> </w:t>
      </w:r>
      <w:r w:rsidRPr="008E5019">
        <w:rPr>
          <w:rFonts w:ascii="Arial" w:eastAsiaTheme="minorEastAsia" w:hAnsi="Arial" w:cs="Arial"/>
          <w:w w:val="0"/>
          <w:sz w:val="24"/>
          <w:szCs w:val="24"/>
        </w:rPr>
        <w:t>in</w:t>
      </w:r>
      <w:r w:rsidRPr="008E5019">
        <w:rPr>
          <w:rFonts w:ascii="Arial" w:eastAsiaTheme="minorEastAsia" w:hAnsi="Arial" w:cs="Arial"/>
          <w:spacing w:val="36"/>
          <w:w w:val="0"/>
          <w:sz w:val="24"/>
          <w:szCs w:val="24"/>
        </w:rPr>
        <w:t xml:space="preserve"> </w:t>
      </w:r>
      <w:r w:rsidRPr="008E5019">
        <w:rPr>
          <w:rFonts w:ascii="Arial" w:eastAsiaTheme="minorEastAsia" w:hAnsi="Arial" w:cs="Arial"/>
          <w:w w:val="0"/>
          <w:sz w:val="24"/>
          <w:szCs w:val="24"/>
        </w:rPr>
        <w:t>the</w:t>
      </w:r>
      <w:r w:rsidRPr="008E5019">
        <w:rPr>
          <w:rFonts w:ascii="Arial" w:eastAsiaTheme="minorEastAsia" w:hAnsi="Arial" w:cs="Arial"/>
          <w:spacing w:val="36"/>
          <w:w w:val="0"/>
          <w:sz w:val="24"/>
          <w:szCs w:val="24"/>
        </w:rPr>
        <w:t xml:space="preserve"> </w:t>
      </w:r>
      <w:r w:rsidRPr="008E5019">
        <w:rPr>
          <w:rFonts w:ascii="Arial" w:eastAsiaTheme="minorEastAsia" w:hAnsi="Arial" w:cs="Arial"/>
          <w:w w:val="0"/>
          <w:sz w:val="24"/>
          <w:szCs w:val="24"/>
        </w:rPr>
        <w:t>right</w:t>
      </w:r>
      <w:r w:rsidRPr="008E5019">
        <w:rPr>
          <w:rFonts w:ascii="Arial" w:eastAsiaTheme="minorEastAsia" w:hAnsi="Arial" w:cs="Arial"/>
          <w:spacing w:val="36"/>
          <w:w w:val="0"/>
          <w:sz w:val="24"/>
          <w:szCs w:val="24"/>
        </w:rPr>
        <w:t xml:space="preserve"> </w:t>
      </w:r>
      <w:r w:rsidRPr="008E5019">
        <w:rPr>
          <w:rFonts w:ascii="Arial" w:eastAsiaTheme="minorEastAsia" w:hAnsi="Arial" w:cs="Arial"/>
          <w:w w:val="0"/>
          <w:sz w:val="24"/>
          <w:szCs w:val="24"/>
        </w:rPr>
        <w:t>way</w:t>
      </w:r>
      <w:r w:rsidRPr="008E5019">
        <w:rPr>
          <w:rFonts w:ascii="Arial" w:eastAsiaTheme="minorEastAsia" w:hAnsi="Arial" w:cs="Arial"/>
          <w:spacing w:val="36"/>
          <w:w w:val="0"/>
          <w:sz w:val="24"/>
          <w:szCs w:val="24"/>
        </w:rPr>
        <w:t xml:space="preserve"> </w:t>
      </w:r>
      <w:r w:rsidRPr="008E5019">
        <w:rPr>
          <w:rFonts w:ascii="Arial" w:eastAsiaTheme="minorEastAsia" w:hAnsi="Arial" w:cs="Arial"/>
          <w:w w:val="0"/>
          <w:sz w:val="24"/>
          <w:szCs w:val="24"/>
        </w:rPr>
        <w:t>and</w:t>
      </w:r>
      <w:r w:rsidRPr="008E5019">
        <w:rPr>
          <w:rFonts w:ascii="Arial" w:eastAsiaTheme="minorEastAsia" w:hAnsi="Arial" w:cs="Arial"/>
          <w:spacing w:val="36"/>
          <w:w w:val="0"/>
          <w:sz w:val="24"/>
          <w:szCs w:val="24"/>
        </w:rPr>
        <w:t xml:space="preserve"> </w:t>
      </w:r>
      <w:r w:rsidRPr="008E5019">
        <w:rPr>
          <w:rFonts w:ascii="Arial" w:eastAsiaTheme="minorEastAsia" w:hAnsi="Arial" w:cs="Arial"/>
          <w:w w:val="0"/>
          <w:sz w:val="24"/>
          <w:szCs w:val="24"/>
        </w:rPr>
        <w:t>on</w:t>
      </w:r>
      <w:r w:rsidRPr="008E5019">
        <w:rPr>
          <w:rFonts w:ascii="Arial" w:eastAsiaTheme="minorEastAsia" w:hAnsi="Arial" w:cs="Arial"/>
          <w:spacing w:val="36"/>
          <w:w w:val="0"/>
          <w:sz w:val="24"/>
          <w:szCs w:val="24"/>
        </w:rPr>
        <w:t xml:space="preserve"> </w:t>
      </w:r>
      <w:r w:rsidRPr="008E5019">
        <w:rPr>
          <w:rFonts w:ascii="Arial" w:eastAsiaTheme="minorEastAsia" w:hAnsi="Arial" w:cs="Arial"/>
          <w:w w:val="0"/>
          <w:sz w:val="24"/>
          <w:szCs w:val="24"/>
        </w:rPr>
        <w:t>event</w:t>
      </w:r>
      <w:r w:rsidRPr="008E5019">
        <w:rPr>
          <w:rFonts w:ascii="Arial" w:eastAsiaTheme="minorEastAsia" w:hAnsi="Arial" w:cs="Arial"/>
          <w:spacing w:val="36"/>
          <w:w w:val="0"/>
          <w:sz w:val="24"/>
          <w:szCs w:val="24"/>
        </w:rPr>
        <w:t xml:space="preserve"> </w:t>
      </w:r>
      <w:r w:rsidRPr="008E5019">
        <w:rPr>
          <w:rFonts w:ascii="Arial" w:eastAsiaTheme="minorEastAsia" w:hAnsi="Arial" w:cs="Arial"/>
          <w:w w:val="0"/>
          <w:sz w:val="24"/>
          <w:szCs w:val="24"/>
        </w:rPr>
        <w:t>execution</w:t>
      </w:r>
      <w:r w:rsidRPr="008E5019">
        <w:rPr>
          <w:rFonts w:ascii="Arial" w:eastAsiaTheme="minorEastAsia" w:hAnsi="Arial" w:cs="Arial"/>
          <w:spacing w:val="36"/>
          <w:w w:val="0"/>
          <w:sz w:val="24"/>
          <w:szCs w:val="24"/>
        </w:rPr>
        <w:t xml:space="preserve"> </w:t>
      </w:r>
      <w:r w:rsidRPr="008E5019">
        <w:rPr>
          <w:rFonts w:ascii="Arial" w:eastAsiaTheme="minorEastAsia" w:hAnsi="Arial" w:cs="Arial"/>
          <w:w w:val="0"/>
          <w:sz w:val="24"/>
          <w:szCs w:val="24"/>
        </w:rPr>
        <w:t xml:space="preserve">geared </w:t>
      </w:r>
      <w:r w:rsidRPr="008E5019">
        <w:rPr>
          <w:rFonts w:ascii="Arial" w:eastAsiaTheme="minorEastAsia" w:hAnsi="Arial" w:cs="Arial"/>
          <w:w w:val="110"/>
          <w:sz w:val="24"/>
          <w:szCs w:val="24"/>
        </w:rPr>
        <w:t>towards winning work.</w:t>
      </w:r>
    </w:p>
    <w:p w14:paraId="26ECD5F0"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p>
    <w:p w14:paraId="45C800CF" w14:textId="77777777" w:rsidR="00367B59" w:rsidRDefault="008E5019" w:rsidP="008E5019">
      <w:pPr>
        <w:autoSpaceDE w:val="0"/>
        <w:autoSpaceDN w:val="0"/>
        <w:adjustRightInd w:val="0"/>
        <w:spacing w:line="360" w:lineRule="auto"/>
        <w:rPr>
          <w:rFonts w:ascii="Arial" w:eastAsiaTheme="minorEastAsia" w:hAnsi="Arial" w:cs="Arial"/>
          <w:b/>
          <w:bCs/>
          <w:w w:val="0"/>
          <w:sz w:val="24"/>
          <w:szCs w:val="24"/>
        </w:rPr>
      </w:pPr>
      <w:r w:rsidRPr="00367B59">
        <w:rPr>
          <w:rFonts w:ascii="Arial" w:eastAsiaTheme="minorEastAsia" w:hAnsi="Arial" w:cs="Arial"/>
          <w:b/>
          <w:bCs/>
          <w:w w:val="90"/>
          <w:sz w:val="24"/>
          <w:szCs w:val="24"/>
        </w:rPr>
        <w:t>Technical</w:t>
      </w:r>
      <w:r w:rsidRPr="00367B59">
        <w:rPr>
          <w:rFonts w:ascii="Arial" w:eastAsiaTheme="minorEastAsia" w:hAnsi="Arial" w:cs="Arial"/>
          <w:b/>
          <w:bCs/>
          <w:spacing w:val="8"/>
          <w:w w:val="0"/>
          <w:sz w:val="24"/>
          <w:szCs w:val="24"/>
        </w:rPr>
        <w:t xml:space="preserve"> </w:t>
      </w:r>
      <w:r w:rsidRPr="00367B59">
        <w:rPr>
          <w:rFonts w:ascii="Arial" w:eastAsiaTheme="minorEastAsia" w:hAnsi="Arial" w:cs="Arial"/>
          <w:b/>
          <w:bCs/>
          <w:w w:val="90"/>
          <w:sz w:val="24"/>
          <w:szCs w:val="24"/>
        </w:rPr>
        <w:t>skills</w:t>
      </w:r>
      <w:r w:rsidRPr="00367B59">
        <w:rPr>
          <w:rFonts w:ascii="Arial" w:eastAsiaTheme="minorEastAsia" w:hAnsi="Arial" w:cs="Arial"/>
          <w:b/>
          <w:bCs/>
          <w:spacing w:val="8"/>
          <w:w w:val="0"/>
          <w:sz w:val="24"/>
          <w:szCs w:val="24"/>
        </w:rPr>
        <w:t xml:space="preserve"> </w:t>
      </w:r>
      <w:r w:rsidRPr="00367B59">
        <w:rPr>
          <w:rFonts w:ascii="Arial" w:eastAsiaTheme="minorEastAsia" w:hAnsi="Arial" w:cs="Arial"/>
          <w:b/>
          <w:bCs/>
          <w:w w:val="90"/>
          <w:sz w:val="24"/>
          <w:szCs w:val="24"/>
        </w:rPr>
        <w:t>and</w:t>
      </w:r>
      <w:r w:rsidRPr="00367B59">
        <w:rPr>
          <w:rFonts w:ascii="Arial" w:eastAsiaTheme="minorEastAsia" w:hAnsi="Arial" w:cs="Arial"/>
          <w:b/>
          <w:bCs/>
          <w:spacing w:val="8"/>
          <w:w w:val="0"/>
          <w:sz w:val="24"/>
          <w:szCs w:val="24"/>
        </w:rPr>
        <w:t xml:space="preserve"> </w:t>
      </w:r>
      <w:proofErr w:type="gramStart"/>
      <w:r w:rsidRPr="00367B59">
        <w:rPr>
          <w:rFonts w:ascii="Arial" w:eastAsiaTheme="minorEastAsia" w:hAnsi="Arial" w:cs="Arial"/>
          <w:b/>
          <w:bCs/>
          <w:spacing w:val="-2"/>
          <w:w w:val="90"/>
          <w:sz w:val="24"/>
          <w:szCs w:val="24"/>
        </w:rPr>
        <w:t>expertise</w:t>
      </w:r>
      <w:proofErr w:type="gramEnd"/>
    </w:p>
    <w:p w14:paraId="28F465A7" w14:textId="77777777" w:rsidR="00367B59" w:rsidRPr="00367B59" w:rsidRDefault="008E5019" w:rsidP="008E5019">
      <w:pPr>
        <w:pStyle w:val="ListParagraph"/>
        <w:numPr>
          <w:ilvl w:val="0"/>
          <w:numId w:val="14"/>
        </w:numPr>
        <w:autoSpaceDE w:val="0"/>
        <w:autoSpaceDN w:val="0"/>
        <w:adjustRightInd w:val="0"/>
        <w:spacing w:line="360" w:lineRule="auto"/>
        <w:rPr>
          <w:rFonts w:ascii="Arial" w:eastAsiaTheme="minorEastAsia" w:hAnsi="Arial" w:cs="Arial"/>
          <w:b/>
          <w:bCs/>
          <w:w w:val="0"/>
          <w:sz w:val="24"/>
          <w:szCs w:val="24"/>
        </w:rPr>
      </w:pPr>
      <w:r w:rsidRPr="00367B59">
        <w:rPr>
          <w:rFonts w:ascii="Arial" w:eastAsiaTheme="minorEastAsia" w:hAnsi="Arial" w:cs="Arial"/>
          <w:w w:val="0"/>
          <w:sz w:val="24"/>
          <w:szCs w:val="24"/>
        </w:rPr>
        <w:t>Experience</w:t>
      </w:r>
      <w:r w:rsidRPr="00367B59">
        <w:rPr>
          <w:rFonts w:ascii="Arial" w:eastAsiaTheme="minorEastAsia" w:hAnsi="Arial" w:cs="Arial"/>
          <w:spacing w:val="40"/>
          <w:w w:val="0"/>
          <w:sz w:val="24"/>
          <w:szCs w:val="24"/>
        </w:rPr>
        <w:t xml:space="preserve"> </w:t>
      </w:r>
      <w:r w:rsidRPr="00367B59">
        <w:rPr>
          <w:rFonts w:ascii="Arial" w:eastAsiaTheme="minorEastAsia" w:hAnsi="Arial" w:cs="Arial"/>
          <w:w w:val="0"/>
          <w:sz w:val="24"/>
          <w:szCs w:val="24"/>
        </w:rPr>
        <w:t>working</w:t>
      </w:r>
      <w:r w:rsidRPr="00367B59">
        <w:rPr>
          <w:rFonts w:ascii="Arial" w:eastAsiaTheme="minorEastAsia" w:hAnsi="Arial" w:cs="Arial"/>
          <w:spacing w:val="40"/>
          <w:w w:val="0"/>
          <w:sz w:val="24"/>
          <w:szCs w:val="24"/>
        </w:rPr>
        <w:t xml:space="preserve"> </w:t>
      </w:r>
      <w:r w:rsidRPr="00367B59">
        <w:rPr>
          <w:rFonts w:ascii="Arial" w:eastAsiaTheme="minorEastAsia" w:hAnsi="Arial" w:cs="Arial"/>
          <w:w w:val="0"/>
          <w:sz w:val="24"/>
          <w:szCs w:val="24"/>
        </w:rPr>
        <w:t>in</w:t>
      </w:r>
      <w:r w:rsidRPr="00367B59">
        <w:rPr>
          <w:rFonts w:ascii="Arial" w:eastAsiaTheme="minorEastAsia" w:hAnsi="Arial" w:cs="Arial"/>
          <w:spacing w:val="40"/>
          <w:w w:val="0"/>
          <w:sz w:val="24"/>
          <w:szCs w:val="24"/>
        </w:rPr>
        <w:t xml:space="preserve"> </w:t>
      </w:r>
      <w:r w:rsidRPr="00367B59">
        <w:rPr>
          <w:rFonts w:ascii="Arial" w:eastAsiaTheme="minorEastAsia" w:hAnsi="Arial" w:cs="Arial"/>
          <w:w w:val="0"/>
          <w:sz w:val="24"/>
          <w:szCs w:val="24"/>
        </w:rPr>
        <w:t>or</w:t>
      </w:r>
      <w:r w:rsidRPr="00367B59">
        <w:rPr>
          <w:rFonts w:ascii="Arial" w:eastAsiaTheme="minorEastAsia" w:hAnsi="Arial" w:cs="Arial"/>
          <w:spacing w:val="40"/>
          <w:w w:val="0"/>
          <w:sz w:val="24"/>
          <w:szCs w:val="24"/>
        </w:rPr>
        <w:t xml:space="preserve"> </w:t>
      </w:r>
      <w:r w:rsidRPr="00367B59">
        <w:rPr>
          <w:rFonts w:ascii="Arial" w:eastAsiaTheme="minorEastAsia" w:hAnsi="Arial" w:cs="Arial"/>
          <w:w w:val="0"/>
          <w:sz w:val="24"/>
          <w:szCs w:val="24"/>
        </w:rPr>
        <w:t>with</w:t>
      </w:r>
      <w:r w:rsidRPr="00367B59">
        <w:rPr>
          <w:rFonts w:ascii="Arial" w:eastAsiaTheme="minorEastAsia" w:hAnsi="Arial" w:cs="Arial"/>
          <w:spacing w:val="40"/>
          <w:w w:val="0"/>
          <w:sz w:val="24"/>
          <w:szCs w:val="24"/>
        </w:rPr>
        <w:t xml:space="preserve"> </w:t>
      </w:r>
      <w:r w:rsidRPr="00367B59">
        <w:rPr>
          <w:rFonts w:ascii="Arial" w:eastAsiaTheme="minorEastAsia" w:hAnsi="Arial" w:cs="Arial"/>
          <w:w w:val="0"/>
          <w:sz w:val="24"/>
          <w:szCs w:val="24"/>
        </w:rPr>
        <w:t>a</w:t>
      </w:r>
      <w:r w:rsidRPr="00367B59">
        <w:rPr>
          <w:rFonts w:ascii="Arial" w:eastAsiaTheme="minorEastAsia" w:hAnsi="Arial" w:cs="Arial"/>
          <w:spacing w:val="40"/>
          <w:w w:val="0"/>
          <w:sz w:val="24"/>
          <w:szCs w:val="24"/>
        </w:rPr>
        <w:t xml:space="preserve"> </w:t>
      </w:r>
      <w:r w:rsidRPr="00367B59">
        <w:rPr>
          <w:rFonts w:ascii="Arial" w:eastAsiaTheme="minorEastAsia" w:hAnsi="Arial" w:cs="Arial"/>
          <w:w w:val="0"/>
          <w:sz w:val="24"/>
          <w:szCs w:val="24"/>
        </w:rPr>
        <w:t>business</w:t>
      </w:r>
      <w:r w:rsidRPr="00367B59">
        <w:rPr>
          <w:rFonts w:ascii="Arial" w:eastAsiaTheme="minorEastAsia" w:hAnsi="Arial" w:cs="Arial"/>
          <w:spacing w:val="40"/>
          <w:w w:val="0"/>
          <w:sz w:val="24"/>
          <w:szCs w:val="24"/>
        </w:rPr>
        <w:t xml:space="preserve"> </w:t>
      </w:r>
      <w:r w:rsidRPr="00367B59">
        <w:rPr>
          <w:rFonts w:ascii="Arial" w:eastAsiaTheme="minorEastAsia" w:hAnsi="Arial" w:cs="Arial"/>
          <w:w w:val="0"/>
          <w:sz w:val="24"/>
          <w:szCs w:val="24"/>
        </w:rPr>
        <w:t>development</w:t>
      </w:r>
      <w:r w:rsidRPr="00367B59">
        <w:rPr>
          <w:rFonts w:ascii="Arial" w:eastAsiaTheme="minorEastAsia" w:hAnsi="Arial" w:cs="Arial"/>
          <w:spacing w:val="40"/>
          <w:w w:val="0"/>
          <w:sz w:val="24"/>
          <w:szCs w:val="24"/>
        </w:rPr>
        <w:t xml:space="preserve"> </w:t>
      </w:r>
      <w:r w:rsidRPr="00367B59">
        <w:rPr>
          <w:rFonts w:ascii="Arial" w:eastAsiaTheme="minorEastAsia" w:hAnsi="Arial" w:cs="Arial"/>
          <w:w w:val="0"/>
          <w:sz w:val="24"/>
          <w:szCs w:val="24"/>
        </w:rPr>
        <w:t>and</w:t>
      </w:r>
      <w:r w:rsidRPr="00367B59">
        <w:rPr>
          <w:rFonts w:ascii="Arial" w:eastAsiaTheme="minorEastAsia" w:hAnsi="Arial" w:cs="Arial"/>
          <w:spacing w:val="40"/>
          <w:w w:val="0"/>
          <w:sz w:val="24"/>
          <w:szCs w:val="24"/>
        </w:rPr>
        <w:t xml:space="preserve"> </w:t>
      </w:r>
      <w:r w:rsidRPr="00367B59">
        <w:rPr>
          <w:rFonts w:ascii="Arial" w:eastAsiaTheme="minorEastAsia" w:hAnsi="Arial" w:cs="Arial"/>
          <w:w w:val="0"/>
          <w:sz w:val="24"/>
          <w:szCs w:val="24"/>
        </w:rPr>
        <w:t>marketing department,</w:t>
      </w:r>
      <w:r w:rsidRPr="00367B59">
        <w:rPr>
          <w:rFonts w:ascii="Arial" w:eastAsiaTheme="minorEastAsia" w:hAnsi="Arial" w:cs="Arial"/>
          <w:spacing w:val="40"/>
          <w:w w:val="0"/>
          <w:sz w:val="24"/>
          <w:szCs w:val="24"/>
        </w:rPr>
        <w:t xml:space="preserve"> </w:t>
      </w:r>
      <w:r w:rsidRPr="00367B59">
        <w:rPr>
          <w:rFonts w:ascii="Arial" w:eastAsiaTheme="minorEastAsia" w:hAnsi="Arial" w:cs="Arial"/>
          <w:w w:val="0"/>
          <w:sz w:val="24"/>
          <w:szCs w:val="24"/>
        </w:rPr>
        <w:t>preferably</w:t>
      </w:r>
      <w:r w:rsidRPr="00367B59">
        <w:rPr>
          <w:rFonts w:ascii="Arial" w:eastAsiaTheme="minorEastAsia" w:hAnsi="Arial" w:cs="Arial"/>
          <w:spacing w:val="40"/>
          <w:w w:val="0"/>
          <w:sz w:val="24"/>
          <w:szCs w:val="24"/>
        </w:rPr>
        <w:t xml:space="preserve"> </w:t>
      </w:r>
      <w:r w:rsidRPr="00367B59">
        <w:rPr>
          <w:rFonts w:ascii="Arial" w:eastAsiaTheme="minorEastAsia" w:hAnsi="Arial" w:cs="Arial"/>
          <w:w w:val="0"/>
          <w:sz w:val="24"/>
          <w:szCs w:val="24"/>
        </w:rPr>
        <w:t>within</w:t>
      </w:r>
      <w:r w:rsidRPr="00367B59">
        <w:rPr>
          <w:rFonts w:ascii="Arial" w:eastAsiaTheme="minorEastAsia" w:hAnsi="Arial" w:cs="Arial"/>
          <w:spacing w:val="40"/>
          <w:w w:val="0"/>
          <w:sz w:val="24"/>
          <w:szCs w:val="24"/>
        </w:rPr>
        <w:t xml:space="preserve"> </w:t>
      </w:r>
      <w:r w:rsidRPr="00367B59">
        <w:rPr>
          <w:rFonts w:ascii="Arial" w:eastAsiaTheme="minorEastAsia" w:hAnsi="Arial" w:cs="Arial"/>
          <w:w w:val="0"/>
          <w:sz w:val="24"/>
          <w:szCs w:val="24"/>
        </w:rPr>
        <w:t>professional</w:t>
      </w:r>
      <w:r w:rsidRPr="00367B59">
        <w:rPr>
          <w:rFonts w:ascii="Arial" w:eastAsiaTheme="minorEastAsia" w:hAnsi="Arial" w:cs="Arial"/>
          <w:spacing w:val="40"/>
          <w:w w:val="0"/>
          <w:sz w:val="24"/>
          <w:szCs w:val="24"/>
        </w:rPr>
        <w:t xml:space="preserve"> </w:t>
      </w:r>
      <w:r w:rsidRPr="00367B59">
        <w:rPr>
          <w:rFonts w:ascii="Arial" w:eastAsiaTheme="minorEastAsia" w:hAnsi="Arial" w:cs="Arial"/>
          <w:w w:val="0"/>
          <w:sz w:val="24"/>
          <w:szCs w:val="24"/>
        </w:rPr>
        <w:t>services.</w:t>
      </w:r>
    </w:p>
    <w:p w14:paraId="58156183" w14:textId="77777777" w:rsidR="00367B59" w:rsidRPr="00367B59" w:rsidRDefault="008E5019" w:rsidP="008E5019">
      <w:pPr>
        <w:pStyle w:val="ListParagraph"/>
        <w:numPr>
          <w:ilvl w:val="0"/>
          <w:numId w:val="14"/>
        </w:numPr>
        <w:autoSpaceDE w:val="0"/>
        <w:autoSpaceDN w:val="0"/>
        <w:adjustRightInd w:val="0"/>
        <w:spacing w:line="360" w:lineRule="auto"/>
        <w:rPr>
          <w:rFonts w:ascii="Arial" w:eastAsiaTheme="minorEastAsia" w:hAnsi="Arial" w:cs="Arial"/>
          <w:b/>
          <w:bCs/>
          <w:w w:val="0"/>
          <w:sz w:val="24"/>
          <w:szCs w:val="24"/>
        </w:rPr>
      </w:pPr>
      <w:r w:rsidRPr="00367B59">
        <w:rPr>
          <w:rFonts w:ascii="Arial" w:eastAsiaTheme="minorEastAsia" w:hAnsi="Arial" w:cs="Arial"/>
          <w:w w:val="0"/>
          <w:sz w:val="24"/>
          <w:szCs w:val="24"/>
        </w:rPr>
        <w:t>Experience</w:t>
      </w:r>
      <w:r w:rsidRPr="00367B59">
        <w:rPr>
          <w:rFonts w:ascii="Arial" w:eastAsiaTheme="minorEastAsia" w:hAnsi="Arial" w:cs="Arial"/>
          <w:spacing w:val="40"/>
          <w:w w:val="0"/>
          <w:sz w:val="24"/>
          <w:szCs w:val="24"/>
        </w:rPr>
        <w:t xml:space="preserve"> </w:t>
      </w:r>
      <w:r w:rsidRPr="00367B59">
        <w:rPr>
          <w:rFonts w:ascii="Arial" w:eastAsiaTheme="minorEastAsia" w:hAnsi="Arial" w:cs="Arial"/>
          <w:w w:val="0"/>
          <w:sz w:val="24"/>
          <w:szCs w:val="24"/>
        </w:rPr>
        <w:t>working</w:t>
      </w:r>
      <w:r w:rsidRPr="00367B59">
        <w:rPr>
          <w:rFonts w:ascii="Arial" w:eastAsiaTheme="minorEastAsia" w:hAnsi="Arial" w:cs="Arial"/>
          <w:spacing w:val="40"/>
          <w:w w:val="0"/>
          <w:sz w:val="24"/>
          <w:szCs w:val="24"/>
        </w:rPr>
        <w:t xml:space="preserve"> </w:t>
      </w:r>
      <w:r w:rsidRPr="00367B59">
        <w:rPr>
          <w:rFonts w:ascii="Arial" w:eastAsiaTheme="minorEastAsia" w:hAnsi="Arial" w:cs="Arial"/>
          <w:w w:val="0"/>
          <w:sz w:val="24"/>
          <w:szCs w:val="24"/>
        </w:rPr>
        <w:t>on</w:t>
      </w:r>
      <w:r w:rsidRPr="00367B59">
        <w:rPr>
          <w:rFonts w:ascii="Arial" w:eastAsiaTheme="minorEastAsia" w:hAnsi="Arial" w:cs="Arial"/>
          <w:spacing w:val="40"/>
          <w:w w:val="0"/>
          <w:sz w:val="24"/>
          <w:szCs w:val="24"/>
        </w:rPr>
        <w:t xml:space="preserve"> </w:t>
      </w:r>
      <w:r w:rsidRPr="00367B59">
        <w:rPr>
          <w:rFonts w:ascii="Arial" w:eastAsiaTheme="minorEastAsia" w:hAnsi="Arial" w:cs="Arial"/>
          <w:w w:val="0"/>
          <w:sz w:val="24"/>
          <w:szCs w:val="24"/>
        </w:rPr>
        <w:t>client</w:t>
      </w:r>
      <w:r w:rsidRPr="00367B59">
        <w:rPr>
          <w:rFonts w:ascii="Arial" w:eastAsiaTheme="minorEastAsia" w:hAnsi="Arial" w:cs="Arial"/>
          <w:spacing w:val="40"/>
          <w:w w:val="0"/>
          <w:sz w:val="24"/>
          <w:szCs w:val="24"/>
        </w:rPr>
        <w:t xml:space="preserve"> </w:t>
      </w:r>
      <w:r w:rsidRPr="00367B59">
        <w:rPr>
          <w:rFonts w:ascii="Arial" w:eastAsiaTheme="minorEastAsia" w:hAnsi="Arial" w:cs="Arial"/>
          <w:w w:val="0"/>
          <w:sz w:val="24"/>
          <w:szCs w:val="24"/>
        </w:rPr>
        <w:t>facing</w:t>
      </w:r>
      <w:r w:rsidRPr="00367B59">
        <w:rPr>
          <w:rFonts w:ascii="Arial" w:eastAsiaTheme="minorEastAsia" w:hAnsi="Arial" w:cs="Arial"/>
          <w:spacing w:val="40"/>
          <w:w w:val="0"/>
          <w:sz w:val="24"/>
          <w:szCs w:val="24"/>
        </w:rPr>
        <w:t xml:space="preserve"> </w:t>
      </w:r>
      <w:r w:rsidRPr="00367B59">
        <w:rPr>
          <w:rFonts w:ascii="Arial" w:eastAsiaTheme="minorEastAsia" w:hAnsi="Arial" w:cs="Arial"/>
          <w:w w:val="0"/>
          <w:sz w:val="24"/>
          <w:szCs w:val="24"/>
        </w:rPr>
        <w:t>documents,</w:t>
      </w:r>
      <w:r w:rsidRPr="00367B59">
        <w:rPr>
          <w:rFonts w:ascii="Arial" w:eastAsiaTheme="minorEastAsia" w:hAnsi="Arial" w:cs="Arial"/>
          <w:spacing w:val="40"/>
          <w:w w:val="0"/>
          <w:sz w:val="24"/>
          <w:szCs w:val="24"/>
        </w:rPr>
        <w:t xml:space="preserve"> </w:t>
      </w:r>
      <w:r w:rsidRPr="00367B59">
        <w:rPr>
          <w:rFonts w:ascii="Arial" w:eastAsiaTheme="minorEastAsia" w:hAnsi="Arial" w:cs="Arial"/>
          <w:w w:val="0"/>
          <w:sz w:val="24"/>
          <w:szCs w:val="24"/>
        </w:rPr>
        <w:t>ideally</w:t>
      </w:r>
      <w:r w:rsidRPr="00367B59">
        <w:rPr>
          <w:rFonts w:ascii="Arial" w:eastAsiaTheme="minorEastAsia" w:hAnsi="Arial" w:cs="Arial"/>
          <w:spacing w:val="40"/>
          <w:w w:val="0"/>
          <w:sz w:val="24"/>
          <w:szCs w:val="24"/>
        </w:rPr>
        <w:t xml:space="preserve"> </w:t>
      </w:r>
      <w:r w:rsidRPr="00367B59">
        <w:rPr>
          <w:rFonts w:ascii="Arial" w:eastAsiaTheme="minorEastAsia" w:hAnsi="Arial" w:cs="Arial"/>
          <w:w w:val="0"/>
          <w:sz w:val="24"/>
          <w:szCs w:val="24"/>
        </w:rPr>
        <w:t>proposals</w:t>
      </w:r>
      <w:r w:rsidRPr="00367B59">
        <w:rPr>
          <w:rFonts w:ascii="Arial" w:eastAsiaTheme="minorEastAsia" w:hAnsi="Arial" w:cs="Arial"/>
          <w:spacing w:val="40"/>
          <w:w w:val="0"/>
          <w:sz w:val="24"/>
          <w:szCs w:val="24"/>
        </w:rPr>
        <w:t xml:space="preserve"> </w:t>
      </w:r>
      <w:r w:rsidRPr="00367B59">
        <w:rPr>
          <w:rFonts w:ascii="Arial" w:eastAsiaTheme="minorEastAsia" w:hAnsi="Arial" w:cs="Arial"/>
          <w:w w:val="0"/>
          <w:sz w:val="24"/>
          <w:szCs w:val="24"/>
        </w:rPr>
        <w:t>and</w:t>
      </w:r>
      <w:r w:rsidRPr="00367B59">
        <w:rPr>
          <w:rFonts w:ascii="Arial" w:eastAsiaTheme="minorEastAsia" w:hAnsi="Arial" w:cs="Arial"/>
          <w:spacing w:val="40"/>
          <w:w w:val="0"/>
          <w:sz w:val="24"/>
          <w:szCs w:val="24"/>
        </w:rPr>
        <w:t xml:space="preserve"> </w:t>
      </w:r>
      <w:r w:rsidRPr="00367B59">
        <w:rPr>
          <w:rFonts w:ascii="Arial" w:eastAsiaTheme="minorEastAsia" w:hAnsi="Arial" w:cs="Arial"/>
          <w:w w:val="0"/>
          <w:sz w:val="24"/>
          <w:szCs w:val="24"/>
        </w:rPr>
        <w:t xml:space="preserve">work </w:t>
      </w:r>
      <w:r w:rsidRPr="00367B59">
        <w:rPr>
          <w:rFonts w:ascii="Arial" w:eastAsiaTheme="minorEastAsia" w:hAnsi="Arial" w:cs="Arial"/>
          <w:w w:val="110"/>
          <w:sz w:val="24"/>
          <w:szCs w:val="24"/>
        </w:rPr>
        <w:t>winning opportunities with clients.</w:t>
      </w:r>
    </w:p>
    <w:p w14:paraId="0282999A" w14:textId="77777777" w:rsidR="00367B59" w:rsidRPr="00367B59" w:rsidRDefault="008E5019" w:rsidP="008E5019">
      <w:pPr>
        <w:pStyle w:val="ListParagraph"/>
        <w:numPr>
          <w:ilvl w:val="0"/>
          <w:numId w:val="14"/>
        </w:numPr>
        <w:autoSpaceDE w:val="0"/>
        <w:autoSpaceDN w:val="0"/>
        <w:adjustRightInd w:val="0"/>
        <w:spacing w:line="360" w:lineRule="auto"/>
        <w:rPr>
          <w:rFonts w:ascii="Arial" w:eastAsiaTheme="minorEastAsia" w:hAnsi="Arial" w:cs="Arial"/>
          <w:b/>
          <w:bCs/>
          <w:w w:val="0"/>
          <w:sz w:val="24"/>
          <w:szCs w:val="24"/>
        </w:rPr>
      </w:pPr>
      <w:r w:rsidRPr="00367B59">
        <w:rPr>
          <w:rFonts w:ascii="Arial" w:eastAsiaTheme="minorEastAsia" w:hAnsi="Arial" w:cs="Arial"/>
          <w:w w:val="105"/>
          <w:sz w:val="24"/>
          <w:szCs w:val="24"/>
        </w:rPr>
        <w:t>Energy</w:t>
      </w:r>
      <w:r w:rsidRPr="00367B59">
        <w:rPr>
          <w:rFonts w:ascii="Arial" w:eastAsiaTheme="minorEastAsia" w:hAnsi="Arial" w:cs="Arial"/>
          <w:spacing w:val="-2"/>
          <w:w w:val="105"/>
          <w:sz w:val="24"/>
          <w:szCs w:val="24"/>
        </w:rPr>
        <w:t xml:space="preserve"> </w:t>
      </w:r>
      <w:r w:rsidRPr="00367B59">
        <w:rPr>
          <w:rFonts w:ascii="Arial" w:eastAsiaTheme="minorEastAsia" w:hAnsi="Arial" w:cs="Arial"/>
          <w:w w:val="105"/>
          <w:sz w:val="24"/>
          <w:szCs w:val="24"/>
        </w:rPr>
        <w:t>and</w:t>
      </w:r>
      <w:r w:rsidRPr="00367B59">
        <w:rPr>
          <w:rFonts w:ascii="Arial" w:eastAsiaTheme="minorEastAsia" w:hAnsi="Arial" w:cs="Arial"/>
          <w:spacing w:val="-2"/>
          <w:w w:val="105"/>
          <w:sz w:val="24"/>
          <w:szCs w:val="24"/>
        </w:rPr>
        <w:t xml:space="preserve"> </w:t>
      </w:r>
      <w:r w:rsidRPr="00367B59">
        <w:rPr>
          <w:rFonts w:ascii="Arial" w:eastAsiaTheme="minorEastAsia" w:hAnsi="Arial" w:cs="Arial"/>
          <w:w w:val="105"/>
          <w:sz w:val="24"/>
          <w:szCs w:val="24"/>
        </w:rPr>
        <w:t>an</w:t>
      </w:r>
      <w:r w:rsidRPr="00367B59">
        <w:rPr>
          <w:rFonts w:ascii="Arial" w:eastAsiaTheme="minorEastAsia" w:hAnsi="Arial" w:cs="Arial"/>
          <w:spacing w:val="-2"/>
          <w:w w:val="105"/>
          <w:sz w:val="24"/>
          <w:szCs w:val="24"/>
        </w:rPr>
        <w:t xml:space="preserve"> </w:t>
      </w:r>
      <w:r w:rsidRPr="00367B59">
        <w:rPr>
          <w:rFonts w:ascii="Arial" w:eastAsiaTheme="minorEastAsia" w:hAnsi="Arial" w:cs="Arial"/>
          <w:w w:val="105"/>
          <w:sz w:val="24"/>
          <w:szCs w:val="24"/>
        </w:rPr>
        <w:t>appetite</w:t>
      </w:r>
      <w:r w:rsidRPr="00367B59">
        <w:rPr>
          <w:rFonts w:ascii="Arial" w:eastAsiaTheme="minorEastAsia" w:hAnsi="Arial" w:cs="Arial"/>
          <w:spacing w:val="-2"/>
          <w:w w:val="105"/>
          <w:sz w:val="24"/>
          <w:szCs w:val="24"/>
        </w:rPr>
        <w:t xml:space="preserve"> </w:t>
      </w:r>
      <w:r w:rsidRPr="00367B59">
        <w:rPr>
          <w:rFonts w:ascii="Arial" w:eastAsiaTheme="minorEastAsia" w:hAnsi="Arial" w:cs="Arial"/>
          <w:w w:val="105"/>
          <w:sz w:val="24"/>
          <w:szCs w:val="24"/>
        </w:rPr>
        <w:t>for</w:t>
      </w:r>
      <w:r w:rsidRPr="00367B59">
        <w:rPr>
          <w:rFonts w:ascii="Arial" w:eastAsiaTheme="minorEastAsia" w:hAnsi="Arial" w:cs="Arial"/>
          <w:spacing w:val="-2"/>
          <w:w w:val="105"/>
          <w:sz w:val="24"/>
          <w:szCs w:val="24"/>
        </w:rPr>
        <w:t xml:space="preserve"> </w:t>
      </w:r>
      <w:r w:rsidRPr="00367B59">
        <w:rPr>
          <w:rFonts w:ascii="Arial" w:eastAsiaTheme="minorEastAsia" w:hAnsi="Arial" w:cs="Arial"/>
          <w:w w:val="105"/>
          <w:sz w:val="24"/>
          <w:szCs w:val="24"/>
        </w:rPr>
        <w:t>working</w:t>
      </w:r>
      <w:r w:rsidRPr="00367B59">
        <w:rPr>
          <w:rFonts w:ascii="Arial" w:eastAsiaTheme="minorEastAsia" w:hAnsi="Arial" w:cs="Arial"/>
          <w:spacing w:val="-2"/>
          <w:w w:val="105"/>
          <w:sz w:val="24"/>
          <w:szCs w:val="24"/>
        </w:rPr>
        <w:t xml:space="preserve"> </w:t>
      </w:r>
      <w:r w:rsidRPr="00367B59">
        <w:rPr>
          <w:rFonts w:ascii="Arial" w:eastAsiaTheme="minorEastAsia" w:hAnsi="Arial" w:cs="Arial"/>
          <w:w w:val="105"/>
          <w:sz w:val="24"/>
          <w:szCs w:val="24"/>
        </w:rPr>
        <w:t>with</w:t>
      </w:r>
      <w:r w:rsidRPr="00367B59">
        <w:rPr>
          <w:rFonts w:ascii="Arial" w:eastAsiaTheme="minorEastAsia" w:hAnsi="Arial" w:cs="Arial"/>
          <w:spacing w:val="-2"/>
          <w:w w:val="105"/>
          <w:sz w:val="24"/>
          <w:szCs w:val="24"/>
        </w:rPr>
        <w:t xml:space="preserve"> </w:t>
      </w:r>
      <w:r w:rsidRPr="00367B59">
        <w:rPr>
          <w:rFonts w:ascii="Arial" w:eastAsiaTheme="minorEastAsia" w:hAnsi="Arial" w:cs="Arial"/>
          <w:w w:val="105"/>
          <w:sz w:val="24"/>
          <w:szCs w:val="24"/>
        </w:rPr>
        <w:t>a</w:t>
      </w:r>
      <w:r w:rsidRPr="00367B59">
        <w:rPr>
          <w:rFonts w:ascii="Arial" w:eastAsiaTheme="minorEastAsia" w:hAnsi="Arial" w:cs="Arial"/>
          <w:spacing w:val="-2"/>
          <w:w w:val="105"/>
          <w:sz w:val="24"/>
          <w:szCs w:val="24"/>
        </w:rPr>
        <w:t xml:space="preserve"> </w:t>
      </w:r>
      <w:r w:rsidRPr="00367B59">
        <w:rPr>
          <w:rFonts w:ascii="Arial" w:eastAsiaTheme="minorEastAsia" w:hAnsi="Arial" w:cs="Arial"/>
          <w:w w:val="105"/>
          <w:sz w:val="24"/>
          <w:szCs w:val="24"/>
        </w:rPr>
        <w:t>range</w:t>
      </w:r>
      <w:r w:rsidRPr="00367B59">
        <w:rPr>
          <w:rFonts w:ascii="Arial" w:eastAsiaTheme="minorEastAsia" w:hAnsi="Arial" w:cs="Arial"/>
          <w:spacing w:val="-2"/>
          <w:w w:val="105"/>
          <w:sz w:val="24"/>
          <w:szCs w:val="24"/>
        </w:rPr>
        <w:t xml:space="preserve"> </w:t>
      </w:r>
      <w:r w:rsidRPr="00367B59">
        <w:rPr>
          <w:rFonts w:ascii="Arial" w:eastAsiaTheme="minorEastAsia" w:hAnsi="Arial" w:cs="Arial"/>
          <w:w w:val="105"/>
          <w:sz w:val="24"/>
          <w:szCs w:val="24"/>
        </w:rPr>
        <w:t>of</w:t>
      </w:r>
      <w:r w:rsidRPr="00367B59">
        <w:rPr>
          <w:rFonts w:ascii="Arial" w:eastAsiaTheme="minorEastAsia" w:hAnsi="Arial" w:cs="Arial"/>
          <w:spacing w:val="-2"/>
          <w:w w:val="105"/>
          <w:sz w:val="24"/>
          <w:szCs w:val="24"/>
        </w:rPr>
        <w:t xml:space="preserve"> </w:t>
      </w:r>
      <w:r w:rsidRPr="00367B59">
        <w:rPr>
          <w:rFonts w:ascii="Arial" w:eastAsiaTheme="minorEastAsia" w:hAnsi="Arial" w:cs="Arial"/>
          <w:w w:val="105"/>
          <w:sz w:val="24"/>
          <w:szCs w:val="24"/>
        </w:rPr>
        <w:t>stakeholders</w:t>
      </w:r>
      <w:r w:rsidRPr="00367B59">
        <w:rPr>
          <w:rFonts w:ascii="Arial" w:eastAsiaTheme="minorEastAsia" w:hAnsi="Arial" w:cs="Arial"/>
          <w:spacing w:val="-2"/>
          <w:w w:val="105"/>
          <w:sz w:val="24"/>
          <w:szCs w:val="24"/>
        </w:rPr>
        <w:t xml:space="preserve"> </w:t>
      </w:r>
      <w:r w:rsidRPr="00367B59">
        <w:rPr>
          <w:rFonts w:ascii="Arial" w:eastAsiaTheme="minorEastAsia" w:hAnsi="Arial" w:cs="Arial"/>
          <w:w w:val="105"/>
          <w:sz w:val="24"/>
          <w:szCs w:val="24"/>
        </w:rPr>
        <w:t>in</w:t>
      </w:r>
      <w:r w:rsidRPr="00367B59">
        <w:rPr>
          <w:rFonts w:ascii="Arial" w:eastAsiaTheme="minorEastAsia" w:hAnsi="Arial" w:cs="Arial"/>
          <w:spacing w:val="-2"/>
          <w:w w:val="105"/>
          <w:sz w:val="24"/>
          <w:szCs w:val="24"/>
        </w:rPr>
        <w:t xml:space="preserve"> </w:t>
      </w:r>
      <w:r w:rsidRPr="00367B59">
        <w:rPr>
          <w:rFonts w:ascii="Arial" w:eastAsiaTheme="minorEastAsia" w:hAnsi="Arial" w:cs="Arial"/>
          <w:w w:val="105"/>
          <w:sz w:val="24"/>
          <w:szCs w:val="24"/>
        </w:rPr>
        <w:t>different areas of the business.</w:t>
      </w:r>
    </w:p>
    <w:p w14:paraId="4BAF0CD3" w14:textId="77777777" w:rsidR="00367B59" w:rsidRPr="00367B59" w:rsidRDefault="008E5019" w:rsidP="008E5019">
      <w:pPr>
        <w:pStyle w:val="ListParagraph"/>
        <w:numPr>
          <w:ilvl w:val="0"/>
          <w:numId w:val="14"/>
        </w:numPr>
        <w:autoSpaceDE w:val="0"/>
        <w:autoSpaceDN w:val="0"/>
        <w:adjustRightInd w:val="0"/>
        <w:spacing w:line="360" w:lineRule="auto"/>
        <w:rPr>
          <w:rFonts w:ascii="Arial" w:eastAsiaTheme="minorEastAsia" w:hAnsi="Arial" w:cs="Arial"/>
          <w:b/>
          <w:bCs/>
          <w:w w:val="0"/>
          <w:sz w:val="24"/>
          <w:szCs w:val="24"/>
        </w:rPr>
      </w:pPr>
      <w:r w:rsidRPr="00367B59">
        <w:rPr>
          <w:rFonts w:ascii="Arial" w:eastAsiaTheme="minorEastAsia" w:hAnsi="Arial" w:cs="Arial"/>
          <w:spacing w:val="4"/>
          <w:w w:val="0"/>
          <w:sz w:val="24"/>
          <w:szCs w:val="24"/>
        </w:rPr>
        <w:t>Strong</w:t>
      </w:r>
      <w:r w:rsidRPr="00367B59">
        <w:rPr>
          <w:rFonts w:ascii="Arial" w:eastAsiaTheme="minorEastAsia" w:hAnsi="Arial" w:cs="Arial"/>
          <w:spacing w:val="39"/>
          <w:w w:val="0"/>
          <w:sz w:val="24"/>
          <w:szCs w:val="24"/>
        </w:rPr>
        <w:t xml:space="preserve"> </w:t>
      </w:r>
      <w:r w:rsidRPr="00367B59">
        <w:rPr>
          <w:rFonts w:ascii="Arial" w:eastAsiaTheme="minorEastAsia" w:hAnsi="Arial" w:cs="Arial"/>
          <w:spacing w:val="4"/>
          <w:w w:val="0"/>
          <w:sz w:val="24"/>
          <w:szCs w:val="24"/>
        </w:rPr>
        <w:t>interpersonal</w:t>
      </w:r>
      <w:r w:rsidRPr="00367B59">
        <w:rPr>
          <w:rFonts w:ascii="Arial" w:eastAsiaTheme="minorEastAsia" w:hAnsi="Arial" w:cs="Arial"/>
          <w:spacing w:val="40"/>
          <w:w w:val="0"/>
          <w:sz w:val="24"/>
          <w:szCs w:val="24"/>
        </w:rPr>
        <w:t xml:space="preserve"> </w:t>
      </w:r>
      <w:r w:rsidRPr="00367B59">
        <w:rPr>
          <w:rFonts w:ascii="Arial" w:eastAsiaTheme="minorEastAsia" w:hAnsi="Arial" w:cs="Arial"/>
          <w:spacing w:val="4"/>
          <w:w w:val="0"/>
          <w:sz w:val="24"/>
          <w:szCs w:val="24"/>
        </w:rPr>
        <w:t>and</w:t>
      </w:r>
      <w:r w:rsidRPr="00367B59">
        <w:rPr>
          <w:rFonts w:ascii="Arial" w:eastAsiaTheme="minorEastAsia" w:hAnsi="Arial" w:cs="Arial"/>
          <w:spacing w:val="40"/>
          <w:w w:val="0"/>
          <w:sz w:val="24"/>
          <w:szCs w:val="24"/>
        </w:rPr>
        <w:t xml:space="preserve"> </w:t>
      </w:r>
      <w:r w:rsidRPr="00367B59">
        <w:rPr>
          <w:rFonts w:ascii="Arial" w:eastAsiaTheme="minorEastAsia" w:hAnsi="Arial" w:cs="Arial"/>
          <w:spacing w:val="4"/>
          <w:w w:val="0"/>
          <w:sz w:val="24"/>
          <w:szCs w:val="24"/>
        </w:rPr>
        <w:t>communication</w:t>
      </w:r>
      <w:r w:rsidRPr="00367B59">
        <w:rPr>
          <w:rFonts w:ascii="Arial" w:eastAsiaTheme="minorEastAsia" w:hAnsi="Arial" w:cs="Arial"/>
          <w:spacing w:val="39"/>
          <w:w w:val="0"/>
          <w:sz w:val="24"/>
          <w:szCs w:val="24"/>
        </w:rPr>
        <w:t xml:space="preserve"> </w:t>
      </w:r>
      <w:r w:rsidRPr="00367B59">
        <w:rPr>
          <w:rFonts w:ascii="Arial" w:eastAsiaTheme="minorEastAsia" w:hAnsi="Arial" w:cs="Arial"/>
          <w:spacing w:val="-2"/>
          <w:w w:val="0"/>
          <w:sz w:val="24"/>
          <w:szCs w:val="24"/>
        </w:rPr>
        <w:t>skills.</w:t>
      </w:r>
    </w:p>
    <w:p w14:paraId="14D9794A" w14:textId="77777777" w:rsidR="00367B59" w:rsidRPr="00367B59" w:rsidRDefault="008E5019" w:rsidP="008E5019">
      <w:pPr>
        <w:pStyle w:val="ListParagraph"/>
        <w:numPr>
          <w:ilvl w:val="0"/>
          <w:numId w:val="14"/>
        </w:numPr>
        <w:autoSpaceDE w:val="0"/>
        <w:autoSpaceDN w:val="0"/>
        <w:adjustRightInd w:val="0"/>
        <w:spacing w:line="360" w:lineRule="auto"/>
        <w:rPr>
          <w:rFonts w:ascii="Arial" w:eastAsiaTheme="minorEastAsia" w:hAnsi="Arial" w:cs="Arial"/>
          <w:b/>
          <w:bCs/>
          <w:w w:val="0"/>
          <w:sz w:val="24"/>
          <w:szCs w:val="24"/>
        </w:rPr>
      </w:pPr>
      <w:r w:rsidRPr="00367B59">
        <w:rPr>
          <w:rFonts w:ascii="Arial" w:eastAsiaTheme="minorEastAsia" w:hAnsi="Arial" w:cs="Arial"/>
          <w:w w:val="105"/>
          <w:sz w:val="24"/>
          <w:szCs w:val="24"/>
        </w:rPr>
        <w:t xml:space="preserve">Comfort with challenge, working towards </w:t>
      </w:r>
      <w:proofErr w:type="gramStart"/>
      <w:r w:rsidRPr="00367B59">
        <w:rPr>
          <w:rFonts w:ascii="Arial" w:eastAsiaTheme="minorEastAsia" w:hAnsi="Arial" w:cs="Arial"/>
          <w:w w:val="105"/>
          <w:sz w:val="24"/>
          <w:szCs w:val="24"/>
        </w:rPr>
        <w:t>being considered</w:t>
      </w:r>
      <w:proofErr w:type="gramEnd"/>
      <w:r w:rsidRPr="00367B59">
        <w:rPr>
          <w:rFonts w:ascii="Arial" w:eastAsiaTheme="minorEastAsia" w:hAnsi="Arial" w:cs="Arial"/>
          <w:w w:val="105"/>
          <w:sz w:val="24"/>
          <w:szCs w:val="24"/>
        </w:rPr>
        <w:t xml:space="preserve"> ‘the expert’ on BD and</w:t>
      </w:r>
      <w:r w:rsidRPr="00367B59">
        <w:rPr>
          <w:rFonts w:ascii="Arial" w:eastAsiaTheme="minorEastAsia" w:hAnsi="Arial" w:cs="Arial"/>
          <w:spacing w:val="-14"/>
          <w:w w:val="105"/>
          <w:sz w:val="24"/>
          <w:szCs w:val="24"/>
        </w:rPr>
        <w:t xml:space="preserve"> </w:t>
      </w:r>
      <w:r w:rsidRPr="00367B59">
        <w:rPr>
          <w:rFonts w:ascii="Arial" w:eastAsiaTheme="minorEastAsia" w:hAnsi="Arial" w:cs="Arial"/>
          <w:w w:val="105"/>
          <w:sz w:val="24"/>
          <w:szCs w:val="24"/>
        </w:rPr>
        <w:t>a</w:t>
      </w:r>
      <w:r w:rsidRPr="00367B59">
        <w:rPr>
          <w:rFonts w:ascii="Arial" w:eastAsiaTheme="minorEastAsia" w:hAnsi="Arial" w:cs="Arial"/>
          <w:spacing w:val="-14"/>
          <w:w w:val="105"/>
          <w:sz w:val="24"/>
          <w:szCs w:val="24"/>
        </w:rPr>
        <w:t xml:space="preserve"> </w:t>
      </w:r>
      <w:r w:rsidRPr="00367B59">
        <w:rPr>
          <w:rFonts w:ascii="Arial" w:eastAsiaTheme="minorEastAsia" w:hAnsi="Arial" w:cs="Arial"/>
          <w:w w:val="105"/>
          <w:sz w:val="24"/>
          <w:szCs w:val="24"/>
        </w:rPr>
        <w:t>point</w:t>
      </w:r>
      <w:r w:rsidRPr="00367B59">
        <w:rPr>
          <w:rFonts w:ascii="Arial" w:eastAsiaTheme="minorEastAsia" w:hAnsi="Arial" w:cs="Arial"/>
          <w:spacing w:val="-14"/>
          <w:w w:val="105"/>
          <w:sz w:val="24"/>
          <w:szCs w:val="24"/>
        </w:rPr>
        <w:t xml:space="preserve"> </w:t>
      </w:r>
      <w:r w:rsidRPr="00367B59">
        <w:rPr>
          <w:rFonts w:ascii="Arial" w:eastAsiaTheme="minorEastAsia" w:hAnsi="Arial" w:cs="Arial"/>
          <w:w w:val="105"/>
          <w:sz w:val="24"/>
          <w:szCs w:val="24"/>
        </w:rPr>
        <w:t>person</w:t>
      </w:r>
      <w:r w:rsidRPr="00367B59">
        <w:rPr>
          <w:rFonts w:ascii="Arial" w:eastAsiaTheme="minorEastAsia" w:hAnsi="Arial" w:cs="Arial"/>
          <w:spacing w:val="-14"/>
          <w:w w:val="105"/>
          <w:sz w:val="24"/>
          <w:szCs w:val="24"/>
        </w:rPr>
        <w:t xml:space="preserve"> </w:t>
      </w:r>
      <w:r w:rsidRPr="00367B59">
        <w:rPr>
          <w:rFonts w:ascii="Arial" w:eastAsiaTheme="minorEastAsia" w:hAnsi="Arial" w:cs="Arial"/>
          <w:w w:val="105"/>
          <w:sz w:val="24"/>
          <w:szCs w:val="24"/>
        </w:rPr>
        <w:t>to</w:t>
      </w:r>
      <w:r w:rsidRPr="00367B59">
        <w:rPr>
          <w:rFonts w:ascii="Arial" w:eastAsiaTheme="minorEastAsia" w:hAnsi="Arial" w:cs="Arial"/>
          <w:spacing w:val="-14"/>
          <w:w w:val="105"/>
          <w:sz w:val="24"/>
          <w:szCs w:val="24"/>
        </w:rPr>
        <w:t xml:space="preserve"> </w:t>
      </w:r>
      <w:r w:rsidRPr="00367B59">
        <w:rPr>
          <w:rFonts w:ascii="Arial" w:eastAsiaTheme="minorEastAsia" w:hAnsi="Arial" w:cs="Arial"/>
          <w:w w:val="105"/>
          <w:sz w:val="24"/>
          <w:szCs w:val="24"/>
        </w:rPr>
        <w:t>stakeholders</w:t>
      </w:r>
      <w:r w:rsidRPr="00367B59">
        <w:rPr>
          <w:rFonts w:ascii="Arial" w:eastAsiaTheme="minorEastAsia" w:hAnsi="Arial" w:cs="Arial"/>
          <w:spacing w:val="-14"/>
          <w:w w:val="105"/>
          <w:sz w:val="24"/>
          <w:szCs w:val="24"/>
        </w:rPr>
        <w:t xml:space="preserve"> </w:t>
      </w:r>
      <w:r w:rsidRPr="00367B59">
        <w:rPr>
          <w:rFonts w:ascii="Arial" w:eastAsiaTheme="minorEastAsia" w:hAnsi="Arial" w:cs="Arial"/>
          <w:w w:val="105"/>
          <w:sz w:val="24"/>
          <w:szCs w:val="24"/>
        </w:rPr>
        <w:t>across</w:t>
      </w:r>
      <w:r w:rsidRPr="00367B59">
        <w:rPr>
          <w:rFonts w:ascii="Arial" w:eastAsiaTheme="minorEastAsia" w:hAnsi="Arial" w:cs="Arial"/>
          <w:spacing w:val="-14"/>
          <w:w w:val="105"/>
          <w:sz w:val="24"/>
          <w:szCs w:val="24"/>
        </w:rPr>
        <w:t xml:space="preserve"> </w:t>
      </w:r>
      <w:proofErr w:type="gramStart"/>
      <w:r w:rsidRPr="00367B59">
        <w:rPr>
          <w:rFonts w:ascii="Arial" w:eastAsiaTheme="minorEastAsia" w:hAnsi="Arial" w:cs="Arial"/>
          <w:w w:val="105"/>
          <w:sz w:val="24"/>
          <w:szCs w:val="24"/>
        </w:rPr>
        <w:t>different</w:t>
      </w:r>
      <w:r w:rsidRPr="00367B59">
        <w:rPr>
          <w:rFonts w:ascii="Arial" w:eastAsiaTheme="minorEastAsia" w:hAnsi="Arial" w:cs="Arial"/>
          <w:spacing w:val="-14"/>
          <w:w w:val="105"/>
          <w:sz w:val="24"/>
          <w:szCs w:val="24"/>
        </w:rPr>
        <w:t xml:space="preserve"> </w:t>
      </w:r>
      <w:r w:rsidRPr="00367B59">
        <w:rPr>
          <w:rFonts w:ascii="Arial" w:eastAsiaTheme="minorEastAsia" w:hAnsi="Arial" w:cs="Arial"/>
          <w:w w:val="105"/>
          <w:sz w:val="24"/>
          <w:szCs w:val="24"/>
        </w:rPr>
        <w:t>levels</w:t>
      </w:r>
      <w:proofErr w:type="gramEnd"/>
      <w:r w:rsidRPr="00367B59">
        <w:rPr>
          <w:rFonts w:ascii="Arial" w:eastAsiaTheme="minorEastAsia" w:hAnsi="Arial" w:cs="Arial"/>
          <w:spacing w:val="-14"/>
          <w:w w:val="105"/>
          <w:sz w:val="24"/>
          <w:szCs w:val="24"/>
        </w:rPr>
        <w:t xml:space="preserve"> </w:t>
      </w:r>
      <w:r w:rsidRPr="00367B59">
        <w:rPr>
          <w:rFonts w:ascii="Arial" w:eastAsiaTheme="minorEastAsia" w:hAnsi="Arial" w:cs="Arial"/>
          <w:w w:val="105"/>
          <w:sz w:val="24"/>
          <w:szCs w:val="24"/>
        </w:rPr>
        <w:t>of</w:t>
      </w:r>
      <w:r w:rsidRPr="00367B59">
        <w:rPr>
          <w:rFonts w:ascii="Arial" w:eastAsiaTheme="minorEastAsia" w:hAnsi="Arial" w:cs="Arial"/>
          <w:spacing w:val="-14"/>
          <w:w w:val="105"/>
          <w:sz w:val="24"/>
          <w:szCs w:val="24"/>
        </w:rPr>
        <w:t xml:space="preserve"> </w:t>
      </w:r>
      <w:r w:rsidRPr="00367B59">
        <w:rPr>
          <w:rFonts w:ascii="Arial" w:eastAsiaTheme="minorEastAsia" w:hAnsi="Arial" w:cs="Arial"/>
          <w:w w:val="105"/>
          <w:sz w:val="24"/>
          <w:szCs w:val="24"/>
        </w:rPr>
        <w:t>seniority</w:t>
      </w:r>
      <w:r w:rsidRPr="00367B59">
        <w:rPr>
          <w:rFonts w:ascii="Arial" w:eastAsiaTheme="minorEastAsia" w:hAnsi="Arial" w:cs="Arial"/>
          <w:spacing w:val="-14"/>
          <w:w w:val="105"/>
          <w:sz w:val="24"/>
          <w:szCs w:val="24"/>
        </w:rPr>
        <w:t xml:space="preserve"> </w:t>
      </w:r>
      <w:r w:rsidRPr="00367B59">
        <w:rPr>
          <w:rFonts w:ascii="Arial" w:eastAsiaTheme="minorEastAsia" w:hAnsi="Arial" w:cs="Arial"/>
          <w:w w:val="105"/>
          <w:sz w:val="24"/>
          <w:szCs w:val="24"/>
        </w:rPr>
        <w:t>around</w:t>
      </w:r>
      <w:r w:rsidRPr="00367B59">
        <w:rPr>
          <w:rFonts w:ascii="Arial" w:eastAsiaTheme="minorEastAsia" w:hAnsi="Arial" w:cs="Arial"/>
          <w:spacing w:val="-14"/>
          <w:w w:val="105"/>
          <w:sz w:val="24"/>
          <w:szCs w:val="24"/>
        </w:rPr>
        <w:t xml:space="preserve"> </w:t>
      </w:r>
      <w:r w:rsidRPr="00367B59">
        <w:rPr>
          <w:rFonts w:ascii="Arial" w:eastAsiaTheme="minorEastAsia" w:hAnsi="Arial" w:cs="Arial"/>
          <w:w w:val="105"/>
          <w:sz w:val="24"/>
          <w:szCs w:val="24"/>
        </w:rPr>
        <w:t>best practice and skills.</w:t>
      </w:r>
    </w:p>
    <w:p w14:paraId="245A71F7" w14:textId="77777777" w:rsidR="00367B59" w:rsidRPr="00367B59" w:rsidRDefault="008E5019" w:rsidP="008E5019">
      <w:pPr>
        <w:pStyle w:val="ListParagraph"/>
        <w:numPr>
          <w:ilvl w:val="0"/>
          <w:numId w:val="14"/>
        </w:numPr>
        <w:autoSpaceDE w:val="0"/>
        <w:autoSpaceDN w:val="0"/>
        <w:adjustRightInd w:val="0"/>
        <w:spacing w:line="360" w:lineRule="auto"/>
        <w:rPr>
          <w:rFonts w:ascii="Arial" w:eastAsiaTheme="minorEastAsia" w:hAnsi="Arial" w:cs="Arial"/>
          <w:b/>
          <w:bCs/>
          <w:w w:val="0"/>
          <w:sz w:val="24"/>
          <w:szCs w:val="24"/>
        </w:rPr>
      </w:pPr>
      <w:proofErr w:type="gramStart"/>
      <w:r w:rsidRPr="00367B59">
        <w:rPr>
          <w:rFonts w:ascii="Arial" w:eastAsiaTheme="minorEastAsia" w:hAnsi="Arial" w:cs="Arial"/>
          <w:w w:val="105"/>
          <w:sz w:val="24"/>
          <w:szCs w:val="24"/>
        </w:rPr>
        <w:t>A</w:t>
      </w:r>
      <w:r w:rsidRPr="00367B59">
        <w:rPr>
          <w:rFonts w:ascii="Arial" w:eastAsiaTheme="minorEastAsia" w:hAnsi="Arial" w:cs="Arial"/>
          <w:spacing w:val="-12"/>
          <w:w w:val="105"/>
          <w:sz w:val="24"/>
          <w:szCs w:val="24"/>
        </w:rPr>
        <w:t xml:space="preserve"> </w:t>
      </w:r>
      <w:r w:rsidRPr="00367B59">
        <w:rPr>
          <w:rFonts w:ascii="Arial" w:eastAsiaTheme="minorEastAsia" w:hAnsi="Arial" w:cs="Arial"/>
          <w:w w:val="105"/>
          <w:sz w:val="24"/>
          <w:szCs w:val="24"/>
        </w:rPr>
        <w:t>team</w:t>
      </w:r>
      <w:r w:rsidRPr="00367B59">
        <w:rPr>
          <w:rFonts w:ascii="Arial" w:eastAsiaTheme="minorEastAsia" w:hAnsi="Arial" w:cs="Arial"/>
          <w:spacing w:val="-12"/>
          <w:w w:val="105"/>
          <w:sz w:val="24"/>
          <w:szCs w:val="24"/>
        </w:rPr>
        <w:t xml:space="preserve"> </w:t>
      </w:r>
      <w:r w:rsidRPr="00367B59">
        <w:rPr>
          <w:rFonts w:ascii="Arial" w:eastAsiaTheme="minorEastAsia" w:hAnsi="Arial" w:cs="Arial"/>
          <w:w w:val="105"/>
          <w:sz w:val="24"/>
          <w:szCs w:val="24"/>
        </w:rPr>
        <w:t>player</w:t>
      </w:r>
      <w:proofErr w:type="gramEnd"/>
      <w:r w:rsidRPr="00367B59">
        <w:rPr>
          <w:rFonts w:ascii="Arial" w:eastAsiaTheme="minorEastAsia" w:hAnsi="Arial" w:cs="Arial"/>
          <w:w w:val="105"/>
          <w:sz w:val="24"/>
          <w:szCs w:val="24"/>
        </w:rPr>
        <w:t>,</w:t>
      </w:r>
      <w:r w:rsidRPr="00367B59">
        <w:rPr>
          <w:rFonts w:ascii="Arial" w:eastAsiaTheme="minorEastAsia" w:hAnsi="Arial" w:cs="Arial"/>
          <w:spacing w:val="-12"/>
          <w:w w:val="105"/>
          <w:sz w:val="24"/>
          <w:szCs w:val="24"/>
        </w:rPr>
        <w:t xml:space="preserve"> </w:t>
      </w:r>
      <w:r w:rsidRPr="00367B59">
        <w:rPr>
          <w:rFonts w:ascii="Arial" w:eastAsiaTheme="minorEastAsia" w:hAnsi="Arial" w:cs="Arial"/>
          <w:w w:val="105"/>
          <w:sz w:val="24"/>
          <w:szCs w:val="24"/>
        </w:rPr>
        <w:t>with</w:t>
      </w:r>
      <w:r w:rsidRPr="00367B59">
        <w:rPr>
          <w:rFonts w:ascii="Arial" w:eastAsiaTheme="minorEastAsia" w:hAnsi="Arial" w:cs="Arial"/>
          <w:spacing w:val="-12"/>
          <w:w w:val="105"/>
          <w:sz w:val="24"/>
          <w:szCs w:val="24"/>
        </w:rPr>
        <w:t xml:space="preserve"> </w:t>
      </w:r>
      <w:r w:rsidRPr="00367B59">
        <w:rPr>
          <w:rFonts w:ascii="Arial" w:eastAsiaTheme="minorEastAsia" w:hAnsi="Arial" w:cs="Arial"/>
          <w:w w:val="105"/>
          <w:sz w:val="24"/>
          <w:szCs w:val="24"/>
        </w:rPr>
        <w:t>an</w:t>
      </w:r>
      <w:r w:rsidRPr="00367B59">
        <w:rPr>
          <w:rFonts w:ascii="Arial" w:eastAsiaTheme="minorEastAsia" w:hAnsi="Arial" w:cs="Arial"/>
          <w:spacing w:val="-12"/>
          <w:w w:val="105"/>
          <w:sz w:val="24"/>
          <w:szCs w:val="24"/>
        </w:rPr>
        <w:t xml:space="preserve"> </w:t>
      </w:r>
      <w:r w:rsidRPr="00367B59">
        <w:rPr>
          <w:rFonts w:ascii="Arial" w:eastAsiaTheme="minorEastAsia" w:hAnsi="Arial" w:cs="Arial"/>
          <w:w w:val="105"/>
          <w:sz w:val="24"/>
          <w:szCs w:val="24"/>
        </w:rPr>
        <w:t>interest</w:t>
      </w:r>
      <w:r w:rsidRPr="00367B59">
        <w:rPr>
          <w:rFonts w:ascii="Arial" w:eastAsiaTheme="minorEastAsia" w:hAnsi="Arial" w:cs="Arial"/>
          <w:spacing w:val="-12"/>
          <w:w w:val="105"/>
          <w:sz w:val="24"/>
          <w:szCs w:val="24"/>
        </w:rPr>
        <w:t xml:space="preserve"> </w:t>
      </w:r>
      <w:r w:rsidRPr="00367B59">
        <w:rPr>
          <w:rFonts w:ascii="Arial" w:eastAsiaTheme="minorEastAsia" w:hAnsi="Arial" w:cs="Arial"/>
          <w:w w:val="105"/>
          <w:sz w:val="24"/>
          <w:szCs w:val="24"/>
        </w:rPr>
        <w:t>in</w:t>
      </w:r>
      <w:r w:rsidRPr="00367B59">
        <w:rPr>
          <w:rFonts w:ascii="Arial" w:eastAsiaTheme="minorEastAsia" w:hAnsi="Arial" w:cs="Arial"/>
          <w:spacing w:val="-12"/>
          <w:w w:val="105"/>
          <w:sz w:val="24"/>
          <w:szCs w:val="24"/>
        </w:rPr>
        <w:t xml:space="preserve"> </w:t>
      </w:r>
      <w:r w:rsidRPr="00367B59">
        <w:rPr>
          <w:rFonts w:ascii="Arial" w:eastAsiaTheme="minorEastAsia" w:hAnsi="Arial" w:cs="Arial"/>
          <w:w w:val="105"/>
          <w:sz w:val="24"/>
          <w:szCs w:val="24"/>
        </w:rPr>
        <w:t>all</w:t>
      </w:r>
      <w:r w:rsidRPr="00367B59">
        <w:rPr>
          <w:rFonts w:ascii="Arial" w:eastAsiaTheme="minorEastAsia" w:hAnsi="Arial" w:cs="Arial"/>
          <w:spacing w:val="-12"/>
          <w:w w:val="105"/>
          <w:sz w:val="24"/>
          <w:szCs w:val="24"/>
        </w:rPr>
        <w:t xml:space="preserve"> </w:t>
      </w:r>
      <w:r w:rsidRPr="00367B59">
        <w:rPr>
          <w:rFonts w:ascii="Arial" w:eastAsiaTheme="minorEastAsia" w:hAnsi="Arial" w:cs="Arial"/>
          <w:w w:val="105"/>
          <w:sz w:val="24"/>
          <w:szCs w:val="24"/>
        </w:rPr>
        <w:t>areas</w:t>
      </w:r>
      <w:r w:rsidRPr="00367B59">
        <w:rPr>
          <w:rFonts w:ascii="Arial" w:eastAsiaTheme="minorEastAsia" w:hAnsi="Arial" w:cs="Arial"/>
          <w:spacing w:val="-12"/>
          <w:w w:val="105"/>
          <w:sz w:val="24"/>
          <w:szCs w:val="24"/>
        </w:rPr>
        <w:t xml:space="preserve"> </w:t>
      </w:r>
      <w:r w:rsidRPr="00367B59">
        <w:rPr>
          <w:rFonts w:ascii="Arial" w:eastAsiaTheme="minorEastAsia" w:hAnsi="Arial" w:cs="Arial"/>
          <w:w w:val="105"/>
          <w:sz w:val="24"/>
          <w:szCs w:val="24"/>
        </w:rPr>
        <w:t>of</w:t>
      </w:r>
      <w:r w:rsidRPr="00367B59">
        <w:rPr>
          <w:rFonts w:ascii="Arial" w:eastAsiaTheme="minorEastAsia" w:hAnsi="Arial" w:cs="Arial"/>
          <w:spacing w:val="-12"/>
          <w:w w:val="105"/>
          <w:sz w:val="24"/>
          <w:szCs w:val="24"/>
        </w:rPr>
        <w:t xml:space="preserve"> </w:t>
      </w:r>
      <w:r w:rsidRPr="00367B59">
        <w:rPr>
          <w:rFonts w:ascii="Arial" w:eastAsiaTheme="minorEastAsia" w:hAnsi="Arial" w:cs="Arial"/>
          <w:w w:val="105"/>
          <w:sz w:val="24"/>
          <w:szCs w:val="24"/>
        </w:rPr>
        <w:t>marketing</w:t>
      </w:r>
      <w:r w:rsidRPr="00367B59">
        <w:rPr>
          <w:rFonts w:ascii="Arial" w:eastAsiaTheme="minorEastAsia" w:hAnsi="Arial" w:cs="Arial"/>
          <w:spacing w:val="-12"/>
          <w:w w:val="105"/>
          <w:sz w:val="24"/>
          <w:szCs w:val="24"/>
        </w:rPr>
        <w:t xml:space="preserve"> </w:t>
      </w:r>
      <w:r w:rsidRPr="00367B59">
        <w:rPr>
          <w:rFonts w:ascii="Arial" w:eastAsiaTheme="minorEastAsia" w:hAnsi="Arial" w:cs="Arial"/>
          <w:w w:val="105"/>
          <w:sz w:val="24"/>
          <w:szCs w:val="24"/>
        </w:rPr>
        <w:t>and</w:t>
      </w:r>
      <w:r w:rsidRPr="00367B59">
        <w:rPr>
          <w:rFonts w:ascii="Arial" w:eastAsiaTheme="minorEastAsia" w:hAnsi="Arial" w:cs="Arial"/>
          <w:spacing w:val="-12"/>
          <w:w w:val="105"/>
          <w:sz w:val="24"/>
          <w:szCs w:val="24"/>
        </w:rPr>
        <w:t xml:space="preserve"> </w:t>
      </w:r>
      <w:r w:rsidRPr="00367B59">
        <w:rPr>
          <w:rFonts w:ascii="Arial" w:eastAsiaTheme="minorEastAsia" w:hAnsi="Arial" w:cs="Arial"/>
          <w:w w:val="105"/>
          <w:sz w:val="24"/>
          <w:szCs w:val="24"/>
        </w:rPr>
        <w:t xml:space="preserve">business </w:t>
      </w:r>
      <w:r w:rsidRPr="00367B59">
        <w:rPr>
          <w:rFonts w:ascii="Arial" w:eastAsiaTheme="minorEastAsia" w:hAnsi="Arial" w:cs="Arial"/>
          <w:spacing w:val="-2"/>
          <w:w w:val="105"/>
          <w:sz w:val="24"/>
          <w:szCs w:val="24"/>
        </w:rPr>
        <w:t>development.</w:t>
      </w:r>
    </w:p>
    <w:p w14:paraId="02C05C59" w14:textId="77777777" w:rsidR="00367B59" w:rsidRPr="00367B59" w:rsidRDefault="008E5019" w:rsidP="008E5019">
      <w:pPr>
        <w:pStyle w:val="ListParagraph"/>
        <w:numPr>
          <w:ilvl w:val="0"/>
          <w:numId w:val="14"/>
        </w:numPr>
        <w:autoSpaceDE w:val="0"/>
        <w:autoSpaceDN w:val="0"/>
        <w:adjustRightInd w:val="0"/>
        <w:spacing w:line="360" w:lineRule="auto"/>
        <w:rPr>
          <w:rFonts w:ascii="Arial" w:eastAsiaTheme="minorEastAsia" w:hAnsi="Arial" w:cs="Arial"/>
          <w:b/>
          <w:bCs/>
          <w:w w:val="0"/>
          <w:sz w:val="24"/>
          <w:szCs w:val="24"/>
        </w:rPr>
      </w:pPr>
      <w:r w:rsidRPr="00367B59">
        <w:rPr>
          <w:rFonts w:ascii="Arial" w:eastAsiaTheme="minorEastAsia" w:hAnsi="Arial" w:cs="Arial"/>
          <w:w w:val="0"/>
          <w:sz w:val="24"/>
          <w:szCs w:val="24"/>
        </w:rPr>
        <w:t>Ambition,</w:t>
      </w:r>
      <w:r w:rsidRPr="00367B59">
        <w:rPr>
          <w:rFonts w:ascii="Arial" w:eastAsiaTheme="minorEastAsia" w:hAnsi="Arial" w:cs="Arial"/>
          <w:spacing w:val="25"/>
          <w:w w:val="0"/>
          <w:sz w:val="24"/>
          <w:szCs w:val="24"/>
        </w:rPr>
        <w:t xml:space="preserve"> </w:t>
      </w:r>
      <w:r w:rsidRPr="00367B59">
        <w:rPr>
          <w:rFonts w:ascii="Arial" w:eastAsiaTheme="minorEastAsia" w:hAnsi="Arial" w:cs="Arial"/>
          <w:w w:val="0"/>
          <w:sz w:val="24"/>
          <w:szCs w:val="24"/>
        </w:rPr>
        <w:t>to</w:t>
      </w:r>
      <w:r w:rsidRPr="00367B59">
        <w:rPr>
          <w:rFonts w:ascii="Arial" w:eastAsiaTheme="minorEastAsia" w:hAnsi="Arial" w:cs="Arial"/>
          <w:spacing w:val="26"/>
          <w:w w:val="0"/>
          <w:sz w:val="24"/>
          <w:szCs w:val="24"/>
        </w:rPr>
        <w:t xml:space="preserve"> </w:t>
      </w:r>
      <w:r w:rsidRPr="00367B59">
        <w:rPr>
          <w:rFonts w:ascii="Arial" w:eastAsiaTheme="minorEastAsia" w:hAnsi="Arial" w:cs="Arial"/>
          <w:w w:val="0"/>
          <w:sz w:val="24"/>
          <w:szCs w:val="24"/>
        </w:rPr>
        <w:t>come</w:t>
      </w:r>
      <w:r w:rsidRPr="00367B59">
        <w:rPr>
          <w:rFonts w:ascii="Arial" w:eastAsiaTheme="minorEastAsia" w:hAnsi="Arial" w:cs="Arial"/>
          <w:spacing w:val="26"/>
          <w:w w:val="0"/>
          <w:sz w:val="24"/>
          <w:szCs w:val="24"/>
        </w:rPr>
        <w:t xml:space="preserve"> </w:t>
      </w:r>
      <w:r w:rsidRPr="00367B59">
        <w:rPr>
          <w:rFonts w:ascii="Arial" w:eastAsiaTheme="minorEastAsia" w:hAnsi="Arial" w:cs="Arial"/>
          <w:w w:val="0"/>
          <w:sz w:val="24"/>
          <w:szCs w:val="24"/>
        </w:rPr>
        <w:t>into</w:t>
      </w:r>
      <w:r w:rsidRPr="00367B59">
        <w:rPr>
          <w:rFonts w:ascii="Arial" w:eastAsiaTheme="minorEastAsia" w:hAnsi="Arial" w:cs="Arial"/>
          <w:spacing w:val="26"/>
          <w:w w:val="0"/>
          <w:sz w:val="24"/>
          <w:szCs w:val="24"/>
        </w:rPr>
        <w:t xml:space="preserve"> </w:t>
      </w:r>
      <w:r w:rsidRPr="00367B59">
        <w:rPr>
          <w:rFonts w:ascii="Arial" w:eastAsiaTheme="minorEastAsia" w:hAnsi="Arial" w:cs="Arial"/>
          <w:w w:val="0"/>
          <w:sz w:val="24"/>
          <w:szCs w:val="24"/>
        </w:rPr>
        <w:t>a</w:t>
      </w:r>
      <w:r w:rsidRPr="00367B59">
        <w:rPr>
          <w:rFonts w:ascii="Arial" w:eastAsiaTheme="minorEastAsia" w:hAnsi="Arial" w:cs="Arial"/>
          <w:spacing w:val="26"/>
          <w:w w:val="0"/>
          <w:sz w:val="24"/>
          <w:szCs w:val="24"/>
        </w:rPr>
        <w:t xml:space="preserve"> </w:t>
      </w:r>
      <w:proofErr w:type="gramStart"/>
      <w:r w:rsidRPr="00367B59">
        <w:rPr>
          <w:rFonts w:ascii="Arial" w:eastAsiaTheme="minorEastAsia" w:hAnsi="Arial" w:cs="Arial"/>
          <w:w w:val="0"/>
          <w:sz w:val="24"/>
          <w:szCs w:val="24"/>
        </w:rPr>
        <w:t>relatively</w:t>
      </w:r>
      <w:r w:rsidRPr="00367B59">
        <w:rPr>
          <w:rFonts w:ascii="Arial" w:eastAsiaTheme="minorEastAsia" w:hAnsi="Arial" w:cs="Arial"/>
          <w:spacing w:val="26"/>
          <w:w w:val="0"/>
          <w:sz w:val="24"/>
          <w:szCs w:val="24"/>
        </w:rPr>
        <w:t xml:space="preserve"> </w:t>
      </w:r>
      <w:r w:rsidRPr="00367B59">
        <w:rPr>
          <w:rFonts w:ascii="Arial" w:eastAsiaTheme="minorEastAsia" w:hAnsi="Arial" w:cs="Arial"/>
          <w:w w:val="0"/>
          <w:sz w:val="24"/>
          <w:szCs w:val="24"/>
        </w:rPr>
        <w:t>new</w:t>
      </w:r>
      <w:proofErr w:type="gramEnd"/>
      <w:r w:rsidRPr="00367B59">
        <w:rPr>
          <w:rFonts w:ascii="Arial" w:eastAsiaTheme="minorEastAsia" w:hAnsi="Arial" w:cs="Arial"/>
          <w:spacing w:val="26"/>
          <w:w w:val="0"/>
          <w:sz w:val="24"/>
          <w:szCs w:val="24"/>
        </w:rPr>
        <w:t xml:space="preserve"> </w:t>
      </w:r>
      <w:r w:rsidRPr="00367B59">
        <w:rPr>
          <w:rFonts w:ascii="Arial" w:eastAsiaTheme="minorEastAsia" w:hAnsi="Arial" w:cs="Arial"/>
          <w:w w:val="0"/>
          <w:sz w:val="24"/>
          <w:szCs w:val="24"/>
        </w:rPr>
        <w:t>team</w:t>
      </w:r>
      <w:r w:rsidRPr="00367B59">
        <w:rPr>
          <w:rFonts w:ascii="Arial" w:eastAsiaTheme="minorEastAsia" w:hAnsi="Arial" w:cs="Arial"/>
          <w:spacing w:val="26"/>
          <w:w w:val="0"/>
          <w:sz w:val="24"/>
          <w:szCs w:val="24"/>
        </w:rPr>
        <w:t xml:space="preserve"> </w:t>
      </w:r>
      <w:r w:rsidRPr="00367B59">
        <w:rPr>
          <w:rFonts w:ascii="Arial" w:eastAsiaTheme="minorEastAsia" w:hAnsi="Arial" w:cs="Arial"/>
          <w:w w:val="0"/>
          <w:sz w:val="24"/>
          <w:szCs w:val="24"/>
        </w:rPr>
        <w:t>and</w:t>
      </w:r>
      <w:r w:rsidRPr="00367B59">
        <w:rPr>
          <w:rFonts w:ascii="Arial" w:eastAsiaTheme="minorEastAsia" w:hAnsi="Arial" w:cs="Arial"/>
          <w:spacing w:val="26"/>
          <w:w w:val="0"/>
          <w:sz w:val="24"/>
          <w:szCs w:val="24"/>
        </w:rPr>
        <w:t xml:space="preserve"> </w:t>
      </w:r>
      <w:r w:rsidRPr="00367B59">
        <w:rPr>
          <w:rFonts w:ascii="Arial" w:eastAsiaTheme="minorEastAsia" w:hAnsi="Arial" w:cs="Arial"/>
          <w:w w:val="0"/>
          <w:sz w:val="24"/>
          <w:szCs w:val="24"/>
        </w:rPr>
        <w:t>make</w:t>
      </w:r>
      <w:r w:rsidRPr="00367B59">
        <w:rPr>
          <w:rFonts w:ascii="Arial" w:eastAsiaTheme="minorEastAsia" w:hAnsi="Arial" w:cs="Arial"/>
          <w:spacing w:val="26"/>
          <w:w w:val="0"/>
          <w:sz w:val="24"/>
          <w:szCs w:val="24"/>
        </w:rPr>
        <w:t xml:space="preserve"> </w:t>
      </w:r>
      <w:r w:rsidRPr="00367B59">
        <w:rPr>
          <w:rFonts w:ascii="Arial" w:eastAsiaTheme="minorEastAsia" w:hAnsi="Arial" w:cs="Arial"/>
          <w:w w:val="0"/>
          <w:sz w:val="24"/>
          <w:szCs w:val="24"/>
        </w:rPr>
        <w:t>a</w:t>
      </w:r>
      <w:r w:rsidRPr="00367B59">
        <w:rPr>
          <w:rFonts w:ascii="Arial" w:eastAsiaTheme="minorEastAsia" w:hAnsi="Arial" w:cs="Arial"/>
          <w:spacing w:val="26"/>
          <w:w w:val="0"/>
          <w:sz w:val="24"/>
          <w:szCs w:val="24"/>
        </w:rPr>
        <w:t xml:space="preserve"> </w:t>
      </w:r>
      <w:r w:rsidRPr="00367B59">
        <w:rPr>
          <w:rFonts w:ascii="Arial" w:eastAsiaTheme="minorEastAsia" w:hAnsi="Arial" w:cs="Arial"/>
          <w:w w:val="0"/>
          <w:sz w:val="24"/>
          <w:szCs w:val="24"/>
        </w:rPr>
        <w:t>positive</w:t>
      </w:r>
      <w:r w:rsidRPr="00367B59">
        <w:rPr>
          <w:rFonts w:ascii="Arial" w:eastAsiaTheme="minorEastAsia" w:hAnsi="Arial" w:cs="Arial"/>
          <w:spacing w:val="26"/>
          <w:w w:val="0"/>
          <w:sz w:val="24"/>
          <w:szCs w:val="24"/>
        </w:rPr>
        <w:t xml:space="preserve"> </w:t>
      </w:r>
      <w:r w:rsidRPr="00367B59">
        <w:rPr>
          <w:rFonts w:ascii="Arial" w:eastAsiaTheme="minorEastAsia" w:hAnsi="Arial" w:cs="Arial"/>
          <w:spacing w:val="-2"/>
          <w:w w:val="0"/>
          <w:sz w:val="24"/>
          <w:szCs w:val="24"/>
        </w:rPr>
        <w:t>impact.</w:t>
      </w:r>
    </w:p>
    <w:p w14:paraId="240222BF" w14:textId="77777777" w:rsidR="00367B59" w:rsidRPr="00367B59" w:rsidRDefault="008E5019" w:rsidP="008E5019">
      <w:pPr>
        <w:pStyle w:val="ListParagraph"/>
        <w:numPr>
          <w:ilvl w:val="0"/>
          <w:numId w:val="14"/>
        </w:numPr>
        <w:autoSpaceDE w:val="0"/>
        <w:autoSpaceDN w:val="0"/>
        <w:adjustRightInd w:val="0"/>
        <w:spacing w:line="360" w:lineRule="auto"/>
        <w:rPr>
          <w:rFonts w:ascii="Arial" w:eastAsiaTheme="minorEastAsia" w:hAnsi="Arial" w:cs="Arial"/>
          <w:b/>
          <w:bCs/>
          <w:w w:val="0"/>
          <w:sz w:val="24"/>
          <w:szCs w:val="24"/>
        </w:rPr>
      </w:pPr>
      <w:r w:rsidRPr="00367B59">
        <w:rPr>
          <w:rFonts w:ascii="Arial" w:eastAsiaTheme="minorEastAsia" w:hAnsi="Arial" w:cs="Arial"/>
          <w:w w:val="105"/>
          <w:sz w:val="24"/>
          <w:szCs w:val="24"/>
        </w:rPr>
        <w:t>There</w:t>
      </w:r>
      <w:r w:rsidRPr="00367B59">
        <w:rPr>
          <w:rFonts w:ascii="Arial" w:eastAsiaTheme="minorEastAsia" w:hAnsi="Arial" w:cs="Arial"/>
          <w:spacing w:val="-13"/>
          <w:w w:val="105"/>
          <w:sz w:val="24"/>
          <w:szCs w:val="24"/>
        </w:rPr>
        <w:t xml:space="preserve"> </w:t>
      </w:r>
      <w:r w:rsidRPr="00367B59">
        <w:rPr>
          <w:rFonts w:ascii="Arial" w:eastAsiaTheme="minorEastAsia" w:hAnsi="Arial" w:cs="Arial"/>
          <w:w w:val="105"/>
          <w:sz w:val="24"/>
          <w:szCs w:val="24"/>
        </w:rPr>
        <w:t>is</w:t>
      </w:r>
      <w:r w:rsidRPr="00367B59">
        <w:rPr>
          <w:rFonts w:ascii="Arial" w:eastAsiaTheme="minorEastAsia" w:hAnsi="Arial" w:cs="Arial"/>
          <w:spacing w:val="-13"/>
          <w:w w:val="105"/>
          <w:sz w:val="24"/>
          <w:szCs w:val="24"/>
        </w:rPr>
        <w:t xml:space="preserve"> </w:t>
      </w:r>
      <w:r w:rsidRPr="00367B59">
        <w:rPr>
          <w:rFonts w:ascii="Arial" w:eastAsiaTheme="minorEastAsia" w:hAnsi="Arial" w:cs="Arial"/>
          <w:w w:val="105"/>
          <w:sz w:val="24"/>
          <w:szCs w:val="24"/>
        </w:rPr>
        <w:t>a</w:t>
      </w:r>
      <w:r w:rsidRPr="00367B59">
        <w:rPr>
          <w:rFonts w:ascii="Arial" w:eastAsiaTheme="minorEastAsia" w:hAnsi="Arial" w:cs="Arial"/>
          <w:spacing w:val="-13"/>
          <w:w w:val="105"/>
          <w:sz w:val="24"/>
          <w:szCs w:val="24"/>
        </w:rPr>
        <w:t xml:space="preserve"> </w:t>
      </w:r>
      <w:r w:rsidRPr="00367B59">
        <w:rPr>
          <w:rFonts w:ascii="Arial" w:eastAsiaTheme="minorEastAsia" w:hAnsi="Arial" w:cs="Arial"/>
          <w:w w:val="105"/>
          <w:sz w:val="24"/>
          <w:szCs w:val="24"/>
        </w:rPr>
        <w:t>requirement</w:t>
      </w:r>
      <w:r w:rsidRPr="00367B59">
        <w:rPr>
          <w:rFonts w:ascii="Arial" w:eastAsiaTheme="minorEastAsia" w:hAnsi="Arial" w:cs="Arial"/>
          <w:spacing w:val="-13"/>
          <w:w w:val="105"/>
          <w:sz w:val="24"/>
          <w:szCs w:val="24"/>
        </w:rPr>
        <w:t xml:space="preserve"> </w:t>
      </w:r>
      <w:r w:rsidRPr="00367B59">
        <w:rPr>
          <w:rFonts w:ascii="Arial" w:eastAsiaTheme="minorEastAsia" w:hAnsi="Arial" w:cs="Arial"/>
          <w:w w:val="105"/>
          <w:sz w:val="24"/>
          <w:szCs w:val="24"/>
        </w:rPr>
        <w:t>to</w:t>
      </w:r>
      <w:r w:rsidRPr="00367B59">
        <w:rPr>
          <w:rFonts w:ascii="Arial" w:eastAsiaTheme="minorEastAsia" w:hAnsi="Arial" w:cs="Arial"/>
          <w:spacing w:val="-13"/>
          <w:w w:val="105"/>
          <w:sz w:val="24"/>
          <w:szCs w:val="24"/>
        </w:rPr>
        <w:t xml:space="preserve"> </w:t>
      </w:r>
      <w:r w:rsidRPr="00367B59">
        <w:rPr>
          <w:rFonts w:ascii="Arial" w:eastAsiaTheme="minorEastAsia" w:hAnsi="Arial" w:cs="Arial"/>
          <w:w w:val="105"/>
          <w:sz w:val="24"/>
          <w:szCs w:val="24"/>
        </w:rPr>
        <w:t>work</w:t>
      </w:r>
      <w:r w:rsidRPr="00367B59">
        <w:rPr>
          <w:rFonts w:ascii="Arial" w:eastAsiaTheme="minorEastAsia" w:hAnsi="Arial" w:cs="Arial"/>
          <w:spacing w:val="-13"/>
          <w:w w:val="105"/>
          <w:sz w:val="24"/>
          <w:szCs w:val="24"/>
        </w:rPr>
        <w:t xml:space="preserve"> </w:t>
      </w:r>
      <w:r w:rsidRPr="00367B59">
        <w:rPr>
          <w:rFonts w:ascii="Arial" w:eastAsiaTheme="minorEastAsia" w:hAnsi="Arial" w:cs="Arial"/>
          <w:w w:val="105"/>
          <w:sz w:val="24"/>
          <w:szCs w:val="24"/>
        </w:rPr>
        <w:t>across</w:t>
      </w:r>
      <w:r w:rsidRPr="00367B59">
        <w:rPr>
          <w:rFonts w:ascii="Arial" w:eastAsiaTheme="minorEastAsia" w:hAnsi="Arial" w:cs="Arial"/>
          <w:spacing w:val="-13"/>
          <w:w w:val="105"/>
          <w:sz w:val="24"/>
          <w:szCs w:val="24"/>
        </w:rPr>
        <w:t xml:space="preserve"> </w:t>
      </w:r>
      <w:r w:rsidRPr="00367B59">
        <w:rPr>
          <w:rFonts w:ascii="Arial" w:eastAsiaTheme="minorEastAsia" w:hAnsi="Arial" w:cs="Arial"/>
          <w:w w:val="105"/>
          <w:sz w:val="24"/>
          <w:szCs w:val="24"/>
        </w:rPr>
        <w:t>our</w:t>
      </w:r>
      <w:r w:rsidRPr="00367B59">
        <w:rPr>
          <w:rFonts w:ascii="Arial" w:eastAsiaTheme="minorEastAsia" w:hAnsi="Arial" w:cs="Arial"/>
          <w:spacing w:val="-13"/>
          <w:w w:val="105"/>
          <w:sz w:val="24"/>
          <w:szCs w:val="24"/>
        </w:rPr>
        <w:t xml:space="preserve"> </w:t>
      </w:r>
      <w:proofErr w:type="gramStart"/>
      <w:r w:rsidRPr="00367B59">
        <w:rPr>
          <w:rFonts w:ascii="Arial" w:eastAsiaTheme="minorEastAsia" w:hAnsi="Arial" w:cs="Arial"/>
          <w:w w:val="105"/>
          <w:sz w:val="24"/>
          <w:szCs w:val="24"/>
        </w:rPr>
        <w:t>3</w:t>
      </w:r>
      <w:proofErr w:type="gramEnd"/>
      <w:r w:rsidRPr="00367B59">
        <w:rPr>
          <w:rFonts w:ascii="Arial" w:eastAsiaTheme="minorEastAsia" w:hAnsi="Arial" w:cs="Arial"/>
          <w:spacing w:val="-13"/>
          <w:w w:val="105"/>
          <w:sz w:val="24"/>
          <w:szCs w:val="24"/>
        </w:rPr>
        <w:t xml:space="preserve"> </w:t>
      </w:r>
      <w:r w:rsidRPr="00367B59">
        <w:rPr>
          <w:rFonts w:ascii="Arial" w:eastAsiaTheme="minorEastAsia" w:hAnsi="Arial" w:cs="Arial"/>
          <w:w w:val="105"/>
          <w:sz w:val="24"/>
          <w:szCs w:val="24"/>
        </w:rPr>
        <w:t>offices</w:t>
      </w:r>
      <w:r w:rsidRPr="00367B59">
        <w:rPr>
          <w:rFonts w:ascii="Arial" w:eastAsiaTheme="minorEastAsia" w:hAnsi="Arial" w:cs="Arial"/>
          <w:spacing w:val="-13"/>
          <w:w w:val="105"/>
          <w:sz w:val="24"/>
          <w:szCs w:val="24"/>
        </w:rPr>
        <w:t xml:space="preserve"> </w:t>
      </w:r>
      <w:r w:rsidRPr="00367B59">
        <w:rPr>
          <w:rFonts w:ascii="Arial" w:eastAsiaTheme="minorEastAsia" w:hAnsi="Arial" w:cs="Arial"/>
          <w:w w:val="105"/>
          <w:sz w:val="24"/>
          <w:szCs w:val="24"/>
        </w:rPr>
        <w:t>in</w:t>
      </w:r>
      <w:r w:rsidRPr="00367B59">
        <w:rPr>
          <w:rFonts w:ascii="Arial" w:eastAsiaTheme="minorEastAsia" w:hAnsi="Arial" w:cs="Arial"/>
          <w:spacing w:val="-13"/>
          <w:w w:val="105"/>
          <w:sz w:val="24"/>
          <w:szCs w:val="24"/>
        </w:rPr>
        <w:t xml:space="preserve"> </w:t>
      </w:r>
      <w:r w:rsidRPr="00367B59">
        <w:rPr>
          <w:rFonts w:ascii="Arial" w:eastAsiaTheme="minorEastAsia" w:hAnsi="Arial" w:cs="Arial"/>
          <w:w w:val="105"/>
          <w:sz w:val="24"/>
          <w:szCs w:val="24"/>
        </w:rPr>
        <w:t>Holborn,</w:t>
      </w:r>
      <w:r w:rsidRPr="00367B59">
        <w:rPr>
          <w:rFonts w:ascii="Arial" w:eastAsiaTheme="minorEastAsia" w:hAnsi="Arial" w:cs="Arial"/>
          <w:spacing w:val="-13"/>
          <w:w w:val="105"/>
          <w:sz w:val="24"/>
          <w:szCs w:val="24"/>
        </w:rPr>
        <w:t xml:space="preserve"> </w:t>
      </w:r>
      <w:r w:rsidRPr="00367B59">
        <w:rPr>
          <w:rFonts w:ascii="Arial" w:eastAsiaTheme="minorEastAsia" w:hAnsi="Arial" w:cs="Arial"/>
          <w:w w:val="105"/>
          <w:sz w:val="24"/>
          <w:szCs w:val="24"/>
        </w:rPr>
        <w:t>Putney</w:t>
      </w:r>
      <w:r w:rsidRPr="00367B59">
        <w:rPr>
          <w:rFonts w:ascii="Arial" w:eastAsiaTheme="minorEastAsia" w:hAnsi="Arial" w:cs="Arial"/>
          <w:spacing w:val="-13"/>
          <w:w w:val="105"/>
          <w:sz w:val="24"/>
          <w:szCs w:val="24"/>
        </w:rPr>
        <w:t xml:space="preserve"> </w:t>
      </w:r>
      <w:r w:rsidRPr="00367B59">
        <w:rPr>
          <w:rFonts w:ascii="Arial" w:eastAsiaTheme="minorEastAsia" w:hAnsi="Arial" w:cs="Arial"/>
          <w:w w:val="105"/>
          <w:sz w:val="24"/>
          <w:szCs w:val="24"/>
        </w:rPr>
        <w:t>and</w:t>
      </w:r>
      <w:r w:rsidRPr="00367B59">
        <w:rPr>
          <w:rFonts w:ascii="Arial" w:eastAsiaTheme="minorEastAsia" w:hAnsi="Arial" w:cs="Arial"/>
          <w:spacing w:val="-13"/>
          <w:w w:val="105"/>
          <w:sz w:val="24"/>
          <w:szCs w:val="24"/>
        </w:rPr>
        <w:t xml:space="preserve"> </w:t>
      </w:r>
      <w:r w:rsidRPr="00367B59">
        <w:rPr>
          <w:rFonts w:ascii="Arial" w:eastAsiaTheme="minorEastAsia" w:hAnsi="Arial" w:cs="Arial"/>
          <w:w w:val="105"/>
          <w:sz w:val="24"/>
          <w:szCs w:val="24"/>
        </w:rPr>
        <w:t xml:space="preserve">Kingston as </w:t>
      </w:r>
      <w:proofErr w:type="gramStart"/>
      <w:r w:rsidRPr="00367B59">
        <w:rPr>
          <w:rFonts w:ascii="Arial" w:eastAsiaTheme="minorEastAsia" w:hAnsi="Arial" w:cs="Arial"/>
          <w:w w:val="105"/>
          <w:sz w:val="24"/>
          <w:szCs w:val="24"/>
        </w:rPr>
        <w:t>required</w:t>
      </w:r>
      <w:proofErr w:type="gramEnd"/>
      <w:r w:rsidRPr="00367B59">
        <w:rPr>
          <w:rFonts w:ascii="Arial" w:eastAsiaTheme="minorEastAsia" w:hAnsi="Arial" w:cs="Arial"/>
          <w:w w:val="105"/>
          <w:sz w:val="24"/>
          <w:szCs w:val="24"/>
        </w:rPr>
        <w:t xml:space="preserve"> with this role, a minimum of 3 days a week.</w:t>
      </w:r>
    </w:p>
    <w:p w14:paraId="526F0E7B" w14:textId="5B569795" w:rsidR="008E5019" w:rsidRPr="00367B59" w:rsidRDefault="008E5019" w:rsidP="008E5019">
      <w:pPr>
        <w:pStyle w:val="ListParagraph"/>
        <w:numPr>
          <w:ilvl w:val="0"/>
          <w:numId w:val="14"/>
        </w:numPr>
        <w:autoSpaceDE w:val="0"/>
        <w:autoSpaceDN w:val="0"/>
        <w:adjustRightInd w:val="0"/>
        <w:spacing w:line="360" w:lineRule="auto"/>
        <w:rPr>
          <w:rFonts w:ascii="Arial" w:eastAsiaTheme="minorEastAsia" w:hAnsi="Arial" w:cs="Arial"/>
          <w:b/>
          <w:bCs/>
          <w:w w:val="0"/>
          <w:sz w:val="24"/>
          <w:szCs w:val="24"/>
        </w:rPr>
      </w:pPr>
      <w:r w:rsidRPr="00367B59">
        <w:rPr>
          <w:rFonts w:ascii="Arial" w:eastAsiaTheme="minorEastAsia" w:hAnsi="Arial" w:cs="Arial"/>
          <w:w w:val="105"/>
          <w:sz w:val="24"/>
          <w:szCs w:val="24"/>
        </w:rPr>
        <w:t>For the right candidate there will be an opportunity for advancement in the firm. We are an equal opportunities employer.</w:t>
      </w:r>
    </w:p>
    <w:p w14:paraId="53B2F9FB" w14:textId="77777777" w:rsidR="00367B59" w:rsidRDefault="00367B59" w:rsidP="008E5019">
      <w:pPr>
        <w:autoSpaceDE w:val="0"/>
        <w:autoSpaceDN w:val="0"/>
        <w:adjustRightInd w:val="0"/>
        <w:spacing w:line="360" w:lineRule="auto"/>
        <w:rPr>
          <w:rFonts w:ascii="Arial" w:eastAsiaTheme="minorEastAsia" w:hAnsi="Arial" w:cs="Arial"/>
          <w:w w:val="105"/>
          <w:sz w:val="24"/>
          <w:szCs w:val="24"/>
        </w:rPr>
      </w:pPr>
    </w:p>
    <w:p w14:paraId="1ABADB91" w14:textId="77777777" w:rsidR="00367B59" w:rsidRDefault="00367B59" w:rsidP="008E5019">
      <w:pPr>
        <w:autoSpaceDE w:val="0"/>
        <w:autoSpaceDN w:val="0"/>
        <w:adjustRightInd w:val="0"/>
        <w:spacing w:line="360" w:lineRule="auto"/>
        <w:rPr>
          <w:rFonts w:ascii="Arial" w:eastAsiaTheme="minorEastAsia" w:hAnsi="Arial" w:cs="Arial"/>
          <w:w w:val="105"/>
          <w:sz w:val="24"/>
          <w:szCs w:val="24"/>
        </w:rPr>
      </w:pPr>
    </w:p>
    <w:p w14:paraId="4300C8FD" w14:textId="142CEE33"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r w:rsidRPr="008E5019">
        <w:rPr>
          <w:rFonts w:ascii="Arial" w:eastAsiaTheme="minorEastAsia" w:hAnsi="Arial" w:cs="Arial"/>
          <w:w w:val="90"/>
          <w:sz w:val="24"/>
          <w:szCs w:val="24"/>
        </w:rPr>
        <w:t>Salary</w:t>
      </w:r>
      <w:r w:rsidRPr="008E5019">
        <w:rPr>
          <w:rFonts w:ascii="Arial" w:eastAsiaTheme="minorEastAsia" w:hAnsi="Arial" w:cs="Arial"/>
          <w:spacing w:val="-1"/>
          <w:w w:val="0"/>
          <w:sz w:val="24"/>
          <w:szCs w:val="24"/>
        </w:rPr>
        <w:t xml:space="preserve"> </w:t>
      </w:r>
      <w:r w:rsidRPr="008E5019">
        <w:rPr>
          <w:rFonts w:ascii="Arial" w:eastAsiaTheme="minorEastAsia" w:hAnsi="Arial" w:cs="Arial"/>
          <w:w w:val="90"/>
          <w:sz w:val="24"/>
          <w:szCs w:val="24"/>
        </w:rPr>
        <w:t>and</w:t>
      </w:r>
      <w:r w:rsidRPr="008E5019">
        <w:rPr>
          <w:rFonts w:ascii="Arial" w:eastAsiaTheme="minorEastAsia" w:hAnsi="Arial" w:cs="Arial"/>
          <w:spacing w:val="-1"/>
          <w:w w:val="0"/>
          <w:sz w:val="24"/>
          <w:szCs w:val="24"/>
        </w:rPr>
        <w:t xml:space="preserve"> </w:t>
      </w:r>
      <w:r w:rsidRPr="008E5019">
        <w:rPr>
          <w:rFonts w:ascii="Arial" w:eastAsiaTheme="minorEastAsia" w:hAnsi="Arial" w:cs="Arial"/>
          <w:spacing w:val="-2"/>
          <w:w w:val="90"/>
          <w:sz w:val="24"/>
          <w:szCs w:val="24"/>
        </w:rPr>
        <w:t>benefits</w:t>
      </w:r>
    </w:p>
    <w:p w14:paraId="102B733F" w14:textId="77777777" w:rsidR="008E5019" w:rsidRPr="008E5019" w:rsidRDefault="008E5019" w:rsidP="008E5019">
      <w:pPr>
        <w:autoSpaceDE w:val="0"/>
        <w:autoSpaceDN w:val="0"/>
        <w:adjustRightInd w:val="0"/>
        <w:spacing w:line="360" w:lineRule="auto"/>
        <w:rPr>
          <w:rFonts w:ascii="Arial" w:eastAsiaTheme="minorEastAsia" w:hAnsi="Arial" w:cs="Arial"/>
          <w:b/>
          <w:bCs/>
          <w:w w:val="0"/>
          <w:sz w:val="24"/>
          <w:szCs w:val="24"/>
        </w:rPr>
      </w:pPr>
    </w:p>
    <w:p w14:paraId="6DF0E97D"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r w:rsidRPr="008E5019">
        <w:rPr>
          <w:rFonts w:ascii="Arial" w:eastAsiaTheme="minorEastAsia" w:hAnsi="Arial" w:cs="Arial"/>
          <w:w w:val="105"/>
          <w:sz w:val="24"/>
          <w:szCs w:val="24"/>
        </w:rPr>
        <w:t>We</w:t>
      </w:r>
      <w:r w:rsidRPr="008E5019">
        <w:rPr>
          <w:rFonts w:ascii="Arial" w:eastAsiaTheme="minorEastAsia" w:hAnsi="Arial" w:cs="Arial"/>
          <w:spacing w:val="-17"/>
          <w:w w:val="105"/>
          <w:sz w:val="24"/>
          <w:szCs w:val="24"/>
        </w:rPr>
        <w:t xml:space="preserve"> </w:t>
      </w:r>
      <w:r w:rsidRPr="008E5019">
        <w:rPr>
          <w:rFonts w:ascii="Arial" w:eastAsiaTheme="minorEastAsia" w:hAnsi="Arial" w:cs="Arial"/>
          <w:w w:val="105"/>
          <w:sz w:val="24"/>
          <w:szCs w:val="24"/>
        </w:rPr>
        <w:t>offer</w:t>
      </w:r>
      <w:r w:rsidRPr="008E5019">
        <w:rPr>
          <w:rFonts w:ascii="Arial" w:eastAsiaTheme="minorEastAsia" w:hAnsi="Arial" w:cs="Arial"/>
          <w:spacing w:val="-16"/>
          <w:w w:val="105"/>
          <w:sz w:val="24"/>
          <w:szCs w:val="24"/>
        </w:rPr>
        <w:t xml:space="preserve"> </w:t>
      </w:r>
      <w:r w:rsidRPr="008E5019">
        <w:rPr>
          <w:rFonts w:ascii="Arial" w:eastAsiaTheme="minorEastAsia" w:hAnsi="Arial" w:cs="Arial"/>
          <w:w w:val="105"/>
          <w:sz w:val="24"/>
          <w:szCs w:val="24"/>
        </w:rPr>
        <w:t>competitive</w:t>
      </w:r>
      <w:r w:rsidRPr="008E5019">
        <w:rPr>
          <w:rFonts w:ascii="Arial" w:eastAsiaTheme="minorEastAsia" w:hAnsi="Arial" w:cs="Arial"/>
          <w:spacing w:val="-16"/>
          <w:w w:val="105"/>
          <w:sz w:val="24"/>
          <w:szCs w:val="24"/>
        </w:rPr>
        <w:t xml:space="preserve"> </w:t>
      </w:r>
      <w:r w:rsidRPr="008E5019">
        <w:rPr>
          <w:rFonts w:ascii="Arial" w:eastAsiaTheme="minorEastAsia" w:hAnsi="Arial" w:cs="Arial"/>
          <w:w w:val="105"/>
          <w:sz w:val="24"/>
          <w:szCs w:val="24"/>
        </w:rPr>
        <w:t>salaries</w:t>
      </w:r>
      <w:r w:rsidRPr="008E5019">
        <w:rPr>
          <w:rFonts w:ascii="Arial" w:eastAsiaTheme="minorEastAsia" w:hAnsi="Arial" w:cs="Arial"/>
          <w:spacing w:val="-16"/>
          <w:w w:val="105"/>
          <w:sz w:val="24"/>
          <w:szCs w:val="24"/>
        </w:rPr>
        <w:t xml:space="preserve"> </w:t>
      </w:r>
      <w:r w:rsidRPr="008E5019">
        <w:rPr>
          <w:rFonts w:ascii="Arial" w:eastAsiaTheme="minorEastAsia" w:hAnsi="Arial" w:cs="Arial"/>
          <w:w w:val="105"/>
          <w:sz w:val="24"/>
          <w:szCs w:val="24"/>
        </w:rPr>
        <w:t>and</w:t>
      </w:r>
      <w:r w:rsidRPr="008E5019">
        <w:rPr>
          <w:rFonts w:ascii="Arial" w:eastAsiaTheme="minorEastAsia" w:hAnsi="Arial" w:cs="Arial"/>
          <w:spacing w:val="-16"/>
          <w:w w:val="105"/>
          <w:sz w:val="24"/>
          <w:szCs w:val="24"/>
        </w:rPr>
        <w:t xml:space="preserve"> </w:t>
      </w:r>
      <w:r w:rsidRPr="008E5019">
        <w:rPr>
          <w:rFonts w:ascii="Arial" w:eastAsiaTheme="minorEastAsia" w:hAnsi="Arial" w:cs="Arial"/>
          <w:w w:val="105"/>
          <w:sz w:val="24"/>
          <w:szCs w:val="24"/>
        </w:rPr>
        <w:t>generous</w:t>
      </w:r>
      <w:r w:rsidRPr="008E5019">
        <w:rPr>
          <w:rFonts w:ascii="Arial" w:eastAsiaTheme="minorEastAsia" w:hAnsi="Arial" w:cs="Arial"/>
          <w:spacing w:val="-16"/>
          <w:w w:val="105"/>
          <w:sz w:val="24"/>
          <w:szCs w:val="24"/>
        </w:rPr>
        <w:t xml:space="preserve"> </w:t>
      </w:r>
      <w:r w:rsidRPr="008E5019">
        <w:rPr>
          <w:rFonts w:ascii="Arial" w:eastAsiaTheme="minorEastAsia" w:hAnsi="Arial" w:cs="Arial"/>
          <w:spacing w:val="-2"/>
          <w:w w:val="105"/>
          <w:sz w:val="24"/>
          <w:szCs w:val="24"/>
        </w:rPr>
        <w:t>benefits.</w:t>
      </w:r>
    </w:p>
    <w:p w14:paraId="4E3A43B1"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p>
    <w:p w14:paraId="2C43AAB4"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r w:rsidRPr="008E5019">
        <w:rPr>
          <w:rFonts w:ascii="Arial" w:eastAsiaTheme="minorEastAsia" w:hAnsi="Arial" w:cs="Arial"/>
          <w:w w:val="90"/>
          <w:sz w:val="24"/>
          <w:szCs w:val="24"/>
        </w:rPr>
        <w:t>For</w:t>
      </w:r>
      <w:r w:rsidRPr="008E5019">
        <w:rPr>
          <w:rFonts w:ascii="Arial" w:eastAsiaTheme="minorEastAsia" w:hAnsi="Arial" w:cs="Arial"/>
          <w:spacing w:val="6"/>
          <w:w w:val="0"/>
          <w:sz w:val="24"/>
          <w:szCs w:val="24"/>
        </w:rPr>
        <w:t xml:space="preserve"> </w:t>
      </w:r>
      <w:r w:rsidRPr="008E5019">
        <w:rPr>
          <w:rFonts w:ascii="Arial" w:eastAsiaTheme="minorEastAsia" w:hAnsi="Arial" w:cs="Arial"/>
          <w:w w:val="90"/>
          <w:sz w:val="24"/>
          <w:szCs w:val="24"/>
        </w:rPr>
        <w:t>more</w:t>
      </w:r>
      <w:r w:rsidRPr="008E5019">
        <w:rPr>
          <w:rFonts w:ascii="Arial" w:eastAsiaTheme="minorEastAsia" w:hAnsi="Arial" w:cs="Arial"/>
          <w:spacing w:val="6"/>
          <w:w w:val="0"/>
          <w:sz w:val="24"/>
          <w:szCs w:val="24"/>
        </w:rPr>
        <w:t xml:space="preserve"> </w:t>
      </w:r>
      <w:r w:rsidRPr="008E5019">
        <w:rPr>
          <w:rFonts w:ascii="Arial" w:eastAsiaTheme="minorEastAsia" w:hAnsi="Arial" w:cs="Arial"/>
          <w:w w:val="90"/>
          <w:sz w:val="24"/>
          <w:szCs w:val="24"/>
        </w:rPr>
        <w:t>information</w:t>
      </w:r>
      <w:r w:rsidRPr="008E5019">
        <w:rPr>
          <w:rFonts w:ascii="Arial" w:eastAsiaTheme="minorEastAsia" w:hAnsi="Arial" w:cs="Arial"/>
          <w:spacing w:val="6"/>
          <w:w w:val="0"/>
          <w:sz w:val="24"/>
          <w:szCs w:val="24"/>
        </w:rPr>
        <w:t xml:space="preserve"> </w:t>
      </w:r>
      <w:r w:rsidRPr="008E5019">
        <w:rPr>
          <w:rFonts w:ascii="Arial" w:eastAsiaTheme="minorEastAsia" w:hAnsi="Arial" w:cs="Arial"/>
          <w:w w:val="90"/>
          <w:sz w:val="24"/>
          <w:szCs w:val="24"/>
        </w:rPr>
        <w:t>or</w:t>
      </w:r>
      <w:r w:rsidRPr="008E5019">
        <w:rPr>
          <w:rFonts w:ascii="Arial" w:eastAsiaTheme="minorEastAsia" w:hAnsi="Arial" w:cs="Arial"/>
          <w:spacing w:val="6"/>
          <w:w w:val="0"/>
          <w:sz w:val="24"/>
          <w:szCs w:val="24"/>
        </w:rPr>
        <w:t xml:space="preserve"> </w:t>
      </w:r>
      <w:r w:rsidRPr="008E5019">
        <w:rPr>
          <w:rFonts w:ascii="Arial" w:eastAsiaTheme="minorEastAsia" w:hAnsi="Arial" w:cs="Arial"/>
          <w:w w:val="90"/>
          <w:sz w:val="24"/>
          <w:szCs w:val="24"/>
        </w:rPr>
        <w:t>to</w:t>
      </w:r>
      <w:r w:rsidRPr="008E5019">
        <w:rPr>
          <w:rFonts w:ascii="Arial" w:eastAsiaTheme="minorEastAsia" w:hAnsi="Arial" w:cs="Arial"/>
          <w:spacing w:val="6"/>
          <w:w w:val="0"/>
          <w:sz w:val="24"/>
          <w:szCs w:val="24"/>
        </w:rPr>
        <w:t xml:space="preserve"> </w:t>
      </w:r>
      <w:r w:rsidRPr="008E5019">
        <w:rPr>
          <w:rFonts w:ascii="Arial" w:eastAsiaTheme="minorEastAsia" w:hAnsi="Arial" w:cs="Arial"/>
          <w:w w:val="90"/>
          <w:sz w:val="24"/>
          <w:szCs w:val="24"/>
        </w:rPr>
        <w:t>apply</w:t>
      </w:r>
      <w:r w:rsidRPr="008E5019">
        <w:rPr>
          <w:rFonts w:ascii="Arial" w:eastAsiaTheme="minorEastAsia" w:hAnsi="Arial" w:cs="Arial"/>
          <w:spacing w:val="6"/>
          <w:w w:val="0"/>
          <w:sz w:val="24"/>
          <w:szCs w:val="24"/>
        </w:rPr>
        <w:t xml:space="preserve"> </w:t>
      </w:r>
      <w:r w:rsidRPr="008E5019">
        <w:rPr>
          <w:rFonts w:ascii="Arial" w:eastAsiaTheme="minorEastAsia" w:hAnsi="Arial" w:cs="Arial"/>
          <w:w w:val="90"/>
          <w:sz w:val="24"/>
          <w:szCs w:val="24"/>
        </w:rPr>
        <w:t>please</w:t>
      </w:r>
      <w:r w:rsidRPr="008E5019">
        <w:rPr>
          <w:rFonts w:ascii="Arial" w:eastAsiaTheme="minorEastAsia" w:hAnsi="Arial" w:cs="Arial"/>
          <w:spacing w:val="6"/>
          <w:w w:val="0"/>
          <w:sz w:val="24"/>
          <w:szCs w:val="24"/>
        </w:rPr>
        <w:t xml:space="preserve"> </w:t>
      </w:r>
      <w:r w:rsidRPr="008E5019">
        <w:rPr>
          <w:rFonts w:ascii="Arial" w:eastAsiaTheme="minorEastAsia" w:hAnsi="Arial" w:cs="Arial"/>
          <w:w w:val="90"/>
          <w:sz w:val="24"/>
          <w:szCs w:val="24"/>
        </w:rPr>
        <w:t>follow</w:t>
      </w:r>
      <w:r w:rsidRPr="008E5019">
        <w:rPr>
          <w:rFonts w:ascii="Arial" w:eastAsiaTheme="minorEastAsia" w:hAnsi="Arial" w:cs="Arial"/>
          <w:spacing w:val="6"/>
          <w:w w:val="0"/>
          <w:sz w:val="24"/>
          <w:szCs w:val="24"/>
        </w:rPr>
        <w:t xml:space="preserve"> </w:t>
      </w:r>
      <w:r w:rsidRPr="008E5019">
        <w:rPr>
          <w:rFonts w:ascii="Arial" w:eastAsiaTheme="minorEastAsia" w:hAnsi="Arial" w:cs="Arial"/>
          <w:w w:val="90"/>
          <w:sz w:val="24"/>
          <w:szCs w:val="24"/>
        </w:rPr>
        <w:t>the</w:t>
      </w:r>
      <w:r w:rsidRPr="008E5019">
        <w:rPr>
          <w:rFonts w:ascii="Arial" w:eastAsiaTheme="minorEastAsia" w:hAnsi="Arial" w:cs="Arial"/>
          <w:spacing w:val="6"/>
          <w:w w:val="0"/>
          <w:sz w:val="24"/>
          <w:szCs w:val="24"/>
        </w:rPr>
        <w:t xml:space="preserve"> </w:t>
      </w:r>
      <w:r w:rsidRPr="008E5019">
        <w:rPr>
          <w:rFonts w:ascii="Arial" w:eastAsiaTheme="minorEastAsia" w:hAnsi="Arial" w:cs="Arial"/>
          <w:w w:val="90"/>
          <w:sz w:val="24"/>
          <w:szCs w:val="24"/>
        </w:rPr>
        <w:t>link</w:t>
      </w:r>
      <w:r w:rsidRPr="008E5019">
        <w:rPr>
          <w:rFonts w:ascii="Arial" w:eastAsiaTheme="minorEastAsia" w:hAnsi="Arial" w:cs="Arial"/>
          <w:spacing w:val="6"/>
          <w:w w:val="0"/>
          <w:sz w:val="24"/>
          <w:szCs w:val="24"/>
        </w:rPr>
        <w:t xml:space="preserve"> </w:t>
      </w:r>
      <w:r w:rsidRPr="008E5019">
        <w:rPr>
          <w:rFonts w:ascii="Arial" w:eastAsiaTheme="minorEastAsia" w:hAnsi="Arial" w:cs="Arial"/>
          <w:w w:val="90"/>
          <w:sz w:val="24"/>
          <w:szCs w:val="24"/>
        </w:rPr>
        <w:t>on</w:t>
      </w:r>
      <w:r w:rsidRPr="008E5019">
        <w:rPr>
          <w:rFonts w:ascii="Arial" w:eastAsiaTheme="minorEastAsia" w:hAnsi="Arial" w:cs="Arial"/>
          <w:spacing w:val="6"/>
          <w:w w:val="0"/>
          <w:sz w:val="24"/>
          <w:szCs w:val="24"/>
        </w:rPr>
        <w:t xml:space="preserve"> </w:t>
      </w:r>
      <w:r w:rsidRPr="008E5019">
        <w:rPr>
          <w:rFonts w:ascii="Arial" w:eastAsiaTheme="minorEastAsia" w:hAnsi="Arial" w:cs="Arial"/>
          <w:w w:val="90"/>
          <w:sz w:val="24"/>
          <w:szCs w:val="24"/>
        </w:rPr>
        <w:t>the</w:t>
      </w:r>
      <w:r w:rsidRPr="008E5019">
        <w:rPr>
          <w:rFonts w:ascii="Arial" w:eastAsiaTheme="minorEastAsia" w:hAnsi="Arial" w:cs="Arial"/>
          <w:spacing w:val="6"/>
          <w:w w:val="0"/>
          <w:sz w:val="24"/>
          <w:szCs w:val="24"/>
        </w:rPr>
        <w:t xml:space="preserve"> </w:t>
      </w:r>
      <w:r w:rsidRPr="008E5019">
        <w:rPr>
          <w:rFonts w:ascii="Arial" w:eastAsiaTheme="minorEastAsia" w:hAnsi="Arial" w:cs="Arial"/>
          <w:spacing w:val="-2"/>
          <w:w w:val="90"/>
          <w:sz w:val="24"/>
          <w:szCs w:val="24"/>
        </w:rPr>
        <w:t>portal.</w:t>
      </w:r>
    </w:p>
    <w:p w14:paraId="3AF88738" w14:textId="77777777" w:rsidR="008E5019" w:rsidRPr="008E5019" w:rsidRDefault="008E5019" w:rsidP="008E5019">
      <w:pPr>
        <w:autoSpaceDE w:val="0"/>
        <w:autoSpaceDN w:val="0"/>
        <w:adjustRightInd w:val="0"/>
        <w:spacing w:line="360" w:lineRule="auto"/>
        <w:rPr>
          <w:rFonts w:ascii="Arial" w:eastAsiaTheme="minorEastAsia" w:hAnsi="Arial" w:cs="Arial"/>
          <w:b/>
          <w:bCs/>
          <w:w w:val="0"/>
          <w:sz w:val="24"/>
          <w:szCs w:val="24"/>
        </w:rPr>
      </w:pPr>
    </w:p>
    <w:p w14:paraId="6B684249"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r w:rsidRPr="008E5019">
        <w:rPr>
          <w:rFonts w:ascii="Arial" w:eastAsiaTheme="minorEastAsia" w:hAnsi="Arial" w:cs="Arial"/>
          <w:w w:val="105"/>
          <w:sz w:val="24"/>
          <w:szCs w:val="24"/>
        </w:rPr>
        <w:t xml:space="preserve">We welcome direct applications. If you would like any further information about the </w:t>
      </w:r>
      <w:proofErr w:type="gramStart"/>
      <w:r w:rsidRPr="008E5019">
        <w:rPr>
          <w:rFonts w:ascii="Arial" w:eastAsiaTheme="minorEastAsia" w:hAnsi="Arial" w:cs="Arial"/>
          <w:w w:val="105"/>
          <w:sz w:val="24"/>
          <w:szCs w:val="24"/>
        </w:rPr>
        <w:t>firm</w:t>
      </w:r>
      <w:proofErr w:type="gramEnd"/>
      <w:r w:rsidRPr="008E5019">
        <w:rPr>
          <w:rFonts w:ascii="Arial" w:eastAsiaTheme="minorEastAsia" w:hAnsi="Arial" w:cs="Arial"/>
          <w:w w:val="105"/>
          <w:sz w:val="24"/>
          <w:szCs w:val="24"/>
        </w:rPr>
        <w:t xml:space="preserve"> please contact a member of the HR team.</w:t>
      </w:r>
    </w:p>
    <w:p w14:paraId="19C3EDA6" w14:textId="77777777" w:rsidR="008E5019" w:rsidRPr="008E5019" w:rsidRDefault="008E5019" w:rsidP="008E5019">
      <w:pPr>
        <w:autoSpaceDE w:val="0"/>
        <w:autoSpaceDN w:val="0"/>
        <w:adjustRightInd w:val="0"/>
        <w:spacing w:line="360" w:lineRule="auto"/>
        <w:rPr>
          <w:rFonts w:ascii="Arial" w:eastAsiaTheme="minorEastAsia" w:hAnsi="Arial" w:cs="Arial"/>
          <w:i/>
          <w:iCs/>
          <w:w w:val="0"/>
          <w:sz w:val="24"/>
          <w:szCs w:val="24"/>
        </w:rPr>
      </w:pPr>
      <w:r w:rsidRPr="008E5019">
        <w:rPr>
          <w:rFonts w:ascii="Arial" w:eastAsiaTheme="minorEastAsia" w:hAnsi="Arial" w:cs="Arial"/>
          <w:i/>
          <w:iCs/>
          <w:w w:val="90"/>
          <w:sz w:val="24"/>
          <w:szCs w:val="24"/>
        </w:rPr>
        <w:t>We</w:t>
      </w:r>
      <w:r w:rsidRPr="008E5019">
        <w:rPr>
          <w:rFonts w:ascii="Arial" w:eastAsiaTheme="minorEastAsia" w:hAnsi="Arial" w:cs="Arial"/>
          <w:i/>
          <w:iCs/>
          <w:spacing w:val="-23"/>
          <w:w w:val="90"/>
          <w:sz w:val="24"/>
          <w:szCs w:val="24"/>
        </w:rPr>
        <w:t xml:space="preserve"> </w:t>
      </w:r>
      <w:r w:rsidRPr="008E5019">
        <w:rPr>
          <w:rFonts w:ascii="Arial" w:eastAsiaTheme="minorEastAsia" w:hAnsi="Arial" w:cs="Arial"/>
          <w:i/>
          <w:iCs/>
          <w:w w:val="90"/>
          <w:sz w:val="24"/>
          <w:szCs w:val="24"/>
        </w:rPr>
        <w:t>have</w:t>
      </w:r>
      <w:r w:rsidRPr="008E5019">
        <w:rPr>
          <w:rFonts w:ascii="Arial" w:eastAsiaTheme="minorEastAsia" w:hAnsi="Arial" w:cs="Arial"/>
          <w:i/>
          <w:iCs/>
          <w:spacing w:val="-23"/>
          <w:w w:val="90"/>
          <w:sz w:val="24"/>
          <w:szCs w:val="24"/>
        </w:rPr>
        <w:t xml:space="preserve"> </w:t>
      </w:r>
      <w:r w:rsidRPr="008E5019">
        <w:rPr>
          <w:rFonts w:ascii="Arial" w:eastAsiaTheme="minorEastAsia" w:hAnsi="Arial" w:cs="Arial"/>
          <w:i/>
          <w:iCs/>
          <w:w w:val="90"/>
          <w:sz w:val="24"/>
          <w:szCs w:val="24"/>
        </w:rPr>
        <w:t>a</w:t>
      </w:r>
      <w:r w:rsidRPr="008E5019">
        <w:rPr>
          <w:rFonts w:ascii="Arial" w:eastAsiaTheme="minorEastAsia" w:hAnsi="Arial" w:cs="Arial"/>
          <w:i/>
          <w:iCs/>
          <w:spacing w:val="-23"/>
          <w:w w:val="90"/>
          <w:sz w:val="24"/>
          <w:szCs w:val="24"/>
        </w:rPr>
        <w:t xml:space="preserve"> </w:t>
      </w:r>
      <w:r w:rsidRPr="008E5019">
        <w:rPr>
          <w:rFonts w:ascii="Arial" w:eastAsiaTheme="minorEastAsia" w:hAnsi="Arial" w:cs="Arial"/>
          <w:i/>
          <w:iCs/>
          <w:w w:val="90"/>
          <w:sz w:val="24"/>
          <w:szCs w:val="24"/>
        </w:rPr>
        <w:t>diverse</w:t>
      </w:r>
      <w:r w:rsidRPr="008E5019">
        <w:rPr>
          <w:rFonts w:ascii="Arial" w:eastAsiaTheme="minorEastAsia" w:hAnsi="Arial" w:cs="Arial"/>
          <w:i/>
          <w:iCs/>
          <w:spacing w:val="-23"/>
          <w:w w:val="90"/>
          <w:sz w:val="24"/>
          <w:szCs w:val="24"/>
        </w:rPr>
        <w:t xml:space="preserve"> </w:t>
      </w:r>
      <w:r w:rsidRPr="008E5019">
        <w:rPr>
          <w:rFonts w:ascii="Arial" w:eastAsiaTheme="minorEastAsia" w:hAnsi="Arial" w:cs="Arial"/>
          <w:i/>
          <w:iCs/>
          <w:w w:val="90"/>
          <w:sz w:val="24"/>
          <w:szCs w:val="24"/>
        </w:rPr>
        <w:t>workforce</w:t>
      </w:r>
      <w:r w:rsidRPr="008E5019">
        <w:rPr>
          <w:rFonts w:ascii="Arial" w:eastAsiaTheme="minorEastAsia" w:hAnsi="Arial" w:cs="Arial"/>
          <w:i/>
          <w:iCs/>
          <w:spacing w:val="-23"/>
          <w:w w:val="90"/>
          <w:sz w:val="24"/>
          <w:szCs w:val="24"/>
        </w:rPr>
        <w:t xml:space="preserve"> </w:t>
      </w:r>
      <w:r w:rsidRPr="008E5019">
        <w:rPr>
          <w:rFonts w:ascii="Arial" w:eastAsiaTheme="minorEastAsia" w:hAnsi="Arial" w:cs="Arial"/>
          <w:i/>
          <w:iCs/>
          <w:w w:val="90"/>
          <w:sz w:val="24"/>
          <w:szCs w:val="24"/>
        </w:rPr>
        <w:t>and</w:t>
      </w:r>
      <w:r w:rsidRPr="008E5019">
        <w:rPr>
          <w:rFonts w:ascii="Arial" w:eastAsiaTheme="minorEastAsia" w:hAnsi="Arial" w:cs="Arial"/>
          <w:i/>
          <w:iCs/>
          <w:spacing w:val="-23"/>
          <w:w w:val="90"/>
          <w:sz w:val="24"/>
          <w:szCs w:val="24"/>
        </w:rPr>
        <w:t xml:space="preserve"> </w:t>
      </w:r>
      <w:r w:rsidRPr="008E5019">
        <w:rPr>
          <w:rFonts w:ascii="Arial" w:eastAsiaTheme="minorEastAsia" w:hAnsi="Arial" w:cs="Arial"/>
          <w:i/>
          <w:iCs/>
          <w:w w:val="90"/>
          <w:sz w:val="24"/>
          <w:szCs w:val="24"/>
        </w:rPr>
        <w:t>aim</w:t>
      </w:r>
      <w:r w:rsidRPr="008E5019">
        <w:rPr>
          <w:rFonts w:ascii="Arial" w:eastAsiaTheme="minorEastAsia" w:hAnsi="Arial" w:cs="Arial"/>
          <w:i/>
          <w:iCs/>
          <w:spacing w:val="-23"/>
          <w:w w:val="90"/>
          <w:sz w:val="24"/>
          <w:szCs w:val="24"/>
        </w:rPr>
        <w:t xml:space="preserve"> </w:t>
      </w:r>
      <w:r w:rsidRPr="008E5019">
        <w:rPr>
          <w:rFonts w:ascii="Arial" w:eastAsiaTheme="minorEastAsia" w:hAnsi="Arial" w:cs="Arial"/>
          <w:i/>
          <w:iCs/>
          <w:w w:val="90"/>
          <w:sz w:val="24"/>
          <w:szCs w:val="24"/>
        </w:rPr>
        <w:t>to</w:t>
      </w:r>
      <w:r w:rsidRPr="008E5019">
        <w:rPr>
          <w:rFonts w:ascii="Arial" w:eastAsiaTheme="minorEastAsia" w:hAnsi="Arial" w:cs="Arial"/>
          <w:i/>
          <w:iCs/>
          <w:spacing w:val="-23"/>
          <w:w w:val="90"/>
          <w:sz w:val="24"/>
          <w:szCs w:val="24"/>
        </w:rPr>
        <w:t xml:space="preserve"> </w:t>
      </w:r>
      <w:r w:rsidRPr="008E5019">
        <w:rPr>
          <w:rFonts w:ascii="Arial" w:eastAsiaTheme="minorEastAsia" w:hAnsi="Arial" w:cs="Arial"/>
          <w:i/>
          <w:iCs/>
          <w:w w:val="90"/>
          <w:sz w:val="24"/>
          <w:szCs w:val="24"/>
        </w:rPr>
        <w:t>attract</w:t>
      </w:r>
      <w:r w:rsidRPr="008E5019">
        <w:rPr>
          <w:rFonts w:ascii="Arial" w:eastAsiaTheme="minorEastAsia" w:hAnsi="Arial" w:cs="Arial"/>
          <w:i/>
          <w:iCs/>
          <w:spacing w:val="-23"/>
          <w:w w:val="90"/>
          <w:sz w:val="24"/>
          <w:szCs w:val="24"/>
        </w:rPr>
        <w:t xml:space="preserve"> </w:t>
      </w:r>
      <w:r w:rsidRPr="008E5019">
        <w:rPr>
          <w:rFonts w:ascii="Arial" w:eastAsiaTheme="minorEastAsia" w:hAnsi="Arial" w:cs="Arial"/>
          <w:i/>
          <w:iCs/>
          <w:w w:val="90"/>
          <w:sz w:val="24"/>
          <w:szCs w:val="24"/>
        </w:rPr>
        <w:t>high</w:t>
      </w:r>
      <w:r w:rsidRPr="008E5019">
        <w:rPr>
          <w:rFonts w:ascii="Arial" w:eastAsiaTheme="minorEastAsia" w:hAnsi="Arial" w:cs="Arial"/>
          <w:i/>
          <w:iCs/>
          <w:spacing w:val="-23"/>
          <w:w w:val="90"/>
          <w:sz w:val="24"/>
          <w:szCs w:val="24"/>
        </w:rPr>
        <w:t xml:space="preserve"> </w:t>
      </w:r>
      <w:r w:rsidRPr="008E5019">
        <w:rPr>
          <w:rFonts w:ascii="Arial" w:eastAsiaTheme="minorEastAsia" w:hAnsi="Arial" w:cs="Arial"/>
          <w:i/>
          <w:iCs/>
          <w:w w:val="90"/>
          <w:sz w:val="24"/>
          <w:szCs w:val="24"/>
        </w:rPr>
        <w:t>calibre</w:t>
      </w:r>
      <w:r w:rsidRPr="008E5019">
        <w:rPr>
          <w:rFonts w:ascii="Arial" w:eastAsiaTheme="minorEastAsia" w:hAnsi="Arial" w:cs="Arial"/>
          <w:i/>
          <w:iCs/>
          <w:spacing w:val="-23"/>
          <w:w w:val="90"/>
          <w:sz w:val="24"/>
          <w:szCs w:val="24"/>
        </w:rPr>
        <w:t xml:space="preserve"> </w:t>
      </w:r>
      <w:r w:rsidRPr="008E5019">
        <w:rPr>
          <w:rFonts w:ascii="Arial" w:eastAsiaTheme="minorEastAsia" w:hAnsi="Arial" w:cs="Arial"/>
          <w:i/>
          <w:iCs/>
          <w:w w:val="90"/>
          <w:sz w:val="24"/>
          <w:szCs w:val="24"/>
        </w:rPr>
        <w:t>applicants</w:t>
      </w:r>
      <w:r w:rsidRPr="008E5019">
        <w:rPr>
          <w:rFonts w:ascii="Arial" w:eastAsiaTheme="minorEastAsia" w:hAnsi="Arial" w:cs="Arial"/>
          <w:i/>
          <w:iCs/>
          <w:spacing w:val="-23"/>
          <w:w w:val="90"/>
          <w:sz w:val="24"/>
          <w:szCs w:val="24"/>
        </w:rPr>
        <w:t xml:space="preserve"> </w:t>
      </w:r>
      <w:r w:rsidRPr="008E5019">
        <w:rPr>
          <w:rFonts w:ascii="Arial" w:eastAsiaTheme="minorEastAsia" w:hAnsi="Arial" w:cs="Arial"/>
          <w:i/>
          <w:iCs/>
          <w:w w:val="90"/>
          <w:sz w:val="24"/>
          <w:szCs w:val="24"/>
        </w:rPr>
        <w:t>that</w:t>
      </w:r>
      <w:r w:rsidRPr="008E5019">
        <w:rPr>
          <w:rFonts w:ascii="Arial" w:eastAsiaTheme="minorEastAsia" w:hAnsi="Arial" w:cs="Arial"/>
          <w:i/>
          <w:iCs/>
          <w:spacing w:val="-23"/>
          <w:w w:val="90"/>
          <w:sz w:val="24"/>
          <w:szCs w:val="24"/>
        </w:rPr>
        <w:t xml:space="preserve"> </w:t>
      </w:r>
      <w:r w:rsidRPr="008E5019">
        <w:rPr>
          <w:rFonts w:ascii="Arial" w:eastAsiaTheme="minorEastAsia" w:hAnsi="Arial" w:cs="Arial"/>
          <w:i/>
          <w:iCs/>
          <w:w w:val="90"/>
          <w:sz w:val="24"/>
          <w:szCs w:val="24"/>
        </w:rPr>
        <w:t>reflect</w:t>
      </w:r>
      <w:r w:rsidRPr="008E5019">
        <w:rPr>
          <w:rFonts w:ascii="Arial" w:eastAsiaTheme="minorEastAsia" w:hAnsi="Arial" w:cs="Arial"/>
          <w:i/>
          <w:iCs/>
          <w:spacing w:val="-23"/>
          <w:w w:val="90"/>
          <w:sz w:val="24"/>
          <w:szCs w:val="24"/>
        </w:rPr>
        <w:t xml:space="preserve"> </w:t>
      </w:r>
      <w:r w:rsidRPr="008E5019">
        <w:rPr>
          <w:rFonts w:ascii="Arial" w:eastAsiaTheme="minorEastAsia" w:hAnsi="Arial" w:cs="Arial"/>
          <w:i/>
          <w:iCs/>
          <w:w w:val="90"/>
          <w:sz w:val="24"/>
          <w:szCs w:val="24"/>
        </w:rPr>
        <w:t>the demography</w:t>
      </w:r>
      <w:r w:rsidRPr="008E5019">
        <w:rPr>
          <w:rFonts w:ascii="Arial" w:eastAsiaTheme="minorEastAsia" w:hAnsi="Arial" w:cs="Arial"/>
          <w:i/>
          <w:iCs/>
          <w:spacing w:val="-3"/>
          <w:w w:val="90"/>
          <w:sz w:val="24"/>
          <w:szCs w:val="24"/>
        </w:rPr>
        <w:t xml:space="preserve"> </w:t>
      </w:r>
      <w:r w:rsidRPr="008E5019">
        <w:rPr>
          <w:rFonts w:ascii="Arial" w:eastAsiaTheme="minorEastAsia" w:hAnsi="Arial" w:cs="Arial"/>
          <w:i/>
          <w:iCs/>
          <w:w w:val="90"/>
          <w:sz w:val="24"/>
          <w:szCs w:val="24"/>
        </w:rPr>
        <w:t>of</w:t>
      </w:r>
      <w:r w:rsidRPr="008E5019">
        <w:rPr>
          <w:rFonts w:ascii="Arial" w:eastAsiaTheme="minorEastAsia" w:hAnsi="Arial" w:cs="Arial"/>
          <w:i/>
          <w:iCs/>
          <w:spacing w:val="-3"/>
          <w:w w:val="90"/>
          <w:sz w:val="24"/>
          <w:szCs w:val="24"/>
        </w:rPr>
        <w:t xml:space="preserve"> </w:t>
      </w:r>
      <w:r w:rsidRPr="008E5019">
        <w:rPr>
          <w:rFonts w:ascii="Arial" w:eastAsiaTheme="minorEastAsia" w:hAnsi="Arial" w:cs="Arial"/>
          <w:i/>
          <w:iCs/>
          <w:w w:val="90"/>
          <w:sz w:val="24"/>
          <w:szCs w:val="24"/>
        </w:rPr>
        <w:t>our</w:t>
      </w:r>
      <w:r w:rsidRPr="008E5019">
        <w:rPr>
          <w:rFonts w:ascii="Arial" w:eastAsiaTheme="minorEastAsia" w:hAnsi="Arial" w:cs="Arial"/>
          <w:i/>
          <w:iCs/>
          <w:spacing w:val="-3"/>
          <w:w w:val="90"/>
          <w:sz w:val="24"/>
          <w:szCs w:val="24"/>
        </w:rPr>
        <w:t xml:space="preserve"> </w:t>
      </w:r>
      <w:r w:rsidRPr="008E5019">
        <w:rPr>
          <w:rFonts w:ascii="Arial" w:eastAsiaTheme="minorEastAsia" w:hAnsi="Arial" w:cs="Arial"/>
          <w:i/>
          <w:iCs/>
          <w:w w:val="90"/>
          <w:sz w:val="24"/>
          <w:szCs w:val="24"/>
        </w:rPr>
        <w:t>geographical</w:t>
      </w:r>
      <w:r w:rsidRPr="008E5019">
        <w:rPr>
          <w:rFonts w:ascii="Arial" w:eastAsiaTheme="minorEastAsia" w:hAnsi="Arial" w:cs="Arial"/>
          <w:i/>
          <w:iCs/>
          <w:spacing w:val="-3"/>
          <w:w w:val="90"/>
          <w:sz w:val="24"/>
          <w:szCs w:val="24"/>
        </w:rPr>
        <w:t xml:space="preserve"> </w:t>
      </w:r>
      <w:r w:rsidRPr="008E5019">
        <w:rPr>
          <w:rFonts w:ascii="Arial" w:eastAsiaTheme="minorEastAsia" w:hAnsi="Arial" w:cs="Arial"/>
          <w:i/>
          <w:iCs/>
          <w:w w:val="90"/>
          <w:sz w:val="24"/>
          <w:szCs w:val="24"/>
        </w:rPr>
        <w:t>location</w:t>
      </w:r>
      <w:r w:rsidRPr="008E5019">
        <w:rPr>
          <w:rFonts w:ascii="Arial" w:eastAsiaTheme="minorEastAsia" w:hAnsi="Arial" w:cs="Arial"/>
          <w:i/>
          <w:iCs/>
          <w:spacing w:val="-3"/>
          <w:w w:val="90"/>
          <w:sz w:val="24"/>
          <w:szCs w:val="24"/>
        </w:rPr>
        <w:t xml:space="preserve"> </w:t>
      </w:r>
      <w:r w:rsidRPr="008E5019">
        <w:rPr>
          <w:rFonts w:ascii="Arial" w:eastAsiaTheme="minorEastAsia" w:hAnsi="Arial" w:cs="Arial"/>
          <w:i/>
          <w:iCs/>
          <w:w w:val="90"/>
          <w:sz w:val="24"/>
          <w:szCs w:val="24"/>
        </w:rPr>
        <w:t>and</w:t>
      </w:r>
      <w:r w:rsidRPr="008E5019">
        <w:rPr>
          <w:rFonts w:ascii="Arial" w:eastAsiaTheme="minorEastAsia" w:hAnsi="Arial" w:cs="Arial"/>
          <w:i/>
          <w:iCs/>
          <w:spacing w:val="-3"/>
          <w:w w:val="90"/>
          <w:sz w:val="24"/>
          <w:szCs w:val="24"/>
        </w:rPr>
        <w:t xml:space="preserve"> </w:t>
      </w:r>
      <w:r w:rsidRPr="008E5019">
        <w:rPr>
          <w:rFonts w:ascii="Arial" w:eastAsiaTheme="minorEastAsia" w:hAnsi="Arial" w:cs="Arial"/>
          <w:i/>
          <w:iCs/>
          <w:w w:val="90"/>
          <w:sz w:val="24"/>
          <w:szCs w:val="24"/>
        </w:rPr>
        <w:t>client</w:t>
      </w:r>
      <w:r w:rsidRPr="008E5019">
        <w:rPr>
          <w:rFonts w:ascii="Arial" w:eastAsiaTheme="minorEastAsia" w:hAnsi="Arial" w:cs="Arial"/>
          <w:i/>
          <w:iCs/>
          <w:spacing w:val="-3"/>
          <w:w w:val="90"/>
          <w:sz w:val="24"/>
          <w:szCs w:val="24"/>
        </w:rPr>
        <w:t xml:space="preserve"> </w:t>
      </w:r>
      <w:r w:rsidRPr="008E5019">
        <w:rPr>
          <w:rFonts w:ascii="Arial" w:eastAsiaTheme="minorEastAsia" w:hAnsi="Arial" w:cs="Arial"/>
          <w:i/>
          <w:iCs/>
          <w:w w:val="90"/>
          <w:sz w:val="24"/>
          <w:szCs w:val="24"/>
        </w:rPr>
        <w:t>base.</w:t>
      </w:r>
      <w:r w:rsidRPr="008E5019">
        <w:rPr>
          <w:rFonts w:ascii="Arial" w:eastAsiaTheme="minorEastAsia" w:hAnsi="Arial" w:cs="Arial"/>
          <w:i/>
          <w:iCs/>
          <w:spacing w:val="-3"/>
          <w:w w:val="90"/>
          <w:sz w:val="24"/>
          <w:szCs w:val="24"/>
        </w:rPr>
        <w:t xml:space="preserve"> </w:t>
      </w:r>
      <w:r w:rsidRPr="008E5019">
        <w:rPr>
          <w:rFonts w:ascii="Arial" w:eastAsiaTheme="minorEastAsia" w:hAnsi="Arial" w:cs="Arial"/>
          <w:i/>
          <w:iCs/>
          <w:w w:val="90"/>
          <w:sz w:val="24"/>
          <w:szCs w:val="24"/>
        </w:rPr>
        <w:t>Individuals</w:t>
      </w:r>
      <w:r w:rsidRPr="008E5019">
        <w:rPr>
          <w:rFonts w:ascii="Arial" w:eastAsiaTheme="minorEastAsia" w:hAnsi="Arial" w:cs="Arial"/>
          <w:i/>
          <w:iCs/>
          <w:spacing w:val="-3"/>
          <w:w w:val="90"/>
          <w:sz w:val="24"/>
          <w:szCs w:val="24"/>
        </w:rPr>
        <w:t xml:space="preserve"> </w:t>
      </w:r>
      <w:r w:rsidRPr="008E5019">
        <w:rPr>
          <w:rFonts w:ascii="Arial" w:eastAsiaTheme="minorEastAsia" w:hAnsi="Arial" w:cs="Arial"/>
          <w:i/>
          <w:iCs/>
          <w:w w:val="90"/>
          <w:sz w:val="24"/>
          <w:szCs w:val="24"/>
        </w:rPr>
        <w:t>will</w:t>
      </w:r>
      <w:r w:rsidRPr="008E5019">
        <w:rPr>
          <w:rFonts w:ascii="Arial" w:eastAsiaTheme="minorEastAsia" w:hAnsi="Arial" w:cs="Arial"/>
          <w:i/>
          <w:iCs/>
          <w:spacing w:val="-3"/>
          <w:w w:val="90"/>
          <w:sz w:val="24"/>
          <w:szCs w:val="24"/>
        </w:rPr>
        <w:t xml:space="preserve"> </w:t>
      </w:r>
      <w:r w:rsidRPr="008E5019">
        <w:rPr>
          <w:rFonts w:ascii="Arial" w:eastAsiaTheme="minorEastAsia" w:hAnsi="Arial" w:cs="Arial"/>
          <w:i/>
          <w:iCs/>
          <w:w w:val="90"/>
          <w:sz w:val="24"/>
          <w:szCs w:val="24"/>
        </w:rPr>
        <w:t>be employed</w:t>
      </w:r>
      <w:r w:rsidRPr="008E5019">
        <w:rPr>
          <w:rFonts w:ascii="Arial" w:eastAsiaTheme="minorEastAsia" w:hAnsi="Arial" w:cs="Arial"/>
          <w:i/>
          <w:iCs/>
          <w:spacing w:val="-4"/>
          <w:w w:val="90"/>
          <w:sz w:val="24"/>
          <w:szCs w:val="24"/>
        </w:rPr>
        <w:t xml:space="preserve"> </w:t>
      </w:r>
      <w:r w:rsidRPr="008E5019">
        <w:rPr>
          <w:rFonts w:ascii="Arial" w:eastAsiaTheme="minorEastAsia" w:hAnsi="Arial" w:cs="Arial"/>
          <w:i/>
          <w:iCs/>
          <w:w w:val="90"/>
          <w:sz w:val="24"/>
          <w:szCs w:val="24"/>
        </w:rPr>
        <w:t>solely</w:t>
      </w:r>
      <w:r w:rsidRPr="008E5019">
        <w:rPr>
          <w:rFonts w:ascii="Arial" w:eastAsiaTheme="minorEastAsia" w:hAnsi="Arial" w:cs="Arial"/>
          <w:i/>
          <w:iCs/>
          <w:spacing w:val="-4"/>
          <w:w w:val="90"/>
          <w:sz w:val="24"/>
          <w:szCs w:val="24"/>
        </w:rPr>
        <w:t xml:space="preserve"> </w:t>
      </w:r>
      <w:r w:rsidRPr="008E5019">
        <w:rPr>
          <w:rFonts w:ascii="Arial" w:eastAsiaTheme="minorEastAsia" w:hAnsi="Arial" w:cs="Arial"/>
          <w:i/>
          <w:iCs/>
          <w:w w:val="90"/>
          <w:sz w:val="24"/>
          <w:szCs w:val="24"/>
        </w:rPr>
        <w:t>on</w:t>
      </w:r>
      <w:r w:rsidRPr="008E5019">
        <w:rPr>
          <w:rFonts w:ascii="Arial" w:eastAsiaTheme="minorEastAsia" w:hAnsi="Arial" w:cs="Arial"/>
          <w:i/>
          <w:iCs/>
          <w:spacing w:val="-4"/>
          <w:w w:val="90"/>
          <w:sz w:val="24"/>
          <w:szCs w:val="24"/>
        </w:rPr>
        <w:t xml:space="preserve"> </w:t>
      </w:r>
      <w:r w:rsidRPr="008E5019">
        <w:rPr>
          <w:rFonts w:ascii="Arial" w:eastAsiaTheme="minorEastAsia" w:hAnsi="Arial" w:cs="Arial"/>
          <w:i/>
          <w:iCs/>
          <w:w w:val="90"/>
          <w:sz w:val="24"/>
          <w:szCs w:val="24"/>
        </w:rPr>
        <w:t>merit</w:t>
      </w:r>
      <w:r w:rsidRPr="008E5019">
        <w:rPr>
          <w:rFonts w:ascii="Arial" w:eastAsiaTheme="minorEastAsia" w:hAnsi="Arial" w:cs="Arial"/>
          <w:i/>
          <w:iCs/>
          <w:spacing w:val="-4"/>
          <w:w w:val="90"/>
          <w:sz w:val="24"/>
          <w:szCs w:val="24"/>
        </w:rPr>
        <w:t xml:space="preserve"> </w:t>
      </w:r>
      <w:r w:rsidRPr="008E5019">
        <w:rPr>
          <w:rFonts w:ascii="Arial" w:eastAsiaTheme="minorEastAsia" w:hAnsi="Arial" w:cs="Arial"/>
          <w:i/>
          <w:iCs/>
          <w:w w:val="90"/>
          <w:sz w:val="24"/>
          <w:szCs w:val="24"/>
        </w:rPr>
        <w:t>and</w:t>
      </w:r>
      <w:r w:rsidRPr="008E5019">
        <w:rPr>
          <w:rFonts w:ascii="Arial" w:eastAsiaTheme="minorEastAsia" w:hAnsi="Arial" w:cs="Arial"/>
          <w:i/>
          <w:iCs/>
          <w:spacing w:val="-4"/>
          <w:w w:val="90"/>
          <w:sz w:val="24"/>
          <w:szCs w:val="24"/>
        </w:rPr>
        <w:t xml:space="preserve"> </w:t>
      </w:r>
      <w:r w:rsidRPr="008E5019">
        <w:rPr>
          <w:rFonts w:ascii="Arial" w:eastAsiaTheme="minorEastAsia" w:hAnsi="Arial" w:cs="Arial"/>
          <w:i/>
          <w:iCs/>
          <w:w w:val="90"/>
          <w:sz w:val="24"/>
          <w:szCs w:val="24"/>
        </w:rPr>
        <w:t>the</w:t>
      </w:r>
      <w:r w:rsidRPr="008E5019">
        <w:rPr>
          <w:rFonts w:ascii="Arial" w:eastAsiaTheme="minorEastAsia" w:hAnsi="Arial" w:cs="Arial"/>
          <w:i/>
          <w:iCs/>
          <w:spacing w:val="-4"/>
          <w:w w:val="90"/>
          <w:sz w:val="24"/>
          <w:szCs w:val="24"/>
        </w:rPr>
        <w:t xml:space="preserve"> </w:t>
      </w:r>
      <w:r w:rsidRPr="008E5019">
        <w:rPr>
          <w:rFonts w:ascii="Arial" w:eastAsiaTheme="minorEastAsia" w:hAnsi="Arial" w:cs="Arial"/>
          <w:i/>
          <w:iCs/>
          <w:w w:val="90"/>
          <w:sz w:val="24"/>
          <w:szCs w:val="24"/>
        </w:rPr>
        <w:t>requirement</w:t>
      </w:r>
      <w:r w:rsidRPr="008E5019">
        <w:rPr>
          <w:rFonts w:ascii="Arial" w:eastAsiaTheme="minorEastAsia" w:hAnsi="Arial" w:cs="Arial"/>
          <w:i/>
          <w:iCs/>
          <w:spacing w:val="-4"/>
          <w:w w:val="90"/>
          <w:sz w:val="24"/>
          <w:szCs w:val="24"/>
        </w:rPr>
        <w:t xml:space="preserve"> </w:t>
      </w:r>
      <w:r w:rsidRPr="008E5019">
        <w:rPr>
          <w:rFonts w:ascii="Arial" w:eastAsiaTheme="minorEastAsia" w:hAnsi="Arial" w:cs="Arial"/>
          <w:i/>
          <w:iCs/>
          <w:w w:val="90"/>
          <w:sz w:val="24"/>
          <w:szCs w:val="24"/>
        </w:rPr>
        <w:t>of</w:t>
      </w:r>
      <w:r w:rsidRPr="008E5019">
        <w:rPr>
          <w:rFonts w:ascii="Arial" w:eastAsiaTheme="minorEastAsia" w:hAnsi="Arial" w:cs="Arial"/>
          <w:i/>
          <w:iCs/>
          <w:spacing w:val="-4"/>
          <w:w w:val="90"/>
          <w:sz w:val="24"/>
          <w:szCs w:val="24"/>
        </w:rPr>
        <w:t xml:space="preserve"> </w:t>
      </w:r>
      <w:r w:rsidRPr="008E5019">
        <w:rPr>
          <w:rFonts w:ascii="Arial" w:eastAsiaTheme="minorEastAsia" w:hAnsi="Arial" w:cs="Arial"/>
          <w:i/>
          <w:iCs/>
          <w:w w:val="90"/>
          <w:sz w:val="24"/>
          <w:szCs w:val="24"/>
        </w:rPr>
        <w:t>the</w:t>
      </w:r>
      <w:r w:rsidRPr="008E5019">
        <w:rPr>
          <w:rFonts w:ascii="Arial" w:eastAsiaTheme="minorEastAsia" w:hAnsi="Arial" w:cs="Arial"/>
          <w:i/>
          <w:iCs/>
          <w:spacing w:val="-4"/>
          <w:w w:val="90"/>
          <w:sz w:val="24"/>
          <w:szCs w:val="24"/>
        </w:rPr>
        <w:t xml:space="preserve"> </w:t>
      </w:r>
      <w:r w:rsidRPr="008E5019">
        <w:rPr>
          <w:rFonts w:ascii="Arial" w:eastAsiaTheme="minorEastAsia" w:hAnsi="Arial" w:cs="Arial"/>
          <w:i/>
          <w:iCs/>
          <w:w w:val="90"/>
          <w:sz w:val="24"/>
          <w:szCs w:val="24"/>
        </w:rPr>
        <w:t>position.</w:t>
      </w:r>
      <w:r w:rsidRPr="008E5019">
        <w:rPr>
          <w:rFonts w:ascii="Arial" w:eastAsiaTheme="minorEastAsia" w:hAnsi="Arial" w:cs="Arial"/>
          <w:i/>
          <w:iCs/>
          <w:spacing w:val="-4"/>
          <w:w w:val="90"/>
          <w:sz w:val="24"/>
          <w:szCs w:val="24"/>
        </w:rPr>
        <w:t xml:space="preserve"> </w:t>
      </w:r>
      <w:r w:rsidRPr="008E5019">
        <w:rPr>
          <w:rFonts w:ascii="Arial" w:eastAsiaTheme="minorEastAsia" w:hAnsi="Arial" w:cs="Arial"/>
          <w:i/>
          <w:iCs/>
          <w:w w:val="90"/>
          <w:sz w:val="24"/>
          <w:szCs w:val="24"/>
        </w:rPr>
        <w:t>No</w:t>
      </w:r>
      <w:r w:rsidRPr="008E5019">
        <w:rPr>
          <w:rFonts w:ascii="Arial" w:eastAsiaTheme="minorEastAsia" w:hAnsi="Arial" w:cs="Arial"/>
          <w:i/>
          <w:iCs/>
          <w:spacing w:val="-4"/>
          <w:w w:val="90"/>
          <w:sz w:val="24"/>
          <w:szCs w:val="24"/>
        </w:rPr>
        <w:t xml:space="preserve"> </w:t>
      </w:r>
      <w:r w:rsidRPr="008E5019">
        <w:rPr>
          <w:rFonts w:ascii="Arial" w:eastAsiaTheme="minorEastAsia" w:hAnsi="Arial" w:cs="Arial"/>
          <w:i/>
          <w:iCs/>
          <w:w w:val="90"/>
          <w:sz w:val="24"/>
          <w:szCs w:val="24"/>
        </w:rPr>
        <w:t>applicant</w:t>
      </w:r>
      <w:r w:rsidRPr="008E5019">
        <w:rPr>
          <w:rFonts w:ascii="Arial" w:eastAsiaTheme="minorEastAsia" w:hAnsi="Arial" w:cs="Arial"/>
          <w:i/>
          <w:iCs/>
          <w:spacing w:val="-4"/>
          <w:w w:val="90"/>
          <w:sz w:val="24"/>
          <w:szCs w:val="24"/>
        </w:rPr>
        <w:t xml:space="preserve"> </w:t>
      </w:r>
      <w:r w:rsidRPr="008E5019">
        <w:rPr>
          <w:rFonts w:ascii="Arial" w:eastAsiaTheme="minorEastAsia" w:hAnsi="Arial" w:cs="Arial"/>
          <w:i/>
          <w:iCs/>
          <w:w w:val="90"/>
          <w:sz w:val="24"/>
          <w:szCs w:val="24"/>
        </w:rPr>
        <w:t>or employee</w:t>
      </w:r>
      <w:r w:rsidRPr="008E5019">
        <w:rPr>
          <w:rFonts w:ascii="Arial" w:eastAsiaTheme="minorEastAsia" w:hAnsi="Arial" w:cs="Arial"/>
          <w:i/>
          <w:iCs/>
          <w:spacing w:val="-24"/>
          <w:w w:val="90"/>
          <w:sz w:val="24"/>
          <w:szCs w:val="24"/>
        </w:rPr>
        <w:t xml:space="preserve"> </w:t>
      </w:r>
      <w:r w:rsidRPr="008E5019">
        <w:rPr>
          <w:rFonts w:ascii="Arial" w:eastAsiaTheme="minorEastAsia" w:hAnsi="Arial" w:cs="Arial"/>
          <w:i/>
          <w:iCs/>
          <w:w w:val="90"/>
          <w:sz w:val="24"/>
          <w:szCs w:val="24"/>
        </w:rPr>
        <w:t>receives</w:t>
      </w:r>
      <w:r w:rsidRPr="008E5019">
        <w:rPr>
          <w:rFonts w:ascii="Arial" w:eastAsiaTheme="minorEastAsia" w:hAnsi="Arial" w:cs="Arial"/>
          <w:i/>
          <w:iCs/>
          <w:spacing w:val="-23"/>
          <w:w w:val="90"/>
          <w:sz w:val="24"/>
          <w:szCs w:val="24"/>
        </w:rPr>
        <w:t xml:space="preserve"> </w:t>
      </w:r>
      <w:r w:rsidRPr="008E5019">
        <w:rPr>
          <w:rFonts w:ascii="Arial" w:eastAsiaTheme="minorEastAsia" w:hAnsi="Arial" w:cs="Arial"/>
          <w:i/>
          <w:iCs/>
          <w:w w:val="90"/>
          <w:sz w:val="24"/>
          <w:szCs w:val="24"/>
        </w:rPr>
        <w:t>less</w:t>
      </w:r>
      <w:r w:rsidRPr="008E5019">
        <w:rPr>
          <w:rFonts w:ascii="Arial" w:eastAsiaTheme="minorEastAsia" w:hAnsi="Arial" w:cs="Arial"/>
          <w:i/>
          <w:iCs/>
          <w:spacing w:val="-24"/>
          <w:w w:val="90"/>
          <w:sz w:val="24"/>
          <w:szCs w:val="24"/>
        </w:rPr>
        <w:t xml:space="preserve"> </w:t>
      </w:r>
      <w:r w:rsidRPr="008E5019">
        <w:rPr>
          <w:rFonts w:ascii="Arial" w:eastAsiaTheme="minorEastAsia" w:hAnsi="Arial" w:cs="Arial"/>
          <w:i/>
          <w:iCs/>
          <w:w w:val="90"/>
          <w:sz w:val="24"/>
          <w:szCs w:val="24"/>
        </w:rPr>
        <w:t>favourable</w:t>
      </w:r>
      <w:r w:rsidRPr="008E5019">
        <w:rPr>
          <w:rFonts w:ascii="Arial" w:eastAsiaTheme="minorEastAsia" w:hAnsi="Arial" w:cs="Arial"/>
          <w:i/>
          <w:iCs/>
          <w:spacing w:val="-23"/>
          <w:w w:val="90"/>
          <w:sz w:val="24"/>
          <w:szCs w:val="24"/>
        </w:rPr>
        <w:t xml:space="preserve"> </w:t>
      </w:r>
      <w:r w:rsidRPr="008E5019">
        <w:rPr>
          <w:rFonts w:ascii="Arial" w:eastAsiaTheme="minorEastAsia" w:hAnsi="Arial" w:cs="Arial"/>
          <w:i/>
          <w:iCs/>
          <w:w w:val="90"/>
          <w:sz w:val="24"/>
          <w:szCs w:val="24"/>
        </w:rPr>
        <w:t>treatment</w:t>
      </w:r>
      <w:r w:rsidRPr="008E5019">
        <w:rPr>
          <w:rFonts w:ascii="Arial" w:eastAsiaTheme="minorEastAsia" w:hAnsi="Arial" w:cs="Arial"/>
          <w:i/>
          <w:iCs/>
          <w:spacing w:val="-24"/>
          <w:w w:val="90"/>
          <w:sz w:val="24"/>
          <w:szCs w:val="24"/>
        </w:rPr>
        <w:t xml:space="preserve"> </w:t>
      </w:r>
      <w:r w:rsidRPr="008E5019">
        <w:rPr>
          <w:rFonts w:ascii="Arial" w:eastAsiaTheme="minorEastAsia" w:hAnsi="Arial" w:cs="Arial"/>
          <w:i/>
          <w:iCs/>
          <w:w w:val="90"/>
          <w:sz w:val="24"/>
          <w:szCs w:val="24"/>
        </w:rPr>
        <w:t>on</w:t>
      </w:r>
      <w:r w:rsidRPr="008E5019">
        <w:rPr>
          <w:rFonts w:ascii="Arial" w:eastAsiaTheme="minorEastAsia" w:hAnsi="Arial" w:cs="Arial"/>
          <w:i/>
          <w:iCs/>
          <w:spacing w:val="-23"/>
          <w:w w:val="90"/>
          <w:sz w:val="24"/>
          <w:szCs w:val="24"/>
        </w:rPr>
        <w:t xml:space="preserve"> </w:t>
      </w:r>
      <w:r w:rsidRPr="008E5019">
        <w:rPr>
          <w:rFonts w:ascii="Arial" w:eastAsiaTheme="minorEastAsia" w:hAnsi="Arial" w:cs="Arial"/>
          <w:i/>
          <w:iCs/>
          <w:w w:val="90"/>
          <w:sz w:val="24"/>
          <w:szCs w:val="24"/>
        </w:rPr>
        <w:t>the</w:t>
      </w:r>
      <w:r w:rsidRPr="008E5019">
        <w:rPr>
          <w:rFonts w:ascii="Arial" w:eastAsiaTheme="minorEastAsia" w:hAnsi="Arial" w:cs="Arial"/>
          <w:i/>
          <w:iCs/>
          <w:spacing w:val="-24"/>
          <w:w w:val="90"/>
          <w:sz w:val="24"/>
          <w:szCs w:val="24"/>
        </w:rPr>
        <w:t xml:space="preserve"> </w:t>
      </w:r>
      <w:r w:rsidRPr="008E5019">
        <w:rPr>
          <w:rFonts w:ascii="Arial" w:eastAsiaTheme="minorEastAsia" w:hAnsi="Arial" w:cs="Arial"/>
          <w:i/>
          <w:iCs/>
          <w:w w:val="90"/>
          <w:sz w:val="24"/>
          <w:szCs w:val="24"/>
        </w:rPr>
        <w:t>grounds</w:t>
      </w:r>
      <w:r w:rsidRPr="008E5019">
        <w:rPr>
          <w:rFonts w:ascii="Arial" w:eastAsiaTheme="minorEastAsia" w:hAnsi="Arial" w:cs="Arial"/>
          <w:i/>
          <w:iCs/>
          <w:spacing w:val="-23"/>
          <w:w w:val="90"/>
          <w:sz w:val="24"/>
          <w:szCs w:val="24"/>
        </w:rPr>
        <w:t xml:space="preserve"> </w:t>
      </w:r>
      <w:r w:rsidRPr="008E5019">
        <w:rPr>
          <w:rFonts w:ascii="Arial" w:eastAsiaTheme="minorEastAsia" w:hAnsi="Arial" w:cs="Arial"/>
          <w:i/>
          <w:iCs/>
          <w:w w:val="90"/>
          <w:sz w:val="24"/>
          <w:szCs w:val="24"/>
        </w:rPr>
        <w:t>of</w:t>
      </w:r>
      <w:r w:rsidRPr="008E5019">
        <w:rPr>
          <w:rFonts w:ascii="Arial" w:eastAsiaTheme="minorEastAsia" w:hAnsi="Arial" w:cs="Arial"/>
          <w:i/>
          <w:iCs/>
          <w:spacing w:val="-24"/>
          <w:w w:val="90"/>
          <w:sz w:val="24"/>
          <w:szCs w:val="24"/>
        </w:rPr>
        <w:t xml:space="preserve"> </w:t>
      </w:r>
      <w:r w:rsidRPr="008E5019">
        <w:rPr>
          <w:rFonts w:ascii="Arial" w:eastAsiaTheme="minorEastAsia" w:hAnsi="Arial" w:cs="Arial"/>
          <w:i/>
          <w:iCs/>
          <w:w w:val="90"/>
          <w:sz w:val="24"/>
          <w:szCs w:val="24"/>
        </w:rPr>
        <w:t>sex,</w:t>
      </w:r>
      <w:r w:rsidRPr="008E5019">
        <w:rPr>
          <w:rFonts w:ascii="Arial" w:eastAsiaTheme="minorEastAsia" w:hAnsi="Arial" w:cs="Arial"/>
          <w:i/>
          <w:iCs/>
          <w:spacing w:val="-23"/>
          <w:w w:val="90"/>
          <w:sz w:val="24"/>
          <w:szCs w:val="24"/>
        </w:rPr>
        <w:t xml:space="preserve"> </w:t>
      </w:r>
      <w:r w:rsidRPr="008E5019">
        <w:rPr>
          <w:rFonts w:ascii="Arial" w:eastAsiaTheme="minorEastAsia" w:hAnsi="Arial" w:cs="Arial"/>
          <w:i/>
          <w:iCs/>
          <w:w w:val="90"/>
          <w:sz w:val="24"/>
          <w:szCs w:val="24"/>
        </w:rPr>
        <w:t>race,</w:t>
      </w:r>
      <w:r w:rsidRPr="008E5019">
        <w:rPr>
          <w:rFonts w:ascii="Arial" w:eastAsiaTheme="minorEastAsia" w:hAnsi="Arial" w:cs="Arial"/>
          <w:i/>
          <w:iCs/>
          <w:spacing w:val="-24"/>
          <w:w w:val="90"/>
          <w:sz w:val="24"/>
          <w:szCs w:val="24"/>
        </w:rPr>
        <w:t xml:space="preserve"> </w:t>
      </w:r>
      <w:r w:rsidRPr="008E5019">
        <w:rPr>
          <w:rFonts w:ascii="Arial" w:eastAsiaTheme="minorEastAsia" w:hAnsi="Arial" w:cs="Arial"/>
          <w:i/>
          <w:iCs/>
          <w:w w:val="90"/>
          <w:sz w:val="24"/>
          <w:szCs w:val="24"/>
        </w:rPr>
        <w:t xml:space="preserve">marital </w:t>
      </w:r>
      <w:r w:rsidRPr="008E5019">
        <w:rPr>
          <w:rFonts w:ascii="Arial" w:eastAsiaTheme="minorEastAsia" w:hAnsi="Arial" w:cs="Arial"/>
          <w:i/>
          <w:iCs/>
          <w:spacing w:val="-2"/>
          <w:w w:val="90"/>
          <w:sz w:val="24"/>
          <w:szCs w:val="24"/>
        </w:rPr>
        <w:t>status,</w:t>
      </w:r>
      <w:r w:rsidRPr="008E5019">
        <w:rPr>
          <w:rFonts w:ascii="Arial" w:eastAsiaTheme="minorEastAsia" w:hAnsi="Arial" w:cs="Arial"/>
          <w:i/>
          <w:iCs/>
          <w:spacing w:val="-18"/>
          <w:w w:val="90"/>
          <w:sz w:val="24"/>
          <w:szCs w:val="24"/>
        </w:rPr>
        <w:t xml:space="preserve"> </w:t>
      </w:r>
      <w:r w:rsidRPr="008E5019">
        <w:rPr>
          <w:rFonts w:ascii="Arial" w:eastAsiaTheme="minorEastAsia" w:hAnsi="Arial" w:cs="Arial"/>
          <w:i/>
          <w:iCs/>
          <w:spacing w:val="-2"/>
          <w:w w:val="90"/>
          <w:sz w:val="24"/>
          <w:szCs w:val="24"/>
        </w:rPr>
        <w:t>disability,</w:t>
      </w:r>
      <w:r w:rsidRPr="008E5019">
        <w:rPr>
          <w:rFonts w:ascii="Arial" w:eastAsiaTheme="minorEastAsia" w:hAnsi="Arial" w:cs="Arial"/>
          <w:i/>
          <w:iCs/>
          <w:spacing w:val="-18"/>
          <w:w w:val="90"/>
          <w:sz w:val="24"/>
          <w:szCs w:val="24"/>
        </w:rPr>
        <w:t xml:space="preserve"> </w:t>
      </w:r>
      <w:r w:rsidRPr="008E5019">
        <w:rPr>
          <w:rFonts w:ascii="Arial" w:eastAsiaTheme="minorEastAsia" w:hAnsi="Arial" w:cs="Arial"/>
          <w:i/>
          <w:iCs/>
          <w:spacing w:val="-2"/>
          <w:w w:val="90"/>
          <w:sz w:val="24"/>
          <w:szCs w:val="24"/>
        </w:rPr>
        <w:t>age,</w:t>
      </w:r>
      <w:r w:rsidRPr="008E5019">
        <w:rPr>
          <w:rFonts w:ascii="Arial" w:eastAsiaTheme="minorEastAsia" w:hAnsi="Arial" w:cs="Arial"/>
          <w:i/>
          <w:iCs/>
          <w:spacing w:val="-18"/>
          <w:w w:val="90"/>
          <w:sz w:val="24"/>
          <w:szCs w:val="24"/>
        </w:rPr>
        <w:t xml:space="preserve"> </w:t>
      </w:r>
      <w:r w:rsidRPr="008E5019">
        <w:rPr>
          <w:rFonts w:ascii="Arial" w:eastAsiaTheme="minorEastAsia" w:hAnsi="Arial" w:cs="Arial"/>
          <w:i/>
          <w:iCs/>
          <w:spacing w:val="-2"/>
          <w:w w:val="90"/>
          <w:sz w:val="24"/>
          <w:szCs w:val="24"/>
        </w:rPr>
        <w:t>sexual</w:t>
      </w:r>
      <w:r w:rsidRPr="008E5019">
        <w:rPr>
          <w:rFonts w:ascii="Arial" w:eastAsiaTheme="minorEastAsia" w:hAnsi="Arial" w:cs="Arial"/>
          <w:i/>
          <w:iCs/>
          <w:spacing w:val="-18"/>
          <w:w w:val="90"/>
          <w:sz w:val="24"/>
          <w:szCs w:val="24"/>
        </w:rPr>
        <w:t xml:space="preserve"> </w:t>
      </w:r>
      <w:r w:rsidRPr="008E5019">
        <w:rPr>
          <w:rFonts w:ascii="Arial" w:eastAsiaTheme="minorEastAsia" w:hAnsi="Arial" w:cs="Arial"/>
          <w:i/>
          <w:iCs/>
          <w:spacing w:val="-2"/>
          <w:w w:val="90"/>
          <w:sz w:val="24"/>
          <w:szCs w:val="24"/>
        </w:rPr>
        <w:t>orientation,</w:t>
      </w:r>
      <w:r w:rsidRPr="008E5019">
        <w:rPr>
          <w:rFonts w:ascii="Arial" w:eastAsiaTheme="minorEastAsia" w:hAnsi="Arial" w:cs="Arial"/>
          <w:i/>
          <w:iCs/>
          <w:spacing w:val="-18"/>
          <w:w w:val="90"/>
          <w:sz w:val="24"/>
          <w:szCs w:val="24"/>
        </w:rPr>
        <w:t xml:space="preserve"> </w:t>
      </w:r>
      <w:r w:rsidRPr="008E5019">
        <w:rPr>
          <w:rFonts w:ascii="Arial" w:eastAsiaTheme="minorEastAsia" w:hAnsi="Arial" w:cs="Arial"/>
          <w:i/>
          <w:iCs/>
          <w:spacing w:val="-2"/>
          <w:w w:val="90"/>
          <w:sz w:val="24"/>
          <w:szCs w:val="24"/>
        </w:rPr>
        <w:t>gender</w:t>
      </w:r>
      <w:r w:rsidRPr="008E5019">
        <w:rPr>
          <w:rFonts w:ascii="Arial" w:eastAsiaTheme="minorEastAsia" w:hAnsi="Arial" w:cs="Arial"/>
          <w:i/>
          <w:iCs/>
          <w:spacing w:val="-18"/>
          <w:w w:val="90"/>
          <w:sz w:val="24"/>
          <w:szCs w:val="24"/>
        </w:rPr>
        <w:t xml:space="preserve"> </w:t>
      </w:r>
      <w:proofErr w:type="gramStart"/>
      <w:r w:rsidRPr="008E5019">
        <w:rPr>
          <w:rFonts w:ascii="Arial" w:eastAsiaTheme="minorEastAsia" w:hAnsi="Arial" w:cs="Arial"/>
          <w:i/>
          <w:iCs/>
          <w:spacing w:val="-2"/>
          <w:w w:val="90"/>
          <w:sz w:val="24"/>
          <w:szCs w:val="24"/>
        </w:rPr>
        <w:t>Identity</w:t>
      </w:r>
      <w:proofErr w:type="gramEnd"/>
      <w:r w:rsidRPr="008E5019">
        <w:rPr>
          <w:rFonts w:ascii="Arial" w:eastAsiaTheme="minorEastAsia" w:hAnsi="Arial" w:cs="Arial"/>
          <w:i/>
          <w:iCs/>
          <w:spacing w:val="-18"/>
          <w:w w:val="90"/>
          <w:sz w:val="24"/>
          <w:szCs w:val="24"/>
        </w:rPr>
        <w:t xml:space="preserve"> </w:t>
      </w:r>
      <w:r w:rsidRPr="008E5019">
        <w:rPr>
          <w:rFonts w:ascii="Arial" w:eastAsiaTheme="minorEastAsia" w:hAnsi="Arial" w:cs="Arial"/>
          <w:i/>
          <w:iCs/>
          <w:spacing w:val="-2"/>
          <w:w w:val="90"/>
          <w:sz w:val="24"/>
          <w:szCs w:val="24"/>
        </w:rPr>
        <w:t>or</w:t>
      </w:r>
      <w:r w:rsidRPr="008E5019">
        <w:rPr>
          <w:rFonts w:ascii="Arial" w:eastAsiaTheme="minorEastAsia" w:hAnsi="Arial" w:cs="Arial"/>
          <w:i/>
          <w:iCs/>
          <w:spacing w:val="-18"/>
          <w:w w:val="90"/>
          <w:sz w:val="24"/>
          <w:szCs w:val="24"/>
        </w:rPr>
        <w:t xml:space="preserve"> </w:t>
      </w:r>
      <w:r w:rsidRPr="008E5019">
        <w:rPr>
          <w:rFonts w:ascii="Arial" w:eastAsiaTheme="minorEastAsia" w:hAnsi="Arial" w:cs="Arial"/>
          <w:i/>
          <w:iCs/>
          <w:spacing w:val="-2"/>
          <w:w w:val="90"/>
          <w:sz w:val="24"/>
          <w:szCs w:val="24"/>
        </w:rPr>
        <w:t>religion.</w:t>
      </w:r>
      <w:r w:rsidRPr="008E5019">
        <w:rPr>
          <w:rFonts w:ascii="Arial" w:eastAsiaTheme="minorEastAsia" w:hAnsi="Arial" w:cs="Arial"/>
          <w:i/>
          <w:iCs/>
          <w:spacing w:val="-18"/>
          <w:w w:val="90"/>
          <w:sz w:val="24"/>
          <w:szCs w:val="24"/>
        </w:rPr>
        <w:t xml:space="preserve"> </w:t>
      </w:r>
      <w:r w:rsidRPr="008E5019">
        <w:rPr>
          <w:rFonts w:ascii="Arial" w:eastAsiaTheme="minorEastAsia" w:hAnsi="Arial" w:cs="Arial"/>
          <w:i/>
          <w:iCs/>
          <w:spacing w:val="-2"/>
          <w:w w:val="90"/>
          <w:sz w:val="24"/>
          <w:szCs w:val="24"/>
        </w:rPr>
        <w:t xml:space="preserve">Reasonable </w:t>
      </w:r>
      <w:r w:rsidRPr="008E5019">
        <w:rPr>
          <w:rFonts w:ascii="Arial" w:eastAsiaTheme="minorEastAsia" w:hAnsi="Arial" w:cs="Arial"/>
          <w:i/>
          <w:iCs/>
          <w:w w:val="90"/>
          <w:sz w:val="24"/>
          <w:szCs w:val="24"/>
        </w:rPr>
        <w:t xml:space="preserve">adjustments will </w:t>
      </w:r>
      <w:proofErr w:type="gramStart"/>
      <w:r w:rsidRPr="008E5019">
        <w:rPr>
          <w:rFonts w:ascii="Arial" w:eastAsiaTheme="minorEastAsia" w:hAnsi="Arial" w:cs="Arial"/>
          <w:i/>
          <w:iCs/>
          <w:w w:val="90"/>
          <w:sz w:val="24"/>
          <w:szCs w:val="24"/>
        </w:rPr>
        <w:t>be made</w:t>
      </w:r>
      <w:proofErr w:type="gramEnd"/>
      <w:r w:rsidRPr="008E5019">
        <w:rPr>
          <w:rFonts w:ascii="Arial" w:eastAsiaTheme="minorEastAsia" w:hAnsi="Arial" w:cs="Arial"/>
          <w:i/>
          <w:iCs/>
          <w:w w:val="90"/>
          <w:sz w:val="24"/>
          <w:szCs w:val="24"/>
        </w:rPr>
        <w:t xml:space="preserve"> to eliminate or reduce disadvantage.</w:t>
      </w:r>
    </w:p>
    <w:p w14:paraId="0C80A7FD" w14:textId="1C1EE060" w:rsidR="008E5019" w:rsidRPr="008E5019" w:rsidRDefault="008E5019" w:rsidP="008E5019">
      <w:pPr>
        <w:autoSpaceDE w:val="0"/>
        <w:autoSpaceDN w:val="0"/>
        <w:adjustRightInd w:val="0"/>
        <w:spacing w:line="360" w:lineRule="auto"/>
        <w:rPr>
          <w:rFonts w:ascii="Arial" w:eastAsiaTheme="minorEastAsia" w:hAnsi="Arial" w:cs="Arial"/>
          <w:i/>
          <w:iCs/>
          <w:w w:val="0"/>
          <w:sz w:val="24"/>
          <w:szCs w:val="24"/>
        </w:rPr>
      </w:pPr>
      <w:r w:rsidRPr="008E5019">
        <w:rPr>
          <w:rFonts w:ascii="Arial" w:eastAsiaTheme="minorEastAsia" w:hAnsi="Arial" w:cs="Arial"/>
          <w:noProof/>
          <w:w w:val="0"/>
          <w:sz w:val="24"/>
          <w:szCs w:val="24"/>
          <w:lang w:val="en"/>
        </w:rPr>
        <w:drawing>
          <wp:inline distT="0" distB="0" distL="0" distR="0" wp14:anchorId="5F7C715E" wp14:editId="46CF5C90">
            <wp:extent cx="1181100" cy="314325"/>
            <wp:effectExtent l="0" t="0" r="0" b="9525"/>
            <wp:docPr id="1649665394" name="Picture 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81100" cy="314325"/>
                    </a:xfrm>
                    <a:prstGeom prst="rect">
                      <a:avLst/>
                    </a:prstGeom>
                    <a:noFill/>
                    <a:ln>
                      <a:noFill/>
                    </a:ln>
                  </pic:spPr>
                </pic:pic>
              </a:graphicData>
            </a:graphic>
          </wp:inline>
        </w:drawing>
      </w:r>
      <w:r w:rsidRPr="008E5019">
        <w:rPr>
          <w:rFonts w:ascii="Arial" w:eastAsiaTheme="minorEastAsia" w:hAnsi="Arial" w:cs="Arial"/>
          <w:noProof/>
          <w:w w:val="0"/>
          <w:sz w:val="24"/>
          <w:szCs w:val="24"/>
          <w:lang w:val="en"/>
        </w:rPr>
        <w:drawing>
          <wp:inline distT="0" distB="0" distL="0" distR="0" wp14:anchorId="44161890" wp14:editId="54C6CF66">
            <wp:extent cx="161925" cy="161925"/>
            <wp:effectExtent l="0" t="0" r="9525" b="9525"/>
            <wp:docPr id="1052564940" name="Picture 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Pr="008E5019">
        <w:rPr>
          <w:rFonts w:ascii="Arial" w:eastAsiaTheme="minorEastAsia" w:hAnsi="Arial" w:cs="Arial"/>
          <w:noProof/>
          <w:w w:val="0"/>
          <w:sz w:val="24"/>
          <w:szCs w:val="24"/>
          <w:lang w:val="en"/>
        </w:rPr>
        <w:drawing>
          <wp:inline distT="0" distB="0" distL="0" distR="0" wp14:anchorId="1EB917FE" wp14:editId="1A254C91">
            <wp:extent cx="161925" cy="161925"/>
            <wp:effectExtent l="0" t="0" r="9525" b="9525"/>
            <wp:docPr id="681514169"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p>
    <w:p w14:paraId="3EB94E9B" w14:textId="77777777" w:rsidR="008E5019" w:rsidRPr="008E5019" w:rsidRDefault="008E5019" w:rsidP="008E5019">
      <w:pPr>
        <w:autoSpaceDE w:val="0"/>
        <w:autoSpaceDN w:val="0"/>
        <w:adjustRightInd w:val="0"/>
        <w:spacing w:line="360" w:lineRule="auto"/>
        <w:rPr>
          <w:rFonts w:ascii="Arial" w:eastAsiaTheme="minorEastAsia" w:hAnsi="Arial" w:cs="Arial"/>
          <w:i/>
          <w:iCs/>
          <w:w w:val="0"/>
          <w:sz w:val="24"/>
          <w:szCs w:val="24"/>
        </w:rPr>
      </w:pPr>
    </w:p>
    <w:p w14:paraId="660964E7"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hyperlink r:id="rId12" w:history="1">
        <w:r w:rsidRPr="008E5019">
          <w:rPr>
            <w:rFonts w:ascii="Arial" w:eastAsiaTheme="minorEastAsia" w:hAnsi="Arial" w:cs="Arial"/>
            <w:spacing w:val="-8"/>
            <w:w w:val="0"/>
            <w:sz w:val="24"/>
            <w:szCs w:val="24"/>
          </w:rPr>
          <w:t>https://www.russell-</w:t>
        </w:r>
        <w:r w:rsidRPr="008E5019">
          <w:rPr>
            <w:rFonts w:ascii="Arial" w:eastAsiaTheme="minorEastAsia" w:hAnsi="Arial" w:cs="Arial"/>
            <w:spacing w:val="-2"/>
            <w:w w:val="0"/>
            <w:sz w:val="24"/>
            <w:szCs w:val="24"/>
          </w:rPr>
          <w:t>cooke.co.uk/careers</w:t>
        </w:r>
      </w:hyperlink>
    </w:p>
    <w:p w14:paraId="1170CE88"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p>
    <w:p w14:paraId="0DBE1027"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hyperlink r:id="rId13" w:history="1">
        <w:r w:rsidRPr="008E5019">
          <w:rPr>
            <w:rFonts w:ascii="Arial" w:eastAsiaTheme="minorEastAsia" w:hAnsi="Arial" w:cs="Arial"/>
            <w:color w:val="0000FF"/>
            <w:spacing w:val="-2"/>
            <w:w w:val="90"/>
            <w:sz w:val="24"/>
            <w:szCs w:val="24"/>
            <w:u w:val="single"/>
          </w:rPr>
          <w:t>Privacy</w:t>
        </w:r>
        <w:r w:rsidRPr="008E5019">
          <w:rPr>
            <w:rFonts w:ascii="Arial" w:eastAsiaTheme="minorEastAsia" w:hAnsi="Arial" w:cs="Arial"/>
            <w:color w:val="0000FF"/>
            <w:spacing w:val="-3"/>
            <w:w w:val="0"/>
            <w:sz w:val="24"/>
            <w:szCs w:val="24"/>
            <w:u w:val="single"/>
          </w:rPr>
          <w:t xml:space="preserve"> </w:t>
        </w:r>
        <w:r w:rsidRPr="008E5019">
          <w:rPr>
            <w:rFonts w:ascii="Arial" w:eastAsiaTheme="minorEastAsia" w:hAnsi="Arial" w:cs="Arial"/>
            <w:color w:val="0000FF"/>
            <w:spacing w:val="-2"/>
            <w:w w:val="0"/>
            <w:sz w:val="24"/>
            <w:szCs w:val="24"/>
            <w:u w:val="single"/>
          </w:rPr>
          <w:t>Policy</w:t>
        </w:r>
      </w:hyperlink>
    </w:p>
    <w:p w14:paraId="4F7E5DE4"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p>
    <w:p w14:paraId="3DE4D6BC"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r w:rsidRPr="008E5019">
        <w:rPr>
          <w:rFonts w:ascii="Arial" w:eastAsiaTheme="minorEastAsia" w:hAnsi="Arial" w:cs="Arial"/>
          <w:w w:val="90"/>
          <w:sz w:val="24"/>
          <w:szCs w:val="24"/>
        </w:rPr>
        <w:t>©</w:t>
      </w:r>
      <w:r w:rsidRPr="008E5019">
        <w:rPr>
          <w:rFonts w:ascii="Arial" w:eastAsiaTheme="minorEastAsia" w:hAnsi="Arial" w:cs="Arial"/>
          <w:spacing w:val="-4"/>
          <w:w w:val="0"/>
          <w:sz w:val="24"/>
          <w:szCs w:val="24"/>
        </w:rPr>
        <w:t xml:space="preserve"> </w:t>
      </w:r>
      <w:r w:rsidRPr="008E5019">
        <w:rPr>
          <w:rFonts w:ascii="Arial" w:eastAsiaTheme="minorEastAsia" w:hAnsi="Arial" w:cs="Arial"/>
          <w:w w:val="90"/>
          <w:sz w:val="24"/>
          <w:szCs w:val="24"/>
        </w:rPr>
        <w:t>2026</w:t>
      </w:r>
      <w:r w:rsidRPr="008E5019">
        <w:rPr>
          <w:rFonts w:ascii="Arial" w:eastAsiaTheme="minorEastAsia" w:hAnsi="Arial" w:cs="Arial"/>
          <w:spacing w:val="-4"/>
          <w:w w:val="0"/>
          <w:sz w:val="24"/>
          <w:szCs w:val="24"/>
        </w:rPr>
        <w:t xml:space="preserve"> </w:t>
      </w:r>
      <w:r w:rsidRPr="008E5019">
        <w:rPr>
          <w:rFonts w:ascii="Arial" w:eastAsiaTheme="minorEastAsia" w:hAnsi="Arial" w:cs="Arial"/>
          <w:w w:val="90"/>
          <w:sz w:val="24"/>
          <w:szCs w:val="24"/>
        </w:rPr>
        <w:t>Russell-Cooke</w:t>
      </w:r>
      <w:r w:rsidRPr="008E5019">
        <w:rPr>
          <w:rFonts w:ascii="Arial" w:eastAsiaTheme="minorEastAsia" w:hAnsi="Arial" w:cs="Arial"/>
          <w:spacing w:val="-3"/>
          <w:w w:val="0"/>
          <w:sz w:val="24"/>
          <w:szCs w:val="24"/>
        </w:rPr>
        <w:t xml:space="preserve"> </w:t>
      </w:r>
      <w:r w:rsidRPr="008E5019">
        <w:rPr>
          <w:rFonts w:ascii="Arial" w:eastAsiaTheme="minorEastAsia" w:hAnsi="Arial" w:cs="Arial"/>
          <w:w w:val="90"/>
          <w:sz w:val="24"/>
          <w:szCs w:val="24"/>
        </w:rPr>
        <w:t>Solicitors.</w:t>
      </w:r>
      <w:r w:rsidRPr="008E5019">
        <w:rPr>
          <w:rFonts w:ascii="Arial" w:eastAsiaTheme="minorEastAsia" w:hAnsi="Arial" w:cs="Arial"/>
          <w:spacing w:val="-4"/>
          <w:w w:val="0"/>
          <w:sz w:val="24"/>
          <w:szCs w:val="24"/>
        </w:rPr>
        <w:t xml:space="preserve"> </w:t>
      </w:r>
      <w:r w:rsidRPr="008E5019">
        <w:rPr>
          <w:rFonts w:ascii="Arial" w:eastAsiaTheme="minorEastAsia" w:hAnsi="Arial" w:cs="Arial"/>
          <w:w w:val="90"/>
          <w:sz w:val="24"/>
          <w:szCs w:val="24"/>
        </w:rPr>
        <w:t>All</w:t>
      </w:r>
      <w:r w:rsidRPr="008E5019">
        <w:rPr>
          <w:rFonts w:ascii="Arial" w:eastAsiaTheme="minorEastAsia" w:hAnsi="Arial" w:cs="Arial"/>
          <w:spacing w:val="-4"/>
          <w:w w:val="0"/>
          <w:sz w:val="24"/>
          <w:szCs w:val="24"/>
        </w:rPr>
        <w:t xml:space="preserve"> </w:t>
      </w:r>
      <w:r w:rsidRPr="008E5019">
        <w:rPr>
          <w:rFonts w:ascii="Arial" w:eastAsiaTheme="minorEastAsia" w:hAnsi="Arial" w:cs="Arial"/>
          <w:w w:val="90"/>
          <w:sz w:val="24"/>
          <w:szCs w:val="24"/>
        </w:rPr>
        <w:t>rights</w:t>
      </w:r>
      <w:r w:rsidRPr="008E5019">
        <w:rPr>
          <w:rFonts w:ascii="Arial" w:eastAsiaTheme="minorEastAsia" w:hAnsi="Arial" w:cs="Arial"/>
          <w:spacing w:val="-3"/>
          <w:w w:val="0"/>
          <w:sz w:val="24"/>
          <w:szCs w:val="24"/>
        </w:rPr>
        <w:t xml:space="preserve"> </w:t>
      </w:r>
      <w:r w:rsidRPr="008E5019">
        <w:rPr>
          <w:rFonts w:ascii="Arial" w:eastAsiaTheme="minorEastAsia" w:hAnsi="Arial" w:cs="Arial"/>
          <w:spacing w:val="-2"/>
          <w:w w:val="90"/>
          <w:sz w:val="24"/>
          <w:szCs w:val="24"/>
        </w:rPr>
        <w:t>reserved.</w:t>
      </w:r>
    </w:p>
    <w:p w14:paraId="0F0EBB26"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p>
    <w:p w14:paraId="432E53E8"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hyperlink r:id="rId14" w:history="1">
        <w:r w:rsidRPr="008E5019">
          <w:rPr>
            <w:rFonts w:ascii="Arial" w:eastAsiaTheme="minorEastAsia" w:hAnsi="Arial" w:cs="Arial"/>
            <w:color w:val="0000FF"/>
            <w:w w:val="90"/>
            <w:sz w:val="24"/>
            <w:szCs w:val="24"/>
            <w:u w:val="single"/>
          </w:rPr>
          <w:t>Powered</w:t>
        </w:r>
        <w:r w:rsidRPr="008E5019">
          <w:rPr>
            <w:rFonts w:ascii="Arial" w:eastAsiaTheme="minorEastAsia" w:hAnsi="Arial" w:cs="Arial"/>
            <w:color w:val="0000FF"/>
            <w:spacing w:val="1"/>
            <w:w w:val="0"/>
            <w:sz w:val="24"/>
            <w:szCs w:val="24"/>
            <w:u w:val="single"/>
          </w:rPr>
          <w:t xml:space="preserve"> </w:t>
        </w:r>
        <w:r w:rsidRPr="008E5019">
          <w:rPr>
            <w:rFonts w:ascii="Arial" w:eastAsiaTheme="minorEastAsia" w:hAnsi="Arial" w:cs="Arial"/>
            <w:color w:val="0000FF"/>
            <w:spacing w:val="-5"/>
            <w:w w:val="0"/>
            <w:sz w:val="24"/>
            <w:szCs w:val="24"/>
            <w:u w:val="single"/>
          </w:rPr>
          <w:t>by</w:t>
        </w:r>
      </w:hyperlink>
    </w:p>
    <w:p w14:paraId="6355C079" w14:textId="42A9D39F"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r w:rsidRPr="008E5019">
        <w:rPr>
          <w:rFonts w:ascii="Arial" w:eastAsiaTheme="minorEastAsia" w:hAnsi="Arial" w:cs="Arial"/>
          <w:noProof/>
          <w:w w:val="0"/>
          <w:sz w:val="24"/>
          <w:szCs w:val="24"/>
          <w:lang w:val="en"/>
        </w:rPr>
        <w:drawing>
          <wp:inline distT="0" distB="0" distL="0" distR="0" wp14:anchorId="3DDA3048" wp14:editId="5B78C1A6">
            <wp:extent cx="1076325" cy="276225"/>
            <wp:effectExtent l="0" t="0" r="9525" b="9525"/>
            <wp:docPr id="328079156"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76325" cy="276225"/>
                    </a:xfrm>
                    <a:prstGeom prst="rect">
                      <a:avLst/>
                    </a:prstGeom>
                    <a:noFill/>
                    <a:ln>
                      <a:noFill/>
                    </a:ln>
                  </pic:spPr>
                </pic:pic>
              </a:graphicData>
            </a:graphic>
          </wp:inline>
        </w:drawing>
      </w:r>
    </w:p>
    <w:p w14:paraId="6BC5CFF3"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rPr>
      </w:pPr>
    </w:p>
    <w:p w14:paraId="1EC78FFF" w14:textId="77777777" w:rsidR="008E5019" w:rsidRPr="008E5019" w:rsidRDefault="008E5019" w:rsidP="008E5019">
      <w:pPr>
        <w:autoSpaceDE w:val="0"/>
        <w:autoSpaceDN w:val="0"/>
        <w:adjustRightInd w:val="0"/>
        <w:spacing w:line="360" w:lineRule="auto"/>
        <w:rPr>
          <w:rFonts w:ascii="Arial" w:eastAsiaTheme="minorEastAsia" w:hAnsi="Arial" w:cs="Arial"/>
          <w:w w:val="0"/>
          <w:sz w:val="24"/>
          <w:szCs w:val="24"/>
          <w:lang w:val="en"/>
        </w:rPr>
      </w:pPr>
      <w:hyperlink r:id="rId16" w:history="1">
        <w:r w:rsidRPr="008E5019">
          <w:rPr>
            <w:rFonts w:ascii="Arial" w:eastAsiaTheme="minorEastAsia" w:hAnsi="Arial" w:cs="Arial"/>
            <w:color w:val="0000FF"/>
            <w:w w:val="85"/>
            <w:sz w:val="24"/>
            <w:szCs w:val="24"/>
            <w:u w:val="single"/>
          </w:rPr>
          <w:t>Quick</w:t>
        </w:r>
        <w:r w:rsidRPr="008E5019">
          <w:rPr>
            <w:rFonts w:ascii="Arial" w:eastAsiaTheme="minorEastAsia" w:hAnsi="Arial" w:cs="Arial"/>
            <w:color w:val="0000FF"/>
            <w:spacing w:val="12"/>
            <w:w w:val="0"/>
            <w:sz w:val="24"/>
            <w:szCs w:val="24"/>
            <w:u w:val="single"/>
          </w:rPr>
          <w:t xml:space="preserve"> </w:t>
        </w:r>
        <w:r w:rsidRPr="008E5019">
          <w:rPr>
            <w:rFonts w:ascii="Arial" w:eastAsiaTheme="minorEastAsia" w:hAnsi="Arial" w:cs="Arial"/>
            <w:color w:val="0000FF"/>
            <w:spacing w:val="-2"/>
            <w:w w:val="0"/>
            <w:sz w:val="24"/>
            <w:szCs w:val="24"/>
            <w:u w:val="single"/>
          </w:rPr>
          <w:t>Apply</w:t>
        </w:r>
        <w:r w:rsidRPr="008E5019">
          <w:rPr>
            <w:rFonts w:ascii="Arial" w:eastAsiaTheme="minorEastAsia" w:hAnsi="Arial" w:cs="Arial"/>
            <w:color w:val="0000FF"/>
            <w:w w:val="0"/>
            <w:sz w:val="24"/>
            <w:szCs w:val="24"/>
            <w:u w:val="single"/>
          </w:rPr>
          <w:tab/>
        </w:r>
        <w:r w:rsidRPr="008E5019">
          <w:rPr>
            <w:rFonts w:ascii="Arial" w:eastAsiaTheme="minorEastAsia" w:hAnsi="Arial" w:cs="Arial"/>
            <w:color w:val="0000FF"/>
            <w:spacing w:val="-10"/>
            <w:w w:val="0"/>
            <w:position w:val="-2"/>
            <w:sz w:val="24"/>
            <w:szCs w:val="24"/>
            <w:u w:val="single"/>
          </w:rPr>
          <w:t></w:t>
        </w:r>
      </w:hyperlink>
    </w:p>
    <w:p w14:paraId="3CEA71AF" w14:textId="6A337BAE" w:rsidR="008E5019" w:rsidRPr="008E5019" w:rsidRDefault="008E5019" w:rsidP="008E5019">
      <w:pPr>
        <w:sectPr w:rsidR="008E5019" w:rsidRPr="008E5019" w:rsidSect="00283FDA">
          <w:headerReference w:type="default" r:id="rId17"/>
          <w:footerReference w:type="default" r:id="rId18"/>
          <w:pgSz w:w="11900" w:h="16840"/>
          <w:pgMar w:top="520" w:right="708" w:bottom="1040" w:left="708" w:header="284" w:footer="844" w:gutter="0"/>
          <w:cols w:space="720"/>
        </w:sectPr>
      </w:pPr>
    </w:p>
    <w:p w14:paraId="36917A79" w14:textId="77777777" w:rsidR="00283FDA" w:rsidRPr="00283FDA" w:rsidRDefault="00283FDA" w:rsidP="00CF5761">
      <w:pPr>
        <w:pStyle w:val="Heading1"/>
        <w:spacing w:before="37" w:line="360" w:lineRule="auto"/>
        <w:rPr>
          <w:rFonts w:ascii="Arial" w:hAnsi="Arial" w:cs="Arial"/>
          <w:color w:val="auto"/>
          <w:sz w:val="24"/>
          <w:szCs w:val="24"/>
        </w:rPr>
      </w:pPr>
    </w:p>
    <w:sectPr w:rsidR="00283FDA" w:rsidRPr="00283FDA" w:rsidSect="00034616">
      <w:pgSz w:w="12240" w:h="15840"/>
      <w:pgMar w:top="504" w:right="504" w:bottom="504" w:left="50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CFABA" w14:textId="77777777" w:rsidR="007D1F3E" w:rsidRDefault="007D1F3E" w:rsidP="00CF5761">
      <w:pPr>
        <w:spacing w:after="0" w:line="240" w:lineRule="auto"/>
      </w:pPr>
      <w:r>
        <w:separator/>
      </w:r>
    </w:p>
  </w:endnote>
  <w:endnote w:type="continuationSeparator" w:id="0">
    <w:p w14:paraId="17A91842" w14:textId="77777777" w:rsidR="007D1F3E" w:rsidRDefault="007D1F3E" w:rsidP="00CF57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7922078"/>
      <w:docPartObj>
        <w:docPartGallery w:val="Page Numbers (Bottom of Page)"/>
        <w:docPartUnique/>
      </w:docPartObj>
    </w:sdtPr>
    <w:sdtEndPr>
      <w:rPr>
        <w:noProof/>
      </w:rPr>
    </w:sdtEndPr>
    <w:sdtContent>
      <w:p w14:paraId="033F667F" w14:textId="0E4FA0AD" w:rsidR="00CF5761" w:rsidRDefault="00CF57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31FF1A" w14:textId="4DDBC5C8" w:rsidR="00283FDA" w:rsidRDefault="00283FDA">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52315" w14:textId="77777777" w:rsidR="007D1F3E" w:rsidRDefault="007D1F3E" w:rsidP="00CF5761">
      <w:pPr>
        <w:spacing w:after="0" w:line="240" w:lineRule="auto"/>
      </w:pPr>
      <w:r>
        <w:separator/>
      </w:r>
    </w:p>
  </w:footnote>
  <w:footnote w:type="continuationSeparator" w:id="0">
    <w:p w14:paraId="6FC67620" w14:textId="77777777" w:rsidR="007D1F3E" w:rsidRDefault="007D1F3E" w:rsidP="00CF57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8FC24" w14:textId="77777777" w:rsidR="00283FDA" w:rsidRDefault="00283FDA">
    <w:pPr>
      <w:pStyle w:val="BodyText"/>
      <w:spacing w:line="14" w:lineRule="auto"/>
      <w:rPr>
        <w:sz w:val="20"/>
      </w:rPr>
    </w:pPr>
  </w:p>
  <w:p w14:paraId="32883F12" w14:textId="77777777" w:rsidR="000671F3" w:rsidRDefault="000671F3">
    <w:pPr>
      <w:pStyle w:val="BodyText"/>
      <w:spacing w:line="14" w:lineRule="auto"/>
      <w:rPr>
        <w:sz w:val="20"/>
      </w:rPr>
    </w:pPr>
  </w:p>
  <w:p w14:paraId="01706026" w14:textId="77777777" w:rsidR="000671F3" w:rsidRDefault="000671F3">
    <w:pPr>
      <w:pStyle w:val="BodyText"/>
      <w:spacing w:line="14" w:lineRule="auto"/>
      <w:rPr>
        <w:sz w:val="20"/>
      </w:rPr>
    </w:pPr>
  </w:p>
  <w:p w14:paraId="64A603E7" w14:textId="77777777" w:rsidR="000671F3" w:rsidRDefault="000671F3">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1" o:spid="_x0000_i1025" type="#_x0000_t75" style="width:7.5pt;height:7.5pt;visibility:visible;mso-wrap-style:square" o:bullet="t">
        <v:imagedata r:id="rId1" o:title=""/>
        <o:lock v:ext="edit" aspectratio="f"/>
      </v:shape>
    </w:pict>
  </w:numPicBullet>
  <w:numPicBullet w:numPicBulletId="1">
    <w:pict>
      <v:shape id="Image 30" o:spid="_x0000_i1026" type="#_x0000_t75" style="width:7.5pt;height:7.5pt;visibility:visible;mso-wrap-style:square" o:bullet="t">
        <v:imagedata r:id="rId2" o:title=""/>
        <o:lock v:ext="edit" aspectratio="f"/>
      </v:shape>
    </w:pict>
  </w:numPicBullet>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7092717"/>
    <w:multiLevelType w:val="hybridMultilevel"/>
    <w:tmpl w:val="AADE8F1A"/>
    <w:lvl w:ilvl="0" w:tplc="65EECF5A">
      <w:start w:val="1"/>
      <w:numFmt w:val="bullet"/>
      <w:lvlText w:val=""/>
      <w:lvlPicBulletId w:val="0"/>
      <w:lvlJc w:val="left"/>
      <w:pPr>
        <w:tabs>
          <w:tab w:val="num" w:pos="720"/>
        </w:tabs>
        <w:ind w:left="720" w:hanging="360"/>
      </w:pPr>
      <w:rPr>
        <w:rFonts w:ascii="Symbol" w:hAnsi="Symbol" w:hint="default"/>
      </w:rPr>
    </w:lvl>
    <w:lvl w:ilvl="1" w:tplc="2FD8DB5C" w:tentative="1">
      <w:start w:val="1"/>
      <w:numFmt w:val="bullet"/>
      <w:lvlText w:val=""/>
      <w:lvlJc w:val="left"/>
      <w:pPr>
        <w:tabs>
          <w:tab w:val="num" w:pos="1440"/>
        </w:tabs>
        <w:ind w:left="1440" w:hanging="360"/>
      </w:pPr>
      <w:rPr>
        <w:rFonts w:ascii="Symbol" w:hAnsi="Symbol" w:hint="default"/>
      </w:rPr>
    </w:lvl>
    <w:lvl w:ilvl="2" w:tplc="EBAA7042" w:tentative="1">
      <w:start w:val="1"/>
      <w:numFmt w:val="bullet"/>
      <w:lvlText w:val=""/>
      <w:lvlJc w:val="left"/>
      <w:pPr>
        <w:tabs>
          <w:tab w:val="num" w:pos="2160"/>
        </w:tabs>
        <w:ind w:left="2160" w:hanging="360"/>
      </w:pPr>
      <w:rPr>
        <w:rFonts w:ascii="Symbol" w:hAnsi="Symbol" w:hint="default"/>
      </w:rPr>
    </w:lvl>
    <w:lvl w:ilvl="3" w:tplc="F88E0F34" w:tentative="1">
      <w:start w:val="1"/>
      <w:numFmt w:val="bullet"/>
      <w:lvlText w:val=""/>
      <w:lvlJc w:val="left"/>
      <w:pPr>
        <w:tabs>
          <w:tab w:val="num" w:pos="2880"/>
        </w:tabs>
        <w:ind w:left="2880" w:hanging="360"/>
      </w:pPr>
      <w:rPr>
        <w:rFonts w:ascii="Symbol" w:hAnsi="Symbol" w:hint="default"/>
      </w:rPr>
    </w:lvl>
    <w:lvl w:ilvl="4" w:tplc="9538FD66" w:tentative="1">
      <w:start w:val="1"/>
      <w:numFmt w:val="bullet"/>
      <w:lvlText w:val=""/>
      <w:lvlJc w:val="left"/>
      <w:pPr>
        <w:tabs>
          <w:tab w:val="num" w:pos="3600"/>
        </w:tabs>
        <w:ind w:left="3600" w:hanging="360"/>
      </w:pPr>
      <w:rPr>
        <w:rFonts w:ascii="Symbol" w:hAnsi="Symbol" w:hint="default"/>
      </w:rPr>
    </w:lvl>
    <w:lvl w:ilvl="5" w:tplc="D90098C8" w:tentative="1">
      <w:start w:val="1"/>
      <w:numFmt w:val="bullet"/>
      <w:lvlText w:val=""/>
      <w:lvlJc w:val="left"/>
      <w:pPr>
        <w:tabs>
          <w:tab w:val="num" w:pos="4320"/>
        </w:tabs>
        <w:ind w:left="4320" w:hanging="360"/>
      </w:pPr>
      <w:rPr>
        <w:rFonts w:ascii="Symbol" w:hAnsi="Symbol" w:hint="default"/>
      </w:rPr>
    </w:lvl>
    <w:lvl w:ilvl="6" w:tplc="ABC41E9C" w:tentative="1">
      <w:start w:val="1"/>
      <w:numFmt w:val="bullet"/>
      <w:lvlText w:val=""/>
      <w:lvlJc w:val="left"/>
      <w:pPr>
        <w:tabs>
          <w:tab w:val="num" w:pos="5040"/>
        </w:tabs>
        <w:ind w:left="5040" w:hanging="360"/>
      </w:pPr>
      <w:rPr>
        <w:rFonts w:ascii="Symbol" w:hAnsi="Symbol" w:hint="default"/>
      </w:rPr>
    </w:lvl>
    <w:lvl w:ilvl="7" w:tplc="90521738" w:tentative="1">
      <w:start w:val="1"/>
      <w:numFmt w:val="bullet"/>
      <w:lvlText w:val=""/>
      <w:lvlJc w:val="left"/>
      <w:pPr>
        <w:tabs>
          <w:tab w:val="num" w:pos="5760"/>
        </w:tabs>
        <w:ind w:left="5760" w:hanging="360"/>
      </w:pPr>
      <w:rPr>
        <w:rFonts w:ascii="Symbol" w:hAnsi="Symbol" w:hint="default"/>
      </w:rPr>
    </w:lvl>
    <w:lvl w:ilvl="8" w:tplc="47608EBE"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16557589"/>
    <w:multiLevelType w:val="hybridMultilevel"/>
    <w:tmpl w:val="CBD2B90C"/>
    <w:lvl w:ilvl="0" w:tplc="65EECF5A">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C63DB7"/>
    <w:multiLevelType w:val="hybridMultilevel"/>
    <w:tmpl w:val="AF5A8D26"/>
    <w:lvl w:ilvl="0" w:tplc="688897FE">
      <w:start w:val="1"/>
      <w:numFmt w:val="bullet"/>
      <w:lvlText w:val=""/>
      <w:lvlPicBulletId w:val="1"/>
      <w:lvlJc w:val="left"/>
      <w:pPr>
        <w:tabs>
          <w:tab w:val="num" w:pos="720"/>
        </w:tabs>
        <w:ind w:left="720" w:hanging="360"/>
      </w:pPr>
      <w:rPr>
        <w:rFonts w:ascii="Symbol" w:hAnsi="Symbol" w:hint="default"/>
      </w:rPr>
    </w:lvl>
    <w:lvl w:ilvl="1" w:tplc="847E7A1C" w:tentative="1">
      <w:start w:val="1"/>
      <w:numFmt w:val="bullet"/>
      <w:lvlText w:val=""/>
      <w:lvlJc w:val="left"/>
      <w:pPr>
        <w:tabs>
          <w:tab w:val="num" w:pos="1440"/>
        </w:tabs>
        <w:ind w:left="1440" w:hanging="360"/>
      </w:pPr>
      <w:rPr>
        <w:rFonts w:ascii="Symbol" w:hAnsi="Symbol" w:hint="default"/>
      </w:rPr>
    </w:lvl>
    <w:lvl w:ilvl="2" w:tplc="0B3EB8F6" w:tentative="1">
      <w:start w:val="1"/>
      <w:numFmt w:val="bullet"/>
      <w:lvlText w:val=""/>
      <w:lvlJc w:val="left"/>
      <w:pPr>
        <w:tabs>
          <w:tab w:val="num" w:pos="2160"/>
        </w:tabs>
        <w:ind w:left="2160" w:hanging="360"/>
      </w:pPr>
      <w:rPr>
        <w:rFonts w:ascii="Symbol" w:hAnsi="Symbol" w:hint="default"/>
      </w:rPr>
    </w:lvl>
    <w:lvl w:ilvl="3" w:tplc="5D34EE66" w:tentative="1">
      <w:start w:val="1"/>
      <w:numFmt w:val="bullet"/>
      <w:lvlText w:val=""/>
      <w:lvlJc w:val="left"/>
      <w:pPr>
        <w:tabs>
          <w:tab w:val="num" w:pos="2880"/>
        </w:tabs>
        <w:ind w:left="2880" w:hanging="360"/>
      </w:pPr>
      <w:rPr>
        <w:rFonts w:ascii="Symbol" w:hAnsi="Symbol" w:hint="default"/>
      </w:rPr>
    </w:lvl>
    <w:lvl w:ilvl="4" w:tplc="854C5C68" w:tentative="1">
      <w:start w:val="1"/>
      <w:numFmt w:val="bullet"/>
      <w:lvlText w:val=""/>
      <w:lvlJc w:val="left"/>
      <w:pPr>
        <w:tabs>
          <w:tab w:val="num" w:pos="3600"/>
        </w:tabs>
        <w:ind w:left="3600" w:hanging="360"/>
      </w:pPr>
      <w:rPr>
        <w:rFonts w:ascii="Symbol" w:hAnsi="Symbol" w:hint="default"/>
      </w:rPr>
    </w:lvl>
    <w:lvl w:ilvl="5" w:tplc="9CE2079E" w:tentative="1">
      <w:start w:val="1"/>
      <w:numFmt w:val="bullet"/>
      <w:lvlText w:val=""/>
      <w:lvlJc w:val="left"/>
      <w:pPr>
        <w:tabs>
          <w:tab w:val="num" w:pos="4320"/>
        </w:tabs>
        <w:ind w:left="4320" w:hanging="360"/>
      </w:pPr>
      <w:rPr>
        <w:rFonts w:ascii="Symbol" w:hAnsi="Symbol" w:hint="default"/>
      </w:rPr>
    </w:lvl>
    <w:lvl w:ilvl="6" w:tplc="B8704060" w:tentative="1">
      <w:start w:val="1"/>
      <w:numFmt w:val="bullet"/>
      <w:lvlText w:val=""/>
      <w:lvlJc w:val="left"/>
      <w:pPr>
        <w:tabs>
          <w:tab w:val="num" w:pos="5040"/>
        </w:tabs>
        <w:ind w:left="5040" w:hanging="360"/>
      </w:pPr>
      <w:rPr>
        <w:rFonts w:ascii="Symbol" w:hAnsi="Symbol" w:hint="default"/>
      </w:rPr>
    </w:lvl>
    <w:lvl w:ilvl="7" w:tplc="15CEFC56" w:tentative="1">
      <w:start w:val="1"/>
      <w:numFmt w:val="bullet"/>
      <w:lvlText w:val=""/>
      <w:lvlJc w:val="left"/>
      <w:pPr>
        <w:tabs>
          <w:tab w:val="num" w:pos="5760"/>
        </w:tabs>
        <w:ind w:left="5760" w:hanging="360"/>
      </w:pPr>
      <w:rPr>
        <w:rFonts w:ascii="Symbol" w:hAnsi="Symbol" w:hint="default"/>
      </w:rPr>
    </w:lvl>
    <w:lvl w:ilvl="8" w:tplc="1C9CD4E2"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57440DC0"/>
    <w:multiLevelType w:val="hybridMultilevel"/>
    <w:tmpl w:val="000E7846"/>
    <w:lvl w:ilvl="0" w:tplc="65EECF5A">
      <w:start w:val="1"/>
      <w:numFmt w:val="bullet"/>
      <w:lvlText w:val=""/>
      <w:lvlPicBulletId w:val="0"/>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086A55"/>
    <w:multiLevelType w:val="hybridMultilevel"/>
    <w:tmpl w:val="05B2E02C"/>
    <w:lvl w:ilvl="0" w:tplc="65EECF5A">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043260">
    <w:abstractNumId w:val="8"/>
  </w:num>
  <w:num w:numId="2" w16cid:durableId="1129124231">
    <w:abstractNumId w:val="6"/>
  </w:num>
  <w:num w:numId="3" w16cid:durableId="1945917445">
    <w:abstractNumId w:val="5"/>
  </w:num>
  <w:num w:numId="4" w16cid:durableId="661351711">
    <w:abstractNumId w:val="4"/>
  </w:num>
  <w:num w:numId="5" w16cid:durableId="1553544401">
    <w:abstractNumId w:val="7"/>
  </w:num>
  <w:num w:numId="6" w16cid:durableId="697779434">
    <w:abstractNumId w:val="3"/>
  </w:num>
  <w:num w:numId="7" w16cid:durableId="1802917886">
    <w:abstractNumId w:val="2"/>
  </w:num>
  <w:num w:numId="8" w16cid:durableId="1564410713">
    <w:abstractNumId w:val="1"/>
  </w:num>
  <w:num w:numId="9" w16cid:durableId="2039237248">
    <w:abstractNumId w:val="0"/>
  </w:num>
  <w:num w:numId="10" w16cid:durableId="1473015373">
    <w:abstractNumId w:val="9"/>
  </w:num>
  <w:num w:numId="11" w16cid:durableId="869685484">
    <w:abstractNumId w:val="11"/>
  </w:num>
  <w:num w:numId="12" w16cid:durableId="1818911025">
    <w:abstractNumId w:val="12"/>
  </w:num>
  <w:num w:numId="13" w16cid:durableId="1740320571">
    <w:abstractNumId w:val="10"/>
  </w:num>
  <w:num w:numId="14" w16cid:durableId="99275908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2C58"/>
    <w:rsid w:val="00014D2E"/>
    <w:rsid w:val="00016171"/>
    <w:rsid w:val="00034616"/>
    <w:rsid w:val="0006063C"/>
    <w:rsid w:val="000654D2"/>
    <w:rsid w:val="000671F3"/>
    <w:rsid w:val="00126D1A"/>
    <w:rsid w:val="0015074B"/>
    <w:rsid w:val="00230136"/>
    <w:rsid w:val="00283FDA"/>
    <w:rsid w:val="0029639D"/>
    <w:rsid w:val="00326F90"/>
    <w:rsid w:val="00367B59"/>
    <w:rsid w:val="00395288"/>
    <w:rsid w:val="004450FF"/>
    <w:rsid w:val="00457CED"/>
    <w:rsid w:val="004A5101"/>
    <w:rsid w:val="005B6717"/>
    <w:rsid w:val="006012B4"/>
    <w:rsid w:val="006650AF"/>
    <w:rsid w:val="006A69AC"/>
    <w:rsid w:val="006F1696"/>
    <w:rsid w:val="007C2D36"/>
    <w:rsid w:val="007C35F7"/>
    <w:rsid w:val="007D1F3E"/>
    <w:rsid w:val="00825E41"/>
    <w:rsid w:val="00863E66"/>
    <w:rsid w:val="0089141B"/>
    <w:rsid w:val="008B6E36"/>
    <w:rsid w:val="008C7DA2"/>
    <w:rsid w:val="008E5019"/>
    <w:rsid w:val="008E605B"/>
    <w:rsid w:val="00907A62"/>
    <w:rsid w:val="00941558"/>
    <w:rsid w:val="00AA1D8D"/>
    <w:rsid w:val="00B33431"/>
    <w:rsid w:val="00B47730"/>
    <w:rsid w:val="00B635C4"/>
    <w:rsid w:val="00B800D3"/>
    <w:rsid w:val="00C66E70"/>
    <w:rsid w:val="00C6709D"/>
    <w:rsid w:val="00CB0664"/>
    <w:rsid w:val="00CD6CCB"/>
    <w:rsid w:val="00CF5761"/>
    <w:rsid w:val="00D8070F"/>
    <w:rsid w:val="00D961BB"/>
    <w:rsid w:val="00DA4E9A"/>
    <w:rsid w:val="00DB2220"/>
    <w:rsid w:val="00DC1E46"/>
    <w:rsid w:val="00DE2A5F"/>
    <w:rsid w:val="00E63B64"/>
    <w:rsid w:val="00F12D8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EF5552"/>
  <w14:defaultImageDpi w14:val="300"/>
  <w15:docId w15:val="{23299C4C-916E-4DF9-821C-4923A5989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eastAsia="Aptos" w:hAnsi="Aptos"/>
      <w:sz w:val="19"/>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D807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012B4"/>
    <w:rPr>
      <w:color w:val="0000FF" w:themeColor="hyperlink"/>
      <w:u w:val="single"/>
    </w:rPr>
  </w:style>
  <w:style w:type="character" w:styleId="UnresolvedMention">
    <w:name w:val="Unresolved Mention"/>
    <w:basedOn w:val="DefaultParagraphFont"/>
    <w:uiPriority w:val="99"/>
    <w:semiHidden/>
    <w:unhideWhenUsed/>
    <w:rsid w:val="006012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ers.russell-cooke.co.uk/Apply/QXB5599bwbGljYXRpb24gRm9ybXwxMDR8ODA5MDg5fDF8fEZhbHNlfDI4NDF8NDczNzAxNnww?i=LiwQn563zKc%3D" TargetMode="External"/><Relationship Id="rId13" Type="http://schemas.openxmlformats.org/officeDocument/2006/relationships/hyperlink" Target="https://careers.russell-cooke.co.uk/privacy-policy"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ussell-cooke.co.uk/career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areers.russell-cooke.co.uk/Apply/QXB5599bwbGljYXRpb24gRm9ybXwxMDR8ODA5MDg5fDF8fEZhbHNlfDI4NDF8NDczNzAxNnww?i=LiwQn563zKc%3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talos360.co.uk/ats/"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1728</Words>
  <Characters>9852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11557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dc:creator>
  <cp:keywords/>
  <cp:revision>2</cp:revision>
  <dcterms:created xsi:type="dcterms:W3CDTF">2026-03-22T20:05:00Z</dcterms:created>
  <dcterms:modified xsi:type="dcterms:W3CDTF">2026-03-22T20:05:00Z</dcterms:modified>
  <cp:category/>
</cp:coreProperties>
</file>