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32242121"/>
        <w:docPartObj>
          <w:docPartGallery w:val="Cover Pages"/>
          <w:docPartUnique/>
        </w:docPartObj>
      </w:sdtPr>
      <w:sdtContent>
        <w:p w14:paraId="0A16BC70" w14:textId="5893734D" w:rsidR="00C71D16" w:rsidRDefault="00CF3490">
          <w:pPr>
            <w:pStyle w:val="NoSpacing"/>
          </w:pPr>
          <w:r>
            <w:rPr>
              <w:noProof/>
            </w:rPr>
            <mc:AlternateContent>
              <mc:Choice Requires="wps">
                <w:drawing>
                  <wp:anchor distT="0" distB="0" distL="114300" distR="114300" simplePos="0" relativeHeight="251660288" behindDoc="0" locked="0" layoutInCell="1" allowOverlap="1" wp14:anchorId="2BE0B02E" wp14:editId="5CD958DE">
                    <wp:simplePos x="0" y="0"/>
                    <wp:positionH relativeFrom="page">
                      <wp:posOffset>2876550</wp:posOffset>
                    </wp:positionH>
                    <wp:positionV relativeFrom="page">
                      <wp:posOffset>762000</wp:posOffset>
                    </wp:positionV>
                    <wp:extent cx="3884930" cy="5457825"/>
                    <wp:effectExtent l="0" t="0" r="1270" b="9525"/>
                    <wp:wrapNone/>
                    <wp:docPr id="1" name="Text Box 30"/>
                    <wp:cNvGraphicFramePr/>
                    <a:graphic xmlns:a="http://schemas.openxmlformats.org/drawingml/2006/main">
                      <a:graphicData uri="http://schemas.microsoft.com/office/word/2010/wordprocessingShape">
                        <wps:wsp>
                          <wps:cNvSpPr txBox="1"/>
                          <wps:spPr>
                            <a:xfrm>
                              <a:off x="0" y="0"/>
                              <a:ext cx="3884930" cy="5457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8A24B1" w14:textId="4AC8E745" w:rsidR="00C71D16" w:rsidRDefault="00000000" w:rsidP="00C71D16">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71D16">
                                      <w:rPr>
                                        <w:rFonts w:asciiTheme="majorHAnsi" w:eastAsiaTheme="majorEastAsia" w:hAnsiTheme="majorHAnsi" w:cstheme="majorBidi"/>
                                        <w:color w:val="262626" w:themeColor="text1" w:themeTint="D9"/>
                                        <w:sz w:val="72"/>
                                        <w:szCs w:val="72"/>
                                      </w:rPr>
                                      <w:t>ACCA4023</w:t>
                                    </w:r>
                                  </w:sdtContent>
                                </w:sdt>
                                <w:r w:rsidR="00C71D16">
                                  <w:rPr>
                                    <w:rFonts w:asciiTheme="majorHAnsi" w:eastAsiaTheme="majorEastAsia" w:hAnsiTheme="majorHAnsi" w:cstheme="majorBidi"/>
                                    <w:color w:val="262626" w:themeColor="text1" w:themeTint="D9"/>
                                    <w:sz w:val="72"/>
                                    <w:szCs w:val="72"/>
                                  </w:rPr>
                                  <w:t>-Introduction to Web &amp; Database Concepts</w:t>
                                </w:r>
                              </w:p>
                              <w:p w14:paraId="38A85E24" w14:textId="77777777" w:rsidR="00C71D16" w:rsidRDefault="00C71D16" w:rsidP="00C71D16">
                                <w:pPr>
                                  <w:pStyle w:val="NoSpacing"/>
                                  <w:rPr>
                                    <w:rFonts w:asciiTheme="majorHAnsi" w:eastAsiaTheme="majorEastAsia" w:hAnsiTheme="majorHAnsi" w:cstheme="majorBidi"/>
                                    <w:color w:val="262626" w:themeColor="text1" w:themeTint="D9"/>
                                    <w:sz w:val="72"/>
                                    <w:szCs w:val="72"/>
                                  </w:rPr>
                                </w:pPr>
                              </w:p>
                              <w:p w14:paraId="0FED3072" w14:textId="6928BE31" w:rsidR="00C71D16" w:rsidRPr="00C71D16" w:rsidRDefault="00C71D16" w:rsidP="00C71D16">
                                <w:pPr>
                                  <w:pStyle w:val="NoSpacing"/>
                                  <w:rPr>
                                    <w:rFonts w:asciiTheme="majorHAnsi" w:eastAsiaTheme="majorEastAsia" w:hAnsiTheme="majorHAnsi" w:cstheme="majorBidi"/>
                                    <w:color w:val="262626" w:themeColor="text1" w:themeTint="D9"/>
                                    <w:sz w:val="48"/>
                                    <w:szCs w:val="48"/>
                                  </w:rPr>
                                </w:pPr>
                                <w:r w:rsidRPr="00C71D16">
                                  <w:rPr>
                                    <w:rFonts w:asciiTheme="majorHAnsi" w:eastAsiaTheme="majorEastAsia" w:hAnsiTheme="majorHAnsi" w:cstheme="majorBidi"/>
                                    <w:color w:val="262626" w:themeColor="text1" w:themeTint="D9"/>
                                    <w:sz w:val="48"/>
                                    <w:szCs w:val="48"/>
                                  </w:rPr>
                                  <w:t>Assignment 2: HTML &amp; CSS Web Development</w:t>
                                </w:r>
                              </w:p>
                              <w:p w14:paraId="03B6FFCC" w14:textId="77777777" w:rsidR="00C71D16" w:rsidRDefault="00C71D16" w:rsidP="00C71D16">
                                <w:pPr>
                                  <w:pStyle w:val="NoSpacing"/>
                                  <w:rPr>
                                    <w:rFonts w:asciiTheme="majorHAnsi" w:eastAsiaTheme="majorEastAsia" w:hAnsiTheme="majorHAnsi" w:cstheme="majorBidi"/>
                                    <w:color w:val="262626" w:themeColor="text1" w:themeTint="D9"/>
                                    <w:sz w:val="72"/>
                                  </w:rPr>
                                </w:pPr>
                              </w:p>
                              <w:p w14:paraId="5B255772" w14:textId="73631D07" w:rsidR="00C71D16" w:rsidRPr="00C71D16" w:rsidRDefault="00C71D16" w:rsidP="00C71D16">
                                <w:pPr>
                                  <w:pStyle w:val="NoSpacing"/>
                                  <w:rPr>
                                    <w:rFonts w:asciiTheme="majorHAnsi" w:eastAsiaTheme="majorEastAsia" w:hAnsiTheme="majorHAnsi" w:cstheme="majorBidi"/>
                                    <w:color w:val="262626" w:themeColor="text1" w:themeTint="D9"/>
                                    <w:sz w:val="40"/>
                                    <w:szCs w:val="40"/>
                                  </w:rPr>
                                </w:pPr>
                                <w:r w:rsidRPr="00C71D16">
                                  <w:rPr>
                                    <w:rFonts w:asciiTheme="majorHAnsi" w:eastAsiaTheme="majorEastAsia" w:hAnsiTheme="majorHAnsi" w:cstheme="majorBidi"/>
                                    <w:color w:val="262626" w:themeColor="text1" w:themeTint="D9"/>
                                    <w:sz w:val="40"/>
                                    <w:szCs w:val="40"/>
                                  </w:rPr>
                                  <w:t xml:space="preserve">Name: </w:t>
                                </w:r>
                                <w:r w:rsidRPr="00873188">
                                  <w:rPr>
                                    <w:rFonts w:asciiTheme="majorHAnsi" w:eastAsiaTheme="majorEastAsia" w:hAnsiTheme="majorHAnsi" w:cstheme="majorBidi"/>
                                    <w:i/>
                                    <w:iCs/>
                                    <w:color w:val="262626" w:themeColor="text1" w:themeTint="D9"/>
                                    <w:sz w:val="40"/>
                                    <w:szCs w:val="40"/>
                                  </w:rPr>
                                  <w:t>Jay L Boodhun</w:t>
                                </w:r>
                              </w:p>
                              <w:p w14:paraId="7947E00D" w14:textId="66C58A08" w:rsidR="00C71D16" w:rsidRDefault="00C71D16" w:rsidP="00C71D16">
                                <w:pPr>
                                  <w:pStyle w:val="NoSpacing"/>
                                  <w:rPr>
                                    <w:rFonts w:asciiTheme="majorHAnsi" w:eastAsiaTheme="majorEastAsia" w:hAnsiTheme="majorHAnsi" w:cstheme="majorBidi"/>
                                    <w:color w:val="262626" w:themeColor="text1" w:themeTint="D9"/>
                                    <w:sz w:val="40"/>
                                    <w:szCs w:val="40"/>
                                  </w:rPr>
                                </w:pPr>
                                <w:r w:rsidRPr="00C71D16">
                                  <w:rPr>
                                    <w:rFonts w:asciiTheme="majorHAnsi" w:eastAsiaTheme="majorEastAsia" w:hAnsiTheme="majorHAnsi" w:cstheme="majorBidi"/>
                                    <w:color w:val="262626" w:themeColor="text1" w:themeTint="D9"/>
                                    <w:sz w:val="40"/>
                                    <w:szCs w:val="40"/>
                                  </w:rPr>
                                  <w:t xml:space="preserve">Student no: </w:t>
                                </w:r>
                                <w:r w:rsidRPr="00873188">
                                  <w:rPr>
                                    <w:rFonts w:asciiTheme="majorHAnsi" w:eastAsiaTheme="majorEastAsia" w:hAnsiTheme="majorHAnsi" w:cstheme="majorBidi"/>
                                    <w:i/>
                                    <w:iCs/>
                                    <w:color w:val="262626" w:themeColor="text1" w:themeTint="D9"/>
                                    <w:sz w:val="40"/>
                                    <w:szCs w:val="40"/>
                                  </w:rPr>
                                  <w:t>2531572</w:t>
                                </w:r>
                              </w:p>
                              <w:p w14:paraId="6E16C339" w14:textId="77777777" w:rsidR="00C71D16" w:rsidRDefault="00C71D16" w:rsidP="00C71D16">
                                <w:pPr>
                                  <w:pStyle w:val="NoSpacing"/>
                                  <w:rPr>
                                    <w:rFonts w:asciiTheme="majorHAnsi" w:eastAsiaTheme="majorEastAsia" w:hAnsiTheme="majorHAnsi" w:cstheme="majorBidi"/>
                                    <w:color w:val="262626" w:themeColor="text1" w:themeTint="D9"/>
                                    <w:sz w:val="40"/>
                                    <w:szCs w:val="40"/>
                                  </w:rPr>
                                </w:pPr>
                              </w:p>
                              <w:p w14:paraId="5ED67F15" w14:textId="6E8C2A1D" w:rsidR="00C71D16" w:rsidRPr="00C71D16" w:rsidRDefault="00C71D16" w:rsidP="00C71D16">
                                <w:pPr>
                                  <w:pStyle w:val="NoSpacing"/>
                                  <w:rPr>
                                    <w:rFonts w:asciiTheme="majorHAnsi" w:eastAsiaTheme="majorEastAsia" w:hAnsiTheme="majorHAnsi" w:cstheme="majorBidi"/>
                                    <w:color w:val="262626" w:themeColor="text1" w:themeTint="D9"/>
                                    <w:sz w:val="40"/>
                                    <w:szCs w:val="40"/>
                                  </w:rPr>
                                </w:pPr>
                                <w:r>
                                  <w:rPr>
                                    <w:rFonts w:asciiTheme="majorHAnsi" w:eastAsiaTheme="majorEastAsia" w:hAnsiTheme="majorHAnsi" w:cstheme="majorBidi"/>
                                    <w:color w:val="262626" w:themeColor="text1" w:themeTint="D9"/>
                                    <w:sz w:val="40"/>
                                    <w:szCs w:val="40"/>
                                  </w:rPr>
                                  <w:t xml:space="preserve">Lecturer: </w:t>
                                </w:r>
                                <w:r w:rsidRPr="00873188">
                                  <w:rPr>
                                    <w:rFonts w:asciiTheme="majorHAnsi" w:eastAsiaTheme="majorEastAsia" w:hAnsiTheme="majorHAnsi" w:cstheme="majorBidi"/>
                                    <w:i/>
                                    <w:iCs/>
                                    <w:color w:val="262626" w:themeColor="text1" w:themeTint="D9"/>
                                    <w:sz w:val="40"/>
                                    <w:szCs w:val="40"/>
                                  </w:rPr>
                                  <w:t>Dr Anum Paracha</w:t>
                                </w:r>
                              </w:p>
                              <w:p w14:paraId="1C72BB96" w14:textId="77777777" w:rsidR="00C71D16" w:rsidRPr="00C71D16" w:rsidRDefault="00C71D16" w:rsidP="00C71D16">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BE0B02E" id="_x0000_t202" coordsize="21600,21600" o:spt="202" path="m,l,21600r21600,l21600,xe">
                    <v:stroke joinstyle="miter"/>
                    <v:path gradientshapeok="t" o:connecttype="rect"/>
                  </v:shapetype>
                  <v:shape id="Text Box 30" o:spid="_x0000_s1026" type="#_x0000_t202" style="position:absolute;margin-left:226.5pt;margin-top:60pt;width:305.9pt;height:42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" filled="f" stroked="f" strokeweight=".5pt">
                    <v:textbox inset="0,0,0,0">
                      <w:txbxContent>
                        <w:p w14:paraId="778A24B1" w14:textId="4AC8E745" w:rsidR="00C71D16" w:rsidRDefault="00000000" w:rsidP="00C71D16">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71D16">
                                <w:rPr>
                                  <w:rFonts w:asciiTheme="majorHAnsi" w:eastAsiaTheme="majorEastAsia" w:hAnsiTheme="majorHAnsi" w:cstheme="majorBidi"/>
                                  <w:color w:val="262626" w:themeColor="text1" w:themeTint="D9"/>
                                  <w:sz w:val="72"/>
                                  <w:szCs w:val="72"/>
                                </w:rPr>
                                <w:t>ACCA4023</w:t>
                              </w:r>
                            </w:sdtContent>
                          </w:sdt>
                          <w:r w:rsidR="00C71D16">
                            <w:rPr>
                              <w:rFonts w:asciiTheme="majorHAnsi" w:eastAsiaTheme="majorEastAsia" w:hAnsiTheme="majorHAnsi" w:cstheme="majorBidi"/>
                              <w:color w:val="262626" w:themeColor="text1" w:themeTint="D9"/>
                              <w:sz w:val="72"/>
                              <w:szCs w:val="72"/>
                            </w:rPr>
                            <w:t>-Introduction to Web &amp; Database Concepts</w:t>
                          </w:r>
                        </w:p>
                        <w:p w14:paraId="38A85E24" w14:textId="77777777" w:rsidR="00C71D16" w:rsidRDefault="00C71D16" w:rsidP="00C71D16">
                          <w:pPr>
                            <w:pStyle w:val="NoSpacing"/>
                            <w:rPr>
                              <w:rFonts w:asciiTheme="majorHAnsi" w:eastAsiaTheme="majorEastAsia" w:hAnsiTheme="majorHAnsi" w:cstheme="majorBidi"/>
                              <w:color w:val="262626" w:themeColor="text1" w:themeTint="D9"/>
                              <w:sz w:val="72"/>
                              <w:szCs w:val="72"/>
                            </w:rPr>
                          </w:pPr>
                        </w:p>
                        <w:p w14:paraId="0FED3072" w14:textId="6928BE31" w:rsidR="00C71D16" w:rsidRPr="00C71D16" w:rsidRDefault="00C71D16" w:rsidP="00C71D16">
                          <w:pPr>
                            <w:pStyle w:val="NoSpacing"/>
                            <w:rPr>
                              <w:rFonts w:asciiTheme="majorHAnsi" w:eastAsiaTheme="majorEastAsia" w:hAnsiTheme="majorHAnsi" w:cstheme="majorBidi"/>
                              <w:color w:val="262626" w:themeColor="text1" w:themeTint="D9"/>
                              <w:sz w:val="48"/>
                              <w:szCs w:val="48"/>
                            </w:rPr>
                          </w:pPr>
                          <w:r w:rsidRPr="00C71D16">
                            <w:rPr>
                              <w:rFonts w:asciiTheme="majorHAnsi" w:eastAsiaTheme="majorEastAsia" w:hAnsiTheme="majorHAnsi" w:cstheme="majorBidi"/>
                              <w:color w:val="262626" w:themeColor="text1" w:themeTint="D9"/>
                              <w:sz w:val="48"/>
                              <w:szCs w:val="48"/>
                            </w:rPr>
                            <w:t>Assignment 2: HTML &amp; CSS Web Development</w:t>
                          </w:r>
                        </w:p>
                        <w:p w14:paraId="03B6FFCC" w14:textId="77777777" w:rsidR="00C71D16" w:rsidRDefault="00C71D16" w:rsidP="00C71D16">
                          <w:pPr>
                            <w:pStyle w:val="NoSpacing"/>
                            <w:rPr>
                              <w:rFonts w:asciiTheme="majorHAnsi" w:eastAsiaTheme="majorEastAsia" w:hAnsiTheme="majorHAnsi" w:cstheme="majorBidi"/>
                              <w:color w:val="262626" w:themeColor="text1" w:themeTint="D9"/>
                              <w:sz w:val="72"/>
                            </w:rPr>
                          </w:pPr>
                        </w:p>
                        <w:p w14:paraId="5B255772" w14:textId="73631D07" w:rsidR="00C71D16" w:rsidRPr="00C71D16" w:rsidRDefault="00C71D16" w:rsidP="00C71D16">
                          <w:pPr>
                            <w:pStyle w:val="NoSpacing"/>
                            <w:rPr>
                              <w:rFonts w:asciiTheme="majorHAnsi" w:eastAsiaTheme="majorEastAsia" w:hAnsiTheme="majorHAnsi" w:cstheme="majorBidi"/>
                              <w:color w:val="262626" w:themeColor="text1" w:themeTint="D9"/>
                              <w:sz w:val="40"/>
                              <w:szCs w:val="40"/>
                            </w:rPr>
                          </w:pPr>
                          <w:r w:rsidRPr="00C71D16">
                            <w:rPr>
                              <w:rFonts w:asciiTheme="majorHAnsi" w:eastAsiaTheme="majorEastAsia" w:hAnsiTheme="majorHAnsi" w:cstheme="majorBidi"/>
                              <w:color w:val="262626" w:themeColor="text1" w:themeTint="D9"/>
                              <w:sz w:val="40"/>
                              <w:szCs w:val="40"/>
                            </w:rPr>
                            <w:t xml:space="preserve">Name: </w:t>
                          </w:r>
                          <w:r w:rsidRPr="00873188">
                            <w:rPr>
                              <w:rFonts w:asciiTheme="majorHAnsi" w:eastAsiaTheme="majorEastAsia" w:hAnsiTheme="majorHAnsi" w:cstheme="majorBidi"/>
                              <w:i/>
                              <w:iCs/>
                              <w:color w:val="262626" w:themeColor="text1" w:themeTint="D9"/>
                              <w:sz w:val="40"/>
                              <w:szCs w:val="40"/>
                            </w:rPr>
                            <w:t>Jay L Boodhun</w:t>
                          </w:r>
                        </w:p>
                        <w:p w14:paraId="7947E00D" w14:textId="66C58A08" w:rsidR="00C71D16" w:rsidRDefault="00C71D16" w:rsidP="00C71D16">
                          <w:pPr>
                            <w:pStyle w:val="NoSpacing"/>
                            <w:rPr>
                              <w:rFonts w:asciiTheme="majorHAnsi" w:eastAsiaTheme="majorEastAsia" w:hAnsiTheme="majorHAnsi" w:cstheme="majorBidi"/>
                              <w:color w:val="262626" w:themeColor="text1" w:themeTint="D9"/>
                              <w:sz w:val="40"/>
                              <w:szCs w:val="40"/>
                            </w:rPr>
                          </w:pPr>
                          <w:r w:rsidRPr="00C71D16">
                            <w:rPr>
                              <w:rFonts w:asciiTheme="majorHAnsi" w:eastAsiaTheme="majorEastAsia" w:hAnsiTheme="majorHAnsi" w:cstheme="majorBidi"/>
                              <w:color w:val="262626" w:themeColor="text1" w:themeTint="D9"/>
                              <w:sz w:val="40"/>
                              <w:szCs w:val="40"/>
                            </w:rPr>
                            <w:t xml:space="preserve">Student no: </w:t>
                          </w:r>
                          <w:r w:rsidRPr="00873188">
                            <w:rPr>
                              <w:rFonts w:asciiTheme="majorHAnsi" w:eastAsiaTheme="majorEastAsia" w:hAnsiTheme="majorHAnsi" w:cstheme="majorBidi"/>
                              <w:i/>
                              <w:iCs/>
                              <w:color w:val="262626" w:themeColor="text1" w:themeTint="D9"/>
                              <w:sz w:val="40"/>
                              <w:szCs w:val="40"/>
                            </w:rPr>
                            <w:t>2531572</w:t>
                          </w:r>
                        </w:p>
                        <w:p w14:paraId="6E16C339" w14:textId="77777777" w:rsidR="00C71D16" w:rsidRDefault="00C71D16" w:rsidP="00C71D16">
                          <w:pPr>
                            <w:pStyle w:val="NoSpacing"/>
                            <w:rPr>
                              <w:rFonts w:asciiTheme="majorHAnsi" w:eastAsiaTheme="majorEastAsia" w:hAnsiTheme="majorHAnsi" w:cstheme="majorBidi"/>
                              <w:color w:val="262626" w:themeColor="text1" w:themeTint="D9"/>
                              <w:sz w:val="40"/>
                              <w:szCs w:val="40"/>
                            </w:rPr>
                          </w:pPr>
                        </w:p>
                        <w:p w14:paraId="5ED67F15" w14:textId="6E8C2A1D" w:rsidR="00C71D16" w:rsidRPr="00C71D16" w:rsidRDefault="00C71D16" w:rsidP="00C71D16">
                          <w:pPr>
                            <w:pStyle w:val="NoSpacing"/>
                            <w:rPr>
                              <w:rFonts w:asciiTheme="majorHAnsi" w:eastAsiaTheme="majorEastAsia" w:hAnsiTheme="majorHAnsi" w:cstheme="majorBidi"/>
                              <w:color w:val="262626" w:themeColor="text1" w:themeTint="D9"/>
                              <w:sz w:val="40"/>
                              <w:szCs w:val="40"/>
                            </w:rPr>
                          </w:pPr>
                          <w:r>
                            <w:rPr>
                              <w:rFonts w:asciiTheme="majorHAnsi" w:eastAsiaTheme="majorEastAsia" w:hAnsiTheme="majorHAnsi" w:cstheme="majorBidi"/>
                              <w:color w:val="262626" w:themeColor="text1" w:themeTint="D9"/>
                              <w:sz w:val="40"/>
                              <w:szCs w:val="40"/>
                            </w:rPr>
                            <w:t xml:space="preserve">Lecturer: </w:t>
                          </w:r>
                          <w:r w:rsidRPr="00873188">
                            <w:rPr>
                              <w:rFonts w:asciiTheme="majorHAnsi" w:eastAsiaTheme="majorEastAsia" w:hAnsiTheme="majorHAnsi" w:cstheme="majorBidi"/>
                              <w:i/>
                              <w:iCs/>
                              <w:color w:val="262626" w:themeColor="text1" w:themeTint="D9"/>
                              <w:sz w:val="40"/>
                              <w:szCs w:val="40"/>
                            </w:rPr>
                            <w:t>Dr Anum Paracha</w:t>
                          </w:r>
                        </w:p>
                        <w:p w14:paraId="1C72BB96" w14:textId="77777777" w:rsidR="00C71D16" w:rsidRPr="00C71D16" w:rsidRDefault="00C71D16" w:rsidP="00C71D16">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r w:rsidR="00C71D16">
            <w:rPr>
              <w:noProof/>
            </w:rPr>
            <mc:AlternateContent>
              <mc:Choice Requires="wpg">
                <w:drawing>
                  <wp:anchor distT="0" distB="0" distL="114300" distR="114300" simplePos="0" relativeHeight="251659264" behindDoc="1" locked="0" layoutInCell="1" allowOverlap="1" wp14:anchorId="2547DA13" wp14:editId="7E31552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78FD7AE4" w14:textId="673EE84F" w:rsidR="00C71D16" w:rsidRDefault="00C71D16">
                                      <w:pPr>
                                        <w:pStyle w:val="NoSpacing"/>
                                        <w:jc w:val="right"/>
                                        <w:rPr>
                                          <w:color w:val="FFFFFF" w:themeColor="background1"/>
                                          <w:sz w:val="28"/>
                                          <w:szCs w:val="28"/>
                                        </w:rPr>
                                      </w:pPr>
                                      <w:r>
                                        <w:rPr>
                                          <w:color w:val="FFFFFF" w:themeColor="background1"/>
                                          <w:sz w:val="28"/>
                                          <w:szCs w:val="28"/>
                                        </w:rPr>
                                        <w:t>8/14/2026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547DA13" id="Group 26"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78FD7AE4" w14:textId="673EE84F" w:rsidR="00C71D16" w:rsidRDefault="00C71D16">
                                <w:pPr>
                                  <w:pStyle w:val="NoSpacing"/>
                                  <w:jc w:val="right"/>
                                  <w:rPr>
                                    <w:color w:val="FFFFFF" w:themeColor="background1"/>
                                    <w:sz w:val="28"/>
                                    <w:szCs w:val="28"/>
                                  </w:rPr>
                                </w:pPr>
                                <w:r>
                                  <w:rPr>
                                    <w:color w:val="FFFFFF" w:themeColor="background1"/>
                                    <w:sz w:val="28"/>
                                    <w:szCs w:val="28"/>
                                  </w:rPr>
                                  <w:t>8/14/2026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19CBF41" w14:textId="6D9A6EA4" w:rsidR="00C71D16" w:rsidRDefault="00CF3490">
          <w:pPr>
            <w:rPr>
              <w:rFonts w:asciiTheme="majorHAnsi" w:eastAsiaTheme="majorEastAsia" w:hAnsiTheme="majorHAnsi" w:cstheme="majorBidi"/>
              <w:color w:val="17365D" w:themeColor="text2" w:themeShade="BF"/>
              <w:spacing w:val="5"/>
              <w:kern w:val="28"/>
              <w:sz w:val="52"/>
              <w:szCs w:val="52"/>
            </w:rPr>
          </w:pPr>
          <w:r>
            <w:rPr>
              <w:noProof/>
            </w:rPr>
            <w:drawing>
              <wp:anchor distT="0" distB="0" distL="114300" distR="114300" simplePos="0" relativeHeight="251662336" behindDoc="0" locked="0" layoutInCell="1" allowOverlap="1" wp14:anchorId="1BE903F3" wp14:editId="78771C56">
                <wp:simplePos x="0" y="0"/>
                <wp:positionH relativeFrom="margin">
                  <wp:posOffset>2038350</wp:posOffset>
                </wp:positionH>
                <wp:positionV relativeFrom="paragraph">
                  <wp:posOffset>5402580</wp:posOffset>
                </wp:positionV>
                <wp:extent cx="1905000" cy="1952625"/>
                <wp:effectExtent l="0" t="0" r="0" b="9525"/>
                <wp:wrapSquare wrapText="bothSides"/>
                <wp:docPr id="1137029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029491" name=""/>
                        <pic:cNvPicPr/>
                      </pic:nvPicPr>
                      <pic:blipFill>
                        <a:blip r:embed="rId12"/>
                        <a:stretch>
                          <a:fillRect/>
                        </a:stretch>
                      </pic:blipFill>
                      <pic:spPr>
                        <a:xfrm>
                          <a:off x="0" y="0"/>
                          <a:ext cx="1905000" cy="1952625"/>
                        </a:xfrm>
                        <a:prstGeom prst="rect">
                          <a:avLst/>
                        </a:prstGeom>
                      </pic:spPr>
                    </pic:pic>
                  </a:graphicData>
                </a:graphic>
                <wp14:sizeRelV relativeFrom="margin">
                  <wp14:pctHeight>0</wp14:pctHeight>
                </wp14:sizeRelV>
              </wp:anchor>
            </w:drawing>
          </w:r>
          <w:r w:rsidR="009C28D8">
            <w:rPr>
              <w:noProof/>
            </w:rPr>
            <mc:AlternateContent>
              <mc:Choice Requires="wps">
                <w:drawing>
                  <wp:anchor distT="0" distB="0" distL="114300" distR="114300" simplePos="0" relativeHeight="251661312" behindDoc="0" locked="0" layoutInCell="1" allowOverlap="1" wp14:anchorId="370A93B8" wp14:editId="2D574604">
                    <wp:simplePos x="0" y="0"/>
                    <wp:positionH relativeFrom="page">
                      <wp:posOffset>1819275</wp:posOffset>
                    </wp:positionH>
                    <wp:positionV relativeFrom="page">
                      <wp:posOffset>8620125</wp:posOffset>
                    </wp:positionV>
                    <wp:extent cx="5314950" cy="756285"/>
                    <wp:effectExtent l="0" t="0" r="0" b="5715"/>
                    <wp:wrapNone/>
                    <wp:docPr id="32" name="Text Box 28"/>
                    <wp:cNvGraphicFramePr/>
                    <a:graphic xmlns:a="http://schemas.openxmlformats.org/drawingml/2006/main">
                      <a:graphicData uri="http://schemas.microsoft.com/office/word/2010/wordprocessingShape">
                        <wps:wsp>
                          <wps:cNvSpPr txBox="1"/>
                          <wps:spPr>
                            <a:xfrm>
                              <a:off x="0" y="0"/>
                              <a:ext cx="5314950" cy="756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6AEF8" w14:textId="3C967104" w:rsidR="00C71D16" w:rsidRDefault="00000000">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1801B7">
                                      <w:rPr>
                                        <w:color w:val="4F81BD" w:themeColor="accent1"/>
                                        <w:sz w:val="26"/>
                                        <w:szCs w:val="26"/>
                                      </w:rPr>
                                      <w:t xml:space="preserve">     </w:t>
                                    </w:r>
                                  </w:sdtContent>
                                </w:sdt>
                              </w:p>
                              <w:p w14:paraId="01331200" w14:textId="369FA126" w:rsidR="00C71D16" w:rsidRPr="00CF3490" w:rsidRDefault="001801B7">
                                <w:pPr>
                                  <w:pStyle w:val="NoSpacing"/>
                                  <w:rPr>
                                    <w:b/>
                                    <w:bCs/>
                                    <w:i/>
                                    <w:iCs/>
                                    <w:color w:val="595959" w:themeColor="text1" w:themeTint="A6"/>
                                    <w:sz w:val="20"/>
                                    <w:szCs w:val="20"/>
                                  </w:rPr>
                                </w:pPr>
                                <w:r w:rsidRPr="00CF3490">
                                  <w:rPr>
                                    <w:b/>
                                    <w:bCs/>
                                    <w:i/>
                                    <w:iCs/>
                                    <w:caps/>
                                    <w:color w:val="595959" w:themeColor="text1" w:themeTint="A6"/>
                                    <w:sz w:val="44"/>
                                    <w:szCs w:val="44"/>
                                  </w:rPr>
                                  <w:t>UNiversity of Wales Trinity ST.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70A93B8" id="Text Box 28" o:spid="_x0000_s1056" type="#_x0000_t202" style="position:absolute;margin-left:143.25pt;margin-top:678.75pt;width:418.5pt;height:59.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" filled="f" stroked="f" strokeweight=".5pt">
                    <v:textbox inset="0,0,0,0">
                      <w:txbxContent>
                        <w:p w14:paraId="20C6AEF8" w14:textId="3C967104" w:rsidR="00C71D16" w:rsidRDefault="00000000">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1801B7">
                                <w:rPr>
                                  <w:color w:val="4F81BD" w:themeColor="accent1"/>
                                  <w:sz w:val="26"/>
                                  <w:szCs w:val="26"/>
                                </w:rPr>
                                <w:t xml:space="preserve">     </w:t>
                              </w:r>
                            </w:sdtContent>
                          </w:sdt>
                        </w:p>
                        <w:p w14:paraId="01331200" w14:textId="369FA126" w:rsidR="00C71D16" w:rsidRPr="00CF3490" w:rsidRDefault="001801B7">
                          <w:pPr>
                            <w:pStyle w:val="NoSpacing"/>
                            <w:rPr>
                              <w:b/>
                              <w:bCs/>
                              <w:i/>
                              <w:iCs/>
                              <w:color w:val="595959" w:themeColor="text1" w:themeTint="A6"/>
                              <w:sz w:val="20"/>
                              <w:szCs w:val="20"/>
                            </w:rPr>
                          </w:pPr>
                          <w:r w:rsidRPr="00CF3490">
                            <w:rPr>
                              <w:b/>
                              <w:bCs/>
                              <w:i/>
                              <w:iCs/>
                              <w:caps/>
                              <w:color w:val="595959" w:themeColor="text1" w:themeTint="A6"/>
                              <w:sz w:val="44"/>
                              <w:szCs w:val="44"/>
                            </w:rPr>
                            <w:t>UNiversity of Wales Trinity ST. DAVID</w:t>
                          </w:r>
                        </w:p>
                      </w:txbxContent>
                    </v:textbox>
                    <w10:wrap anchorx="page" anchory="page"/>
                  </v:shape>
                </w:pict>
              </mc:Fallback>
            </mc:AlternateContent>
          </w:r>
          <w:r w:rsidR="00C71D16">
            <w:br w:type="page"/>
          </w:r>
        </w:p>
      </w:sdtContent>
    </w:sdt>
    <w:sdt>
      <w:sdtPr>
        <w:id w:val="1790347053"/>
        <w:docPartObj>
          <w:docPartGallery w:val="Table of Contents"/>
          <w:docPartUnique/>
        </w:docPartObj>
      </w:sdtPr>
      <w:sdtContent>
        <w:p w14:paraId="0330A18F" w14:textId="35CDF268" w:rsidR="00B703F4" w:rsidRDefault="26364435">
          <w:pPr>
            <w:pStyle w:val="TOC1"/>
            <w:tabs>
              <w:tab w:val="right" w:leader="dot" w:pos="8630"/>
            </w:tabs>
            <w:rPr>
              <w:noProof/>
              <w:kern w:val="2"/>
              <w:sz w:val="24"/>
              <w:szCs w:val="24"/>
              <w:lang w:val="en-GB" w:eastAsia="en-GB"/>
              <w14:ligatures w14:val="standardContextual"/>
            </w:rPr>
          </w:pPr>
          <w:r>
            <w:fldChar w:fldCharType="begin"/>
          </w:r>
          <w:r>
            <w:instrText>TOC \o \z \u \h</w:instrText>
          </w:r>
          <w:r>
            <w:fldChar w:fldCharType="separate"/>
          </w:r>
          <w:hyperlink w:anchor="_Toc237604942" w:history="1">
            <w:r w:rsidR="00B703F4" w:rsidRPr="00F70D01">
              <w:rPr>
                <w:rStyle w:val="Hyperlink"/>
                <w:noProof/>
              </w:rPr>
              <w:t>Introduction</w:t>
            </w:r>
            <w:r w:rsidR="00B703F4">
              <w:rPr>
                <w:noProof/>
                <w:webHidden/>
              </w:rPr>
              <w:tab/>
            </w:r>
            <w:r w:rsidR="00B703F4">
              <w:rPr>
                <w:noProof/>
                <w:webHidden/>
              </w:rPr>
              <w:fldChar w:fldCharType="begin"/>
            </w:r>
            <w:r w:rsidR="00B703F4">
              <w:rPr>
                <w:noProof/>
                <w:webHidden/>
              </w:rPr>
              <w:instrText xml:space="preserve"> PAGEREF _Toc237604942 \h </w:instrText>
            </w:r>
            <w:r w:rsidR="00B703F4">
              <w:rPr>
                <w:noProof/>
                <w:webHidden/>
              </w:rPr>
            </w:r>
            <w:r w:rsidR="00B703F4">
              <w:rPr>
                <w:noProof/>
                <w:webHidden/>
              </w:rPr>
              <w:fldChar w:fldCharType="separate"/>
            </w:r>
            <w:r w:rsidR="000B6FE6">
              <w:rPr>
                <w:noProof/>
                <w:webHidden/>
              </w:rPr>
              <w:t>2</w:t>
            </w:r>
            <w:r w:rsidR="00B703F4">
              <w:rPr>
                <w:noProof/>
                <w:webHidden/>
              </w:rPr>
              <w:fldChar w:fldCharType="end"/>
            </w:r>
          </w:hyperlink>
        </w:p>
        <w:p w14:paraId="7BB2950E" w14:textId="0605124A" w:rsidR="00B703F4" w:rsidRDefault="00B703F4">
          <w:pPr>
            <w:pStyle w:val="TOC1"/>
            <w:tabs>
              <w:tab w:val="left" w:pos="440"/>
              <w:tab w:val="right" w:leader="dot" w:pos="8630"/>
            </w:tabs>
            <w:rPr>
              <w:noProof/>
              <w:kern w:val="2"/>
              <w:sz w:val="24"/>
              <w:szCs w:val="24"/>
              <w:lang w:val="en-GB" w:eastAsia="en-GB"/>
              <w14:ligatures w14:val="standardContextual"/>
            </w:rPr>
          </w:pPr>
          <w:hyperlink w:anchor="_Toc237604943" w:history="1">
            <w:r w:rsidRPr="00F70D01">
              <w:rPr>
                <w:rStyle w:val="Hyperlink"/>
                <w:noProof/>
              </w:rPr>
              <w:t>1.</w:t>
            </w:r>
            <w:r>
              <w:rPr>
                <w:noProof/>
                <w:kern w:val="2"/>
                <w:sz w:val="24"/>
                <w:szCs w:val="24"/>
                <w:lang w:val="en-GB" w:eastAsia="en-GB"/>
                <w14:ligatures w14:val="standardContextual"/>
              </w:rPr>
              <w:tab/>
            </w:r>
            <w:r w:rsidRPr="00F70D01">
              <w:rPr>
                <w:rStyle w:val="Hyperlink"/>
                <w:noProof/>
              </w:rPr>
              <w:t>HTML Website</w:t>
            </w:r>
            <w:r>
              <w:rPr>
                <w:noProof/>
                <w:webHidden/>
              </w:rPr>
              <w:tab/>
            </w:r>
            <w:r>
              <w:rPr>
                <w:noProof/>
                <w:webHidden/>
              </w:rPr>
              <w:fldChar w:fldCharType="begin"/>
            </w:r>
            <w:r>
              <w:rPr>
                <w:noProof/>
                <w:webHidden/>
              </w:rPr>
              <w:instrText xml:space="preserve"> PAGEREF _Toc237604943 \h </w:instrText>
            </w:r>
            <w:r>
              <w:rPr>
                <w:noProof/>
                <w:webHidden/>
              </w:rPr>
            </w:r>
            <w:r>
              <w:rPr>
                <w:noProof/>
                <w:webHidden/>
              </w:rPr>
              <w:fldChar w:fldCharType="separate"/>
            </w:r>
            <w:r w:rsidR="000B6FE6">
              <w:rPr>
                <w:noProof/>
                <w:webHidden/>
              </w:rPr>
              <w:t>3</w:t>
            </w:r>
            <w:r>
              <w:rPr>
                <w:noProof/>
                <w:webHidden/>
              </w:rPr>
              <w:fldChar w:fldCharType="end"/>
            </w:r>
          </w:hyperlink>
        </w:p>
        <w:p w14:paraId="0D0D3D71" w14:textId="6244F07A" w:rsidR="00B703F4" w:rsidRDefault="00B703F4">
          <w:pPr>
            <w:pStyle w:val="TOC1"/>
            <w:tabs>
              <w:tab w:val="left" w:pos="440"/>
              <w:tab w:val="right" w:leader="dot" w:pos="8630"/>
            </w:tabs>
            <w:rPr>
              <w:noProof/>
              <w:kern w:val="2"/>
              <w:sz w:val="24"/>
              <w:szCs w:val="24"/>
              <w:lang w:val="en-GB" w:eastAsia="en-GB"/>
              <w14:ligatures w14:val="standardContextual"/>
            </w:rPr>
          </w:pPr>
          <w:hyperlink w:anchor="_Toc237604944" w:history="1">
            <w:r w:rsidRPr="00F70D01">
              <w:rPr>
                <w:rStyle w:val="Hyperlink"/>
                <w:noProof/>
              </w:rPr>
              <w:t>2.</w:t>
            </w:r>
            <w:r>
              <w:rPr>
                <w:noProof/>
                <w:kern w:val="2"/>
                <w:sz w:val="24"/>
                <w:szCs w:val="24"/>
                <w:lang w:val="en-GB" w:eastAsia="en-GB"/>
                <w14:ligatures w14:val="standardContextual"/>
              </w:rPr>
              <w:tab/>
            </w:r>
            <w:r w:rsidRPr="00F70D01">
              <w:rPr>
                <w:rStyle w:val="Hyperlink"/>
                <w:noProof/>
              </w:rPr>
              <w:t>Website Implementation</w:t>
            </w:r>
            <w:r>
              <w:rPr>
                <w:noProof/>
                <w:webHidden/>
              </w:rPr>
              <w:tab/>
            </w:r>
            <w:r>
              <w:rPr>
                <w:noProof/>
                <w:webHidden/>
              </w:rPr>
              <w:fldChar w:fldCharType="begin"/>
            </w:r>
            <w:r>
              <w:rPr>
                <w:noProof/>
                <w:webHidden/>
              </w:rPr>
              <w:instrText xml:space="preserve"> PAGEREF _Toc237604944 \h </w:instrText>
            </w:r>
            <w:r>
              <w:rPr>
                <w:noProof/>
                <w:webHidden/>
              </w:rPr>
            </w:r>
            <w:r>
              <w:rPr>
                <w:noProof/>
                <w:webHidden/>
              </w:rPr>
              <w:fldChar w:fldCharType="separate"/>
            </w:r>
            <w:r w:rsidR="000B6FE6">
              <w:rPr>
                <w:noProof/>
                <w:webHidden/>
              </w:rPr>
              <w:t>4</w:t>
            </w:r>
            <w:r>
              <w:rPr>
                <w:noProof/>
                <w:webHidden/>
              </w:rPr>
              <w:fldChar w:fldCharType="end"/>
            </w:r>
          </w:hyperlink>
        </w:p>
        <w:p w14:paraId="4FFACC20" w14:textId="36A1284F" w:rsidR="00B703F4" w:rsidRDefault="00B703F4">
          <w:pPr>
            <w:pStyle w:val="TOC1"/>
            <w:tabs>
              <w:tab w:val="right" w:leader="dot" w:pos="8630"/>
            </w:tabs>
            <w:rPr>
              <w:noProof/>
              <w:kern w:val="2"/>
              <w:sz w:val="24"/>
              <w:szCs w:val="24"/>
              <w:lang w:val="en-GB" w:eastAsia="en-GB"/>
              <w14:ligatures w14:val="standardContextual"/>
            </w:rPr>
          </w:pPr>
          <w:hyperlink w:anchor="_Toc237604945" w:history="1">
            <w:r w:rsidRPr="00F70D01">
              <w:rPr>
                <w:rStyle w:val="Hyperlink"/>
                <w:noProof/>
              </w:rPr>
              <w:t>3.HTML &amp; CSS Validation</w:t>
            </w:r>
            <w:r>
              <w:rPr>
                <w:noProof/>
                <w:webHidden/>
              </w:rPr>
              <w:tab/>
            </w:r>
            <w:r>
              <w:rPr>
                <w:noProof/>
                <w:webHidden/>
              </w:rPr>
              <w:fldChar w:fldCharType="begin"/>
            </w:r>
            <w:r>
              <w:rPr>
                <w:noProof/>
                <w:webHidden/>
              </w:rPr>
              <w:instrText xml:space="preserve"> PAGEREF _Toc237604945 \h </w:instrText>
            </w:r>
            <w:r>
              <w:rPr>
                <w:noProof/>
                <w:webHidden/>
              </w:rPr>
            </w:r>
            <w:r>
              <w:rPr>
                <w:noProof/>
                <w:webHidden/>
              </w:rPr>
              <w:fldChar w:fldCharType="separate"/>
            </w:r>
            <w:r w:rsidR="000B6FE6">
              <w:rPr>
                <w:noProof/>
                <w:webHidden/>
              </w:rPr>
              <w:t>9</w:t>
            </w:r>
            <w:r>
              <w:rPr>
                <w:noProof/>
                <w:webHidden/>
              </w:rPr>
              <w:fldChar w:fldCharType="end"/>
            </w:r>
          </w:hyperlink>
        </w:p>
        <w:p w14:paraId="6375CAAE" w14:textId="55C8269A" w:rsidR="00B703F4" w:rsidRDefault="00B703F4">
          <w:pPr>
            <w:pStyle w:val="TOC2"/>
            <w:tabs>
              <w:tab w:val="right" w:leader="dot" w:pos="8630"/>
            </w:tabs>
            <w:rPr>
              <w:noProof/>
              <w:kern w:val="2"/>
              <w:sz w:val="24"/>
              <w:szCs w:val="24"/>
              <w:lang w:val="en-GB" w:eastAsia="en-GB"/>
              <w14:ligatures w14:val="standardContextual"/>
            </w:rPr>
          </w:pPr>
          <w:hyperlink w:anchor="_Toc237604946" w:history="1">
            <w:r w:rsidRPr="00F70D01">
              <w:rPr>
                <w:rStyle w:val="Hyperlink"/>
                <w:noProof/>
              </w:rPr>
              <w:t>Error Validation and fixes</w:t>
            </w:r>
            <w:r>
              <w:rPr>
                <w:noProof/>
                <w:webHidden/>
              </w:rPr>
              <w:tab/>
            </w:r>
            <w:r>
              <w:rPr>
                <w:noProof/>
                <w:webHidden/>
              </w:rPr>
              <w:fldChar w:fldCharType="begin"/>
            </w:r>
            <w:r>
              <w:rPr>
                <w:noProof/>
                <w:webHidden/>
              </w:rPr>
              <w:instrText xml:space="preserve"> PAGEREF _Toc237604946 \h </w:instrText>
            </w:r>
            <w:r>
              <w:rPr>
                <w:noProof/>
                <w:webHidden/>
              </w:rPr>
            </w:r>
            <w:r>
              <w:rPr>
                <w:noProof/>
                <w:webHidden/>
              </w:rPr>
              <w:fldChar w:fldCharType="separate"/>
            </w:r>
            <w:r w:rsidR="000B6FE6">
              <w:rPr>
                <w:noProof/>
                <w:webHidden/>
              </w:rPr>
              <w:t>9</w:t>
            </w:r>
            <w:r>
              <w:rPr>
                <w:noProof/>
                <w:webHidden/>
              </w:rPr>
              <w:fldChar w:fldCharType="end"/>
            </w:r>
          </w:hyperlink>
        </w:p>
        <w:p w14:paraId="38ED53FF" w14:textId="48A1D143" w:rsidR="00B703F4" w:rsidRDefault="00B703F4">
          <w:pPr>
            <w:pStyle w:val="TOC1"/>
            <w:tabs>
              <w:tab w:val="left" w:pos="440"/>
              <w:tab w:val="right" w:leader="dot" w:pos="8630"/>
            </w:tabs>
            <w:rPr>
              <w:noProof/>
              <w:kern w:val="2"/>
              <w:sz w:val="24"/>
              <w:szCs w:val="24"/>
              <w:lang w:val="en-GB" w:eastAsia="en-GB"/>
              <w14:ligatures w14:val="standardContextual"/>
            </w:rPr>
          </w:pPr>
          <w:hyperlink w:anchor="_Toc237604947" w:history="1">
            <w:r w:rsidRPr="00F70D01">
              <w:rPr>
                <w:rStyle w:val="Hyperlink"/>
                <w:noProof/>
              </w:rPr>
              <w:t>3.</w:t>
            </w:r>
            <w:r>
              <w:rPr>
                <w:noProof/>
                <w:kern w:val="2"/>
                <w:sz w:val="24"/>
                <w:szCs w:val="24"/>
                <w:lang w:val="en-GB" w:eastAsia="en-GB"/>
                <w14:ligatures w14:val="standardContextual"/>
              </w:rPr>
              <w:tab/>
            </w:r>
            <w:r w:rsidRPr="00F70D01">
              <w:rPr>
                <w:rStyle w:val="Hyperlink"/>
                <w:noProof/>
              </w:rPr>
              <w:t>Evaluation of Professional Website</w:t>
            </w:r>
            <w:r>
              <w:rPr>
                <w:noProof/>
                <w:webHidden/>
              </w:rPr>
              <w:tab/>
            </w:r>
            <w:r>
              <w:rPr>
                <w:noProof/>
                <w:webHidden/>
              </w:rPr>
              <w:fldChar w:fldCharType="begin"/>
            </w:r>
            <w:r>
              <w:rPr>
                <w:noProof/>
                <w:webHidden/>
              </w:rPr>
              <w:instrText xml:space="preserve"> PAGEREF _Toc237604947 \h </w:instrText>
            </w:r>
            <w:r>
              <w:rPr>
                <w:noProof/>
                <w:webHidden/>
              </w:rPr>
            </w:r>
            <w:r>
              <w:rPr>
                <w:noProof/>
                <w:webHidden/>
              </w:rPr>
              <w:fldChar w:fldCharType="separate"/>
            </w:r>
            <w:r w:rsidR="000B6FE6">
              <w:rPr>
                <w:noProof/>
                <w:webHidden/>
              </w:rPr>
              <w:t>16</w:t>
            </w:r>
            <w:r>
              <w:rPr>
                <w:noProof/>
                <w:webHidden/>
              </w:rPr>
              <w:fldChar w:fldCharType="end"/>
            </w:r>
          </w:hyperlink>
        </w:p>
        <w:p w14:paraId="03BC2EDD" w14:textId="48094731" w:rsidR="00B703F4" w:rsidRDefault="00B703F4">
          <w:pPr>
            <w:pStyle w:val="TOC1"/>
            <w:tabs>
              <w:tab w:val="left" w:pos="440"/>
              <w:tab w:val="right" w:leader="dot" w:pos="8630"/>
            </w:tabs>
            <w:rPr>
              <w:noProof/>
              <w:kern w:val="2"/>
              <w:sz w:val="24"/>
              <w:szCs w:val="24"/>
              <w:lang w:val="en-GB" w:eastAsia="en-GB"/>
              <w14:ligatures w14:val="standardContextual"/>
            </w:rPr>
          </w:pPr>
          <w:hyperlink w:anchor="_Toc237604948" w:history="1">
            <w:r w:rsidRPr="00F70D01">
              <w:rPr>
                <w:rStyle w:val="Hyperlink"/>
                <w:noProof/>
              </w:rPr>
              <w:t>4.</w:t>
            </w:r>
            <w:r>
              <w:rPr>
                <w:noProof/>
                <w:kern w:val="2"/>
                <w:sz w:val="24"/>
                <w:szCs w:val="24"/>
                <w:lang w:val="en-GB" w:eastAsia="en-GB"/>
                <w14:ligatures w14:val="standardContextual"/>
              </w:rPr>
              <w:tab/>
            </w:r>
            <w:r w:rsidRPr="00F70D01">
              <w:rPr>
                <w:rStyle w:val="Hyperlink"/>
                <w:noProof/>
              </w:rPr>
              <w:t>Evaluation of Home-made Website</w:t>
            </w:r>
            <w:r>
              <w:rPr>
                <w:noProof/>
                <w:webHidden/>
              </w:rPr>
              <w:tab/>
            </w:r>
            <w:r>
              <w:rPr>
                <w:noProof/>
                <w:webHidden/>
              </w:rPr>
              <w:fldChar w:fldCharType="begin"/>
            </w:r>
            <w:r>
              <w:rPr>
                <w:noProof/>
                <w:webHidden/>
              </w:rPr>
              <w:instrText xml:space="preserve"> PAGEREF _Toc237604948 \h </w:instrText>
            </w:r>
            <w:r>
              <w:rPr>
                <w:noProof/>
                <w:webHidden/>
              </w:rPr>
            </w:r>
            <w:r>
              <w:rPr>
                <w:noProof/>
                <w:webHidden/>
              </w:rPr>
              <w:fldChar w:fldCharType="separate"/>
            </w:r>
            <w:r w:rsidR="000B6FE6">
              <w:rPr>
                <w:noProof/>
                <w:webHidden/>
              </w:rPr>
              <w:t>16</w:t>
            </w:r>
            <w:r>
              <w:rPr>
                <w:noProof/>
                <w:webHidden/>
              </w:rPr>
              <w:fldChar w:fldCharType="end"/>
            </w:r>
          </w:hyperlink>
        </w:p>
        <w:p w14:paraId="655E83DD" w14:textId="4FFCA4B4" w:rsidR="00B703F4" w:rsidRDefault="00B703F4">
          <w:pPr>
            <w:pStyle w:val="TOC1"/>
            <w:tabs>
              <w:tab w:val="left" w:pos="440"/>
              <w:tab w:val="right" w:leader="dot" w:pos="8630"/>
            </w:tabs>
            <w:rPr>
              <w:noProof/>
              <w:kern w:val="2"/>
              <w:sz w:val="24"/>
              <w:szCs w:val="24"/>
              <w:lang w:val="en-GB" w:eastAsia="en-GB"/>
              <w14:ligatures w14:val="standardContextual"/>
            </w:rPr>
          </w:pPr>
          <w:hyperlink w:anchor="_Toc237604949" w:history="1">
            <w:r w:rsidRPr="00F70D01">
              <w:rPr>
                <w:rStyle w:val="Hyperlink"/>
                <w:rFonts w:ascii="Arial" w:hAnsi="Arial" w:cs="Arial"/>
                <w:noProof/>
              </w:rPr>
              <w:t>5.</w:t>
            </w:r>
            <w:r>
              <w:rPr>
                <w:noProof/>
                <w:kern w:val="2"/>
                <w:sz w:val="24"/>
                <w:szCs w:val="24"/>
                <w:lang w:val="en-GB" w:eastAsia="en-GB"/>
                <w14:ligatures w14:val="standardContextual"/>
              </w:rPr>
              <w:tab/>
            </w:r>
            <w:r w:rsidRPr="00F70D01">
              <w:rPr>
                <w:rStyle w:val="Hyperlink"/>
                <w:noProof/>
              </w:rPr>
              <w:t>Website Comparison</w:t>
            </w:r>
            <w:r>
              <w:rPr>
                <w:noProof/>
                <w:webHidden/>
              </w:rPr>
              <w:tab/>
            </w:r>
            <w:r>
              <w:rPr>
                <w:noProof/>
                <w:webHidden/>
              </w:rPr>
              <w:fldChar w:fldCharType="begin"/>
            </w:r>
            <w:r>
              <w:rPr>
                <w:noProof/>
                <w:webHidden/>
              </w:rPr>
              <w:instrText xml:space="preserve"> PAGEREF _Toc237604949 \h </w:instrText>
            </w:r>
            <w:r>
              <w:rPr>
                <w:noProof/>
                <w:webHidden/>
              </w:rPr>
            </w:r>
            <w:r>
              <w:rPr>
                <w:noProof/>
                <w:webHidden/>
              </w:rPr>
              <w:fldChar w:fldCharType="separate"/>
            </w:r>
            <w:r w:rsidR="000B6FE6">
              <w:rPr>
                <w:noProof/>
                <w:webHidden/>
              </w:rPr>
              <w:t>16</w:t>
            </w:r>
            <w:r>
              <w:rPr>
                <w:noProof/>
                <w:webHidden/>
              </w:rPr>
              <w:fldChar w:fldCharType="end"/>
            </w:r>
          </w:hyperlink>
        </w:p>
        <w:p w14:paraId="75F59C3C" w14:textId="12865AA2" w:rsidR="00B703F4" w:rsidRDefault="00B703F4">
          <w:pPr>
            <w:pStyle w:val="TOC1"/>
            <w:tabs>
              <w:tab w:val="left" w:pos="440"/>
              <w:tab w:val="right" w:leader="dot" w:pos="8630"/>
            </w:tabs>
            <w:rPr>
              <w:noProof/>
              <w:kern w:val="2"/>
              <w:sz w:val="24"/>
              <w:szCs w:val="24"/>
              <w:lang w:val="en-GB" w:eastAsia="en-GB"/>
              <w14:ligatures w14:val="standardContextual"/>
            </w:rPr>
          </w:pPr>
          <w:hyperlink w:anchor="_Toc237604950" w:history="1">
            <w:r w:rsidRPr="00F70D01">
              <w:rPr>
                <w:rStyle w:val="Hyperlink"/>
                <w:noProof/>
              </w:rPr>
              <w:t>6.</w:t>
            </w:r>
            <w:r>
              <w:rPr>
                <w:noProof/>
                <w:kern w:val="2"/>
                <w:sz w:val="24"/>
                <w:szCs w:val="24"/>
                <w:lang w:val="en-GB" w:eastAsia="en-GB"/>
                <w14:ligatures w14:val="standardContextual"/>
              </w:rPr>
              <w:tab/>
            </w:r>
            <w:r w:rsidRPr="00F70D01">
              <w:rPr>
                <w:rStyle w:val="Hyperlink"/>
                <w:noProof/>
              </w:rPr>
              <w:t>Using Inspect to Analyze website</w:t>
            </w:r>
            <w:r>
              <w:rPr>
                <w:noProof/>
                <w:webHidden/>
              </w:rPr>
              <w:tab/>
            </w:r>
            <w:r>
              <w:rPr>
                <w:noProof/>
                <w:webHidden/>
              </w:rPr>
              <w:fldChar w:fldCharType="begin"/>
            </w:r>
            <w:r>
              <w:rPr>
                <w:noProof/>
                <w:webHidden/>
              </w:rPr>
              <w:instrText xml:space="preserve"> PAGEREF _Toc237604950 \h </w:instrText>
            </w:r>
            <w:r>
              <w:rPr>
                <w:noProof/>
                <w:webHidden/>
              </w:rPr>
            </w:r>
            <w:r>
              <w:rPr>
                <w:noProof/>
                <w:webHidden/>
              </w:rPr>
              <w:fldChar w:fldCharType="separate"/>
            </w:r>
            <w:r w:rsidR="000B6FE6">
              <w:rPr>
                <w:noProof/>
                <w:webHidden/>
              </w:rPr>
              <w:t>18</w:t>
            </w:r>
            <w:r>
              <w:rPr>
                <w:noProof/>
                <w:webHidden/>
              </w:rPr>
              <w:fldChar w:fldCharType="end"/>
            </w:r>
          </w:hyperlink>
        </w:p>
        <w:p w14:paraId="6A7799AA" w14:textId="55930FB2" w:rsidR="00B703F4" w:rsidRDefault="00B703F4">
          <w:pPr>
            <w:pStyle w:val="TOC1"/>
            <w:tabs>
              <w:tab w:val="right" w:leader="dot" w:pos="8630"/>
            </w:tabs>
            <w:rPr>
              <w:noProof/>
              <w:kern w:val="2"/>
              <w:sz w:val="24"/>
              <w:szCs w:val="24"/>
              <w:lang w:val="en-GB" w:eastAsia="en-GB"/>
              <w14:ligatures w14:val="standardContextual"/>
            </w:rPr>
          </w:pPr>
          <w:hyperlink w:anchor="_Toc237604951" w:history="1">
            <w:r w:rsidRPr="00F70D01">
              <w:rPr>
                <w:rStyle w:val="Hyperlink"/>
                <w:noProof/>
              </w:rPr>
              <w:t>7.Conclusion</w:t>
            </w:r>
            <w:r>
              <w:rPr>
                <w:noProof/>
                <w:webHidden/>
              </w:rPr>
              <w:tab/>
            </w:r>
            <w:r>
              <w:rPr>
                <w:noProof/>
                <w:webHidden/>
              </w:rPr>
              <w:fldChar w:fldCharType="begin"/>
            </w:r>
            <w:r>
              <w:rPr>
                <w:noProof/>
                <w:webHidden/>
              </w:rPr>
              <w:instrText xml:space="preserve"> PAGEREF _Toc237604951 \h </w:instrText>
            </w:r>
            <w:r>
              <w:rPr>
                <w:noProof/>
                <w:webHidden/>
              </w:rPr>
            </w:r>
            <w:r>
              <w:rPr>
                <w:noProof/>
                <w:webHidden/>
              </w:rPr>
              <w:fldChar w:fldCharType="separate"/>
            </w:r>
            <w:r w:rsidR="000B6FE6">
              <w:rPr>
                <w:noProof/>
                <w:webHidden/>
              </w:rPr>
              <w:t>20</w:t>
            </w:r>
            <w:r>
              <w:rPr>
                <w:noProof/>
                <w:webHidden/>
              </w:rPr>
              <w:fldChar w:fldCharType="end"/>
            </w:r>
          </w:hyperlink>
        </w:p>
        <w:p w14:paraId="094EEFF2" w14:textId="4D115732" w:rsidR="00B703F4" w:rsidRDefault="00B703F4">
          <w:pPr>
            <w:pStyle w:val="TOC1"/>
            <w:tabs>
              <w:tab w:val="right" w:leader="dot" w:pos="8630"/>
            </w:tabs>
            <w:rPr>
              <w:noProof/>
              <w:kern w:val="2"/>
              <w:sz w:val="24"/>
              <w:szCs w:val="24"/>
              <w:lang w:val="en-GB" w:eastAsia="en-GB"/>
              <w14:ligatures w14:val="standardContextual"/>
            </w:rPr>
          </w:pPr>
          <w:hyperlink w:anchor="_Toc237604952" w:history="1">
            <w:r w:rsidRPr="00F70D01">
              <w:rPr>
                <w:rStyle w:val="Hyperlink"/>
                <w:noProof/>
              </w:rPr>
              <w:t>8. References</w:t>
            </w:r>
            <w:r>
              <w:rPr>
                <w:noProof/>
                <w:webHidden/>
              </w:rPr>
              <w:tab/>
            </w:r>
            <w:r>
              <w:rPr>
                <w:noProof/>
                <w:webHidden/>
              </w:rPr>
              <w:fldChar w:fldCharType="begin"/>
            </w:r>
            <w:r>
              <w:rPr>
                <w:noProof/>
                <w:webHidden/>
              </w:rPr>
              <w:instrText xml:space="preserve"> PAGEREF _Toc237604952 \h </w:instrText>
            </w:r>
            <w:r>
              <w:rPr>
                <w:noProof/>
                <w:webHidden/>
              </w:rPr>
            </w:r>
            <w:r>
              <w:rPr>
                <w:noProof/>
                <w:webHidden/>
              </w:rPr>
              <w:fldChar w:fldCharType="separate"/>
            </w:r>
            <w:r w:rsidR="000B6FE6">
              <w:rPr>
                <w:noProof/>
                <w:webHidden/>
              </w:rPr>
              <w:t>21</w:t>
            </w:r>
            <w:r>
              <w:rPr>
                <w:noProof/>
                <w:webHidden/>
              </w:rPr>
              <w:fldChar w:fldCharType="end"/>
            </w:r>
          </w:hyperlink>
        </w:p>
        <w:p w14:paraId="3457BA95" w14:textId="2E36EC19" w:rsidR="00B703F4" w:rsidRDefault="00B703F4">
          <w:pPr>
            <w:pStyle w:val="TOC1"/>
            <w:tabs>
              <w:tab w:val="right" w:leader="dot" w:pos="8630"/>
            </w:tabs>
            <w:rPr>
              <w:noProof/>
              <w:kern w:val="2"/>
              <w:sz w:val="24"/>
              <w:szCs w:val="24"/>
              <w:lang w:val="en-GB" w:eastAsia="en-GB"/>
              <w14:ligatures w14:val="standardContextual"/>
            </w:rPr>
          </w:pPr>
          <w:hyperlink w:anchor="_Toc237604953" w:history="1">
            <w:r w:rsidRPr="00F70D01">
              <w:rPr>
                <w:rStyle w:val="Hyperlink"/>
                <w:noProof/>
              </w:rPr>
              <w:t>9. Appendices</w:t>
            </w:r>
            <w:r>
              <w:rPr>
                <w:noProof/>
                <w:webHidden/>
              </w:rPr>
              <w:tab/>
            </w:r>
            <w:r>
              <w:rPr>
                <w:noProof/>
                <w:webHidden/>
              </w:rPr>
              <w:fldChar w:fldCharType="begin"/>
            </w:r>
            <w:r>
              <w:rPr>
                <w:noProof/>
                <w:webHidden/>
              </w:rPr>
              <w:instrText xml:space="preserve"> PAGEREF _Toc237604953 \h </w:instrText>
            </w:r>
            <w:r>
              <w:rPr>
                <w:noProof/>
                <w:webHidden/>
              </w:rPr>
            </w:r>
            <w:r>
              <w:rPr>
                <w:noProof/>
                <w:webHidden/>
              </w:rPr>
              <w:fldChar w:fldCharType="separate"/>
            </w:r>
            <w:r w:rsidR="000B6FE6">
              <w:rPr>
                <w:noProof/>
                <w:webHidden/>
              </w:rPr>
              <w:t>22</w:t>
            </w:r>
            <w:r>
              <w:rPr>
                <w:noProof/>
                <w:webHidden/>
              </w:rPr>
              <w:fldChar w:fldCharType="end"/>
            </w:r>
          </w:hyperlink>
        </w:p>
        <w:p w14:paraId="68A88EF4" w14:textId="249DAB4A" w:rsidR="26364435" w:rsidRDefault="26364435">
          <w:r>
            <w:fldChar w:fldCharType="end"/>
          </w:r>
        </w:p>
      </w:sdtContent>
    </w:sdt>
    <w:p w14:paraId="1DF07C4E" w14:textId="3BEBD031" w:rsidR="26364435" w:rsidRDefault="26364435"/>
    <w:p w14:paraId="558C1934" w14:textId="24D78FD2" w:rsidR="26364435" w:rsidRDefault="26364435"/>
    <w:p w14:paraId="002270B1" w14:textId="2BF8CD8D" w:rsidR="0077221D" w:rsidRDefault="00000000">
      <w:r>
        <w:br/>
      </w:r>
    </w:p>
    <w:p w14:paraId="65879778" w14:textId="14D7DA77" w:rsidR="26364435" w:rsidRDefault="26364435"/>
    <w:p w14:paraId="5F035896" w14:textId="61E226F8" w:rsidR="26364435" w:rsidRDefault="26364435"/>
    <w:p w14:paraId="0F360432" w14:textId="3C370C31" w:rsidR="26364435" w:rsidRDefault="26364435"/>
    <w:p w14:paraId="246B3F3D" w14:textId="777BD474" w:rsidR="26364435" w:rsidRDefault="26364435"/>
    <w:p w14:paraId="0824317D" w14:textId="2E17C0FC" w:rsidR="26364435" w:rsidRDefault="26364435"/>
    <w:p w14:paraId="34C52CBA" w14:textId="6D3A0CDF" w:rsidR="26364435" w:rsidRDefault="26364435"/>
    <w:p w14:paraId="208C0623" w14:textId="25E16C8B" w:rsidR="26364435" w:rsidRDefault="26364435"/>
    <w:p w14:paraId="4E6F5917" w14:textId="009B7B64" w:rsidR="26364435" w:rsidRDefault="26364435"/>
    <w:p w14:paraId="5D9B2DBC" w14:textId="62D9540B" w:rsidR="26364435" w:rsidRDefault="26364435"/>
    <w:p w14:paraId="0B735D3D" w14:textId="7F1381C1" w:rsidR="26364435" w:rsidRDefault="26364435"/>
    <w:p w14:paraId="34750317" w14:textId="46F54CDC" w:rsidR="26364435" w:rsidRDefault="26364435"/>
    <w:p w14:paraId="4449F637" w14:textId="2A8854C9" w:rsidR="0077221D" w:rsidRPr="00C904F9" w:rsidRDefault="00000000" w:rsidP="00C904F9">
      <w:pPr>
        <w:pStyle w:val="Heading1"/>
        <w:jc w:val="center"/>
        <w:rPr>
          <w:rStyle w:val="Heading2Char"/>
          <w:b/>
          <w:bCs/>
          <w:color w:val="365F91" w:themeColor="accent1" w:themeShade="BF"/>
          <w:sz w:val="28"/>
          <w:szCs w:val="28"/>
        </w:rPr>
      </w:pPr>
      <w:bookmarkStart w:id="0" w:name="_Toc237604942"/>
      <w:r w:rsidRPr="00C904F9">
        <w:rPr>
          <w:rStyle w:val="Heading2Char"/>
          <w:b/>
          <w:bCs/>
          <w:color w:val="365F91" w:themeColor="accent1" w:themeShade="BF"/>
          <w:sz w:val="28"/>
          <w:szCs w:val="28"/>
        </w:rPr>
        <w:lastRenderedPageBreak/>
        <w:t>Introduction</w:t>
      </w:r>
      <w:bookmarkEnd w:id="0"/>
    </w:p>
    <w:p w14:paraId="087FD12D" w14:textId="77777777" w:rsidR="001827FB" w:rsidRPr="001827FB" w:rsidRDefault="001827FB" w:rsidP="001827FB"/>
    <w:p w14:paraId="777CE917" w14:textId="38AF3F1F" w:rsidR="002944DB" w:rsidRPr="00873188" w:rsidRDefault="00E027BD" w:rsidP="009F22C2">
      <w:pPr>
        <w:jc w:val="both"/>
        <w:rPr>
          <w:rFonts w:ascii="Arial" w:hAnsi="Arial" w:cs="Arial"/>
        </w:rPr>
      </w:pPr>
      <w:r w:rsidRPr="00873188">
        <w:rPr>
          <w:rFonts w:ascii="Arial" w:hAnsi="Arial" w:cs="Arial"/>
        </w:rPr>
        <w:t xml:space="preserve">For this </w:t>
      </w:r>
      <w:r w:rsidR="1C453CEC" w:rsidRPr="00873188">
        <w:rPr>
          <w:rFonts w:ascii="Arial" w:hAnsi="Arial" w:cs="Arial"/>
        </w:rPr>
        <w:t>project,</w:t>
      </w:r>
      <w:r w:rsidRPr="00873188">
        <w:rPr>
          <w:rFonts w:ascii="Arial" w:hAnsi="Arial" w:cs="Arial"/>
        </w:rPr>
        <w:t xml:space="preserve"> the aim is to </w:t>
      </w:r>
      <w:r w:rsidR="00F66A3D" w:rsidRPr="00873188">
        <w:rPr>
          <w:rFonts w:ascii="Arial" w:hAnsi="Arial" w:cs="Arial"/>
        </w:rPr>
        <w:t>construct</w:t>
      </w:r>
      <w:r w:rsidRPr="00873188">
        <w:rPr>
          <w:rFonts w:ascii="Arial" w:hAnsi="Arial" w:cs="Arial"/>
        </w:rPr>
        <w:t xml:space="preserve"> </w:t>
      </w:r>
      <w:r w:rsidR="009E263D" w:rsidRPr="00873188">
        <w:rPr>
          <w:rFonts w:ascii="Arial" w:hAnsi="Arial" w:cs="Arial"/>
        </w:rPr>
        <w:t>a</w:t>
      </w:r>
      <w:r w:rsidR="00F66A3D" w:rsidRPr="00873188">
        <w:rPr>
          <w:rFonts w:ascii="Arial" w:hAnsi="Arial" w:cs="Arial"/>
        </w:rPr>
        <w:t xml:space="preserve"> </w:t>
      </w:r>
      <w:r w:rsidRPr="00873188">
        <w:rPr>
          <w:rFonts w:ascii="Arial" w:hAnsi="Arial" w:cs="Arial"/>
        </w:rPr>
        <w:t>website</w:t>
      </w:r>
      <w:r w:rsidR="009E263D" w:rsidRPr="00873188">
        <w:rPr>
          <w:rFonts w:ascii="Arial" w:hAnsi="Arial" w:cs="Arial"/>
        </w:rPr>
        <w:t xml:space="preserve">. The purpose </w:t>
      </w:r>
      <w:r w:rsidR="004949DE" w:rsidRPr="00873188">
        <w:rPr>
          <w:rFonts w:ascii="Arial" w:hAnsi="Arial" w:cs="Arial"/>
        </w:rPr>
        <w:t>is</w:t>
      </w:r>
      <w:r w:rsidR="00F66A3D" w:rsidRPr="00873188">
        <w:rPr>
          <w:rFonts w:ascii="Arial" w:hAnsi="Arial" w:cs="Arial"/>
        </w:rPr>
        <w:t xml:space="preserve"> to demonstrate the </w:t>
      </w:r>
      <w:r w:rsidR="00B608E2" w:rsidRPr="00873188">
        <w:rPr>
          <w:rFonts w:ascii="Arial" w:hAnsi="Arial" w:cs="Arial"/>
        </w:rPr>
        <w:t>use of Hypertext Mark Up Language (</w:t>
      </w:r>
      <w:r w:rsidR="00B608E2" w:rsidRPr="00873188">
        <w:rPr>
          <w:rFonts w:ascii="Arial" w:hAnsi="Arial" w:cs="Arial"/>
          <w:b/>
          <w:bCs/>
        </w:rPr>
        <w:t>HTML</w:t>
      </w:r>
      <w:r w:rsidR="00B608E2" w:rsidRPr="00873188">
        <w:rPr>
          <w:rFonts w:ascii="Arial" w:hAnsi="Arial" w:cs="Arial"/>
        </w:rPr>
        <w:t>)</w:t>
      </w:r>
      <w:r w:rsidR="000C0917" w:rsidRPr="00873188">
        <w:rPr>
          <w:rFonts w:ascii="Arial" w:hAnsi="Arial" w:cs="Arial"/>
        </w:rPr>
        <w:t xml:space="preserve"> </w:t>
      </w:r>
      <w:r w:rsidR="00045BC2" w:rsidRPr="00873188">
        <w:rPr>
          <w:rFonts w:ascii="Arial" w:hAnsi="Arial" w:cs="Arial"/>
        </w:rPr>
        <w:t>via</w:t>
      </w:r>
      <w:r w:rsidR="000C0917" w:rsidRPr="00873188">
        <w:rPr>
          <w:rFonts w:ascii="Arial" w:hAnsi="Arial" w:cs="Arial"/>
        </w:rPr>
        <w:t xml:space="preserve"> the V</w:t>
      </w:r>
      <w:r w:rsidR="00413BFB" w:rsidRPr="00873188">
        <w:rPr>
          <w:rFonts w:ascii="Arial" w:hAnsi="Arial" w:cs="Arial"/>
        </w:rPr>
        <w:t>isual Studio Code platform (</w:t>
      </w:r>
      <w:r w:rsidR="00413BFB" w:rsidRPr="00873188">
        <w:rPr>
          <w:rFonts w:ascii="Arial" w:hAnsi="Arial" w:cs="Arial"/>
          <w:b/>
          <w:bCs/>
        </w:rPr>
        <w:t>VSC</w:t>
      </w:r>
      <w:r w:rsidR="00413BFB" w:rsidRPr="00873188">
        <w:rPr>
          <w:rFonts w:ascii="Arial" w:hAnsi="Arial" w:cs="Arial"/>
        </w:rPr>
        <w:t>)</w:t>
      </w:r>
      <w:r w:rsidR="00B608E2" w:rsidRPr="00873188">
        <w:rPr>
          <w:rFonts w:ascii="Arial" w:hAnsi="Arial" w:cs="Arial"/>
        </w:rPr>
        <w:t>.</w:t>
      </w:r>
      <w:r w:rsidR="004949DE" w:rsidRPr="00873188">
        <w:rPr>
          <w:rFonts w:ascii="Arial" w:hAnsi="Arial" w:cs="Arial"/>
        </w:rPr>
        <w:t xml:space="preserve"> Using HTML</w:t>
      </w:r>
      <w:r w:rsidR="00F13D87" w:rsidRPr="00873188">
        <w:rPr>
          <w:rFonts w:ascii="Arial" w:hAnsi="Arial" w:cs="Arial"/>
        </w:rPr>
        <w:t xml:space="preserve"> a website demonstrating the</w:t>
      </w:r>
      <w:r w:rsidR="00CA5AB9" w:rsidRPr="00873188">
        <w:rPr>
          <w:rFonts w:ascii="Arial" w:hAnsi="Arial" w:cs="Arial"/>
        </w:rPr>
        <w:t xml:space="preserve"> effects of </w:t>
      </w:r>
      <w:r w:rsidR="00E1328B" w:rsidRPr="00873188">
        <w:rPr>
          <w:rFonts w:ascii="Arial" w:hAnsi="Arial" w:cs="Arial"/>
        </w:rPr>
        <w:t>“</w:t>
      </w:r>
      <w:r w:rsidR="00E1328B" w:rsidRPr="00873188">
        <w:rPr>
          <w:rFonts w:ascii="Arial" w:hAnsi="Arial" w:cs="Arial"/>
          <w:b/>
          <w:bCs/>
        </w:rPr>
        <w:t>Diabetes</w:t>
      </w:r>
      <w:r w:rsidR="00CA5AB9" w:rsidRPr="00873188">
        <w:rPr>
          <w:rFonts w:ascii="Arial" w:hAnsi="Arial" w:cs="Arial"/>
        </w:rPr>
        <w:t>.</w:t>
      </w:r>
      <w:r w:rsidR="006711DD" w:rsidRPr="00873188">
        <w:rPr>
          <w:rFonts w:ascii="Arial" w:hAnsi="Arial" w:cs="Arial"/>
        </w:rPr>
        <w:t>”</w:t>
      </w:r>
      <w:r w:rsidR="00FA20B0" w:rsidRPr="00873188">
        <w:rPr>
          <w:rFonts w:ascii="Arial" w:hAnsi="Arial" w:cs="Arial"/>
        </w:rPr>
        <w:t xml:space="preserve"> </w:t>
      </w:r>
      <w:r w:rsidR="005015D8" w:rsidRPr="00873188">
        <w:rPr>
          <w:rFonts w:ascii="Arial" w:hAnsi="Arial" w:cs="Arial"/>
        </w:rPr>
        <w:t>To</w:t>
      </w:r>
      <w:r w:rsidR="00FA20B0" w:rsidRPr="00873188">
        <w:rPr>
          <w:rFonts w:ascii="Arial" w:hAnsi="Arial" w:cs="Arial"/>
        </w:rPr>
        <w:t xml:space="preserve"> highlight this </w:t>
      </w:r>
      <w:r w:rsidR="002944DB" w:rsidRPr="00873188">
        <w:rPr>
          <w:rFonts w:ascii="Arial" w:hAnsi="Arial" w:cs="Arial"/>
        </w:rPr>
        <w:t>topic,</w:t>
      </w:r>
      <w:r w:rsidR="005015D8" w:rsidRPr="00873188">
        <w:rPr>
          <w:rFonts w:ascii="Arial" w:hAnsi="Arial" w:cs="Arial"/>
        </w:rPr>
        <w:t xml:space="preserve"> 5 webpages were developed</w:t>
      </w:r>
      <w:r w:rsidR="002944DB" w:rsidRPr="00873188">
        <w:rPr>
          <w:rFonts w:ascii="Arial" w:hAnsi="Arial" w:cs="Arial"/>
        </w:rPr>
        <w:t xml:space="preserve"> which were as follows: -</w:t>
      </w:r>
    </w:p>
    <w:p w14:paraId="3C2D6E48" w14:textId="30B0141D" w:rsidR="7639A4F1" w:rsidRPr="00873188" w:rsidRDefault="7639A4F1" w:rsidP="00B703F4">
      <w:pPr>
        <w:jc w:val="both"/>
        <w:rPr>
          <w:rFonts w:ascii="Arial" w:hAnsi="Arial" w:cs="Arial"/>
        </w:rPr>
      </w:pPr>
      <w:r w:rsidRPr="00873188">
        <w:rPr>
          <w:rFonts w:ascii="Arial" w:hAnsi="Arial" w:cs="Arial"/>
        </w:rPr>
        <w:t>For the Home page, the purpose of this page is to give a simple awareness of the importance of Diabetes as a serious ailment. In this case, the user of the website is captured by simple images that highlight the importance of dealing with it as a serious matter.</w:t>
      </w:r>
    </w:p>
    <w:p w14:paraId="791029C6" w14:textId="3C6E7B9E" w:rsidR="004D27A4" w:rsidRPr="00873188" w:rsidRDefault="004D27A4" w:rsidP="00B703F4">
      <w:pPr>
        <w:jc w:val="both"/>
        <w:rPr>
          <w:rFonts w:ascii="Arial" w:hAnsi="Arial" w:cs="Arial"/>
        </w:rPr>
      </w:pPr>
      <w:r w:rsidRPr="00873188">
        <w:rPr>
          <w:rFonts w:ascii="Arial" w:hAnsi="Arial" w:cs="Arial"/>
        </w:rPr>
        <w:t>About</w:t>
      </w:r>
      <w:r w:rsidR="00D53803" w:rsidRPr="00873188">
        <w:rPr>
          <w:rFonts w:ascii="Arial" w:hAnsi="Arial" w:cs="Arial"/>
        </w:rPr>
        <w:t>-</w:t>
      </w:r>
      <w:r w:rsidR="001F0DC4" w:rsidRPr="00873188">
        <w:rPr>
          <w:rFonts w:ascii="Arial" w:hAnsi="Arial" w:cs="Arial"/>
        </w:rPr>
        <w:t xml:space="preserve"> </w:t>
      </w:r>
      <w:r w:rsidR="00D26C81" w:rsidRPr="00873188">
        <w:rPr>
          <w:rFonts w:ascii="Arial" w:hAnsi="Arial" w:cs="Arial"/>
        </w:rPr>
        <w:t xml:space="preserve">Here this page goes into greater detail </w:t>
      </w:r>
      <w:r w:rsidR="00BB4F1A" w:rsidRPr="00873188">
        <w:rPr>
          <w:rFonts w:ascii="Arial" w:hAnsi="Arial" w:cs="Arial"/>
        </w:rPr>
        <w:t>of the effects if diabetes is not t</w:t>
      </w:r>
      <w:r w:rsidR="00E80170" w:rsidRPr="00873188">
        <w:rPr>
          <w:rFonts w:ascii="Arial" w:hAnsi="Arial" w:cs="Arial"/>
        </w:rPr>
        <w:t>reated</w:t>
      </w:r>
      <w:r w:rsidR="00D920E2" w:rsidRPr="00873188">
        <w:rPr>
          <w:rFonts w:ascii="Arial" w:hAnsi="Arial" w:cs="Arial"/>
        </w:rPr>
        <w:t xml:space="preserve">. </w:t>
      </w:r>
      <w:r w:rsidR="00AD7ADB" w:rsidRPr="00873188">
        <w:rPr>
          <w:rFonts w:ascii="Arial" w:hAnsi="Arial" w:cs="Arial"/>
        </w:rPr>
        <w:t>Unlike the 1</w:t>
      </w:r>
      <w:r w:rsidR="00AD7ADB" w:rsidRPr="00873188">
        <w:rPr>
          <w:rFonts w:ascii="Arial" w:hAnsi="Arial" w:cs="Arial"/>
          <w:vertAlign w:val="superscript"/>
        </w:rPr>
        <w:t>st</w:t>
      </w:r>
      <w:r w:rsidR="00AD7ADB" w:rsidRPr="00873188">
        <w:rPr>
          <w:rFonts w:ascii="Arial" w:hAnsi="Arial" w:cs="Arial"/>
        </w:rPr>
        <w:t xml:space="preserve"> page which shows the effect of diabetes</w:t>
      </w:r>
      <w:r w:rsidR="008D5055" w:rsidRPr="00873188">
        <w:rPr>
          <w:rFonts w:ascii="Arial" w:hAnsi="Arial" w:cs="Arial"/>
        </w:rPr>
        <w:t xml:space="preserve">, this page encourages the user to be curious if they are experiencing such </w:t>
      </w:r>
      <w:r w:rsidR="000E7A24" w:rsidRPr="00873188">
        <w:rPr>
          <w:rFonts w:ascii="Arial" w:hAnsi="Arial" w:cs="Arial"/>
        </w:rPr>
        <w:t>symptoms?</w:t>
      </w:r>
    </w:p>
    <w:p w14:paraId="20AA475C" w14:textId="49BA1994" w:rsidR="004D27A4" w:rsidRPr="00873188" w:rsidRDefault="004D27A4" w:rsidP="00B703F4">
      <w:pPr>
        <w:jc w:val="both"/>
        <w:rPr>
          <w:rFonts w:ascii="Arial" w:hAnsi="Arial" w:cs="Arial"/>
        </w:rPr>
      </w:pPr>
      <w:r w:rsidRPr="00873188">
        <w:rPr>
          <w:rFonts w:ascii="Arial" w:hAnsi="Arial" w:cs="Arial"/>
        </w:rPr>
        <w:t>Services</w:t>
      </w:r>
      <w:r w:rsidR="00513448" w:rsidRPr="00873188">
        <w:rPr>
          <w:rFonts w:ascii="Arial" w:hAnsi="Arial" w:cs="Arial"/>
        </w:rPr>
        <w:t>-</w:t>
      </w:r>
      <w:r w:rsidR="00C01614" w:rsidRPr="00873188">
        <w:rPr>
          <w:rFonts w:ascii="Arial" w:hAnsi="Arial" w:cs="Arial"/>
        </w:rPr>
        <w:t xml:space="preserve"> </w:t>
      </w:r>
      <w:r w:rsidR="007D7747" w:rsidRPr="00873188">
        <w:rPr>
          <w:rFonts w:ascii="Arial" w:hAnsi="Arial" w:cs="Arial"/>
        </w:rPr>
        <w:t xml:space="preserve">This is the important page as it encourages the user to </w:t>
      </w:r>
      <w:r w:rsidR="00B6302A" w:rsidRPr="00873188">
        <w:rPr>
          <w:rFonts w:ascii="Arial" w:hAnsi="Arial" w:cs="Arial"/>
        </w:rPr>
        <w:t xml:space="preserve">seek help if diabetes has been </w:t>
      </w:r>
      <w:r w:rsidR="00B275BC" w:rsidRPr="00873188">
        <w:rPr>
          <w:rFonts w:ascii="Arial" w:hAnsi="Arial" w:cs="Arial"/>
        </w:rPr>
        <w:t>recognized through both the home</w:t>
      </w:r>
      <w:r w:rsidR="00833A2E" w:rsidRPr="00873188">
        <w:rPr>
          <w:rFonts w:ascii="Arial" w:hAnsi="Arial" w:cs="Arial"/>
        </w:rPr>
        <w:t xml:space="preserve"> and about page.</w:t>
      </w:r>
    </w:p>
    <w:p w14:paraId="15EA3181" w14:textId="180A62F2" w:rsidR="004D27A4" w:rsidRPr="00873188" w:rsidRDefault="004D27A4" w:rsidP="00B703F4">
      <w:pPr>
        <w:jc w:val="both"/>
        <w:rPr>
          <w:rFonts w:ascii="Arial" w:hAnsi="Arial" w:cs="Arial"/>
        </w:rPr>
      </w:pPr>
      <w:r w:rsidRPr="00873188">
        <w:rPr>
          <w:rFonts w:ascii="Arial" w:hAnsi="Arial" w:cs="Arial"/>
        </w:rPr>
        <w:t>Contact</w:t>
      </w:r>
      <w:r w:rsidR="00644454" w:rsidRPr="00873188">
        <w:rPr>
          <w:rFonts w:ascii="Arial" w:hAnsi="Arial" w:cs="Arial"/>
        </w:rPr>
        <w:t>- Following the services page</w:t>
      </w:r>
      <w:bookmarkStart w:id="1" w:name="_Int_VaI8TND0"/>
      <w:r w:rsidR="00644454" w:rsidRPr="00873188">
        <w:rPr>
          <w:rFonts w:ascii="Arial" w:hAnsi="Arial" w:cs="Arial"/>
        </w:rPr>
        <w:t>, again</w:t>
      </w:r>
      <w:bookmarkEnd w:id="1"/>
      <w:r w:rsidR="00644454" w:rsidRPr="00873188">
        <w:rPr>
          <w:rFonts w:ascii="Arial" w:hAnsi="Arial" w:cs="Arial"/>
        </w:rPr>
        <w:t xml:space="preserve"> it encourages the user to sign up</w:t>
      </w:r>
      <w:r w:rsidR="00FA750F" w:rsidRPr="00873188">
        <w:rPr>
          <w:rFonts w:ascii="Arial" w:hAnsi="Arial" w:cs="Arial"/>
        </w:rPr>
        <w:t xml:space="preserve"> and seek professional advice. This page portrays a strong </w:t>
      </w:r>
      <w:r w:rsidR="00C4712E" w:rsidRPr="00873188">
        <w:rPr>
          <w:rFonts w:ascii="Arial" w:hAnsi="Arial" w:cs="Arial"/>
        </w:rPr>
        <w:t xml:space="preserve">understanding </w:t>
      </w:r>
      <w:r w:rsidR="00912CFA" w:rsidRPr="00873188">
        <w:rPr>
          <w:rFonts w:ascii="Arial" w:hAnsi="Arial" w:cs="Arial"/>
        </w:rPr>
        <w:t xml:space="preserve">that help is </w:t>
      </w:r>
      <w:r w:rsidR="0066342E" w:rsidRPr="00873188">
        <w:rPr>
          <w:rFonts w:ascii="Arial" w:hAnsi="Arial" w:cs="Arial"/>
        </w:rPr>
        <w:t xml:space="preserve">available </w:t>
      </w:r>
      <w:r w:rsidR="00EF7849" w:rsidRPr="00873188">
        <w:rPr>
          <w:rFonts w:ascii="Arial" w:hAnsi="Arial" w:cs="Arial"/>
        </w:rPr>
        <w:t xml:space="preserve">if the </w:t>
      </w:r>
      <w:r w:rsidR="00C52E24" w:rsidRPr="00873188">
        <w:rPr>
          <w:rFonts w:ascii="Arial" w:hAnsi="Arial" w:cs="Arial"/>
        </w:rPr>
        <w:t xml:space="preserve">user is </w:t>
      </w:r>
      <w:r w:rsidR="0066342E" w:rsidRPr="00873188">
        <w:rPr>
          <w:rFonts w:ascii="Arial" w:hAnsi="Arial" w:cs="Arial"/>
        </w:rPr>
        <w:t xml:space="preserve">concerned </w:t>
      </w:r>
      <w:r w:rsidR="00362EEA" w:rsidRPr="00873188">
        <w:rPr>
          <w:rFonts w:ascii="Arial" w:hAnsi="Arial" w:cs="Arial"/>
        </w:rPr>
        <w:t>about the effects of diabetes. This is relia</w:t>
      </w:r>
      <w:r w:rsidR="005F1E4A" w:rsidRPr="00873188">
        <w:rPr>
          <w:rFonts w:ascii="Arial" w:hAnsi="Arial" w:cs="Arial"/>
        </w:rPr>
        <w:t>nt of how successful the pr</w:t>
      </w:r>
      <w:r w:rsidR="00594EEF" w:rsidRPr="00873188">
        <w:rPr>
          <w:rFonts w:ascii="Arial" w:hAnsi="Arial" w:cs="Arial"/>
        </w:rPr>
        <w:t>evious</w:t>
      </w:r>
      <w:r w:rsidR="005F1E4A" w:rsidRPr="00873188">
        <w:rPr>
          <w:rFonts w:ascii="Arial" w:hAnsi="Arial" w:cs="Arial"/>
        </w:rPr>
        <w:t xml:space="preserve"> pages have educated the user?</w:t>
      </w:r>
    </w:p>
    <w:p w14:paraId="2A44192A" w14:textId="77777777" w:rsidR="00DB3358" w:rsidRPr="00873188" w:rsidRDefault="004D27A4" w:rsidP="00B703F4">
      <w:pPr>
        <w:jc w:val="both"/>
        <w:rPr>
          <w:rFonts w:ascii="Arial" w:hAnsi="Arial" w:cs="Arial"/>
        </w:rPr>
      </w:pPr>
      <w:r w:rsidRPr="00873188">
        <w:rPr>
          <w:rFonts w:ascii="Arial" w:hAnsi="Arial" w:cs="Arial"/>
        </w:rPr>
        <w:t>Welcome</w:t>
      </w:r>
      <w:r w:rsidR="005F1E4A" w:rsidRPr="00873188">
        <w:rPr>
          <w:rFonts w:ascii="Arial" w:hAnsi="Arial" w:cs="Arial"/>
        </w:rPr>
        <w:t xml:space="preserve">- This </w:t>
      </w:r>
      <w:r w:rsidR="00323FD2" w:rsidRPr="00873188">
        <w:rPr>
          <w:rFonts w:ascii="Arial" w:hAnsi="Arial" w:cs="Arial"/>
        </w:rPr>
        <w:t xml:space="preserve">is the ONLY page that </w:t>
      </w:r>
      <w:proofErr w:type="gramStart"/>
      <w:r w:rsidR="00323FD2" w:rsidRPr="00873188">
        <w:rPr>
          <w:rFonts w:ascii="Arial" w:hAnsi="Arial" w:cs="Arial"/>
        </w:rPr>
        <w:t>it</w:t>
      </w:r>
      <w:proofErr w:type="gramEnd"/>
      <w:r w:rsidR="00323FD2" w:rsidRPr="00873188">
        <w:rPr>
          <w:rFonts w:ascii="Arial" w:hAnsi="Arial" w:cs="Arial"/>
        </w:rPr>
        <w:t xml:space="preserve"> not highlighted on any of the 4 pages</w:t>
      </w:r>
      <w:r w:rsidR="00B74D2E" w:rsidRPr="00873188">
        <w:rPr>
          <w:rFonts w:ascii="Arial" w:hAnsi="Arial" w:cs="Arial"/>
        </w:rPr>
        <w:t xml:space="preserve">. The reason is that it is only for </w:t>
      </w:r>
      <w:r w:rsidR="00CE7C65" w:rsidRPr="00873188">
        <w:rPr>
          <w:rFonts w:ascii="Arial" w:hAnsi="Arial" w:cs="Arial"/>
        </w:rPr>
        <w:t xml:space="preserve">serious </w:t>
      </w:r>
      <w:r w:rsidR="00B74D2E" w:rsidRPr="00873188">
        <w:rPr>
          <w:rFonts w:ascii="Arial" w:hAnsi="Arial" w:cs="Arial"/>
        </w:rPr>
        <w:t>users who have</w:t>
      </w:r>
      <w:r w:rsidR="00CE7C65" w:rsidRPr="00873188">
        <w:rPr>
          <w:rFonts w:ascii="Arial" w:hAnsi="Arial" w:cs="Arial"/>
        </w:rPr>
        <w:t xml:space="preserve"> pinpointed that this service is really neede</w:t>
      </w:r>
      <w:r w:rsidR="00EC7B26" w:rsidRPr="00873188">
        <w:rPr>
          <w:rFonts w:ascii="Arial" w:hAnsi="Arial" w:cs="Arial"/>
        </w:rPr>
        <w:t xml:space="preserve">d. In this page the user is assured that their details </w:t>
      </w:r>
      <w:r w:rsidR="00030CB6" w:rsidRPr="00873188">
        <w:rPr>
          <w:rFonts w:ascii="Arial" w:hAnsi="Arial" w:cs="Arial"/>
        </w:rPr>
        <w:t>have been passed on and that they will be contacted</w:t>
      </w:r>
      <w:r w:rsidR="009455A3" w:rsidRPr="00873188">
        <w:rPr>
          <w:rFonts w:ascii="Arial" w:hAnsi="Arial" w:cs="Arial"/>
        </w:rPr>
        <w:t>.</w:t>
      </w:r>
    </w:p>
    <w:p w14:paraId="6477737F" w14:textId="661B6577" w:rsidR="0077221D" w:rsidRPr="00873188" w:rsidRDefault="31BA1DA9" w:rsidP="00B703F4">
      <w:pPr>
        <w:jc w:val="both"/>
        <w:rPr>
          <w:rFonts w:ascii="Arial" w:hAnsi="Arial" w:cs="Arial"/>
        </w:rPr>
      </w:pPr>
      <w:r w:rsidRPr="00873188">
        <w:rPr>
          <w:rFonts w:ascii="Arial" w:hAnsi="Arial" w:cs="Arial"/>
        </w:rPr>
        <w:t xml:space="preserve">In term s of the highlighting the importance of Diabetes it is essential </w:t>
      </w:r>
      <w:r w:rsidR="162A3F1C" w:rsidRPr="00873188">
        <w:rPr>
          <w:rFonts w:ascii="Arial" w:hAnsi="Arial" w:cs="Arial"/>
        </w:rPr>
        <w:t xml:space="preserve">to refer to a report of MASLD for type 2 diabetes. Just like </w:t>
      </w:r>
      <w:r w:rsidR="000E59A9" w:rsidRPr="00873188">
        <w:rPr>
          <w:rFonts w:ascii="Arial" w:hAnsi="Arial" w:cs="Arial"/>
        </w:rPr>
        <w:t>everything</w:t>
      </w:r>
      <w:r w:rsidR="162A3F1C" w:rsidRPr="00873188">
        <w:rPr>
          <w:rFonts w:ascii="Arial" w:hAnsi="Arial" w:cs="Arial"/>
        </w:rPr>
        <w:t xml:space="preserve"> mention</w:t>
      </w:r>
      <w:r w:rsidR="2093C368" w:rsidRPr="00873188">
        <w:rPr>
          <w:rFonts w:ascii="Arial" w:hAnsi="Arial" w:cs="Arial"/>
        </w:rPr>
        <w:t xml:space="preserve">ed </w:t>
      </w:r>
      <w:r w:rsidR="000E59A9" w:rsidRPr="00873188">
        <w:rPr>
          <w:rFonts w:ascii="Arial" w:hAnsi="Arial" w:cs="Arial"/>
        </w:rPr>
        <w:t>here,</w:t>
      </w:r>
      <w:r w:rsidR="2093C368" w:rsidRPr="00873188">
        <w:rPr>
          <w:rFonts w:ascii="Arial" w:hAnsi="Arial" w:cs="Arial"/>
        </w:rPr>
        <w:t xml:space="preserve"> it points out increased risk of obesity et</w:t>
      </w:r>
      <w:r w:rsidR="09186306" w:rsidRPr="00873188">
        <w:rPr>
          <w:rFonts w:ascii="Arial" w:hAnsi="Arial" w:cs="Arial"/>
        </w:rPr>
        <w:t>c...,</w:t>
      </w:r>
      <w:sdt>
        <w:sdtPr>
          <w:rPr>
            <w:rFonts w:ascii="Arial" w:hAnsi="Arial" w:cs="Arial"/>
          </w:rPr>
          <w:id w:val="646715214"/>
          <w:citation/>
        </w:sdtPr>
        <w:sdtContent>
          <w:r w:rsidR="000E59A9" w:rsidRPr="00873188">
            <w:rPr>
              <w:rFonts w:ascii="Arial" w:hAnsi="Arial" w:cs="Arial"/>
            </w:rPr>
            <w:fldChar w:fldCharType="begin"/>
          </w:r>
          <w:r w:rsidR="000E59A9" w:rsidRPr="00873188">
            <w:rPr>
              <w:rFonts w:ascii="Arial" w:hAnsi="Arial" w:cs="Arial"/>
              <w:lang w:val="en-GB"/>
            </w:rPr>
            <w:instrText xml:space="preserve"> CITATION Abd25 \l 2057 </w:instrText>
          </w:r>
          <w:r w:rsidR="000E59A9" w:rsidRPr="00873188">
            <w:rPr>
              <w:rFonts w:ascii="Arial" w:hAnsi="Arial" w:cs="Arial"/>
            </w:rPr>
            <w:fldChar w:fldCharType="separate"/>
          </w:r>
          <w:r w:rsidR="00AB45E6">
            <w:rPr>
              <w:rFonts w:ascii="Arial" w:hAnsi="Arial" w:cs="Arial"/>
              <w:noProof/>
              <w:lang w:val="en-GB"/>
            </w:rPr>
            <w:t xml:space="preserve"> </w:t>
          </w:r>
          <w:r w:rsidR="00AB45E6" w:rsidRPr="004F22E5">
            <w:rPr>
              <w:rFonts w:ascii="Arial" w:hAnsi="Arial" w:cs="Arial"/>
              <w:b/>
              <w:bCs/>
              <w:noProof/>
              <w:lang w:val="en-GB"/>
            </w:rPr>
            <w:t>[1]</w:t>
          </w:r>
          <w:r w:rsidR="000E59A9" w:rsidRPr="00873188">
            <w:rPr>
              <w:rFonts w:ascii="Arial" w:hAnsi="Arial" w:cs="Arial"/>
            </w:rPr>
            <w:fldChar w:fldCharType="end"/>
          </w:r>
        </w:sdtContent>
      </w:sdt>
      <w:r w:rsidR="00AD00E7">
        <w:rPr>
          <w:rFonts w:ascii="Arial" w:hAnsi="Arial" w:cs="Arial"/>
        </w:rPr>
        <w:t xml:space="preserve"> </w:t>
      </w:r>
      <w:r w:rsidR="11B0C11E" w:rsidRPr="00EF1547">
        <w:rPr>
          <w:rFonts w:ascii="Arial" w:eastAsia="Cambria" w:hAnsi="Arial" w:cs="Arial"/>
        </w:rPr>
        <w:t xml:space="preserve">This is particularly common in people with </w:t>
      </w:r>
      <w:r w:rsidR="11B0C11E" w:rsidRPr="00EF1547">
        <w:rPr>
          <w:rFonts w:ascii="Arial" w:eastAsia="Cambria" w:hAnsi="Arial" w:cs="Arial"/>
          <w:b/>
          <w:bCs/>
        </w:rPr>
        <w:t>type 2 diabetes</w:t>
      </w:r>
      <w:r w:rsidR="11B0C11E" w:rsidRPr="00EF1547">
        <w:rPr>
          <w:rFonts w:ascii="Arial" w:eastAsia="Cambria" w:hAnsi="Arial" w:cs="Arial"/>
        </w:rPr>
        <w:t>, especially when obesity</w:t>
      </w:r>
      <w:r w:rsidR="00AD00E7" w:rsidRPr="00EF1547">
        <w:rPr>
          <w:rFonts w:ascii="Arial" w:eastAsia="Cambria" w:hAnsi="Arial" w:cs="Arial"/>
        </w:rPr>
        <w:t xml:space="preserve"> (</w:t>
      </w:r>
      <w:r w:rsidR="00AD00E7" w:rsidRPr="00EF1547">
        <w:rPr>
          <w:rFonts w:ascii="Arial" w:eastAsia="Cambria" w:hAnsi="Arial" w:cs="Arial"/>
          <w:i/>
          <w:iCs/>
        </w:rPr>
        <w:t xml:space="preserve">despite not being mentioned in this assignment is </w:t>
      </w:r>
      <w:r w:rsidR="00EF1547" w:rsidRPr="00EF1547">
        <w:rPr>
          <w:rFonts w:ascii="Arial" w:eastAsia="Cambria" w:hAnsi="Arial" w:cs="Arial"/>
          <w:i/>
          <w:iCs/>
        </w:rPr>
        <w:t xml:space="preserve">still </w:t>
      </w:r>
      <w:r w:rsidR="00AD00E7" w:rsidRPr="00EF1547">
        <w:rPr>
          <w:rFonts w:ascii="Arial" w:eastAsia="Cambria" w:hAnsi="Arial" w:cs="Arial"/>
          <w:i/>
          <w:iCs/>
        </w:rPr>
        <w:t xml:space="preserve">one of the </w:t>
      </w:r>
      <w:r w:rsidR="00EF1547" w:rsidRPr="00EF1547">
        <w:rPr>
          <w:rFonts w:ascii="Arial" w:eastAsia="Cambria" w:hAnsi="Arial" w:cs="Arial"/>
          <w:i/>
          <w:iCs/>
        </w:rPr>
        <w:t>symptoms</w:t>
      </w:r>
      <w:r w:rsidR="00AD00E7" w:rsidRPr="00EF1547">
        <w:rPr>
          <w:rFonts w:ascii="Arial" w:eastAsia="Cambria" w:hAnsi="Arial" w:cs="Arial"/>
          <w:i/>
          <w:iCs/>
        </w:rPr>
        <w:t>)</w:t>
      </w:r>
      <w:r w:rsidR="11B0C11E" w:rsidRPr="00EF1547">
        <w:rPr>
          <w:rFonts w:ascii="Arial" w:eastAsia="Cambria" w:hAnsi="Arial" w:cs="Arial"/>
        </w:rPr>
        <w:t xml:space="preserve"> is present, and that it increases the risk of serious liver disease.</w:t>
      </w:r>
    </w:p>
    <w:p w14:paraId="13016FAA" w14:textId="304A1124" w:rsidR="26364435" w:rsidRPr="00873188" w:rsidRDefault="26364435" w:rsidP="26364435">
      <w:pPr>
        <w:rPr>
          <w:rFonts w:ascii="Arial" w:eastAsia="Cambria" w:hAnsi="Arial" w:cs="Arial"/>
          <w:i/>
          <w:iCs/>
        </w:rPr>
      </w:pPr>
    </w:p>
    <w:p w14:paraId="3A406973" w14:textId="77777777" w:rsidR="00302400" w:rsidRDefault="00302400" w:rsidP="26364435">
      <w:pPr>
        <w:rPr>
          <w:rFonts w:ascii="Arial" w:eastAsia="Cambria" w:hAnsi="Arial" w:cs="Arial"/>
          <w:i/>
          <w:iCs/>
        </w:rPr>
      </w:pPr>
    </w:p>
    <w:p w14:paraId="14DA6795" w14:textId="77777777" w:rsidR="002702D0" w:rsidRPr="00FB4485" w:rsidRDefault="002702D0" w:rsidP="26364435">
      <w:pPr>
        <w:rPr>
          <w:rFonts w:ascii="Arial" w:eastAsia="Cambria" w:hAnsi="Arial" w:cs="Arial"/>
        </w:rPr>
      </w:pPr>
    </w:p>
    <w:p w14:paraId="417D5B4C" w14:textId="77777777" w:rsidR="00A44153" w:rsidRPr="00FB4485" w:rsidRDefault="00A44153" w:rsidP="26364435">
      <w:pPr>
        <w:rPr>
          <w:rFonts w:ascii="Arial" w:eastAsia="Cambria" w:hAnsi="Arial" w:cs="Arial"/>
        </w:rPr>
      </w:pPr>
    </w:p>
    <w:p w14:paraId="66C3FE66" w14:textId="261C6A12" w:rsidR="00A44153" w:rsidRPr="00FB4485" w:rsidRDefault="00A44153" w:rsidP="26364435">
      <w:pPr>
        <w:rPr>
          <w:rFonts w:ascii="Arial" w:eastAsia="Cambria" w:hAnsi="Arial" w:cs="Arial"/>
        </w:rPr>
      </w:pPr>
    </w:p>
    <w:p w14:paraId="5596BD5B" w14:textId="6A1B6B18" w:rsidR="0077221D" w:rsidRPr="00873188" w:rsidRDefault="00C4450B" w:rsidP="00FA27CD">
      <w:pPr>
        <w:pStyle w:val="Heading1"/>
        <w:numPr>
          <w:ilvl w:val="0"/>
          <w:numId w:val="12"/>
        </w:numPr>
      </w:pPr>
      <w:bookmarkStart w:id="2" w:name="_Toc237604943"/>
      <w:r>
        <w:lastRenderedPageBreak/>
        <w:t>HTML Website</w:t>
      </w:r>
      <w:bookmarkEnd w:id="2"/>
    </w:p>
    <w:p w14:paraId="022E49AA" w14:textId="77777777" w:rsidR="000E59A9" w:rsidRDefault="000E59A9" w:rsidP="000E59A9">
      <w:pPr>
        <w:rPr>
          <w:rFonts w:ascii="Arial" w:hAnsi="Arial" w:cs="Arial"/>
        </w:rPr>
      </w:pPr>
    </w:p>
    <w:p w14:paraId="076E975E" w14:textId="22F4F31F" w:rsidR="00A44153" w:rsidRPr="00873188" w:rsidRDefault="00A44153" w:rsidP="00B703F4">
      <w:pPr>
        <w:jc w:val="both"/>
        <w:rPr>
          <w:rFonts w:ascii="Arial" w:hAnsi="Arial" w:cs="Arial"/>
        </w:rPr>
      </w:pPr>
      <w:r>
        <w:rPr>
          <w:rFonts w:ascii="Arial" w:hAnsi="Arial" w:cs="Arial"/>
        </w:rPr>
        <w:t>The website is developed to</w:t>
      </w:r>
      <w:r w:rsidR="00190A1A">
        <w:rPr>
          <w:rFonts w:ascii="Arial" w:hAnsi="Arial" w:cs="Arial"/>
        </w:rPr>
        <w:t xml:space="preserve"> induce</w:t>
      </w:r>
      <w:r>
        <w:rPr>
          <w:rFonts w:ascii="Arial" w:hAnsi="Arial" w:cs="Arial"/>
        </w:rPr>
        <w:t xml:space="preserve"> curiosity from any demographic of people who identify the symptoms of Diabetes, and </w:t>
      </w:r>
      <w:r w:rsidR="00190A1A">
        <w:rPr>
          <w:rFonts w:ascii="Arial" w:hAnsi="Arial" w:cs="Arial"/>
        </w:rPr>
        <w:t xml:space="preserve">not </w:t>
      </w:r>
      <w:r>
        <w:rPr>
          <w:rFonts w:ascii="Arial" w:hAnsi="Arial" w:cs="Arial"/>
        </w:rPr>
        <w:t xml:space="preserve">specifically </w:t>
      </w:r>
      <w:r w:rsidR="00C66FE9">
        <w:rPr>
          <w:rFonts w:ascii="Arial" w:hAnsi="Arial" w:cs="Arial"/>
        </w:rPr>
        <w:t>anyone who is suffering from type 1 or 2 diabetes</w:t>
      </w:r>
      <w:r w:rsidR="00190A1A">
        <w:rPr>
          <w:rFonts w:ascii="Arial" w:hAnsi="Arial" w:cs="Arial"/>
        </w:rPr>
        <w:t>.</w:t>
      </w:r>
    </w:p>
    <w:p w14:paraId="6ADAE56A" w14:textId="7C316A45" w:rsidR="009243B6" w:rsidRPr="00873188" w:rsidRDefault="00E37135" w:rsidP="00B703F4">
      <w:pPr>
        <w:jc w:val="both"/>
        <w:rPr>
          <w:rFonts w:ascii="Arial" w:hAnsi="Arial" w:cs="Arial"/>
        </w:rPr>
      </w:pPr>
      <w:r w:rsidRPr="00873188">
        <w:rPr>
          <w:rFonts w:ascii="Arial" w:hAnsi="Arial" w:cs="Arial"/>
        </w:rPr>
        <w:t>T</w:t>
      </w:r>
      <w:r w:rsidR="00614574" w:rsidRPr="00873188">
        <w:rPr>
          <w:rFonts w:ascii="Arial" w:hAnsi="Arial" w:cs="Arial"/>
        </w:rPr>
        <w:t xml:space="preserve">o enable the website to </w:t>
      </w:r>
      <w:r w:rsidR="00BE2102" w:rsidRPr="00873188">
        <w:rPr>
          <w:rFonts w:ascii="Arial" w:hAnsi="Arial" w:cs="Arial"/>
        </w:rPr>
        <w:t xml:space="preserve">come into </w:t>
      </w:r>
      <w:r w:rsidR="0C282FCB" w:rsidRPr="00873188">
        <w:rPr>
          <w:rFonts w:ascii="Arial" w:hAnsi="Arial" w:cs="Arial"/>
        </w:rPr>
        <w:t>effect,</w:t>
      </w:r>
      <w:r w:rsidR="00BE2102" w:rsidRPr="00873188">
        <w:rPr>
          <w:rFonts w:ascii="Arial" w:hAnsi="Arial" w:cs="Arial"/>
        </w:rPr>
        <w:t xml:space="preserve"> there are 2 requirements involved. Firstly, t</w:t>
      </w:r>
      <w:r w:rsidR="00B95584" w:rsidRPr="00873188">
        <w:rPr>
          <w:rFonts w:ascii="Arial" w:hAnsi="Arial" w:cs="Arial"/>
        </w:rPr>
        <w:t>o</w:t>
      </w:r>
      <w:r w:rsidR="002C46CD" w:rsidRPr="00873188">
        <w:rPr>
          <w:rFonts w:ascii="Arial" w:hAnsi="Arial" w:cs="Arial"/>
        </w:rPr>
        <w:t xml:space="preserve"> make</w:t>
      </w:r>
      <w:r w:rsidR="00A02B77" w:rsidRPr="00873188">
        <w:rPr>
          <w:rFonts w:ascii="Arial" w:hAnsi="Arial" w:cs="Arial"/>
        </w:rPr>
        <w:t xml:space="preserve"> these pages appealing to the audience/ user</w:t>
      </w:r>
      <w:r w:rsidR="00F23522" w:rsidRPr="00873188">
        <w:rPr>
          <w:rFonts w:ascii="Arial" w:hAnsi="Arial" w:cs="Arial"/>
        </w:rPr>
        <w:t xml:space="preserve">, it was essential to use graphical images to </w:t>
      </w:r>
      <w:r w:rsidR="006C678C" w:rsidRPr="00873188">
        <w:rPr>
          <w:rFonts w:ascii="Arial" w:hAnsi="Arial" w:cs="Arial"/>
        </w:rPr>
        <w:t xml:space="preserve">hold the </w:t>
      </w:r>
      <w:r w:rsidR="00CD1FFE" w:rsidRPr="00873188">
        <w:rPr>
          <w:rFonts w:ascii="Arial" w:hAnsi="Arial" w:cs="Arial"/>
        </w:rPr>
        <w:t>user’s</w:t>
      </w:r>
      <w:r w:rsidR="005D7986" w:rsidRPr="00873188">
        <w:rPr>
          <w:rFonts w:ascii="Arial" w:hAnsi="Arial" w:cs="Arial"/>
        </w:rPr>
        <w:t xml:space="preserve"> attention</w:t>
      </w:r>
      <w:r w:rsidR="00916B3D" w:rsidRPr="00873188">
        <w:rPr>
          <w:rFonts w:ascii="Arial" w:hAnsi="Arial" w:cs="Arial"/>
        </w:rPr>
        <w:t xml:space="preserve">. These images were also accompanied </w:t>
      </w:r>
      <w:r w:rsidR="002C46CD" w:rsidRPr="00873188">
        <w:rPr>
          <w:rFonts w:ascii="Arial" w:hAnsi="Arial" w:cs="Arial"/>
        </w:rPr>
        <w:t>by</w:t>
      </w:r>
      <w:r w:rsidR="00916B3D" w:rsidRPr="00873188">
        <w:rPr>
          <w:rFonts w:ascii="Arial" w:hAnsi="Arial" w:cs="Arial"/>
        </w:rPr>
        <w:t xml:space="preserve"> their re</w:t>
      </w:r>
      <w:r w:rsidR="002C46CD" w:rsidRPr="00873188">
        <w:rPr>
          <w:rFonts w:ascii="Arial" w:hAnsi="Arial" w:cs="Arial"/>
        </w:rPr>
        <w:t xml:space="preserve">lated </w:t>
      </w:r>
      <w:r w:rsidR="00B95584" w:rsidRPr="00873188">
        <w:rPr>
          <w:rFonts w:ascii="Arial" w:hAnsi="Arial" w:cs="Arial"/>
        </w:rPr>
        <w:t>explanation.</w:t>
      </w:r>
      <w:r w:rsidR="00CD1FFE" w:rsidRPr="00873188">
        <w:rPr>
          <w:rFonts w:ascii="Arial" w:hAnsi="Arial" w:cs="Arial"/>
        </w:rPr>
        <w:t xml:space="preserve"> Both images</w:t>
      </w:r>
      <w:r w:rsidR="00454F28" w:rsidRPr="00873188">
        <w:rPr>
          <w:rFonts w:ascii="Arial" w:hAnsi="Arial" w:cs="Arial"/>
        </w:rPr>
        <w:t xml:space="preserve"> and explanation work in tandem to educate the user</w:t>
      </w:r>
      <w:r w:rsidR="00CD473F" w:rsidRPr="00873188">
        <w:rPr>
          <w:rFonts w:ascii="Arial" w:hAnsi="Arial" w:cs="Arial"/>
        </w:rPr>
        <w:t xml:space="preserve"> and encourage them to seek the website</w:t>
      </w:r>
      <w:r w:rsidR="0022431A" w:rsidRPr="00873188">
        <w:rPr>
          <w:rFonts w:ascii="Arial" w:hAnsi="Arial" w:cs="Arial"/>
        </w:rPr>
        <w:t xml:space="preserve"> for further </w:t>
      </w:r>
      <w:r w:rsidR="00614574" w:rsidRPr="00873188">
        <w:rPr>
          <w:rFonts w:ascii="Arial" w:hAnsi="Arial" w:cs="Arial"/>
        </w:rPr>
        <w:t>explanation</w:t>
      </w:r>
      <w:r w:rsidR="0022431A" w:rsidRPr="00873188">
        <w:rPr>
          <w:rFonts w:ascii="Arial" w:hAnsi="Arial" w:cs="Arial"/>
        </w:rPr>
        <w:t>.</w:t>
      </w:r>
      <w:r w:rsidR="009243B6" w:rsidRPr="00873188">
        <w:rPr>
          <w:rFonts w:ascii="Arial" w:hAnsi="Arial" w:cs="Arial"/>
        </w:rPr>
        <w:t xml:space="preserve">  For the </w:t>
      </w:r>
      <w:r w:rsidR="2B6A197D" w:rsidRPr="00873188">
        <w:rPr>
          <w:rFonts w:ascii="Arial" w:hAnsi="Arial" w:cs="Arial"/>
        </w:rPr>
        <w:t>images,</w:t>
      </w:r>
      <w:r w:rsidR="009243B6" w:rsidRPr="00873188">
        <w:rPr>
          <w:rFonts w:ascii="Arial" w:hAnsi="Arial" w:cs="Arial"/>
        </w:rPr>
        <w:t xml:space="preserve"> </w:t>
      </w:r>
      <w:r w:rsidR="00925FF7" w:rsidRPr="00873188">
        <w:rPr>
          <w:rFonts w:ascii="Arial" w:hAnsi="Arial" w:cs="Arial"/>
        </w:rPr>
        <w:t>it was necessary to use image platforms like Shutter</w:t>
      </w:r>
      <w:r w:rsidR="00BF1AEB" w:rsidRPr="00873188">
        <w:rPr>
          <w:rFonts w:ascii="Arial" w:hAnsi="Arial" w:cs="Arial"/>
        </w:rPr>
        <w:t>stock.com</w:t>
      </w:r>
      <w:r w:rsidR="00925FF7" w:rsidRPr="00873188">
        <w:rPr>
          <w:rFonts w:ascii="Arial" w:hAnsi="Arial" w:cs="Arial"/>
        </w:rPr>
        <w:t xml:space="preserve">, </w:t>
      </w:r>
      <w:r w:rsidR="1A5A3E66" w:rsidRPr="00873188">
        <w:rPr>
          <w:rFonts w:ascii="Arial" w:hAnsi="Arial" w:cs="Arial"/>
        </w:rPr>
        <w:t>Pexels.com</w:t>
      </w:r>
      <w:r w:rsidR="00053304" w:rsidRPr="00873188">
        <w:rPr>
          <w:rFonts w:ascii="Arial" w:hAnsi="Arial" w:cs="Arial"/>
        </w:rPr>
        <w:t xml:space="preserve">, </w:t>
      </w:r>
      <w:r w:rsidR="651A52C0" w:rsidRPr="00873188">
        <w:rPr>
          <w:rFonts w:ascii="Arial" w:hAnsi="Arial" w:cs="Arial"/>
        </w:rPr>
        <w:t>pixabay.com,</w:t>
      </w:r>
      <w:r w:rsidR="00053304" w:rsidRPr="00873188">
        <w:rPr>
          <w:rFonts w:ascii="Arial" w:hAnsi="Arial" w:cs="Arial"/>
        </w:rPr>
        <w:t xml:space="preserve"> and Canva</w:t>
      </w:r>
      <w:r w:rsidR="006A2A1F" w:rsidRPr="00873188">
        <w:rPr>
          <w:rFonts w:ascii="Arial" w:hAnsi="Arial" w:cs="Arial"/>
        </w:rPr>
        <w:t xml:space="preserve"> (using mainly free royalty images).</w:t>
      </w:r>
    </w:p>
    <w:p w14:paraId="61AA2ADE" w14:textId="6876DCD0" w:rsidR="00DB3358" w:rsidRPr="00873188" w:rsidRDefault="6B32B73C" w:rsidP="00B703F4">
      <w:pPr>
        <w:jc w:val="both"/>
        <w:rPr>
          <w:rFonts w:ascii="Arial" w:hAnsi="Arial" w:cs="Arial"/>
        </w:rPr>
      </w:pPr>
      <w:r w:rsidRPr="00873188">
        <w:rPr>
          <w:rFonts w:ascii="Arial" w:hAnsi="Arial" w:cs="Arial"/>
        </w:rPr>
        <w:t>Secondly,</w:t>
      </w:r>
      <w:r w:rsidR="00FF4C30" w:rsidRPr="00873188">
        <w:rPr>
          <w:rFonts w:ascii="Arial" w:hAnsi="Arial" w:cs="Arial"/>
        </w:rPr>
        <w:t xml:space="preserve"> using coding</w:t>
      </w:r>
      <w:r w:rsidR="009D3827" w:rsidRPr="00873188">
        <w:rPr>
          <w:rFonts w:ascii="Arial" w:hAnsi="Arial" w:cs="Arial"/>
        </w:rPr>
        <w:t xml:space="preserve"> with </w:t>
      </w:r>
      <w:r w:rsidR="00AD764F" w:rsidRPr="00873188">
        <w:rPr>
          <w:rFonts w:ascii="Arial" w:hAnsi="Arial" w:cs="Arial"/>
        </w:rPr>
        <w:t>HTML</w:t>
      </w:r>
      <w:r w:rsidR="006F2145" w:rsidRPr="00873188">
        <w:rPr>
          <w:rFonts w:ascii="Arial" w:hAnsi="Arial" w:cs="Arial"/>
        </w:rPr>
        <w:t xml:space="preserve"> tags on the VSC platform was used to </w:t>
      </w:r>
      <w:r w:rsidR="00AD764F" w:rsidRPr="00873188">
        <w:rPr>
          <w:rFonts w:ascii="Arial" w:hAnsi="Arial" w:cs="Arial"/>
        </w:rPr>
        <w:t xml:space="preserve">generate information on the website. The </w:t>
      </w:r>
      <w:r w:rsidR="005724EE" w:rsidRPr="00873188">
        <w:rPr>
          <w:rFonts w:ascii="Arial" w:hAnsi="Arial" w:cs="Arial"/>
        </w:rPr>
        <w:t xml:space="preserve">pages were accompanied </w:t>
      </w:r>
      <w:r w:rsidR="00635ACC" w:rsidRPr="00873188">
        <w:rPr>
          <w:rFonts w:ascii="Arial" w:hAnsi="Arial" w:cs="Arial"/>
        </w:rPr>
        <w:t>by</w:t>
      </w:r>
      <w:r w:rsidR="005724EE" w:rsidRPr="00873188">
        <w:rPr>
          <w:rFonts w:ascii="Arial" w:hAnsi="Arial" w:cs="Arial"/>
        </w:rPr>
        <w:t xml:space="preserve"> the </w:t>
      </w:r>
      <w:r w:rsidR="005724EE" w:rsidRPr="00873188">
        <w:rPr>
          <w:rFonts w:ascii="Arial" w:hAnsi="Arial" w:cs="Arial"/>
          <w:b/>
          <w:bCs/>
        </w:rPr>
        <w:t>.html</w:t>
      </w:r>
      <w:r w:rsidR="005724EE" w:rsidRPr="00873188">
        <w:rPr>
          <w:rFonts w:ascii="Arial" w:hAnsi="Arial" w:cs="Arial"/>
        </w:rPr>
        <w:t xml:space="preserve"> </w:t>
      </w:r>
      <w:r w:rsidR="00567887" w:rsidRPr="00873188">
        <w:rPr>
          <w:rFonts w:ascii="Arial" w:hAnsi="Arial" w:cs="Arial"/>
        </w:rPr>
        <w:t xml:space="preserve">(notifying the </w:t>
      </w:r>
      <w:r w:rsidR="001A6897" w:rsidRPr="00873188">
        <w:rPr>
          <w:rFonts w:ascii="Arial" w:hAnsi="Arial" w:cs="Arial"/>
        </w:rPr>
        <w:t>personal computer</w:t>
      </w:r>
      <w:r w:rsidR="00567887" w:rsidRPr="00873188">
        <w:rPr>
          <w:rFonts w:ascii="Arial" w:hAnsi="Arial" w:cs="Arial"/>
        </w:rPr>
        <w:t xml:space="preserve"> that it is a website hyperlink</w:t>
      </w:r>
      <w:r w:rsidR="00567887" w:rsidRPr="004F22E5">
        <w:rPr>
          <w:rFonts w:ascii="Arial" w:hAnsi="Arial" w:cs="Arial"/>
          <w:b/>
          <w:bCs/>
        </w:rPr>
        <w:t>)</w:t>
      </w:r>
      <w:r w:rsidR="001A6897" w:rsidRPr="004F22E5">
        <w:rPr>
          <w:rFonts w:ascii="Arial" w:hAnsi="Arial" w:cs="Arial"/>
          <w:b/>
          <w:bCs/>
        </w:rPr>
        <w:t>.</w:t>
      </w:r>
      <w:r w:rsidR="008B7587" w:rsidRPr="004F22E5">
        <w:rPr>
          <w:rFonts w:ascii="Arial" w:hAnsi="Arial" w:cs="Arial"/>
          <w:b/>
          <w:bCs/>
        </w:rPr>
        <w:t xml:space="preserve"> </w:t>
      </w:r>
      <w:sdt>
        <w:sdtPr>
          <w:rPr>
            <w:rFonts w:ascii="Arial" w:hAnsi="Arial" w:cs="Arial"/>
            <w:b/>
            <w:bCs/>
          </w:rPr>
          <w:id w:val="397487081"/>
          <w:citation/>
        </w:sdtPr>
        <w:sdtContent>
          <w:r w:rsidR="008B7587" w:rsidRPr="004F22E5">
            <w:rPr>
              <w:rFonts w:ascii="Arial" w:hAnsi="Arial" w:cs="Arial"/>
              <w:b/>
              <w:bCs/>
            </w:rPr>
            <w:fldChar w:fldCharType="begin"/>
          </w:r>
          <w:r w:rsidR="008B7587" w:rsidRPr="004F22E5">
            <w:rPr>
              <w:rFonts w:ascii="Arial" w:hAnsi="Arial" w:cs="Arial"/>
              <w:b/>
              <w:bCs/>
              <w:lang w:val="en-GB"/>
            </w:rPr>
            <w:instrText xml:space="preserve"> CITATION Alj22 \l 2057 </w:instrText>
          </w:r>
          <w:r w:rsidR="008B7587" w:rsidRPr="004F22E5">
            <w:rPr>
              <w:rFonts w:ascii="Arial" w:hAnsi="Arial" w:cs="Arial"/>
              <w:b/>
              <w:bCs/>
            </w:rPr>
            <w:fldChar w:fldCharType="separate"/>
          </w:r>
          <w:r w:rsidR="00AB45E6" w:rsidRPr="004F22E5">
            <w:rPr>
              <w:rFonts w:ascii="Arial" w:hAnsi="Arial" w:cs="Arial"/>
              <w:b/>
              <w:bCs/>
              <w:noProof/>
              <w:lang w:val="en-GB"/>
            </w:rPr>
            <w:t>[2]</w:t>
          </w:r>
          <w:r w:rsidR="008B7587" w:rsidRPr="004F22E5">
            <w:rPr>
              <w:rFonts w:ascii="Arial" w:hAnsi="Arial" w:cs="Arial"/>
              <w:b/>
              <w:bCs/>
            </w:rPr>
            <w:fldChar w:fldCharType="end"/>
          </w:r>
        </w:sdtContent>
      </w:sdt>
    </w:p>
    <w:p w14:paraId="71A83C2A" w14:textId="4792EC4D" w:rsidR="4C22DC90" w:rsidRPr="00873188" w:rsidRDefault="4C22DC90" w:rsidP="00B703F4">
      <w:pPr>
        <w:jc w:val="both"/>
        <w:rPr>
          <w:rFonts w:ascii="Arial" w:eastAsia="Cambria" w:hAnsi="Arial" w:cs="Arial"/>
        </w:rPr>
      </w:pPr>
      <w:r w:rsidRPr="00873188">
        <w:rPr>
          <w:rFonts w:ascii="Arial" w:eastAsia="Cambria" w:hAnsi="Arial" w:cs="Arial"/>
        </w:rPr>
        <w:t>“The webpage source code is the programming behind any webpage, or software. In case of websites, this code can be viewed by anyone using various tools, even in the web browser itself. In this section, we extract the textual and hyperlink features existing in the HTML source code of the webpage.”</w:t>
      </w:r>
    </w:p>
    <w:p w14:paraId="4DEFDBA7" w14:textId="77777777" w:rsidR="00302400" w:rsidRPr="00873188" w:rsidRDefault="00302400" w:rsidP="26364435">
      <w:pPr>
        <w:rPr>
          <w:rFonts w:ascii="Arial" w:eastAsia="Cambria" w:hAnsi="Arial" w:cs="Arial"/>
        </w:rPr>
      </w:pPr>
    </w:p>
    <w:p w14:paraId="7B828526" w14:textId="77777777" w:rsidR="00302400" w:rsidRPr="00873188" w:rsidRDefault="00302400" w:rsidP="26364435">
      <w:pPr>
        <w:rPr>
          <w:rFonts w:ascii="Arial" w:eastAsia="Cambria" w:hAnsi="Arial" w:cs="Arial"/>
        </w:rPr>
      </w:pPr>
    </w:p>
    <w:p w14:paraId="17CF5E85" w14:textId="77777777" w:rsidR="00302400" w:rsidRPr="00873188" w:rsidRDefault="00302400" w:rsidP="26364435">
      <w:pPr>
        <w:rPr>
          <w:rFonts w:ascii="Arial" w:eastAsia="Cambria" w:hAnsi="Arial" w:cs="Arial"/>
        </w:rPr>
      </w:pPr>
    </w:p>
    <w:p w14:paraId="1452CBAD" w14:textId="77777777" w:rsidR="00302400" w:rsidRPr="00873188" w:rsidRDefault="00302400" w:rsidP="26364435">
      <w:pPr>
        <w:rPr>
          <w:rFonts w:ascii="Arial" w:eastAsia="Cambria" w:hAnsi="Arial" w:cs="Arial"/>
        </w:rPr>
      </w:pPr>
    </w:p>
    <w:p w14:paraId="7796761A" w14:textId="77777777" w:rsidR="00302400" w:rsidRPr="00873188" w:rsidRDefault="00302400" w:rsidP="26364435">
      <w:pPr>
        <w:rPr>
          <w:rFonts w:ascii="Arial" w:eastAsia="Cambria" w:hAnsi="Arial" w:cs="Arial"/>
        </w:rPr>
      </w:pPr>
    </w:p>
    <w:p w14:paraId="12AF9F6B" w14:textId="77777777" w:rsidR="00302400" w:rsidRPr="00873188" w:rsidRDefault="00302400" w:rsidP="26364435">
      <w:pPr>
        <w:rPr>
          <w:rFonts w:ascii="Arial" w:eastAsia="Cambria" w:hAnsi="Arial" w:cs="Arial"/>
        </w:rPr>
      </w:pPr>
    </w:p>
    <w:p w14:paraId="17F5AB95" w14:textId="77777777" w:rsidR="00302400" w:rsidRPr="00873188" w:rsidRDefault="00302400" w:rsidP="26364435">
      <w:pPr>
        <w:rPr>
          <w:rFonts w:ascii="Arial" w:eastAsia="Cambria" w:hAnsi="Arial" w:cs="Arial"/>
        </w:rPr>
      </w:pPr>
    </w:p>
    <w:p w14:paraId="69C38341" w14:textId="77777777" w:rsidR="00302400" w:rsidRPr="00873188" w:rsidRDefault="00302400" w:rsidP="26364435">
      <w:pPr>
        <w:rPr>
          <w:rFonts w:ascii="Arial" w:eastAsia="Cambria" w:hAnsi="Arial" w:cs="Arial"/>
        </w:rPr>
      </w:pPr>
    </w:p>
    <w:p w14:paraId="2F04F775" w14:textId="77777777" w:rsidR="00DA17E1" w:rsidRDefault="00DA17E1" w:rsidP="26364435">
      <w:pPr>
        <w:rPr>
          <w:rFonts w:ascii="Arial" w:eastAsia="Cambria" w:hAnsi="Arial" w:cs="Arial"/>
        </w:rPr>
      </w:pPr>
    </w:p>
    <w:p w14:paraId="2008DA82" w14:textId="77777777" w:rsidR="002702D0" w:rsidRPr="00873188" w:rsidRDefault="002702D0" w:rsidP="26364435">
      <w:pPr>
        <w:rPr>
          <w:rFonts w:ascii="Arial" w:eastAsia="Cambria" w:hAnsi="Arial" w:cs="Arial"/>
        </w:rPr>
      </w:pPr>
    </w:p>
    <w:p w14:paraId="3D5DF0FA" w14:textId="21BBC8CD" w:rsidR="006718D9" w:rsidRDefault="00C4450B" w:rsidP="00FA27CD">
      <w:pPr>
        <w:pStyle w:val="Heading1"/>
        <w:numPr>
          <w:ilvl w:val="0"/>
          <w:numId w:val="12"/>
        </w:numPr>
      </w:pPr>
      <w:bookmarkStart w:id="3" w:name="_Toc237604944"/>
      <w:r>
        <w:lastRenderedPageBreak/>
        <w:t xml:space="preserve">Website </w:t>
      </w:r>
      <w:r w:rsidRPr="00873188">
        <w:t>Implementation</w:t>
      </w:r>
      <w:bookmarkEnd w:id="3"/>
    </w:p>
    <w:p w14:paraId="0A5779DB" w14:textId="29FF3759" w:rsidR="006718D9" w:rsidRDefault="006718D9">
      <w:r w:rsidRPr="006718D9">
        <w:rPr>
          <w:noProof/>
        </w:rPr>
        <w:drawing>
          <wp:inline distT="0" distB="0" distL="0" distR="0" wp14:anchorId="3EFB1AB0" wp14:editId="13123495">
            <wp:extent cx="5486400" cy="5878830"/>
            <wp:effectExtent l="76200" t="76200" r="133350" b="140970"/>
            <wp:docPr id="73093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3825" name=""/>
                    <pic:cNvPicPr/>
                  </pic:nvPicPr>
                  <pic:blipFill>
                    <a:blip r:embed="rId13"/>
                    <a:stretch>
                      <a:fillRect/>
                    </a:stretch>
                  </pic:blipFill>
                  <pic:spPr>
                    <a:xfrm>
                      <a:off x="0" y="0"/>
                      <a:ext cx="5486400" cy="5878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6E2CCA" w14:textId="77777777" w:rsidR="006718D9" w:rsidRDefault="006718D9"/>
    <w:p w14:paraId="5A8AA83E" w14:textId="77777777" w:rsidR="006856FA" w:rsidRPr="006856FA" w:rsidRDefault="006856FA" w:rsidP="006856FA"/>
    <w:p w14:paraId="5657FDB1" w14:textId="77777777" w:rsidR="006856FA" w:rsidRPr="006856FA" w:rsidRDefault="006856FA" w:rsidP="006856FA"/>
    <w:p w14:paraId="74E086E7" w14:textId="77777777" w:rsidR="006856FA" w:rsidRDefault="006856FA" w:rsidP="006856FA"/>
    <w:p w14:paraId="32969E39" w14:textId="77777777" w:rsidR="00465BF4" w:rsidRPr="006856FA" w:rsidRDefault="00465BF4" w:rsidP="006856FA"/>
    <w:p w14:paraId="01C264AC" w14:textId="77777777" w:rsidR="00465BF4" w:rsidRDefault="00465BF4"/>
    <w:p w14:paraId="2D408F8F" w14:textId="40651AD0" w:rsidR="006856FA" w:rsidRDefault="74F24FD4">
      <w:r>
        <w:rPr>
          <w:noProof/>
        </w:rPr>
        <w:drawing>
          <wp:inline distT="0" distB="0" distL="0" distR="0" wp14:anchorId="67A82FE4" wp14:editId="22C737F0">
            <wp:extent cx="5486400" cy="7294880"/>
            <wp:effectExtent l="76200" t="76200" r="133350" b="134620"/>
            <wp:docPr id="761480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80521" name=""/>
                    <pic:cNvPicPr/>
                  </pic:nvPicPr>
                  <pic:blipFill>
                    <a:blip r:embed="rId14"/>
                    <a:stretch>
                      <a:fillRect/>
                    </a:stretch>
                  </pic:blipFill>
                  <pic:spPr>
                    <a:xfrm>
                      <a:off x="0" y="0"/>
                      <a:ext cx="5486400" cy="7294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74C56E" w14:textId="45FD4F19" w:rsidR="00B0488F" w:rsidRDefault="744D3049" w:rsidP="71714F1E">
      <w:r>
        <w:rPr>
          <w:noProof/>
        </w:rPr>
        <w:lastRenderedPageBreak/>
        <w:drawing>
          <wp:inline distT="0" distB="0" distL="0" distR="0" wp14:anchorId="714049B9" wp14:editId="25845BB7">
            <wp:extent cx="5638800" cy="7639050"/>
            <wp:effectExtent l="76200" t="76200" r="133350" b="133350"/>
            <wp:docPr id="11735101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10147" name="Picture 1173510147"/>
                    <pic:cNvPicPr/>
                  </pic:nvPicPr>
                  <pic:blipFill>
                    <a:blip r:embed="rId15">
                      <a:extLst>
                        <a:ext uri="{28A0092B-C50C-407E-A947-70E740481C1C}">
                          <a14:useLocalDpi xmlns:a14="http://schemas.microsoft.com/office/drawing/2010/main"/>
                        </a:ext>
                      </a:extLst>
                    </a:blip>
                    <a:srcRect/>
                    <a:stretch>
                      <a:fillRect/>
                    </a:stretch>
                  </pic:blipFill>
                  <pic:spPr>
                    <a:xfrm>
                      <a:off x="0" y="0"/>
                      <a:ext cx="5638800" cy="7639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1C4ECD" w14:textId="00B5F4FA" w:rsidR="00B0488F" w:rsidRDefault="00B0488F"/>
    <w:p w14:paraId="579C68AB" w14:textId="1551AE57" w:rsidR="00D27AA5" w:rsidRDefault="00387E57">
      <w:r w:rsidRPr="00387E57">
        <w:rPr>
          <w:noProof/>
        </w:rPr>
        <w:lastRenderedPageBreak/>
        <w:drawing>
          <wp:inline distT="0" distB="0" distL="0" distR="0" wp14:anchorId="799A08E2" wp14:editId="3A5D4C25">
            <wp:extent cx="5486400" cy="5423535"/>
            <wp:effectExtent l="76200" t="76200" r="133350" b="139065"/>
            <wp:docPr id="120786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6847" name=""/>
                    <pic:cNvPicPr/>
                  </pic:nvPicPr>
                  <pic:blipFill>
                    <a:blip r:embed="rId16"/>
                    <a:stretch>
                      <a:fillRect/>
                    </a:stretch>
                  </pic:blipFill>
                  <pic:spPr>
                    <a:xfrm>
                      <a:off x="0" y="0"/>
                      <a:ext cx="5486400" cy="5423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ABF812" w14:textId="49325DFD" w:rsidR="00D27AA5" w:rsidRDefault="00D27AA5"/>
    <w:p w14:paraId="5DD73A43" w14:textId="77777777" w:rsidR="00A505C4" w:rsidRDefault="00A505C4"/>
    <w:p w14:paraId="70A0171A" w14:textId="4E6F4662" w:rsidR="00257FF6" w:rsidRDefault="006F694C">
      <w:r w:rsidRPr="006F694C">
        <w:rPr>
          <w:noProof/>
        </w:rPr>
        <w:lastRenderedPageBreak/>
        <w:drawing>
          <wp:inline distT="0" distB="0" distL="0" distR="0" wp14:anchorId="1DEC000F" wp14:editId="320A314F">
            <wp:extent cx="5486400" cy="4460240"/>
            <wp:effectExtent l="76200" t="76200" r="133350" b="130810"/>
            <wp:docPr id="715624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24915" name=""/>
                    <pic:cNvPicPr/>
                  </pic:nvPicPr>
                  <pic:blipFill>
                    <a:blip r:embed="rId17"/>
                    <a:stretch>
                      <a:fillRect/>
                    </a:stretch>
                  </pic:blipFill>
                  <pic:spPr>
                    <a:xfrm>
                      <a:off x="0" y="0"/>
                      <a:ext cx="5486400" cy="4460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27645F" w14:textId="77777777" w:rsidR="00C4450B" w:rsidRDefault="00000000">
      <w:pPr>
        <w:rPr>
          <w:rFonts w:ascii="Arial" w:hAnsi="Arial" w:cs="Arial"/>
        </w:rPr>
      </w:pPr>
      <w:r>
        <w:br/>
      </w:r>
    </w:p>
    <w:p w14:paraId="0B590E81" w14:textId="77777777" w:rsidR="00C4450B" w:rsidRDefault="00C4450B">
      <w:pPr>
        <w:rPr>
          <w:rFonts w:ascii="Arial" w:hAnsi="Arial" w:cs="Arial"/>
        </w:rPr>
      </w:pPr>
    </w:p>
    <w:p w14:paraId="5148A01D" w14:textId="77777777" w:rsidR="00C4450B" w:rsidRDefault="00C4450B">
      <w:pPr>
        <w:rPr>
          <w:rFonts w:ascii="Arial" w:hAnsi="Arial" w:cs="Arial"/>
        </w:rPr>
      </w:pPr>
    </w:p>
    <w:p w14:paraId="4E0E7CFF" w14:textId="77777777" w:rsidR="00C4450B" w:rsidRDefault="00C4450B">
      <w:pPr>
        <w:rPr>
          <w:rFonts w:ascii="Arial" w:hAnsi="Arial" w:cs="Arial"/>
        </w:rPr>
      </w:pPr>
    </w:p>
    <w:p w14:paraId="0E3C99E9" w14:textId="77777777" w:rsidR="00C4450B" w:rsidRDefault="00C4450B">
      <w:pPr>
        <w:rPr>
          <w:rFonts w:ascii="Arial" w:hAnsi="Arial" w:cs="Arial"/>
        </w:rPr>
      </w:pPr>
    </w:p>
    <w:p w14:paraId="2168DAC2" w14:textId="77777777" w:rsidR="00C4450B" w:rsidRDefault="00C4450B">
      <w:pPr>
        <w:rPr>
          <w:rFonts w:ascii="Arial" w:hAnsi="Arial" w:cs="Arial"/>
        </w:rPr>
      </w:pPr>
    </w:p>
    <w:p w14:paraId="7B4DAA5B" w14:textId="77777777" w:rsidR="00C4450B" w:rsidRDefault="00C4450B">
      <w:pPr>
        <w:rPr>
          <w:rFonts w:ascii="Arial" w:hAnsi="Arial" w:cs="Arial"/>
        </w:rPr>
      </w:pPr>
    </w:p>
    <w:p w14:paraId="62842354" w14:textId="77777777" w:rsidR="00C4450B" w:rsidRDefault="00C4450B">
      <w:pPr>
        <w:rPr>
          <w:rFonts w:ascii="Arial" w:hAnsi="Arial" w:cs="Arial"/>
        </w:rPr>
      </w:pPr>
    </w:p>
    <w:p w14:paraId="4248F4CB" w14:textId="77777777" w:rsidR="00C4450B" w:rsidRDefault="00C4450B">
      <w:pPr>
        <w:rPr>
          <w:rFonts w:ascii="Arial" w:hAnsi="Arial" w:cs="Arial"/>
        </w:rPr>
      </w:pPr>
    </w:p>
    <w:p w14:paraId="5B6232B3" w14:textId="77777777" w:rsidR="00C4450B" w:rsidRDefault="00C4450B">
      <w:pPr>
        <w:rPr>
          <w:rFonts w:ascii="Arial" w:hAnsi="Arial" w:cs="Arial"/>
        </w:rPr>
      </w:pPr>
    </w:p>
    <w:p w14:paraId="17E9E79E" w14:textId="53D5BDA2" w:rsidR="00381B07" w:rsidRPr="00B703F4" w:rsidRDefault="00000000" w:rsidP="00B703F4">
      <w:pPr>
        <w:pStyle w:val="ListParagraph"/>
        <w:numPr>
          <w:ilvl w:val="0"/>
          <w:numId w:val="12"/>
        </w:numPr>
        <w:rPr>
          <w:rFonts w:ascii="Arial" w:hAnsi="Arial" w:cs="Arial"/>
        </w:rPr>
      </w:pPr>
      <w:bookmarkStart w:id="4" w:name="_Toc237604945"/>
      <w:r w:rsidRPr="00C904F9">
        <w:rPr>
          <w:rStyle w:val="Heading1Char"/>
        </w:rPr>
        <w:lastRenderedPageBreak/>
        <w:t>HTML &amp; CSS</w:t>
      </w:r>
      <w:r w:rsidR="00C4450B" w:rsidRPr="00C904F9">
        <w:rPr>
          <w:rStyle w:val="Heading1Char"/>
        </w:rPr>
        <w:t xml:space="preserve"> Validation</w:t>
      </w:r>
      <w:bookmarkEnd w:id="4"/>
      <w:r w:rsidRPr="00B703F4">
        <w:rPr>
          <w:rFonts w:ascii="Arial" w:hAnsi="Arial" w:cs="Arial"/>
        </w:rPr>
        <w:t>.</w:t>
      </w:r>
      <w:r w:rsidR="00381B07" w:rsidRPr="00B703F4">
        <w:rPr>
          <w:rFonts w:ascii="Arial" w:hAnsi="Arial" w:cs="Arial"/>
        </w:rPr>
        <w:t xml:space="preserve"> </w:t>
      </w:r>
    </w:p>
    <w:p w14:paraId="47B40952" w14:textId="137DE883" w:rsidR="00EA27CE" w:rsidRPr="00381B07" w:rsidRDefault="003D0E95" w:rsidP="00381B07">
      <w:pPr>
        <w:jc w:val="both"/>
        <w:rPr>
          <w:rFonts w:ascii="Arial" w:eastAsia="Times New Roman" w:hAnsi="Arial" w:cs="Arial"/>
          <w:color w:val="000000"/>
          <w:lang w:val="en-GB" w:eastAsia="en-GB"/>
        </w:rPr>
      </w:pPr>
      <w:r w:rsidRPr="00873188">
        <w:rPr>
          <w:rFonts w:ascii="Arial" w:eastAsia="Times New Roman" w:hAnsi="Arial" w:cs="Arial"/>
          <w:color w:val="000000"/>
          <w:lang w:val="en-GB" w:eastAsia="en-GB"/>
        </w:rPr>
        <w:t xml:space="preserve">During the development of the diabetes awareness website, all pages were validated using the official W3C Markup Validation Service. This step was essential because as demonstrated </w:t>
      </w:r>
      <w:r w:rsidR="00C45045">
        <w:rPr>
          <w:rFonts w:ascii="Arial" w:eastAsia="Times New Roman" w:hAnsi="Arial" w:cs="Arial"/>
          <w:color w:val="000000"/>
          <w:lang w:val="en-GB" w:eastAsia="en-GB"/>
        </w:rPr>
        <w:t xml:space="preserve">on a study </w:t>
      </w:r>
      <w:r w:rsidR="00C45045" w:rsidRPr="00C45045">
        <w:rPr>
          <w:rFonts w:ascii="Arial" w:eastAsia="Times New Roman" w:hAnsi="Arial" w:cs="Arial"/>
          <w:i/>
          <w:iCs/>
          <w:color w:val="000000"/>
          <w:lang w:val="en-GB" w:eastAsia="en-GB"/>
        </w:rPr>
        <w:t>on</w:t>
      </w:r>
      <w:r w:rsidR="00C45045" w:rsidRPr="00C45045">
        <w:rPr>
          <w:rFonts w:ascii="Arial" w:eastAsia="Times New Roman" w:hAnsi="Arial" w:cs="Arial"/>
          <w:b/>
          <w:bCs/>
          <w:i/>
          <w:iCs/>
          <w:color w:val="000000"/>
          <w:lang w:val="en-GB" w:eastAsia="en-GB"/>
        </w:rPr>
        <w:t xml:space="preserve"> validating problems on HTML</w:t>
      </w:r>
      <w:r w:rsidRPr="00873188">
        <w:rPr>
          <w:rFonts w:ascii="Arial" w:eastAsia="Times New Roman" w:hAnsi="Arial" w:cs="Arial"/>
          <w:color w:val="000000"/>
          <w:lang w:val="en-GB" w:eastAsia="en-GB"/>
        </w:rPr>
        <w:t xml:space="preserve"> </w:t>
      </w:r>
      <w:r w:rsidR="00381B07" w:rsidRPr="00873188">
        <w:rPr>
          <w:rFonts w:ascii="Arial" w:eastAsia="Times New Roman" w:hAnsi="Arial" w:cs="Arial"/>
          <w:color w:val="000000"/>
          <w:lang w:val="en-GB" w:eastAsia="en-GB"/>
        </w:rPr>
        <w:t>many</w:t>
      </w:r>
      <w:r w:rsidRPr="00873188">
        <w:rPr>
          <w:rFonts w:ascii="Arial" w:eastAsia="Times New Roman" w:hAnsi="Arial" w:cs="Arial"/>
          <w:color w:val="000000"/>
          <w:lang w:val="en-GB" w:eastAsia="en-GB"/>
        </w:rPr>
        <w:t xml:space="preserve"> webpages on the internet contain validation errors that can cause inconsistent rendering across browsers, accessibility problems, and difficulties for automated </w:t>
      </w:r>
      <w:r w:rsidR="00381B07" w:rsidRPr="00873188">
        <w:rPr>
          <w:rFonts w:ascii="Arial" w:eastAsia="Times New Roman" w:hAnsi="Arial" w:cs="Arial"/>
          <w:color w:val="000000"/>
          <w:lang w:val="en-GB" w:eastAsia="en-GB"/>
        </w:rPr>
        <w:t>tools. In</w:t>
      </w:r>
      <w:r w:rsidRPr="00873188">
        <w:rPr>
          <w:rFonts w:ascii="Arial" w:eastAsia="Times New Roman" w:hAnsi="Arial" w:cs="Arial"/>
          <w:color w:val="000000"/>
          <w:lang w:val="en-GB" w:eastAsia="en-GB"/>
        </w:rPr>
        <w:t xml:space="preserve"> this project, common issues such as unclosed tags and incorrect heading hierarchy were identified and corrected, ensuring that the final pages conform to HTML standards and provide a more reliable user experience.</w:t>
      </w:r>
      <w:sdt>
        <w:sdtPr>
          <w:rPr>
            <w:rFonts w:ascii="Arial" w:hAnsi="Arial" w:cs="Arial"/>
            <w:b/>
            <w:bCs/>
          </w:rPr>
          <w:id w:val="346690626"/>
          <w:citation/>
        </w:sdtPr>
        <w:sdtContent>
          <w:r w:rsidR="00A475AB" w:rsidRPr="00C45045">
            <w:rPr>
              <w:rFonts w:ascii="Arial" w:hAnsi="Arial" w:cs="Arial"/>
              <w:b/>
              <w:bCs/>
            </w:rPr>
            <w:fldChar w:fldCharType="begin"/>
          </w:r>
          <w:r w:rsidR="00A475AB" w:rsidRPr="00C45045">
            <w:rPr>
              <w:rFonts w:ascii="Arial" w:hAnsi="Arial" w:cs="Arial"/>
              <w:b/>
              <w:bCs/>
              <w:lang w:val="en-GB"/>
            </w:rPr>
            <w:instrText xml:space="preserve"> CITATION Che05 \l 2057 </w:instrText>
          </w:r>
          <w:r w:rsidR="00A475AB" w:rsidRPr="00C45045">
            <w:rPr>
              <w:rFonts w:ascii="Arial" w:hAnsi="Arial" w:cs="Arial"/>
              <w:b/>
              <w:bCs/>
            </w:rPr>
            <w:fldChar w:fldCharType="separate"/>
          </w:r>
          <w:r w:rsidR="00AB45E6">
            <w:rPr>
              <w:rFonts w:ascii="Arial" w:hAnsi="Arial" w:cs="Arial"/>
              <w:b/>
              <w:bCs/>
              <w:noProof/>
              <w:lang w:val="en-GB"/>
            </w:rPr>
            <w:t xml:space="preserve"> </w:t>
          </w:r>
          <w:r w:rsidR="00AB45E6" w:rsidRPr="00AB45E6">
            <w:rPr>
              <w:rFonts w:ascii="Arial" w:hAnsi="Arial" w:cs="Arial"/>
              <w:noProof/>
              <w:lang w:val="en-GB"/>
            </w:rPr>
            <w:t>[3]</w:t>
          </w:r>
          <w:r w:rsidR="00A475AB" w:rsidRPr="00C45045">
            <w:rPr>
              <w:rFonts w:ascii="Arial" w:hAnsi="Arial" w:cs="Arial"/>
              <w:b/>
              <w:bCs/>
            </w:rPr>
            <w:fldChar w:fldCharType="end"/>
          </w:r>
        </w:sdtContent>
      </w:sdt>
    </w:p>
    <w:p w14:paraId="1133FF5F" w14:textId="6FD89E84" w:rsidR="00381B07" w:rsidRPr="00381B07" w:rsidRDefault="00000000" w:rsidP="00381B07">
      <w:pPr>
        <w:jc w:val="both"/>
        <w:rPr>
          <w:rFonts w:ascii="Arial" w:hAnsi="Arial" w:cs="Arial"/>
        </w:rPr>
      </w:pPr>
      <w:r w:rsidRPr="00873188">
        <w:rPr>
          <w:rFonts w:ascii="Arial" w:hAnsi="Arial" w:cs="Arial"/>
        </w:rPr>
        <w:br/>
      </w:r>
      <w:bookmarkStart w:id="5" w:name="_Toc237604946"/>
      <w:r w:rsidR="00084D92" w:rsidRPr="00CB0051">
        <w:rPr>
          <w:rStyle w:val="Heading2Char"/>
        </w:rPr>
        <w:t>E</w:t>
      </w:r>
      <w:r w:rsidRPr="00CB0051">
        <w:rPr>
          <w:rStyle w:val="Heading2Char"/>
        </w:rPr>
        <w:t>rror</w:t>
      </w:r>
      <w:r w:rsidR="00084D92" w:rsidRPr="00CB0051">
        <w:rPr>
          <w:rStyle w:val="Heading2Char"/>
        </w:rPr>
        <w:t xml:space="preserve"> Validation </w:t>
      </w:r>
      <w:r w:rsidRPr="00CB0051">
        <w:rPr>
          <w:rStyle w:val="Heading2Char"/>
        </w:rPr>
        <w:t xml:space="preserve">and </w:t>
      </w:r>
      <w:r w:rsidR="00381B07" w:rsidRPr="00CB0051">
        <w:rPr>
          <w:rStyle w:val="Heading2Char"/>
        </w:rPr>
        <w:t>fixes</w:t>
      </w:r>
      <w:bookmarkEnd w:id="5"/>
      <w:r w:rsidR="00381B07" w:rsidRPr="00873188">
        <w:rPr>
          <w:rFonts w:ascii="Arial" w:hAnsi="Arial" w:cs="Arial"/>
        </w:rPr>
        <w:t>. To</w:t>
      </w:r>
      <w:r w:rsidR="79EB00C8" w:rsidRPr="00873188">
        <w:rPr>
          <w:rFonts w:ascii="Arial" w:hAnsi="Arial" w:cs="Arial"/>
        </w:rPr>
        <w:t xml:space="preserve"> test the validity of the Diabetes website </w:t>
      </w:r>
      <w:r w:rsidR="3A54A490" w:rsidRPr="00873188">
        <w:rPr>
          <w:rFonts w:ascii="Arial" w:hAnsi="Arial" w:cs="Arial"/>
        </w:rPr>
        <w:t xml:space="preserve">in terms of is use there were 2 websites that were used firstly </w:t>
      </w:r>
      <w:hyperlink r:id="rId18" w:history="1">
        <w:r w:rsidR="004B16CE" w:rsidRPr="00873188">
          <w:rPr>
            <w:rStyle w:val="Hyperlink"/>
            <w:rFonts w:ascii="Arial" w:hAnsi="Arial" w:cs="Arial"/>
            <w:b/>
            <w:bCs/>
            <w:i/>
            <w:iCs/>
          </w:rPr>
          <w:t>https://validator.w3.org/</w:t>
        </w:r>
      </w:hyperlink>
      <w:r w:rsidR="00C45045">
        <w:rPr>
          <w:rFonts w:ascii="Arial" w:hAnsi="Arial" w:cs="Arial"/>
        </w:rPr>
        <w:t xml:space="preserve">. </w:t>
      </w:r>
      <w:r w:rsidR="00C45045" w:rsidRPr="00873188">
        <w:rPr>
          <w:rFonts w:ascii="Arial" w:hAnsi="Arial" w:cs="Arial"/>
        </w:rPr>
        <w:t xml:space="preserve">Following the </w:t>
      </w:r>
      <w:r w:rsidR="00C45045" w:rsidRPr="00AD2D68">
        <w:rPr>
          <w:rFonts w:ascii="Arial" w:hAnsi="Arial" w:cs="Arial"/>
          <w:b/>
          <w:bCs/>
        </w:rPr>
        <w:t>Home page</w:t>
      </w:r>
      <w:r w:rsidR="00C45045">
        <w:rPr>
          <w:rFonts w:ascii="Arial" w:hAnsi="Arial" w:cs="Arial"/>
        </w:rPr>
        <w:t xml:space="preserve"> of the</w:t>
      </w:r>
      <w:r w:rsidR="00C45045" w:rsidRPr="00873188">
        <w:rPr>
          <w:rFonts w:ascii="Arial" w:hAnsi="Arial" w:cs="Arial"/>
        </w:rPr>
        <w:t xml:space="preserve"> website </w:t>
      </w:r>
      <w:r w:rsidR="00C45045">
        <w:rPr>
          <w:rFonts w:ascii="Arial" w:hAnsi="Arial" w:cs="Arial"/>
        </w:rPr>
        <w:t xml:space="preserve">using </w:t>
      </w:r>
      <w:r w:rsidR="00C45045" w:rsidRPr="00873188">
        <w:rPr>
          <w:rFonts w:ascii="Arial" w:hAnsi="Arial" w:cs="Arial"/>
        </w:rPr>
        <w:t>cross check throug</w:t>
      </w:r>
      <w:r w:rsidR="00C45045">
        <w:rPr>
          <w:rFonts w:ascii="Arial" w:hAnsi="Arial" w:cs="Arial"/>
        </w:rPr>
        <w:t xml:space="preserve">h this link, </w:t>
      </w:r>
      <w:r w:rsidR="00C45045" w:rsidRPr="00873188">
        <w:rPr>
          <w:rFonts w:ascii="Arial" w:hAnsi="Arial" w:cs="Arial"/>
        </w:rPr>
        <w:t>the following changes were completed.</w:t>
      </w:r>
      <w:r w:rsidR="00381B07">
        <w:rPr>
          <w:rFonts w:ascii="Arial" w:hAnsi="Arial" w:cs="Arial"/>
          <w:b/>
          <w:bCs/>
        </w:rPr>
        <w:t xml:space="preserve"> </w:t>
      </w:r>
      <w:r w:rsidR="00C45045" w:rsidRPr="00873188">
        <w:rPr>
          <w:rFonts w:ascii="Arial" w:hAnsi="Arial" w:cs="Arial"/>
        </w:rPr>
        <w:t xml:space="preserve">Firstly, the validator confirms that there are stray tags namely </w:t>
      </w:r>
      <w:r w:rsidR="00C45045" w:rsidRPr="00873188">
        <w:rPr>
          <w:rFonts w:ascii="Arial" w:hAnsi="Arial" w:cs="Arial"/>
          <w:b/>
          <w:bCs/>
        </w:rPr>
        <w:t>&lt;/div&gt; tags</w:t>
      </w:r>
      <w:r w:rsidR="00C45045" w:rsidRPr="00873188">
        <w:rPr>
          <w:rFonts w:ascii="Arial" w:hAnsi="Arial" w:cs="Arial"/>
        </w:rPr>
        <w:t>. This has highlighted the tags that have not closed. Below are 4 screenshots from the VSC platform. The amendments include amending the "Card body" in both rows and columns. In doing this, it fixes any unclosed elements that the validator website highlighted</w:t>
      </w:r>
    </w:p>
    <w:p w14:paraId="70FB6395" w14:textId="7AC2BC2A" w:rsidR="00C45045" w:rsidRPr="00873188" w:rsidRDefault="007B17B9" w:rsidP="00C45045">
      <w:pPr>
        <w:jc w:val="both"/>
        <w:rPr>
          <w:rFonts w:ascii="Arial" w:hAnsi="Arial" w:cs="Arial"/>
        </w:rPr>
      </w:pPr>
      <w:r>
        <w:rPr>
          <w:noProof/>
        </w:rPr>
        <w:drawing>
          <wp:inline distT="0" distB="0" distL="0" distR="0" wp14:anchorId="2E50B6A7" wp14:editId="247B7EAD">
            <wp:extent cx="5457825" cy="4124325"/>
            <wp:effectExtent l="76200" t="76200" r="142875" b="142875"/>
            <wp:docPr id="1961598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98657" name=""/>
                    <pic:cNvPicPr/>
                  </pic:nvPicPr>
                  <pic:blipFill rotWithShape="1">
                    <a:blip r:embed="rId19"/>
                    <a:srcRect r="7812"/>
                    <a:stretch>
                      <a:fillRect/>
                    </a:stretch>
                  </pic:blipFill>
                  <pic:spPr bwMode="auto">
                    <a:xfrm>
                      <a:off x="0" y="0"/>
                      <a:ext cx="5457825" cy="41243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1893DA3" w14:textId="04047EE7" w:rsidR="3E24A627" w:rsidRPr="00873188" w:rsidRDefault="4B27AD2E" w:rsidP="26364435">
      <w:pPr>
        <w:jc w:val="both"/>
        <w:rPr>
          <w:rFonts w:ascii="Arial" w:hAnsi="Arial" w:cs="Arial"/>
        </w:rPr>
      </w:pPr>
      <w:r w:rsidRPr="00873188">
        <w:rPr>
          <w:rFonts w:ascii="Arial" w:hAnsi="Arial" w:cs="Arial"/>
        </w:rPr>
        <w:lastRenderedPageBreak/>
        <w:t>.</w:t>
      </w:r>
    </w:p>
    <w:p w14:paraId="1C7B3779" w14:textId="06A6CE55" w:rsidR="16AA1087" w:rsidRPr="00873188" w:rsidRDefault="00437A88" w:rsidP="00D76E0E">
      <w:pPr>
        <w:jc w:val="both"/>
        <w:rPr>
          <w:rFonts w:ascii="Arial" w:hAnsi="Arial" w:cs="Arial"/>
        </w:rPr>
      </w:pPr>
      <w:r w:rsidRPr="00D76E0E">
        <w:rPr>
          <w:rFonts w:ascii="Arial" w:hAnsi="Arial" w:cs="Arial"/>
          <w:b/>
          <w:bCs/>
        </w:rPr>
        <w:t>For HTML Erro</w:t>
      </w:r>
      <w:r w:rsidR="00D76E0E">
        <w:rPr>
          <w:rFonts w:ascii="Arial" w:hAnsi="Arial" w:cs="Arial"/>
          <w:b/>
          <w:bCs/>
        </w:rPr>
        <w:t>rs</w:t>
      </w:r>
    </w:p>
    <w:p w14:paraId="60BFE19F" w14:textId="07A23165" w:rsidR="00084D92" w:rsidRPr="00D76E0E" w:rsidRDefault="009534A4" w:rsidP="00D76E0E">
      <w:pPr>
        <w:jc w:val="both"/>
        <w:rPr>
          <w:rFonts w:ascii="Arial" w:hAnsi="Arial" w:cs="Arial"/>
        </w:rPr>
      </w:pPr>
      <w:r w:rsidRPr="00D76E0E">
        <w:rPr>
          <w:rFonts w:ascii="Arial" w:hAnsi="Arial" w:cs="Arial"/>
        </w:rPr>
        <w:t>Screenshot 1</w:t>
      </w:r>
      <w:r w:rsidR="00D76E0E">
        <w:rPr>
          <w:rFonts w:ascii="Arial" w:hAnsi="Arial" w:cs="Arial"/>
        </w:rPr>
        <w:t xml:space="preserve"> (</w:t>
      </w:r>
      <w:r w:rsidR="00D76E0E" w:rsidRPr="00D76E0E">
        <w:rPr>
          <w:rFonts w:ascii="Arial" w:hAnsi="Arial" w:cs="Arial"/>
          <w:b/>
          <w:bCs/>
        </w:rPr>
        <w:t>see appendix 1</w:t>
      </w:r>
      <w:r w:rsidR="00D76E0E">
        <w:rPr>
          <w:rFonts w:ascii="Arial" w:hAnsi="Arial" w:cs="Arial"/>
        </w:rPr>
        <w:t>)</w:t>
      </w:r>
      <w:r w:rsidRPr="00D76E0E">
        <w:rPr>
          <w:rFonts w:ascii="Arial" w:hAnsi="Arial" w:cs="Arial"/>
        </w:rPr>
        <w:t>-The</w:t>
      </w:r>
      <w:r w:rsidR="71B3FB52" w:rsidRPr="00D76E0E">
        <w:rPr>
          <w:rFonts w:ascii="Arial" w:hAnsi="Arial" w:cs="Arial"/>
        </w:rPr>
        <w:t xml:space="preserve"> elements show the "nav" links </w:t>
      </w:r>
      <w:r w:rsidR="350B5954" w:rsidRPr="00D76E0E">
        <w:rPr>
          <w:rFonts w:ascii="Arial" w:hAnsi="Arial" w:cs="Arial"/>
        </w:rPr>
        <w:t>show that there</w:t>
      </w:r>
      <w:r w:rsidR="272B0924" w:rsidRPr="00D76E0E">
        <w:rPr>
          <w:rFonts w:ascii="Arial" w:hAnsi="Arial" w:cs="Arial"/>
        </w:rPr>
        <w:t xml:space="preserve"> are</w:t>
      </w:r>
      <w:r w:rsidR="350B5954" w:rsidRPr="00D76E0E">
        <w:rPr>
          <w:rFonts w:ascii="Arial" w:hAnsi="Arial" w:cs="Arial"/>
        </w:rPr>
        <w:t xml:space="preserve"> gap</w:t>
      </w:r>
      <w:r w:rsidR="1819CEB2" w:rsidRPr="00D76E0E">
        <w:rPr>
          <w:rFonts w:ascii="Arial" w:hAnsi="Arial" w:cs="Arial"/>
        </w:rPr>
        <w:t xml:space="preserve"> spaces, font spaces</w:t>
      </w:r>
      <w:r w:rsidR="40106F56" w:rsidRPr="00D76E0E">
        <w:rPr>
          <w:rFonts w:ascii="Arial" w:hAnsi="Arial" w:cs="Arial"/>
        </w:rPr>
        <w:t>, and font</w:t>
      </w:r>
      <w:r w:rsidR="1819CEB2" w:rsidRPr="00D76E0E">
        <w:rPr>
          <w:rFonts w:ascii="Arial" w:hAnsi="Arial" w:cs="Arial"/>
        </w:rPr>
        <w:t xml:space="preserve"> sizes</w:t>
      </w:r>
      <w:r w:rsidR="6B725C66" w:rsidRPr="00D76E0E">
        <w:rPr>
          <w:rFonts w:ascii="Arial" w:hAnsi="Arial" w:cs="Arial"/>
        </w:rPr>
        <w:t>.</w:t>
      </w:r>
    </w:p>
    <w:p w14:paraId="04D7103C" w14:textId="7D261CA6" w:rsidR="220AEEA5" w:rsidRPr="00D76E0E" w:rsidRDefault="072AE1FC" w:rsidP="00D76E0E">
      <w:pPr>
        <w:jc w:val="both"/>
        <w:rPr>
          <w:rFonts w:ascii="Arial" w:hAnsi="Arial" w:cs="Arial"/>
        </w:rPr>
      </w:pPr>
      <w:r w:rsidRPr="00D76E0E">
        <w:rPr>
          <w:rFonts w:ascii="Arial" w:hAnsi="Arial" w:cs="Arial"/>
        </w:rPr>
        <w:t>Home –Screen 2</w:t>
      </w:r>
      <w:r w:rsidR="00D76E0E">
        <w:rPr>
          <w:rFonts w:ascii="Arial" w:hAnsi="Arial" w:cs="Arial"/>
        </w:rPr>
        <w:t xml:space="preserve"> (</w:t>
      </w:r>
      <w:r w:rsidR="00D76E0E" w:rsidRPr="00D76E0E">
        <w:rPr>
          <w:rFonts w:ascii="Arial" w:hAnsi="Arial" w:cs="Arial"/>
          <w:b/>
          <w:bCs/>
        </w:rPr>
        <w:t>see appendix 1</w:t>
      </w:r>
      <w:r w:rsidR="00D76E0E">
        <w:rPr>
          <w:rFonts w:ascii="Arial" w:hAnsi="Arial" w:cs="Arial"/>
        </w:rPr>
        <w:t>)</w:t>
      </w:r>
      <w:r w:rsidR="00084D92" w:rsidRPr="00D76E0E">
        <w:rPr>
          <w:rFonts w:ascii="Arial" w:hAnsi="Arial" w:cs="Arial"/>
        </w:rPr>
        <w:t>-</w:t>
      </w:r>
      <w:r w:rsidR="220AEEA5" w:rsidRPr="00D76E0E">
        <w:rPr>
          <w:rFonts w:ascii="Arial" w:hAnsi="Arial" w:cs="Arial"/>
        </w:rPr>
        <w:t xml:space="preserve">shows the </w:t>
      </w:r>
      <w:r w:rsidR="2726512B" w:rsidRPr="00D76E0E">
        <w:rPr>
          <w:rFonts w:ascii="Arial" w:hAnsi="Arial" w:cs="Arial"/>
        </w:rPr>
        <w:t>padding of</w:t>
      </w:r>
      <w:r w:rsidR="220AEEA5" w:rsidRPr="00D76E0E">
        <w:rPr>
          <w:rFonts w:ascii="Arial" w:hAnsi="Arial" w:cs="Arial"/>
        </w:rPr>
        <w:t xml:space="preserve"> the width requirements togethe</w:t>
      </w:r>
      <w:r w:rsidR="3D5B13BD" w:rsidRPr="00D76E0E">
        <w:rPr>
          <w:rFonts w:ascii="Arial" w:hAnsi="Arial" w:cs="Arial"/>
        </w:rPr>
        <w:t xml:space="preserve">r with the blocks that define the </w:t>
      </w:r>
      <w:r w:rsidR="6634676D" w:rsidRPr="00D76E0E">
        <w:rPr>
          <w:rFonts w:ascii="Arial" w:hAnsi="Arial" w:cs="Arial"/>
        </w:rPr>
        <w:t>text size.</w:t>
      </w:r>
    </w:p>
    <w:p w14:paraId="484327D1" w14:textId="5EF52904" w:rsidR="00EEEC64" w:rsidRPr="00D76E0E" w:rsidRDefault="5ED58497" w:rsidP="00D76E0E">
      <w:pPr>
        <w:jc w:val="both"/>
      </w:pPr>
      <w:r w:rsidRPr="00D76E0E">
        <w:t>Home-Screen 3</w:t>
      </w:r>
      <w:r w:rsidR="00D76E0E">
        <w:t xml:space="preserve"> (</w:t>
      </w:r>
      <w:r w:rsidR="00D76E0E" w:rsidRPr="00D76E0E">
        <w:rPr>
          <w:b/>
          <w:bCs/>
        </w:rPr>
        <w:t>see appendix 1</w:t>
      </w:r>
      <w:r w:rsidR="00D76E0E">
        <w:t>)</w:t>
      </w:r>
      <w:r w:rsidR="00084D92" w:rsidRPr="00D76E0E">
        <w:t>-</w:t>
      </w:r>
      <w:r w:rsidR="00437A88" w:rsidRPr="00D76E0E">
        <w:rPr>
          <w:rFonts w:ascii="Arial" w:hAnsi="Arial" w:cs="Arial"/>
        </w:rPr>
        <w:t>S</w:t>
      </w:r>
      <w:r w:rsidR="614C8B88" w:rsidRPr="00D76E0E">
        <w:rPr>
          <w:rFonts w:ascii="Arial" w:hAnsi="Arial" w:cs="Arial"/>
        </w:rPr>
        <w:t xml:space="preserve">hows the division of each division of each </w:t>
      </w:r>
      <w:r w:rsidR="1D96078F" w:rsidRPr="00D76E0E">
        <w:rPr>
          <w:rFonts w:ascii="Arial" w:hAnsi="Arial" w:cs="Arial"/>
        </w:rPr>
        <w:t>screen tab of images and text.</w:t>
      </w:r>
    </w:p>
    <w:p w14:paraId="3DEE295F" w14:textId="77777777" w:rsidR="004B16CE" w:rsidRDefault="004B16CE"/>
    <w:p w14:paraId="1AE62B26" w14:textId="58D46622" w:rsidR="00D404AD" w:rsidRDefault="00D404AD">
      <w:r w:rsidRPr="00AD2D68">
        <w:rPr>
          <w:b/>
          <w:bCs/>
        </w:rPr>
        <w:t>A</w:t>
      </w:r>
      <w:r w:rsidR="00AD2D68" w:rsidRPr="00AD2D68">
        <w:rPr>
          <w:b/>
          <w:bCs/>
        </w:rPr>
        <w:t xml:space="preserve">bout </w:t>
      </w:r>
      <w:r w:rsidR="00AD2D68" w:rsidRPr="00C55735">
        <w:rPr>
          <w:rFonts w:ascii="Arial" w:hAnsi="Arial" w:cs="Arial"/>
          <w:b/>
          <w:bCs/>
        </w:rPr>
        <w:t>page</w:t>
      </w:r>
      <w:r w:rsidR="00AD2D68">
        <w:t xml:space="preserve">- </w:t>
      </w:r>
      <w:r w:rsidR="00AD2D68">
        <w:rPr>
          <w:rFonts w:ascii="Arial" w:hAnsi="Arial" w:cs="Arial"/>
        </w:rPr>
        <w:t>T</w:t>
      </w:r>
      <w:r w:rsidR="00AD2D68" w:rsidRPr="00D25580">
        <w:rPr>
          <w:rFonts w:ascii="Arial" w:hAnsi="Arial" w:cs="Arial"/>
        </w:rPr>
        <w:t xml:space="preserve">he heading has skipped heading 2 (h2). This was a simple adjustment and so was not included in </w:t>
      </w:r>
      <w:r w:rsidR="00AD2D68">
        <w:rPr>
          <w:rFonts w:ascii="Arial" w:hAnsi="Arial" w:cs="Arial"/>
        </w:rPr>
        <w:t>the appendix.</w:t>
      </w:r>
    </w:p>
    <w:p w14:paraId="34F965C9" w14:textId="73BAEC84" w:rsidR="00D404AD" w:rsidRDefault="3E6ED49A" w:rsidP="26364435">
      <w:r>
        <w:rPr>
          <w:noProof/>
        </w:rPr>
        <w:drawing>
          <wp:inline distT="0" distB="0" distL="0" distR="0" wp14:anchorId="4AE1A2C4" wp14:editId="60EFF23F">
            <wp:extent cx="5486400" cy="3990975"/>
            <wp:effectExtent l="76200" t="76200" r="133350" b="142875"/>
            <wp:docPr id="1372181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8150" name="Picture 137218150"/>
                    <pic:cNvPicPr/>
                  </pic:nvPicPr>
                  <pic:blipFill>
                    <a:blip r:embed="rId20">
                      <a:extLst>
                        <a:ext uri="{28A0092B-C50C-407E-A947-70E740481C1C}">
                          <a14:useLocalDpi xmlns:a14="http://schemas.microsoft.com/office/drawing/2010/main"/>
                        </a:ext>
                      </a:extLst>
                    </a:blip>
                    <a:srcRect/>
                    <a:stretch>
                      <a:fillRect/>
                    </a:stretch>
                  </pic:blipFill>
                  <pic:spPr>
                    <a:xfrm>
                      <a:off x="0" y="0"/>
                      <a:ext cx="5486400" cy="3990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7E4FE5" w14:textId="56D41F7B" w:rsidR="008361A4" w:rsidRPr="00D25580" w:rsidRDefault="154D64E8">
      <w:pPr>
        <w:rPr>
          <w:rFonts w:ascii="Arial" w:hAnsi="Arial" w:cs="Arial"/>
        </w:rPr>
      </w:pPr>
      <w:r w:rsidRPr="00D25580">
        <w:rPr>
          <w:rFonts w:ascii="Arial" w:hAnsi="Arial" w:cs="Arial"/>
        </w:rPr>
        <w:t>.</w:t>
      </w:r>
    </w:p>
    <w:p w14:paraId="30A5E9D7" w14:textId="50BC21D1" w:rsidR="008361A4" w:rsidRPr="00D25580" w:rsidRDefault="008361A4">
      <w:pPr>
        <w:rPr>
          <w:rFonts w:ascii="Arial" w:hAnsi="Arial" w:cs="Arial"/>
        </w:rPr>
      </w:pPr>
    </w:p>
    <w:p w14:paraId="1465F18D" w14:textId="77777777" w:rsidR="00CB7333" w:rsidRDefault="00CB7333" w:rsidP="26364435">
      <w:pPr>
        <w:rPr>
          <w:rFonts w:ascii="Arial" w:hAnsi="Arial" w:cs="Arial"/>
        </w:rPr>
      </w:pPr>
    </w:p>
    <w:p w14:paraId="13DACAF1" w14:textId="2DCCC121" w:rsidR="00CB7333" w:rsidRPr="00D25580" w:rsidRDefault="00CB7333" w:rsidP="26364435">
      <w:pPr>
        <w:rPr>
          <w:rFonts w:ascii="Arial" w:hAnsi="Arial" w:cs="Arial"/>
        </w:rPr>
      </w:pPr>
      <w:r w:rsidRPr="00B32D1F">
        <w:rPr>
          <w:rFonts w:ascii="Arial" w:hAnsi="Arial" w:cs="Arial"/>
          <w:b/>
          <w:bCs/>
        </w:rPr>
        <w:lastRenderedPageBreak/>
        <w:t>Services page</w:t>
      </w:r>
      <w:r>
        <w:rPr>
          <w:rFonts w:ascii="Arial" w:hAnsi="Arial" w:cs="Arial"/>
        </w:rPr>
        <w:t>-</w:t>
      </w:r>
      <w:r w:rsidRPr="00D25580">
        <w:rPr>
          <w:rFonts w:ascii="Arial" w:hAnsi="Arial" w:cs="Arial"/>
        </w:rPr>
        <w:t>Just like the ABOUT page, this was an easy to rectify adjustment.</w:t>
      </w:r>
      <w:r>
        <w:rPr>
          <w:rFonts w:ascii="Arial" w:hAnsi="Arial" w:cs="Arial"/>
        </w:rPr>
        <w:t xml:space="preserve"> </w:t>
      </w:r>
      <w:r w:rsidRPr="00D25580">
        <w:rPr>
          <w:rFonts w:ascii="Arial" w:hAnsi="Arial" w:cs="Arial"/>
        </w:rPr>
        <w:t xml:space="preserve">The main issue that the validator points out is the Hierarchical heading mainly skipping from heading 2 (h2) to head 4 (h4). </w:t>
      </w:r>
    </w:p>
    <w:p w14:paraId="32B41D28" w14:textId="691FF9F6" w:rsidR="008361A4" w:rsidRDefault="787A0633" w:rsidP="26364435">
      <w:r>
        <w:rPr>
          <w:noProof/>
        </w:rPr>
        <w:drawing>
          <wp:inline distT="0" distB="0" distL="0" distR="0" wp14:anchorId="4CBF5BBA" wp14:editId="02094237">
            <wp:extent cx="5486067" cy="3819525"/>
            <wp:effectExtent l="76200" t="76200" r="133985" b="123825"/>
            <wp:docPr id="21294915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91508" name="Picture 2129491508"/>
                    <pic:cNvPicPr/>
                  </pic:nvPicPr>
                  <pic:blipFill>
                    <a:blip r:embed="rId21">
                      <a:extLst>
                        <a:ext uri="{28A0092B-C50C-407E-A947-70E740481C1C}">
                          <a14:useLocalDpi xmlns:a14="http://schemas.microsoft.com/office/drawing/2010/main"/>
                        </a:ext>
                      </a:extLst>
                    </a:blip>
                    <a:srcRect/>
                    <a:stretch>
                      <a:fillRect/>
                    </a:stretch>
                  </pic:blipFill>
                  <pic:spPr>
                    <a:xfrm>
                      <a:off x="0" y="0"/>
                      <a:ext cx="5489118" cy="38216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2B82C7" w14:textId="7B44BE91" w:rsidR="00B32D1F" w:rsidRPr="00B32D1F" w:rsidRDefault="00B32D1F" w:rsidP="00B32D1F">
      <w:pPr>
        <w:rPr>
          <w:rFonts w:ascii="Arial" w:hAnsi="Arial" w:cs="Arial"/>
        </w:rPr>
      </w:pPr>
      <w:r w:rsidRPr="00B32D1F">
        <w:rPr>
          <w:rFonts w:ascii="Arial" w:hAnsi="Arial" w:cs="Arial"/>
          <w:b/>
          <w:bCs/>
        </w:rPr>
        <w:t>Contact page</w:t>
      </w:r>
      <w:r>
        <w:rPr>
          <w:rFonts w:ascii="Arial" w:hAnsi="Arial" w:cs="Arial"/>
          <w:b/>
          <w:bCs/>
        </w:rPr>
        <w:t xml:space="preserve">- </w:t>
      </w:r>
      <w:r w:rsidRPr="00C77529">
        <w:rPr>
          <w:rFonts w:ascii="Arial" w:hAnsi="Arial" w:cs="Arial"/>
        </w:rPr>
        <w:t>The validator shows that there are NO ERRORS, and so no changes were needed.</w:t>
      </w:r>
    </w:p>
    <w:p w14:paraId="3B39CBE2" w14:textId="0AB221BB" w:rsidR="00291035" w:rsidRPr="00C77529" w:rsidRDefault="00291035">
      <w:pPr>
        <w:rPr>
          <w:rFonts w:ascii="Arial" w:hAnsi="Arial" w:cs="Arial"/>
        </w:rPr>
      </w:pPr>
      <w:r>
        <w:rPr>
          <w:noProof/>
        </w:rPr>
        <w:drawing>
          <wp:inline distT="0" distB="0" distL="0" distR="0" wp14:anchorId="4FC7CCCB" wp14:editId="6CBF4FD5">
            <wp:extent cx="5600700" cy="2495550"/>
            <wp:effectExtent l="76200" t="76200" r="133350" b="133350"/>
            <wp:docPr id="500079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79192" name=""/>
                    <pic:cNvPicPr/>
                  </pic:nvPicPr>
                  <pic:blipFill>
                    <a:blip r:embed="rId22"/>
                    <a:stretch>
                      <a:fillRect/>
                    </a:stretch>
                  </pic:blipFill>
                  <pic:spPr>
                    <a:xfrm>
                      <a:off x="0" y="0"/>
                      <a:ext cx="5600700" cy="2495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31AA9A" w14:textId="77AC528C" w:rsidR="75974473" w:rsidRPr="00C77529" w:rsidRDefault="00AB04C0" w:rsidP="00B32D1F">
      <w:pPr>
        <w:rPr>
          <w:rFonts w:ascii="Arial" w:hAnsi="Arial" w:cs="Arial"/>
        </w:rPr>
      </w:pPr>
      <w:r w:rsidRPr="00B32D1F">
        <w:rPr>
          <w:rFonts w:ascii="Arial" w:hAnsi="Arial" w:cs="Arial"/>
          <w:b/>
          <w:bCs/>
        </w:rPr>
        <w:lastRenderedPageBreak/>
        <w:t>W</w:t>
      </w:r>
      <w:r w:rsidR="00B32D1F" w:rsidRPr="00B32D1F">
        <w:rPr>
          <w:rFonts w:ascii="Arial" w:hAnsi="Arial" w:cs="Arial"/>
          <w:b/>
          <w:bCs/>
        </w:rPr>
        <w:t>elcome page</w:t>
      </w:r>
      <w:r w:rsidR="00B32D1F">
        <w:rPr>
          <w:rFonts w:ascii="Arial" w:hAnsi="Arial" w:cs="Arial"/>
        </w:rPr>
        <w:t>-It</w:t>
      </w:r>
      <w:r w:rsidR="00B32D1F" w:rsidRPr="00C77529">
        <w:rPr>
          <w:rFonts w:ascii="Arial" w:hAnsi="Arial" w:cs="Arial"/>
        </w:rPr>
        <w:t xml:space="preserve"> mirrored the same ERRORS as the "About" and "Services" pages skipping the heading</w:t>
      </w:r>
      <w:r w:rsidR="00E007BF">
        <w:rPr>
          <w:rFonts w:ascii="Arial" w:hAnsi="Arial" w:cs="Arial"/>
        </w:rPr>
        <w:t xml:space="preserve"> (missing a </w:t>
      </w:r>
      <w:proofErr w:type="spellStart"/>
      <w:r w:rsidR="00E007BF">
        <w:rPr>
          <w:rFonts w:ascii="Arial" w:hAnsi="Arial" w:cs="Arial"/>
        </w:rPr>
        <w:t>Hierchary</w:t>
      </w:r>
      <w:proofErr w:type="spellEnd"/>
      <w:r w:rsidR="00E007BF">
        <w:rPr>
          <w:rFonts w:ascii="Arial" w:hAnsi="Arial" w:cs="Arial"/>
        </w:rPr>
        <w:t xml:space="preserve"> structure).</w:t>
      </w:r>
    </w:p>
    <w:p w14:paraId="50C816C5" w14:textId="142C0A1A" w:rsidR="4874EABB" w:rsidRPr="00E007BF" w:rsidRDefault="4874EABB" w:rsidP="00E007BF">
      <w:r>
        <w:rPr>
          <w:noProof/>
        </w:rPr>
        <w:drawing>
          <wp:inline distT="0" distB="0" distL="0" distR="0" wp14:anchorId="56C3D18F" wp14:editId="42A628BD">
            <wp:extent cx="5486400" cy="3705225"/>
            <wp:effectExtent l="76200" t="76200" r="133350" b="142875"/>
            <wp:docPr id="7743252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538869" name="Picture 1630538869"/>
                    <pic:cNvPicPr/>
                  </pic:nvPicPr>
                  <pic:blipFill>
                    <a:blip r:embed="rId23">
                      <a:extLst>
                        <a:ext uri="{28A0092B-C50C-407E-A947-70E740481C1C}">
                          <a14:useLocalDpi xmlns:a14="http://schemas.microsoft.com/office/drawing/2010/main"/>
                        </a:ext>
                      </a:extLst>
                    </a:blip>
                    <a:srcRect/>
                    <a:stretch>
                      <a:fillRect/>
                    </a:stretch>
                  </pic:blipFill>
                  <pic:spPr>
                    <a:xfrm>
                      <a:off x="0" y="0"/>
                      <a:ext cx="5486400" cy="3705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611729" w14:textId="77777777" w:rsidR="00067E7C" w:rsidRDefault="00067E7C" w:rsidP="00C77529">
      <w:pPr>
        <w:jc w:val="both"/>
        <w:rPr>
          <w:rFonts w:ascii="Arial" w:hAnsi="Arial" w:cs="Arial"/>
        </w:rPr>
      </w:pPr>
    </w:p>
    <w:p w14:paraId="7DB735F1" w14:textId="77777777" w:rsidR="00067E7C" w:rsidRDefault="00067E7C" w:rsidP="00C77529">
      <w:pPr>
        <w:jc w:val="both"/>
        <w:rPr>
          <w:rFonts w:ascii="Arial" w:hAnsi="Arial" w:cs="Arial"/>
        </w:rPr>
      </w:pPr>
    </w:p>
    <w:p w14:paraId="452CA7C2" w14:textId="77777777" w:rsidR="00067E7C" w:rsidRDefault="00067E7C" w:rsidP="00C77529">
      <w:pPr>
        <w:jc w:val="both"/>
        <w:rPr>
          <w:rFonts w:ascii="Arial" w:hAnsi="Arial" w:cs="Arial"/>
        </w:rPr>
      </w:pPr>
    </w:p>
    <w:p w14:paraId="1356C8DC" w14:textId="77777777" w:rsidR="00067E7C" w:rsidRDefault="00067E7C" w:rsidP="00C77529">
      <w:pPr>
        <w:jc w:val="both"/>
        <w:rPr>
          <w:rFonts w:ascii="Arial" w:hAnsi="Arial" w:cs="Arial"/>
        </w:rPr>
      </w:pPr>
    </w:p>
    <w:p w14:paraId="3AB8038A" w14:textId="77777777" w:rsidR="00067E7C" w:rsidRDefault="00067E7C" w:rsidP="00C77529">
      <w:pPr>
        <w:jc w:val="both"/>
        <w:rPr>
          <w:rFonts w:ascii="Arial" w:hAnsi="Arial" w:cs="Arial"/>
        </w:rPr>
      </w:pPr>
    </w:p>
    <w:p w14:paraId="1F3029C2" w14:textId="77777777" w:rsidR="00067E7C" w:rsidRDefault="00067E7C" w:rsidP="00C77529">
      <w:pPr>
        <w:jc w:val="both"/>
        <w:rPr>
          <w:rFonts w:ascii="Arial" w:hAnsi="Arial" w:cs="Arial"/>
        </w:rPr>
      </w:pPr>
    </w:p>
    <w:p w14:paraId="4E3869BE" w14:textId="77777777" w:rsidR="00067E7C" w:rsidRDefault="00067E7C" w:rsidP="00C77529">
      <w:pPr>
        <w:jc w:val="both"/>
        <w:rPr>
          <w:rFonts w:ascii="Arial" w:hAnsi="Arial" w:cs="Arial"/>
        </w:rPr>
      </w:pPr>
    </w:p>
    <w:p w14:paraId="050C09DA" w14:textId="77777777" w:rsidR="00067E7C" w:rsidRDefault="00067E7C" w:rsidP="00C77529">
      <w:pPr>
        <w:jc w:val="both"/>
        <w:rPr>
          <w:rFonts w:ascii="Arial" w:hAnsi="Arial" w:cs="Arial"/>
        </w:rPr>
      </w:pPr>
    </w:p>
    <w:p w14:paraId="497C6ED3" w14:textId="77777777" w:rsidR="00067E7C" w:rsidRDefault="00067E7C" w:rsidP="00C77529">
      <w:pPr>
        <w:jc w:val="both"/>
        <w:rPr>
          <w:rFonts w:ascii="Arial" w:hAnsi="Arial" w:cs="Arial"/>
        </w:rPr>
      </w:pPr>
    </w:p>
    <w:p w14:paraId="36C320A7" w14:textId="77777777" w:rsidR="00067E7C" w:rsidRDefault="00067E7C" w:rsidP="00C77529">
      <w:pPr>
        <w:jc w:val="both"/>
        <w:rPr>
          <w:rFonts w:ascii="Arial" w:hAnsi="Arial" w:cs="Arial"/>
        </w:rPr>
      </w:pPr>
    </w:p>
    <w:p w14:paraId="39588D4B" w14:textId="77777777" w:rsidR="00067E7C" w:rsidRDefault="00067E7C" w:rsidP="00C77529">
      <w:pPr>
        <w:jc w:val="both"/>
        <w:rPr>
          <w:rFonts w:ascii="Arial" w:hAnsi="Arial" w:cs="Arial"/>
        </w:rPr>
      </w:pPr>
    </w:p>
    <w:p w14:paraId="63E06B03" w14:textId="6A85E3EC" w:rsidR="26364435" w:rsidRPr="00067E7C" w:rsidRDefault="1229CCEB" w:rsidP="00067E7C">
      <w:pPr>
        <w:jc w:val="both"/>
        <w:rPr>
          <w:rFonts w:ascii="Arial" w:hAnsi="Arial" w:cs="Arial"/>
        </w:rPr>
      </w:pPr>
      <w:r w:rsidRPr="00C77529">
        <w:rPr>
          <w:rFonts w:ascii="Arial" w:hAnsi="Arial" w:cs="Arial"/>
        </w:rPr>
        <w:lastRenderedPageBreak/>
        <w:t xml:space="preserve">The second part of the testing process </w:t>
      </w:r>
      <w:r w:rsidR="00067E7C">
        <w:rPr>
          <w:rFonts w:ascii="Arial" w:hAnsi="Arial" w:cs="Arial"/>
        </w:rPr>
        <w:t>includes</w:t>
      </w:r>
      <w:r w:rsidRPr="00C77529">
        <w:rPr>
          <w:rFonts w:ascii="Arial" w:hAnsi="Arial" w:cs="Arial"/>
        </w:rPr>
        <w:t xml:space="preserve">  </w:t>
      </w:r>
      <w:hyperlink r:id="rId24">
        <w:r w:rsidRPr="00C77529">
          <w:rPr>
            <w:rStyle w:val="Hyperlink"/>
            <w:rFonts w:ascii="Arial" w:hAnsi="Arial" w:cs="Arial"/>
            <w:b/>
            <w:bCs/>
            <w:i/>
            <w:iCs/>
          </w:rPr>
          <w:t>https://jigsaw.w3.org/css-validator</w:t>
        </w:r>
      </w:hyperlink>
      <w:r w:rsidR="7735B34D" w:rsidRPr="00C77529">
        <w:rPr>
          <w:rFonts w:ascii="Arial" w:hAnsi="Arial" w:cs="Arial"/>
          <w:b/>
          <w:bCs/>
          <w:i/>
          <w:iCs/>
        </w:rPr>
        <w:t xml:space="preserve"> </w:t>
      </w:r>
      <w:r w:rsidR="7735B34D" w:rsidRPr="00C77529">
        <w:rPr>
          <w:rFonts w:ascii="Arial" w:hAnsi="Arial" w:cs="Arial"/>
        </w:rPr>
        <w:t xml:space="preserve">this website was used to test </w:t>
      </w:r>
      <w:r w:rsidR="2EDFD5C7" w:rsidRPr="00C77529">
        <w:rPr>
          <w:rFonts w:ascii="Arial" w:hAnsi="Arial" w:cs="Arial"/>
        </w:rPr>
        <w:t>of the Cascading Style Sheets (CSS), This measures the validation of style sheets,</w:t>
      </w:r>
    </w:p>
    <w:p w14:paraId="73545518" w14:textId="0FF922BF" w:rsidR="00EE480E" w:rsidRPr="00EE480E" w:rsidRDefault="00067E7C" w:rsidP="00EE480E">
      <w:r>
        <w:rPr>
          <w:noProof/>
        </w:rPr>
        <mc:AlternateContent>
          <mc:Choice Requires="wps">
            <w:drawing>
              <wp:anchor distT="0" distB="0" distL="114300" distR="114300" simplePos="0" relativeHeight="251663360" behindDoc="0" locked="0" layoutInCell="1" allowOverlap="1" wp14:anchorId="2A9028EC" wp14:editId="06B00C7D">
                <wp:simplePos x="0" y="0"/>
                <wp:positionH relativeFrom="column">
                  <wp:posOffset>1362075</wp:posOffset>
                </wp:positionH>
                <wp:positionV relativeFrom="paragraph">
                  <wp:posOffset>61595</wp:posOffset>
                </wp:positionV>
                <wp:extent cx="828675" cy="400050"/>
                <wp:effectExtent l="57150" t="19050" r="66675" b="95250"/>
                <wp:wrapNone/>
                <wp:docPr id="1014995056" name="Oval 28"/>
                <wp:cNvGraphicFramePr/>
                <a:graphic xmlns:a="http://schemas.openxmlformats.org/drawingml/2006/main">
                  <a:graphicData uri="http://schemas.microsoft.com/office/word/2010/wordprocessingShape">
                    <wps:wsp>
                      <wps:cNvSpPr/>
                      <wps:spPr>
                        <a:xfrm>
                          <a:off x="0" y="0"/>
                          <a:ext cx="828675" cy="400050"/>
                        </a:xfrm>
                        <a:prstGeom prst="ellipse">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C92C00" id="Oval 28" o:spid="_x0000_s1026" style="position:absolute;margin-left:107.25pt;margin-top:4.85pt;width:65.25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" filled="f" strokecolor="black [3213]">
                <v:shadow on="t" color="black" opacity="22937f" origin=",.5" offset="0,.63889mm"/>
              </v:oval>
            </w:pict>
          </mc:Fallback>
        </mc:AlternateContent>
      </w:r>
      <w:r w:rsidR="36857E8C">
        <w:rPr>
          <w:noProof/>
        </w:rPr>
        <w:drawing>
          <wp:inline distT="0" distB="0" distL="0" distR="0" wp14:anchorId="051F81BC" wp14:editId="31CC506D">
            <wp:extent cx="5486400" cy="3886200"/>
            <wp:effectExtent l="76200" t="76200" r="133350" b="133350"/>
            <wp:docPr id="15389079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07984" name="Picture 1538907984"/>
                    <pic:cNvPicPr/>
                  </pic:nvPicPr>
                  <pic:blipFill>
                    <a:blip r:embed="rId25">
                      <a:extLst>
                        <a:ext uri="{28A0092B-C50C-407E-A947-70E740481C1C}">
                          <a14:useLocalDpi xmlns:a14="http://schemas.microsoft.com/office/drawing/2010/main"/>
                        </a:ext>
                      </a:extLst>
                    </a:blip>
                    <a:srcRect/>
                    <a:stretch>
                      <a:fillRect/>
                    </a:stretch>
                  </pic:blipFill>
                  <pic:spPr>
                    <a:xfrm>
                      <a:off x="0" y="0"/>
                      <a:ext cx="5486400" cy="388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EC663B" w14:textId="6B26C97F" w:rsidR="6F0D798E" w:rsidRDefault="00DB4ADD" w:rsidP="00067E7C">
      <w:r>
        <w:rPr>
          <w:noProof/>
        </w:rPr>
        <mc:AlternateContent>
          <mc:Choice Requires="wps">
            <w:drawing>
              <wp:anchor distT="0" distB="0" distL="114300" distR="114300" simplePos="0" relativeHeight="251664384" behindDoc="0" locked="0" layoutInCell="1" allowOverlap="1" wp14:anchorId="4A0D0758" wp14:editId="1CB3EBA9">
                <wp:simplePos x="0" y="0"/>
                <wp:positionH relativeFrom="column">
                  <wp:posOffset>1371601</wp:posOffset>
                </wp:positionH>
                <wp:positionV relativeFrom="paragraph">
                  <wp:posOffset>15240</wp:posOffset>
                </wp:positionV>
                <wp:extent cx="723900" cy="352425"/>
                <wp:effectExtent l="76200" t="38100" r="57150" b="104775"/>
                <wp:wrapNone/>
                <wp:docPr id="237402401" name="Oval 30"/>
                <wp:cNvGraphicFramePr/>
                <a:graphic xmlns:a="http://schemas.openxmlformats.org/drawingml/2006/main">
                  <a:graphicData uri="http://schemas.microsoft.com/office/word/2010/wordprocessingShape">
                    <wps:wsp>
                      <wps:cNvSpPr/>
                      <wps:spPr>
                        <a:xfrm>
                          <a:off x="0" y="0"/>
                          <a:ext cx="723900" cy="352425"/>
                        </a:xfrm>
                        <a:prstGeom prst="ellipse">
                          <a:avLst/>
                        </a:prstGeom>
                        <a:noFill/>
                        <a:ln w="381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CECAE27" id="Oval 30" o:spid="_x0000_s1026" style="position:absolute;margin-left:108pt;margin-top:1.2pt;width:57pt;height:27.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" filled="f" strokecolor="black [3213]" strokeweight="3pt">
                <v:shadow on="t" color="black" opacity="22937f" origin=",.5" offset="0,.63889mm"/>
              </v:oval>
            </w:pict>
          </mc:Fallback>
        </mc:AlternateContent>
      </w:r>
      <w:r w:rsidR="3D7C75B7">
        <w:rPr>
          <w:noProof/>
        </w:rPr>
        <w:drawing>
          <wp:inline distT="0" distB="0" distL="0" distR="0" wp14:anchorId="4AC980C1" wp14:editId="0925FF6C">
            <wp:extent cx="5486400" cy="2998023"/>
            <wp:effectExtent l="76200" t="76200" r="133350" b="126365"/>
            <wp:docPr id="4523332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333280" name="Picture 452333280"/>
                    <pic:cNvPicPr/>
                  </pic:nvPicPr>
                  <pic:blipFill>
                    <a:blip r:embed="rId26">
                      <a:extLst>
                        <a:ext uri="{28A0092B-C50C-407E-A947-70E740481C1C}">
                          <a14:useLocalDpi xmlns:a14="http://schemas.microsoft.com/office/drawing/2010/main"/>
                        </a:ext>
                      </a:extLst>
                    </a:blip>
                    <a:srcRect/>
                    <a:stretch>
                      <a:fillRect/>
                    </a:stretch>
                  </pic:blipFill>
                  <pic:spPr>
                    <a:xfrm>
                      <a:off x="0" y="0"/>
                      <a:ext cx="5486400" cy="29980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469A19" w14:textId="6FE5FB6C" w:rsidR="00067E7C" w:rsidRDefault="00DB4ADD" w:rsidP="00067E7C">
      <w:r>
        <w:rPr>
          <w:noProof/>
        </w:rPr>
        <w:lastRenderedPageBreak/>
        <mc:AlternateContent>
          <mc:Choice Requires="wps">
            <w:drawing>
              <wp:anchor distT="0" distB="0" distL="114300" distR="114300" simplePos="0" relativeHeight="251665408" behindDoc="0" locked="0" layoutInCell="1" allowOverlap="1" wp14:anchorId="64EB5E23" wp14:editId="4880E68B">
                <wp:simplePos x="0" y="0"/>
                <wp:positionH relativeFrom="column">
                  <wp:posOffset>1419225</wp:posOffset>
                </wp:positionH>
                <wp:positionV relativeFrom="paragraph">
                  <wp:posOffset>314325</wp:posOffset>
                </wp:positionV>
                <wp:extent cx="819150" cy="447675"/>
                <wp:effectExtent l="76200" t="38100" r="76200" b="104775"/>
                <wp:wrapNone/>
                <wp:docPr id="127680430" name="Oval 31"/>
                <wp:cNvGraphicFramePr/>
                <a:graphic xmlns:a="http://schemas.openxmlformats.org/drawingml/2006/main">
                  <a:graphicData uri="http://schemas.microsoft.com/office/word/2010/wordprocessingShape">
                    <wps:wsp>
                      <wps:cNvSpPr/>
                      <wps:spPr>
                        <a:xfrm>
                          <a:off x="0" y="0"/>
                          <a:ext cx="819150" cy="447675"/>
                        </a:xfrm>
                        <a:prstGeom prst="ellipse">
                          <a:avLst/>
                        </a:prstGeom>
                        <a:noFill/>
                        <a:ln w="381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0A2EA0" id="Oval 31" o:spid="_x0000_s1026" style="position:absolute;margin-left:111.75pt;margin-top:24.75pt;width:64.5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" filled="f" strokecolor="black [3213]" strokeweight="3pt">
                <v:shadow on="t" color="black" opacity="22937f" origin=",.5" offset="0,.63889mm"/>
              </v:oval>
            </w:pict>
          </mc:Fallback>
        </mc:AlternateContent>
      </w:r>
    </w:p>
    <w:p w14:paraId="7580690B" w14:textId="58BFD9D0" w:rsidR="26364435" w:rsidRDefault="06881E28" w:rsidP="00067E7C">
      <w:r>
        <w:rPr>
          <w:noProof/>
        </w:rPr>
        <w:drawing>
          <wp:inline distT="0" distB="0" distL="0" distR="0" wp14:anchorId="4AA17412" wp14:editId="6978EF78">
            <wp:extent cx="5486400" cy="3370932"/>
            <wp:effectExtent l="76200" t="76200" r="133350" b="134620"/>
            <wp:docPr id="11418532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53227" name="Picture 1141853227"/>
                    <pic:cNvPicPr/>
                  </pic:nvPicPr>
                  <pic:blipFill>
                    <a:blip r:embed="rId27">
                      <a:extLst>
                        <a:ext uri="{28A0092B-C50C-407E-A947-70E740481C1C}">
                          <a14:useLocalDpi xmlns:a14="http://schemas.microsoft.com/office/drawing/2010/main"/>
                        </a:ext>
                      </a:extLst>
                    </a:blip>
                    <a:srcRect/>
                    <a:stretch>
                      <a:fillRect/>
                    </a:stretch>
                  </pic:blipFill>
                  <pic:spPr>
                    <a:xfrm>
                      <a:off x="0" y="0"/>
                      <a:ext cx="5486400" cy="33709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4369D6" w14:textId="53841619" w:rsidR="00067E7C" w:rsidRDefault="00067E7C" w:rsidP="00067E7C"/>
    <w:p w14:paraId="714AB1DE" w14:textId="0D509BDF" w:rsidR="72B904D2" w:rsidRDefault="00DB4ADD" w:rsidP="00067E7C">
      <w:r>
        <w:rPr>
          <w:noProof/>
        </w:rPr>
        <mc:AlternateContent>
          <mc:Choice Requires="wps">
            <w:drawing>
              <wp:anchor distT="0" distB="0" distL="114300" distR="114300" simplePos="0" relativeHeight="251666432" behindDoc="0" locked="0" layoutInCell="1" allowOverlap="1" wp14:anchorId="76D0DC5F" wp14:editId="3EC6BB8C">
                <wp:simplePos x="0" y="0"/>
                <wp:positionH relativeFrom="column">
                  <wp:posOffset>1409700</wp:posOffset>
                </wp:positionH>
                <wp:positionV relativeFrom="paragraph">
                  <wp:posOffset>27305</wp:posOffset>
                </wp:positionV>
                <wp:extent cx="857250" cy="419100"/>
                <wp:effectExtent l="76200" t="38100" r="76200" b="95250"/>
                <wp:wrapNone/>
                <wp:docPr id="570911908" name="Oval 32"/>
                <wp:cNvGraphicFramePr/>
                <a:graphic xmlns:a="http://schemas.openxmlformats.org/drawingml/2006/main">
                  <a:graphicData uri="http://schemas.microsoft.com/office/word/2010/wordprocessingShape">
                    <wps:wsp>
                      <wps:cNvSpPr/>
                      <wps:spPr>
                        <a:xfrm>
                          <a:off x="0" y="0"/>
                          <a:ext cx="857250" cy="419100"/>
                        </a:xfrm>
                        <a:prstGeom prst="ellipse">
                          <a:avLst/>
                        </a:prstGeom>
                        <a:noFill/>
                        <a:ln w="381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154B7F" id="Oval 32" o:spid="_x0000_s1026" style="position:absolute;margin-left:111pt;margin-top:2.15pt;width:67.5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" filled="f" strokecolor="black [3213]" strokeweight="3pt">
                <v:shadow on="t" color="black" opacity="22937f" origin=",.5" offset="0,.63889mm"/>
              </v:oval>
            </w:pict>
          </mc:Fallback>
        </mc:AlternateContent>
      </w:r>
      <w:r w:rsidR="3109143F">
        <w:rPr>
          <w:noProof/>
        </w:rPr>
        <w:drawing>
          <wp:inline distT="0" distB="0" distL="0" distR="0" wp14:anchorId="31FC80B0" wp14:editId="3ECD05A6">
            <wp:extent cx="5486400" cy="3484829"/>
            <wp:effectExtent l="76200" t="76200" r="133350" b="135255"/>
            <wp:docPr id="707254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54847" name="Picture 707254847"/>
                    <pic:cNvPicPr/>
                  </pic:nvPicPr>
                  <pic:blipFill>
                    <a:blip r:embed="rId28">
                      <a:extLst>
                        <a:ext uri="{28A0092B-C50C-407E-A947-70E740481C1C}">
                          <a14:useLocalDpi xmlns:a14="http://schemas.microsoft.com/office/drawing/2010/main"/>
                        </a:ext>
                      </a:extLst>
                    </a:blip>
                    <a:srcRect/>
                    <a:stretch>
                      <a:fillRect/>
                    </a:stretch>
                  </pic:blipFill>
                  <pic:spPr>
                    <a:xfrm>
                      <a:off x="0" y="0"/>
                      <a:ext cx="5486400" cy="34848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4203A7" w14:textId="1E6BD698" w:rsidR="26364435" w:rsidRDefault="00D846A9" w:rsidP="00F9703A">
      <w:r>
        <w:rPr>
          <w:noProof/>
        </w:rPr>
        <w:lastRenderedPageBreak/>
        <mc:AlternateContent>
          <mc:Choice Requires="wps">
            <w:drawing>
              <wp:anchor distT="0" distB="0" distL="114300" distR="114300" simplePos="0" relativeHeight="251667456" behindDoc="0" locked="0" layoutInCell="1" allowOverlap="1" wp14:anchorId="09CC8A3F" wp14:editId="2CE0DDE7">
                <wp:simplePos x="0" y="0"/>
                <wp:positionH relativeFrom="column">
                  <wp:posOffset>1457325</wp:posOffset>
                </wp:positionH>
                <wp:positionV relativeFrom="paragraph">
                  <wp:posOffset>19050</wp:posOffset>
                </wp:positionV>
                <wp:extent cx="819150" cy="485775"/>
                <wp:effectExtent l="76200" t="38100" r="76200" b="104775"/>
                <wp:wrapNone/>
                <wp:docPr id="802750429" name="Oval 33"/>
                <wp:cNvGraphicFramePr/>
                <a:graphic xmlns:a="http://schemas.openxmlformats.org/drawingml/2006/main">
                  <a:graphicData uri="http://schemas.microsoft.com/office/word/2010/wordprocessingShape">
                    <wps:wsp>
                      <wps:cNvSpPr/>
                      <wps:spPr>
                        <a:xfrm>
                          <a:off x="0" y="0"/>
                          <a:ext cx="819150" cy="485775"/>
                        </a:xfrm>
                        <a:prstGeom prst="ellipse">
                          <a:avLst/>
                        </a:prstGeom>
                        <a:noFill/>
                        <a:ln w="381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03821B7" id="Oval 33" o:spid="_x0000_s1026" style="position:absolute;margin-left:114.75pt;margin-top:1.5pt;width:64.5pt;height:38.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" filled="f" strokecolor="black [3213]" strokeweight="3pt">
                <v:shadow on="t" color="black" opacity="22937f" origin=",.5" offset="0,.63889mm"/>
              </v:oval>
            </w:pict>
          </mc:Fallback>
        </mc:AlternateContent>
      </w:r>
      <w:r w:rsidR="7E5039C3">
        <w:rPr>
          <w:noProof/>
        </w:rPr>
        <w:drawing>
          <wp:inline distT="0" distB="0" distL="0" distR="0" wp14:anchorId="5FE26BCE" wp14:editId="520BC059">
            <wp:extent cx="5486400" cy="3130600"/>
            <wp:effectExtent l="76200" t="76200" r="133350" b="127000"/>
            <wp:docPr id="17804755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75594" name="Picture 1780475594"/>
                    <pic:cNvPicPr/>
                  </pic:nvPicPr>
                  <pic:blipFill>
                    <a:blip r:embed="rId29">
                      <a:extLst>
                        <a:ext uri="{28A0092B-C50C-407E-A947-70E740481C1C}">
                          <a14:useLocalDpi xmlns:a14="http://schemas.microsoft.com/office/drawing/2010/main"/>
                        </a:ext>
                      </a:extLst>
                    </a:blip>
                    <a:srcRect/>
                    <a:stretch>
                      <a:fillRect/>
                    </a:stretch>
                  </pic:blipFill>
                  <pic:spPr>
                    <a:xfrm>
                      <a:off x="0" y="0"/>
                      <a:ext cx="5486400" cy="3130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98B643" w14:textId="31CEDFFC" w:rsidR="00F9703A" w:rsidRPr="00F9703A" w:rsidRDefault="00F9703A" w:rsidP="00F9703A">
      <w:r>
        <w:t>All 5 pages passed the CSS validation test!</w:t>
      </w:r>
    </w:p>
    <w:p w14:paraId="29E282FC" w14:textId="77777777" w:rsidR="00D846A9" w:rsidRDefault="00D846A9" w:rsidP="00D846A9"/>
    <w:p w14:paraId="1ABE6137" w14:textId="77777777" w:rsidR="00D846A9" w:rsidRDefault="00D846A9" w:rsidP="00D846A9"/>
    <w:p w14:paraId="1A2EFFC9" w14:textId="77777777" w:rsidR="00D846A9" w:rsidRDefault="00D846A9" w:rsidP="00D846A9"/>
    <w:p w14:paraId="72C55F07" w14:textId="77777777" w:rsidR="00D846A9" w:rsidRDefault="00D846A9" w:rsidP="00D846A9"/>
    <w:p w14:paraId="37771FF8" w14:textId="77777777" w:rsidR="00D846A9" w:rsidRDefault="00D846A9" w:rsidP="00D846A9"/>
    <w:p w14:paraId="61C2A125" w14:textId="77777777" w:rsidR="00D846A9" w:rsidRDefault="00D846A9" w:rsidP="00D846A9"/>
    <w:p w14:paraId="65E35609" w14:textId="77777777" w:rsidR="00D846A9" w:rsidRDefault="00D846A9" w:rsidP="00D846A9"/>
    <w:p w14:paraId="0D71798E" w14:textId="77777777" w:rsidR="00D846A9" w:rsidRDefault="00D846A9" w:rsidP="00D846A9"/>
    <w:p w14:paraId="6F0FC029" w14:textId="77777777" w:rsidR="00D846A9" w:rsidRDefault="00D846A9" w:rsidP="00D846A9"/>
    <w:p w14:paraId="76FF7960" w14:textId="77777777" w:rsidR="00D846A9" w:rsidRDefault="00D846A9" w:rsidP="00D846A9"/>
    <w:p w14:paraId="2E91EAD7" w14:textId="77777777" w:rsidR="00D846A9" w:rsidRDefault="00D846A9" w:rsidP="00D846A9"/>
    <w:p w14:paraId="36DFA782" w14:textId="77777777" w:rsidR="00F9703A" w:rsidRDefault="00F9703A" w:rsidP="00D846A9"/>
    <w:p w14:paraId="0EA205BD" w14:textId="77777777" w:rsidR="00F9703A" w:rsidRPr="00D846A9" w:rsidRDefault="00F9703A" w:rsidP="00D846A9"/>
    <w:p w14:paraId="09FF5226" w14:textId="02DBB14A" w:rsidR="00491E19" w:rsidRPr="002D7B24" w:rsidRDefault="00000000" w:rsidP="00FA27CD">
      <w:pPr>
        <w:pStyle w:val="Heading1"/>
        <w:numPr>
          <w:ilvl w:val="0"/>
          <w:numId w:val="12"/>
        </w:numPr>
      </w:pPr>
      <w:bookmarkStart w:id="6" w:name="_Toc237604947"/>
      <w:r w:rsidRPr="00C77529">
        <w:lastRenderedPageBreak/>
        <w:t>Evaluation</w:t>
      </w:r>
      <w:r w:rsidR="00E10336">
        <w:t xml:space="preserve"> of Professional Website</w:t>
      </w:r>
      <w:bookmarkEnd w:id="6"/>
    </w:p>
    <w:p w14:paraId="0CBED123" w14:textId="6201F89B" w:rsidR="00491E19" w:rsidRPr="00C77529" w:rsidRDefault="3AC2CDC4" w:rsidP="00A75D7F">
      <w:pPr>
        <w:jc w:val="both"/>
        <w:rPr>
          <w:rFonts w:ascii="Arial" w:hAnsi="Arial" w:cs="Arial"/>
        </w:rPr>
      </w:pPr>
      <w:r w:rsidRPr="00C77529">
        <w:rPr>
          <w:rFonts w:ascii="Arial" w:hAnsi="Arial" w:cs="Arial"/>
        </w:rPr>
        <w:t xml:space="preserve">Using the website </w:t>
      </w:r>
      <w:hyperlink r:id="rId30" w:history="1">
        <w:r w:rsidR="009D7768" w:rsidRPr="00F74F0E">
          <w:rPr>
            <w:rStyle w:val="Hyperlink"/>
            <w:rFonts w:ascii="Arial" w:hAnsi="Arial" w:cs="Arial"/>
            <w:b/>
            <w:bCs/>
          </w:rPr>
          <w:t>https://www.diabetes.org.uk</w:t>
        </w:r>
      </w:hyperlink>
      <w:r w:rsidR="009D7768">
        <w:rPr>
          <w:rFonts w:ascii="Arial" w:hAnsi="Arial" w:cs="Arial"/>
          <w:b/>
          <w:bCs/>
        </w:rPr>
        <w:t xml:space="preserve"> (appendix 2)</w:t>
      </w:r>
    </w:p>
    <w:p w14:paraId="51D9DAA1" w14:textId="5C9BEF17" w:rsidR="0077221D" w:rsidRPr="00C77529" w:rsidRDefault="4A6B7A16" w:rsidP="0025063E">
      <w:pPr>
        <w:jc w:val="both"/>
        <w:rPr>
          <w:rFonts w:ascii="Arial" w:hAnsi="Arial" w:cs="Arial"/>
        </w:rPr>
      </w:pPr>
      <w:r w:rsidRPr="00C77529">
        <w:rPr>
          <w:rFonts w:ascii="Arial" w:hAnsi="Arial" w:cs="Arial"/>
        </w:rPr>
        <w:t>In term</w:t>
      </w:r>
      <w:r w:rsidR="0657345F" w:rsidRPr="00C77529">
        <w:rPr>
          <w:rFonts w:ascii="Arial" w:hAnsi="Arial" w:cs="Arial"/>
        </w:rPr>
        <w:t>s</w:t>
      </w:r>
      <w:r w:rsidRPr="00C77529">
        <w:rPr>
          <w:rFonts w:ascii="Arial" w:hAnsi="Arial" w:cs="Arial"/>
        </w:rPr>
        <w:t xml:space="preserve"> of </w:t>
      </w:r>
      <w:r w:rsidR="00315211">
        <w:rPr>
          <w:rFonts w:ascii="Arial" w:hAnsi="Arial" w:cs="Arial"/>
          <w:b/>
          <w:bCs/>
          <w:u w:val="single"/>
        </w:rPr>
        <w:t>R</w:t>
      </w:r>
      <w:r w:rsidRPr="00A75D7F">
        <w:rPr>
          <w:rFonts w:ascii="Arial" w:hAnsi="Arial" w:cs="Arial"/>
          <w:b/>
          <w:bCs/>
          <w:u w:val="single"/>
        </w:rPr>
        <w:t>esearching</w:t>
      </w:r>
      <w:r w:rsidRPr="00C77529">
        <w:rPr>
          <w:rFonts w:ascii="Arial" w:hAnsi="Arial" w:cs="Arial"/>
        </w:rPr>
        <w:t xml:space="preserve"> a similar diabetes website</w:t>
      </w:r>
      <w:r w:rsidR="00A75D7F">
        <w:rPr>
          <w:rFonts w:ascii="Arial" w:hAnsi="Arial" w:cs="Arial"/>
        </w:rPr>
        <w:t>,</w:t>
      </w:r>
      <w:r w:rsidRPr="00C77529">
        <w:rPr>
          <w:rFonts w:ascii="Arial" w:hAnsi="Arial" w:cs="Arial"/>
        </w:rPr>
        <w:t xml:space="preserve"> the we</w:t>
      </w:r>
      <w:r w:rsidR="00A75D7F">
        <w:rPr>
          <w:rFonts w:ascii="Arial" w:hAnsi="Arial" w:cs="Arial"/>
        </w:rPr>
        <w:t>blink</w:t>
      </w:r>
      <w:r w:rsidRPr="00C77529">
        <w:rPr>
          <w:rFonts w:ascii="Arial" w:hAnsi="Arial" w:cs="Arial"/>
        </w:rPr>
        <w:t xml:space="preserve"> is </w:t>
      </w:r>
      <w:r w:rsidR="00A75D7F">
        <w:rPr>
          <w:rFonts w:ascii="Arial" w:hAnsi="Arial" w:cs="Arial"/>
        </w:rPr>
        <w:t>a UK national diabetes information line</w:t>
      </w:r>
      <w:r w:rsidR="20D4E5E4" w:rsidRPr="00C77529">
        <w:rPr>
          <w:rFonts w:ascii="Arial" w:hAnsi="Arial" w:cs="Arial"/>
        </w:rPr>
        <w:t xml:space="preserve"> </w:t>
      </w:r>
      <w:r w:rsidR="00A75D7F">
        <w:rPr>
          <w:rFonts w:ascii="Arial" w:hAnsi="Arial" w:cs="Arial"/>
        </w:rPr>
        <w:t>addressing</w:t>
      </w:r>
      <w:r w:rsidR="1BC312C0" w:rsidRPr="00C77529">
        <w:rPr>
          <w:rFonts w:ascii="Arial" w:hAnsi="Arial" w:cs="Arial"/>
        </w:rPr>
        <w:t xml:space="preserve"> huge variation of problem</w:t>
      </w:r>
      <w:r w:rsidR="2604F145" w:rsidRPr="00C77529">
        <w:rPr>
          <w:rFonts w:ascii="Arial" w:hAnsi="Arial" w:cs="Arial"/>
        </w:rPr>
        <w:t>s</w:t>
      </w:r>
      <w:r w:rsidR="1BC312C0" w:rsidRPr="00C77529">
        <w:rPr>
          <w:rFonts w:ascii="Arial" w:hAnsi="Arial" w:cs="Arial"/>
        </w:rPr>
        <w:t xml:space="preserve"> relat</w:t>
      </w:r>
      <w:r w:rsidR="0025063E">
        <w:rPr>
          <w:rFonts w:ascii="Arial" w:hAnsi="Arial" w:cs="Arial"/>
        </w:rPr>
        <w:t>ing</w:t>
      </w:r>
      <w:r w:rsidR="1BC312C0" w:rsidRPr="00C77529">
        <w:rPr>
          <w:rFonts w:ascii="Arial" w:hAnsi="Arial" w:cs="Arial"/>
        </w:rPr>
        <w:t xml:space="preserve"> to diabetes</w:t>
      </w:r>
      <w:r w:rsidR="719D8EEB" w:rsidRPr="00C77529">
        <w:rPr>
          <w:rFonts w:ascii="Arial" w:hAnsi="Arial" w:cs="Arial"/>
        </w:rPr>
        <w:t xml:space="preserve">. It offers hyperlinks that can easily </w:t>
      </w:r>
      <w:r w:rsidR="5818FF3C" w:rsidRPr="00C77529">
        <w:rPr>
          <w:rFonts w:ascii="Arial" w:hAnsi="Arial" w:cs="Arial"/>
        </w:rPr>
        <w:t>be</w:t>
      </w:r>
      <w:r w:rsidR="719D8EEB" w:rsidRPr="00C77529">
        <w:rPr>
          <w:rFonts w:ascii="Arial" w:hAnsi="Arial" w:cs="Arial"/>
        </w:rPr>
        <w:t xml:space="preserve"> accessible to the </w:t>
      </w:r>
      <w:r w:rsidR="0025063E" w:rsidRPr="00C77529">
        <w:rPr>
          <w:rFonts w:ascii="Arial" w:hAnsi="Arial" w:cs="Arial"/>
        </w:rPr>
        <w:t>user</w:t>
      </w:r>
      <w:r w:rsidR="0025063E">
        <w:rPr>
          <w:rFonts w:ascii="Arial" w:hAnsi="Arial" w:cs="Arial"/>
        </w:rPr>
        <w:t>’s</w:t>
      </w:r>
      <w:r w:rsidR="00A75D7F">
        <w:rPr>
          <w:rFonts w:ascii="Arial" w:hAnsi="Arial" w:cs="Arial"/>
        </w:rPr>
        <w:t xml:space="preserve"> </w:t>
      </w:r>
      <w:r w:rsidR="00315211">
        <w:rPr>
          <w:rFonts w:ascii="Arial" w:hAnsi="Arial" w:cs="Arial"/>
          <w:b/>
          <w:bCs/>
          <w:u w:val="single"/>
        </w:rPr>
        <w:t>U</w:t>
      </w:r>
      <w:r w:rsidRPr="00A75D7F">
        <w:rPr>
          <w:rFonts w:ascii="Arial" w:hAnsi="Arial" w:cs="Arial"/>
          <w:b/>
          <w:bCs/>
          <w:u w:val="single"/>
        </w:rPr>
        <w:t>sability</w:t>
      </w:r>
      <w:r w:rsidR="00A75D7F">
        <w:rPr>
          <w:rFonts w:ascii="Arial" w:hAnsi="Arial" w:cs="Arial"/>
        </w:rPr>
        <w:t xml:space="preserve"> is exceptional, offering</w:t>
      </w:r>
      <w:r w:rsidR="5BF3D708" w:rsidRPr="00C77529">
        <w:rPr>
          <w:rFonts w:ascii="Arial" w:hAnsi="Arial" w:cs="Arial"/>
        </w:rPr>
        <w:t xml:space="preserve"> an expanded listing of problems relat</w:t>
      </w:r>
      <w:r w:rsidR="00A75D7F">
        <w:rPr>
          <w:rFonts w:ascii="Arial" w:hAnsi="Arial" w:cs="Arial"/>
        </w:rPr>
        <w:t>ing</w:t>
      </w:r>
      <w:r w:rsidR="5BF3D708" w:rsidRPr="00C77529">
        <w:rPr>
          <w:rFonts w:ascii="Arial" w:hAnsi="Arial" w:cs="Arial"/>
        </w:rPr>
        <w:t xml:space="preserve"> to type 1 &amp; 2 diabetes. Each heading has its own </w:t>
      </w:r>
      <w:r w:rsidR="5BF3D708" w:rsidRPr="00A75D7F">
        <w:rPr>
          <w:rFonts w:ascii="Arial" w:hAnsi="Arial" w:cs="Arial"/>
          <w:u w:val="single"/>
        </w:rPr>
        <w:t>hyperlink</w:t>
      </w:r>
      <w:r w:rsidR="5BF3D708" w:rsidRPr="00C77529">
        <w:rPr>
          <w:rFonts w:ascii="Arial" w:hAnsi="Arial" w:cs="Arial"/>
        </w:rPr>
        <w:t xml:space="preserve"> to other pages, which is a huge advantage to its </w:t>
      </w:r>
      <w:r w:rsidR="00315211" w:rsidRPr="00C77529">
        <w:rPr>
          <w:rFonts w:ascii="Arial" w:hAnsi="Arial" w:cs="Arial"/>
        </w:rPr>
        <w:t>user.</w:t>
      </w:r>
      <w:r w:rsidR="00315211">
        <w:rPr>
          <w:rFonts w:ascii="Arial" w:hAnsi="Arial" w:cs="Arial"/>
        </w:rPr>
        <w:t xml:space="preserve"> </w:t>
      </w:r>
      <w:r w:rsidR="0025063E">
        <w:rPr>
          <w:rFonts w:ascii="Arial" w:hAnsi="Arial" w:cs="Arial"/>
        </w:rPr>
        <w:t>Being a UK national website,</w:t>
      </w:r>
      <w:r w:rsidR="00315211">
        <w:rPr>
          <w:rFonts w:ascii="Arial" w:hAnsi="Arial" w:cs="Arial"/>
        </w:rPr>
        <w:t xml:space="preserve"> its </w:t>
      </w:r>
      <w:r w:rsidR="00000000" w:rsidRPr="00315211">
        <w:rPr>
          <w:rFonts w:ascii="Arial" w:hAnsi="Arial" w:cs="Arial"/>
          <w:b/>
          <w:bCs/>
          <w:u w:val="single"/>
        </w:rPr>
        <w:t>Accessibility</w:t>
      </w:r>
      <w:r w:rsidR="00315211">
        <w:rPr>
          <w:rFonts w:ascii="Arial" w:hAnsi="Arial" w:cs="Arial"/>
          <w:b/>
          <w:bCs/>
          <w:u w:val="single"/>
        </w:rPr>
        <w:t xml:space="preserve"> </w:t>
      </w:r>
      <w:r w:rsidR="00315211">
        <w:rPr>
          <w:rFonts w:ascii="Arial" w:hAnsi="Arial" w:cs="Arial"/>
        </w:rPr>
        <w:t xml:space="preserve">is phenomenal as diabetes is a national concern and so there were no problems finding this as a </w:t>
      </w:r>
      <w:r w:rsidR="0025063E">
        <w:rPr>
          <w:rFonts w:ascii="Arial" w:hAnsi="Arial" w:cs="Arial"/>
        </w:rPr>
        <w:t>service.</w:t>
      </w:r>
      <w:r w:rsidR="0025063E" w:rsidRPr="00C77529">
        <w:rPr>
          <w:rFonts w:ascii="Arial" w:hAnsi="Arial" w:cs="Arial"/>
        </w:rPr>
        <w:t xml:space="preserve"> </w:t>
      </w:r>
      <w:r w:rsidR="007937A8" w:rsidRPr="00C77529">
        <w:rPr>
          <w:rFonts w:ascii="Arial" w:hAnsi="Arial" w:cs="Arial"/>
        </w:rPr>
        <w:t>Its</w:t>
      </w:r>
      <w:r w:rsidR="0592EF81" w:rsidRPr="00C77529">
        <w:rPr>
          <w:rFonts w:ascii="Arial" w:hAnsi="Arial" w:cs="Arial"/>
        </w:rPr>
        <w:t xml:space="preserve"> </w:t>
      </w:r>
      <w:r w:rsidR="0592EF81" w:rsidRPr="0025063E">
        <w:rPr>
          <w:rFonts w:ascii="Arial" w:hAnsi="Arial" w:cs="Arial"/>
          <w:b/>
          <w:bCs/>
        </w:rPr>
        <w:t xml:space="preserve">SEO </w:t>
      </w:r>
      <w:r w:rsidR="0592EF81" w:rsidRPr="00C77529">
        <w:rPr>
          <w:rFonts w:ascii="Arial" w:hAnsi="Arial" w:cs="Arial"/>
        </w:rPr>
        <w:t xml:space="preserve">is </w:t>
      </w:r>
      <w:r w:rsidR="0025063E" w:rsidRPr="00C77529">
        <w:rPr>
          <w:rFonts w:ascii="Arial" w:hAnsi="Arial" w:cs="Arial"/>
        </w:rPr>
        <w:t>phenomenal,</w:t>
      </w:r>
      <w:r w:rsidR="0025063E">
        <w:rPr>
          <w:rFonts w:ascii="Arial" w:hAnsi="Arial" w:cs="Arial"/>
        </w:rPr>
        <w:t xml:space="preserve"> </w:t>
      </w:r>
      <w:r w:rsidR="0592EF81" w:rsidRPr="00C77529">
        <w:rPr>
          <w:rFonts w:ascii="Arial" w:hAnsi="Arial" w:cs="Arial"/>
        </w:rPr>
        <w:t>ha</w:t>
      </w:r>
      <w:r w:rsidR="0025063E">
        <w:rPr>
          <w:rFonts w:ascii="Arial" w:hAnsi="Arial" w:cs="Arial"/>
        </w:rPr>
        <w:t>ving</w:t>
      </w:r>
      <w:r w:rsidR="0592EF81" w:rsidRPr="00C77529">
        <w:rPr>
          <w:rFonts w:ascii="Arial" w:hAnsi="Arial" w:cs="Arial"/>
        </w:rPr>
        <w:t xml:space="preserve"> all the </w:t>
      </w:r>
      <w:r w:rsidR="1061FDBF" w:rsidRPr="00C77529">
        <w:rPr>
          <w:rFonts w:ascii="Arial" w:hAnsi="Arial" w:cs="Arial"/>
        </w:rPr>
        <w:t>necessary services</w:t>
      </w:r>
      <w:r w:rsidR="0025063E">
        <w:rPr>
          <w:rFonts w:ascii="Arial" w:hAnsi="Arial" w:cs="Arial"/>
        </w:rPr>
        <w:t xml:space="preserve"> to deal with this concern</w:t>
      </w:r>
      <w:r w:rsidR="1061FDBF" w:rsidRPr="00C77529">
        <w:rPr>
          <w:rFonts w:ascii="Arial" w:hAnsi="Arial" w:cs="Arial"/>
        </w:rPr>
        <w:t>.</w:t>
      </w:r>
      <w:r w:rsidR="4EEE8453" w:rsidRPr="00C77529">
        <w:rPr>
          <w:rFonts w:ascii="Arial" w:hAnsi="Arial" w:cs="Arial"/>
        </w:rPr>
        <w:t xml:space="preserve"> The website</w:t>
      </w:r>
      <w:r w:rsidR="0025063E">
        <w:rPr>
          <w:rFonts w:ascii="Arial" w:hAnsi="Arial" w:cs="Arial"/>
        </w:rPr>
        <w:t xml:space="preserve"> </w:t>
      </w:r>
      <w:r w:rsidR="4EEE8453" w:rsidRPr="00C77529">
        <w:rPr>
          <w:rFonts w:ascii="Arial" w:hAnsi="Arial" w:cs="Arial"/>
        </w:rPr>
        <w:t>has a login for Professions to investigate further</w:t>
      </w:r>
      <w:r w:rsidR="5B7FC967" w:rsidRPr="00C77529">
        <w:rPr>
          <w:rFonts w:ascii="Arial" w:hAnsi="Arial" w:cs="Arial"/>
        </w:rPr>
        <w:t xml:space="preserve"> to become a member and informs them of the latest developments </w:t>
      </w:r>
      <w:r w:rsidR="0025063E">
        <w:rPr>
          <w:rFonts w:ascii="Arial" w:hAnsi="Arial" w:cs="Arial"/>
        </w:rPr>
        <w:t>and conferences</w:t>
      </w:r>
      <w:r w:rsidR="36FB32EE" w:rsidRPr="00C77529">
        <w:rPr>
          <w:rFonts w:ascii="Arial" w:hAnsi="Arial" w:cs="Arial"/>
        </w:rPr>
        <w:t>,</w:t>
      </w:r>
    </w:p>
    <w:p w14:paraId="267D591D" w14:textId="2BEB14EB" w:rsidR="00B32789" w:rsidRDefault="009D7768" w:rsidP="00FA27CD">
      <w:pPr>
        <w:pStyle w:val="Heading1"/>
        <w:numPr>
          <w:ilvl w:val="0"/>
          <w:numId w:val="12"/>
        </w:numPr>
      </w:pPr>
      <w:bookmarkStart w:id="7" w:name="_Toc237604948"/>
      <w:r w:rsidRPr="00C77529">
        <w:t>Evaluation</w:t>
      </w:r>
      <w:r>
        <w:t xml:space="preserve"> of Home-made Website</w:t>
      </w:r>
      <w:bookmarkEnd w:id="7"/>
    </w:p>
    <w:p w14:paraId="5A35A414" w14:textId="77777777" w:rsidR="00D82EDF" w:rsidRPr="00D82EDF" w:rsidRDefault="00D82EDF" w:rsidP="00D82EDF">
      <w:pPr>
        <w:pStyle w:val="NoSpacing"/>
      </w:pPr>
    </w:p>
    <w:p w14:paraId="42EE6176" w14:textId="77777777" w:rsidR="0065072C" w:rsidRDefault="00D82EDF" w:rsidP="0065072C">
      <w:pPr>
        <w:pStyle w:val="NoSpacing"/>
        <w:jc w:val="both"/>
        <w:rPr>
          <w:rFonts w:ascii="Arial" w:hAnsi="Arial" w:cs="Arial"/>
        </w:rPr>
      </w:pPr>
      <w:r>
        <w:rPr>
          <w:rFonts w:ascii="Arial" w:hAnsi="Arial" w:cs="Arial"/>
        </w:rPr>
        <w:t>For the Home-made Website a</w:t>
      </w:r>
      <w:r w:rsidR="2A9637BD" w:rsidRPr="00B32789">
        <w:rPr>
          <w:rFonts w:ascii="Arial" w:hAnsi="Arial" w:cs="Arial"/>
        </w:rPr>
        <w:t xml:space="preserve"> candidate</w:t>
      </w:r>
      <w:r>
        <w:rPr>
          <w:rFonts w:ascii="Arial" w:hAnsi="Arial" w:cs="Arial"/>
        </w:rPr>
        <w:t xml:space="preserve"> tested</w:t>
      </w:r>
      <w:r w:rsidR="009146D0">
        <w:rPr>
          <w:rFonts w:ascii="Arial" w:hAnsi="Arial" w:cs="Arial"/>
        </w:rPr>
        <w:t xml:space="preserve"> it</w:t>
      </w:r>
      <w:r>
        <w:rPr>
          <w:rFonts w:ascii="Arial" w:hAnsi="Arial" w:cs="Arial"/>
        </w:rPr>
        <w:t xml:space="preserve"> for its </w:t>
      </w:r>
      <w:r w:rsidRPr="009146D0">
        <w:rPr>
          <w:rFonts w:ascii="Arial" w:hAnsi="Arial" w:cs="Arial"/>
          <w:b/>
          <w:bCs/>
        </w:rPr>
        <w:t>usability</w:t>
      </w:r>
      <w:r w:rsidR="2A9637BD" w:rsidRPr="00B32789">
        <w:rPr>
          <w:rFonts w:ascii="Arial" w:hAnsi="Arial" w:cs="Arial"/>
        </w:rPr>
        <w:t>,</w:t>
      </w:r>
      <w:r>
        <w:rPr>
          <w:rFonts w:ascii="Arial" w:hAnsi="Arial" w:cs="Arial"/>
        </w:rPr>
        <w:t xml:space="preserve"> and </w:t>
      </w:r>
      <w:r w:rsidRPr="009146D0">
        <w:rPr>
          <w:rFonts w:ascii="Arial" w:hAnsi="Arial" w:cs="Arial"/>
          <w:b/>
          <w:bCs/>
        </w:rPr>
        <w:t>accessibility</w:t>
      </w:r>
      <w:r>
        <w:rPr>
          <w:rFonts w:ascii="Arial" w:hAnsi="Arial" w:cs="Arial"/>
        </w:rPr>
        <w:t xml:space="preserve"> </w:t>
      </w:r>
      <w:r w:rsidR="009146D0">
        <w:rPr>
          <w:rFonts w:ascii="Arial" w:hAnsi="Arial" w:cs="Arial"/>
        </w:rPr>
        <w:t>(</w:t>
      </w:r>
      <w:r w:rsidR="009146D0" w:rsidRPr="00EA20F3">
        <w:rPr>
          <w:rFonts w:ascii="Arial" w:hAnsi="Arial" w:cs="Arial"/>
          <w:u w:val="single"/>
        </w:rPr>
        <w:t xml:space="preserve">no research </w:t>
      </w:r>
      <w:r w:rsidR="00EA20F3" w:rsidRPr="00EA20F3">
        <w:rPr>
          <w:rFonts w:ascii="Arial" w:hAnsi="Arial" w:cs="Arial"/>
          <w:u w:val="single"/>
        </w:rPr>
        <w:t xml:space="preserve">and SEO </w:t>
      </w:r>
      <w:proofErr w:type="gramStart"/>
      <w:r w:rsidR="009146D0" w:rsidRPr="00EA20F3">
        <w:rPr>
          <w:rFonts w:ascii="Arial" w:hAnsi="Arial" w:cs="Arial"/>
          <w:u w:val="single"/>
        </w:rPr>
        <w:t>was</w:t>
      </w:r>
      <w:proofErr w:type="gramEnd"/>
      <w:r w:rsidR="009146D0" w:rsidRPr="00EA20F3">
        <w:rPr>
          <w:rFonts w:ascii="Arial" w:hAnsi="Arial" w:cs="Arial"/>
          <w:u w:val="single"/>
        </w:rPr>
        <w:t xml:space="preserve"> needed as it was already in front of them</w:t>
      </w:r>
      <w:r w:rsidR="009146D0">
        <w:rPr>
          <w:rFonts w:ascii="Arial" w:hAnsi="Arial" w:cs="Arial"/>
        </w:rPr>
        <w:t>)</w:t>
      </w:r>
      <w:r w:rsidR="2A9637BD" w:rsidRPr="00B32789">
        <w:rPr>
          <w:rFonts w:ascii="Arial" w:hAnsi="Arial" w:cs="Arial"/>
        </w:rPr>
        <w:t xml:space="preserve"> highlighted the following</w:t>
      </w:r>
      <w:r w:rsidR="0065072C">
        <w:rPr>
          <w:rFonts w:ascii="Arial" w:hAnsi="Arial" w:cs="Arial"/>
        </w:rPr>
        <w:t>:</w:t>
      </w:r>
    </w:p>
    <w:p w14:paraId="68869257" w14:textId="15CBB513" w:rsidR="0077221D" w:rsidRDefault="00D82EDF" w:rsidP="0065072C">
      <w:pPr>
        <w:pStyle w:val="NoSpacing"/>
        <w:jc w:val="both"/>
        <w:rPr>
          <w:rFonts w:ascii="Arial" w:hAnsi="Arial" w:cs="Arial"/>
        </w:rPr>
      </w:pPr>
      <w:r>
        <w:rPr>
          <w:rFonts w:ascii="Arial" w:hAnsi="Arial" w:cs="Arial"/>
        </w:rPr>
        <w:t>T</w:t>
      </w:r>
      <w:r w:rsidR="2A9637BD" w:rsidRPr="00B32789">
        <w:rPr>
          <w:rFonts w:ascii="Arial" w:hAnsi="Arial" w:cs="Arial"/>
        </w:rPr>
        <w:t>he website was easy to use and there was no confusion as to what the website was about. The main issue was the tabs on the website (e.g. Images and the text explanation were positioned to the left of the page).</w:t>
      </w:r>
      <w:r>
        <w:rPr>
          <w:rFonts w:ascii="Arial" w:hAnsi="Arial" w:cs="Arial"/>
        </w:rPr>
        <w:t xml:space="preserve"> </w:t>
      </w:r>
      <w:r w:rsidR="009146D0">
        <w:rPr>
          <w:rFonts w:ascii="Arial" w:hAnsi="Arial" w:cs="Arial"/>
        </w:rPr>
        <w:t>This was prior to making improvements as seen in this assignment.</w:t>
      </w:r>
      <w:r w:rsidR="009146D0" w:rsidRPr="00B32789">
        <w:rPr>
          <w:rFonts w:ascii="Arial" w:hAnsi="Arial" w:cs="Arial"/>
        </w:rPr>
        <w:t xml:space="preserve"> This</w:t>
      </w:r>
      <w:r w:rsidR="2A9637BD" w:rsidRPr="00B32789">
        <w:rPr>
          <w:rFonts w:ascii="Arial" w:hAnsi="Arial" w:cs="Arial"/>
        </w:rPr>
        <w:t xml:space="preserve"> feedback was very useful as the webpages were basic and needed plenty of work to make it look like a professional website. The result of the feedback resulted in the final website displays </w:t>
      </w:r>
      <w:r w:rsidR="2A9637BD" w:rsidRPr="00D82EDF">
        <w:rPr>
          <w:rFonts w:ascii="Arial" w:hAnsi="Arial" w:cs="Arial"/>
          <w:b/>
          <w:bCs/>
          <w:i/>
          <w:iCs/>
        </w:rPr>
        <w:t xml:space="preserve">(see </w:t>
      </w:r>
      <w:r w:rsidRPr="00D82EDF">
        <w:rPr>
          <w:rFonts w:ascii="Arial" w:hAnsi="Arial" w:cs="Arial"/>
          <w:b/>
          <w:bCs/>
          <w:i/>
          <w:iCs/>
        </w:rPr>
        <w:t>pages 3-8</w:t>
      </w:r>
      <w:r w:rsidR="2A9637BD" w:rsidRPr="00B32789">
        <w:rPr>
          <w:rFonts w:ascii="Arial" w:hAnsi="Arial" w:cs="Arial"/>
        </w:rPr>
        <w:t>).</w:t>
      </w:r>
    </w:p>
    <w:p w14:paraId="6425C5BB" w14:textId="77777777" w:rsidR="0065072C" w:rsidRPr="00C77529" w:rsidRDefault="0065072C" w:rsidP="0065072C">
      <w:pPr>
        <w:pStyle w:val="NoSpacing"/>
        <w:jc w:val="both"/>
        <w:rPr>
          <w:rFonts w:ascii="Arial" w:hAnsi="Arial" w:cs="Arial"/>
        </w:rPr>
      </w:pPr>
    </w:p>
    <w:p w14:paraId="265195F6" w14:textId="130DE061" w:rsidR="0077221D" w:rsidRPr="00C77529" w:rsidRDefault="3B367FC2" w:rsidP="00BB2ABE">
      <w:pPr>
        <w:jc w:val="both"/>
        <w:rPr>
          <w:rFonts w:ascii="Arial" w:hAnsi="Arial" w:cs="Arial"/>
        </w:rPr>
      </w:pPr>
      <w:r w:rsidRPr="00C77529">
        <w:rPr>
          <w:rFonts w:ascii="Arial" w:hAnsi="Arial" w:cs="Arial"/>
        </w:rPr>
        <w:t xml:space="preserve">The </w:t>
      </w:r>
      <w:r w:rsidR="00EA20F3">
        <w:rPr>
          <w:rFonts w:ascii="Arial" w:hAnsi="Arial" w:cs="Arial"/>
        </w:rPr>
        <w:t>candidate</w:t>
      </w:r>
      <w:r w:rsidRPr="00C77529">
        <w:rPr>
          <w:rFonts w:ascii="Arial" w:hAnsi="Arial" w:cs="Arial"/>
        </w:rPr>
        <w:t xml:space="preserve"> found i</w:t>
      </w:r>
      <w:r w:rsidR="0065072C">
        <w:rPr>
          <w:rFonts w:ascii="Arial" w:hAnsi="Arial" w:cs="Arial"/>
        </w:rPr>
        <w:t>t</w:t>
      </w:r>
      <w:r w:rsidRPr="00C77529">
        <w:rPr>
          <w:rFonts w:ascii="Arial" w:hAnsi="Arial" w:cs="Arial"/>
        </w:rPr>
        <w:t xml:space="preserve"> easy to navigate from page to page</w:t>
      </w:r>
      <w:r w:rsidR="00EA20F3">
        <w:rPr>
          <w:rFonts w:ascii="Arial" w:hAnsi="Arial" w:cs="Arial"/>
        </w:rPr>
        <w:t xml:space="preserve"> because</w:t>
      </w:r>
      <w:r w:rsidRPr="00C77529">
        <w:rPr>
          <w:rFonts w:ascii="Arial" w:hAnsi="Arial" w:cs="Arial"/>
        </w:rPr>
        <w:t xml:space="preserve"> they had to read the</w:t>
      </w:r>
      <w:r w:rsidR="00EA20F3">
        <w:rPr>
          <w:rFonts w:ascii="Arial" w:hAnsi="Arial" w:cs="Arial"/>
        </w:rPr>
        <w:t xml:space="preserve"> </w:t>
      </w:r>
      <w:r w:rsidRPr="00C77529">
        <w:rPr>
          <w:rFonts w:ascii="Arial" w:hAnsi="Arial" w:cs="Arial"/>
        </w:rPr>
        <w:t>page and scroll down when they ha</w:t>
      </w:r>
      <w:r w:rsidR="0065072C">
        <w:rPr>
          <w:rFonts w:ascii="Arial" w:hAnsi="Arial" w:cs="Arial"/>
        </w:rPr>
        <w:t>d</w:t>
      </w:r>
      <w:r w:rsidRPr="00C77529">
        <w:rPr>
          <w:rFonts w:ascii="Arial" w:hAnsi="Arial" w:cs="Arial"/>
        </w:rPr>
        <w:t xml:space="preserve"> finished and </w:t>
      </w:r>
      <w:r w:rsidR="0065072C">
        <w:rPr>
          <w:rFonts w:ascii="Arial" w:hAnsi="Arial" w:cs="Arial"/>
        </w:rPr>
        <w:t xml:space="preserve">then </w:t>
      </w:r>
      <w:r w:rsidRPr="00C77529">
        <w:rPr>
          <w:rFonts w:ascii="Arial" w:hAnsi="Arial" w:cs="Arial"/>
        </w:rPr>
        <w:t>click</w:t>
      </w:r>
      <w:r w:rsidR="0065072C">
        <w:rPr>
          <w:rFonts w:ascii="Arial" w:hAnsi="Arial" w:cs="Arial"/>
        </w:rPr>
        <w:t>ed</w:t>
      </w:r>
      <w:r w:rsidRPr="00C77529">
        <w:rPr>
          <w:rFonts w:ascii="Arial" w:hAnsi="Arial" w:cs="Arial"/>
        </w:rPr>
        <w:t xml:space="preserve"> the link</w:t>
      </w:r>
      <w:r w:rsidR="00EA20F3">
        <w:rPr>
          <w:rFonts w:ascii="Arial" w:hAnsi="Arial" w:cs="Arial"/>
        </w:rPr>
        <w:t xml:space="preserve"> for next page</w:t>
      </w:r>
      <w:r w:rsidRPr="00C77529">
        <w:rPr>
          <w:rFonts w:ascii="Arial" w:hAnsi="Arial" w:cs="Arial"/>
        </w:rPr>
        <w:t>. The same routine</w:t>
      </w:r>
      <w:r w:rsidR="00EA20F3">
        <w:rPr>
          <w:rFonts w:ascii="Arial" w:hAnsi="Arial" w:cs="Arial"/>
        </w:rPr>
        <w:t xml:space="preserve"> happened </w:t>
      </w:r>
      <w:r w:rsidR="0065072C">
        <w:rPr>
          <w:rFonts w:ascii="Arial" w:hAnsi="Arial" w:cs="Arial"/>
        </w:rPr>
        <w:t>for</w:t>
      </w:r>
      <w:r w:rsidR="00EA20F3">
        <w:rPr>
          <w:rFonts w:ascii="Arial" w:hAnsi="Arial" w:cs="Arial"/>
        </w:rPr>
        <w:t xml:space="preserve"> each page was designed to read and click to the next page.</w:t>
      </w:r>
    </w:p>
    <w:p w14:paraId="66079E07" w14:textId="49893416" w:rsidR="0077221D" w:rsidRPr="00C77529" w:rsidRDefault="00EA20F3" w:rsidP="00BB2ABE">
      <w:pPr>
        <w:jc w:val="both"/>
        <w:rPr>
          <w:rFonts w:ascii="Arial" w:hAnsi="Arial" w:cs="Arial"/>
        </w:rPr>
      </w:pPr>
      <w:r>
        <w:rPr>
          <w:rFonts w:ascii="Arial" w:hAnsi="Arial" w:cs="Arial"/>
        </w:rPr>
        <w:t>The</w:t>
      </w:r>
      <w:r w:rsidR="0065072C">
        <w:rPr>
          <w:rFonts w:ascii="Arial" w:hAnsi="Arial" w:cs="Arial"/>
        </w:rPr>
        <w:t>re were two</w:t>
      </w:r>
      <w:r>
        <w:rPr>
          <w:rFonts w:ascii="Arial" w:hAnsi="Arial" w:cs="Arial"/>
        </w:rPr>
        <w:t xml:space="preserve"> drawback</w:t>
      </w:r>
      <w:r w:rsidR="0065072C">
        <w:rPr>
          <w:rFonts w:ascii="Arial" w:hAnsi="Arial" w:cs="Arial"/>
        </w:rPr>
        <w:t xml:space="preserve">s. </w:t>
      </w:r>
      <w:proofErr w:type="gramStart"/>
      <w:r w:rsidR="0065072C">
        <w:rPr>
          <w:rFonts w:ascii="Arial" w:hAnsi="Arial" w:cs="Arial"/>
        </w:rPr>
        <w:t>Firstly</w:t>
      </w:r>
      <w:proofErr w:type="gramEnd"/>
      <w:r w:rsidR="0065072C">
        <w:rPr>
          <w:rFonts w:ascii="Arial" w:hAnsi="Arial" w:cs="Arial"/>
        </w:rPr>
        <w:t xml:space="preserve"> </w:t>
      </w:r>
      <w:r>
        <w:rPr>
          <w:rFonts w:ascii="Arial" w:hAnsi="Arial" w:cs="Arial"/>
        </w:rPr>
        <w:t>the webpages did not contain</w:t>
      </w:r>
      <w:r w:rsidR="3B367FC2" w:rsidRPr="00C77529">
        <w:rPr>
          <w:rFonts w:ascii="Arial" w:hAnsi="Arial" w:cs="Arial"/>
        </w:rPr>
        <w:t xml:space="preserve"> headings </w:t>
      </w:r>
      <w:r>
        <w:rPr>
          <w:rFonts w:ascii="Arial" w:hAnsi="Arial" w:cs="Arial"/>
        </w:rPr>
        <w:t xml:space="preserve">on the top right. This meant that the candidate </w:t>
      </w:r>
      <w:r w:rsidR="005946C4">
        <w:rPr>
          <w:rFonts w:ascii="Arial" w:hAnsi="Arial" w:cs="Arial"/>
        </w:rPr>
        <w:t xml:space="preserve">only got access to the proceeding page via the </w:t>
      </w:r>
      <w:r w:rsidR="0065072C">
        <w:rPr>
          <w:rFonts w:ascii="Arial" w:hAnsi="Arial" w:cs="Arial"/>
        </w:rPr>
        <w:t xml:space="preserve">link. Secondly the graphics were based on the left </w:t>
      </w:r>
      <w:proofErr w:type="gramStart"/>
      <w:r w:rsidR="0065072C">
        <w:rPr>
          <w:rFonts w:ascii="Arial" w:hAnsi="Arial" w:cs="Arial"/>
        </w:rPr>
        <w:t>side</w:t>
      </w:r>
      <w:proofErr w:type="gramEnd"/>
      <w:r w:rsidR="0065072C">
        <w:rPr>
          <w:rFonts w:ascii="Arial" w:hAnsi="Arial" w:cs="Arial"/>
        </w:rPr>
        <w:t xml:space="preserve"> the pages. Which was later corrected by using Bootstrap command, which the webpages a clear website framework.</w:t>
      </w:r>
    </w:p>
    <w:p w14:paraId="5C4E2B71" w14:textId="4DF499EE" w:rsidR="006E7388" w:rsidRPr="00FA27CD" w:rsidRDefault="00000000" w:rsidP="00FA27CD">
      <w:pPr>
        <w:pStyle w:val="ListParagraph"/>
        <w:numPr>
          <w:ilvl w:val="0"/>
          <w:numId w:val="12"/>
        </w:numPr>
        <w:jc w:val="both"/>
        <w:rPr>
          <w:rFonts w:ascii="Arial" w:hAnsi="Arial" w:cs="Arial"/>
        </w:rPr>
      </w:pPr>
      <w:bookmarkStart w:id="8" w:name="_Toc237604949"/>
      <w:r w:rsidRPr="00FA27CD">
        <w:rPr>
          <w:rStyle w:val="Heading1Char"/>
        </w:rPr>
        <w:t>Website Comparison</w:t>
      </w:r>
      <w:bookmarkEnd w:id="8"/>
      <w:r w:rsidRPr="00FA27CD">
        <w:rPr>
          <w:rFonts w:ascii="Arial" w:hAnsi="Arial" w:cs="Arial"/>
        </w:rPr>
        <w:t>:</w:t>
      </w:r>
    </w:p>
    <w:p w14:paraId="3B8129BE" w14:textId="77777777" w:rsidR="007937A8" w:rsidRDefault="006E7388" w:rsidP="004F05F4">
      <w:pPr>
        <w:jc w:val="both"/>
        <w:rPr>
          <w:rFonts w:ascii="Arial" w:hAnsi="Arial" w:cs="Arial"/>
        </w:rPr>
      </w:pPr>
      <w:r>
        <w:rPr>
          <w:rFonts w:ascii="Arial" w:hAnsi="Arial" w:cs="Arial"/>
        </w:rPr>
        <w:t>T</w:t>
      </w:r>
      <w:r w:rsidR="36BC9AD4" w:rsidRPr="00C77529">
        <w:rPr>
          <w:rFonts w:ascii="Arial" w:hAnsi="Arial" w:cs="Arial"/>
        </w:rPr>
        <w:t xml:space="preserve">he </w:t>
      </w:r>
      <w:r w:rsidR="36BC9AD4" w:rsidRPr="007937A8">
        <w:rPr>
          <w:rFonts w:ascii="Arial" w:hAnsi="Arial" w:cs="Arial"/>
          <w:b/>
          <w:bCs/>
          <w:i/>
          <w:iCs/>
        </w:rPr>
        <w:t>UK website</w:t>
      </w:r>
      <w:r w:rsidR="36BC9AD4" w:rsidRPr="00C77529">
        <w:rPr>
          <w:rFonts w:ascii="Arial" w:hAnsi="Arial" w:cs="Arial"/>
        </w:rPr>
        <w:t xml:space="preserve"> has far m</w:t>
      </w:r>
      <w:r w:rsidR="27E444A3" w:rsidRPr="00C77529">
        <w:rPr>
          <w:rFonts w:ascii="Arial" w:hAnsi="Arial" w:cs="Arial"/>
        </w:rPr>
        <w:t>ore options for the user in terms of information</w:t>
      </w:r>
      <w:r>
        <w:rPr>
          <w:rFonts w:ascii="Arial" w:hAnsi="Arial" w:cs="Arial"/>
        </w:rPr>
        <w:t xml:space="preserve"> due to its helpful list of concerns. It has </w:t>
      </w:r>
      <w:r w:rsidR="00FB4485">
        <w:rPr>
          <w:rFonts w:ascii="Arial" w:hAnsi="Arial" w:cs="Arial"/>
        </w:rPr>
        <w:t xml:space="preserve">a </w:t>
      </w:r>
      <w:r>
        <w:rPr>
          <w:rFonts w:ascii="Arial" w:hAnsi="Arial" w:cs="Arial"/>
        </w:rPr>
        <w:t xml:space="preserve">distinct advantage as it channels decades of knowledge and as such is </w:t>
      </w:r>
      <w:r w:rsidR="00FB4485">
        <w:rPr>
          <w:rFonts w:ascii="Arial" w:hAnsi="Arial" w:cs="Arial"/>
        </w:rPr>
        <w:t xml:space="preserve">a </w:t>
      </w:r>
      <w:r>
        <w:rPr>
          <w:rFonts w:ascii="Arial" w:hAnsi="Arial" w:cs="Arial"/>
        </w:rPr>
        <w:t xml:space="preserve">trusted </w:t>
      </w:r>
      <w:r w:rsidR="00FB4485">
        <w:rPr>
          <w:rFonts w:ascii="Arial" w:hAnsi="Arial" w:cs="Arial"/>
        </w:rPr>
        <w:t xml:space="preserve">national </w:t>
      </w:r>
      <w:r>
        <w:rPr>
          <w:rFonts w:ascii="Arial" w:hAnsi="Arial" w:cs="Arial"/>
        </w:rPr>
        <w:t>website</w:t>
      </w:r>
      <w:r w:rsidR="00FB4485">
        <w:rPr>
          <w:rFonts w:ascii="Arial" w:hAnsi="Arial" w:cs="Arial"/>
        </w:rPr>
        <w:t xml:space="preserve">. </w:t>
      </w:r>
    </w:p>
    <w:p w14:paraId="2B84164D" w14:textId="0D3116E5" w:rsidR="007937A8" w:rsidRDefault="00FB4485" w:rsidP="004F05F4">
      <w:pPr>
        <w:jc w:val="both"/>
        <w:rPr>
          <w:rFonts w:ascii="Arial" w:hAnsi="Arial" w:cs="Arial"/>
        </w:rPr>
      </w:pPr>
      <w:r>
        <w:rPr>
          <w:rFonts w:ascii="Arial" w:hAnsi="Arial" w:cs="Arial"/>
        </w:rPr>
        <w:t xml:space="preserve">The contrasts with </w:t>
      </w:r>
      <w:r w:rsidR="3A1480F4" w:rsidRPr="00C77529">
        <w:rPr>
          <w:rFonts w:ascii="Arial" w:hAnsi="Arial" w:cs="Arial"/>
        </w:rPr>
        <w:t xml:space="preserve">the </w:t>
      </w:r>
      <w:r w:rsidR="01CAB66A" w:rsidRPr="007937A8">
        <w:rPr>
          <w:rFonts w:ascii="Arial" w:hAnsi="Arial" w:cs="Arial"/>
          <w:b/>
          <w:bCs/>
          <w:i/>
          <w:iCs/>
        </w:rPr>
        <w:t>home-made</w:t>
      </w:r>
      <w:r w:rsidR="3A1480F4" w:rsidRPr="007937A8">
        <w:rPr>
          <w:rFonts w:ascii="Arial" w:hAnsi="Arial" w:cs="Arial"/>
          <w:b/>
          <w:bCs/>
          <w:i/>
          <w:iCs/>
        </w:rPr>
        <w:t xml:space="preserve"> </w:t>
      </w:r>
      <w:r w:rsidR="41CF87A9" w:rsidRPr="007937A8">
        <w:rPr>
          <w:rFonts w:ascii="Arial" w:hAnsi="Arial" w:cs="Arial"/>
          <w:b/>
          <w:bCs/>
          <w:i/>
          <w:iCs/>
        </w:rPr>
        <w:t>website</w:t>
      </w:r>
      <w:r>
        <w:rPr>
          <w:rFonts w:ascii="Arial" w:hAnsi="Arial" w:cs="Arial"/>
        </w:rPr>
        <w:t xml:space="preserve"> being as assignment </w:t>
      </w:r>
      <w:r w:rsidR="007937A8">
        <w:rPr>
          <w:rFonts w:ascii="Arial" w:hAnsi="Arial" w:cs="Arial"/>
        </w:rPr>
        <w:t>project. (</w:t>
      </w:r>
      <w:r>
        <w:rPr>
          <w:rFonts w:ascii="Arial" w:hAnsi="Arial" w:cs="Arial"/>
        </w:rPr>
        <w:t xml:space="preserve">as mentioned in page 3) is primarily for curious observers who simply </w:t>
      </w:r>
      <w:r w:rsidR="007937A8">
        <w:rPr>
          <w:rFonts w:ascii="Arial" w:hAnsi="Arial" w:cs="Arial"/>
        </w:rPr>
        <w:t>may be interested in casually identifying this problem.</w:t>
      </w:r>
      <w:r>
        <w:rPr>
          <w:rFonts w:ascii="Arial" w:hAnsi="Arial" w:cs="Arial"/>
        </w:rPr>
        <w:t xml:space="preserve"> </w:t>
      </w:r>
      <w:r w:rsidR="007937A8">
        <w:rPr>
          <w:rFonts w:ascii="Arial" w:hAnsi="Arial" w:cs="Arial"/>
        </w:rPr>
        <w:t xml:space="preserve">One clear advantage that the website has is the simplicity of </w:t>
      </w:r>
      <w:r w:rsidR="3A1480F4" w:rsidRPr="00C77529">
        <w:rPr>
          <w:rFonts w:ascii="Arial" w:hAnsi="Arial" w:cs="Arial"/>
        </w:rPr>
        <w:t>the graphics</w:t>
      </w:r>
      <w:r w:rsidR="007937A8">
        <w:rPr>
          <w:rFonts w:ascii="Arial" w:hAnsi="Arial" w:cs="Arial"/>
        </w:rPr>
        <w:t xml:space="preserve">, and its easy-to-read </w:t>
      </w:r>
      <w:r w:rsidR="00A50AEC">
        <w:rPr>
          <w:rFonts w:ascii="Arial" w:hAnsi="Arial" w:cs="Arial"/>
        </w:rPr>
        <w:t>script</w:t>
      </w:r>
      <w:r w:rsidR="007937A8">
        <w:rPr>
          <w:rFonts w:ascii="Arial" w:hAnsi="Arial" w:cs="Arial"/>
        </w:rPr>
        <w:t xml:space="preserve">. It does not bombard the user with too much </w:t>
      </w:r>
      <w:r w:rsidR="007937A8">
        <w:rPr>
          <w:rFonts w:ascii="Arial" w:hAnsi="Arial" w:cs="Arial"/>
        </w:rPr>
        <w:lastRenderedPageBreak/>
        <w:t>information</w:t>
      </w:r>
      <w:r w:rsidR="00A50AEC">
        <w:rPr>
          <w:rFonts w:ascii="Arial" w:hAnsi="Arial" w:cs="Arial"/>
        </w:rPr>
        <w:t>. The website is designed for the user to investigate as to whether diabetes may be an issue in the future?</w:t>
      </w:r>
    </w:p>
    <w:p w14:paraId="02819573" w14:textId="71DA1D2F" w:rsidR="00905087" w:rsidRPr="009D2280" w:rsidRDefault="00905087" w:rsidP="004F05F4">
      <w:pPr>
        <w:jc w:val="both"/>
        <w:rPr>
          <w:rFonts w:ascii="Arial" w:hAnsi="Arial" w:cs="Arial"/>
          <w:b/>
          <w:bCs/>
        </w:rPr>
      </w:pPr>
      <w:r>
        <w:rPr>
          <w:rFonts w:ascii="Arial" w:hAnsi="Arial" w:cs="Arial"/>
        </w:rPr>
        <w:t xml:space="preserve">However, the Profession website in does emphasize best practice like </w:t>
      </w:r>
      <w:proofErr w:type="spellStart"/>
      <w:r>
        <w:rPr>
          <w:rFonts w:ascii="Arial" w:hAnsi="Arial" w:cs="Arial"/>
        </w:rPr>
        <w:t>colour</w:t>
      </w:r>
      <w:proofErr w:type="spellEnd"/>
      <w:r>
        <w:rPr>
          <w:rFonts w:ascii="Arial" w:hAnsi="Arial" w:cs="Arial"/>
        </w:rPr>
        <w:t xml:space="preserve"> contrast </w:t>
      </w:r>
      <w:r w:rsidR="00BF6172">
        <w:rPr>
          <w:rFonts w:ascii="Arial" w:hAnsi="Arial" w:cs="Arial"/>
        </w:rPr>
        <w:t xml:space="preserve">checkers (Web AIM) and automated auditors (Wave, </w:t>
      </w:r>
      <w:proofErr w:type="spellStart"/>
      <w:r w:rsidR="00BF6172">
        <w:rPr>
          <w:rFonts w:ascii="Arial" w:hAnsi="Arial" w:cs="Arial"/>
        </w:rPr>
        <w:t>aXe</w:t>
      </w:r>
      <w:proofErr w:type="spellEnd"/>
      <w:r w:rsidR="00BF6172">
        <w:rPr>
          <w:rFonts w:ascii="Arial" w:hAnsi="Arial" w:cs="Arial"/>
        </w:rPr>
        <w:t xml:space="preserve">), but for the home-made website the aligned top right headings are justified (with amendment) but does need improvements </w:t>
      </w:r>
      <w:sdt>
        <w:sdtPr>
          <w:rPr>
            <w:rFonts w:ascii="Arial" w:hAnsi="Arial" w:cs="Arial"/>
            <w:b/>
            <w:bCs/>
          </w:rPr>
          <w:id w:val="1284999947"/>
          <w:citation/>
        </w:sdtPr>
        <w:sdtContent>
          <w:r w:rsidR="00BF6172" w:rsidRPr="009D2280">
            <w:rPr>
              <w:rFonts w:ascii="Arial" w:hAnsi="Arial" w:cs="Arial"/>
              <w:b/>
              <w:bCs/>
            </w:rPr>
            <w:fldChar w:fldCharType="begin"/>
          </w:r>
          <w:r w:rsidR="00BF6172" w:rsidRPr="009D2280">
            <w:rPr>
              <w:rFonts w:ascii="Arial" w:hAnsi="Arial" w:cs="Arial"/>
              <w:b/>
              <w:bCs/>
              <w:lang w:val="en-GB"/>
            </w:rPr>
            <w:instrText xml:space="preserve"> CITATION Sha23 \l 2057 </w:instrText>
          </w:r>
          <w:r w:rsidR="00BF6172" w:rsidRPr="009D2280">
            <w:rPr>
              <w:rFonts w:ascii="Arial" w:hAnsi="Arial" w:cs="Arial"/>
              <w:b/>
              <w:bCs/>
            </w:rPr>
            <w:fldChar w:fldCharType="separate"/>
          </w:r>
          <w:r w:rsidR="00AB45E6" w:rsidRPr="009D2280">
            <w:rPr>
              <w:rFonts w:ascii="Arial" w:hAnsi="Arial" w:cs="Arial"/>
              <w:b/>
              <w:bCs/>
              <w:noProof/>
              <w:lang w:val="en-GB"/>
            </w:rPr>
            <w:t>[4]</w:t>
          </w:r>
          <w:r w:rsidR="00BF6172" w:rsidRPr="009D2280">
            <w:rPr>
              <w:rFonts w:ascii="Arial" w:hAnsi="Arial" w:cs="Arial"/>
              <w:b/>
              <w:bCs/>
            </w:rPr>
            <w:fldChar w:fldCharType="end"/>
          </w:r>
        </w:sdtContent>
      </w:sdt>
    </w:p>
    <w:p w14:paraId="4BB5AA4C" w14:textId="2CD268ED" w:rsidR="00CA05F4" w:rsidRDefault="00CA05F4" w:rsidP="00CA05F4">
      <w:pPr>
        <w:jc w:val="both"/>
        <w:rPr>
          <w:rFonts w:ascii="Arial" w:hAnsi="Arial" w:cs="Arial"/>
        </w:rPr>
      </w:pPr>
    </w:p>
    <w:p w14:paraId="44A59FC2" w14:textId="77777777" w:rsidR="00AF701E" w:rsidRDefault="00AF701E" w:rsidP="00CA05F4">
      <w:pPr>
        <w:jc w:val="both"/>
        <w:rPr>
          <w:rFonts w:ascii="Arial" w:hAnsi="Arial" w:cs="Arial"/>
        </w:rPr>
      </w:pPr>
    </w:p>
    <w:p w14:paraId="7E167B9F" w14:textId="77777777" w:rsidR="00AF701E" w:rsidRDefault="00AF701E" w:rsidP="00CA05F4">
      <w:pPr>
        <w:jc w:val="both"/>
        <w:rPr>
          <w:rFonts w:ascii="Arial" w:hAnsi="Arial" w:cs="Arial"/>
        </w:rPr>
      </w:pPr>
    </w:p>
    <w:p w14:paraId="2466119E" w14:textId="77777777" w:rsidR="00AF701E" w:rsidRDefault="00AF701E" w:rsidP="00CA05F4">
      <w:pPr>
        <w:jc w:val="both"/>
        <w:rPr>
          <w:rFonts w:ascii="Arial" w:hAnsi="Arial" w:cs="Arial"/>
        </w:rPr>
      </w:pPr>
    </w:p>
    <w:p w14:paraId="5245BDA3" w14:textId="77777777" w:rsidR="00AF701E" w:rsidRDefault="00AF701E" w:rsidP="00CA05F4">
      <w:pPr>
        <w:jc w:val="both"/>
        <w:rPr>
          <w:rFonts w:ascii="Arial" w:hAnsi="Arial" w:cs="Arial"/>
        </w:rPr>
      </w:pPr>
    </w:p>
    <w:p w14:paraId="731F9AF2" w14:textId="77777777" w:rsidR="00AF701E" w:rsidRDefault="00AF701E" w:rsidP="00CA05F4">
      <w:pPr>
        <w:jc w:val="both"/>
        <w:rPr>
          <w:rFonts w:ascii="Arial" w:hAnsi="Arial" w:cs="Arial"/>
        </w:rPr>
      </w:pPr>
    </w:p>
    <w:p w14:paraId="4594F830" w14:textId="77777777" w:rsidR="00AF701E" w:rsidRDefault="00AF701E" w:rsidP="00CA05F4">
      <w:pPr>
        <w:jc w:val="both"/>
        <w:rPr>
          <w:rFonts w:ascii="Arial" w:hAnsi="Arial" w:cs="Arial"/>
        </w:rPr>
      </w:pPr>
    </w:p>
    <w:p w14:paraId="2855FEFB" w14:textId="77777777" w:rsidR="00AF701E" w:rsidRDefault="00AF701E" w:rsidP="00CA05F4">
      <w:pPr>
        <w:jc w:val="both"/>
        <w:rPr>
          <w:rFonts w:ascii="Arial" w:hAnsi="Arial" w:cs="Arial"/>
        </w:rPr>
      </w:pPr>
    </w:p>
    <w:p w14:paraId="52C36422" w14:textId="77777777" w:rsidR="00AF701E" w:rsidRDefault="00AF701E" w:rsidP="00CA05F4">
      <w:pPr>
        <w:jc w:val="both"/>
        <w:rPr>
          <w:rFonts w:ascii="Arial" w:hAnsi="Arial" w:cs="Arial"/>
        </w:rPr>
      </w:pPr>
    </w:p>
    <w:p w14:paraId="49A977C4" w14:textId="77777777" w:rsidR="00AF701E" w:rsidRDefault="00AF701E" w:rsidP="00CA05F4">
      <w:pPr>
        <w:jc w:val="both"/>
        <w:rPr>
          <w:rFonts w:ascii="Arial" w:hAnsi="Arial" w:cs="Arial"/>
        </w:rPr>
      </w:pPr>
    </w:p>
    <w:p w14:paraId="351D68B0" w14:textId="77777777" w:rsidR="00AF701E" w:rsidRDefault="00AF701E" w:rsidP="00CA05F4">
      <w:pPr>
        <w:jc w:val="both"/>
        <w:rPr>
          <w:rFonts w:ascii="Arial" w:hAnsi="Arial" w:cs="Arial"/>
        </w:rPr>
      </w:pPr>
    </w:p>
    <w:p w14:paraId="7F24F02D" w14:textId="77777777" w:rsidR="00AF701E" w:rsidRDefault="00AF701E" w:rsidP="00CA05F4">
      <w:pPr>
        <w:jc w:val="both"/>
        <w:rPr>
          <w:rFonts w:ascii="Arial" w:hAnsi="Arial" w:cs="Arial"/>
        </w:rPr>
      </w:pPr>
    </w:p>
    <w:p w14:paraId="6950AE3D" w14:textId="77777777" w:rsidR="00AF701E" w:rsidRDefault="00AF701E" w:rsidP="00CA05F4">
      <w:pPr>
        <w:jc w:val="both"/>
        <w:rPr>
          <w:rFonts w:ascii="Arial" w:hAnsi="Arial" w:cs="Arial"/>
        </w:rPr>
      </w:pPr>
    </w:p>
    <w:p w14:paraId="26651574" w14:textId="77777777" w:rsidR="00AF701E" w:rsidRDefault="00AF701E" w:rsidP="00CA05F4">
      <w:pPr>
        <w:jc w:val="both"/>
        <w:rPr>
          <w:rFonts w:ascii="Arial" w:hAnsi="Arial" w:cs="Arial"/>
        </w:rPr>
      </w:pPr>
    </w:p>
    <w:p w14:paraId="52372E8C" w14:textId="77777777" w:rsidR="00AF701E" w:rsidRDefault="00AF701E" w:rsidP="00CA05F4">
      <w:pPr>
        <w:jc w:val="both"/>
        <w:rPr>
          <w:rFonts w:ascii="Arial" w:hAnsi="Arial" w:cs="Arial"/>
        </w:rPr>
      </w:pPr>
    </w:p>
    <w:p w14:paraId="55F68385" w14:textId="77777777" w:rsidR="00AF701E" w:rsidRDefault="00AF701E" w:rsidP="00CA05F4">
      <w:pPr>
        <w:jc w:val="both"/>
        <w:rPr>
          <w:rFonts w:ascii="Arial" w:hAnsi="Arial" w:cs="Arial"/>
        </w:rPr>
      </w:pPr>
    </w:p>
    <w:p w14:paraId="158F31E4" w14:textId="77777777" w:rsidR="00AF701E" w:rsidRDefault="00AF701E" w:rsidP="00CA05F4">
      <w:pPr>
        <w:jc w:val="both"/>
        <w:rPr>
          <w:rFonts w:ascii="Arial" w:hAnsi="Arial" w:cs="Arial"/>
        </w:rPr>
      </w:pPr>
    </w:p>
    <w:p w14:paraId="2C8BBD63" w14:textId="77777777" w:rsidR="00AF701E" w:rsidRDefault="00AF701E" w:rsidP="00CA05F4">
      <w:pPr>
        <w:jc w:val="both"/>
        <w:rPr>
          <w:rFonts w:ascii="Arial" w:hAnsi="Arial" w:cs="Arial"/>
        </w:rPr>
      </w:pPr>
    </w:p>
    <w:p w14:paraId="2D3D3D9A" w14:textId="77777777" w:rsidR="00AF701E" w:rsidRDefault="00AF701E" w:rsidP="00CA05F4">
      <w:pPr>
        <w:jc w:val="both"/>
        <w:rPr>
          <w:rFonts w:ascii="Arial" w:hAnsi="Arial" w:cs="Arial"/>
        </w:rPr>
      </w:pPr>
    </w:p>
    <w:p w14:paraId="1E633DB3" w14:textId="77777777" w:rsidR="00AF701E" w:rsidRDefault="00AF701E" w:rsidP="00CA05F4">
      <w:pPr>
        <w:jc w:val="both"/>
        <w:rPr>
          <w:rFonts w:ascii="Arial" w:hAnsi="Arial" w:cs="Arial"/>
        </w:rPr>
      </w:pPr>
    </w:p>
    <w:p w14:paraId="4C9040C9" w14:textId="77777777" w:rsidR="00AF701E" w:rsidRPr="00BF6172" w:rsidRDefault="00AF701E" w:rsidP="00CA05F4">
      <w:pPr>
        <w:jc w:val="both"/>
        <w:rPr>
          <w:rFonts w:ascii="Arial" w:hAnsi="Arial" w:cs="Arial"/>
        </w:rPr>
      </w:pPr>
    </w:p>
    <w:p w14:paraId="08249798" w14:textId="04662503" w:rsidR="009D2280" w:rsidRDefault="009D2280" w:rsidP="00FA27CD">
      <w:pPr>
        <w:pStyle w:val="Heading1"/>
        <w:numPr>
          <w:ilvl w:val="0"/>
          <w:numId w:val="12"/>
        </w:numPr>
        <w:rPr>
          <w:rStyle w:val="Heading2Char"/>
          <w:b/>
          <w:bCs/>
          <w:color w:val="365F91" w:themeColor="accent1" w:themeShade="BF"/>
          <w:sz w:val="28"/>
          <w:szCs w:val="28"/>
        </w:rPr>
      </w:pPr>
      <w:bookmarkStart w:id="9" w:name="_Toc237604950"/>
      <w:r w:rsidRPr="009D2280">
        <w:rPr>
          <w:rStyle w:val="Heading2Char"/>
          <w:b/>
          <w:bCs/>
          <w:color w:val="365F91" w:themeColor="accent1" w:themeShade="BF"/>
          <w:sz w:val="28"/>
          <w:szCs w:val="28"/>
        </w:rPr>
        <w:lastRenderedPageBreak/>
        <w:t>Using Inspect to Analyze website</w:t>
      </w:r>
      <w:bookmarkEnd w:id="9"/>
    </w:p>
    <w:p w14:paraId="272C515F" w14:textId="094EC9C2" w:rsidR="009D2280" w:rsidRPr="00AF701E" w:rsidRDefault="00AF701E" w:rsidP="009D2280">
      <w:pPr>
        <w:rPr>
          <w:rFonts w:ascii="Arial" w:hAnsi="Arial" w:cs="Arial"/>
        </w:rPr>
      </w:pPr>
      <w:r>
        <w:rPr>
          <w:noProof/>
        </w:rPr>
        <w:drawing>
          <wp:anchor distT="0" distB="0" distL="114300" distR="114300" simplePos="0" relativeHeight="251669504" behindDoc="0" locked="0" layoutInCell="1" allowOverlap="1" wp14:anchorId="1CBED23A" wp14:editId="021C24AC">
            <wp:simplePos x="0" y="0"/>
            <wp:positionH relativeFrom="page">
              <wp:posOffset>1190625</wp:posOffset>
            </wp:positionH>
            <wp:positionV relativeFrom="paragraph">
              <wp:posOffset>83820</wp:posOffset>
            </wp:positionV>
            <wp:extent cx="3848100" cy="2400300"/>
            <wp:effectExtent l="76200" t="76200" r="133350" b="133350"/>
            <wp:wrapSquare wrapText="bothSides"/>
            <wp:docPr id="1243231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31509" name=""/>
                    <pic:cNvPicPr/>
                  </pic:nvPicPr>
                  <pic:blipFill rotWithShape="1">
                    <a:blip r:embed="rId31"/>
                    <a:srcRect l="28820" t="28691" r="55382" b="40825"/>
                    <a:stretch>
                      <a:fillRect/>
                    </a:stretch>
                  </pic:blipFill>
                  <pic:spPr bwMode="auto">
                    <a:xfrm>
                      <a:off x="0" y="0"/>
                      <a:ext cx="3848100" cy="2400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t xml:space="preserve">To check to see if home-websites can be viewed on a mobile phone. The HOME.html page was saved on Microsoft Edge </w:t>
      </w:r>
    </w:p>
    <w:p w14:paraId="6DE887A3" w14:textId="7321B8A1" w:rsidR="00352616" w:rsidRDefault="00352616" w:rsidP="009D2280"/>
    <w:p w14:paraId="1F1BAA73" w14:textId="77777777" w:rsidR="00AF701E" w:rsidRDefault="00AF701E" w:rsidP="009D2280"/>
    <w:p w14:paraId="18907AEC" w14:textId="77777777" w:rsidR="00AF701E" w:rsidRDefault="00AF701E" w:rsidP="009D2280"/>
    <w:p w14:paraId="19254E30" w14:textId="77777777" w:rsidR="00AF701E" w:rsidRDefault="00AF701E" w:rsidP="009D2280"/>
    <w:p w14:paraId="24102B50" w14:textId="72BEDB6B" w:rsidR="00783871" w:rsidRDefault="00EB4B04" w:rsidP="009D2280">
      <w:r>
        <w:rPr>
          <w:noProof/>
        </w:rPr>
        <mc:AlternateContent>
          <mc:Choice Requires="wps">
            <w:drawing>
              <wp:anchor distT="0" distB="0" distL="114300" distR="114300" simplePos="0" relativeHeight="251671552" behindDoc="0" locked="0" layoutInCell="1" allowOverlap="1" wp14:anchorId="1EF49694" wp14:editId="49619B5C">
                <wp:simplePos x="0" y="0"/>
                <wp:positionH relativeFrom="column">
                  <wp:posOffset>2943225</wp:posOffset>
                </wp:positionH>
                <wp:positionV relativeFrom="paragraph">
                  <wp:posOffset>462915</wp:posOffset>
                </wp:positionV>
                <wp:extent cx="561975" cy="647700"/>
                <wp:effectExtent l="0" t="0" r="66675" b="57150"/>
                <wp:wrapNone/>
                <wp:docPr id="1359195657" name="Straight Arrow Connector 38"/>
                <wp:cNvGraphicFramePr/>
                <a:graphic xmlns:a="http://schemas.openxmlformats.org/drawingml/2006/main">
                  <a:graphicData uri="http://schemas.microsoft.com/office/word/2010/wordprocessingShape">
                    <wps:wsp>
                      <wps:cNvCnPr/>
                      <wps:spPr>
                        <a:xfrm>
                          <a:off x="0" y="0"/>
                          <a:ext cx="561975" cy="6477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7D3B92" id="_x0000_t32" coordsize="21600,21600" o:spt="32" o:oned="t" path="m,l21600,21600e" filled="f">
                <v:path arrowok="t" fillok="f" o:connecttype="none"/>
                <o:lock v:ext="edit" shapetype="t"/>
              </v:shapetype>
              <v:shape id="Straight Arrow Connector 38" o:spid="_x0000_s1026" type="#_x0000_t32" style="position:absolute;margin-left:231.75pt;margin-top:36.45pt;width:44.25pt;height: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" strokecolor="#f68c36 [3049]">
                <v:stroke endarrow="block"/>
              </v:shape>
            </w:pict>
          </mc:Fallback>
        </mc:AlternateContent>
      </w:r>
      <w:r w:rsidR="00AF701E">
        <w:t xml:space="preserve">Having opened the html page, the display was as follows with the </w:t>
      </w:r>
      <w:proofErr w:type="gramStart"/>
      <w:r w:rsidR="005F72EF">
        <w:t>inspection</w:t>
      </w:r>
      <w:r w:rsidR="00AF701E">
        <w:t xml:space="preserve"> HTML</w:t>
      </w:r>
      <w:proofErr w:type="gramEnd"/>
      <w:r w:rsidR="00AF701E">
        <w:t xml:space="preserve"> </w:t>
      </w:r>
      <w:proofErr w:type="gramStart"/>
      <w:r w:rsidR="00AF701E">
        <w:t>codes</w:t>
      </w:r>
      <w:proofErr w:type="gramEnd"/>
      <w:r w:rsidR="00AF701E">
        <w:t xml:space="preserve"> presented on the </w:t>
      </w:r>
      <w:r w:rsidR="005F72EF">
        <w:t>right-hand</w:t>
      </w:r>
      <w:r w:rsidR="00AF701E">
        <w:t xml:space="preserve"> side (see below)</w:t>
      </w:r>
      <w:r w:rsidR="005F72EF">
        <w:t>. To view the website on mobile APP. The mobile inspect feature has a mobile view feature</w:t>
      </w:r>
    </w:p>
    <w:p w14:paraId="1D06BC5B" w14:textId="1E8794FF" w:rsidR="00352616" w:rsidRDefault="00EB4B04" w:rsidP="009D2280">
      <w:r>
        <w:rPr>
          <w:noProof/>
        </w:rPr>
        <mc:AlternateContent>
          <mc:Choice Requires="wps">
            <w:drawing>
              <wp:anchor distT="0" distB="0" distL="114300" distR="114300" simplePos="0" relativeHeight="251670528" behindDoc="0" locked="0" layoutInCell="1" allowOverlap="1" wp14:anchorId="526BBEF8" wp14:editId="55DFC985">
                <wp:simplePos x="0" y="0"/>
                <wp:positionH relativeFrom="column">
                  <wp:posOffset>3409950</wp:posOffset>
                </wp:positionH>
                <wp:positionV relativeFrom="paragraph">
                  <wp:posOffset>417830</wp:posOffset>
                </wp:positionV>
                <wp:extent cx="190500" cy="161925"/>
                <wp:effectExtent l="76200" t="38100" r="0" b="104775"/>
                <wp:wrapNone/>
                <wp:docPr id="1257397336" name="Oval 37"/>
                <wp:cNvGraphicFramePr/>
                <a:graphic xmlns:a="http://schemas.openxmlformats.org/drawingml/2006/main">
                  <a:graphicData uri="http://schemas.microsoft.com/office/word/2010/wordprocessingShape">
                    <wps:wsp>
                      <wps:cNvSpPr/>
                      <wps:spPr>
                        <a:xfrm>
                          <a:off x="0" y="0"/>
                          <a:ext cx="190500" cy="161925"/>
                        </a:xfrm>
                        <a:prstGeom prst="ellipse">
                          <a:avLst/>
                        </a:prstGeom>
                        <a:noFill/>
                        <a:ln w="28575">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1EFD10" id="Oval 37" o:spid="_x0000_s1026" style="position:absolute;margin-left:268.5pt;margin-top:32.9pt;width:15pt;height:1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" filled="f" strokecolor="black [3213]" strokeweight="2.25pt">
                <v:shadow on="t" color="black" opacity="22937f" origin=",.5" offset="0,.63889mm"/>
              </v:oval>
            </w:pict>
          </mc:Fallback>
        </mc:AlternateContent>
      </w:r>
      <w:r w:rsidR="00783871">
        <w:rPr>
          <w:noProof/>
        </w:rPr>
        <w:drawing>
          <wp:inline distT="0" distB="0" distL="0" distR="0" wp14:anchorId="0B3A689D" wp14:editId="17890733">
            <wp:extent cx="5486400" cy="2527300"/>
            <wp:effectExtent l="76200" t="76200" r="133350" b="139700"/>
            <wp:docPr id="880485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85626" name=""/>
                    <pic:cNvPicPr/>
                  </pic:nvPicPr>
                  <pic:blipFill rotWithShape="1">
                    <a:blip r:embed="rId32"/>
                    <a:srcRect t="14501"/>
                    <a:stretch>
                      <a:fillRect/>
                    </a:stretch>
                  </pic:blipFill>
                  <pic:spPr bwMode="auto">
                    <a:xfrm>
                      <a:off x="0" y="0"/>
                      <a:ext cx="5486400" cy="2527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393E6F1" w14:textId="4A63C77F" w:rsidR="00AF701E" w:rsidRDefault="00EB4B04" w:rsidP="009D2280">
      <w:r>
        <w:t xml:space="preserve">If we see the next proceeding screenshots </w:t>
      </w:r>
      <w:proofErr w:type="gramStart"/>
      <w:r>
        <w:t>below</w:t>
      </w:r>
      <w:proofErr w:type="gramEnd"/>
      <w:r>
        <w:t xml:space="preserve"> we have top have of the website and the middle part of the website as proof.</w:t>
      </w:r>
    </w:p>
    <w:p w14:paraId="570E2ED5" w14:textId="1DC17637" w:rsidR="00783871" w:rsidRDefault="00AF701E" w:rsidP="009D2280">
      <w:r>
        <w:rPr>
          <w:noProof/>
        </w:rPr>
        <w:lastRenderedPageBreak/>
        <w:drawing>
          <wp:inline distT="0" distB="0" distL="0" distR="0" wp14:anchorId="21E0D6CD" wp14:editId="442789EB">
            <wp:extent cx="4762500" cy="2498725"/>
            <wp:effectExtent l="76200" t="76200" r="133350" b="130175"/>
            <wp:docPr id="366781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81695" name=""/>
                    <pic:cNvPicPr/>
                  </pic:nvPicPr>
                  <pic:blipFill rotWithShape="1">
                    <a:blip r:embed="rId33"/>
                    <a:srcRect l="11285" t="15467" r="1910"/>
                    <a:stretch>
                      <a:fillRect/>
                    </a:stretch>
                  </pic:blipFill>
                  <pic:spPr bwMode="auto">
                    <a:xfrm>
                      <a:off x="0" y="0"/>
                      <a:ext cx="4762500" cy="2498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80CE99F" w14:textId="77777777" w:rsidR="00AF701E" w:rsidRDefault="00AF701E" w:rsidP="009D2280"/>
    <w:p w14:paraId="1419F702" w14:textId="53DD8D4A" w:rsidR="00AF701E" w:rsidRPr="009D2280" w:rsidRDefault="00AF701E" w:rsidP="009D2280">
      <w:r>
        <w:rPr>
          <w:noProof/>
        </w:rPr>
        <w:drawing>
          <wp:inline distT="0" distB="0" distL="0" distR="0" wp14:anchorId="75823A34" wp14:editId="18BC7AAB">
            <wp:extent cx="4752975" cy="2374900"/>
            <wp:effectExtent l="76200" t="76200" r="142875" b="139700"/>
            <wp:docPr id="1896908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467" name=""/>
                    <pic:cNvPicPr/>
                  </pic:nvPicPr>
                  <pic:blipFill rotWithShape="1">
                    <a:blip r:embed="rId34"/>
                    <a:srcRect l="12153" t="19657" r="1215"/>
                    <a:stretch>
                      <a:fillRect/>
                    </a:stretch>
                  </pic:blipFill>
                  <pic:spPr bwMode="auto">
                    <a:xfrm>
                      <a:off x="0" y="0"/>
                      <a:ext cx="4752975" cy="2374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1638373" w14:textId="77777777" w:rsidR="00FA27CD" w:rsidRDefault="00FA27CD" w:rsidP="00FA27CD">
      <w:pPr>
        <w:pStyle w:val="Heading1"/>
        <w:rPr>
          <w:rStyle w:val="Heading2Char"/>
          <w:b/>
          <w:bCs/>
          <w:color w:val="365F91" w:themeColor="accent1" w:themeShade="BF"/>
          <w:sz w:val="28"/>
          <w:szCs w:val="28"/>
        </w:rPr>
      </w:pPr>
    </w:p>
    <w:p w14:paraId="6D6857FF" w14:textId="77777777" w:rsidR="00EC0E6B" w:rsidRDefault="00EC0E6B" w:rsidP="00FA27CD">
      <w:pPr>
        <w:pStyle w:val="Heading1"/>
        <w:rPr>
          <w:rStyle w:val="Heading2Char"/>
          <w:b/>
          <w:bCs/>
          <w:color w:val="365F91" w:themeColor="accent1" w:themeShade="BF"/>
          <w:sz w:val="28"/>
          <w:szCs w:val="28"/>
        </w:rPr>
      </w:pPr>
    </w:p>
    <w:p w14:paraId="6B63BFEC" w14:textId="77777777" w:rsidR="00EC0E6B" w:rsidRDefault="00EC0E6B" w:rsidP="00FA27CD">
      <w:pPr>
        <w:pStyle w:val="Heading1"/>
        <w:rPr>
          <w:rStyle w:val="Heading2Char"/>
          <w:b/>
          <w:bCs/>
          <w:color w:val="365F91" w:themeColor="accent1" w:themeShade="BF"/>
          <w:sz w:val="28"/>
          <w:szCs w:val="28"/>
        </w:rPr>
      </w:pPr>
    </w:p>
    <w:p w14:paraId="1D10F1F3" w14:textId="5704BA16" w:rsidR="0077221D" w:rsidRPr="00FA27CD" w:rsidRDefault="00FA27CD" w:rsidP="00FA27CD">
      <w:pPr>
        <w:pStyle w:val="Heading1"/>
      </w:pPr>
      <w:bookmarkStart w:id="10" w:name="_Toc237604951"/>
      <w:r w:rsidRPr="00FA27CD">
        <w:rPr>
          <w:rStyle w:val="Heading2Char"/>
          <w:b/>
          <w:bCs/>
          <w:color w:val="365F91" w:themeColor="accent1" w:themeShade="BF"/>
          <w:sz w:val="28"/>
          <w:szCs w:val="28"/>
        </w:rPr>
        <w:t>7.</w:t>
      </w:r>
      <w:r w:rsidR="00000000" w:rsidRPr="00FA27CD">
        <w:rPr>
          <w:rStyle w:val="Heading2Char"/>
          <w:b/>
          <w:bCs/>
          <w:color w:val="365F91" w:themeColor="accent1" w:themeShade="BF"/>
          <w:sz w:val="28"/>
          <w:szCs w:val="28"/>
        </w:rPr>
        <w:t>Conclusion</w:t>
      </w:r>
      <w:bookmarkEnd w:id="10"/>
      <w:r w:rsidR="00000000" w:rsidRPr="00FA27CD">
        <w:br/>
      </w:r>
    </w:p>
    <w:p w14:paraId="1F738508" w14:textId="673EF4FE" w:rsidR="00EB4B04" w:rsidRPr="00A204CA" w:rsidRDefault="00EB4B04" w:rsidP="0009352C">
      <w:pPr>
        <w:jc w:val="both"/>
        <w:rPr>
          <w:rFonts w:ascii="Arial" w:hAnsi="Arial" w:cs="Arial"/>
        </w:rPr>
      </w:pPr>
      <w:r>
        <w:rPr>
          <w:rFonts w:ascii="Arial" w:hAnsi="Arial" w:cs="Arial"/>
        </w:rPr>
        <w:t xml:space="preserve">The assignment for the </w:t>
      </w:r>
      <w:r w:rsidR="00AE243F">
        <w:rPr>
          <w:rFonts w:ascii="Arial" w:hAnsi="Arial" w:cs="Arial"/>
        </w:rPr>
        <w:t>development of</w:t>
      </w:r>
      <w:r>
        <w:rPr>
          <w:rFonts w:ascii="Arial" w:hAnsi="Arial" w:cs="Arial"/>
        </w:rPr>
        <w:t xml:space="preserve"> the </w:t>
      </w:r>
      <w:r w:rsidR="00AE243F">
        <w:rPr>
          <w:rFonts w:ascii="Arial" w:hAnsi="Arial" w:cs="Arial"/>
        </w:rPr>
        <w:t>Homepage</w:t>
      </w:r>
      <w:r>
        <w:rPr>
          <w:rFonts w:ascii="Arial" w:hAnsi="Arial" w:cs="Arial"/>
        </w:rPr>
        <w:t xml:space="preserve"> has gone through a journey of improvement through HTML and CSS coding</w:t>
      </w:r>
      <w:r w:rsidR="00AE243F">
        <w:rPr>
          <w:rFonts w:ascii="Arial" w:hAnsi="Arial" w:cs="Arial"/>
        </w:rPr>
        <w:t>. As seen through the initial candidate testing phase. This was eye opening as Candidate testing was an essential part of website improvement</w:t>
      </w:r>
      <w:r w:rsidR="00825258">
        <w:rPr>
          <w:rFonts w:ascii="Arial" w:hAnsi="Arial" w:cs="Arial"/>
        </w:rPr>
        <w:t xml:space="preserve"> functionality of the website</w:t>
      </w:r>
      <w:r w:rsidR="00AE243F">
        <w:rPr>
          <w:rFonts w:ascii="Arial" w:hAnsi="Arial" w:cs="Arial"/>
        </w:rPr>
        <w:t xml:space="preserve">. Following its basic coding the pages were restricted to left hand side of the page and as such needed more advanced coding through implementing borders, padding and a colour scheme which added continuity of </w:t>
      </w:r>
      <w:r w:rsidR="0009352C">
        <w:rPr>
          <w:rFonts w:ascii="Arial" w:hAnsi="Arial" w:cs="Arial"/>
        </w:rPr>
        <w:t>all</w:t>
      </w:r>
      <w:r w:rsidR="00AE243F">
        <w:rPr>
          <w:rFonts w:ascii="Arial" w:hAnsi="Arial" w:cs="Arial"/>
        </w:rPr>
        <w:t xml:space="preserve"> 5 </w:t>
      </w:r>
      <w:r w:rsidR="00825258">
        <w:rPr>
          <w:rFonts w:ascii="Arial" w:hAnsi="Arial" w:cs="Arial"/>
        </w:rPr>
        <w:t>pages. These were corrected by implementing further CSS codes and Bootstrap.</w:t>
      </w:r>
      <w:r w:rsidR="00A204CA">
        <w:rPr>
          <w:rFonts w:ascii="Arial" w:hAnsi="Arial" w:cs="Arial"/>
        </w:rPr>
        <w:t xml:space="preserve"> What this improvement highlights in the strength of “multi code operations” </w:t>
      </w:r>
      <w:sdt>
        <w:sdtPr>
          <w:rPr>
            <w:rFonts w:ascii="Arial" w:hAnsi="Arial" w:cs="Arial"/>
            <w:b/>
            <w:bCs/>
          </w:rPr>
          <w:id w:val="-1799753956"/>
          <w:citation/>
        </w:sdtPr>
        <w:sdtContent>
          <w:r w:rsidR="00A204CA" w:rsidRPr="00A204CA">
            <w:rPr>
              <w:rFonts w:ascii="Arial" w:hAnsi="Arial" w:cs="Arial"/>
              <w:b/>
              <w:bCs/>
            </w:rPr>
            <w:fldChar w:fldCharType="begin"/>
          </w:r>
          <w:r w:rsidR="00A204CA" w:rsidRPr="00A204CA">
            <w:rPr>
              <w:rFonts w:ascii="Arial" w:hAnsi="Arial" w:cs="Arial"/>
              <w:b/>
              <w:bCs/>
              <w:lang w:val="en-GB"/>
            </w:rPr>
            <w:instrText xml:space="preserve"> CITATION Hua26 \l 2057 </w:instrText>
          </w:r>
          <w:r w:rsidR="00A204CA" w:rsidRPr="00A204CA">
            <w:rPr>
              <w:rFonts w:ascii="Arial" w:hAnsi="Arial" w:cs="Arial"/>
              <w:b/>
              <w:bCs/>
            </w:rPr>
            <w:fldChar w:fldCharType="separate"/>
          </w:r>
          <w:r w:rsidR="00A204CA" w:rsidRPr="00A204CA">
            <w:rPr>
              <w:rFonts w:ascii="Arial" w:hAnsi="Arial" w:cs="Arial"/>
              <w:b/>
              <w:bCs/>
              <w:noProof/>
              <w:lang w:val="en-GB"/>
            </w:rPr>
            <w:t>[5]</w:t>
          </w:r>
          <w:r w:rsidR="00A204CA" w:rsidRPr="00A204CA">
            <w:rPr>
              <w:rFonts w:ascii="Arial" w:hAnsi="Arial" w:cs="Arial"/>
              <w:b/>
              <w:bCs/>
            </w:rPr>
            <w:fldChar w:fldCharType="end"/>
          </w:r>
        </w:sdtContent>
      </w:sdt>
      <w:r w:rsidR="00A204CA">
        <w:rPr>
          <w:rFonts w:ascii="Arial" w:hAnsi="Arial" w:cs="Arial"/>
          <w:b/>
          <w:bCs/>
        </w:rPr>
        <w:t xml:space="preserve"> </w:t>
      </w:r>
      <w:r w:rsidR="00FA27CD">
        <w:rPr>
          <w:rFonts w:ascii="Arial" w:hAnsi="Arial" w:cs="Arial"/>
        </w:rPr>
        <w:t xml:space="preserve">using highly needed CSS coding to improve webpages adding new features if needed. </w:t>
      </w:r>
      <w:r w:rsidR="008A014C">
        <w:rPr>
          <w:rFonts w:ascii="Arial" w:hAnsi="Arial" w:cs="Arial"/>
        </w:rPr>
        <w:t>The HTML and CSS validators are a clear indication that proper coding methods need to be adhered to.</w:t>
      </w:r>
    </w:p>
    <w:p w14:paraId="2DD804A8" w14:textId="72BE6104" w:rsidR="00825258" w:rsidRPr="00EB4B04" w:rsidRDefault="00825258" w:rsidP="0009352C">
      <w:pPr>
        <w:jc w:val="both"/>
        <w:rPr>
          <w:rFonts w:ascii="Arial" w:hAnsi="Arial" w:cs="Arial"/>
        </w:rPr>
      </w:pPr>
      <w:r>
        <w:rPr>
          <w:rFonts w:ascii="Arial" w:hAnsi="Arial" w:cs="Arial"/>
        </w:rPr>
        <w:t xml:space="preserve">When developing a website there were 2 main areas of thought, the topic of diabetes is a major UK health concern and so the home-made page was competing against a well-founded, well researched medically established website which adhered to CSS (Web rules etc..,). In this matter the </w:t>
      </w:r>
      <w:r w:rsidR="00A204CA">
        <w:rPr>
          <w:rFonts w:ascii="Arial" w:hAnsi="Arial" w:cs="Arial"/>
        </w:rPr>
        <w:t>Home-made</w:t>
      </w:r>
      <w:r>
        <w:rPr>
          <w:rFonts w:ascii="Arial" w:hAnsi="Arial" w:cs="Arial"/>
        </w:rPr>
        <w:t xml:space="preserve"> website had to take a different approach, mainly that of not necessarily looking for users who are type 1 &amp; 2 suffers of diabetes but was to attract attention of avid users who would like to browse and investigate further if this was a relevant medical matter in their lives.</w:t>
      </w:r>
    </w:p>
    <w:p w14:paraId="4B66E1FA" w14:textId="77777777" w:rsidR="004148CF" w:rsidRPr="00C77529" w:rsidRDefault="004148CF">
      <w:pPr>
        <w:rPr>
          <w:rFonts w:ascii="Arial" w:hAnsi="Arial" w:cs="Arial"/>
        </w:rPr>
      </w:pPr>
    </w:p>
    <w:p w14:paraId="7BEBB5A8" w14:textId="77777777" w:rsidR="004148CF" w:rsidRPr="00C77529" w:rsidRDefault="004148CF">
      <w:pPr>
        <w:rPr>
          <w:rFonts w:ascii="Arial" w:hAnsi="Arial" w:cs="Arial"/>
        </w:rPr>
      </w:pPr>
    </w:p>
    <w:p w14:paraId="61B7B365" w14:textId="77777777" w:rsidR="004148CF" w:rsidRPr="00C77529" w:rsidRDefault="004148CF">
      <w:pPr>
        <w:rPr>
          <w:rFonts w:ascii="Arial" w:hAnsi="Arial" w:cs="Arial"/>
        </w:rPr>
      </w:pPr>
    </w:p>
    <w:p w14:paraId="5BD835EF" w14:textId="77777777" w:rsidR="004148CF" w:rsidRDefault="004148CF">
      <w:pPr>
        <w:rPr>
          <w:rFonts w:ascii="Arial" w:hAnsi="Arial" w:cs="Arial"/>
        </w:rPr>
      </w:pPr>
    </w:p>
    <w:p w14:paraId="2901FF53" w14:textId="77777777" w:rsidR="00AB45E6" w:rsidRDefault="00AB45E6">
      <w:pPr>
        <w:rPr>
          <w:rFonts w:ascii="Arial" w:hAnsi="Arial" w:cs="Arial"/>
        </w:rPr>
      </w:pPr>
    </w:p>
    <w:p w14:paraId="202C6809" w14:textId="77777777" w:rsidR="00AB45E6" w:rsidRPr="00C77529" w:rsidRDefault="00AB45E6">
      <w:pPr>
        <w:rPr>
          <w:rFonts w:ascii="Arial" w:hAnsi="Arial" w:cs="Arial"/>
        </w:rPr>
      </w:pPr>
    </w:p>
    <w:p w14:paraId="167B0A52" w14:textId="77777777" w:rsidR="004148CF" w:rsidRPr="00C77529" w:rsidRDefault="004148CF">
      <w:pPr>
        <w:rPr>
          <w:rFonts w:ascii="Arial" w:hAnsi="Arial" w:cs="Arial"/>
        </w:rPr>
      </w:pPr>
    </w:p>
    <w:p w14:paraId="3F6B34EA" w14:textId="77777777" w:rsidR="004148CF" w:rsidRPr="00C77529" w:rsidRDefault="004148CF">
      <w:pPr>
        <w:rPr>
          <w:rFonts w:ascii="Arial" w:hAnsi="Arial" w:cs="Arial"/>
        </w:rPr>
      </w:pPr>
    </w:p>
    <w:p w14:paraId="348FFF32" w14:textId="77777777" w:rsidR="004148CF" w:rsidRPr="00C77529" w:rsidRDefault="004148CF">
      <w:pPr>
        <w:rPr>
          <w:rFonts w:ascii="Arial" w:hAnsi="Arial" w:cs="Arial"/>
        </w:rPr>
      </w:pPr>
    </w:p>
    <w:p w14:paraId="3B38A88A" w14:textId="3B84D07A" w:rsidR="00AB45E6" w:rsidRDefault="00EC0E6B" w:rsidP="00AB45E6">
      <w:pPr>
        <w:pStyle w:val="Heading1"/>
        <w:rPr>
          <w:noProof/>
        </w:rPr>
      </w:pPr>
      <w:bookmarkStart w:id="11" w:name="_Toc237604952"/>
      <w:r>
        <w:lastRenderedPageBreak/>
        <w:t xml:space="preserve">8. </w:t>
      </w:r>
      <w:r w:rsidR="00000000">
        <w:t>References</w:t>
      </w:r>
      <w:bookmarkEnd w:id="11"/>
      <w:r w:rsidR="000E59A9">
        <w:rPr>
          <w:color w:val="4F81BD" w:themeColor="accent1"/>
          <w:sz w:val="26"/>
          <w:szCs w:val="26"/>
        </w:rPr>
        <w:fldChar w:fldCharType="begin"/>
      </w:r>
      <w:r w:rsidR="000E59A9">
        <w:rPr>
          <w:lang w:val="en-GB"/>
        </w:rPr>
        <w:instrText xml:space="preserve"> BIBLIOGRAPHY  \l 2057 </w:instrText>
      </w:r>
      <w:r w:rsidR="000E59A9">
        <w:rPr>
          <w:color w:val="4F81BD" w:themeColor="accent1"/>
          <w:sz w:val="26"/>
          <w:szCs w:val="26"/>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289"/>
      </w:tblGrid>
      <w:tr w:rsidR="00AB45E6" w14:paraId="379BC8A4" w14:textId="77777777">
        <w:trPr>
          <w:divId w:val="1870025654"/>
          <w:tblCellSpacing w:w="15" w:type="dxa"/>
        </w:trPr>
        <w:tc>
          <w:tcPr>
            <w:tcW w:w="50" w:type="pct"/>
            <w:hideMark/>
          </w:tcPr>
          <w:p w14:paraId="0F0EC456" w14:textId="324FD204" w:rsidR="00AB45E6" w:rsidRDefault="00AB45E6">
            <w:pPr>
              <w:pStyle w:val="Bibliography"/>
              <w:rPr>
                <w:noProof/>
                <w:sz w:val="24"/>
                <w:szCs w:val="24"/>
              </w:rPr>
            </w:pPr>
            <w:r>
              <w:rPr>
                <w:noProof/>
              </w:rPr>
              <w:t xml:space="preserve">[1] </w:t>
            </w:r>
          </w:p>
        </w:tc>
        <w:tc>
          <w:tcPr>
            <w:tcW w:w="0" w:type="auto"/>
            <w:hideMark/>
          </w:tcPr>
          <w:p w14:paraId="448EDC07" w14:textId="77777777" w:rsidR="00AB45E6" w:rsidRDefault="00AB45E6">
            <w:pPr>
              <w:pStyle w:val="Bibliography"/>
              <w:rPr>
                <w:noProof/>
              </w:rPr>
            </w:pPr>
            <w:r>
              <w:rPr>
                <w:noProof/>
              </w:rPr>
              <w:t xml:space="preserve">Abdelmalek,M; Apovian,C; Balapattabi,K; Bannuru,R; Barb,D; Bardsley,J; Beverly,E, “Metabolic Dysfunction-Associated Steatotic Liver Disease (MASLD) in People With Diabetes:,” </w:t>
            </w:r>
            <w:r>
              <w:rPr>
                <w:i/>
                <w:iCs/>
                <w:noProof/>
              </w:rPr>
              <w:t xml:space="preserve">Diabetes Care, </w:t>
            </w:r>
            <w:r>
              <w:rPr>
                <w:noProof/>
              </w:rPr>
              <w:t xml:space="preserve">vol. 48, pp. 1057-1082, 2025. </w:t>
            </w:r>
          </w:p>
        </w:tc>
      </w:tr>
      <w:tr w:rsidR="00AB45E6" w14:paraId="7A9A2D3A" w14:textId="77777777">
        <w:trPr>
          <w:divId w:val="1870025654"/>
          <w:tblCellSpacing w:w="15" w:type="dxa"/>
        </w:trPr>
        <w:tc>
          <w:tcPr>
            <w:tcW w:w="50" w:type="pct"/>
            <w:hideMark/>
          </w:tcPr>
          <w:p w14:paraId="6E6D1C15" w14:textId="77777777" w:rsidR="00AB45E6" w:rsidRDefault="00AB45E6">
            <w:pPr>
              <w:pStyle w:val="Bibliography"/>
              <w:rPr>
                <w:noProof/>
              </w:rPr>
            </w:pPr>
            <w:r>
              <w:rPr>
                <w:noProof/>
              </w:rPr>
              <w:t xml:space="preserve">[2] </w:t>
            </w:r>
          </w:p>
        </w:tc>
        <w:tc>
          <w:tcPr>
            <w:tcW w:w="0" w:type="auto"/>
            <w:hideMark/>
          </w:tcPr>
          <w:p w14:paraId="6ADB5008" w14:textId="77777777" w:rsidR="00AB45E6" w:rsidRDefault="00AB45E6">
            <w:pPr>
              <w:pStyle w:val="Bibliography"/>
              <w:rPr>
                <w:noProof/>
              </w:rPr>
            </w:pPr>
            <w:r>
              <w:rPr>
                <w:noProof/>
              </w:rPr>
              <w:t xml:space="preserve">Aljofey,A; Jiang,Q; Rasool,A; Chen,H; Liu,W; Ou,Q; Wang, Y, “An effective detection approach for phishing websites using URL and HTML features,” </w:t>
            </w:r>
            <w:r>
              <w:rPr>
                <w:i/>
                <w:iCs/>
                <w:noProof/>
              </w:rPr>
              <w:t xml:space="preserve">Scientific Report, </w:t>
            </w:r>
            <w:r>
              <w:rPr>
                <w:noProof/>
              </w:rPr>
              <w:t xml:space="preserve">2022. </w:t>
            </w:r>
          </w:p>
        </w:tc>
      </w:tr>
      <w:tr w:rsidR="00AB45E6" w14:paraId="0AF039B4" w14:textId="77777777">
        <w:trPr>
          <w:divId w:val="1870025654"/>
          <w:tblCellSpacing w:w="15" w:type="dxa"/>
        </w:trPr>
        <w:tc>
          <w:tcPr>
            <w:tcW w:w="50" w:type="pct"/>
            <w:hideMark/>
          </w:tcPr>
          <w:p w14:paraId="07C600B0" w14:textId="77777777" w:rsidR="00AB45E6" w:rsidRDefault="00AB45E6">
            <w:pPr>
              <w:pStyle w:val="Bibliography"/>
              <w:rPr>
                <w:noProof/>
              </w:rPr>
            </w:pPr>
            <w:r>
              <w:rPr>
                <w:noProof/>
              </w:rPr>
              <w:t xml:space="preserve">[3] </w:t>
            </w:r>
          </w:p>
        </w:tc>
        <w:tc>
          <w:tcPr>
            <w:tcW w:w="0" w:type="auto"/>
            <w:hideMark/>
          </w:tcPr>
          <w:p w14:paraId="521501BB" w14:textId="77777777" w:rsidR="00AB45E6" w:rsidRDefault="00AB45E6">
            <w:pPr>
              <w:pStyle w:val="Bibliography"/>
              <w:rPr>
                <w:noProof/>
              </w:rPr>
            </w:pPr>
            <w:r>
              <w:rPr>
                <w:noProof/>
              </w:rPr>
              <w:t xml:space="preserve">Chen,S; Hong,D; Shen,V, “An Experimental Study on Validation Problems with Existing HTML Webpages,” Chiba, 2005. </w:t>
            </w:r>
          </w:p>
        </w:tc>
      </w:tr>
      <w:tr w:rsidR="00AB45E6" w14:paraId="14524328" w14:textId="77777777">
        <w:trPr>
          <w:divId w:val="1870025654"/>
          <w:tblCellSpacing w:w="15" w:type="dxa"/>
        </w:trPr>
        <w:tc>
          <w:tcPr>
            <w:tcW w:w="50" w:type="pct"/>
            <w:hideMark/>
          </w:tcPr>
          <w:p w14:paraId="3CE26EE8" w14:textId="77777777" w:rsidR="00AB45E6" w:rsidRDefault="00AB45E6">
            <w:pPr>
              <w:pStyle w:val="Bibliography"/>
              <w:rPr>
                <w:noProof/>
              </w:rPr>
            </w:pPr>
            <w:r>
              <w:rPr>
                <w:noProof/>
              </w:rPr>
              <w:t xml:space="preserve">[4] </w:t>
            </w:r>
          </w:p>
        </w:tc>
        <w:tc>
          <w:tcPr>
            <w:tcW w:w="0" w:type="auto"/>
            <w:hideMark/>
          </w:tcPr>
          <w:p w14:paraId="55C57CD1" w14:textId="77777777" w:rsidR="00AB45E6" w:rsidRDefault="00AB45E6">
            <w:pPr>
              <w:pStyle w:val="Bibliography"/>
              <w:rPr>
                <w:noProof/>
              </w:rPr>
            </w:pPr>
            <w:r>
              <w:rPr>
                <w:noProof/>
              </w:rPr>
              <w:t xml:space="preserve">H. Shah, “Harnessing Web Accessibility Tools for WCAG 2.1 Migration of a Design System,” in </w:t>
            </w:r>
            <w:r>
              <w:rPr>
                <w:i/>
                <w:iCs/>
                <w:noProof/>
              </w:rPr>
              <w:t>Conference on Computing, Networking, Telecommunications &amp; Engineering Sciences Applications</w:t>
            </w:r>
            <w:r>
              <w:rPr>
                <w:noProof/>
              </w:rPr>
              <w:t xml:space="preserve">, Zagreb, 2023. </w:t>
            </w:r>
          </w:p>
        </w:tc>
      </w:tr>
      <w:tr w:rsidR="00AB45E6" w14:paraId="13351140" w14:textId="77777777">
        <w:trPr>
          <w:divId w:val="1870025654"/>
          <w:tblCellSpacing w:w="15" w:type="dxa"/>
        </w:trPr>
        <w:tc>
          <w:tcPr>
            <w:tcW w:w="50" w:type="pct"/>
            <w:hideMark/>
          </w:tcPr>
          <w:p w14:paraId="32E71838" w14:textId="77777777" w:rsidR="00AB45E6" w:rsidRDefault="00AB45E6">
            <w:pPr>
              <w:pStyle w:val="Bibliography"/>
              <w:rPr>
                <w:noProof/>
              </w:rPr>
            </w:pPr>
            <w:r>
              <w:rPr>
                <w:noProof/>
              </w:rPr>
              <w:t xml:space="preserve">[5] </w:t>
            </w:r>
          </w:p>
        </w:tc>
        <w:tc>
          <w:tcPr>
            <w:tcW w:w="0" w:type="auto"/>
            <w:hideMark/>
          </w:tcPr>
          <w:p w14:paraId="6698E925" w14:textId="77777777" w:rsidR="00AB45E6" w:rsidRDefault="00AB45E6">
            <w:pPr>
              <w:pStyle w:val="Bibliography"/>
              <w:rPr>
                <w:noProof/>
              </w:rPr>
            </w:pPr>
            <w:r>
              <w:rPr>
                <w:noProof/>
              </w:rPr>
              <w:t xml:space="preserve">Huang,S; Wu,X; Li,Y; Chen, Zhang,D; Wei,F, “VisCodex: Unified Multimodal Code Generation via Model Merging,” in </w:t>
            </w:r>
            <w:r>
              <w:rPr>
                <w:i/>
                <w:iCs/>
                <w:noProof/>
              </w:rPr>
              <w:t>ICLR</w:t>
            </w:r>
            <w:r>
              <w:rPr>
                <w:noProof/>
              </w:rPr>
              <w:t xml:space="preserve">, Rio de Janeiro, 2026. </w:t>
            </w:r>
          </w:p>
        </w:tc>
      </w:tr>
    </w:tbl>
    <w:p w14:paraId="75E391CC" w14:textId="77777777" w:rsidR="00AB45E6" w:rsidRDefault="00AB45E6">
      <w:pPr>
        <w:divId w:val="1870025654"/>
        <w:rPr>
          <w:rFonts w:eastAsia="Times New Roman"/>
          <w:noProof/>
        </w:rPr>
      </w:pPr>
    </w:p>
    <w:p w14:paraId="71AB86C0" w14:textId="77777777" w:rsidR="00EC0E6B" w:rsidRDefault="00EC0E6B">
      <w:pPr>
        <w:divId w:val="1870025654"/>
        <w:rPr>
          <w:rFonts w:eastAsia="Times New Roman"/>
          <w:noProof/>
        </w:rPr>
      </w:pPr>
    </w:p>
    <w:p w14:paraId="09052014" w14:textId="77777777" w:rsidR="00EC0E6B" w:rsidRDefault="00EC0E6B">
      <w:pPr>
        <w:divId w:val="1870025654"/>
        <w:rPr>
          <w:rFonts w:eastAsia="Times New Roman"/>
          <w:noProof/>
        </w:rPr>
      </w:pPr>
    </w:p>
    <w:p w14:paraId="047017DC" w14:textId="77777777" w:rsidR="00EC0E6B" w:rsidRDefault="00EC0E6B">
      <w:pPr>
        <w:divId w:val="1870025654"/>
        <w:rPr>
          <w:rFonts w:eastAsia="Times New Roman"/>
          <w:noProof/>
        </w:rPr>
      </w:pPr>
    </w:p>
    <w:p w14:paraId="28432688" w14:textId="77777777" w:rsidR="00EC0E6B" w:rsidRDefault="00EC0E6B">
      <w:pPr>
        <w:divId w:val="1870025654"/>
        <w:rPr>
          <w:rFonts w:eastAsia="Times New Roman"/>
          <w:noProof/>
        </w:rPr>
      </w:pPr>
    </w:p>
    <w:p w14:paraId="69E05F0A" w14:textId="77777777" w:rsidR="00EC0E6B" w:rsidRDefault="00EC0E6B">
      <w:pPr>
        <w:divId w:val="1870025654"/>
        <w:rPr>
          <w:rFonts w:eastAsia="Times New Roman"/>
          <w:noProof/>
        </w:rPr>
      </w:pPr>
    </w:p>
    <w:p w14:paraId="39433AD8" w14:textId="77777777" w:rsidR="00EC0E6B" w:rsidRDefault="00EC0E6B">
      <w:pPr>
        <w:divId w:val="1870025654"/>
        <w:rPr>
          <w:rFonts w:eastAsia="Times New Roman"/>
          <w:noProof/>
        </w:rPr>
      </w:pPr>
    </w:p>
    <w:p w14:paraId="0E84A978" w14:textId="77777777" w:rsidR="00EC0E6B" w:rsidRDefault="00EC0E6B">
      <w:pPr>
        <w:divId w:val="1870025654"/>
        <w:rPr>
          <w:rFonts w:eastAsia="Times New Roman"/>
          <w:noProof/>
        </w:rPr>
      </w:pPr>
    </w:p>
    <w:p w14:paraId="7278988F" w14:textId="77777777" w:rsidR="00EC0E6B" w:rsidRDefault="00EC0E6B">
      <w:pPr>
        <w:divId w:val="1870025654"/>
        <w:rPr>
          <w:rFonts w:eastAsia="Times New Roman"/>
          <w:noProof/>
        </w:rPr>
      </w:pPr>
    </w:p>
    <w:p w14:paraId="63C198A2" w14:textId="77777777" w:rsidR="00EC0E6B" w:rsidRDefault="00EC0E6B">
      <w:pPr>
        <w:divId w:val="1870025654"/>
        <w:rPr>
          <w:rFonts w:eastAsia="Times New Roman"/>
          <w:noProof/>
        </w:rPr>
      </w:pPr>
    </w:p>
    <w:p w14:paraId="27B83522" w14:textId="77777777" w:rsidR="00EC0E6B" w:rsidRDefault="00EC0E6B">
      <w:pPr>
        <w:divId w:val="1870025654"/>
        <w:rPr>
          <w:rFonts w:eastAsia="Times New Roman"/>
          <w:noProof/>
        </w:rPr>
      </w:pPr>
    </w:p>
    <w:p w14:paraId="4F2BCB51" w14:textId="77777777" w:rsidR="00EC0E6B" w:rsidRDefault="00EC0E6B">
      <w:pPr>
        <w:divId w:val="1870025654"/>
        <w:rPr>
          <w:rFonts w:eastAsia="Times New Roman"/>
          <w:noProof/>
        </w:rPr>
      </w:pPr>
    </w:p>
    <w:p w14:paraId="1B33F74D" w14:textId="77777777" w:rsidR="00EC0E6B" w:rsidRDefault="00EC0E6B">
      <w:pPr>
        <w:divId w:val="1870025654"/>
        <w:rPr>
          <w:rFonts w:eastAsia="Times New Roman"/>
          <w:noProof/>
        </w:rPr>
      </w:pPr>
    </w:p>
    <w:p w14:paraId="186EA16D" w14:textId="57DF5C81" w:rsidR="00181C76" w:rsidRDefault="000E59A9">
      <w:r>
        <w:fldChar w:fldCharType="end"/>
      </w:r>
    </w:p>
    <w:p w14:paraId="7C42C680" w14:textId="2817631D" w:rsidR="00840C62" w:rsidRDefault="00EC0E6B" w:rsidP="00EC0E6B">
      <w:pPr>
        <w:pStyle w:val="Heading1"/>
        <w:rPr>
          <w:rStyle w:val="Heading2Char"/>
          <w:b/>
          <w:bCs/>
          <w:color w:val="365F91" w:themeColor="accent1" w:themeShade="BF"/>
          <w:sz w:val="28"/>
          <w:szCs w:val="28"/>
        </w:rPr>
      </w:pPr>
      <w:bookmarkStart w:id="12" w:name="_Toc237604953"/>
      <w:r w:rsidRPr="00EC0E6B">
        <w:rPr>
          <w:rStyle w:val="Heading2Char"/>
          <w:b/>
          <w:bCs/>
          <w:color w:val="365F91" w:themeColor="accent1" w:themeShade="BF"/>
          <w:sz w:val="28"/>
          <w:szCs w:val="28"/>
        </w:rPr>
        <w:lastRenderedPageBreak/>
        <w:t>9</w:t>
      </w:r>
      <w:r w:rsidR="00000000" w:rsidRPr="00EC0E6B">
        <w:rPr>
          <w:rStyle w:val="Heading2Char"/>
          <w:b/>
          <w:bCs/>
          <w:color w:val="365F91" w:themeColor="accent1" w:themeShade="BF"/>
          <w:sz w:val="28"/>
          <w:szCs w:val="28"/>
        </w:rPr>
        <w:t>. Appendices</w:t>
      </w:r>
      <w:bookmarkEnd w:id="12"/>
    </w:p>
    <w:p w14:paraId="106F6AF1" w14:textId="77777777" w:rsidR="00EC0E6B" w:rsidRPr="00EC0E6B" w:rsidRDefault="00EC0E6B" w:rsidP="00EC0E6B"/>
    <w:p w14:paraId="0DB7F582" w14:textId="28C60E51" w:rsidR="009534A4" w:rsidRDefault="009534A4" w:rsidP="009534A4">
      <w:r>
        <w:t>Screenshot 1</w:t>
      </w:r>
    </w:p>
    <w:p w14:paraId="327FB154" w14:textId="403731FA" w:rsidR="009534A4" w:rsidRPr="009534A4" w:rsidRDefault="009534A4" w:rsidP="009534A4">
      <w:r>
        <w:rPr>
          <w:noProof/>
        </w:rPr>
        <w:drawing>
          <wp:inline distT="0" distB="0" distL="0" distR="0" wp14:anchorId="2085132C" wp14:editId="2A13EC45">
            <wp:extent cx="5486068" cy="5581650"/>
            <wp:effectExtent l="228600" t="228600" r="229235" b="228600"/>
            <wp:docPr id="16118640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64003" name="Picture 1611864003"/>
                    <pic:cNvPicPr/>
                  </pic:nvPicPr>
                  <pic:blipFill>
                    <a:blip r:embed="rId35">
                      <a:extLst>
                        <a:ext uri="{28A0092B-C50C-407E-A947-70E740481C1C}">
                          <a14:useLocalDpi xmlns:a14="http://schemas.microsoft.com/office/drawing/2010/main"/>
                        </a:ext>
                      </a:extLst>
                    </a:blip>
                    <a:srcRect l="3993" t="4838" r="31250"/>
                    <a:stretch>
                      <a:fillRect/>
                    </a:stretch>
                  </pic:blipFill>
                  <pic:spPr>
                    <a:xfrm>
                      <a:off x="0" y="0"/>
                      <a:ext cx="5490642" cy="558630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4466CDB" w14:textId="77777777" w:rsidR="00840C62" w:rsidRDefault="00840C62" w:rsidP="009D7768"/>
    <w:p w14:paraId="5B44F1F4" w14:textId="77777777" w:rsidR="00840C62" w:rsidRDefault="00840C62" w:rsidP="009D7768"/>
    <w:p w14:paraId="340A4B3F" w14:textId="77777777" w:rsidR="00840C62" w:rsidRDefault="00840C62" w:rsidP="009D7768"/>
    <w:p w14:paraId="2BDF742D" w14:textId="77777777" w:rsidR="00840C62" w:rsidRDefault="00840C62" w:rsidP="009D7768"/>
    <w:p w14:paraId="76285B6D" w14:textId="09F58AEE" w:rsidR="009D7768" w:rsidRDefault="009534A4" w:rsidP="009D7768">
      <w:r>
        <w:lastRenderedPageBreak/>
        <w:t>Screenshot 2</w:t>
      </w:r>
    </w:p>
    <w:p w14:paraId="03492BCC" w14:textId="272F440C" w:rsidR="009534A4" w:rsidRPr="009D7768" w:rsidRDefault="009534A4" w:rsidP="009D7768">
      <w:r>
        <w:rPr>
          <w:noProof/>
        </w:rPr>
        <w:drawing>
          <wp:inline distT="0" distB="0" distL="0" distR="0" wp14:anchorId="5B525B05" wp14:editId="5B17A76C">
            <wp:extent cx="5486093" cy="5715000"/>
            <wp:effectExtent l="228600" t="228600" r="229235" b="228600"/>
            <wp:docPr id="11056466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646684" name="Picture 1105646684"/>
                    <pic:cNvPicPr/>
                  </pic:nvPicPr>
                  <pic:blipFill>
                    <a:blip r:embed="rId36">
                      <a:extLst>
                        <a:ext uri="{28A0092B-C50C-407E-A947-70E740481C1C}">
                          <a14:useLocalDpi xmlns:a14="http://schemas.microsoft.com/office/drawing/2010/main"/>
                        </a:ext>
                      </a:extLst>
                    </a:blip>
                    <a:srcRect l="4687" t="4516" r="59375"/>
                    <a:stretch>
                      <a:fillRect/>
                    </a:stretch>
                  </pic:blipFill>
                  <pic:spPr>
                    <a:xfrm>
                      <a:off x="0" y="0"/>
                      <a:ext cx="5490008" cy="571907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ADD16E8" w14:textId="77777777" w:rsidR="00840C62" w:rsidRDefault="00840C62" w:rsidP="009D7768"/>
    <w:p w14:paraId="098BED15" w14:textId="77777777" w:rsidR="00840C62" w:rsidRDefault="00840C62" w:rsidP="009D7768"/>
    <w:p w14:paraId="68ED5257" w14:textId="77777777" w:rsidR="00840C62" w:rsidRDefault="00840C62" w:rsidP="009D7768"/>
    <w:p w14:paraId="16E7BD19" w14:textId="77777777" w:rsidR="00840C62" w:rsidRDefault="00840C62" w:rsidP="009D7768"/>
    <w:p w14:paraId="787DF7DB" w14:textId="77777777" w:rsidR="00840C62" w:rsidRDefault="00840C62" w:rsidP="009D7768"/>
    <w:p w14:paraId="28D90BD3" w14:textId="534E28BF" w:rsidR="001E63D4" w:rsidRDefault="001E63D4" w:rsidP="009D7768">
      <w:r>
        <w:lastRenderedPageBreak/>
        <w:t>Screenshot 3</w:t>
      </w:r>
    </w:p>
    <w:p w14:paraId="18804FDF" w14:textId="54C8E6B6" w:rsidR="001E63D4" w:rsidRDefault="001E63D4" w:rsidP="009D7768">
      <w:r>
        <w:rPr>
          <w:noProof/>
        </w:rPr>
        <w:drawing>
          <wp:inline distT="0" distB="0" distL="0" distR="0" wp14:anchorId="3A47BA78" wp14:editId="5C91C591">
            <wp:extent cx="5485919" cy="7286625"/>
            <wp:effectExtent l="228600" t="228600" r="229235" b="219075"/>
            <wp:docPr id="1764728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72838" name="Picture 176472838"/>
                    <pic:cNvPicPr/>
                  </pic:nvPicPr>
                  <pic:blipFill>
                    <a:blip r:embed="rId37">
                      <a:extLst>
                        <a:ext uri="{28A0092B-C50C-407E-A947-70E740481C1C}">
                          <a14:useLocalDpi xmlns:a14="http://schemas.microsoft.com/office/drawing/2010/main"/>
                        </a:ext>
                      </a:extLst>
                    </a:blip>
                    <a:srcRect l="4166" t="3870" r="23784"/>
                    <a:stretch>
                      <a:fillRect/>
                    </a:stretch>
                  </pic:blipFill>
                  <pic:spPr>
                    <a:xfrm>
                      <a:off x="0" y="0"/>
                      <a:ext cx="5487940" cy="728930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C5F8ED5" w14:textId="378AA4EF" w:rsidR="001E63D4" w:rsidRDefault="001E63D4" w:rsidP="009D7768">
      <w:r>
        <w:lastRenderedPageBreak/>
        <w:t>Screenshot 4</w:t>
      </w:r>
    </w:p>
    <w:p w14:paraId="5093122E" w14:textId="03372AEA" w:rsidR="001E63D4" w:rsidRDefault="001E63D4" w:rsidP="009D7768">
      <w:r>
        <w:rPr>
          <w:noProof/>
        </w:rPr>
        <w:drawing>
          <wp:inline distT="0" distB="0" distL="0" distR="0" wp14:anchorId="7675F7F2" wp14:editId="2725BA51">
            <wp:extent cx="5485765" cy="5648325"/>
            <wp:effectExtent l="228600" t="228600" r="229235" b="238125"/>
            <wp:docPr id="1500668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6856" name="Picture 150066856"/>
                    <pic:cNvPicPr/>
                  </pic:nvPicPr>
                  <pic:blipFill>
                    <a:blip r:embed="rId38">
                      <a:extLst>
                        <a:ext uri="{28A0092B-C50C-407E-A947-70E740481C1C}">
                          <a14:useLocalDpi xmlns:a14="http://schemas.microsoft.com/office/drawing/2010/main"/>
                        </a:ext>
                      </a:extLst>
                    </a:blip>
                    <a:srcRect l="3993" t="4516" r="9201"/>
                    <a:stretch>
                      <a:fillRect/>
                    </a:stretch>
                  </pic:blipFill>
                  <pic:spPr>
                    <a:xfrm>
                      <a:off x="0" y="0"/>
                      <a:ext cx="5487808" cy="565042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F8E7AF4" w14:textId="77777777" w:rsidR="001E63D4" w:rsidRDefault="001E63D4" w:rsidP="009D7768"/>
    <w:p w14:paraId="0129493D" w14:textId="77777777" w:rsidR="00840C62" w:rsidRDefault="00840C62" w:rsidP="009D7768"/>
    <w:p w14:paraId="0BAF667F" w14:textId="77777777" w:rsidR="00840C62" w:rsidRDefault="00840C62" w:rsidP="009D7768"/>
    <w:p w14:paraId="6E5A45D3" w14:textId="77777777" w:rsidR="00840C62" w:rsidRDefault="00840C62" w:rsidP="009D7768"/>
    <w:p w14:paraId="5BE7F610" w14:textId="77777777" w:rsidR="00840C62" w:rsidRDefault="00840C62" w:rsidP="009D7768"/>
    <w:p w14:paraId="4AA83B6E" w14:textId="3E2D98A3" w:rsidR="001E63D4" w:rsidRDefault="00840C62" w:rsidP="009D7768">
      <w:r>
        <w:lastRenderedPageBreak/>
        <w:t>SERVICES</w:t>
      </w:r>
    </w:p>
    <w:p w14:paraId="47E3058E" w14:textId="1916ABA9" w:rsidR="00840C62" w:rsidRDefault="00840C62" w:rsidP="009D7768">
      <w:r>
        <w:rPr>
          <w:noProof/>
        </w:rPr>
        <w:drawing>
          <wp:inline distT="0" distB="0" distL="0" distR="0" wp14:anchorId="15C41ED4" wp14:editId="59FF3C73">
            <wp:extent cx="5486400" cy="4697041"/>
            <wp:effectExtent l="228600" t="228600" r="228600" b="237490"/>
            <wp:docPr id="4042932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93219" name="Picture 404293219"/>
                    <pic:cNvPicPr/>
                  </pic:nvPicPr>
                  <pic:blipFill>
                    <a:blip r:embed="rId39">
                      <a:extLst>
                        <a:ext uri="{28A0092B-C50C-407E-A947-70E740481C1C}">
                          <a14:useLocalDpi xmlns:a14="http://schemas.microsoft.com/office/drawing/2010/main"/>
                        </a:ext>
                      </a:extLst>
                    </a:blip>
                    <a:srcRect l="4236" t="8482" r="8613" b="1866"/>
                    <a:stretch>
                      <a:fillRect/>
                    </a:stretch>
                  </pic:blipFill>
                  <pic:spPr>
                    <a:xfrm>
                      <a:off x="0" y="0"/>
                      <a:ext cx="5486400" cy="469704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6293D97" w14:textId="380FA135" w:rsidR="009D7768" w:rsidRDefault="009D7768" w:rsidP="009D7768">
      <w:r>
        <w:t>Appendix 2</w:t>
      </w:r>
    </w:p>
    <w:p w14:paraId="58FD9966" w14:textId="5F3C1279" w:rsidR="009D7768" w:rsidRPr="009D7768" w:rsidRDefault="009D7768" w:rsidP="009D7768">
      <w:r w:rsidRPr="00C77529">
        <w:rPr>
          <w:rFonts w:ascii="Arial" w:hAnsi="Arial" w:cs="Arial"/>
          <w:noProof/>
        </w:rPr>
        <w:lastRenderedPageBreak/>
        <w:drawing>
          <wp:inline distT="0" distB="0" distL="0" distR="0" wp14:anchorId="1E9D9097" wp14:editId="409EACAE">
            <wp:extent cx="5486078" cy="6734175"/>
            <wp:effectExtent l="76200" t="76200" r="133985" b="123825"/>
            <wp:docPr id="13233970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397023" name="Picture 1323397023"/>
                    <pic:cNvPicPr/>
                  </pic:nvPicPr>
                  <pic:blipFill>
                    <a:blip r:embed="rId40">
                      <a:extLst>
                        <a:ext uri="{28A0092B-C50C-407E-A947-70E740481C1C}">
                          <a14:useLocalDpi xmlns:a14="http://schemas.microsoft.com/office/drawing/2010/main"/>
                        </a:ext>
                      </a:extLst>
                    </a:blip>
                    <a:srcRect/>
                    <a:stretch>
                      <a:fillRect/>
                    </a:stretch>
                  </pic:blipFill>
                  <pic:spPr>
                    <a:xfrm>
                      <a:off x="0" y="0"/>
                      <a:ext cx="5489217" cy="67380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9B097D" w14:textId="30E76E23" w:rsidR="0077221D" w:rsidRDefault="0077221D" w:rsidP="00EC0E6B"/>
    <w:p w14:paraId="3993DBE5" w14:textId="66F7644E" w:rsidR="0077221D" w:rsidRDefault="379B9A07" w:rsidP="26364435">
      <w:r>
        <w:rPr>
          <w:noProof/>
        </w:rPr>
        <w:lastRenderedPageBreak/>
        <w:drawing>
          <wp:inline distT="0" distB="0" distL="0" distR="0" wp14:anchorId="5977F845" wp14:editId="482F0E84">
            <wp:extent cx="5581650" cy="5486400"/>
            <wp:effectExtent l="0" t="0" r="0" b="0"/>
            <wp:docPr id="19509410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41032" name="Picture 1950941032"/>
                    <pic:cNvPicPr/>
                  </pic:nvPicPr>
                  <pic:blipFill>
                    <a:blip r:embed="rId41">
                      <a:extLst>
                        <a:ext uri="{28A0092B-C50C-407E-A947-70E740481C1C}">
                          <a14:useLocalDpi xmlns:a14="http://schemas.microsoft.com/office/drawing/2010/main"/>
                        </a:ext>
                      </a:extLst>
                    </a:blip>
                    <a:stretch>
                      <a:fillRect/>
                    </a:stretch>
                  </pic:blipFill>
                  <pic:spPr>
                    <a:xfrm>
                      <a:off x="0" y="0"/>
                      <a:ext cx="5581650" cy="5486400"/>
                    </a:xfrm>
                    <a:prstGeom prst="rect">
                      <a:avLst/>
                    </a:prstGeom>
                  </pic:spPr>
                </pic:pic>
              </a:graphicData>
            </a:graphic>
          </wp:inline>
        </w:drawing>
      </w:r>
      <w:r w:rsidR="2FB558CD" w:rsidRPr="26364435">
        <w:rPr>
          <w:rFonts w:ascii="Consolas" w:eastAsia="Consolas" w:hAnsi="Consolas" w:cs="Consolas"/>
          <w:color w:val="000000" w:themeColor="text1"/>
          <w:sz w:val="20"/>
          <w:szCs w:val="20"/>
        </w:rPr>
        <w:t xml:space="preserve">           </w:t>
      </w:r>
    </w:p>
    <w:p w14:paraId="7AD9E53E" w14:textId="735164E5" w:rsidR="26364435" w:rsidRDefault="26364435" w:rsidP="26364435">
      <w:pPr>
        <w:rPr>
          <w:rFonts w:ascii="Consolas" w:eastAsia="Consolas" w:hAnsi="Consolas" w:cs="Consolas"/>
          <w:color w:val="000000" w:themeColor="text1"/>
          <w:sz w:val="20"/>
          <w:szCs w:val="20"/>
        </w:rPr>
      </w:pPr>
    </w:p>
    <w:p w14:paraId="186B1450" w14:textId="6E4C997E" w:rsidR="26364435" w:rsidRDefault="26364435" w:rsidP="26364435">
      <w:pPr>
        <w:rPr>
          <w:rFonts w:ascii="Consolas" w:eastAsia="Consolas" w:hAnsi="Consolas" w:cs="Consolas"/>
          <w:color w:val="000000" w:themeColor="text1"/>
          <w:sz w:val="20"/>
          <w:szCs w:val="20"/>
        </w:rPr>
      </w:pPr>
    </w:p>
    <w:p w14:paraId="59554C5C" w14:textId="78377F23" w:rsidR="26364435" w:rsidRDefault="26364435" w:rsidP="26364435">
      <w:pPr>
        <w:rPr>
          <w:rFonts w:ascii="Consolas" w:eastAsia="Consolas" w:hAnsi="Consolas" w:cs="Consolas"/>
          <w:color w:val="000000" w:themeColor="text1"/>
          <w:sz w:val="20"/>
          <w:szCs w:val="20"/>
        </w:rPr>
      </w:pPr>
    </w:p>
    <w:p w14:paraId="304D3817" w14:textId="1405457B" w:rsidR="26364435" w:rsidRDefault="26364435" w:rsidP="26364435">
      <w:pPr>
        <w:rPr>
          <w:rFonts w:ascii="Consolas" w:eastAsia="Consolas" w:hAnsi="Consolas" w:cs="Consolas"/>
          <w:color w:val="000000" w:themeColor="text1"/>
          <w:sz w:val="20"/>
          <w:szCs w:val="20"/>
        </w:rPr>
      </w:pPr>
    </w:p>
    <w:p w14:paraId="4465723F" w14:textId="54B77E83" w:rsidR="26364435" w:rsidRDefault="26364435" w:rsidP="26364435">
      <w:pPr>
        <w:rPr>
          <w:rFonts w:ascii="Consolas" w:eastAsia="Consolas" w:hAnsi="Consolas" w:cs="Consolas"/>
          <w:color w:val="000000" w:themeColor="text1"/>
          <w:sz w:val="20"/>
          <w:szCs w:val="20"/>
        </w:rPr>
      </w:pPr>
    </w:p>
    <w:sectPr w:rsidR="26364435" w:rsidSect="00C71D16">
      <w:headerReference w:type="default" r:id="rId42"/>
      <w:footerReference w:type="default" r:id="rId4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55D5D" w14:textId="77777777" w:rsidR="006A7AE4" w:rsidRDefault="006A7AE4">
      <w:pPr>
        <w:spacing w:after="0" w:line="240" w:lineRule="auto"/>
      </w:pPr>
      <w:r>
        <w:separator/>
      </w:r>
    </w:p>
  </w:endnote>
  <w:endnote w:type="continuationSeparator" w:id="0">
    <w:p w14:paraId="1ABA958A" w14:textId="77777777" w:rsidR="006A7AE4" w:rsidRDefault="006A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162751"/>
      <w:docPartObj>
        <w:docPartGallery w:val="Page Numbers (Bottom of Page)"/>
        <w:docPartUnique/>
      </w:docPartObj>
    </w:sdtPr>
    <w:sdtEndPr>
      <w:rPr>
        <w:noProof/>
      </w:rPr>
    </w:sdtEndPr>
    <w:sdtContent>
      <w:p w14:paraId="5BF10586" w14:textId="3F443A8C" w:rsidR="00C52DA3" w:rsidRDefault="00C52D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65A582" w14:textId="7EE14941" w:rsidR="71714F1E" w:rsidRDefault="71714F1E" w:rsidP="71714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44EB1" w14:textId="77777777" w:rsidR="006A7AE4" w:rsidRDefault="006A7AE4">
      <w:pPr>
        <w:spacing w:after="0" w:line="240" w:lineRule="auto"/>
      </w:pPr>
      <w:r>
        <w:separator/>
      </w:r>
    </w:p>
  </w:footnote>
  <w:footnote w:type="continuationSeparator" w:id="0">
    <w:p w14:paraId="34258898" w14:textId="77777777" w:rsidR="006A7AE4" w:rsidRDefault="006A7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71714F1E" w14:paraId="1E93A677" w14:textId="77777777" w:rsidTr="71714F1E">
      <w:trPr>
        <w:trHeight w:val="300"/>
      </w:trPr>
      <w:tc>
        <w:tcPr>
          <w:tcW w:w="2880" w:type="dxa"/>
        </w:tcPr>
        <w:p w14:paraId="236C2BE9" w14:textId="405152EC" w:rsidR="71714F1E" w:rsidRDefault="71714F1E" w:rsidP="71714F1E">
          <w:pPr>
            <w:pStyle w:val="Header"/>
            <w:ind w:left="-115"/>
          </w:pPr>
        </w:p>
      </w:tc>
      <w:tc>
        <w:tcPr>
          <w:tcW w:w="2880" w:type="dxa"/>
        </w:tcPr>
        <w:p w14:paraId="651FF613" w14:textId="5D29883F" w:rsidR="71714F1E" w:rsidRDefault="71714F1E" w:rsidP="71714F1E">
          <w:pPr>
            <w:pStyle w:val="Header"/>
            <w:jc w:val="center"/>
          </w:pPr>
        </w:p>
      </w:tc>
      <w:tc>
        <w:tcPr>
          <w:tcW w:w="2880" w:type="dxa"/>
        </w:tcPr>
        <w:p w14:paraId="09DCBA58" w14:textId="72F4ED3F" w:rsidR="71714F1E" w:rsidRDefault="71714F1E" w:rsidP="71714F1E">
          <w:pPr>
            <w:pStyle w:val="Header"/>
            <w:ind w:right="-115"/>
            <w:jc w:val="right"/>
          </w:pPr>
        </w:p>
      </w:tc>
    </w:tr>
  </w:tbl>
  <w:p w14:paraId="01E4ECEE" w14:textId="4D245CDD" w:rsidR="71714F1E" w:rsidRDefault="71714F1E" w:rsidP="71714F1E">
    <w:pPr>
      <w:pStyle w:val="Header"/>
    </w:pPr>
  </w:p>
</w:hdr>
</file>

<file path=word/intelligence2.xml><?xml version="1.0" encoding="utf-8"?>
<int2:intelligence xmlns:int2="http://schemas.microsoft.com/office/intelligence/2020/intelligence" xmlns:oel="http://schemas.microsoft.com/office/2019/extlst">
  <int2:observations>
    <int2:textHash int2:hashCode="WaJs81L6Mh552X" int2:id="gOtWu6h2">
      <int2:state int2:value="Rejected" int2:type="spell"/>
    </int2:textHash>
    <int2:textHash int2:hashCode="edQaR+j+xVhWpq" int2:id="mVpkF9lc">
      <int2:state int2:value="Rejected" int2:type="spell"/>
    </int2:textHash>
    <int2:bookmark int2:bookmarkName="_Int_VaI8TND0" int2:invalidationBookmarkName="" int2:hashCode="PWyJwdQ9u4zttj" int2:id="3EVCuFa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FB901C3"/>
    <w:multiLevelType w:val="hybridMultilevel"/>
    <w:tmpl w:val="19344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316858"/>
    <w:multiLevelType w:val="hybridMultilevel"/>
    <w:tmpl w:val="36A6E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8AB199"/>
    <w:multiLevelType w:val="hybridMultilevel"/>
    <w:tmpl w:val="839EC850"/>
    <w:lvl w:ilvl="0" w:tplc="34CA93E6">
      <w:start w:val="1"/>
      <w:numFmt w:val="decimal"/>
      <w:lvlText w:val="%1)"/>
      <w:lvlJc w:val="left"/>
      <w:pPr>
        <w:ind w:left="720" w:hanging="360"/>
      </w:pPr>
    </w:lvl>
    <w:lvl w:ilvl="1" w:tplc="832825BC">
      <w:start w:val="1"/>
      <w:numFmt w:val="lowerLetter"/>
      <w:lvlText w:val="%2."/>
      <w:lvlJc w:val="left"/>
      <w:pPr>
        <w:ind w:left="1440" w:hanging="360"/>
      </w:pPr>
    </w:lvl>
    <w:lvl w:ilvl="2" w:tplc="F8766674">
      <w:start w:val="1"/>
      <w:numFmt w:val="lowerRoman"/>
      <w:lvlText w:val="%3."/>
      <w:lvlJc w:val="right"/>
      <w:pPr>
        <w:ind w:left="2160" w:hanging="180"/>
      </w:pPr>
    </w:lvl>
    <w:lvl w:ilvl="3" w:tplc="059C8104">
      <w:start w:val="1"/>
      <w:numFmt w:val="decimal"/>
      <w:lvlText w:val="%4."/>
      <w:lvlJc w:val="left"/>
      <w:pPr>
        <w:ind w:left="2880" w:hanging="360"/>
      </w:pPr>
    </w:lvl>
    <w:lvl w:ilvl="4" w:tplc="D84A29B8">
      <w:start w:val="1"/>
      <w:numFmt w:val="lowerLetter"/>
      <w:lvlText w:val="%5."/>
      <w:lvlJc w:val="left"/>
      <w:pPr>
        <w:ind w:left="3600" w:hanging="360"/>
      </w:pPr>
    </w:lvl>
    <w:lvl w:ilvl="5" w:tplc="EC749EE8">
      <w:start w:val="1"/>
      <w:numFmt w:val="lowerRoman"/>
      <w:lvlText w:val="%6."/>
      <w:lvlJc w:val="right"/>
      <w:pPr>
        <w:ind w:left="4320" w:hanging="180"/>
      </w:pPr>
    </w:lvl>
    <w:lvl w:ilvl="6" w:tplc="D30AD546">
      <w:start w:val="1"/>
      <w:numFmt w:val="decimal"/>
      <w:lvlText w:val="%7."/>
      <w:lvlJc w:val="left"/>
      <w:pPr>
        <w:ind w:left="5040" w:hanging="360"/>
      </w:pPr>
    </w:lvl>
    <w:lvl w:ilvl="7" w:tplc="7020EEC2">
      <w:start w:val="1"/>
      <w:numFmt w:val="lowerLetter"/>
      <w:lvlText w:val="%8."/>
      <w:lvlJc w:val="left"/>
      <w:pPr>
        <w:ind w:left="5760" w:hanging="360"/>
      </w:pPr>
    </w:lvl>
    <w:lvl w:ilvl="8" w:tplc="2B920780">
      <w:start w:val="1"/>
      <w:numFmt w:val="lowerRoman"/>
      <w:lvlText w:val="%9."/>
      <w:lvlJc w:val="right"/>
      <w:pPr>
        <w:ind w:left="6480" w:hanging="180"/>
      </w:pPr>
    </w:lvl>
  </w:abstractNum>
  <w:num w:numId="1" w16cid:durableId="1041251925">
    <w:abstractNumId w:val="11"/>
  </w:num>
  <w:num w:numId="2" w16cid:durableId="932323465">
    <w:abstractNumId w:val="8"/>
  </w:num>
  <w:num w:numId="3" w16cid:durableId="954022378">
    <w:abstractNumId w:val="6"/>
  </w:num>
  <w:num w:numId="4" w16cid:durableId="863403362">
    <w:abstractNumId w:val="5"/>
  </w:num>
  <w:num w:numId="5" w16cid:durableId="1473477683">
    <w:abstractNumId w:val="4"/>
  </w:num>
  <w:num w:numId="6" w16cid:durableId="1537768364">
    <w:abstractNumId w:val="7"/>
  </w:num>
  <w:num w:numId="7" w16cid:durableId="1891958885">
    <w:abstractNumId w:val="3"/>
  </w:num>
  <w:num w:numId="8" w16cid:durableId="243419617">
    <w:abstractNumId w:val="2"/>
  </w:num>
  <w:num w:numId="9" w16cid:durableId="1943758970">
    <w:abstractNumId w:val="1"/>
  </w:num>
  <w:num w:numId="10" w16cid:durableId="1978410993">
    <w:abstractNumId w:val="0"/>
  </w:num>
  <w:num w:numId="11" w16cid:durableId="1396465991">
    <w:abstractNumId w:val="10"/>
  </w:num>
  <w:num w:numId="12" w16cid:durableId="11712134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543"/>
    <w:rsid w:val="00013A53"/>
    <w:rsid w:val="00030CB6"/>
    <w:rsid w:val="00034616"/>
    <w:rsid w:val="00045BC2"/>
    <w:rsid w:val="00053304"/>
    <w:rsid w:val="0006063C"/>
    <w:rsid w:val="00067E7C"/>
    <w:rsid w:val="00071C22"/>
    <w:rsid w:val="00083000"/>
    <w:rsid w:val="00084D92"/>
    <w:rsid w:val="00086C6E"/>
    <w:rsid w:val="0008783D"/>
    <w:rsid w:val="0009352C"/>
    <w:rsid w:val="000B6FE6"/>
    <w:rsid w:val="000C0917"/>
    <w:rsid w:val="000D74DB"/>
    <w:rsid w:val="000E59A9"/>
    <w:rsid w:val="000E7A24"/>
    <w:rsid w:val="000F5A48"/>
    <w:rsid w:val="0012710C"/>
    <w:rsid w:val="001273DC"/>
    <w:rsid w:val="001437CF"/>
    <w:rsid w:val="0015074B"/>
    <w:rsid w:val="00151192"/>
    <w:rsid w:val="001630C9"/>
    <w:rsid w:val="00171FE0"/>
    <w:rsid w:val="00177488"/>
    <w:rsid w:val="001801B7"/>
    <w:rsid w:val="00181C76"/>
    <w:rsid w:val="001827FB"/>
    <w:rsid w:val="00190A1A"/>
    <w:rsid w:val="001A6897"/>
    <w:rsid w:val="001B3267"/>
    <w:rsid w:val="001E63D4"/>
    <w:rsid w:val="001F0DC4"/>
    <w:rsid w:val="0022431A"/>
    <w:rsid w:val="00243623"/>
    <w:rsid w:val="0025063E"/>
    <w:rsid w:val="00257FF6"/>
    <w:rsid w:val="002702D0"/>
    <w:rsid w:val="00291035"/>
    <w:rsid w:val="002944DB"/>
    <w:rsid w:val="0029639D"/>
    <w:rsid w:val="002C46CD"/>
    <w:rsid w:val="002D7B24"/>
    <w:rsid w:val="002F2E65"/>
    <w:rsid w:val="002F7DA9"/>
    <w:rsid w:val="00302400"/>
    <w:rsid w:val="0030485B"/>
    <w:rsid w:val="00315211"/>
    <w:rsid w:val="00323FD2"/>
    <w:rsid w:val="00326F90"/>
    <w:rsid w:val="00352616"/>
    <w:rsid w:val="00362EEA"/>
    <w:rsid w:val="00373FFC"/>
    <w:rsid w:val="00380DE6"/>
    <w:rsid w:val="003812BE"/>
    <w:rsid w:val="00381B07"/>
    <w:rsid w:val="00381BFA"/>
    <w:rsid w:val="00387E57"/>
    <w:rsid w:val="003A78A8"/>
    <w:rsid w:val="003B257D"/>
    <w:rsid w:val="003D0E95"/>
    <w:rsid w:val="003D2624"/>
    <w:rsid w:val="003D6D86"/>
    <w:rsid w:val="003E11B3"/>
    <w:rsid w:val="003F3746"/>
    <w:rsid w:val="003F7483"/>
    <w:rsid w:val="00413BFB"/>
    <w:rsid w:val="004148CF"/>
    <w:rsid w:val="00425447"/>
    <w:rsid w:val="00437A88"/>
    <w:rsid w:val="0045357F"/>
    <w:rsid w:val="00454F28"/>
    <w:rsid w:val="00462415"/>
    <w:rsid w:val="00465BF4"/>
    <w:rsid w:val="00474E7D"/>
    <w:rsid w:val="00491E19"/>
    <w:rsid w:val="004949DE"/>
    <w:rsid w:val="004B16CE"/>
    <w:rsid w:val="004B5992"/>
    <w:rsid w:val="004C13B3"/>
    <w:rsid w:val="004D27A4"/>
    <w:rsid w:val="004F05F4"/>
    <w:rsid w:val="004F22E5"/>
    <w:rsid w:val="005015D8"/>
    <w:rsid w:val="00513448"/>
    <w:rsid w:val="00522EE4"/>
    <w:rsid w:val="00523927"/>
    <w:rsid w:val="0054326A"/>
    <w:rsid w:val="0054729C"/>
    <w:rsid w:val="00567887"/>
    <w:rsid w:val="005724EE"/>
    <w:rsid w:val="0058548C"/>
    <w:rsid w:val="005946C4"/>
    <w:rsid w:val="00594EEF"/>
    <w:rsid w:val="005D6241"/>
    <w:rsid w:val="005D7986"/>
    <w:rsid w:val="005F1E4A"/>
    <w:rsid w:val="005F72EF"/>
    <w:rsid w:val="00611477"/>
    <w:rsid w:val="00614574"/>
    <w:rsid w:val="00620B44"/>
    <w:rsid w:val="00631AE8"/>
    <w:rsid w:val="00635ACC"/>
    <w:rsid w:val="00644454"/>
    <w:rsid w:val="006455CC"/>
    <w:rsid w:val="0065072C"/>
    <w:rsid w:val="0066342E"/>
    <w:rsid w:val="006711DD"/>
    <w:rsid w:val="006718D9"/>
    <w:rsid w:val="00676584"/>
    <w:rsid w:val="006810B4"/>
    <w:rsid w:val="006856FA"/>
    <w:rsid w:val="00687BE7"/>
    <w:rsid w:val="006A2A1F"/>
    <w:rsid w:val="006A7AE4"/>
    <w:rsid w:val="006B7A63"/>
    <w:rsid w:val="006C678C"/>
    <w:rsid w:val="006D22E0"/>
    <w:rsid w:val="006E7388"/>
    <w:rsid w:val="006F2145"/>
    <w:rsid w:val="006F694C"/>
    <w:rsid w:val="007026DE"/>
    <w:rsid w:val="007167AB"/>
    <w:rsid w:val="00745E9A"/>
    <w:rsid w:val="0077221D"/>
    <w:rsid w:val="00783871"/>
    <w:rsid w:val="007937A8"/>
    <w:rsid w:val="007A68B4"/>
    <w:rsid w:val="007B17B9"/>
    <w:rsid w:val="007D7747"/>
    <w:rsid w:val="00812828"/>
    <w:rsid w:val="00825258"/>
    <w:rsid w:val="00833A2E"/>
    <w:rsid w:val="00835DD4"/>
    <w:rsid w:val="008361A4"/>
    <w:rsid w:val="00840C62"/>
    <w:rsid w:val="00852681"/>
    <w:rsid w:val="00852FA8"/>
    <w:rsid w:val="008554F7"/>
    <w:rsid w:val="00873188"/>
    <w:rsid w:val="00874457"/>
    <w:rsid w:val="008A014C"/>
    <w:rsid w:val="008A1660"/>
    <w:rsid w:val="008B7587"/>
    <w:rsid w:val="008D1BE5"/>
    <w:rsid w:val="008D5055"/>
    <w:rsid w:val="00902B10"/>
    <w:rsid w:val="00905087"/>
    <w:rsid w:val="00912CFA"/>
    <w:rsid w:val="009146D0"/>
    <w:rsid w:val="00916B3D"/>
    <w:rsid w:val="009243B6"/>
    <w:rsid w:val="00925FF7"/>
    <w:rsid w:val="009455A3"/>
    <w:rsid w:val="00950AF1"/>
    <w:rsid w:val="009534A4"/>
    <w:rsid w:val="009C28D8"/>
    <w:rsid w:val="009C7D9B"/>
    <w:rsid w:val="009D2280"/>
    <w:rsid w:val="009D3827"/>
    <w:rsid w:val="009D7768"/>
    <w:rsid w:val="009E263D"/>
    <w:rsid w:val="009F22C2"/>
    <w:rsid w:val="00A02B77"/>
    <w:rsid w:val="00A06BB6"/>
    <w:rsid w:val="00A204CA"/>
    <w:rsid w:val="00A44153"/>
    <w:rsid w:val="00A475AB"/>
    <w:rsid w:val="00A505C4"/>
    <w:rsid w:val="00A50AEC"/>
    <w:rsid w:val="00A718D5"/>
    <w:rsid w:val="00A75D7F"/>
    <w:rsid w:val="00A845C5"/>
    <w:rsid w:val="00A90E0A"/>
    <w:rsid w:val="00AA0361"/>
    <w:rsid w:val="00AA1D8D"/>
    <w:rsid w:val="00AB04C0"/>
    <w:rsid w:val="00AB45E6"/>
    <w:rsid w:val="00AB50E6"/>
    <w:rsid w:val="00AD00E7"/>
    <w:rsid w:val="00AD2D68"/>
    <w:rsid w:val="00AD764F"/>
    <w:rsid w:val="00AD7ADB"/>
    <w:rsid w:val="00AE243F"/>
    <w:rsid w:val="00AF701E"/>
    <w:rsid w:val="00B0488F"/>
    <w:rsid w:val="00B275BC"/>
    <w:rsid w:val="00B32789"/>
    <w:rsid w:val="00B32D1F"/>
    <w:rsid w:val="00B42BD3"/>
    <w:rsid w:val="00B47730"/>
    <w:rsid w:val="00B608E2"/>
    <w:rsid w:val="00B6302A"/>
    <w:rsid w:val="00B703F4"/>
    <w:rsid w:val="00B74D2E"/>
    <w:rsid w:val="00B95584"/>
    <w:rsid w:val="00BB2357"/>
    <w:rsid w:val="00BB2ABE"/>
    <w:rsid w:val="00BB4F1A"/>
    <w:rsid w:val="00BDD9A1"/>
    <w:rsid w:val="00BE2102"/>
    <w:rsid w:val="00BF1AEB"/>
    <w:rsid w:val="00BF303D"/>
    <w:rsid w:val="00BF6172"/>
    <w:rsid w:val="00C01614"/>
    <w:rsid w:val="00C03B70"/>
    <w:rsid w:val="00C05027"/>
    <w:rsid w:val="00C253C2"/>
    <w:rsid w:val="00C4450B"/>
    <w:rsid w:val="00C45045"/>
    <w:rsid w:val="00C4712E"/>
    <w:rsid w:val="00C52DA3"/>
    <w:rsid w:val="00C52E24"/>
    <w:rsid w:val="00C54B6F"/>
    <w:rsid w:val="00C55735"/>
    <w:rsid w:val="00C56A10"/>
    <w:rsid w:val="00C66FE9"/>
    <w:rsid w:val="00C71D16"/>
    <w:rsid w:val="00C77529"/>
    <w:rsid w:val="00C904F9"/>
    <w:rsid w:val="00CA05F4"/>
    <w:rsid w:val="00CA5AB9"/>
    <w:rsid w:val="00CA713E"/>
    <w:rsid w:val="00CB0051"/>
    <w:rsid w:val="00CB0664"/>
    <w:rsid w:val="00CB4B13"/>
    <w:rsid w:val="00CB7333"/>
    <w:rsid w:val="00CD1FFE"/>
    <w:rsid w:val="00CD473F"/>
    <w:rsid w:val="00CE65CD"/>
    <w:rsid w:val="00CE7C65"/>
    <w:rsid w:val="00CF3490"/>
    <w:rsid w:val="00D138D6"/>
    <w:rsid w:val="00D25580"/>
    <w:rsid w:val="00D26C81"/>
    <w:rsid w:val="00D27AA5"/>
    <w:rsid w:val="00D404AD"/>
    <w:rsid w:val="00D53803"/>
    <w:rsid w:val="00D53F28"/>
    <w:rsid w:val="00D76E0E"/>
    <w:rsid w:val="00D82EDF"/>
    <w:rsid w:val="00D84256"/>
    <w:rsid w:val="00D846A9"/>
    <w:rsid w:val="00D85186"/>
    <w:rsid w:val="00D920E2"/>
    <w:rsid w:val="00DA1586"/>
    <w:rsid w:val="00DA17E1"/>
    <w:rsid w:val="00DB3358"/>
    <w:rsid w:val="00DB4ADD"/>
    <w:rsid w:val="00DC2209"/>
    <w:rsid w:val="00DC3F2B"/>
    <w:rsid w:val="00DC6C5F"/>
    <w:rsid w:val="00DE0FFA"/>
    <w:rsid w:val="00DF5BF5"/>
    <w:rsid w:val="00E007BF"/>
    <w:rsid w:val="00E027BD"/>
    <w:rsid w:val="00E04279"/>
    <w:rsid w:val="00E10336"/>
    <w:rsid w:val="00E1328B"/>
    <w:rsid w:val="00E273B6"/>
    <w:rsid w:val="00E34454"/>
    <w:rsid w:val="00E34FA2"/>
    <w:rsid w:val="00E37135"/>
    <w:rsid w:val="00E377E6"/>
    <w:rsid w:val="00E80170"/>
    <w:rsid w:val="00EA20F3"/>
    <w:rsid w:val="00EA27CE"/>
    <w:rsid w:val="00EA5EAC"/>
    <w:rsid w:val="00EB2DBB"/>
    <w:rsid w:val="00EB4B04"/>
    <w:rsid w:val="00EC0E6B"/>
    <w:rsid w:val="00EC3AEA"/>
    <w:rsid w:val="00EC7B26"/>
    <w:rsid w:val="00ED0367"/>
    <w:rsid w:val="00EE1B50"/>
    <w:rsid w:val="00EE4689"/>
    <w:rsid w:val="00EE480E"/>
    <w:rsid w:val="00EE6ECF"/>
    <w:rsid w:val="00EEEC64"/>
    <w:rsid w:val="00EF1547"/>
    <w:rsid w:val="00EF7849"/>
    <w:rsid w:val="00F02492"/>
    <w:rsid w:val="00F13D87"/>
    <w:rsid w:val="00F23522"/>
    <w:rsid w:val="00F61972"/>
    <w:rsid w:val="00F66A3D"/>
    <w:rsid w:val="00F9703A"/>
    <w:rsid w:val="00FA20B0"/>
    <w:rsid w:val="00FA27CD"/>
    <w:rsid w:val="00FA70BB"/>
    <w:rsid w:val="00FA750F"/>
    <w:rsid w:val="00FB4485"/>
    <w:rsid w:val="00FC693F"/>
    <w:rsid w:val="00FD744A"/>
    <w:rsid w:val="00FF4C30"/>
    <w:rsid w:val="012BAF1F"/>
    <w:rsid w:val="01985AAE"/>
    <w:rsid w:val="01CAB66A"/>
    <w:rsid w:val="01E6C0D7"/>
    <w:rsid w:val="037DB18E"/>
    <w:rsid w:val="03B7F771"/>
    <w:rsid w:val="03BE84CC"/>
    <w:rsid w:val="03EF4B2E"/>
    <w:rsid w:val="03FFF4AB"/>
    <w:rsid w:val="0406CC81"/>
    <w:rsid w:val="052BBD40"/>
    <w:rsid w:val="055AD559"/>
    <w:rsid w:val="0569177D"/>
    <w:rsid w:val="0592EF81"/>
    <w:rsid w:val="05CBDBB6"/>
    <w:rsid w:val="0627539A"/>
    <w:rsid w:val="0657345F"/>
    <w:rsid w:val="06723909"/>
    <w:rsid w:val="06881E28"/>
    <w:rsid w:val="06C98D35"/>
    <w:rsid w:val="06D31CB4"/>
    <w:rsid w:val="06DDCBB0"/>
    <w:rsid w:val="072AE1FC"/>
    <w:rsid w:val="07D55E5E"/>
    <w:rsid w:val="07E8E63D"/>
    <w:rsid w:val="082A08ED"/>
    <w:rsid w:val="0833DF98"/>
    <w:rsid w:val="0843A8BB"/>
    <w:rsid w:val="08954720"/>
    <w:rsid w:val="09186306"/>
    <w:rsid w:val="0980C7F1"/>
    <w:rsid w:val="09967BED"/>
    <w:rsid w:val="09A33070"/>
    <w:rsid w:val="09BC4BCD"/>
    <w:rsid w:val="0B2EE4C3"/>
    <w:rsid w:val="0B48F037"/>
    <w:rsid w:val="0B638B36"/>
    <w:rsid w:val="0C282FCB"/>
    <w:rsid w:val="0C72EACC"/>
    <w:rsid w:val="0C9891B4"/>
    <w:rsid w:val="0CB75C02"/>
    <w:rsid w:val="0CC1B54C"/>
    <w:rsid w:val="0D9947A9"/>
    <w:rsid w:val="0DA8E80F"/>
    <w:rsid w:val="0DFE1549"/>
    <w:rsid w:val="0E1E1ED0"/>
    <w:rsid w:val="0EA5A212"/>
    <w:rsid w:val="0F223283"/>
    <w:rsid w:val="0F24D41D"/>
    <w:rsid w:val="10163D82"/>
    <w:rsid w:val="1033251E"/>
    <w:rsid w:val="105DEF2B"/>
    <w:rsid w:val="1061FDBF"/>
    <w:rsid w:val="107F943A"/>
    <w:rsid w:val="10D3F6B7"/>
    <w:rsid w:val="110A424E"/>
    <w:rsid w:val="112C72B3"/>
    <w:rsid w:val="117023AF"/>
    <w:rsid w:val="11B0C11E"/>
    <w:rsid w:val="11BEE9A3"/>
    <w:rsid w:val="1229CCEB"/>
    <w:rsid w:val="123ED69C"/>
    <w:rsid w:val="1240F336"/>
    <w:rsid w:val="12421357"/>
    <w:rsid w:val="125579BF"/>
    <w:rsid w:val="126FFB0E"/>
    <w:rsid w:val="12BFE5FD"/>
    <w:rsid w:val="12D008CE"/>
    <w:rsid w:val="12DD8443"/>
    <w:rsid w:val="12F7BDDB"/>
    <w:rsid w:val="13C07372"/>
    <w:rsid w:val="141D9657"/>
    <w:rsid w:val="141DCC95"/>
    <w:rsid w:val="14C7067A"/>
    <w:rsid w:val="152337A6"/>
    <w:rsid w:val="154D64E8"/>
    <w:rsid w:val="162A3F1C"/>
    <w:rsid w:val="16342053"/>
    <w:rsid w:val="16AA1087"/>
    <w:rsid w:val="16F29505"/>
    <w:rsid w:val="1718CE49"/>
    <w:rsid w:val="1819CEB2"/>
    <w:rsid w:val="18278FBE"/>
    <w:rsid w:val="1841724A"/>
    <w:rsid w:val="184F8CFF"/>
    <w:rsid w:val="187F9420"/>
    <w:rsid w:val="18C3696A"/>
    <w:rsid w:val="1906C521"/>
    <w:rsid w:val="19BA01E6"/>
    <w:rsid w:val="1A28815E"/>
    <w:rsid w:val="1A338C64"/>
    <w:rsid w:val="1A5A3E66"/>
    <w:rsid w:val="1ACB1E98"/>
    <w:rsid w:val="1B3198D3"/>
    <w:rsid w:val="1BB17DC3"/>
    <w:rsid w:val="1BC312C0"/>
    <w:rsid w:val="1C0403F1"/>
    <w:rsid w:val="1C3E61B3"/>
    <w:rsid w:val="1C453CEC"/>
    <w:rsid w:val="1C6A7D8E"/>
    <w:rsid w:val="1CA18818"/>
    <w:rsid w:val="1D4AAC58"/>
    <w:rsid w:val="1D96078F"/>
    <w:rsid w:val="1DE3C275"/>
    <w:rsid w:val="1E280A6D"/>
    <w:rsid w:val="1E69B881"/>
    <w:rsid w:val="1EC8E614"/>
    <w:rsid w:val="1F023151"/>
    <w:rsid w:val="1F3CD5CB"/>
    <w:rsid w:val="1F84CE6C"/>
    <w:rsid w:val="200B76CD"/>
    <w:rsid w:val="2017FDFB"/>
    <w:rsid w:val="205F70F4"/>
    <w:rsid w:val="2093C368"/>
    <w:rsid w:val="20AC2DD7"/>
    <w:rsid w:val="20D4E5E4"/>
    <w:rsid w:val="211D1A7A"/>
    <w:rsid w:val="220AEEA5"/>
    <w:rsid w:val="2251DAE9"/>
    <w:rsid w:val="228A9040"/>
    <w:rsid w:val="23047FD4"/>
    <w:rsid w:val="2309B53C"/>
    <w:rsid w:val="2358EA0B"/>
    <w:rsid w:val="235CC899"/>
    <w:rsid w:val="23DB9375"/>
    <w:rsid w:val="242F601F"/>
    <w:rsid w:val="249B263E"/>
    <w:rsid w:val="24D47521"/>
    <w:rsid w:val="24D63469"/>
    <w:rsid w:val="2506CE5C"/>
    <w:rsid w:val="252033BF"/>
    <w:rsid w:val="255600F9"/>
    <w:rsid w:val="26002582"/>
    <w:rsid w:val="2604F145"/>
    <w:rsid w:val="260647F9"/>
    <w:rsid w:val="26364435"/>
    <w:rsid w:val="26620D12"/>
    <w:rsid w:val="26AFFD58"/>
    <w:rsid w:val="26BF6927"/>
    <w:rsid w:val="26D0A3E3"/>
    <w:rsid w:val="2726512B"/>
    <w:rsid w:val="272B0924"/>
    <w:rsid w:val="272CF058"/>
    <w:rsid w:val="277A6945"/>
    <w:rsid w:val="279DC63E"/>
    <w:rsid w:val="27AB2ABB"/>
    <w:rsid w:val="27C4731D"/>
    <w:rsid w:val="27E444A3"/>
    <w:rsid w:val="27FD02AD"/>
    <w:rsid w:val="28ABEE71"/>
    <w:rsid w:val="28B274EC"/>
    <w:rsid w:val="28DF6786"/>
    <w:rsid w:val="290D8346"/>
    <w:rsid w:val="29266355"/>
    <w:rsid w:val="29722765"/>
    <w:rsid w:val="29AD2A62"/>
    <w:rsid w:val="29B05746"/>
    <w:rsid w:val="2A9637BD"/>
    <w:rsid w:val="2AA261F8"/>
    <w:rsid w:val="2AF5EED4"/>
    <w:rsid w:val="2B1FC8E1"/>
    <w:rsid w:val="2B53C6E4"/>
    <w:rsid w:val="2B6A197D"/>
    <w:rsid w:val="2B9804A5"/>
    <w:rsid w:val="2C1BB4FF"/>
    <w:rsid w:val="2C5C052E"/>
    <w:rsid w:val="2CB27788"/>
    <w:rsid w:val="2CEF4462"/>
    <w:rsid w:val="2D43FC0A"/>
    <w:rsid w:val="2D5EA73B"/>
    <w:rsid w:val="2D65248D"/>
    <w:rsid w:val="2D691672"/>
    <w:rsid w:val="2D7695AA"/>
    <w:rsid w:val="2E48E68A"/>
    <w:rsid w:val="2EDFD5C7"/>
    <w:rsid w:val="2EFBFF5A"/>
    <w:rsid w:val="2F127F4F"/>
    <w:rsid w:val="2F13B698"/>
    <w:rsid w:val="2F1FD51C"/>
    <w:rsid w:val="2FB558CD"/>
    <w:rsid w:val="2FF2F89B"/>
    <w:rsid w:val="30527AFD"/>
    <w:rsid w:val="30575E14"/>
    <w:rsid w:val="30740838"/>
    <w:rsid w:val="3090C167"/>
    <w:rsid w:val="30C8E517"/>
    <w:rsid w:val="30F31380"/>
    <w:rsid w:val="3109143F"/>
    <w:rsid w:val="318FE953"/>
    <w:rsid w:val="31A1E39B"/>
    <w:rsid w:val="31BA1DA9"/>
    <w:rsid w:val="31C89439"/>
    <w:rsid w:val="31E640B8"/>
    <w:rsid w:val="31E879FD"/>
    <w:rsid w:val="33D87F89"/>
    <w:rsid w:val="347A4D3E"/>
    <w:rsid w:val="3489A5D2"/>
    <w:rsid w:val="349D1505"/>
    <w:rsid w:val="34DA1DF3"/>
    <w:rsid w:val="350B5954"/>
    <w:rsid w:val="353590CF"/>
    <w:rsid w:val="36857E8C"/>
    <w:rsid w:val="368B54B9"/>
    <w:rsid w:val="36A7C1E4"/>
    <w:rsid w:val="36BC9AD4"/>
    <w:rsid w:val="36D0C6A7"/>
    <w:rsid w:val="36FB32EE"/>
    <w:rsid w:val="3721F0A7"/>
    <w:rsid w:val="376D3B2C"/>
    <w:rsid w:val="379B9A07"/>
    <w:rsid w:val="37B736AB"/>
    <w:rsid w:val="390F12CB"/>
    <w:rsid w:val="39373AD1"/>
    <w:rsid w:val="398DB9ED"/>
    <w:rsid w:val="3A1480F4"/>
    <w:rsid w:val="3A337F1E"/>
    <w:rsid w:val="3A54A490"/>
    <w:rsid w:val="3A7DBF89"/>
    <w:rsid w:val="3AB3FAB1"/>
    <w:rsid w:val="3AC28B0E"/>
    <w:rsid w:val="3AC2CDC4"/>
    <w:rsid w:val="3B367FC2"/>
    <w:rsid w:val="3B80F7BE"/>
    <w:rsid w:val="3C26C621"/>
    <w:rsid w:val="3C38D8E1"/>
    <w:rsid w:val="3C44E0CD"/>
    <w:rsid w:val="3C8D5BD1"/>
    <w:rsid w:val="3C9DF74F"/>
    <w:rsid w:val="3CA4E774"/>
    <w:rsid w:val="3CAF4E36"/>
    <w:rsid w:val="3CDF7F3F"/>
    <w:rsid w:val="3D2C0CBC"/>
    <w:rsid w:val="3D3A3796"/>
    <w:rsid w:val="3D3D7E7F"/>
    <w:rsid w:val="3D5B13BD"/>
    <w:rsid w:val="3D7C75B7"/>
    <w:rsid w:val="3D8B7F08"/>
    <w:rsid w:val="3E24A627"/>
    <w:rsid w:val="3E6ED49A"/>
    <w:rsid w:val="3EC15EFB"/>
    <w:rsid w:val="3ECAC1B7"/>
    <w:rsid w:val="3EE0CEE3"/>
    <w:rsid w:val="3EF5F8C7"/>
    <w:rsid w:val="3F28ADC1"/>
    <w:rsid w:val="3FC6597D"/>
    <w:rsid w:val="3FD00950"/>
    <w:rsid w:val="40106F56"/>
    <w:rsid w:val="40AAB8EB"/>
    <w:rsid w:val="40C842EC"/>
    <w:rsid w:val="41078F47"/>
    <w:rsid w:val="413BE1D1"/>
    <w:rsid w:val="416D17C8"/>
    <w:rsid w:val="41BB538D"/>
    <w:rsid w:val="41CF87A9"/>
    <w:rsid w:val="41ECD41A"/>
    <w:rsid w:val="42230861"/>
    <w:rsid w:val="42627C50"/>
    <w:rsid w:val="426A8902"/>
    <w:rsid w:val="42D2C8A6"/>
    <w:rsid w:val="42E60BAB"/>
    <w:rsid w:val="435814CF"/>
    <w:rsid w:val="4374B85C"/>
    <w:rsid w:val="43A73175"/>
    <w:rsid w:val="43B4F17A"/>
    <w:rsid w:val="43EC2068"/>
    <w:rsid w:val="43FB5051"/>
    <w:rsid w:val="44F22095"/>
    <w:rsid w:val="455732FE"/>
    <w:rsid w:val="456C8314"/>
    <w:rsid w:val="4646D138"/>
    <w:rsid w:val="46677D4B"/>
    <w:rsid w:val="46A8922C"/>
    <w:rsid w:val="46D56461"/>
    <w:rsid w:val="46DB1F79"/>
    <w:rsid w:val="4734FD70"/>
    <w:rsid w:val="47E20A93"/>
    <w:rsid w:val="48268724"/>
    <w:rsid w:val="4852D104"/>
    <w:rsid w:val="4874EABB"/>
    <w:rsid w:val="48835A70"/>
    <w:rsid w:val="488AD3DE"/>
    <w:rsid w:val="48D7219F"/>
    <w:rsid w:val="49001DE7"/>
    <w:rsid w:val="495C8482"/>
    <w:rsid w:val="49DE4CE3"/>
    <w:rsid w:val="4A6176B4"/>
    <w:rsid w:val="4A65CDD7"/>
    <w:rsid w:val="4A6B7A16"/>
    <w:rsid w:val="4AB74209"/>
    <w:rsid w:val="4B27AD2E"/>
    <w:rsid w:val="4B59BCF2"/>
    <w:rsid w:val="4B6F6A86"/>
    <w:rsid w:val="4B99C8E1"/>
    <w:rsid w:val="4C22DC90"/>
    <w:rsid w:val="4C5A5829"/>
    <w:rsid w:val="4C6075A4"/>
    <w:rsid w:val="4C74E44A"/>
    <w:rsid w:val="4CBEC09F"/>
    <w:rsid w:val="4CCB4802"/>
    <w:rsid w:val="4CD20D1A"/>
    <w:rsid w:val="4CEEBE94"/>
    <w:rsid w:val="4D061E83"/>
    <w:rsid w:val="4D20677A"/>
    <w:rsid w:val="4D21971F"/>
    <w:rsid w:val="4D441302"/>
    <w:rsid w:val="4E476FBA"/>
    <w:rsid w:val="4E9C5B47"/>
    <w:rsid w:val="4EBBB437"/>
    <w:rsid w:val="4EEE8453"/>
    <w:rsid w:val="4FACD071"/>
    <w:rsid w:val="50724BB8"/>
    <w:rsid w:val="50DADF62"/>
    <w:rsid w:val="50F3961E"/>
    <w:rsid w:val="50F97A55"/>
    <w:rsid w:val="511D581A"/>
    <w:rsid w:val="513881F3"/>
    <w:rsid w:val="51A2BE7E"/>
    <w:rsid w:val="51A3D9FD"/>
    <w:rsid w:val="51C00481"/>
    <w:rsid w:val="52384F19"/>
    <w:rsid w:val="52475D57"/>
    <w:rsid w:val="528383FA"/>
    <w:rsid w:val="5296508D"/>
    <w:rsid w:val="52FEA910"/>
    <w:rsid w:val="532323DD"/>
    <w:rsid w:val="533D3F06"/>
    <w:rsid w:val="53455AEF"/>
    <w:rsid w:val="537572A7"/>
    <w:rsid w:val="5444CCFB"/>
    <w:rsid w:val="5460E5DA"/>
    <w:rsid w:val="550B486A"/>
    <w:rsid w:val="5543023F"/>
    <w:rsid w:val="556B4EEF"/>
    <w:rsid w:val="55D71EA1"/>
    <w:rsid w:val="55F5F84E"/>
    <w:rsid w:val="55FBD77C"/>
    <w:rsid w:val="55FFE9FF"/>
    <w:rsid w:val="562CE77E"/>
    <w:rsid w:val="56779F92"/>
    <w:rsid w:val="56911E35"/>
    <w:rsid w:val="56B46E9F"/>
    <w:rsid w:val="57130A79"/>
    <w:rsid w:val="57842D31"/>
    <w:rsid w:val="5796A010"/>
    <w:rsid w:val="57D2701F"/>
    <w:rsid w:val="580DD339"/>
    <w:rsid w:val="5818FF3C"/>
    <w:rsid w:val="5885878D"/>
    <w:rsid w:val="58F43731"/>
    <w:rsid w:val="596477E9"/>
    <w:rsid w:val="599E9E3C"/>
    <w:rsid w:val="5A164BA7"/>
    <w:rsid w:val="5A611AA4"/>
    <w:rsid w:val="5A73E0C3"/>
    <w:rsid w:val="5B092A0F"/>
    <w:rsid w:val="5B1DF19B"/>
    <w:rsid w:val="5B7FC967"/>
    <w:rsid w:val="5BA521EF"/>
    <w:rsid w:val="5BABA72D"/>
    <w:rsid w:val="5BD5D55A"/>
    <w:rsid w:val="5BE4B1B4"/>
    <w:rsid w:val="5BF3D708"/>
    <w:rsid w:val="5C31FB89"/>
    <w:rsid w:val="5C82151D"/>
    <w:rsid w:val="5CBA4AC7"/>
    <w:rsid w:val="5CCAEF47"/>
    <w:rsid w:val="5CF12A69"/>
    <w:rsid w:val="5D038159"/>
    <w:rsid w:val="5D0AC605"/>
    <w:rsid w:val="5D3ED8F1"/>
    <w:rsid w:val="5D56D890"/>
    <w:rsid w:val="5D646844"/>
    <w:rsid w:val="5D769B2F"/>
    <w:rsid w:val="5DA1A0EF"/>
    <w:rsid w:val="5DA2B99A"/>
    <w:rsid w:val="5DBE9159"/>
    <w:rsid w:val="5E7A6711"/>
    <w:rsid w:val="5ED58497"/>
    <w:rsid w:val="5F17EDB2"/>
    <w:rsid w:val="5F241122"/>
    <w:rsid w:val="5F8C4B37"/>
    <w:rsid w:val="5FDEF335"/>
    <w:rsid w:val="60339E01"/>
    <w:rsid w:val="608A7CA6"/>
    <w:rsid w:val="60CD717F"/>
    <w:rsid w:val="60D1E3F5"/>
    <w:rsid w:val="614C8B88"/>
    <w:rsid w:val="618C90A4"/>
    <w:rsid w:val="61A70EF6"/>
    <w:rsid w:val="61F74151"/>
    <w:rsid w:val="6201B310"/>
    <w:rsid w:val="620B0047"/>
    <w:rsid w:val="622C52CC"/>
    <w:rsid w:val="62B65027"/>
    <w:rsid w:val="62BC3482"/>
    <w:rsid w:val="62CEF2A2"/>
    <w:rsid w:val="62DF7ADC"/>
    <w:rsid w:val="62E5DCC5"/>
    <w:rsid w:val="630520EC"/>
    <w:rsid w:val="6327936A"/>
    <w:rsid w:val="635A2415"/>
    <w:rsid w:val="63DDB684"/>
    <w:rsid w:val="641F817B"/>
    <w:rsid w:val="646AFF7B"/>
    <w:rsid w:val="646E2A11"/>
    <w:rsid w:val="647B8111"/>
    <w:rsid w:val="64D1BAAB"/>
    <w:rsid w:val="651A52C0"/>
    <w:rsid w:val="65487F80"/>
    <w:rsid w:val="657AD089"/>
    <w:rsid w:val="65A1DA77"/>
    <w:rsid w:val="65BD5FF4"/>
    <w:rsid w:val="65BDB3DE"/>
    <w:rsid w:val="65FC9C5B"/>
    <w:rsid w:val="6634676D"/>
    <w:rsid w:val="6670C99E"/>
    <w:rsid w:val="66A3D6D2"/>
    <w:rsid w:val="67028C29"/>
    <w:rsid w:val="6742A388"/>
    <w:rsid w:val="674EE7DF"/>
    <w:rsid w:val="6781572D"/>
    <w:rsid w:val="67D7A2C4"/>
    <w:rsid w:val="681688C5"/>
    <w:rsid w:val="68AEF87F"/>
    <w:rsid w:val="68C08995"/>
    <w:rsid w:val="69406A56"/>
    <w:rsid w:val="6957B20B"/>
    <w:rsid w:val="698AB1D5"/>
    <w:rsid w:val="69D7B388"/>
    <w:rsid w:val="69F024D0"/>
    <w:rsid w:val="6A15104E"/>
    <w:rsid w:val="6B1C0FEB"/>
    <w:rsid w:val="6B2DFAD4"/>
    <w:rsid w:val="6B32B73C"/>
    <w:rsid w:val="6B725C66"/>
    <w:rsid w:val="6B7F6405"/>
    <w:rsid w:val="6B83210A"/>
    <w:rsid w:val="6B984643"/>
    <w:rsid w:val="6C270770"/>
    <w:rsid w:val="6C61F32B"/>
    <w:rsid w:val="6D027023"/>
    <w:rsid w:val="6DC47D15"/>
    <w:rsid w:val="6E06EB4A"/>
    <w:rsid w:val="6E1FCE96"/>
    <w:rsid w:val="6E28ACD9"/>
    <w:rsid w:val="6E3856A6"/>
    <w:rsid w:val="6E5BFFEA"/>
    <w:rsid w:val="6E5C2667"/>
    <w:rsid w:val="6F0D798E"/>
    <w:rsid w:val="6F11815A"/>
    <w:rsid w:val="6F71B064"/>
    <w:rsid w:val="6F8306DD"/>
    <w:rsid w:val="6FB4507E"/>
    <w:rsid w:val="6FDDBE6F"/>
    <w:rsid w:val="704E7807"/>
    <w:rsid w:val="706E2F91"/>
    <w:rsid w:val="70720CA1"/>
    <w:rsid w:val="7087C16D"/>
    <w:rsid w:val="70C52F67"/>
    <w:rsid w:val="70DD6022"/>
    <w:rsid w:val="7102DB84"/>
    <w:rsid w:val="71075EC8"/>
    <w:rsid w:val="71242635"/>
    <w:rsid w:val="71714F1E"/>
    <w:rsid w:val="719D8EEB"/>
    <w:rsid w:val="71AF4AC0"/>
    <w:rsid w:val="71B3FB52"/>
    <w:rsid w:val="71CE9DD3"/>
    <w:rsid w:val="71ED1482"/>
    <w:rsid w:val="721DDE16"/>
    <w:rsid w:val="723BC55C"/>
    <w:rsid w:val="72B904D2"/>
    <w:rsid w:val="72F7D42B"/>
    <w:rsid w:val="72F86222"/>
    <w:rsid w:val="73677328"/>
    <w:rsid w:val="737DAB69"/>
    <w:rsid w:val="737FA4E1"/>
    <w:rsid w:val="73B050ED"/>
    <w:rsid w:val="73EC8F93"/>
    <w:rsid w:val="743AB954"/>
    <w:rsid w:val="744D3049"/>
    <w:rsid w:val="745365EA"/>
    <w:rsid w:val="748074C4"/>
    <w:rsid w:val="74CD6AE1"/>
    <w:rsid w:val="74F24FD4"/>
    <w:rsid w:val="7509CBE4"/>
    <w:rsid w:val="75209A7B"/>
    <w:rsid w:val="75974473"/>
    <w:rsid w:val="7639A4F1"/>
    <w:rsid w:val="765C2349"/>
    <w:rsid w:val="7674BD50"/>
    <w:rsid w:val="76A56305"/>
    <w:rsid w:val="76AF5E65"/>
    <w:rsid w:val="77262FBC"/>
    <w:rsid w:val="7735B34D"/>
    <w:rsid w:val="775F68CF"/>
    <w:rsid w:val="779D2922"/>
    <w:rsid w:val="78314D39"/>
    <w:rsid w:val="787A0633"/>
    <w:rsid w:val="78A25070"/>
    <w:rsid w:val="78D21723"/>
    <w:rsid w:val="78FA5314"/>
    <w:rsid w:val="7904C633"/>
    <w:rsid w:val="79EB00C8"/>
    <w:rsid w:val="7A0D1F9B"/>
    <w:rsid w:val="7A3D777F"/>
    <w:rsid w:val="7A520090"/>
    <w:rsid w:val="7ACB2A77"/>
    <w:rsid w:val="7AE656A9"/>
    <w:rsid w:val="7AEF9DBA"/>
    <w:rsid w:val="7AF42F70"/>
    <w:rsid w:val="7B39C8A4"/>
    <w:rsid w:val="7B3C75C3"/>
    <w:rsid w:val="7B664949"/>
    <w:rsid w:val="7B6BEA53"/>
    <w:rsid w:val="7B8EE860"/>
    <w:rsid w:val="7BAB5720"/>
    <w:rsid w:val="7BC19C9E"/>
    <w:rsid w:val="7BF0F423"/>
    <w:rsid w:val="7C97E037"/>
    <w:rsid w:val="7CCD5FF1"/>
    <w:rsid w:val="7CE49A11"/>
    <w:rsid w:val="7D3D45C8"/>
    <w:rsid w:val="7D8C31E3"/>
    <w:rsid w:val="7D9E3E83"/>
    <w:rsid w:val="7E19B0DA"/>
    <w:rsid w:val="7E2DC979"/>
    <w:rsid w:val="7E5039C3"/>
    <w:rsid w:val="7F292DF7"/>
    <w:rsid w:val="7F2B5535"/>
    <w:rsid w:val="7F34058E"/>
    <w:rsid w:val="7F77B9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9489D0"/>
  <w14:defaultImageDpi w14:val="300"/>
  <w15:docId w15:val="{6DE7C189-A538-4FB1-ADA7-43B043F1C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3"/>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8"/>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26364435"/>
    <w:rPr>
      <w:color w:val="0000FF"/>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Bibliography">
    <w:name w:val="Bibliography"/>
    <w:basedOn w:val="Normal"/>
    <w:next w:val="Normal"/>
    <w:uiPriority w:val="37"/>
    <w:unhideWhenUsed/>
    <w:rsid w:val="000E59A9"/>
  </w:style>
  <w:style w:type="character" w:styleId="UnresolvedMention">
    <w:name w:val="Unresolved Mention"/>
    <w:basedOn w:val="DefaultParagraphFont"/>
    <w:uiPriority w:val="99"/>
    <w:semiHidden/>
    <w:unhideWhenUsed/>
    <w:rsid w:val="004B16CE"/>
    <w:rPr>
      <w:color w:val="605E5C"/>
      <w:shd w:val="clear" w:color="auto" w:fill="E1DFDD"/>
    </w:rPr>
  </w:style>
  <w:style w:type="character" w:customStyle="1" w:styleId="NoSpacingChar">
    <w:name w:val="No Spacing Char"/>
    <w:basedOn w:val="DefaultParagraphFont"/>
    <w:link w:val="NoSpacing"/>
    <w:uiPriority w:val="1"/>
    <w:rsid w:val="00C71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896053">
      <w:bodyDiv w:val="1"/>
      <w:marLeft w:val="0"/>
      <w:marRight w:val="0"/>
      <w:marTop w:val="0"/>
      <w:marBottom w:val="0"/>
      <w:divBdr>
        <w:top w:val="none" w:sz="0" w:space="0" w:color="auto"/>
        <w:left w:val="none" w:sz="0" w:space="0" w:color="auto"/>
        <w:bottom w:val="none" w:sz="0" w:space="0" w:color="auto"/>
        <w:right w:val="none" w:sz="0" w:space="0" w:color="auto"/>
      </w:divBdr>
    </w:div>
    <w:div w:id="374472897">
      <w:bodyDiv w:val="1"/>
      <w:marLeft w:val="0"/>
      <w:marRight w:val="0"/>
      <w:marTop w:val="0"/>
      <w:marBottom w:val="0"/>
      <w:divBdr>
        <w:top w:val="none" w:sz="0" w:space="0" w:color="auto"/>
        <w:left w:val="none" w:sz="0" w:space="0" w:color="auto"/>
        <w:bottom w:val="none" w:sz="0" w:space="0" w:color="auto"/>
        <w:right w:val="none" w:sz="0" w:space="0" w:color="auto"/>
      </w:divBdr>
    </w:div>
    <w:div w:id="572204520">
      <w:bodyDiv w:val="1"/>
      <w:marLeft w:val="0"/>
      <w:marRight w:val="0"/>
      <w:marTop w:val="0"/>
      <w:marBottom w:val="0"/>
      <w:divBdr>
        <w:top w:val="none" w:sz="0" w:space="0" w:color="auto"/>
        <w:left w:val="none" w:sz="0" w:space="0" w:color="auto"/>
        <w:bottom w:val="none" w:sz="0" w:space="0" w:color="auto"/>
        <w:right w:val="none" w:sz="0" w:space="0" w:color="auto"/>
      </w:divBdr>
    </w:div>
    <w:div w:id="875194207">
      <w:bodyDiv w:val="1"/>
      <w:marLeft w:val="0"/>
      <w:marRight w:val="0"/>
      <w:marTop w:val="0"/>
      <w:marBottom w:val="0"/>
      <w:divBdr>
        <w:top w:val="none" w:sz="0" w:space="0" w:color="auto"/>
        <w:left w:val="none" w:sz="0" w:space="0" w:color="auto"/>
        <w:bottom w:val="none" w:sz="0" w:space="0" w:color="auto"/>
        <w:right w:val="none" w:sz="0" w:space="0" w:color="auto"/>
      </w:divBdr>
    </w:div>
    <w:div w:id="1071006218">
      <w:bodyDiv w:val="1"/>
      <w:marLeft w:val="0"/>
      <w:marRight w:val="0"/>
      <w:marTop w:val="0"/>
      <w:marBottom w:val="0"/>
      <w:divBdr>
        <w:top w:val="none" w:sz="0" w:space="0" w:color="auto"/>
        <w:left w:val="none" w:sz="0" w:space="0" w:color="auto"/>
        <w:bottom w:val="none" w:sz="0" w:space="0" w:color="auto"/>
        <w:right w:val="none" w:sz="0" w:space="0" w:color="auto"/>
      </w:divBdr>
    </w:div>
    <w:div w:id="1128742792">
      <w:bodyDiv w:val="1"/>
      <w:marLeft w:val="0"/>
      <w:marRight w:val="0"/>
      <w:marTop w:val="0"/>
      <w:marBottom w:val="0"/>
      <w:divBdr>
        <w:top w:val="none" w:sz="0" w:space="0" w:color="auto"/>
        <w:left w:val="none" w:sz="0" w:space="0" w:color="auto"/>
        <w:bottom w:val="none" w:sz="0" w:space="0" w:color="auto"/>
        <w:right w:val="none" w:sz="0" w:space="0" w:color="auto"/>
      </w:divBdr>
    </w:div>
    <w:div w:id="1180268927">
      <w:bodyDiv w:val="1"/>
      <w:marLeft w:val="0"/>
      <w:marRight w:val="0"/>
      <w:marTop w:val="0"/>
      <w:marBottom w:val="0"/>
      <w:divBdr>
        <w:top w:val="none" w:sz="0" w:space="0" w:color="auto"/>
        <w:left w:val="none" w:sz="0" w:space="0" w:color="auto"/>
        <w:bottom w:val="none" w:sz="0" w:space="0" w:color="auto"/>
        <w:right w:val="none" w:sz="0" w:space="0" w:color="auto"/>
      </w:divBdr>
    </w:div>
    <w:div w:id="1232960127">
      <w:bodyDiv w:val="1"/>
      <w:marLeft w:val="0"/>
      <w:marRight w:val="0"/>
      <w:marTop w:val="0"/>
      <w:marBottom w:val="0"/>
      <w:divBdr>
        <w:top w:val="none" w:sz="0" w:space="0" w:color="auto"/>
        <w:left w:val="none" w:sz="0" w:space="0" w:color="auto"/>
        <w:bottom w:val="none" w:sz="0" w:space="0" w:color="auto"/>
        <w:right w:val="none" w:sz="0" w:space="0" w:color="auto"/>
      </w:divBdr>
    </w:div>
    <w:div w:id="1388798035">
      <w:bodyDiv w:val="1"/>
      <w:marLeft w:val="0"/>
      <w:marRight w:val="0"/>
      <w:marTop w:val="0"/>
      <w:marBottom w:val="0"/>
      <w:divBdr>
        <w:top w:val="none" w:sz="0" w:space="0" w:color="auto"/>
        <w:left w:val="none" w:sz="0" w:space="0" w:color="auto"/>
        <w:bottom w:val="none" w:sz="0" w:space="0" w:color="auto"/>
        <w:right w:val="none" w:sz="0" w:space="0" w:color="auto"/>
      </w:divBdr>
    </w:div>
    <w:div w:id="1510213913">
      <w:bodyDiv w:val="1"/>
      <w:marLeft w:val="0"/>
      <w:marRight w:val="0"/>
      <w:marTop w:val="0"/>
      <w:marBottom w:val="0"/>
      <w:divBdr>
        <w:top w:val="none" w:sz="0" w:space="0" w:color="auto"/>
        <w:left w:val="none" w:sz="0" w:space="0" w:color="auto"/>
        <w:bottom w:val="none" w:sz="0" w:space="0" w:color="auto"/>
        <w:right w:val="none" w:sz="0" w:space="0" w:color="auto"/>
      </w:divBdr>
    </w:div>
    <w:div w:id="1691836932">
      <w:bodyDiv w:val="1"/>
      <w:marLeft w:val="0"/>
      <w:marRight w:val="0"/>
      <w:marTop w:val="0"/>
      <w:marBottom w:val="0"/>
      <w:divBdr>
        <w:top w:val="none" w:sz="0" w:space="0" w:color="auto"/>
        <w:left w:val="none" w:sz="0" w:space="0" w:color="auto"/>
        <w:bottom w:val="none" w:sz="0" w:space="0" w:color="auto"/>
        <w:right w:val="none" w:sz="0" w:space="0" w:color="auto"/>
      </w:divBdr>
    </w:div>
    <w:div w:id="1721048966">
      <w:bodyDiv w:val="1"/>
      <w:marLeft w:val="0"/>
      <w:marRight w:val="0"/>
      <w:marTop w:val="0"/>
      <w:marBottom w:val="0"/>
      <w:divBdr>
        <w:top w:val="none" w:sz="0" w:space="0" w:color="auto"/>
        <w:left w:val="none" w:sz="0" w:space="0" w:color="auto"/>
        <w:bottom w:val="none" w:sz="0" w:space="0" w:color="auto"/>
        <w:right w:val="none" w:sz="0" w:space="0" w:color="auto"/>
      </w:divBdr>
    </w:div>
    <w:div w:id="1848791397">
      <w:bodyDiv w:val="1"/>
      <w:marLeft w:val="0"/>
      <w:marRight w:val="0"/>
      <w:marTop w:val="0"/>
      <w:marBottom w:val="0"/>
      <w:divBdr>
        <w:top w:val="none" w:sz="0" w:space="0" w:color="auto"/>
        <w:left w:val="none" w:sz="0" w:space="0" w:color="auto"/>
        <w:bottom w:val="none" w:sz="0" w:space="0" w:color="auto"/>
        <w:right w:val="none" w:sz="0" w:space="0" w:color="auto"/>
      </w:divBdr>
    </w:div>
    <w:div w:id="1870025654">
      <w:bodyDiv w:val="1"/>
      <w:marLeft w:val="0"/>
      <w:marRight w:val="0"/>
      <w:marTop w:val="0"/>
      <w:marBottom w:val="0"/>
      <w:divBdr>
        <w:top w:val="none" w:sz="0" w:space="0" w:color="auto"/>
        <w:left w:val="none" w:sz="0" w:space="0" w:color="auto"/>
        <w:bottom w:val="none" w:sz="0" w:space="0" w:color="auto"/>
        <w:right w:val="none" w:sz="0" w:space="0" w:color="auto"/>
      </w:divBdr>
    </w:div>
    <w:div w:id="1971670008">
      <w:bodyDiv w:val="1"/>
      <w:marLeft w:val="0"/>
      <w:marRight w:val="0"/>
      <w:marTop w:val="0"/>
      <w:marBottom w:val="0"/>
      <w:divBdr>
        <w:top w:val="none" w:sz="0" w:space="0" w:color="auto"/>
        <w:left w:val="none" w:sz="0" w:space="0" w:color="auto"/>
        <w:bottom w:val="none" w:sz="0" w:space="0" w:color="auto"/>
        <w:right w:val="none" w:sz="0" w:space="0" w:color="auto"/>
      </w:divBdr>
    </w:div>
    <w:div w:id="2002732512">
      <w:bodyDiv w:val="1"/>
      <w:marLeft w:val="0"/>
      <w:marRight w:val="0"/>
      <w:marTop w:val="0"/>
      <w:marBottom w:val="0"/>
      <w:divBdr>
        <w:top w:val="none" w:sz="0" w:space="0" w:color="auto"/>
        <w:left w:val="none" w:sz="0" w:space="0" w:color="auto"/>
        <w:bottom w:val="none" w:sz="0" w:space="0" w:color="auto"/>
        <w:right w:val="none" w:sz="0" w:space="0" w:color="auto"/>
      </w:divBdr>
    </w:div>
    <w:div w:id="2087339264">
      <w:bodyDiv w:val="1"/>
      <w:marLeft w:val="0"/>
      <w:marRight w:val="0"/>
      <w:marTop w:val="0"/>
      <w:marBottom w:val="0"/>
      <w:divBdr>
        <w:top w:val="none" w:sz="0" w:space="0" w:color="auto"/>
        <w:left w:val="none" w:sz="0" w:space="0" w:color="auto"/>
        <w:bottom w:val="none" w:sz="0" w:space="0" w:color="auto"/>
        <w:right w:val="none" w:sz="0" w:space="0" w:color="auto"/>
      </w:divBdr>
    </w:div>
    <w:div w:id="2127845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validator.w3.org/" TargetMode="External"/><Relationship Id="rId26" Type="http://schemas.openxmlformats.org/officeDocument/2006/relationships/image" Target="media/image13.png"/><Relationship Id="rId39" Type="http://schemas.openxmlformats.org/officeDocument/2006/relationships/image" Target="media/image25.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jigsaw.w3.org/css-validator"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7.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diabetes.org.uk" TargetMode="External"/><Relationship Id="rId35" Type="http://schemas.openxmlformats.org/officeDocument/2006/relationships/image" Target="media/image21.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10" ma:contentTypeDescription="Create a new document." ma:contentTypeScope="" ma:versionID="ff792ac21bafe19cd525413b66b40cef">
  <xsd:schema xmlns:xsd="http://www.w3.org/2001/XMLSchema" xmlns:xs="http://www.w3.org/2001/XMLSchema" xmlns:p="http://schemas.microsoft.com/office/2006/metadata/properties" xmlns:ns3="295d9055-6e6f-4fed-aaa1-e2183dd25008" targetNamespace="http://schemas.microsoft.com/office/2006/metadata/properties" ma:root="true" ma:fieldsID="b054aef4a2b0760704d1c43b11a7b698"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Abd25</b:Tag>
    <b:SourceType>JournalArticle</b:SourceType>
    <b:Guid>{169C6770-A3AE-462A-BD8E-E807E30D239B}</b:Guid>
    <b:Author>
      <b:Author>
        <b:Corporate>Abdelmalek,M; Apovian,C; Balapattabi,K; Bannuru,R; Barb,D; Bardsley,J; Beverly,E</b:Corporate>
      </b:Author>
    </b:Author>
    <b:Title>Metabolic Dysfunction-Associated Steatotic Liver Disease (MASLD) in People With Diabetes:</b:Title>
    <b:JournalName>Diabetes Care</b:JournalName>
    <b:Year>2025</b:Year>
    <b:Pages>1057-1082</b:Pages>
    <b:Volume>48</b:Volume>
    <b:RefOrder>1</b:RefOrder>
  </b:Source>
  <b:Source>
    <b:Tag>Alj22</b:Tag>
    <b:SourceType>JournalArticle</b:SourceType>
    <b:Guid>{531FB1FF-2E7B-4350-9FBD-50D743D1C7DD}</b:Guid>
    <b:Author>
      <b:Author>
        <b:Corporate>Aljofey,A; Jiang,Q; Rasool,A; Chen,H;  Liu,W; Ou,Q;  Wang, Y</b:Corporate>
      </b:Author>
    </b:Author>
    <b:Title>An effective detection approach for phishing websites using URL and HTML features</b:Title>
    <b:JournalName>Scientific Report</b:JournalName>
    <b:Year>2022</b:Year>
    <b:RefOrder>2</b:RefOrder>
  </b:Source>
  <b:Source>
    <b:Tag>Hua26</b:Tag>
    <b:SourceType>ConferenceProceedings</b:SourceType>
    <b:Guid>{833E6730-7C95-4864-8163-2C279C0CC977}</b:Guid>
    <b:Title>VisCodex: Unified Multimodal Code Generation via Model Merging</b:Title>
    <b:Year>2026</b:Year>
    <b:Author>
      <b:Author>
        <b:Corporate>Huang,S; Wu,X; Li,Y;  Chen, Zhang,D;  Wei,F</b:Corporate>
      </b:Author>
    </b:Author>
    <b:ConferenceName>ICLR</b:ConferenceName>
    <b:City>Rio de Janeiro</b:City>
    <b:RefOrder>5</b:RefOrder>
  </b:Source>
  <b:Source>
    <b:Tag>Che05</b:Tag>
    <b:SourceType>ConferenceProceedings</b:SourceType>
    <b:Guid>{921E4B62-8CBE-42D6-AAFA-2EA7892512E5}</b:Guid>
    <b:Author>
      <b:Author>
        <b:Corporate>Chen,S; Hong,D; Shen,V</b:Corporate>
      </b:Author>
    </b:Author>
    <b:Title>An Experimental Study on Validation Problems with Existing HTML Webpages</b:Title>
    <b:Year>2005</b:Year>
    <b:City>Chiba</b:City>
    <b:RefOrder>3</b:RefOrder>
  </b:Source>
  <b:Source>
    <b:Tag>Sha23</b:Tag>
    <b:SourceType>ConferenceProceedings</b:SourceType>
    <b:Guid>{DFD1050E-8894-4B64-A1D3-357BEACB6041}</b:Guid>
    <b:Author>
      <b:Author>
        <b:NameList>
          <b:Person>
            <b:Last>Shah</b:Last>
            <b:First>H</b:First>
          </b:Person>
        </b:NameList>
      </b:Author>
    </b:Author>
    <b:Title>Harnessing Web Accessibility Tools for WCAG 2.1 Migration of a Design System</b:Title>
    <b:Year>2023</b:Year>
    <b:ConferenceName> Conference on Computing, Networking, Telecommunications &amp; Engineering Sciences Applications</b:ConferenceName>
    <b:City>Zagreb</b:Cit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4666FC-C0A7-41EE-938D-5A611A6DB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227B0B-8D7A-444F-A199-07FFC8894149}">
  <ds:schemaRefs>
    <ds:schemaRef ds:uri="http://schemas.microsoft.com/office/2006/metadata/properties"/>
    <ds:schemaRef ds:uri="http://schemas.microsoft.com/office/infopath/2007/PartnerControls"/>
    <ds:schemaRef ds:uri="295d9055-6e6f-4fed-aaa1-e2183dd25008"/>
  </ds:schemaRefs>
</ds:datastoreItem>
</file>

<file path=customXml/itemProps4.xml><?xml version="1.0" encoding="utf-8"?>
<ds:datastoreItem xmlns:ds="http://schemas.openxmlformats.org/officeDocument/2006/customXml" ds:itemID="{6108E741-EF41-4EAD-89EF-1CBD1098BD96}">
  <ds:schemaRefs>
    <ds:schemaRef ds:uri="http://schemas.microsoft.com/sharepoint/v3/contenttype/forms"/>
  </ds:schemaRefs>
</ds:datastoreItem>
</file>

<file path=customXml/itemProps5.xml><?xml version="1.0" encoding="utf-8"?>
<ds:datastoreItem xmlns:ds="http://schemas.openxmlformats.org/officeDocument/2006/customXml" ds:itemID="{ADFEDA12-3805-42C9-B463-77EB722B1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799</TotalTime>
  <Pages>1</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ACCA4023</vt:lpstr>
    </vt:vector>
  </TitlesOfParts>
  <Manager/>
  <Company/>
  <LinksUpToDate>false</LinksUpToDate>
  <CharactersWithSpaces>13386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ACCA4023</dc:title>
  <dc:subject/>
  <dc:creator/>
  <cp:keywords/>
  <dc:description>generated by python-docx</dc:description>
  <cp:lastModifiedBy>Jay Leenganuth Boodhun (2531572)</cp:lastModifiedBy>
  <cp:revision>66</cp:revision>
  <dcterms:created xsi:type="dcterms:W3CDTF">2026-08-13T13:05:00Z</dcterms:created>
  <dcterms:modified xsi:type="dcterms:W3CDTF">2026-08-14T12:14:00Z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