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DS 1 – My Digital Life</w:t>
      </w:r>
    </w:p>
    <w:p>
      <w:pPr>
        <w:pStyle w:val="Heading2"/>
      </w:pPr>
      <w:r>
        <w:t>Screenshot 1</w:t>
      </w:r>
    </w:p>
    <w:p>
      <w:r>
        <w:drawing>
          <wp:inline xmlns:a="http://schemas.openxmlformats.org/drawingml/2006/main" xmlns:pic="http://schemas.openxmlformats.org/drawingml/2006/picture">
            <wp:extent cx="3474720" cy="7514495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68EA09C9-0CE4-479A-887A-6BDB2BC937F4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7514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This screenshot shows Google Maps, which I use to navigate, find places and plan journeys.</w:t>
      </w:r>
    </w:p>
    <w:p>
      <w:pPr>
        <w:pStyle w:val="Heading2"/>
      </w:pPr>
      <w:r>
        <w:t>Screenshot 2</w:t>
      </w:r>
    </w:p>
    <w:p>
      <w:r>
        <w:drawing>
          <wp:inline xmlns:a="http://schemas.openxmlformats.org/drawingml/2006/main" xmlns:pic="http://schemas.openxmlformats.org/drawingml/2006/picture">
            <wp:extent cx="3474720" cy="7514495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9C4A6F0-26AB-4490-AB96-52864AB0DE38.jpe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7514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This screenshot shows my ride history. I use transport apps to travel and manage my journeys.</w:t>
      </w:r>
    </w:p>
    <w:p>
      <w:pPr>
        <w:pStyle w:val="Heading2"/>
      </w:pPr>
      <w:r>
        <w:t>Screenshot 3</w:t>
      </w:r>
    </w:p>
    <w:p>
      <w:r>
        <w:drawing>
          <wp:inline xmlns:a="http://schemas.openxmlformats.org/drawingml/2006/main" xmlns:pic="http://schemas.openxmlformats.org/drawingml/2006/picture">
            <wp:extent cx="3474720" cy="7514495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5A36CF9C-C7AB-4DDF-B92D-A23237B135DC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7514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This screenshot shows a WhatsApp conversation. I use messaging apps to communicate with friends and family.</w:t>
      </w:r>
    </w:p>
    <w:p>
      <w:pPr>
        <w:pStyle w:val="Heading2"/>
      </w:pPr>
      <w:r>
        <w:t>Screenshot 4</w:t>
      </w:r>
    </w:p>
    <w:p>
      <w:r>
        <w:drawing>
          <wp:inline xmlns:a="http://schemas.openxmlformats.org/drawingml/2006/main" xmlns:pic="http://schemas.openxmlformats.org/drawingml/2006/picture">
            <wp:extent cx="3474720" cy="7514495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1372885-149C-4AF0-A8BD-A16E49D3032D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7514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This screenshot shows my digital calendar. I use it to organise meetings and remember important events.</w:t>
      </w:r>
    </w:p>
    <w:p>
      <w:pPr>
        <w:pStyle w:val="Heading2"/>
      </w:pPr>
      <w:r>
        <w:t>My Short Reflection</w:t>
      </w:r>
    </w:p>
    <w:p>
      <w:r>
        <w:t>I use digital tools every day for work, communication and travel. Google Maps helps me find locations and plan routes. Messaging apps help me stay in touch with family and friends. I also use digital calendars to organise my schedule and remember important meetings. I feel confident using most digital applications, but I would like to improve my digital skills even more. Digital technology makes my daily life easier and more efficient. I hope this module will help me become more confident and productive when using digital tools.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