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D30E1" w14:textId="1F9E795C" w:rsidR="00BB6E82" w:rsidRPr="00F012EF" w:rsidRDefault="00BB6E82" w:rsidP="00BB6E82">
      <w:pPr>
        <w:jc w:val="center"/>
        <w:rPr>
          <w:rFonts w:ascii="Arial" w:hAnsi="Arial" w:cs="Arial"/>
          <w:b/>
          <w:bCs/>
          <w:i/>
          <w:iCs/>
          <w:sz w:val="24"/>
          <w:szCs w:val="24"/>
        </w:rPr>
      </w:pPr>
      <w:bookmarkStart w:id="0" w:name="OLE_LINK2"/>
      <w:r w:rsidRPr="00F012EF">
        <w:rPr>
          <w:rFonts w:ascii="Arial" w:hAnsi="Arial" w:cs="Arial"/>
          <w:b/>
          <w:bCs/>
          <w:i/>
          <w:iCs/>
          <w:sz w:val="24"/>
          <w:szCs w:val="24"/>
        </w:rPr>
        <w:t>University of Wales Trinity Saint David</w:t>
      </w:r>
    </w:p>
    <w:p w14:paraId="03491CA1" w14:textId="77777777" w:rsidR="00DC7A03" w:rsidRPr="00BB6E82" w:rsidRDefault="00854C1A" w:rsidP="00BB6E82">
      <w:pPr>
        <w:jc w:val="center"/>
        <w:rPr>
          <w:rFonts w:ascii="Arial" w:hAnsi="Arial" w:cs="Arial"/>
          <w:b/>
          <w:bCs/>
          <w:i/>
          <w:iCs/>
          <w:sz w:val="36"/>
          <w:szCs w:val="36"/>
          <w:u w:val="single"/>
        </w:rPr>
      </w:pPr>
      <w:r>
        <w:rPr>
          <w:rFonts w:ascii="Arial" w:hAnsi="Arial" w:cs="Arial"/>
          <w:b/>
          <w:bCs/>
          <w:i/>
          <w:iCs/>
          <w:sz w:val="36"/>
          <w:szCs w:val="36"/>
          <w:u w:val="single"/>
        </w:rPr>
        <w:t>Netw</w:t>
      </w:r>
      <w:r w:rsidR="007E3DB3">
        <w:rPr>
          <w:rFonts w:ascii="Arial" w:hAnsi="Arial" w:cs="Arial"/>
          <w:b/>
          <w:bCs/>
          <w:i/>
          <w:iCs/>
          <w:sz w:val="36"/>
          <w:szCs w:val="36"/>
          <w:u w:val="single"/>
        </w:rPr>
        <w:t>o</w:t>
      </w:r>
      <w:r>
        <w:rPr>
          <w:rFonts w:ascii="Arial" w:hAnsi="Arial" w:cs="Arial"/>
          <w:b/>
          <w:bCs/>
          <w:i/>
          <w:iCs/>
          <w:sz w:val="36"/>
          <w:szCs w:val="36"/>
          <w:u w:val="single"/>
        </w:rPr>
        <w:t>rk Operating Systems and Services</w:t>
      </w:r>
    </w:p>
    <w:p w14:paraId="26DC0DC1" w14:textId="77777777" w:rsidR="007C270F" w:rsidRPr="00854C1A" w:rsidRDefault="007C270F" w:rsidP="00BB6E82">
      <w:pPr>
        <w:jc w:val="center"/>
        <w:rPr>
          <w:rFonts w:ascii="Arial" w:hAnsi="Arial" w:cs="Arial"/>
          <w:b/>
          <w:bCs/>
          <w:i/>
          <w:iCs/>
          <w:sz w:val="36"/>
          <w:szCs w:val="36"/>
          <w:u w:val="single"/>
          <w:lang w:val="en-GB"/>
        </w:rPr>
      </w:pPr>
    </w:p>
    <w:p w14:paraId="6308609B" w14:textId="77777777" w:rsidR="00BB6E82" w:rsidRPr="00BB6E82" w:rsidRDefault="00BB6E82" w:rsidP="00BB6E82">
      <w:pPr>
        <w:jc w:val="center"/>
        <w:rPr>
          <w:rFonts w:ascii="Arial" w:hAnsi="Arial" w:cs="Arial"/>
          <w:b/>
          <w:bCs/>
          <w:sz w:val="32"/>
          <w:szCs w:val="32"/>
        </w:rPr>
      </w:pPr>
    </w:p>
    <w:p w14:paraId="70671A11" w14:textId="6C4381FA" w:rsidR="00BB6E82" w:rsidRPr="001908ED" w:rsidRDefault="00854C1A" w:rsidP="001908ED">
      <w:pPr>
        <w:pStyle w:val="p1"/>
        <w:rPr>
          <w:rFonts w:ascii="Arial" w:hAnsi="Arial" w:cs="Arial"/>
          <w:b/>
          <w:bCs/>
          <w:sz w:val="32"/>
          <w:szCs w:val="32"/>
        </w:rPr>
      </w:pPr>
      <w:r>
        <w:rPr>
          <w:rStyle w:val="s1"/>
          <w:rFonts w:ascii="Arial" w:hAnsi="Arial" w:cs="Arial"/>
          <w:b/>
          <w:bCs/>
          <w:sz w:val="32"/>
          <w:szCs w:val="32"/>
        </w:rPr>
        <w:t xml:space="preserve">   </w:t>
      </w:r>
      <w:r w:rsidRPr="00854C1A">
        <w:rPr>
          <w:rStyle w:val="s1"/>
          <w:rFonts w:ascii="Arial" w:hAnsi="Arial" w:cs="Arial"/>
          <w:b/>
          <w:bCs/>
          <w:sz w:val="32"/>
          <w:szCs w:val="32"/>
        </w:rPr>
        <w:t>Configure and Manage the Virtualised Enterprise Network</w:t>
      </w:r>
    </w:p>
    <w:p w14:paraId="3E6002CD" w14:textId="77777777" w:rsidR="00BB6E82" w:rsidRPr="00BB6E82" w:rsidRDefault="00BB6E82" w:rsidP="00BB6E82">
      <w:pPr>
        <w:spacing w:line="360" w:lineRule="auto"/>
        <w:jc w:val="center"/>
        <w:rPr>
          <w:rFonts w:ascii="Arial" w:hAnsi="Arial" w:cs="Arial"/>
          <w:sz w:val="24"/>
          <w:szCs w:val="24"/>
        </w:rPr>
      </w:pPr>
    </w:p>
    <w:p w14:paraId="66F7E982" w14:textId="2CE8EAC1" w:rsidR="00F04511" w:rsidRDefault="001908ED" w:rsidP="00BB6E82">
      <w:pPr>
        <w:spacing w:line="360" w:lineRule="auto"/>
        <w:jc w:val="right"/>
        <w:rPr>
          <w:rFonts w:ascii="Arial" w:hAnsi="Arial" w:cs="Arial"/>
          <w:b/>
          <w:bCs/>
          <w:sz w:val="24"/>
          <w:szCs w:val="24"/>
        </w:rPr>
      </w:pPr>
      <w:r>
        <w:rPr>
          <w:rFonts w:ascii="Arial" w:hAnsi="Arial" w:cs="Arial"/>
          <w:b/>
          <w:bCs/>
          <w:i/>
          <w:iCs/>
          <w:noProof/>
          <w:sz w:val="24"/>
          <w:szCs w:val="24"/>
        </w:rPr>
        <w:drawing>
          <wp:inline distT="0" distB="0" distL="0" distR="0" wp14:anchorId="7E82BF42" wp14:editId="4093628B">
            <wp:extent cx="6130344" cy="4224018"/>
            <wp:effectExtent l="0" t="0" r="3810" b="5715"/>
            <wp:docPr id="7051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15838" name="Picture 70515838"/>
                    <pic:cNvPicPr/>
                  </pic:nvPicPr>
                  <pic:blipFill>
                    <a:blip r:embed="rId8"/>
                    <a:stretch>
                      <a:fillRect/>
                    </a:stretch>
                  </pic:blipFill>
                  <pic:spPr>
                    <a:xfrm>
                      <a:off x="0" y="0"/>
                      <a:ext cx="6292187" cy="4335534"/>
                    </a:xfrm>
                    <a:prstGeom prst="rect">
                      <a:avLst/>
                    </a:prstGeom>
                  </pic:spPr>
                </pic:pic>
              </a:graphicData>
            </a:graphic>
          </wp:inline>
        </w:drawing>
      </w:r>
    </w:p>
    <w:p w14:paraId="47DDE005" w14:textId="77777777" w:rsidR="001908ED" w:rsidRDefault="001908ED" w:rsidP="001908ED">
      <w:pPr>
        <w:spacing w:line="360" w:lineRule="auto"/>
        <w:jc w:val="right"/>
        <w:rPr>
          <w:rFonts w:ascii="Arial" w:hAnsi="Arial" w:cs="Arial"/>
          <w:b/>
          <w:bCs/>
          <w:sz w:val="24"/>
          <w:szCs w:val="24"/>
        </w:rPr>
      </w:pPr>
    </w:p>
    <w:p w14:paraId="25E809B1" w14:textId="77777777" w:rsidR="001908ED" w:rsidRPr="00BB6E82" w:rsidRDefault="001908ED" w:rsidP="001908ED">
      <w:pPr>
        <w:spacing w:line="360" w:lineRule="auto"/>
        <w:jc w:val="right"/>
        <w:rPr>
          <w:rFonts w:ascii="Arial" w:hAnsi="Arial" w:cs="Arial"/>
          <w:b/>
          <w:bCs/>
          <w:sz w:val="24"/>
          <w:szCs w:val="24"/>
        </w:rPr>
      </w:pPr>
      <w:r w:rsidRPr="00BB6E82">
        <w:rPr>
          <w:rFonts w:ascii="Arial" w:hAnsi="Arial" w:cs="Arial"/>
          <w:b/>
          <w:bCs/>
          <w:sz w:val="24"/>
          <w:szCs w:val="24"/>
        </w:rPr>
        <w:t>Student: Alexandr Iancovschi</w:t>
      </w:r>
    </w:p>
    <w:p w14:paraId="51C89807" w14:textId="77777777" w:rsidR="001908ED" w:rsidRPr="00BB6E82" w:rsidRDefault="001908ED" w:rsidP="001908ED">
      <w:pPr>
        <w:spacing w:line="360" w:lineRule="auto"/>
        <w:jc w:val="right"/>
        <w:rPr>
          <w:rFonts w:ascii="Arial" w:hAnsi="Arial" w:cs="Arial"/>
          <w:b/>
          <w:bCs/>
          <w:sz w:val="24"/>
          <w:szCs w:val="24"/>
        </w:rPr>
      </w:pPr>
      <w:r w:rsidRPr="00BB6E82">
        <w:rPr>
          <w:rFonts w:ascii="Arial" w:hAnsi="Arial" w:cs="Arial"/>
          <w:b/>
          <w:bCs/>
          <w:sz w:val="24"/>
          <w:szCs w:val="24"/>
        </w:rPr>
        <w:t xml:space="preserve">Student ID: </w:t>
      </w:r>
      <w:r w:rsidRPr="00BB6E82">
        <w:rPr>
          <w:rFonts w:ascii="Arial" w:hAnsi="Arial" w:cs="Arial"/>
          <w:b/>
          <w:bCs/>
          <w:sz w:val="24"/>
          <w:szCs w:val="24"/>
          <w:u w:val="single"/>
        </w:rPr>
        <w:t>2423378</w:t>
      </w:r>
    </w:p>
    <w:p w14:paraId="0FDB17F7" w14:textId="77FA4F14" w:rsidR="00584C5B" w:rsidRPr="00BB6E82" w:rsidRDefault="001908ED" w:rsidP="001908ED">
      <w:pPr>
        <w:spacing w:line="360" w:lineRule="auto"/>
        <w:jc w:val="right"/>
        <w:rPr>
          <w:rFonts w:ascii="Arial" w:hAnsi="Arial" w:cs="Arial"/>
          <w:b/>
          <w:bCs/>
          <w:sz w:val="24"/>
          <w:szCs w:val="24"/>
          <w:u w:val="single"/>
        </w:rPr>
      </w:pPr>
      <w:r w:rsidRPr="00BB6E82">
        <w:rPr>
          <w:rFonts w:ascii="Arial" w:hAnsi="Arial" w:cs="Arial"/>
          <w:b/>
          <w:bCs/>
          <w:sz w:val="24"/>
          <w:szCs w:val="24"/>
        </w:rPr>
        <w:t xml:space="preserve">Date: </w:t>
      </w:r>
      <w:r>
        <w:rPr>
          <w:rFonts w:ascii="Arial" w:hAnsi="Arial" w:cs="Arial"/>
          <w:b/>
          <w:bCs/>
          <w:sz w:val="24"/>
          <w:szCs w:val="24"/>
          <w:u w:val="single"/>
        </w:rPr>
        <w:t>16</w:t>
      </w:r>
      <w:r w:rsidRPr="00BB6E82">
        <w:rPr>
          <w:rFonts w:ascii="Arial" w:hAnsi="Arial" w:cs="Arial"/>
          <w:b/>
          <w:bCs/>
          <w:sz w:val="24"/>
          <w:szCs w:val="24"/>
          <w:u w:val="single"/>
        </w:rPr>
        <w:t>.</w:t>
      </w:r>
      <w:r>
        <w:rPr>
          <w:rFonts w:ascii="Arial" w:hAnsi="Arial" w:cs="Arial"/>
          <w:b/>
          <w:bCs/>
          <w:sz w:val="24"/>
          <w:szCs w:val="24"/>
          <w:u w:val="single"/>
        </w:rPr>
        <w:t>04</w:t>
      </w:r>
      <w:r w:rsidRPr="00BB6E82">
        <w:rPr>
          <w:rFonts w:ascii="Arial" w:hAnsi="Arial" w:cs="Arial"/>
          <w:b/>
          <w:bCs/>
          <w:sz w:val="24"/>
          <w:szCs w:val="24"/>
          <w:u w:val="single"/>
        </w:rPr>
        <w:t>.202</w:t>
      </w:r>
      <w:r>
        <w:rPr>
          <w:rFonts w:ascii="Arial" w:hAnsi="Arial" w:cs="Arial"/>
          <w:b/>
          <w:bCs/>
          <w:sz w:val="24"/>
          <w:szCs w:val="24"/>
          <w:u w:val="single"/>
        </w:rPr>
        <w:t>6</w:t>
      </w:r>
    </w:p>
    <w:sdt>
      <w:sdtPr>
        <w:rPr>
          <w:rFonts w:asciiTheme="minorHAnsi" w:eastAsiaTheme="minorEastAsia" w:hAnsiTheme="minorHAnsi" w:cstheme="minorBidi"/>
          <w:b w:val="0"/>
          <w:bCs w:val="0"/>
          <w:color w:val="auto"/>
          <w:sz w:val="22"/>
          <w:szCs w:val="22"/>
        </w:rPr>
        <w:id w:val="2011325975"/>
        <w:docPartObj>
          <w:docPartGallery w:val="Table of Contents"/>
          <w:docPartUnique/>
        </w:docPartObj>
      </w:sdtPr>
      <w:sdtEndPr>
        <w:rPr>
          <w:noProof/>
        </w:rPr>
      </w:sdtEndPr>
      <w:sdtContent>
        <w:p w14:paraId="63330637" w14:textId="77777777" w:rsidR="00BB6E82" w:rsidRDefault="00BB6E82">
          <w:pPr>
            <w:pStyle w:val="TOCHeading"/>
          </w:pPr>
          <w:r>
            <w:t>Table of Contents</w:t>
          </w:r>
        </w:p>
        <w:p w14:paraId="3782619E" w14:textId="77777777" w:rsidR="00FB0803" w:rsidRDefault="00BB6E82">
          <w:pPr>
            <w:pStyle w:val="TOC2"/>
            <w:tabs>
              <w:tab w:val="right" w:leader="dot" w:pos="9350"/>
            </w:tabs>
            <w:rPr>
              <w:i w:val="0"/>
              <w:iCs w:val="0"/>
              <w:noProof/>
              <w:kern w:val="2"/>
              <w:sz w:val="24"/>
              <w:szCs w:val="24"/>
              <w:lang w:val="en-GB" w:eastAsia="zh-TW"/>
              <w14:ligatures w14:val="standardContextual"/>
            </w:rPr>
          </w:pPr>
          <w:r>
            <w:fldChar w:fldCharType="begin"/>
          </w:r>
          <w:r>
            <w:instrText xml:space="preserve"> TOC \o "1-3" \h \z \u </w:instrText>
          </w:r>
          <w:r>
            <w:fldChar w:fldCharType="separate"/>
          </w:r>
          <w:hyperlink w:anchor="_Toc227271879" w:history="1">
            <w:r w:rsidR="00FB0803" w:rsidRPr="00356C85">
              <w:rPr>
                <w:rStyle w:val="Hyperlink"/>
                <w:rFonts w:ascii="Arial" w:hAnsi="Arial" w:cs="Arial"/>
                <w:noProof/>
              </w:rPr>
              <w:t>Introduction</w:t>
            </w:r>
            <w:r w:rsidR="00FB0803">
              <w:rPr>
                <w:noProof/>
                <w:webHidden/>
              </w:rPr>
              <w:tab/>
            </w:r>
            <w:r w:rsidR="00FB0803">
              <w:rPr>
                <w:noProof/>
                <w:webHidden/>
              </w:rPr>
              <w:fldChar w:fldCharType="begin"/>
            </w:r>
            <w:r w:rsidR="00FB0803">
              <w:rPr>
                <w:noProof/>
                <w:webHidden/>
              </w:rPr>
              <w:instrText xml:space="preserve"> PAGEREF _Toc227271879 \h </w:instrText>
            </w:r>
            <w:r w:rsidR="00FB0803">
              <w:rPr>
                <w:noProof/>
                <w:webHidden/>
              </w:rPr>
            </w:r>
            <w:r w:rsidR="00FB0803">
              <w:rPr>
                <w:noProof/>
                <w:webHidden/>
              </w:rPr>
              <w:fldChar w:fldCharType="separate"/>
            </w:r>
            <w:r w:rsidR="00FB0803">
              <w:rPr>
                <w:noProof/>
                <w:webHidden/>
              </w:rPr>
              <w:t>3</w:t>
            </w:r>
            <w:r w:rsidR="00FB0803">
              <w:rPr>
                <w:noProof/>
                <w:webHidden/>
              </w:rPr>
              <w:fldChar w:fldCharType="end"/>
            </w:r>
          </w:hyperlink>
        </w:p>
        <w:p w14:paraId="1FE7CAFC"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880" w:history="1">
            <w:r w:rsidRPr="00356C85">
              <w:rPr>
                <w:rStyle w:val="Hyperlink"/>
                <w:noProof/>
                <w:lang w:val="en-GB"/>
              </w:rPr>
              <w:t>1. System Design and Virtualisation Setup</w:t>
            </w:r>
            <w:r>
              <w:rPr>
                <w:noProof/>
                <w:webHidden/>
              </w:rPr>
              <w:tab/>
            </w:r>
            <w:r>
              <w:rPr>
                <w:noProof/>
                <w:webHidden/>
              </w:rPr>
              <w:fldChar w:fldCharType="begin"/>
            </w:r>
            <w:r>
              <w:rPr>
                <w:noProof/>
                <w:webHidden/>
              </w:rPr>
              <w:instrText xml:space="preserve"> PAGEREF _Toc227271880 \h </w:instrText>
            </w:r>
            <w:r>
              <w:rPr>
                <w:noProof/>
                <w:webHidden/>
              </w:rPr>
            </w:r>
            <w:r>
              <w:rPr>
                <w:noProof/>
                <w:webHidden/>
              </w:rPr>
              <w:fldChar w:fldCharType="separate"/>
            </w:r>
            <w:r>
              <w:rPr>
                <w:noProof/>
                <w:webHidden/>
              </w:rPr>
              <w:t>4</w:t>
            </w:r>
            <w:r>
              <w:rPr>
                <w:noProof/>
                <w:webHidden/>
              </w:rPr>
              <w:fldChar w:fldCharType="end"/>
            </w:r>
          </w:hyperlink>
        </w:p>
        <w:p w14:paraId="1A62DE32"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81" w:history="1">
            <w:r w:rsidRPr="00356C85">
              <w:rPr>
                <w:rStyle w:val="Hyperlink"/>
                <w:rFonts w:ascii="Arial" w:hAnsi="Arial" w:cs="Arial"/>
                <w:noProof/>
              </w:rPr>
              <w:t>1.1 Virtualisation Environment</w:t>
            </w:r>
            <w:r>
              <w:rPr>
                <w:noProof/>
                <w:webHidden/>
              </w:rPr>
              <w:tab/>
            </w:r>
            <w:r>
              <w:rPr>
                <w:noProof/>
                <w:webHidden/>
              </w:rPr>
              <w:fldChar w:fldCharType="begin"/>
            </w:r>
            <w:r>
              <w:rPr>
                <w:noProof/>
                <w:webHidden/>
              </w:rPr>
              <w:instrText xml:space="preserve"> PAGEREF _Toc227271881 \h </w:instrText>
            </w:r>
            <w:r>
              <w:rPr>
                <w:noProof/>
                <w:webHidden/>
              </w:rPr>
            </w:r>
            <w:r>
              <w:rPr>
                <w:noProof/>
                <w:webHidden/>
              </w:rPr>
              <w:fldChar w:fldCharType="separate"/>
            </w:r>
            <w:r>
              <w:rPr>
                <w:noProof/>
                <w:webHidden/>
              </w:rPr>
              <w:t>4</w:t>
            </w:r>
            <w:r>
              <w:rPr>
                <w:noProof/>
                <w:webHidden/>
              </w:rPr>
              <w:fldChar w:fldCharType="end"/>
            </w:r>
          </w:hyperlink>
        </w:p>
        <w:p w14:paraId="5DF2E3ED"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82" w:history="1">
            <w:r w:rsidRPr="00356C85">
              <w:rPr>
                <w:rStyle w:val="Hyperlink"/>
                <w:rFonts w:ascii="Arial" w:hAnsi="Arial" w:cs="Arial"/>
                <w:noProof/>
              </w:rPr>
              <w:t>1.2 Network Topology Configuration</w:t>
            </w:r>
            <w:r>
              <w:rPr>
                <w:noProof/>
                <w:webHidden/>
              </w:rPr>
              <w:tab/>
            </w:r>
            <w:r>
              <w:rPr>
                <w:noProof/>
                <w:webHidden/>
              </w:rPr>
              <w:fldChar w:fldCharType="begin"/>
            </w:r>
            <w:r>
              <w:rPr>
                <w:noProof/>
                <w:webHidden/>
              </w:rPr>
              <w:instrText xml:space="preserve"> PAGEREF _Toc227271882 \h </w:instrText>
            </w:r>
            <w:r>
              <w:rPr>
                <w:noProof/>
                <w:webHidden/>
              </w:rPr>
            </w:r>
            <w:r>
              <w:rPr>
                <w:noProof/>
                <w:webHidden/>
              </w:rPr>
              <w:fldChar w:fldCharType="separate"/>
            </w:r>
            <w:r>
              <w:rPr>
                <w:noProof/>
                <w:webHidden/>
              </w:rPr>
              <w:t>5</w:t>
            </w:r>
            <w:r>
              <w:rPr>
                <w:noProof/>
                <w:webHidden/>
              </w:rPr>
              <w:fldChar w:fldCharType="end"/>
            </w:r>
          </w:hyperlink>
        </w:p>
        <w:p w14:paraId="4A1EEB0A"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883" w:history="1">
            <w:r w:rsidRPr="00356C85">
              <w:rPr>
                <w:rStyle w:val="Hyperlink"/>
                <w:noProof/>
                <w:lang w:val="en-GB"/>
              </w:rPr>
              <w:t>2. Enterprise Network Design Considerations</w:t>
            </w:r>
            <w:r>
              <w:rPr>
                <w:noProof/>
                <w:webHidden/>
              </w:rPr>
              <w:tab/>
            </w:r>
            <w:r>
              <w:rPr>
                <w:noProof/>
                <w:webHidden/>
              </w:rPr>
              <w:fldChar w:fldCharType="begin"/>
            </w:r>
            <w:r>
              <w:rPr>
                <w:noProof/>
                <w:webHidden/>
              </w:rPr>
              <w:instrText xml:space="preserve"> PAGEREF _Toc227271883 \h </w:instrText>
            </w:r>
            <w:r>
              <w:rPr>
                <w:noProof/>
                <w:webHidden/>
              </w:rPr>
            </w:r>
            <w:r>
              <w:rPr>
                <w:noProof/>
                <w:webHidden/>
              </w:rPr>
              <w:fldChar w:fldCharType="separate"/>
            </w:r>
            <w:r>
              <w:rPr>
                <w:noProof/>
                <w:webHidden/>
              </w:rPr>
              <w:t>5</w:t>
            </w:r>
            <w:r>
              <w:rPr>
                <w:noProof/>
                <w:webHidden/>
              </w:rPr>
              <w:fldChar w:fldCharType="end"/>
            </w:r>
          </w:hyperlink>
        </w:p>
        <w:p w14:paraId="1F2BC6B6"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884" w:history="1">
            <w:r w:rsidRPr="00356C85">
              <w:rPr>
                <w:rStyle w:val="Hyperlink"/>
                <w:noProof/>
                <w:lang w:val="en-GB"/>
              </w:rPr>
              <w:t>3. Network Configuration and Connectivity</w:t>
            </w:r>
            <w:r>
              <w:rPr>
                <w:noProof/>
                <w:webHidden/>
              </w:rPr>
              <w:tab/>
            </w:r>
            <w:r>
              <w:rPr>
                <w:noProof/>
                <w:webHidden/>
              </w:rPr>
              <w:fldChar w:fldCharType="begin"/>
            </w:r>
            <w:r>
              <w:rPr>
                <w:noProof/>
                <w:webHidden/>
              </w:rPr>
              <w:instrText xml:space="preserve"> PAGEREF _Toc227271884 \h </w:instrText>
            </w:r>
            <w:r>
              <w:rPr>
                <w:noProof/>
                <w:webHidden/>
              </w:rPr>
            </w:r>
            <w:r>
              <w:rPr>
                <w:noProof/>
                <w:webHidden/>
              </w:rPr>
              <w:fldChar w:fldCharType="separate"/>
            </w:r>
            <w:r>
              <w:rPr>
                <w:noProof/>
                <w:webHidden/>
              </w:rPr>
              <w:t>6</w:t>
            </w:r>
            <w:r>
              <w:rPr>
                <w:noProof/>
                <w:webHidden/>
              </w:rPr>
              <w:fldChar w:fldCharType="end"/>
            </w:r>
          </w:hyperlink>
        </w:p>
        <w:p w14:paraId="6D72F30E"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85" w:history="1">
            <w:r w:rsidRPr="00356C85">
              <w:rPr>
                <w:rStyle w:val="Hyperlink"/>
                <w:rFonts w:ascii="Arial" w:hAnsi="Arial" w:cs="Arial"/>
                <w:noProof/>
              </w:rPr>
              <w:t>3.1 IP Address Configuration</w:t>
            </w:r>
            <w:r>
              <w:rPr>
                <w:noProof/>
                <w:webHidden/>
              </w:rPr>
              <w:tab/>
            </w:r>
            <w:r>
              <w:rPr>
                <w:noProof/>
                <w:webHidden/>
              </w:rPr>
              <w:fldChar w:fldCharType="begin"/>
            </w:r>
            <w:r>
              <w:rPr>
                <w:noProof/>
                <w:webHidden/>
              </w:rPr>
              <w:instrText xml:space="preserve"> PAGEREF _Toc227271885 \h </w:instrText>
            </w:r>
            <w:r>
              <w:rPr>
                <w:noProof/>
                <w:webHidden/>
              </w:rPr>
            </w:r>
            <w:r>
              <w:rPr>
                <w:noProof/>
                <w:webHidden/>
              </w:rPr>
              <w:fldChar w:fldCharType="separate"/>
            </w:r>
            <w:r>
              <w:rPr>
                <w:noProof/>
                <w:webHidden/>
              </w:rPr>
              <w:t>6</w:t>
            </w:r>
            <w:r>
              <w:rPr>
                <w:noProof/>
                <w:webHidden/>
              </w:rPr>
              <w:fldChar w:fldCharType="end"/>
            </w:r>
          </w:hyperlink>
        </w:p>
        <w:p w14:paraId="6DE3501A"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86" w:history="1">
            <w:r w:rsidRPr="00356C85">
              <w:rPr>
                <w:rStyle w:val="Hyperlink"/>
                <w:rFonts w:ascii="Arial" w:hAnsi="Arial" w:cs="Arial"/>
                <w:noProof/>
              </w:rPr>
              <w:t>3.2 Network Connectivity Testing</w:t>
            </w:r>
            <w:r>
              <w:rPr>
                <w:noProof/>
                <w:webHidden/>
              </w:rPr>
              <w:tab/>
            </w:r>
            <w:r>
              <w:rPr>
                <w:noProof/>
                <w:webHidden/>
              </w:rPr>
              <w:fldChar w:fldCharType="begin"/>
            </w:r>
            <w:r>
              <w:rPr>
                <w:noProof/>
                <w:webHidden/>
              </w:rPr>
              <w:instrText xml:space="preserve"> PAGEREF _Toc227271886 \h </w:instrText>
            </w:r>
            <w:r>
              <w:rPr>
                <w:noProof/>
                <w:webHidden/>
              </w:rPr>
            </w:r>
            <w:r>
              <w:rPr>
                <w:noProof/>
                <w:webHidden/>
              </w:rPr>
              <w:fldChar w:fldCharType="separate"/>
            </w:r>
            <w:r>
              <w:rPr>
                <w:noProof/>
                <w:webHidden/>
              </w:rPr>
              <w:t>7</w:t>
            </w:r>
            <w:r>
              <w:rPr>
                <w:noProof/>
                <w:webHidden/>
              </w:rPr>
              <w:fldChar w:fldCharType="end"/>
            </w:r>
          </w:hyperlink>
        </w:p>
        <w:p w14:paraId="4484E490"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887" w:history="1">
            <w:r w:rsidRPr="00356C85">
              <w:rPr>
                <w:rStyle w:val="Hyperlink"/>
                <w:noProof/>
                <w:lang w:val="en-GB"/>
              </w:rPr>
              <w:t>4. Routing and IP Forwarding</w:t>
            </w:r>
            <w:r>
              <w:rPr>
                <w:noProof/>
                <w:webHidden/>
              </w:rPr>
              <w:tab/>
            </w:r>
            <w:r>
              <w:rPr>
                <w:noProof/>
                <w:webHidden/>
              </w:rPr>
              <w:fldChar w:fldCharType="begin"/>
            </w:r>
            <w:r>
              <w:rPr>
                <w:noProof/>
                <w:webHidden/>
              </w:rPr>
              <w:instrText xml:space="preserve"> PAGEREF _Toc227271887 \h </w:instrText>
            </w:r>
            <w:r>
              <w:rPr>
                <w:noProof/>
                <w:webHidden/>
              </w:rPr>
            </w:r>
            <w:r>
              <w:rPr>
                <w:noProof/>
                <w:webHidden/>
              </w:rPr>
              <w:fldChar w:fldCharType="separate"/>
            </w:r>
            <w:r>
              <w:rPr>
                <w:noProof/>
                <w:webHidden/>
              </w:rPr>
              <w:t>11</w:t>
            </w:r>
            <w:r>
              <w:rPr>
                <w:noProof/>
                <w:webHidden/>
              </w:rPr>
              <w:fldChar w:fldCharType="end"/>
            </w:r>
          </w:hyperlink>
        </w:p>
        <w:p w14:paraId="3941508A"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88" w:history="1">
            <w:r w:rsidRPr="00356C85">
              <w:rPr>
                <w:rStyle w:val="Hyperlink"/>
                <w:rFonts w:ascii="Arial" w:hAnsi="Arial" w:cs="Arial"/>
                <w:noProof/>
              </w:rPr>
              <w:t>4.1 Enabling IP Forwarding</w:t>
            </w:r>
            <w:r>
              <w:rPr>
                <w:noProof/>
                <w:webHidden/>
              </w:rPr>
              <w:tab/>
            </w:r>
            <w:r>
              <w:rPr>
                <w:noProof/>
                <w:webHidden/>
              </w:rPr>
              <w:fldChar w:fldCharType="begin"/>
            </w:r>
            <w:r>
              <w:rPr>
                <w:noProof/>
                <w:webHidden/>
              </w:rPr>
              <w:instrText xml:space="preserve"> PAGEREF _Toc227271888 \h </w:instrText>
            </w:r>
            <w:r>
              <w:rPr>
                <w:noProof/>
                <w:webHidden/>
              </w:rPr>
            </w:r>
            <w:r>
              <w:rPr>
                <w:noProof/>
                <w:webHidden/>
              </w:rPr>
              <w:fldChar w:fldCharType="separate"/>
            </w:r>
            <w:r>
              <w:rPr>
                <w:noProof/>
                <w:webHidden/>
              </w:rPr>
              <w:t>11</w:t>
            </w:r>
            <w:r>
              <w:rPr>
                <w:noProof/>
                <w:webHidden/>
              </w:rPr>
              <w:fldChar w:fldCharType="end"/>
            </w:r>
          </w:hyperlink>
        </w:p>
        <w:p w14:paraId="19BB8B03"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89" w:history="1">
            <w:r w:rsidRPr="00356C85">
              <w:rPr>
                <w:rStyle w:val="Hyperlink"/>
                <w:rFonts w:ascii="Arial" w:hAnsi="Arial" w:cs="Arial"/>
                <w:noProof/>
              </w:rPr>
              <w:t>4.2 Routing Functionality</w:t>
            </w:r>
            <w:r>
              <w:rPr>
                <w:noProof/>
                <w:webHidden/>
              </w:rPr>
              <w:tab/>
            </w:r>
            <w:r>
              <w:rPr>
                <w:noProof/>
                <w:webHidden/>
              </w:rPr>
              <w:fldChar w:fldCharType="begin"/>
            </w:r>
            <w:r>
              <w:rPr>
                <w:noProof/>
                <w:webHidden/>
              </w:rPr>
              <w:instrText xml:space="preserve"> PAGEREF _Toc227271889 \h </w:instrText>
            </w:r>
            <w:r>
              <w:rPr>
                <w:noProof/>
                <w:webHidden/>
              </w:rPr>
            </w:r>
            <w:r>
              <w:rPr>
                <w:noProof/>
                <w:webHidden/>
              </w:rPr>
              <w:fldChar w:fldCharType="separate"/>
            </w:r>
            <w:r>
              <w:rPr>
                <w:noProof/>
                <w:webHidden/>
              </w:rPr>
              <w:t>12</w:t>
            </w:r>
            <w:r>
              <w:rPr>
                <w:noProof/>
                <w:webHidden/>
              </w:rPr>
              <w:fldChar w:fldCharType="end"/>
            </w:r>
          </w:hyperlink>
        </w:p>
        <w:p w14:paraId="4AD0B380"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890" w:history="1">
            <w:r w:rsidRPr="00356C85">
              <w:rPr>
                <w:rStyle w:val="Hyperlink"/>
                <w:noProof/>
                <w:lang w:val="en-GB"/>
              </w:rPr>
              <w:t>5. Network Address Translation (NAT)</w:t>
            </w:r>
            <w:r>
              <w:rPr>
                <w:noProof/>
                <w:webHidden/>
              </w:rPr>
              <w:tab/>
            </w:r>
            <w:r>
              <w:rPr>
                <w:noProof/>
                <w:webHidden/>
              </w:rPr>
              <w:fldChar w:fldCharType="begin"/>
            </w:r>
            <w:r>
              <w:rPr>
                <w:noProof/>
                <w:webHidden/>
              </w:rPr>
              <w:instrText xml:space="preserve"> PAGEREF _Toc227271890 \h </w:instrText>
            </w:r>
            <w:r>
              <w:rPr>
                <w:noProof/>
                <w:webHidden/>
              </w:rPr>
            </w:r>
            <w:r>
              <w:rPr>
                <w:noProof/>
                <w:webHidden/>
              </w:rPr>
              <w:fldChar w:fldCharType="separate"/>
            </w:r>
            <w:r>
              <w:rPr>
                <w:noProof/>
                <w:webHidden/>
              </w:rPr>
              <w:t>12</w:t>
            </w:r>
            <w:r>
              <w:rPr>
                <w:noProof/>
                <w:webHidden/>
              </w:rPr>
              <w:fldChar w:fldCharType="end"/>
            </w:r>
          </w:hyperlink>
        </w:p>
        <w:p w14:paraId="4383254B"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91" w:history="1">
            <w:r w:rsidRPr="00356C85">
              <w:rPr>
                <w:rStyle w:val="Hyperlink"/>
                <w:rFonts w:ascii="Arial" w:hAnsi="Arial" w:cs="Arial"/>
                <w:noProof/>
              </w:rPr>
              <w:t>5.1 NAT Configuration</w:t>
            </w:r>
            <w:r>
              <w:rPr>
                <w:noProof/>
                <w:webHidden/>
              </w:rPr>
              <w:tab/>
            </w:r>
            <w:r>
              <w:rPr>
                <w:noProof/>
                <w:webHidden/>
              </w:rPr>
              <w:fldChar w:fldCharType="begin"/>
            </w:r>
            <w:r>
              <w:rPr>
                <w:noProof/>
                <w:webHidden/>
              </w:rPr>
              <w:instrText xml:space="preserve"> PAGEREF _Toc227271891 \h </w:instrText>
            </w:r>
            <w:r>
              <w:rPr>
                <w:noProof/>
                <w:webHidden/>
              </w:rPr>
            </w:r>
            <w:r>
              <w:rPr>
                <w:noProof/>
                <w:webHidden/>
              </w:rPr>
              <w:fldChar w:fldCharType="separate"/>
            </w:r>
            <w:r>
              <w:rPr>
                <w:noProof/>
                <w:webHidden/>
              </w:rPr>
              <w:t>12</w:t>
            </w:r>
            <w:r>
              <w:rPr>
                <w:noProof/>
                <w:webHidden/>
              </w:rPr>
              <w:fldChar w:fldCharType="end"/>
            </w:r>
          </w:hyperlink>
        </w:p>
        <w:p w14:paraId="193A8863"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92" w:history="1">
            <w:r w:rsidRPr="00356C85">
              <w:rPr>
                <w:rStyle w:val="Hyperlink"/>
                <w:rFonts w:ascii="Arial" w:hAnsi="Arial" w:cs="Arial"/>
                <w:noProof/>
              </w:rPr>
              <w:t>5.2 NAT Functionality</w:t>
            </w:r>
            <w:r>
              <w:rPr>
                <w:noProof/>
                <w:webHidden/>
              </w:rPr>
              <w:tab/>
            </w:r>
            <w:r>
              <w:rPr>
                <w:noProof/>
                <w:webHidden/>
              </w:rPr>
              <w:fldChar w:fldCharType="begin"/>
            </w:r>
            <w:r>
              <w:rPr>
                <w:noProof/>
                <w:webHidden/>
              </w:rPr>
              <w:instrText xml:space="preserve"> PAGEREF _Toc227271892 \h </w:instrText>
            </w:r>
            <w:r>
              <w:rPr>
                <w:noProof/>
                <w:webHidden/>
              </w:rPr>
            </w:r>
            <w:r>
              <w:rPr>
                <w:noProof/>
                <w:webHidden/>
              </w:rPr>
              <w:fldChar w:fldCharType="separate"/>
            </w:r>
            <w:r>
              <w:rPr>
                <w:noProof/>
                <w:webHidden/>
              </w:rPr>
              <w:t>13</w:t>
            </w:r>
            <w:r>
              <w:rPr>
                <w:noProof/>
                <w:webHidden/>
              </w:rPr>
              <w:fldChar w:fldCharType="end"/>
            </w:r>
          </w:hyperlink>
        </w:p>
        <w:p w14:paraId="758F0525"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893" w:history="1">
            <w:r w:rsidRPr="00356C85">
              <w:rPr>
                <w:rStyle w:val="Hyperlink"/>
                <w:noProof/>
                <w:lang w:val="en-GB"/>
              </w:rPr>
              <w:t>6. Firewall Configuration</w:t>
            </w:r>
            <w:r>
              <w:rPr>
                <w:noProof/>
                <w:webHidden/>
              </w:rPr>
              <w:tab/>
            </w:r>
            <w:r>
              <w:rPr>
                <w:noProof/>
                <w:webHidden/>
              </w:rPr>
              <w:fldChar w:fldCharType="begin"/>
            </w:r>
            <w:r>
              <w:rPr>
                <w:noProof/>
                <w:webHidden/>
              </w:rPr>
              <w:instrText xml:space="preserve"> PAGEREF _Toc227271893 \h </w:instrText>
            </w:r>
            <w:r>
              <w:rPr>
                <w:noProof/>
                <w:webHidden/>
              </w:rPr>
            </w:r>
            <w:r>
              <w:rPr>
                <w:noProof/>
                <w:webHidden/>
              </w:rPr>
              <w:fldChar w:fldCharType="separate"/>
            </w:r>
            <w:r>
              <w:rPr>
                <w:noProof/>
                <w:webHidden/>
              </w:rPr>
              <w:t>14</w:t>
            </w:r>
            <w:r>
              <w:rPr>
                <w:noProof/>
                <w:webHidden/>
              </w:rPr>
              <w:fldChar w:fldCharType="end"/>
            </w:r>
          </w:hyperlink>
        </w:p>
        <w:p w14:paraId="0AC54BB7"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94" w:history="1">
            <w:r w:rsidRPr="00356C85">
              <w:rPr>
                <w:rStyle w:val="Hyperlink"/>
                <w:rFonts w:ascii="Arial" w:hAnsi="Arial" w:cs="Arial"/>
                <w:noProof/>
              </w:rPr>
              <w:t>6.1 UFW Firewall Setup</w:t>
            </w:r>
            <w:r>
              <w:rPr>
                <w:noProof/>
                <w:webHidden/>
              </w:rPr>
              <w:tab/>
            </w:r>
            <w:r>
              <w:rPr>
                <w:noProof/>
                <w:webHidden/>
              </w:rPr>
              <w:fldChar w:fldCharType="begin"/>
            </w:r>
            <w:r>
              <w:rPr>
                <w:noProof/>
                <w:webHidden/>
              </w:rPr>
              <w:instrText xml:space="preserve"> PAGEREF _Toc227271894 \h </w:instrText>
            </w:r>
            <w:r>
              <w:rPr>
                <w:noProof/>
                <w:webHidden/>
              </w:rPr>
            </w:r>
            <w:r>
              <w:rPr>
                <w:noProof/>
                <w:webHidden/>
              </w:rPr>
              <w:fldChar w:fldCharType="separate"/>
            </w:r>
            <w:r>
              <w:rPr>
                <w:noProof/>
                <w:webHidden/>
              </w:rPr>
              <w:t>14</w:t>
            </w:r>
            <w:r>
              <w:rPr>
                <w:noProof/>
                <w:webHidden/>
              </w:rPr>
              <w:fldChar w:fldCharType="end"/>
            </w:r>
          </w:hyperlink>
        </w:p>
        <w:p w14:paraId="4DF654EA"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95" w:history="1">
            <w:r w:rsidRPr="00356C85">
              <w:rPr>
                <w:rStyle w:val="Hyperlink"/>
                <w:rFonts w:ascii="Arial" w:hAnsi="Arial" w:cs="Arial"/>
                <w:noProof/>
              </w:rPr>
              <w:t>6.2 Firewall Rules and Forwarding</w:t>
            </w:r>
            <w:r>
              <w:rPr>
                <w:noProof/>
                <w:webHidden/>
              </w:rPr>
              <w:tab/>
            </w:r>
            <w:r>
              <w:rPr>
                <w:noProof/>
                <w:webHidden/>
              </w:rPr>
              <w:fldChar w:fldCharType="begin"/>
            </w:r>
            <w:r>
              <w:rPr>
                <w:noProof/>
                <w:webHidden/>
              </w:rPr>
              <w:instrText xml:space="preserve"> PAGEREF _Toc227271895 \h </w:instrText>
            </w:r>
            <w:r>
              <w:rPr>
                <w:noProof/>
                <w:webHidden/>
              </w:rPr>
            </w:r>
            <w:r>
              <w:rPr>
                <w:noProof/>
                <w:webHidden/>
              </w:rPr>
              <w:fldChar w:fldCharType="separate"/>
            </w:r>
            <w:r>
              <w:rPr>
                <w:noProof/>
                <w:webHidden/>
              </w:rPr>
              <w:t>15</w:t>
            </w:r>
            <w:r>
              <w:rPr>
                <w:noProof/>
                <w:webHidden/>
              </w:rPr>
              <w:fldChar w:fldCharType="end"/>
            </w:r>
          </w:hyperlink>
        </w:p>
        <w:p w14:paraId="7E248000"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896" w:history="1">
            <w:r w:rsidRPr="00356C85">
              <w:rPr>
                <w:rStyle w:val="Hyperlink"/>
                <w:noProof/>
                <w:lang w:val="en-GB"/>
              </w:rPr>
              <w:t>7</w:t>
            </w:r>
            <w:r w:rsidRPr="00356C85">
              <w:rPr>
                <w:rStyle w:val="Hyperlink"/>
                <w:noProof/>
              </w:rPr>
              <w:t>. Web Server Configuration</w:t>
            </w:r>
            <w:r>
              <w:rPr>
                <w:noProof/>
                <w:webHidden/>
              </w:rPr>
              <w:tab/>
            </w:r>
            <w:r>
              <w:rPr>
                <w:noProof/>
                <w:webHidden/>
              </w:rPr>
              <w:fldChar w:fldCharType="begin"/>
            </w:r>
            <w:r>
              <w:rPr>
                <w:noProof/>
                <w:webHidden/>
              </w:rPr>
              <w:instrText xml:space="preserve"> PAGEREF _Toc227271896 \h </w:instrText>
            </w:r>
            <w:r>
              <w:rPr>
                <w:noProof/>
                <w:webHidden/>
              </w:rPr>
            </w:r>
            <w:r>
              <w:rPr>
                <w:noProof/>
                <w:webHidden/>
              </w:rPr>
              <w:fldChar w:fldCharType="separate"/>
            </w:r>
            <w:r>
              <w:rPr>
                <w:noProof/>
                <w:webHidden/>
              </w:rPr>
              <w:t>16</w:t>
            </w:r>
            <w:r>
              <w:rPr>
                <w:noProof/>
                <w:webHidden/>
              </w:rPr>
              <w:fldChar w:fldCharType="end"/>
            </w:r>
          </w:hyperlink>
        </w:p>
        <w:p w14:paraId="594F8EE3"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97" w:history="1">
            <w:r w:rsidRPr="00356C85">
              <w:rPr>
                <w:rStyle w:val="Hyperlink"/>
                <w:rFonts w:ascii="Arial" w:hAnsi="Arial" w:cs="Arial"/>
                <w:noProof/>
                <w:lang w:val="en-GB"/>
              </w:rPr>
              <w:t>7</w:t>
            </w:r>
            <w:r w:rsidRPr="00356C85">
              <w:rPr>
                <w:rStyle w:val="Hyperlink"/>
                <w:rFonts w:ascii="Arial" w:hAnsi="Arial" w:cs="Arial"/>
                <w:noProof/>
              </w:rPr>
              <w:t>.1 Apache Installation</w:t>
            </w:r>
            <w:r>
              <w:rPr>
                <w:noProof/>
                <w:webHidden/>
              </w:rPr>
              <w:tab/>
            </w:r>
            <w:r>
              <w:rPr>
                <w:noProof/>
                <w:webHidden/>
              </w:rPr>
              <w:fldChar w:fldCharType="begin"/>
            </w:r>
            <w:r>
              <w:rPr>
                <w:noProof/>
                <w:webHidden/>
              </w:rPr>
              <w:instrText xml:space="preserve"> PAGEREF _Toc227271897 \h </w:instrText>
            </w:r>
            <w:r>
              <w:rPr>
                <w:noProof/>
                <w:webHidden/>
              </w:rPr>
            </w:r>
            <w:r>
              <w:rPr>
                <w:noProof/>
                <w:webHidden/>
              </w:rPr>
              <w:fldChar w:fldCharType="separate"/>
            </w:r>
            <w:r>
              <w:rPr>
                <w:noProof/>
                <w:webHidden/>
              </w:rPr>
              <w:t>16</w:t>
            </w:r>
            <w:r>
              <w:rPr>
                <w:noProof/>
                <w:webHidden/>
              </w:rPr>
              <w:fldChar w:fldCharType="end"/>
            </w:r>
          </w:hyperlink>
        </w:p>
        <w:p w14:paraId="5C29834A"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98" w:history="1">
            <w:r w:rsidRPr="00356C85">
              <w:rPr>
                <w:rStyle w:val="Hyperlink"/>
                <w:rFonts w:ascii="Arial" w:hAnsi="Arial" w:cs="Arial"/>
                <w:noProof/>
                <w:lang w:val="en-GB"/>
              </w:rPr>
              <w:t>7</w:t>
            </w:r>
            <w:r w:rsidRPr="00356C85">
              <w:rPr>
                <w:rStyle w:val="Hyperlink"/>
                <w:rFonts w:ascii="Arial" w:hAnsi="Arial" w:cs="Arial"/>
                <w:noProof/>
              </w:rPr>
              <w:t>.2 Service Verification</w:t>
            </w:r>
            <w:r>
              <w:rPr>
                <w:noProof/>
                <w:webHidden/>
              </w:rPr>
              <w:tab/>
            </w:r>
            <w:r>
              <w:rPr>
                <w:noProof/>
                <w:webHidden/>
              </w:rPr>
              <w:fldChar w:fldCharType="begin"/>
            </w:r>
            <w:r>
              <w:rPr>
                <w:noProof/>
                <w:webHidden/>
              </w:rPr>
              <w:instrText xml:space="preserve"> PAGEREF _Toc227271898 \h </w:instrText>
            </w:r>
            <w:r>
              <w:rPr>
                <w:noProof/>
                <w:webHidden/>
              </w:rPr>
            </w:r>
            <w:r>
              <w:rPr>
                <w:noProof/>
                <w:webHidden/>
              </w:rPr>
              <w:fldChar w:fldCharType="separate"/>
            </w:r>
            <w:r>
              <w:rPr>
                <w:noProof/>
                <w:webHidden/>
              </w:rPr>
              <w:t>17</w:t>
            </w:r>
            <w:r>
              <w:rPr>
                <w:noProof/>
                <w:webHidden/>
              </w:rPr>
              <w:fldChar w:fldCharType="end"/>
            </w:r>
          </w:hyperlink>
        </w:p>
        <w:p w14:paraId="3F9E8C25"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899" w:history="1">
            <w:r w:rsidRPr="00356C85">
              <w:rPr>
                <w:rStyle w:val="Hyperlink"/>
                <w:rFonts w:ascii="Arial" w:hAnsi="Arial" w:cs="Arial"/>
                <w:noProof/>
                <w:lang w:val="en-GB"/>
              </w:rPr>
              <w:t>7</w:t>
            </w:r>
            <w:r w:rsidRPr="00356C85">
              <w:rPr>
                <w:rStyle w:val="Hyperlink"/>
                <w:rFonts w:ascii="Arial" w:hAnsi="Arial" w:cs="Arial"/>
                <w:noProof/>
              </w:rPr>
              <w:t>.3 Web Server Testing</w:t>
            </w:r>
            <w:r>
              <w:rPr>
                <w:noProof/>
                <w:webHidden/>
              </w:rPr>
              <w:tab/>
            </w:r>
            <w:r>
              <w:rPr>
                <w:noProof/>
                <w:webHidden/>
              </w:rPr>
              <w:fldChar w:fldCharType="begin"/>
            </w:r>
            <w:r>
              <w:rPr>
                <w:noProof/>
                <w:webHidden/>
              </w:rPr>
              <w:instrText xml:space="preserve"> PAGEREF _Toc227271899 \h </w:instrText>
            </w:r>
            <w:r>
              <w:rPr>
                <w:noProof/>
                <w:webHidden/>
              </w:rPr>
            </w:r>
            <w:r>
              <w:rPr>
                <w:noProof/>
                <w:webHidden/>
              </w:rPr>
              <w:fldChar w:fldCharType="separate"/>
            </w:r>
            <w:r>
              <w:rPr>
                <w:noProof/>
                <w:webHidden/>
              </w:rPr>
              <w:t>18</w:t>
            </w:r>
            <w:r>
              <w:rPr>
                <w:noProof/>
                <w:webHidden/>
              </w:rPr>
              <w:fldChar w:fldCharType="end"/>
            </w:r>
          </w:hyperlink>
        </w:p>
        <w:p w14:paraId="40732E40"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900" w:history="1">
            <w:r w:rsidRPr="00356C85">
              <w:rPr>
                <w:rStyle w:val="Hyperlink"/>
                <w:noProof/>
                <w:lang w:val="en-GB"/>
              </w:rPr>
              <w:t>8</w:t>
            </w:r>
            <w:r w:rsidRPr="00356C85">
              <w:rPr>
                <w:rStyle w:val="Hyperlink"/>
                <w:noProof/>
              </w:rPr>
              <w:t>. Testing and Verification</w:t>
            </w:r>
            <w:r>
              <w:rPr>
                <w:noProof/>
                <w:webHidden/>
              </w:rPr>
              <w:tab/>
            </w:r>
            <w:r>
              <w:rPr>
                <w:noProof/>
                <w:webHidden/>
              </w:rPr>
              <w:fldChar w:fldCharType="begin"/>
            </w:r>
            <w:r>
              <w:rPr>
                <w:noProof/>
                <w:webHidden/>
              </w:rPr>
              <w:instrText xml:space="preserve"> PAGEREF _Toc227271900 \h </w:instrText>
            </w:r>
            <w:r>
              <w:rPr>
                <w:noProof/>
                <w:webHidden/>
              </w:rPr>
            </w:r>
            <w:r>
              <w:rPr>
                <w:noProof/>
                <w:webHidden/>
              </w:rPr>
              <w:fldChar w:fldCharType="separate"/>
            </w:r>
            <w:r>
              <w:rPr>
                <w:noProof/>
                <w:webHidden/>
              </w:rPr>
              <w:t>21</w:t>
            </w:r>
            <w:r>
              <w:rPr>
                <w:noProof/>
                <w:webHidden/>
              </w:rPr>
              <w:fldChar w:fldCharType="end"/>
            </w:r>
          </w:hyperlink>
        </w:p>
        <w:p w14:paraId="1DC219AE"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901" w:history="1">
            <w:r w:rsidRPr="00356C85">
              <w:rPr>
                <w:rStyle w:val="Hyperlink"/>
                <w:rFonts w:ascii="Arial" w:hAnsi="Arial" w:cs="Arial"/>
                <w:noProof/>
                <w:lang w:val="en-GB"/>
              </w:rPr>
              <w:t>8</w:t>
            </w:r>
            <w:r w:rsidRPr="00356C85">
              <w:rPr>
                <w:rStyle w:val="Hyperlink"/>
                <w:rFonts w:ascii="Arial" w:hAnsi="Arial" w:cs="Arial"/>
                <w:noProof/>
              </w:rPr>
              <w:t>.1 Network Testing</w:t>
            </w:r>
            <w:r>
              <w:rPr>
                <w:noProof/>
                <w:webHidden/>
              </w:rPr>
              <w:tab/>
            </w:r>
            <w:r>
              <w:rPr>
                <w:noProof/>
                <w:webHidden/>
              </w:rPr>
              <w:fldChar w:fldCharType="begin"/>
            </w:r>
            <w:r>
              <w:rPr>
                <w:noProof/>
                <w:webHidden/>
              </w:rPr>
              <w:instrText xml:space="preserve"> PAGEREF _Toc227271901 \h </w:instrText>
            </w:r>
            <w:r>
              <w:rPr>
                <w:noProof/>
                <w:webHidden/>
              </w:rPr>
            </w:r>
            <w:r>
              <w:rPr>
                <w:noProof/>
                <w:webHidden/>
              </w:rPr>
              <w:fldChar w:fldCharType="separate"/>
            </w:r>
            <w:r>
              <w:rPr>
                <w:noProof/>
                <w:webHidden/>
              </w:rPr>
              <w:t>21</w:t>
            </w:r>
            <w:r>
              <w:rPr>
                <w:noProof/>
                <w:webHidden/>
              </w:rPr>
              <w:fldChar w:fldCharType="end"/>
            </w:r>
          </w:hyperlink>
        </w:p>
        <w:p w14:paraId="3A5FE62D"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902" w:history="1">
            <w:r w:rsidRPr="00356C85">
              <w:rPr>
                <w:rStyle w:val="Hyperlink"/>
                <w:rFonts w:ascii="Arial" w:hAnsi="Arial" w:cs="Arial"/>
                <w:noProof/>
                <w:lang w:val="en-GB"/>
              </w:rPr>
              <w:t>8</w:t>
            </w:r>
            <w:r w:rsidRPr="00356C85">
              <w:rPr>
                <w:rStyle w:val="Hyperlink"/>
                <w:rFonts w:ascii="Arial" w:hAnsi="Arial" w:cs="Arial"/>
                <w:noProof/>
              </w:rPr>
              <w:t>.2 Service Testing</w:t>
            </w:r>
            <w:r>
              <w:rPr>
                <w:noProof/>
                <w:webHidden/>
              </w:rPr>
              <w:tab/>
            </w:r>
            <w:r>
              <w:rPr>
                <w:noProof/>
                <w:webHidden/>
              </w:rPr>
              <w:fldChar w:fldCharType="begin"/>
            </w:r>
            <w:r>
              <w:rPr>
                <w:noProof/>
                <w:webHidden/>
              </w:rPr>
              <w:instrText xml:space="preserve"> PAGEREF _Toc227271902 \h </w:instrText>
            </w:r>
            <w:r>
              <w:rPr>
                <w:noProof/>
                <w:webHidden/>
              </w:rPr>
            </w:r>
            <w:r>
              <w:rPr>
                <w:noProof/>
                <w:webHidden/>
              </w:rPr>
              <w:fldChar w:fldCharType="separate"/>
            </w:r>
            <w:r>
              <w:rPr>
                <w:noProof/>
                <w:webHidden/>
              </w:rPr>
              <w:t>21</w:t>
            </w:r>
            <w:r>
              <w:rPr>
                <w:noProof/>
                <w:webHidden/>
              </w:rPr>
              <w:fldChar w:fldCharType="end"/>
            </w:r>
          </w:hyperlink>
        </w:p>
        <w:p w14:paraId="0C0E2E82"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903" w:history="1">
            <w:r w:rsidRPr="00356C85">
              <w:rPr>
                <w:rStyle w:val="Hyperlink"/>
                <w:rFonts w:ascii="Arial" w:hAnsi="Arial" w:cs="Arial"/>
                <w:noProof/>
                <w:lang w:val="en-GB"/>
              </w:rPr>
              <w:t>8</w:t>
            </w:r>
            <w:r w:rsidRPr="00356C85">
              <w:rPr>
                <w:rStyle w:val="Hyperlink"/>
                <w:rFonts w:ascii="Arial" w:hAnsi="Arial" w:cs="Arial"/>
                <w:noProof/>
              </w:rPr>
              <w:t>.3 System Verification</w:t>
            </w:r>
            <w:r>
              <w:rPr>
                <w:noProof/>
                <w:webHidden/>
              </w:rPr>
              <w:tab/>
            </w:r>
            <w:r>
              <w:rPr>
                <w:noProof/>
                <w:webHidden/>
              </w:rPr>
              <w:fldChar w:fldCharType="begin"/>
            </w:r>
            <w:r>
              <w:rPr>
                <w:noProof/>
                <w:webHidden/>
              </w:rPr>
              <w:instrText xml:space="preserve"> PAGEREF _Toc227271903 \h </w:instrText>
            </w:r>
            <w:r>
              <w:rPr>
                <w:noProof/>
                <w:webHidden/>
              </w:rPr>
            </w:r>
            <w:r>
              <w:rPr>
                <w:noProof/>
                <w:webHidden/>
              </w:rPr>
              <w:fldChar w:fldCharType="separate"/>
            </w:r>
            <w:r>
              <w:rPr>
                <w:noProof/>
                <w:webHidden/>
              </w:rPr>
              <w:t>21</w:t>
            </w:r>
            <w:r>
              <w:rPr>
                <w:noProof/>
                <w:webHidden/>
              </w:rPr>
              <w:fldChar w:fldCharType="end"/>
            </w:r>
          </w:hyperlink>
        </w:p>
        <w:p w14:paraId="171AE2C2"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904" w:history="1">
            <w:r w:rsidRPr="00356C85">
              <w:rPr>
                <w:rStyle w:val="Hyperlink"/>
                <w:noProof/>
                <w:lang w:val="en-GB"/>
              </w:rPr>
              <w:t>9</w:t>
            </w:r>
            <w:r w:rsidRPr="00356C85">
              <w:rPr>
                <w:rStyle w:val="Hyperlink"/>
                <w:noProof/>
              </w:rPr>
              <w:t>. Troubleshooting</w:t>
            </w:r>
            <w:r>
              <w:rPr>
                <w:noProof/>
                <w:webHidden/>
              </w:rPr>
              <w:tab/>
            </w:r>
            <w:r>
              <w:rPr>
                <w:noProof/>
                <w:webHidden/>
              </w:rPr>
              <w:fldChar w:fldCharType="begin"/>
            </w:r>
            <w:r>
              <w:rPr>
                <w:noProof/>
                <w:webHidden/>
              </w:rPr>
              <w:instrText xml:space="preserve"> PAGEREF _Toc227271904 \h </w:instrText>
            </w:r>
            <w:r>
              <w:rPr>
                <w:noProof/>
                <w:webHidden/>
              </w:rPr>
            </w:r>
            <w:r>
              <w:rPr>
                <w:noProof/>
                <w:webHidden/>
              </w:rPr>
              <w:fldChar w:fldCharType="separate"/>
            </w:r>
            <w:r>
              <w:rPr>
                <w:noProof/>
                <w:webHidden/>
              </w:rPr>
              <w:t>22</w:t>
            </w:r>
            <w:r>
              <w:rPr>
                <w:noProof/>
                <w:webHidden/>
              </w:rPr>
              <w:fldChar w:fldCharType="end"/>
            </w:r>
          </w:hyperlink>
        </w:p>
        <w:p w14:paraId="7D79E26C"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905" w:history="1">
            <w:r w:rsidRPr="00356C85">
              <w:rPr>
                <w:rStyle w:val="Hyperlink"/>
                <w:rFonts w:ascii="Arial" w:hAnsi="Arial" w:cs="Arial"/>
                <w:noProof/>
                <w:lang w:val="en-GB"/>
              </w:rPr>
              <w:t>9</w:t>
            </w:r>
            <w:r w:rsidRPr="00356C85">
              <w:rPr>
                <w:rStyle w:val="Hyperlink"/>
                <w:rFonts w:ascii="Arial" w:hAnsi="Arial" w:cs="Arial"/>
                <w:noProof/>
              </w:rPr>
              <w:t>.1 Identified Issues</w:t>
            </w:r>
            <w:r>
              <w:rPr>
                <w:noProof/>
                <w:webHidden/>
              </w:rPr>
              <w:tab/>
            </w:r>
            <w:r>
              <w:rPr>
                <w:noProof/>
                <w:webHidden/>
              </w:rPr>
              <w:fldChar w:fldCharType="begin"/>
            </w:r>
            <w:r>
              <w:rPr>
                <w:noProof/>
                <w:webHidden/>
              </w:rPr>
              <w:instrText xml:space="preserve"> PAGEREF _Toc227271905 \h </w:instrText>
            </w:r>
            <w:r>
              <w:rPr>
                <w:noProof/>
                <w:webHidden/>
              </w:rPr>
            </w:r>
            <w:r>
              <w:rPr>
                <w:noProof/>
                <w:webHidden/>
              </w:rPr>
              <w:fldChar w:fldCharType="separate"/>
            </w:r>
            <w:r>
              <w:rPr>
                <w:noProof/>
                <w:webHidden/>
              </w:rPr>
              <w:t>22</w:t>
            </w:r>
            <w:r>
              <w:rPr>
                <w:noProof/>
                <w:webHidden/>
              </w:rPr>
              <w:fldChar w:fldCharType="end"/>
            </w:r>
          </w:hyperlink>
        </w:p>
        <w:p w14:paraId="47F0410B"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906" w:history="1">
            <w:r w:rsidRPr="00356C85">
              <w:rPr>
                <w:rStyle w:val="Hyperlink"/>
                <w:rFonts w:ascii="Arial" w:hAnsi="Arial" w:cs="Arial"/>
                <w:noProof/>
                <w:lang w:val="en-GB"/>
              </w:rPr>
              <w:t>9</w:t>
            </w:r>
            <w:r w:rsidRPr="00356C85">
              <w:rPr>
                <w:rStyle w:val="Hyperlink"/>
                <w:rFonts w:ascii="Arial" w:hAnsi="Arial" w:cs="Arial"/>
                <w:noProof/>
              </w:rPr>
              <w:t>.2 Resolution Process</w:t>
            </w:r>
            <w:r>
              <w:rPr>
                <w:noProof/>
                <w:webHidden/>
              </w:rPr>
              <w:tab/>
            </w:r>
            <w:r>
              <w:rPr>
                <w:noProof/>
                <w:webHidden/>
              </w:rPr>
              <w:fldChar w:fldCharType="begin"/>
            </w:r>
            <w:r>
              <w:rPr>
                <w:noProof/>
                <w:webHidden/>
              </w:rPr>
              <w:instrText xml:space="preserve"> PAGEREF _Toc227271906 \h </w:instrText>
            </w:r>
            <w:r>
              <w:rPr>
                <w:noProof/>
                <w:webHidden/>
              </w:rPr>
            </w:r>
            <w:r>
              <w:rPr>
                <w:noProof/>
                <w:webHidden/>
              </w:rPr>
              <w:fldChar w:fldCharType="separate"/>
            </w:r>
            <w:r>
              <w:rPr>
                <w:noProof/>
                <w:webHidden/>
              </w:rPr>
              <w:t>23</w:t>
            </w:r>
            <w:r>
              <w:rPr>
                <w:noProof/>
                <w:webHidden/>
              </w:rPr>
              <w:fldChar w:fldCharType="end"/>
            </w:r>
          </w:hyperlink>
        </w:p>
        <w:p w14:paraId="66FC2DEB"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907" w:history="1">
            <w:r w:rsidRPr="00356C85">
              <w:rPr>
                <w:rStyle w:val="Hyperlink"/>
                <w:noProof/>
                <w:lang w:val="en-GB"/>
              </w:rPr>
              <w:t>10</w:t>
            </w:r>
            <w:r w:rsidRPr="00356C85">
              <w:rPr>
                <w:rStyle w:val="Hyperlink"/>
                <w:noProof/>
              </w:rPr>
              <w:t>. Limitations</w:t>
            </w:r>
            <w:r>
              <w:rPr>
                <w:noProof/>
                <w:webHidden/>
              </w:rPr>
              <w:tab/>
            </w:r>
            <w:r>
              <w:rPr>
                <w:noProof/>
                <w:webHidden/>
              </w:rPr>
              <w:fldChar w:fldCharType="begin"/>
            </w:r>
            <w:r>
              <w:rPr>
                <w:noProof/>
                <w:webHidden/>
              </w:rPr>
              <w:instrText xml:space="preserve"> PAGEREF _Toc227271907 \h </w:instrText>
            </w:r>
            <w:r>
              <w:rPr>
                <w:noProof/>
                <w:webHidden/>
              </w:rPr>
            </w:r>
            <w:r>
              <w:rPr>
                <w:noProof/>
                <w:webHidden/>
              </w:rPr>
              <w:fldChar w:fldCharType="separate"/>
            </w:r>
            <w:r>
              <w:rPr>
                <w:noProof/>
                <w:webHidden/>
              </w:rPr>
              <w:t>23</w:t>
            </w:r>
            <w:r>
              <w:rPr>
                <w:noProof/>
                <w:webHidden/>
              </w:rPr>
              <w:fldChar w:fldCharType="end"/>
            </w:r>
          </w:hyperlink>
        </w:p>
        <w:p w14:paraId="737A71ED"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908" w:history="1">
            <w:r w:rsidRPr="00356C85">
              <w:rPr>
                <w:rStyle w:val="Hyperlink"/>
                <w:rFonts w:ascii="Arial" w:hAnsi="Arial" w:cs="Arial"/>
                <w:noProof/>
                <w:lang w:val="en-GB"/>
              </w:rPr>
              <w:t>10.1</w:t>
            </w:r>
            <w:r w:rsidRPr="00356C85">
              <w:rPr>
                <w:rStyle w:val="Hyperlink"/>
                <w:rFonts w:ascii="Arial" w:hAnsi="Arial" w:cs="Arial"/>
                <w:noProof/>
              </w:rPr>
              <w:t xml:space="preserve"> Technical Constraints</w:t>
            </w:r>
            <w:r>
              <w:rPr>
                <w:noProof/>
                <w:webHidden/>
              </w:rPr>
              <w:tab/>
            </w:r>
            <w:r>
              <w:rPr>
                <w:noProof/>
                <w:webHidden/>
              </w:rPr>
              <w:fldChar w:fldCharType="begin"/>
            </w:r>
            <w:r>
              <w:rPr>
                <w:noProof/>
                <w:webHidden/>
              </w:rPr>
              <w:instrText xml:space="preserve"> PAGEREF _Toc227271908 \h </w:instrText>
            </w:r>
            <w:r>
              <w:rPr>
                <w:noProof/>
                <w:webHidden/>
              </w:rPr>
            </w:r>
            <w:r>
              <w:rPr>
                <w:noProof/>
                <w:webHidden/>
              </w:rPr>
              <w:fldChar w:fldCharType="separate"/>
            </w:r>
            <w:r>
              <w:rPr>
                <w:noProof/>
                <w:webHidden/>
              </w:rPr>
              <w:t>23</w:t>
            </w:r>
            <w:r>
              <w:rPr>
                <w:noProof/>
                <w:webHidden/>
              </w:rPr>
              <w:fldChar w:fldCharType="end"/>
            </w:r>
          </w:hyperlink>
        </w:p>
        <w:p w14:paraId="3B717DF8" w14:textId="77777777" w:rsidR="00FB0803" w:rsidRDefault="00FB0803">
          <w:pPr>
            <w:pStyle w:val="TOC3"/>
            <w:tabs>
              <w:tab w:val="right" w:leader="dot" w:pos="9350"/>
            </w:tabs>
            <w:rPr>
              <w:noProof/>
              <w:kern w:val="2"/>
              <w:sz w:val="24"/>
              <w:szCs w:val="24"/>
              <w:lang w:val="en-GB" w:eastAsia="zh-TW"/>
              <w14:ligatures w14:val="standardContextual"/>
            </w:rPr>
          </w:pPr>
          <w:hyperlink w:anchor="_Toc227271909" w:history="1">
            <w:r w:rsidRPr="00356C85">
              <w:rPr>
                <w:rStyle w:val="Hyperlink"/>
                <w:rFonts w:ascii="Arial" w:hAnsi="Arial" w:cs="Arial"/>
                <w:noProof/>
              </w:rPr>
              <w:t>10.2 Impact on Implementation</w:t>
            </w:r>
            <w:r>
              <w:rPr>
                <w:noProof/>
                <w:webHidden/>
              </w:rPr>
              <w:tab/>
            </w:r>
            <w:r>
              <w:rPr>
                <w:noProof/>
                <w:webHidden/>
              </w:rPr>
              <w:fldChar w:fldCharType="begin"/>
            </w:r>
            <w:r>
              <w:rPr>
                <w:noProof/>
                <w:webHidden/>
              </w:rPr>
              <w:instrText xml:space="preserve"> PAGEREF _Toc227271909 \h </w:instrText>
            </w:r>
            <w:r>
              <w:rPr>
                <w:noProof/>
                <w:webHidden/>
              </w:rPr>
            </w:r>
            <w:r>
              <w:rPr>
                <w:noProof/>
                <w:webHidden/>
              </w:rPr>
              <w:fldChar w:fldCharType="separate"/>
            </w:r>
            <w:r>
              <w:rPr>
                <w:noProof/>
                <w:webHidden/>
              </w:rPr>
              <w:t>23</w:t>
            </w:r>
            <w:r>
              <w:rPr>
                <w:noProof/>
                <w:webHidden/>
              </w:rPr>
              <w:fldChar w:fldCharType="end"/>
            </w:r>
          </w:hyperlink>
        </w:p>
        <w:p w14:paraId="0BFA6A17"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910" w:history="1">
            <w:r w:rsidRPr="00356C85">
              <w:rPr>
                <w:rStyle w:val="Hyperlink"/>
                <w:rFonts w:ascii="Arial" w:hAnsi="Arial" w:cs="Arial"/>
                <w:noProof/>
              </w:rPr>
              <w:t>11. Security Considerations</w:t>
            </w:r>
            <w:r>
              <w:rPr>
                <w:noProof/>
                <w:webHidden/>
              </w:rPr>
              <w:tab/>
            </w:r>
            <w:r>
              <w:rPr>
                <w:noProof/>
                <w:webHidden/>
              </w:rPr>
              <w:fldChar w:fldCharType="begin"/>
            </w:r>
            <w:r>
              <w:rPr>
                <w:noProof/>
                <w:webHidden/>
              </w:rPr>
              <w:instrText xml:space="preserve"> PAGEREF _Toc227271910 \h </w:instrText>
            </w:r>
            <w:r>
              <w:rPr>
                <w:noProof/>
                <w:webHidden/>
              </w:rPr>
            </w:r>
            <w:r>
              <w:rPr>
                <w:noProof/>
                <w:webHidden/>
              </w:rPr>
              <w:fldChar w:fldCharType="separate"/>
            </w:r>
            <w:r>
              <w:rPr>
                <w:noProof/>
                <w:webHidden/>
              </w:rPr>
              <w:t>24</w:t>
            </w:r>
            <w:r>
              <w:rPr>
                <w:noProof/>
                <w:webHidden/>
              </w:rPr>
              <w:fldChar w:fldCharType="end"/>
            </w:r>
          </w:hyperlink>
        </w:p>
        <w:p w14:paraId="20C4A36A"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911" w:history="1">
            <w:r w:rsidRPr="00356C85">
              <w:rPr>
                <w:rStyle w:val="Hyperlink"/>
                <w:noProof/>
              </w:rPr>
              <w:t>Conclusion</w:t>
            </w:r>
            <w:r>
              <w:rPr>
                <w:noProof/>
                <w:webHidden/>
              </w:rPr>
              <w:tab/>
            </w:r>
            <w:r>
              <w:rPr>
                <w:noProof/>
                <w:webHidden/>
              </w:rPr>
              <w:fldChar w:fldCharType="begin"/>
            </w:r>
            <w:r>
              <w:rPr>
                <w:noProof/>
                <w:webHidden/>
              </w:rPr>
              <w:instrText xml:space="preserve"> PAGEREF _Toc227271911 \h </w:instrText>
            </w:r>
            <w:r>
              <w:rPr>
                <w:noProof/>
                <w:webHidden/>
              </w:rPr>
            </w:r>
            <w:r>
              <w:rPr>
                <w:noProof/>
                <w:webHidden/>
              </w:rPr>
              <w:fldChar w:fldCharType="separate"/>
            </w:r>
            <w:r>
              <w:rPr>
                <w:noProof/>
                <w:webHidden/>
              </w:rPr>
              <w:t>25</w:t>
            </w:r>
            <w:r>
              <w:rPr>
                <w:noProof/>
                <w:webHidden/>
              </w:rPr>
              <w:fldChar w:fldCharType="end"/>
            </w:r>
          </w:hyperlink>
        </w:p>
        <w:p w14:paraId="32BDCFAF" w14:textId="77777777" w:rsidR="00FB0803" w:rsidRDefault="00FB0803">
          <w:pPr>
            <w:pStyle w:val="TOC2"/>
            <w:tabs>
              <w:tab w:val="right" w:leader="dot" w:pos="9350"/>
            </w:tabs>
            <w:rPr>
              <w:i w:val="0"/>
              <w:iCs w:val="0"/>
              <w:noProof/>
              <w:kern w:val="2"/>
              <w:sz w:val="24"/>
              <w:szCs w:val="24"/>
              <w:lang w:val="en-GB" w:eastAsia="zh-TW"/>
              <w14:ligatures w14:val="standardContextual"/>
            </w:rPr>
          </w:pPr>
          <w:hyperlink w:anchor="_Toc227271912" w:history="1">
            <w:r w:rsidRPr="00356C85">
              <w:rPr>
                <w:rStyle w:val="Hyperlink"/>
                <w:noProof/>
              </w:rPr>
              <w:t>References (IEEE)</w:t>
            </w:r>
            <w:r>
              <w:rPr>
                <w:noProof/>
                <w:webHidden/>
              </w:rPr>
              <w:tab/>
            </w:r>
            <w:r>
              <w:rPr>
                <w:noProof/>
                <w:webHidden/>
              </w:rPr>
              <w:fldChar w:fldCharType="begin"/>
            </w:r>
            <w:r>
              <w:rPr>
                <w:noProof/>
                <w:webHidden/>
              </w:rPr>
              <w:instrText xml:space="preserve"> PAGEREF _Toc227271912 \h </w:instrText>
            </w:r>
            <w:r>
              <w:rPr>
                <w:noProof/>
                <w:webHidden/>
              </w:rPr>
            </w:r>
            <w:r>
              <w:rPr>
                <w:noProof/>
                <w:webHidden/>
              </w:rPr>
              <w:fldChar w:fldCharType="separate"/>
            </w:r>
            <w:r>
              <w:rPr>
                <w:noProof/>
                <w:webHidden/>
              </w:rPr>
              <w:t>26</w:t>
            </w:r>
            <w:r>
              <w:rPr>
                <w:noProof/>
                <w:webHidden/>
              </w:rPr>
              <w:fldChar w:fldCharType="end"/>
            </w:r>
          </w:hyperlink>
        </w:p>
        <w:p w14:paraId="36D52C90" w14:textId="77777777" w:rsidR="00BB6E82" w:rsidRDefault="00BB6E82">
          <w:r>
            <w:rPr>
              <w:b/>
              <w:bCs/>
              <w:noProof/>
            </w:rPr>
            <w:fldChar w:fldCharType="end"/>
          </w:r>
        </w:p>
      </w:sdtContent>
    </w:sdt>
    <w:p w14:paraId="2B1B6ECC" w14:textId="77777777" w:rsidR="00BB6E82" w:rsidRDefault="00BB6E82" w:rsidP="00FB0803">
      <w:pPr>
        <w:pStyle w:val="p2"/>
        <w:spacing w:before="0" w:beforeAutospacing="0" w:line="360" w:lineRule="auto"/>
        <w:ind w:right="480"/>
        <w:rPr>
          <w:rFonts w:ascii="Arial" w:hAnsi="Arial" w:cs="Arial"/>
        </w:rPr>
      </w:pPr>
    </w:p>
    <w:p w14:paraId="567663D2" w14:textId="77777777" w:rsidR="00FB0803" w:rsidRPr="00BB6E82" w:rsidRDefault="00FB0803" w:rsidP="00FB0803">
      <w:pPr>
        <w:pStyle w:val="p2"/>
        <w:spacing w:before="0" w:beforeAutospacing="0" w:line="360" w:lineRule="auto"/>
        <w:ind w:right="480"/>
        <w:rPr>
          <w:rFonts w:ascii="Arial" w:hAnsi="Arial" w:cs="Arial"/>
        </w:rPr>
      </w:pPr>
    </w:p>
    <w:p w14:paraId="16E055B8" w14:textId="77777777" w:rsidR="00BB6E82" w:rsidRPr="00BB6E82" w:rsidRDefault="00BB6E82" w:rsidP="00BB6E82">
      <w:pPr>
        <w:pStyle w:val="Heading2"/>
        <w:spacing w:before="0" w:line="360" w:lineRule="auto"/>
        <w:rPr>
          <w:rFonts w:ascii="Arial" w:hAnsi="Arial" w:cs="Arial"/>
          <w:sz w:val="24"/>
          <w:szCs w:val="24"/>
        </w:rPr>
      </w:pPr>
      <w:bookmarkStart w:id="1" w:name="_Toc227271879"/>
      <w:r w:rsidRPr="00BB6E82">
        <w:rPr>
          <w:rStyle w:val="s1"/>
          <w:rFonts w:ascii="Arial" w:hAnsi="Arial" w:cs="Arial"/>
          <w:sz w:val="24"/>
          <w:szCs w:val="24"/>
        </w:rPr>
        <w:lastRenderedPageBreak/>
        <w:t>Introduction</w:t>
      </w:r>
      <w:bookmarkEnd w:id="1"/>
    </w:p>
    <w:p w14:paraId="374532EF" w14:textId="77777777" w:rsidR="00BB6E82" w:rsidRPr="00BB6E82" w:rsidRDefault="00BB6E82" w:rsidP="00BB6E82">
      <w:pPr>
        <w:pStyle w:val="p2"/>
        <w:spacing w:before="0" w:beforeAutospacing="0" w:line="360" w:lineRule="auto"/>
        <w:rPr>
          <w:rFonts w:ascii="Arial" w:hAnsi="Arial" w:cs="Arial"/>
        </w:rPr>
      </w:pPr>
    </w:p>
    <w:p w14:paraId="74BFD26A" w14:textId="77777777" w:rsidR="0010055E" w:rsidRPr="0010055E" w:rsidRDefault="0010055E" w:rsidP="0010055E">
      <w:pPr>
        <w:pStyle w:val="p2"/>
        <w:spacing w:before="0" w:beforeAutospacing="0" w:line="360" w:lineRule="auto"/>
        <w:rPr>
          <w:rFonts w:ascii="Arial" w:hAnsi="Arial" w:cs="Arial"/>
        </w:rPr>
      </w:pPr>
      <w:r w:rsidRPr="0010055E">
        <w:rPr>
          <w:rFonts w:ascii="Arial" w:hAnsi="Arial" w:cs="Arial"/>
        </w:rPr>
        <w:t>This report presents the implementation and configuration of a virtualised enterprise network using a Debian-based server environment deployed on VMware Fusion. The aim of this assignment is to demonstrate practical skills in configuring, managing, and maintaining network operating system services within a virtual machine.</w:t>
      </w:r>
    </w:p>
    <w:p w14:paraId="7DF8134E" w14:textId="77777777" w:rsidR="0010055E" w:rsidRPr="0010055E" w:rsidRDefault="0010055E" w:rsidP="0010055E">
      <w:pPr>
        <w:pStyle w:val="p2"/>
        <w:spacing w:before="0" w:beforeAutospacing="0" w:line="360" w:lineRule="auto"/>
        <w:rPr>
          <w:rFonts w:ascii="Arial" w:hAnsi="Arial" w:cs="Arial"/>
        </w:rPr>
      </w:pPr>
    </w:p>
    <w:p w14:paraId="31099FA2" w14:textId="77777777" w:rsidR="0010055E" w:rsidRPr="0010055E" w:rsidRDefault="0010055E" w:rsidP="0010055E">
      <w:pPr>
        <w:pStyle w:val="p2"/>
        <w:spacing w:before="0" w:beforeAutospacing="0" w:line="360" w:lineRule="auto"/>
        <w:rPr>
          <w:rFonts w:ascii="Arial" w:hAnsi="Arial" w:cs="Arial"/>
        </w:rPr>
      </w:pPr>
      <w:r w:rsidRPr="0010055E">
        <w:rPr>
          <w:rFonts w:ascii="Arial" w:hAnsi="Arial" w:cs="Arial"/>
        </w:rPr>
        <w:t>Modern enterprise networks require reliable communication, secure routing, and efficient service delivery. This project focuses on implementing essential networking components including IP configuration, routing, firewall management, Network Address Translation (NAT), and web server deployment.</w:t>
      </w:r>
    </w:p>
    <w:p w14:paraId="593DCCE9" w14:textId="77777777" w:rsidR="0010055E" w:rsidRPr="0010055E" w:rsidRDefault="0010055E" w:rsidP="0010055E">
      <w:pPr>
        <w:pStyle w:val="p2"/>
        <w:spacing w:before="0" w:beforeAutospacing="0" w:line="360" w:lineRule="auto"/>
        <w:rPr>
          <w:rFonts w:ascii="Arial" w:hAnsi="Arial" w:cs="Arial"/>
        </w:rPr>
      </w:pPr>
    </w:p>
    <w:p w14:paraId="32EAF64A" w14:textId="77777777" w:rsidR="0010055E" w:rsidRDefault="0010055E" w:rsidP="0010055E">
      <w:pPr>
        <w:pStyle w:val="p2"/>
        <w:spacing w:before="0" w:beforeAutospacing="0" w:line="360" w:lineRule="auto"/>
        <w:rPr>
          <w:rFonts w:ascii="Arial" w:hAnsi="Arial" w:cs="Arial"/>
        </w:rPr>
      </w:pPr>
      <w:r w:rsidRPr="0010055E">
        <w:rPr>
          <w:rFonts w:ascii="Arial" w:hAnsi="Arial" w:cs="Arial"/>
        </w:rPr>
        <w:t>Due to hardware limitations associated with ARM-based architecture, Windows Server deployment was not feasible. Therefore, a Linux-based solution was implemented to replicate core networking functionalities. This approach still demonstrates a strong understanding of networking principles and system administration [1], [2].</w:t>
      </w:r>
    </w:p>
    <w:p w14:paraId="7AF74115" w14:textId="77777777" w:rsidR="00854C1A" w:rsidRDefault="002C635D" w:rsidP="002C635D">
      <w:pPr>
        <w:pStyle w:val="p2"/>
        <w:spacing w:before="0" w:beforeAutospacing="0" w:line="360" w:lineRule="auto"/>
        <w:rPr>
          <w:rStyle w:val="s1"/>
          <w:rFonts w:ascii="Arial" w:hAnsi="Arial" w:cs="Arial"/>
        </w:rPr>
      </w:pPr>
      <w:r w:rsidRPr="002C635D">
        <w:rPr>
          <w:rFonts w:ascii="Arial" w:hAnsi="Arial" w:cs="Arial"/>
        </w:rPr>
        <w:t>This approach was intentionally selected to demonstrate core networking principles using a lightweight and efficient Linux-based environment. While Windows Server and VPN solutions were not implemented, equivalent functionalities such as routing, NAT, firewall configuration, and service deployment were successfully demonstrated within the constraints of the system.</w:t>
      </w:r>
    </w:p>
    <w:p w14:paraId="7A88B86A" w14:textId="77777777" w:rsidR="0010055E" w:rsidRPr="00FB0803" w:rsidRDefault="00BB6E82" w:rsidP="00FB0803">
      <w:pPr>
        <w:pStyle w:val="Heading2"/>
        <w:rPr>
          <w:rStyle w:val="s1"/>
          <w:rFonts w:ascii="Arial" w:hAnsi="Arial" w:cs="Arial"/>
        </w:rPr>
      </w:pPr>
      <w:bookmarkStart w:id="2" w:name="_Toc227271880"/>
      <w:r w:rsidRPr="00FB0803">
        <w:rPr>
          <w:rStyle w:val="s1"/>
          <w:lang w:val="en-GB"/>
        </w:rPr>
        <w:lastRenderedPageBreak/>
        <w:t xml:space="preserve">1. </w:t>
      </w:r>
      <w:r w:rsidR="0010055E" w:rsidRPr="00FB0803">
        <w:rPr>
          <w:rStyle w:val="s1"/>
          <w:lang w:val="en-GB"/>
        </w:rPr>
        <w:t>System Design and Virtualisation Setup</w:t>
      </w:r>
      <w:bookmarkEnd w:id="2"/>
    </w:p>
    <w:p w14:paraId="6A17A906" w14:textId="77777777" w:rsidR="00BB6E82" w:rsidRPr="00854C1A" w:rsidRDefault="00BB6E82" w:rsidP="00854C1A">
      <w:pPr>
        <w:pStyle w:val="Heading2"/>
        <w:spacing w:before="0" w:line="360" w:lineRule="auto"/>
        <w:rPr>
          <w:rFonts w:ascii="Arial" w:hAnsi="Arial" w:cs="Arial"/>
          <w:sz w:val="24"/>
          <w:szCs w:val="24"/>
        </w:rPr>
      </w:pPr>
    </w:p>
    <w:p w14:paraId="28BC4863" w14:textId="77777777" w:rsidR="00FB2793" w:rsidRDefault="00BB6E82" w:rsidP="00FB2793">
      <w:pPr>
        <w:pStyle w:val="Heading3"/>
      </w:pPr>
      <w:bookmarkStart w:id="3" w:name="_Toc227271881"/>
      <w:r w:rsidRPr="00BB6E82">
        <w:rPr>
          <w:rStyle w:val="s1"/>
          <w:rFonts w:ascii="Arial" w:hAnsi="Arial" w:cs="Arial"/>
          <w:sz w:val="24"/>
          <w:szCs w:val="24"/>
        </w:rPr>
        <w:t>1.</w:t>
      </w:r>
      <w:r w:rsidR="00FB2793" w:rsidRPr="00FB2793">
        <w:rPr>
          <w:rStyle w:val="s1"/>
          <w:rFonts w:ascii="Arial" w:hAnsi="Arial" w:cs="Arial"/>
          <w:sz w:val="24"/>
          <w:szCs w:val="24"/>
        </w:rPr>
        <w:t xml:space="preserve">1 </w:t>
      </w:r>
      <w:proofErr w:type="spellStart"/>
      <w:r w:rsidR="00FB2793" w:rsidRPr="00FB2793">
        <w:rPr>
          <w:rStyle w:val="s1"/>
          <w:rFonts w:ascii="Arial" w:hAnsi="Arial" w:cs="Arial"/>
          <w:sz w:val="24"/>
          <w:szCs w:val="24"/>
        </w:rPr>
        <w:t>Virtualisation</w:t>
      </w:r>
      <w:proofErr w:type="spellEnd"/>
      <w:r w:rsidR="00FB2793" w:rsidRPr="00FB2793">
        <w:rPr>
          <w:rStyle w:val="s1"/>
          <w:rFonts w:ascii="Arial" w:hAnsi="Arial" w:cs="Arial"/>
          <w:sz w:val="24"/>
          <w:szCs w:val="24"/>
        </w:rPr>
        <w:t xml:space="preserve"> Environment</w:t>
      </w:r>
      <w:bookmarkEnd w:id="3"/>
    </w:p>
    <w:p w14:paraId="5A31C572" w14:textId="77777777" w:rsidR="00BB6E82" w:rsidRPr="00BB6E82" w:rsidRDefault="00BB6E82" w:rsidP="00BB6E82">
      <w:pPr>
        <w:pStyle w:val="Heading3"/>
        <w:spacing w:before="0" w:line="360" w:lineRule="auto"/>
        <w:rPr>
          <w:rFonts w:ascii="Arial" w:hAnsi="Arial" w:cs="Arial"/>
          <w:sz w:val="24"/>
          <w:szCs w:val="24"/>
        </w:rPr>
      </w:pPr>
    </w:p>
    <w:p w14:paraId="42708B31"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The virtual environment was created using VMware Fusion as the hypervisor. This platform allows multiple operating systems to run on a single physical machine, providing flexibility for testing and deployment.</w:t>
      </w:r>
    </w:p>
    <w:p w14:paraId="7298BC67" w14:textId="77777777" w:rsidR="00B46077" w:rsidRPr="004C720C" w:rsidRDefault="00F10819" w:rsidP="004C720C">
      <w:pPr>
        <w:pStyle w:val="p3"/>
        <w:spacing w:before="0" w:beforeAutospacing="0" w:line="360" w:lineRule="auto"/>
        <w:rPr>
          <w:rStyle w:val="s2"/>
          <w:rFonts w:ascii="Arial" w:eastAsiaTheme="majorEastAsia" w:hAnsi="Arial" w:cs="Arial"/>
          <w:noProof/>
        </w:rPr>
      </w:pPr>
      <w:r w:rsidRPr="00F10819">
        <w:rPr>
          <w:rStyle w:val="s2"/>
          <w:rFonts w:ascii="Arial" w:eastAsiaTheme="majorEastAsia" w:hAnsi="Arial" w:cs="Arial"/>
        </w:rPr>
        <w:t>A Debian 12 server operating system was installed using a verified ISO image. The installation process included configuring hostname, user credentials, and selecting system utilities.</w:t>
      </w:r>
      <w:r w:rsidR="00B46077" w:rsidRPr="00B46077">
        <w:rPr>
          <w:rFonts w:ascii="Arial" w:eastAsiaTheme="majorEastAsia" w:hAnsi="Arial" w:cs="Arial"/>
          <w:noProof/>
        </w:rPr>
        <w:t xml:space="preserve"> </w:t>
      </w:r>
      <w:r w:rsidR="00B46077">
        <w:rPr>
          <w:rFonts w:ascii="Arial" w:eastAsiaTheme="majorEastAsia" w:hAnsi="Arial" w:cs="Arial"/>
          <w:noProof/>
        </w:rPr>
        <w:drawing>
          <wp:inline distT="0" distB="0" distL="0" distR="0" wp14:anchorId="4048F8C8" wp14:editId="4A7CD717">
            <wp:extent cx="10832459" cy="4558030"/>
            <wp:effectExtent l="0" t="0" r="0" b="1270"/>
            <wp:docPr id="666979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79723" name="Picture 666979723"/>
                    <pic:cNvPicPr/>
                  </pic:nvPicPr>
                  <pic:blipFill rotWithShape="1">
                    <a:blip r:embed="rId9"/>
                    <a:srcRect l="1670" t="508" r="-3338" b="8145"/>
                    <a:stretch>
                      <a:fillRect/>
                    </a:stretch>
                  </pic:blipFill>
                  <pic:spPr bwMode="auto">
                    <a:xfrm>
                      <a:off x="0" y="0"/>
                      <a:ext cx="11145782" cy="4689868"/>
                    </a:xfrm>
                    <a:prstGeom prst="rect">
                      <a:avLst/>
                    </a:prstGeom>
                    <a:ln>
                      <a:noFill/>
                    </a:ln>
                    <a:extLst>
                      <a:ext uri="{53640926-AAD7-44D8-BBD7-CCE9431645EC}">
                        <a14:shadowObscured xmlns:a14="http://schemas.microsoft.com/office/drawing/2010/main"/>
                      </a:ext>
                    </a:extLst>
                  </pic:spPr>
                </pic:pic>
              </a:graphicData>
            </a:graphic>
          </wp:inline>
        </w:drawing>
      </w:r>
      <w:r w:rsidR="00B46077" w:rsidRPr="00B46077">
        <w:rPr>
          <w:rStyle w:val="s2"/>
          <w:rFonts w:ascii="Arial" w:hAnsi="Arial" w:cs="Arial"/>
        </w:rPr>
        <w:t>As shown in Figure 1, the system login and configuration were successfully completed.</w:t>
      </w:r>
    </w:p>
    <w:p w14:paraId="6880A0F2" w14:textId="77777777" w:rsidR="00B46077" w:rsidRDefault="00B46077" w:rsidP="00F10819">
      <w:pPr>
        <w:pStyle w:val="Heading3"/>
        <w:rPr>
          <w:rStyle w:val="s2"/>
          <w:rFonts w:ascii="Arial" w:hAnsi="Arial" w:cs="Arial"/>
          <w:b w:val="0"/>
          <w:bCs w:val="0"/>
          <w:color w:val="auto"/>
          <w:sz w:val="24"/>
          <w:szCs w:val="24"/>
          <w:lang w:val="en-GB" w:eastAsia="en-GB"/>
        </w:rPr>
      </w:pPr>
    </w:p>
    <w:p w14:paraId="29AB428D" w14:textId="77777777" w:rsidR="00F10819" w:rsidRPr="00F10819" w:rsidRDefault="00BB6E82" w:rsidP="00F10819">
      <w:pPr>
        <w:pStyle w:val="Heading3"/>
        <w:rPr>
          <w:rStyle w:val="s1"/>
          <w:rFonts w:ascii="Arial" w:hAnsi="Arial" w:cs="Arial"/>
          <w:sz w:val="24"/>
          <w:szCs w:val="24"/>
        </w:rPr>
      </w:pPr>
      <w:bookmarkStart w:id="4" w:name="_Toc227271882"/>
      <w:r w:rsidRPr="00BB6E82">
        <w:rPr>
          <w:rStyle w:val="s1"/>
          <w:rFonts w:ascii="Arial" w:hAnsi="Arial" w:cs="Arial"/>
          <w:sz w:val="24"/>
          <w:szCs w:val="24"/>
        </w:rPr>
        <w:t xml:space="preserve">1.2 </w:t>
      </w:r>
      <w:r w:rsidR="00F10819">
        <w:rPr>
          <w:rStyle w:val="s1"/>
          <w:rFonts w:ascii="Arial" w:hAnsi="Arial" w:cs="Arial"/>
          <w:sz w:val="24"/>
          <w:szCs w:val="24"/>
        </w:rPr>
        <w:t xml:space="preserve">Network </w:t>
      </w:r>
      <w:r w:rsidR="00F10819" w:rsidRPr="00F10819">
        <w:rPr>
          <w:rStyle w:val="s1"/>
          <w:rFonts w:ascii="Arial" w:hAnsi="Arial" w:cs="Arial"/>
          <w:sz w:val="24"/>
          <w:szCs w:val="24"/>
        </w:rPr>
        <w:t>Topology Configuration</w:t>
      </w:r>
      <w:bookmarkEnd w:id="4"/>
    </w:p>
    <w:p w14:paraId="2A24DE83" w14:textId="77777777" w:rsidR="00BB6E82" w:rsidRPr="00BB6E82" w:rsidRDefault="00BB6E82" w:rsidP="00BB6E82">
      <w:pPr>
        <w:pStyle w:val="p2"/>
        <w:spacing w:before="0" w:beforeAutospacing="0" w:line="360" w:lineRule="auto"/>
        <w:rPr>
          <w:rFonts w:ascii="Arial" w:hAnsi="Arial" w:cs="Arial"/>
        </w:rPr>
      </w:pPr>
    </w:p>
    <w:p w14:paraId="6378FF69"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The virtual machine was configured using a NAT-based network adapter. This setup allows the VM to access external networks while remaining isolated from the host system.</w:t>
      </w:r>
    </w:p>
    <w:p w14:paraId="33EB4559"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The primary interface configured was:</w:t>
      </w:r>
      <w:r>
        <w:rPr>
          <w:rStyle w:val="s2"/>
          <w:rFonts w:ascii="Arial" w:eastAsiaTheme="majorEastAsia" w:hAnsi="Arial" w:cs="Arial"/>
        </w:rPr>
        <w:t xml:space="preserve"> </w:t>
      </w:r>
      <w:r w:rsidRPr="00F10819">
        <w:rPr>
          <w:rStyle w:val="s2"/>
          <w:rFonts w:ascii="Arial" w:eastAsiaTheme="majorEastAsia" w:hAnsi="Arial" w:cs="Arial"/>
        </w:rPr>
        <w:t>ens160</w:t>
      </w:r>
    </w:p>
    <w:p w14:paraId="63D037E1"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This interface was used for all network configurations throughout the implementation.</w:t>
      </w:r>
    </w:p>
    <w:p w14:paraId="45FC96B1" w14:textId="77777777" w:rsidR="00F10819" w:rsidRDefault="00F10819" w:rsidP="00BB6E82">
      <w:pPr>
        <w:spacing w:line="360" w:lineRule="auto"/>
        <w:rPr>
          <w:rStyle w:val="s1"/>
          <w:rFonts w:ascii="Arial" w:hAnsi="Arial" w:cs="Arial"/>
          <w:sz w:val="24"/>
          <w:szCs w:val="24"/>
        </w:rPr>
      </w:pPr>
    </w:p>
    <w:p w14:paraId="062DE9FB" w14:textId="77777777" w:rsidR="0020783E" w:rsidRPr="00FB0803" w:rsidRDefault="0020783E" w:rsidP="00FB0803">
      <w:pPr>
        <w:pStyle w:val="Heading2"/>
        <w:rPr>
          <w:rStyle w:val="s1"/>
          <w:lang w:val="en-GB"/>
        </w:rPr>
      </w:pPr>
      <w:bookmarkStart w:id="5" w:name="_Toc227271883"/>
      <w:r w:rsidRPr="00FB0803">
        <w:rPr>
          <w:rStyle w:val="s1"/>
          <w:lang w:val="en-GB"/>
        </w:rPr>
        <w:t>2. Enterprise Network Design Considerations</w:t>
      </w:r>
      <w:bookmarkEnd w:id="5"/>
    </w:p>
    <w:p w14:paraId="2A760851" w14:textId="77777777" w:rsidR="0020783E" w:rsidRPr="0020783E" w:rsidRDefault="0020783E" w:rsidP="0020783E"/>
    <w:p w14:paraId="0D29E5DE" w14:textId="77777777" w:rsidR="0020783E" w:rsidRPr="0020783E" w:rsidRDefault="0020783E" w:rsidP="0020783E">
      <w:pPr>
        <w:pStyle w:val="p2"/>
        <w:spacing w:before="0" w:beforeAutospacing="0" w:line="360" w:lineRule="auto"/>
        <w:rPr>
          <w:rFonts w:ascii="Arial" w:hAnsi="Arial" w:cs="Arial"/>
        </w:rPr>
      </w:pPr>
      <w:r w:rsidRPr="0020783E">
        <w:rPr>
          <w:rFonts w:ascii="Arial" w:hAnsi="Arial" w:cs="Arial"/>
        </w:rPr>
        <w:t>In enterprise network environments, careful planning and design are required to ensure scalability, reliability, and security. Network infrastructure must be designed in a way that supports future expansion while maintaining stable performance.</w:t>
      </w:r>
    </w:p>
    <w:p w14:paraId="1B643258" w14:textId="77777777" w:rsidR="0020783E" w:rsidRPr="0020783E" w:rsidRDefault="0020783E" w:rsidP="0020783E">
      <w:pPr>
        <w:pStyle w:val="p2"/>
        <w:spacing w:before="0" w:beforeAutospacing="0" w:line="360" w:lineRule="auto"/>
        <w:rPr>
          <w:rFonts w:ascii="Arial" w:hAnsi="Arial" w:cs="Arial"/>
        </w:rPr>
      </w:pPr>
    </w:p>
    <w:p w14:paraId="6DEC1263" w14:textId="77777777" w:rsidR="0020783E" w:rsidRPr="0020783E" w:rsidRDefault="0020783E" w:rsidP="0020783E">
      <w:pPr>
        <w:pStyle w:val="p2"/>
        <w:spacing w:before="0" w:beforeAutospacing="0" w:line="360" w:lineRule="auto"/>
        <w:rPr>
          <w:rFonts w:ascii="Arial" w:hAnsi="Arial" w:cs="Arial"/>
        </w:rPr>
      </w:pPr>
      <w:r w:rsidRPr="0020783E">
        <w:rPr>
          <w:rFonts w:ascii="Arial" w:hAnsi="Arial" w:cs="Arial"/>
        </w:rPr>
        <w:t>One important consideration is network segmentation. Dividing networks into smaller subnets improves performance and enhances security by limiting broadcast traffic and isolating potential threats. Although this project uses a simplified virtual environment, the same principles apply to larger enterprise networks.</w:t>
      </w:r>
    </w:p>
    <w:p w14:paraId="148A578E" w14:textId="77777777" w:rsidR="0020783E" w:rsidRPr="0020783E" w:rsidRDefault="0020783E" w:rsidP="0020783E">
      <w:pPr>
        <w:pStyle w:val="p2"/>
        <w:spacing w:before="0" w:beforeAutospacing="0" w:line="360" w:lineRule="auto"/>
        <w:rPr>
          <w:rFonts w:ascii="Arial" w:hAnsi="Arial" w:cs="Arial"/>
        </w:rPr>
      </w:pPr>
    </w:p>
    <w:p w14:paraId="1A4D922B" w14:textId="77777777" w:rsidR="0020783E" w:rsidRPr="0020783E" w:rsidRDefault="0020783E" w:rsidP="0020783E">
      <w:pPr>
        <w:pStyle w:val="p2"/>
        <w:spacing w:before="0" w:beforeAutospacing="0" w:line="360" w:lineRule="auto"/>
        <w:rPr>
          <w:rFonts w:ascii="Arial" w:hAnsi="Arial" w:cs="Arial"/>
        </w:rPr>
      </w:pPr>
      <w:r w:rsidRPr="0020783E">
        <w:rPr>
          <w:rFonts w:ascii="Arial" w:hAnsi="Arial" w:cs="Arial"/>
        </w:rPr>
        <w:t>Another key factor is redundancy and fault tolerance. In real-world scenarios, multiple routing paths and backup systems are implemented to ensure continuous operation in case of failure. While redundancy was not implemented in this project, the configuration demonstrates the foundational concepts required to support such systems.</w:t>
      </w:r>
    </w:p>
    <w:p w14:paraId="2CED3C36" w14:textId="77777777" w:rsidR="0020783E" w:rsidRPr="0020783E" w:rsidRDefault="0020783E" w:rsidP="0020783E">
      <w:pPr>
        <w:pStyle w:val="p2"/>
        <w:spacing w:before="0" w:beforeAutospacing="0" w:line="360" w:lineRule="auto"/>
        <w:rPr>
          <w:rFonts w:ascii="Arial" w:hAnsi="Arial" w:cs="Arial"/>
        </w:rPr>
      </w:pPr>
      <w:r w:rsidRPr="0020783E">
        <w:rPr>
          <w:rFonts w:ascii="Arial" w:hAnsi="Arial" w:cs="Arial"/>
        </w:rPr>
        <w:lastRenderedPageBreak/>
        <w:t>Security is also a major consideration. Firewalls, access control, and traffic filtering are used to protect sensitive data and prevent unauthorized access. The use of UFW and iptables in this project reflects these practices on a smaller scale.</w:t>
      </w:r>
    </w:p>
    <w:p w14:paraId="242BAD20" w14:textId="77777777" w:rsidR="002C635D" w:rsidRDefault="0020783E" w:rsidP="0020783E">
      <w:pPr>
        <w:pStyle w:val="p2"/>
        <w:spacing w:before="0" w:beforeAutospacing="0" w:line="360" w:lineRule="auto"/>
        <w:rPr>
          <w:rFonts w:ascii="Arial" w:hAnsi="Arial" w:cs="Arial"/>
        </w:rPr>
      </w:pPr>
      <w:r w:rsidRPr="0020783E">
        <w:rPr>
          <w:rFonts w:ascii="Arial" w:hAnsi="Arial" w:cs="Arial"/>
        </w:rPr>
        <w:t>Overall, the design of this network reflects core enterprise principles, including controlled access, structured configuration, and service-based architecture.</w:t>
      </w:r>
    </w:p>
    <w:p w14:paraId="3A9D5F5F" w14:textId="77777777" w:rsidR="002C635D" w:rsidRPr="0020783E" w:rsidRDefault="002C635D" w:rsidP="0020783E">
      <w:pPr>
        <w:pStyle w:val="p2"/>
        <w:spacing w:before="0" w:beforeAutospacing="0" w:line="360" w:lineRule="auto"/>
        <w:rPr>
          <w:rFonts w:ascii="Arial" w:hAnsi="Arial" w:cs="Arial"/>
        </w:rPr>
      </w:pPr>
      <w:r w:rsidRPr="002C635D">
        <w:rPr>
          <w:rFonts w:ascii="Arial" w:hAnsi="Arial" w:cs="Arial"/>
        </w:rPr>
        <w:t>The decision to utilise a Linux-based system instead of a Windows Server environment reflects real-world scenarios where organisations adopt flexible and cost-effective solutions. This demonstrates adaptability in network design while still maintaining enterprise-level functionality.</w:t>
      </w:r>
    </w:p>
    <w:p w14:paraId="42608293" w14:textId="77777777" w:rsidR="00A337DD" w:rsidRDefault="00A337DD" w:rsidP="00F10819">
      <w:pPr>
        <w:pStyle w:val="Heading2"/>
        <w:rPr>
          <w:rStyle w:val="s1"/>
          <w:rFonts w:ascii="Arial" w:hAnsi="Arial" w:cs="Arial"/>
          <w:sz w:val="24"/>
          <w:szCs w:val="24"/>
        </w:rPr>
      </w:pPr>
    </w:p>
    <w:p w14:paraId="0B7E0AB0" w14:textId="77777777" w:rsidR="00F10819" w:rsidRPr="00FB0803" w:rsidRDefault="000A38AC" w:rsidP="00FB0803">
      <w:pPr>
        <w:pStyle w:val="Heading2"/>
        <w:rPr>
          <w:rStyle w:val="s1"/>
          <w:lang w:val="en-GB"/>
        </w:rPr>
      </w:pPr>
      <w:bookmarkStart w:id="6" w:name="_Toc227271884"/>
      <w:r w:rsidRPr="00FB0803">
        <w:rPr>
          <w:rStyle w:val="s1"/>
          <w:lang w:val="en-GB"/>
        </w:rPr>
        <w:t>3</w:t>
      </w:r>
      <w:r w:rsidR="00F10819" w:rsidRPr="00FB0803">
        <w:rPr>
          <w:rStyle w:val="s1"/>
          <w:lang w:val="en-GB"/>
        </w:rPr>
        <w:t>. Network Configuration and Connectivity</w:t>
      </w:r>
      <w:bookmarkEnd w:id="6"/>
    </w:p>
    <w:p w14:paraId="7D6CA7C6" w14:textId="77777777" w:rsidR="00F10819" w:rsidRPr="00F10819" w:rsidRDefault="00F10819" w:rsidP="00F10819"/>
    <w:p w14:paraId="4C6D4CB7" w14:textId="77777777" w:rsidR="00F10819" w:rsidRDefault="000A38AC" w:rsidP="00F10819">
      <w:pPr>
        <w:pStyle w:val="Heading3"/>
        <w:rPr>
          <w:rStyle w:val="s1"/>
          <w:rFonts w:ascii="Arial" w:hAnsi="Arial" w:cs="Arial"/>
          <w:sz w:val="24"/>
          <w:szCs w:val="24"/>
        </w:rPr>
      </w:pPr>
      <w:bookmarkStart w:id="7" w:name="_Toc227271885"/>
      <w:r>
        <w:rPr>
          <w:rStyle w:val="s1"/>
          <w:rFonts w:ascii="Arial" w:hAnsi="Arial" w:cs="Arial"/>
          <w:sz w:val="24"/>
          <w:szCs w:val="24"/>
        </w:rPr>
        <w:t>3</w:t>
      </w:r>
      <w:r w:rsidR="00F10819" w:rsidRPr="00F10819">
        <w:rPr>
          <w:rStyle w:val="s1"/>
          <w:rFonts w:ascii="Arial" w:hAnsi="Arial" w:cs="Arial"/>
          <w:sz w:val="24"/>
          <w:szCs w:val="24"/>
        </w:rPr>
        <w:t>.1 IP Address Configuration</w:t>
      </w:r>
      <w:bookmarkEnd w:id="7"/>
    </w:p>
    <w:p w14:paraId="1824F701" w14:textId="77777777" w:rsidR="00F10819" w:rsidRPr="00F10819" w:rsidRDefault="00F10819" w:rsidP="00F10819"/>
    <w:p w14:paraId="5D2491C4" w14:textId="77777777" w:rsidR="00F10819" w:rsidRPr="00F10819" w:rsidRDefault="004C7B35" w:rsidP="00F10819">
      <w:pPr>
        <w:pStyle w:val="p3"/>
        <w:spacing w:before="0" w:beforeAutospacing="0" w:line="360" w:lineRule="auto"/>
        <w:rPr>
          <w:rStyle w:val="s2"/>
          <w:rFonts w:ascii="Arial" w:eastAsiaTheme="majorEastAsia" w:hAnsi="Arial" w:cs="Arial"/>
        </w:rPr>
      </w:pPr>
      <w:r w:rsidRPr="004C7B35">
        <w:rPr>
          <w:rStyle w:val="s2"/>
          <w:rFonts w:ascii="Arial" w:eastAsiaTheme="majorEastAsia" w:hAnsi="Arial" w:cs="Arial"/>
        </w:rPr>
        <w:t>The network interface was configured using a static IP address by editing the /etc/network/interfaces file</w:t>
      </w:r>
      <w:r w:rsidR="00F10819" w:rsidRPr="00F10819">
        <w:rPr>
          <w:rStyle w:val="s2"/>
          <w:rFonts w:ascii="Arial" w:eastAsiaTheme="majorEastAsia" w:hAnsi="Arial" w:cs="Arial"/>
        </w:rPr>
        <w:t>. The assigned IP address was verified using:</w:t>
      </w:r>
    </w:p>
    <w:p w14:paraId="5EF8F314"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 xml:space="preserve">Code: </w:t>
      </w:r>
      <w:proofErr w:type="spellStart"/>
      <w:r w:rsidRPr="00F10819">
        <w:rPr>
          <w:rStyle w:val="s2"/>
          <w:rFonts w:ascii="Arial" w:eastAsiaTheme="majorEastAsia" w:hAnsi="Arial" w:cs="Arial"/>
        </w:rPr>
        <w:t>ip</w:t>
      </w:r>
      <w:proofErr w:type="spellEnd"/>
      <w:r w:rsidRPr="00F10819">
        <w:rPr>
          <w:rStyle w:val="s2"/>
          <w:rFonts w:ascii="Arial" w:eastAsiaTheme="majorEastAsia" w:hAnsi="Arial" w:cs="Arial"/>
        </w:rPr>
        <w:t xml:space="preserve"> a</w:t>
      </w:r>
    </w:p>
    <w:p w14:paraId="0F922F2B"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The system received:</w:t>
      </w:r>
    </w:p>
    <w:p w14:paraId="7628437C" w14:textId="77777777" w:rsid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192.168.</w:t>
      </w:r>
      <w:r w:rsidR="00B96A7E">
        <w:rPr>
          <w:rStyle w:val="s2"/>
          <w:rFonts w:ascii="Arial" w:eastAsiaTheme="majorEastAsia" w:hAnsi="Arial" w:cs="Arial"/>
        </w:rPr>
        <w:t>0.50</w:t>
      </w:r>
    </w:p>
    <w:p w14:paraId="01B1D51A" w14:textId="77777777" w:rsidR="00A337DD" w:rsidRDefault="00B96A7E" w:rsidP="00F10819">
      <w:pPr>
        <w:pStyle w:val="p3"/>
        <w:spacing w:before="0" w:beforeAutospacing="0" w:line="360" w:lineRule="auto"/>
        <w:rPr>
          <w:rStyle w:val="s2"/>
          <w:rFonts w:ascii="Arial" w:eastAsiaTheme="majorEastAsia" w:hAnsi="Arial" w:cs="Arial"/>
        </w:rPr>
      </w:pPr>
      <w:r>
        <w:rPr>
          <w:rFonts w:ascii="Arial" w:eastAsiaTheme="majorEastAsia" w:hAnsi="Arial" w:cs="Arial"/>
          <w:noProof/>
        </w:rPr>
        <w:drawing>
          <wp:inline distT="0" distB="0" distL="0" distR="0" wp14:anchorId="4E82D48B" wp14:editId="0C20BCE7">
            <wp:extent cx="4190365" cy="1879600"/>
            <wp:effectExtent l="0" t="0" r="635" b="0"/>
            <wp:docPr id="1430507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07808" name="Picture 1430507808"/>
                    <pic:cNvPicPr/>
                  </pic:nvPicPr>
                  <pic:blipFill rotWithShape="1">
                    <a:blip r:embed="rId10"/>
                    <a:srcRect t="3609" r="69658" b="72113"/>
                    <a:stretch>
                      <a:fillRect/>
                    </a:stretch>
                  </pic:blipFill>
                  <pic:spPr bwMode="auto">
                    <a:xfrm>
                      <a:off x="0" y="0"/>
                      <a:ext cx="4264624" cy="1912909"/>
                    </a:xfrm>
                    <a:prstGeom prst="rect">
                      <a:avLst/>
                    </a:prstGeom>
                    <a:ln>
                      <a:noFill/>
                    </a:ln>
                    <a:extLst>
                      <a:ext uri="{53640926-AAD7-44D8-BBD7-CCE9431645EC}">
                        <a14:shadowObscured xmlns:a14="http://schemas.microsoft.com/office/drawing/2010/main"/>
                      </a:ext>
                    </a:extLst>
                  </pic:spPr>
                </pic:pic>
              </a:graphicData>
            </a:graphic>
          </wp:inline>
        </w:drawing>
      </w:r>
    </w:p>
    <w:p w14:paraId="1E48ECE3" w14:textId="77777777" w:rsidR="004C720C" w:rsidRDefault="00B96A7E" w:rsidP="0091766A">
      <w:pPr>
        <w:pStyle w:val="p3"/>
        <w:spacing w:before="0" w:beforeAutospacing="0" w:line="360" w:lineRule="auto"/>
        <w:rPr>
          <w:rStyle w:val="s2"/>
          <w:rFonts w:ascii="Arial" w:eastAsiaTheme="majorEastAsia" w:hAnsi="Arial" w:cs="Arial"/>
        </w:rPr>
      </w:pPr>
      <w:r w:rsidRPr="00B96A7E">
        <w:rPr>
          <w:rStyle w:val="s2"/>
          <w:rFonts w:ascii="Arial" w:eastAsiaTheme="majorEastAsia" w:hAnsi="Arial" w:cs="Arial"/>
        </w:rPr>
        <w:lastRenderedPageBreak/>
        <w:t>Figure 2: Static IP Configuration in Network Interfaces File</w:t>
      </w:r>
    </w:p>
    <w:p w14:paraId="6EB47AE9" w14:textId="77777777" w:rsidR="002C635D" w:rsidRPr="0091766A" w:rsidRDefault="00F10819" w:rsidP="0091766A">
      <w:pPr>
        <w:pStyle w:val="p3"/>
        <w:spacing w:before="0" w:beforeAutospacing="0" w:line="360" w:lineRule="auto"/>
        <w:rPr>
          <w:rStyle w:val="s1"/>
          <w:rFonts w:ascii="Arial" w:eastAsiaTheme="majorEastAsia" w:hAnsi="Arial" w:cs="Arial"/>
        </w:rPr>
      </w:pPr>
      <w:r w:rsidRPr="00F10819">
        <w:rPr>
          <w:rStyle w:val="s2"/>
          <w:rFonts w:ascii="Arial" w:eastAsiaTheme="majorEastAsia" w:hAnsi="Arial" w:cs="Arial"/>
        </w:rPr>
        <w:t>This confirms correct integration within the virtual network.</w:t>
      </w:r>
    </w:p>
    <w:p w14:paraId="1CDC2133" w14:textId="77777777" w:rsidR="00F10819" w:rsidRDefault="000A38AC" w:rsidP="00F10819">
      <w:pPr>
        <w:pStyle w:val="Heading3"/>
        <w:rPr>
          <w:rStyle w:val="s1"/>
          <w:rFonts w:ascii="Arial" w:hAnsi="Arial" w:cs="Arial"/>
          <w:sz w:val="24"/>
          <w:szCs w:val="24"/>
        </w:rPr>
      </w:pPr>
      <w:bookmarkStart w:id="8" w:name="_Toc227271886"/>
      <w:r>
        <w:rPr>
          <w:rStyle w:val="s1"/>
          <w:rFonts w:ascii="Arial" w:hAnsi="Arial" w:cs="Arial"/>
          <w:sz w:val="24"/>
          <w:szCs w:val="24"/>
        </w:rPr>
        <w:t>3</w:t>
      </w:r>
      <w:r w:rsidR="00F10819" w:rsidRPr="00F10819">
        <w:rPr>
          <w:rStyle w:val="s1"/>
          <w:rFonts w:ascii="Arial" w:hAnsi="Arial" w:cs="Arial"/>
          <w:sz w:val="24"/>
          <w:szCs w:val="24"/>
        </w:rPr>
        <w:t>.2 Network Connectivity Testing</w:t>
      </w:r>
      <w:bookmarkEnd w:id="8"/>
    </w:p>
    <w:p w14:paraId="43F2723A" w14:textId="77777777" w:rsidR="00F10819" w:rsidRPr="00F10819" w:rsidRDefault="00F10819" w:rsidP="00F10819"/>
    <w:p w14:paraId="4714E699" w14:textId="77777777" w:rsidR="00B96A7E"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Connectivity was tested using ICMP requests:</w:t>
      </w:r>
    </w:p>
    <w:p w14:paraId="07DF5905" w14:textId="77777777" w:rsidR="004C720C" w:rsidRDefault="004C720C" w:rsidP="004C720C">
      <w:pPr>
        <w:pStyle w:val="p3"/>
        <w:spacing w:before="0" w:beforeAutospacing="0" w:line="360" w:lineRule="auto"/>
        <w:rPr>
          <w:rStyle w:val="s2"/>
          <w:rFonts w:ascii="Arial" w:eastAsiaTheme="majorEastAsia" w:hAnsi="Arial" w:cs="Arial"/>
        </w:rPr>
      </w:pPr>
      <w:r w:rsidRPr="004C720C">
        <w:rPr>
          <w:rStyle w:val="s2"/>
          <w:rFonts w:ascii="Arial" w:eastAsiaTheme="majorEastAsia" w:hAnsi="Arial" w:cs="Arial"/>
        </w:rPr>
        <w:t>ping -c 4 8.8.8.8</w:t>
      </w:r>
    </w:p>
    <w:p w14:paraId="1E66DBB3" w14:textId="77777777" w:rsidR="004C720C" w:rsidRDefault="004C720C" w:rsidP="004C720C">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ping -c 4 google.com</w:t>
      </w:r>
    </w:p>
    <w:p w14:paraId="6B07356C" w14:textId="77777777" w:rsidR="004C720C" w:rsidRDefault="004C720C" w:rsidP="004C720C">
      <w:pPr>
        <w:pStyle w:val="p3"/>
        <w:spacing w:before="0" w:beforeAutospacing="0" w:line="360" w:lineRule="auto"/>
        <w:rPr>
          <w:rStyle w:val="s2"/>
          <w:rFonts w:ascii="Arial" w:eastAsiaTheme="majorEastAsia" w:hAnsi="Arial" w:cs="Arial"/>
        </w:rPr>
      </w:pPr>
    </w:p>
    <w:p w14:paraId="0E995072" w14:textId="77777777" w:rsidR="004C720C" w:rsidRDefault="004C720C" w:rsidP="00F10819">
      <w:pPr>
        <w:pStyle w:val="p3"/>
        <w:spacing w:before="0" w:beforeAutospacing="0" w:line="360" w:lineRule="auto"/>
        <w:rPr>
          <w:rStyle w:val="s2"/>
          <w:rFonts w:ascii="Arial" w:eastAsiaTheme="majorEastAsia" w:hAnsi="Arial" w:cs="Arial"/>
        </w:rPr>
      </w:pPr>
    </w:p>
    <w:p w14:paraId="2AAFE195" w14:textId="77777777" w:rsidR="00B96A7E" w:rsidRDefault="00B96A7E" w:rsidP="00F10819">
      <w:pPr>
        <w:pStyle w:val="p3"/>
        <w:spacing w:before="0" w:beforeAutospacing="0" w:line="360" w:lineRule="auto"/>
        <w:rPr>
          <w:rStyle w:val="s2"/>
          <w:rFonts w:ascii="Arial" w:eastAsiaTheme="majorEastAsia" w:hAnsi="Arial" w:cs="Arial"/>
        </w:rPr>
      </w:pPr>
      <w:r>
        <w:rPr>
          <w:rFonts w:ascii="Arial" w:eastAsiaTheme="majorEastAsia" w:hAnsi="Arial" w:cs="Arial"/>
          <w:noProof/>
        </w:rPr>
        <w:drawing>
          <wp:inline distT="0" distB="0" distL="0" distR="0" wp14:anchorId="3AAE552A" wp14:editId="4D0605B9">
            <wp:extent cx="6429486" cy="2645410"/>
            <wp:effectExtent l="0" t="0" r="0" b="0"/>
            <wp:docPr id="6238862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86221" name="Picture 623886221"/>
                    <pic:cNvPicPr/>
                  </pic:nvPicPr>
                  <pic:blipFill rotWithShape="1">
                    <a:blip r:embed="rId11"/>
                    <a:srcRect l="1814" t="68812" r="57558" b="8002"/>
                    <a:stretch>
                      <a:fillRect/>
                    </a:stretch>
                  </pic:blipFill>
                  <pic:spPr bwMode="auto">
                    <a:xfrm>
                      <a:off x="0" y="0"/>
                      <a:ext cx="6668032" cy="2743560"/>
                    </a:xfrm>
                    <a:prstGeom prst="rect">
                      <a:avLst/>
                    </a:prstGeom>
                    <a:ln>
                      <a:noFill/>
                    </a:ln>
                    <a:extLst>
                      <a:ext uri="{53640926-AAD7-44D8-BBD7-CCE9431645EC}">
                        <a14:shadowObscured xmlns:a14="http://schemas.microsoft.com/office/drawing/2010/main"/>
                      </a:ext>
                    </a:extLst>
                  </pic:spPr>
                </pic:pic>
              </a:graphicData>
            </a:graphic>
          </wp:inline>
        </w:drawing>
      </w:r>
    </w:p>
    <w:p w14:paraId="386DE580" w14:textId="77777777" w:rsidR="00E52D17" w:rsidRDefault="00E52D17" w:rsidP="00F10819">
      <w:pPr>
        <w:pStyle w:val="p3"/>
        <w:spacing w:before="0" w:beforeAutospacing="0" w:line="360" w:lineRule="auto"/>
        <w:rPr>
          <w:rStyle w:val="s2"/>
          <w:rFonts w:ascii="Arial" w:eastAsiaTheme="majorEastAsia" w:hAnsi="Arial" w:cs="Arial"/>
        </w:rPr>
      </w:pPr>
      <w:r w:rsidRPr="00E52D17">
        <w:rPr>
          <w:rStyle w:val="s2"/>
          <w:rFonts w:ascii="Arial" w:eastAsiaTheme="majorEastAsia" w:hAnsi="Arial" w:cs="Arial"/>
        </w:rPr>
        <w:t>Figure 3: Successful External Connectivity (Ping Test)</w:t>
      </w:r>
    </w:p>
    <w:p w14:paraId="6B0A2734" w14:textId="77777777" w:rsidR="0091766A" w:rsidRDefault="00B96A7E" w:rsidP="00F10819">
      <w:pPr>
        <w:pStyle w:val="p3"/>
        <w:spacing w:before="0" w:beforeAutospacing="0" w:line="360" w:lineRule="auto"/>
        <w:rPr>
          <w:rStyle w:val="s2"/>
          <w:rFonts w:ascii="Arial" w:eastAsiaTheme="majorEastAsia" w:hAnsi="Arial" w:cs="Arial"/>
        </w:rPr>
      </w:pPr>
      <w:r>
        <w:rPr>
          <w:rFonts w:ascii="Arial" w:eastAsiaTheme="majorEastAsia" w:hAnsi="Arial" w:cs="Arial"/>
          <w:noProof/>
        </w:rPr>
        <w:lastRenderedPageBreak/>
        <w:drawing>
          <wp:inline distT="0" distB="0" distL="0" distR="0" wp14:anchorId="3C6273A4" wp14:editId="27FB26EF">
            <wp:extent cx="6259063" cy="3873500"/>
            <wp:effectExtent l="0" t="0" r="2540" b="0"/>
            <wp:docPr id="20927523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52390" name="Picture 2092752390"/>
                    <pic:cNvPicPr/>
                  </pic:nvPicPr>
                  <pic:blipFill rotWithShape="1">
                    <a:blip r:embed="rId12"/>
                    <a:srcRect l="4338" t="24005" r="36460" b="19397"/>
                    <a:stretch>
                      <a:fillRect/>
                    </a:stretch>
                  </pic:blipFill>
                  <pic:spPr bwMode="auto">
                    <a:xfrm>
                      <a:off x="0" y="0"/>
                      <a:ext cx="6347805" cy="3928419"/>
                    </a:xfrm>
                    <a:prstGeom prst="rect">
                      <a:avLst/>
                    </a:prstGeom>
                    <a:ln>
                      <a:noFill/>
                    </a:ln>
                    <a:extLst>
                      <a:ext uri="{53640926-AAD7-44D8-BBD7-CCE9431645EC}">
                        <a14:shadowObscured xmlns:a14="http://schemas.microsoft.com/office/drawing/2010/main"/>
                      </a:ext>
                    </a:extLst>
                  </pic:spPr>
                </pic:pic>
              </a:graphicData>
            </a:graphic>
          </wp:inline>
        </w:drawing>
      </w:r>
    </w:p>
    <w:p w14:paraId="7F8EEF92" w14:textId="77777777" w:rsidR="00E52D17" w:rsidRDefault="00E52D17" w:rsidP="00E52D17">
      <w:pPr>
        <w:pStyle w:val="p3"/>
        <w:spacing w:before="0" w:beforeAutospacing="0" w:line="360" w:lineRule="auto"/>
        <w:rPr>
          <w:rStyle w:val="s2"/>
          <w:rFonts w:ascii="Arial" w:eastAsiaTheme="majorEastAsia" w:hAnsi="Arial" w:cs="Arial"/>
        </w:rPr>
      </w:pPr>
      <w:r w:rsidRPr="00E52D17">
        <w:rPr>
          <w:rStyle w:val="s2"/>
          <w:rFonts w:ascii="Arial" w:eastAsiaTheme="majorEastAsia" w:hAnsi="Arial" w:cs="Arial"/>
        </w:rPr>
        <w:t>Figure 4: Network Configuration and Connectivity Verification</w:t>
      </w:r>
    </w:p>
    <w:p w14:paraId="2989B3A5" w14:textId="77777777" w:rsidR="00E52D17" w:rsidRDefault="0091766A" w:rsidP="00E52D17">
      <w:pPr>
        <w:pStyle w:val="p3"/>
        <w:spacing w:before="0" w:beforeAutospacing="0" w:line="360" w:lineRule="auto"/>
        <w:rPr>
          <w:rStyle w:val="s2"/>
          <w:rFonts w:ascii="Arial" w:eastAsiaTheme="majorEastAsia" w:hAnsi="Arial" w:cs="Arial"/>
        </w:rPr>
      </w:pPr>
      <w:r>
        <w:rPr>
          <w:rFonts w:ascii="Arial" w:eastAsiaTheme="majorEastAsia" w:hAnsi="Arial" w:cs="Arial"/>
          <w:noProof/>
        </w:rPr>
        <w:lastRenderedPageBreak/>
        <w:drawing>
          <wp:inline distT="0" distB="0" distL="0" distR="0" wp14:anchorId="3D53A631" wp14:editId="4D1B78BF">
            <wp:extent cx="4940300" cy="5986767"/>
            <wp:effectExtent l="0" t="0" r="0" b="0"/>
            <wp:docPr id="12274258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25823" name="Picture 1227425823"/>
                    <pic:cNvPicPr/>
                  </pic:nvPicPr>
                  <pic:blipFill rotWithShape="1">
                    <a:blip r:embed="rId13"/>
                    <a:srcRect l="3916" t="4983" r="49320" b="7474"/>
                    <a:stretch>
                      <a:fillRect/>
                    </a:stretch>
                  </pic:blipFill>
                  <pic:spPr bwMode="auto">
                    <a:xfrm>
                      <a:off x="0" y="0"/>
                      <a:ext cx="4971284" cy="6024314"/>
                    </a:xfrm>
                    <a:prstGeom prst="rect">
                      <a:avLst/>
                    </a:prstGeom>
                    <a:ln>
                      <a:noFill/>
                    </a:ln>
                    <a:extLst>
                      <a:ext uri="{53640926-AAD7-44D8-BBD7-CCE9431645EC}">
                        <a14:shadowObscured xmlns:a14="http://schemas.microsoft.com/office/drawing/2010/main"/>
                      </a:ext>
                    </a:extLst>
                  </pic:spPr>
                </pic:pic>
              </a:graphicData>
            </a:graphic>
          </wp:inline>
        </w:drawing>
      </w:r>
    </w:p>
    <w:p w14:paraId="22BD814F" w14:textId="77777777" w:rsidR="00E52D17" w:rsidRPr="00DB319F" w:rsidRDefault="00E52D17" w:rsidP="00E52D17">
      <w:pPr>
        <w:pStyle w:val="p1"/>
        <w:rPr>
          <w:rStyle w:val="s2"/>
          <w:rFonts w:ascii="Arial" w:eastAsiaTheme="majorEastAsia" w:hAnsi="Arial" w:cs="Arial"/>
        </w:rPr>
      </w:pPr>
      <w:bookmarkStart w:id="9" w:name="OLE_LINK4"/>
      <w:r w:rsidRPr="00DB319F">
        <w:rPr>
          <w:rStyle w:val="s2"/>
          <w:rFonts w:ascii="Arial" w:eastAsiaTheme="majorEastAsia" w:hAnsi="Arial" w:cs="Arial"/>
        </w:rPr>
        <w:t>Figure 5: Network Connectivity Verification</w:t>
      </w:r>
    </w:p>
    <w:bookmarkEnd w:id="9"/>
    <w:p w14:paraId="5B16684C" w14:textId="77777777" w:rsidR="00E52D17" w:rsidRDefault="00E52D17" w:rsidP="00F10819">
      <w:pPr>
        <w:pStyle w:val="p3"/>
        <w:spacing w:line="360" w:lineRule="auto"/>
        <w:rPr>
          <w:rStyle w:val="s2"/>
          <w:rFonts w:ascii="Arial" w:eastAsiaTheme="majorEastAsia" w:hAnsi="Arial" w:cs="Arial"/>
        </w:rPr>
      </w:pPr>
    </w:p>
    <w:p w14:paraId="05AC1915" w14:textId="77777777" w:rsidR="00E52D17" w:rsidRDefault="00E52D17" w:rsidP="00F10819">
      <w:pPr>
        <w:pStyle w:val="p3"/>
        <w:spacing w:line="360" w:lineRule="auto"/>
        <w:rPr>
          <w:rStyle w:val="s2"/>
          <w:rFonts w:ascii="Arial" w:eastAsiaTheme="majorEastAsia" w:hAnsi="Arial" w:cs="Arial"/>
        </w:rPr>
      </w:pPr>
      <w:r>
        <w:rPr>
          <w:rFonts w:ascii="Arial" w:eastAsiaTheme="majorEastAsia" w:hAnsi="Arial" w:cs="Arial"/>
          <w:noProof/>
        </w:rPr>
        <w:lastRenderedPageBreak/>
        <w:drawing>
          <wp:inline distT="0" distB="0" distL="0" distR="0" wp14:anchorId="410F0AFD" wp14:editId="79255C15">
            <wp:extent cx="6848475" cy="6032500"/>
            <wp:effectExtent l="0" t="0" r="0" b="0"/>
            <wp:docPr id="678605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605020" name="Picture 678605020"/>
                    <pic:cNvPicPr/>
                  </pic:nvPicPr>
                  <pic:blipFill rotWithShape="1">
                    <a:blip r:embed="rId14"/>
                    <a:srcRect l="5341" t="5942" r="12393" b="7575"/>
                    <a:stretch>
                      <a:fillRect/>
                    </a:stretch>
                  </pic:blipFill>
                  <pic:spPr bwMode="auto">
                    <a:xfrm>
                      <a:off x="0" y="0"/>
                      <a:ext cx="6882863" cy="6062791"/>
                    </a:xfrm>
                    <a:prstGeom prst="rect">
                      <a:avLst/>
                    </a:prstGeom>
                    <a:ln>
                      <a:noFill/>
                    </a:ln>
                    <a:extLst>
                      <a:ext uri="{53640926-AAD7-44D8-BBD7-CCE9431645EC}">
                        <a14:shadowObscured xmlns:a14="http://schemas.microsoft.com/office/drawing/2010/main"/>
                      </a:ext>
                    </a:extLst>
                  </pic:spPr>
                </pic:pic>
              </a:graphicData>
            </a:graphic>
          </wp:inline>
        </w:drawing>
      </w:r>
    </w:p>
    <w:p w14:paraId="364AFC91" w14:textId="77777777" w:rsidR="00DB319F" w:rsidRPr="00DB319F" w:rsidRDefault="00E52D17" w:rsidP="00E52D17">
      <w:pPr>
        <w:pStyle w:val="p1"/>
        <w:rPr>
          <w:rStyle w:val="s2"/>
          <w:rFonts w:ascii="Arial" w:eastAsiaTheme="majorEastAsia" w:hAnsi="Arial" w:cs="Arial"/>
        </w:rPr>
      </w:pPr>
      <w:bookmarkStart w:id="10" w:name="OLE_LINK3"/>
      <w:r w:rsidRPr="00DB319F">
        <w:rPr>
          <w:rStyle w:val="s2"/>
          <w:rFonts w:ascii="Arial" w:eastAsiaTheme="majorEastAsia" w:hAnsi="Arial" w:cs="Arial"/>
        </w:rPr>
        <w:t>Figure 6: Successful External Network Communication</w:t>
      </w:r>
    </w:p>
    <w:bookmarkEnd w:id="10"/>
    <w:p w14:paraId="75C81A85" w14:textId="77777777" w:rsidR="004C720C" w:rsidRPr="004C720C" w:rsidRDefault="004C720C" w:rsidP="004C720C">
      <w:pPr>
        <w:pStyle w:val="p1"/>
        <w:rPr>
          <w:rStyle w:val="s2"/>
          <w:rFonts w:ascii="Arial" w:eastAsiaTheme="majorEastAsia" w:hAnsi="Arial" w:cs="Arial"/>
        </w:rPr>
      </w:pPr>
      <w:r w:rsidRPr="004C720C">
        <w:rPr>
          <w:rStyle w:val="s2"/>
          <w:rFonts w:ascii="Arial" w:eastAsiaTheme="majorEastAsia" w:hAnsi="Arial" w:cs="Arial"/>
        </w:rPr>
        <w:t>Results showed:</w:t>
      </w:r>
    </w:p>
    <w:p w14:paraId="18AE43F9" w14:textId="77777777" w:rsidR="004C720C" w:rsidRPr="004C720C" w:rsidRDefault="004C720C" w:rsidP="004C720C">
      <w:pPr>
        <w:pStyle w:val="p1"/>
        <w:rPr>
          <w:rStyle w:val="s2"/>
          <w:rFonts w:ascii="Arial" w:eastAsiaTheme="majorEastAsia" w:hAnsi="Arial" w:cs="Arial"/>
        </w:rPr>
      </w:pPr>
      <w:r w:rsidRPr="004C720C">
        <w:rPr>
          <w:rStyle w:val="s2"/>
          <w:rFonts w:ascii="Arial" w:eastAsiaTheme="majorEastAsia" w:hAnsi="Arial" w:cs="Arial"/>
        </w:rPr>
        <w:t>Successful communication with external IP (8.8.8.8)</w:t>
      </w:r>
    </w:p>
    <w:p w14:paraId="70727142" w14:textId="77777777" w:rsidR="004C720C" w:rsidRPr="004C720C" w:rsidRDefault="004C720C" w:rsidP="004C720C">
      <w:pPr>
        <w:pStyle w:val="p1"/>
        <w:rPr>
          <w:rStyle w:val="s2"/>
          <w:rFonts w:ascii="Arial" w:eastAsiaTheme="majorEastAsia" w:hAnsi="Arial" w:cs="Arial"/>
        </w:rPr>
      </w:pPr>
      <w:r w:rsidRPr="004C720C">
        <w:rPr>
          <w:rStyle w:val="s2"/>
          <w:rFonts w:ascii="Arial" w:eastAsiaTheme="majorEastAsia" w:hAnsi="Arial" w:cs="Arial"/>
        </w:rPr>
        <w:t>Successful DNS resolution (google.com</w:t>
      </w:r>
      <w:r w:rsidR="00365AA8">
        <w:rPr>
          <w:rStyle w:val="s2"/>
          <w:rFonts w:ascii="Arial" w:eastAsiaTheme="majorEastAsia" w:hAnsi="Arial" w:cs="Arial"/>
        </w:rPr>
        <w:t>)</w:t>
      </w:r>
    </w:p>
    <w:p w14:paraId="716FEDF4" w14:textId="77777777" w:rsidR="00BB6E82" w:rsidRPr="004C720C" w:rsidRDefault="00F10819" w:rsidP="004C720C">
      <w:pPr>
        <w:pStyle w:val="p1"/>
        <w:rPr>
          <w:rStyle w:val="s2"/>
        </w:rPr>
      </w:pPr>
      <w:r w:rsidRPr="00F10819">
        <w:rPr>
          <w:rStyle w:val="s2"/>
          <w:rFonts w:ascii="Arial" w:eastAsiaTheme="majorEastAsia" w:hAnsi="Arial" w:cs="Arial"/>
        </w:rPr>
        <w:t>This confirms that both internet access and DNS services are functioning correctly.</w:t>
      </w:r>
    </w:p>
    <w:p w14:paraId="6E08A8F1" w14:textId="77777777" w:rsidR="00F10819" w:rsidRPr="00FB0803" w:rsidRDefault="000A38AC" w:rsidP="00FB0803">
      <w:pPr>
        <w:pStyle w:val="Heading2"/>
        <w:rPr>
          <w:rStyle w:val="s1"/>
          <w:lang w:val="en-GB"/>
        </w:rPr>
      </w:pPr>
      <w:bookmarkStart w:id="11" w:name="_Toc227271887"/>
      <w:r w:rsidRPr="00FB0803">
        <w:rPr>
          <w:rStyle w:val="s1"/>
          <w:lang w:val="en-GB"/>
        </w:rPr>
        <w:lastRenderedPageBreak/>
        <w:t>4</w:t>
      </w:r>
      <w:r w:rsidR="00365AA8" w:rsidRPr="00FB0803">
        <w:rPr>
          <w:rStyle w:val="s1"/>
          <w:lang w:val="en-GB"/>
        </w:rPr>
        <w:t>.</w:t>
      </w:r>
      <w:r w:rsidR="00F10819" w:rsidRPr="00FB0803">
        <w:rPr>
          <w:rStyle w:val="s1"/>
          <w:lang w:val="en-GB"/>
        </w:rPr>
        <w:t xml:space="preserve"> Routing and IP Forwarding</w:t>
      </w:r>
      <w:bookmarkEnd w:id="11"/>
    </w:p>
    <w:p w14:paraId="5D4616C4" w14:textId="77777777" w:rsidR="00F10819" w:rsidRPr="00F10819" w:rsidRDefault="00F10819" w:rsidP="00F10819"/>
    <w:p w14:paraId="64E448B9" w14:textId="77777777" w:rsidR="00F10819" w:rsidRPr="00F10819" w:rsidRDefault="000A38AC" w:rsidP="00F10819">
      <w:pPr>
        <w:pStyle w:val="Heading3"/>
        <w:rPr>
          <w:rStyle w:val="s1"/>
          <w:rFonts w:ascii="Arial" w:hAnsi="Arial" w:cs="Arial"/>
          <w:sz w:val="24"/>
          <w:szCs w:val="24"/>
        </w:rPr>
      </w:pPr>
      <w:bookmarkStart w:id="12" w:name="_Toc227271888"/>
      <w:r>
        <w:rPr>
          <w:rStyle w:val="s1"/>
          <w:rFonts w:ascii="Arial" w:hAnsi="Arial" w:cs="Arial"/>
          <w:sz w:val="24"/>
          <w:szCs w:val="24"/>
        </w:rPr>
        <w:t>4</w:t>
      </w:r>
      <w:r w:rsidR="00F10819" w:rsidRPr="00F10819">
        <w:rPr>
          <w:rStyle w:val="s1"/>
          <w:rFonts w:ascii="Arial" w:hAnsi="Arial" w:cs="Arial"/>
          <w:sz w:val="24"/>
          <w:szCs w:val="24"/>
        </w:rPr>
        <w:t>.1 Enabling IP Forwarding</w:t>
      </w:r>
      <w:bookmarkEnd w:id="12"/>
    </w:p>
    <w:p w14:paraId="24C6D426" w14:textId="77777777" w:rsidR="00F10819" w:rsidRDefault="00F10819" w:rsidP="00F10819">
      <w:pPr>
        <w:pStyle w:val="p3"/>
        <w:spacing w:before="0" w:beforeAutospacing="0" w:line="360" w:lineRule="auto"/>
        <w:rPr>
          <w:rStyle w:val="s2"/>
          <w:rFonts w:ascii="Arial" w:eastAsiaTheme="majorEastAsia" w:hAnsi="Arial" w:cs="Arial"/>
        </w:rPr>
      </w:pPr>
    </w:p>
    <w:p w14:paraId="7AC581B4"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IP forwarding was enabled to allow the system to act as a router. This was verified using:</w:t>
      </w:r>
    </w:p>
    <w:p w14:paraId="060DD6AC" w14:textId="77777777" w:rsidR="00F10819" w:rsidRDefault="00F10819" w:rsidP="00BB6E82">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cat /proc/sys/net/ipv4/</w:t>
      </w:r>
      <w:proofErr w:type="spellStart"/>
      <w:r w:rsidRPr="00F10819">
        <w:rPr>
          <w:rStyle w:val="s2"/>
          <w:rFonts w:ascii="Arial" w:eastAsiaTheme="majorEastAsia" w:hAnsi="Arial" w:cs="Arial"/>
        </w:rPr>
        <w:t>ip_forward</w:t>
      </w:r>
      <w:proofErr w:type="spellEnd"/>
    </w:p>
    <w:p w14:paraId="5BF136C3" w14:textId="77777777" w:rsidR="00F10819" w:rsidRPr="00F10819"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Output:</w:t>
      </w:r>
    </w:p>
    <w:p w14:paraId="4FCEAC1C" w14:textId="77777777" w:rsidR="00F10819" w:rsidRDefault="00F10819" w:rsidP="00BB6E82">
      <w:pPr>
        <w:pStyle w:val="p3"/>
        <w:spacing w:before="0" w:beforeAutospacing="0" w:line="360" w:lineRule="auto"/>
        <w:rPr>
          <w:rStyle w:val="s2"/>
          <w:rFonts w:ascii="Arial" w:eastAsiaTheme="majorEastAsia" w:hAnsi="Arial" w:cs="Arial"/>
        </w:rPr>
      </w:pPr>
      <w:r>
        <w:rPr>
          <w:rStyle w:val="s2"/>
          <w:rFonts w:ascii="Arial" w:eastAsiaTheme="majorEastAsia" w:hAnsi="Arial" w:cs="Arial"/>
        </w:rPr>
        <w:t>1</w:t>
      </w:r>
    </w:p>
    <w:p w14:paraId="46AD7CC6" w14:textId="77777777" w:rsidR="00E52D17" w:rsidRDefault="00F10819" w:rsidP="00F10819">
      <w:pPr>
        <w:pStyle w:val="p3"/>
        <w:spacing w:before="0" w:beforeAutospacing="0" w:line="360" w:lineRule="auto"/>
        <w:rPr>
          <w:rStyle w:val="s2"/>
          <w:rFonts w:ascii="Arial" w:eastAsiaTheme="majorEastAsia" w:hAnsi="Arial" w:cs="Arial"/>
        </w:rPr>
      </w:pPr>
      <w:r w:rsidRPr="00F10819">
        <w:rPr>
          <w:rStyle w:val="s2"/>
          <w:rFonts w:ascii="Arial" w:eastAsiaTheme="majorEastAsia" w:hAnsi="Arial" w:cs="Arial"/>
        </w:rPr>
        <w:t>This confirms that packet forwarding is enabled.</w:t>
      </w:r>
    </w:p>
    <w:p w14:paraId="0898802A" w14:textId="77777777" w:rsidR="00E52D17" w:rsidRDefault="00E52D17" w:rsidP="00F10819">
      <w:pPr>
        <w:pStyle w:val="p3"/>
        <w:spacing w:before="0" w:beforeAutospacing="0" w:line="360" w:lineRule="auto"/>
        <w:rPr>
          <w:rStyle w:val="s2"/>
          <w:rFonts w:ascii="Arial" w:eastAsiaTheme="majorEastAsia" w:hAnsi="Arial" w:cs="Arial"/>
        </w:rPr>
      </w:pPr>
      <w:r>
        <w:rPr>
          <w:rFonts w:ascii="Arial" w:eastAsiaTheme="majorEastAsia" w:hAnsi="Arial" w:cs="Arial"/>
          <w:noProof/>
        </w:rPr>
        <w:drawing>
          <wp:inline distT="0" distB="0" distL="0" distR="0" wp14:anchorId="57AAF7FC" wp14:editId="54F86606">
            <wp:extent cx="9355434" cy="4102100"/>
            <wp:effectExtent l="0" t="0" r="5080" b="0"/>
            <wp:docPr id="13165997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99770" name="Picture 7"/>
                    <pic:cNvPicPr/>
                  </pic:nvPicPr>
                  <pic:blipFill rotWithShape="1">
                    <a:blip r:embed="rId15"/>
                    <a:srcRect l="2114" b="38272"/>
                    <a:stretch>
                      <a:fillRect/>
                    </a:stretch>
                  </pic:blipFill>
                  <pic:spPr bwMode="auto">
                    <a:xfrm>
                      <a:off x="0" y="0"/>
                      <a:ext cx="9388920" cy="4116783"/>
                    </a:xfrm>
                    <a:prstGeom prst="rect">
                      <a:avLst/>
                    </a:prstGeom>
                    <a:ln>
                      <a:noFill/>
                    </a:ln>
                    <a:extLst>
                      <a:ext uri="{53640926-AAD7-44D8-BBD7-CCE9431645EC}">
                        <a14:shadowObscured xmlns:a14="http://schemas.microsoft.com/office/drawing/2010/main"/>
                      </a:ext>
                    </a:extLst>
                  </pic:spPr>
                </pic:pic>
              </a:graphicData>
            </a:graphic>
          </wp:inline>
        </w:drawing>
      </w:r>
    </w:p>
    <w:p w14:paraId="5D7982A1" w14:textId="77777777" w:rsidR="00E52D17" w:rsidRPr="00DB319F" w:rsidRDefault="00E52D17" w:rsidP="00E52D17">
      <w:pPr>
        <w:pStyle w:val="p1"/>
        <w:rPr>
          <w:rStyle w:val="s2"/>
          <w:rFonts w:ascii="Arial" w:eastAsiaTheme="majorEastAsia" w:hAnsi="Arial" w:cs="Arial"/>
        </w:rPr>
      </w:pPr>
      <w:r w:rsidRPr="00DB319F">
        <w:rPr>
          <w:rStyle w:val="s2"/>
          <w:rFonts w:ascii="Arial" w:eastAsiaTheme="majorEastAsia" w:hAnsi="Arial" w:cs="Arial"/>
        </w:rPr>
        <w:t>Figure 7: IP Forwarding Enabled</w:t>
      </w:r>
    </w:p>
    <w:p w14:paraId="19953D3F" w14:textId="77777777" w:rsidR="003A727B" w:rsidRDefault="000A38AC" w:rsidP="000A38AC">
      <w:pPr>
        <w:pStyle w:val="Heading3"/>
        <w:rPr>
          <w:rStyle w:val="s1"/>
          <w:rFonts w:ascii="Arial" w:hAnsi="Arial" w:cs="Arial"/>
          <w:sz w:val="24"/>
          <w:szCs w:val="24"/>
        </w:rPr>
      </w:pPr>
      <w:bookmarkStart w:id="13" w:name="_Toc227271889"/>
      <w:r>
        <w:rPr>
          <w:rStyle w:val="s1"/>
          <w:rFonts w:ascii="Arial" w:hAnsi="Arial" w:cs="Arial"/>
          <w:sz w:val="24"/>
          <w:szCs w:val="24"/>
        </w:rPr>
        <w:lastRenderedPageBreak/>
        <w:t>4</w:t>
      </w:r>
      <w:r w:rsidR="00ED4145" w:rsidRPr="00ED4145">
        <w:rPr>
          <w:rStyle w:val="s1"/>
          <w:rFonts w:ascii="Arial" w:hAnsi="Arial" w:cs="Arial"/>
          <w:sz w:val="24"/>
          <w:szCs w:val="24"/>
        </w:rPr>
        <w:t>.2 Routing Functionality</w:t>
      </w:r>
      <w:bookmarkEnd w:id="13"/>
    </w:p>
    <w:p w14:paraId="0D5B5CCD" w14:textId="77777777" w:rsidR="000A38AC" w:rsidRPr="000A38AC" w:rsidRDefault="000A38AC" w:rsidP="000A38AC"/>
    <w:p w14:paraId="0503DFD2" w14:textId="77777777" w:rsidR="003A727B" w:rsidRDefault="00ED4145" w:rsidP="003A727B">
      <w:pPr>
        <w:pStyle w:val="p3"/>
        <w:spacing w:before="0" w:beforeAutospacing="0" w:line="360" w:lineRule="auto"/>
        <w:rPr>
          <w:rStyle w:val="s2"/>
          <w:rFonts w:ascii="Arial" w:eastAsiaTheme="majorEastAsia" w:hAnsi="Arial" w:cs="Arial"/>
        </w:rPr>
      </w:pPr>
      <w:r w:rsidRPr="003A727B">
        <w:rPr>
          <w:rStyle w:val="s2"/>
          <w:rFonts w:ascii="Arial" w:eastAsiaTheme="majorEastAsia" w:hAnsi="Arial" w:cs="Arial"/>
        </w:rPr>
        <w:t>With IP forwarding enabled, the system can route traffic between networks. This is essential in enterprise environments where communication between subnets is required.</w:t>
      </w:r>
      <w:r w:rsidR="00365AA8">
        <w:rPr>
          <w:rStyle w:val="s2"/>
          <w:rFonts w:ascii="Arial" w:eastAsiaTheme="majorEastAsia" w:hAnsi="Arial" w:cs="Arial"/>
        </w:rPr>
        <w:t xml:space="preserve"> </w:t>
      </w:r>
      <w:r w:rsidRPr="003A727B">
        <w:rPr>
          <w:rStyle w:val="s2"/>
          <w:rFonts w:ascii="Arial" w:eastAsiaTheme="majorEastAsia" w:hAnsi="Arial" w:cs="Arial"/>
        </w:rPr>
        <w:t>Routing ensures efficient packet delivery and supports scalable network design [3].</w:t>
      </w:r>
    </w:p>
    <w:p w14:paraId="00AE2960" w14:textId="77777777" w:rsidR="00365AA8" w:rsidRDefault="00365AA8" w:rsidP="00ED4145">
      <w:pPr>
        <w:pStyle w:val="Heading3"/>
        <w:rPr>
          <w:rStyle w:val="s1"/>
          <w:rFonts w:ascii="Arial" w:hAnsi="Arial" w:cs="Arial"/>
          <w:sz w:val="26"/>
          <w:szCs w:val="26"/>
        </w:rPr>
      </w:pPr>
    </w:p>
    <w:p w14:paraId="3475F030" w14:textId="77777777" w:rsidR="00ED4145" w:rsidRPr="00FB0803" w:rsidRDefault="000A38AC" w:rsidP="00FB0803">
      <w:pPr>
        <w:pStyle w:val="Heading2"/>
        <w:rPr>
          <w:rStyle w:val="s1"/>
          <w:lang w:val="en-GB"/>
        </w:rPr>
      </w:pPr>
      <w:bookmarkStart w:id="14" w:name="_Toc227271890"/>
      <w:bookmarkStart w:id="15" w:name="OLE_LINK6"/>
      <w:r w:rsidRPr="00FB0803">
        <w:rPr>
          <w:rStyle w:val="s1"/>
          <w:lang w:val="en-GB"/>
        </w:rPr>
        <w:t>5</w:t>
      </w:r>
      <w:r w:rsidR="00ED4145" w:rsidRPr="00FB0803">
        <w:rPr>
          <w:rStyle w:val="s1"/>
          <w:lang w:val="en-GB"/>
        </w:rPr>
        <w:t>. Network Address Translation (NAT)</w:t>
      </w:r>
      <w:bookmarkEnd w:id="14"/>
    </w:p>
    <w:p w14:paraId="2B8C30A4" w14:textId="77777777" w:rsidR="00ED4145" w:rsidRPr="00ED4145" w:rsidRDefault="00ED4145" w:rsidP="00ED4145"/>
    <w:p w14:paraId="3C32C255" w14:textId="77777777" w:rsidR="00ED4145" w:rsidRDefault="000A38AC" w:rsidP="00ED4145">
      <w:pPr>
        <w:pStyle w:val="Heading3"/>
        <w:rPr>
          <w:rStyle w:val="s1"/>
          <w:rFonts w:ascii="Arial" w:hAnsi="Arial" w:cs="Arial"/>
          <w:sz w:val="24"/>
          <w:szCs w:val="24"/>
        </w:rPr>
      </w:pPr>
      <w:bookmarkStart w:id="16" w:name="_Toc227271891"/>
      <w:r>
        <w:rPr>
          <w:rStyle w:val="s1"/>
          <w:rFonts w:ascii="Arial" w:hAnsi="Arial" w:cs="Arial"/>
          <w:sz w:val="24"/>
          <w:szCs w:val="24"/>
        </w:rPr>
        <w:t>5</w:t>
      </w:r>
      <w:r w:rsidR="00ED4145" w:rsidRPr="00ED4145">
        <w:rPr>
          <w:rStyle w:val="s1"/>
          <w:rFonts w:ascii="Arial" w:hAnsi="Arial" w:cs="Arial"/>
          <w:sz w:val="24"/>
          <w:szCs w:val="24"/>
        </w:rPr>
        <w:t>.1 NAT Configuration</w:t>
      </w:r>
      <w:bookmarkEnd w:id="16"/>
    </w:p>
    <w:p w14:paraId="0256024C" w14:textId="77777777" w:rsidR="003A727B" w:rsidRPr="003A727B" w:rsidRDefault="003A727B" w:rsidP="003A727B"/>
    <w:p w14:paraId="38A2DD73" w14:textId="77777777" w:rsidR="00ED4145" w:rsidRPr="003A727B" w:rsidRDefault="00ED4145" w:rsidP="003A727B">
      <w:pPr>
        <w:pStyle w:val="p3"/>
        <w:spacing w:before="0" w:beforeAutospacing="0" w:line="360" w:lineRule="auto"/>
        <w:rPr>
          <w:rStyle w:val="s2"/>
          <w:rFonts w:ascii="Arial" w:eastAsiaTheme="majorEastAsia" w:hAnsi="Arial" w:cs="Arial"/>
        </w:rPr>
      </w:pPr>
      <w:r w:rsidRPr="003A727B">
        <w:rPr>
          <w:rStyle w:val="s2"/>
          <w:rFonts w:ascii="Arial" w:eastAsiaTheme="majorEastAsia" w:hAnsi="Arial" w:cs="Arial"/>
        </w:rPr>
        <w:t>NAT was configured using iptables:</w:t>
      </w:r>
    </w:p>
    <w:p w14:paraId="5B165554" w14:textId="77777777" w:rsidR="00ED4145" w:rsidRPr="003A727B" w:rsidRDefault="00ED4145" w:rsidP="003A727B">
      <w:pPr>
        <w:pStyle w:val="p3"/>
        <w:spacing w:before="0" w:beforeAutospacing="0" w:line="360" w:lineRule="auto"/>
        <w:rPr>
          <w:rStyle w:val="s2"/>
          <w:rFonts w:ascii="Arial" w:eastAsiaTheme="majorEastAsia" w:hAnsi="Arial" w:cs="Arial"/>
        </w:rPr>
      </w:pPr>
      <w:r w:rsidRPr="003A727B">
        <w:rPr>
          <w:rStyle w:val="s2"/>
          <w:rFonts w:ascii="Arial" w:eastAsiaTheme="majorEastAsia" w:hAnsi="Arial" w:cs="Arial"/>
        </w:rPr>
        <w:t xml:space="preserve">iptables -t </w:t>
      </w:r>
      <w:proofErr w:type="spellStart"/>
      <w:r w:rsidRPr="003A727B">
        <w:rPr>
          <w:rStyle w:val="s2"/>
          <w:rFonts w:ascii="Arial" w:eastAsiaTheme="majorEastAsia" w:hAnsi="Arial" w:cs="Arial"/>
        </w:rPr>
        <w:t>nat</w:t>
      </w:r>
      <w:proofErr w:type="spellEnd"/>
      <w:r w:rsidRPr="003A727B">
        <w:rPr>
          <w:rStyle w:val="s2"/>
          <w:rFonts w:ascii="Arial" w:eastAsiaTheme="majorEastAsia" w:hAnsi="Arial" w:cs="Arial"/>
        </w:rPr>
        <w:t xml:space="preserve"> -L</w:t>
      </w:r>
    </w:p>
    <w:p w14:paraId="02D44C1D" w14:textId="77777777" w:rsidR="00EE4777" w:rsidRDefault="00ED4145" w:rsidP="003A727B">
      <w:pPr>
        <w:pStyle w:val="p3"/>
        <w:spacing w:before="0" w:beforeAutospacing="0" w:line="360" w:lineRule="auto"/>
        <w:rPr>
          <w:rStyle w:val="s2"/>
          <w:rFonts w:ascii="Arial" w:eastAsiaTheme="majorEastAsia" w:hAnsi="Arial" w:cs="Arial"/>
        </w:rPr>
      </w:pPr>
      <w:r w:rsidRPr="003A727B">
        <w:rPr>
          <w:rStyle w:val="s2"/>
          <w:rFonts w:ascii="Arial" w:eastAsiaTheme="majorEastAsia" w:hAnsi="Arial" w:cs="Arial"/>
        </w:rPr>
        <w:t>The output showed:</w:t>
      </w:r>
    </w:p>
    <w:p w14:paraId="2578AAC9" w14:textId="77777777" w:rsidR="00ED4145" w:rsidRDefault="00ED4145" w:rsidP="003A727B">
      <w:pPr>
        <w:pStyle w:val="p3"/>
        <w:spacing w:before="0" w:beforeAutospacing="0" w:line="360" w:lineRule="auto"/>
        <w:rPr>
          <w:rStyle w:val="s2"/>
          <w:rFonts w:ascii="Arial" w:eastAsiaTheme="majorEastAsia" w:hAnsi="Arial" w:cs="Arial"/>
        </w:rPr>
      </w:pPr>
      <w:proofErr w:type="gramStart"/>
      <w:r w:rsidRPr="003A727B">
        <w:rPr>
          <w:rStyle w:val="s2"/>
          <w:rFonts w:ascii="Arial" w:eastAsiaTheme="majorEastAsia" w:hAnsi="Arial" w:cs="Arial"/>
        </w:rPr>
        <w:t>MASQUERADE  all</w:t>
      </w:r>
      <w:proofErr w:type="gramEnd"/>
      <w:r w:rsidRPr="003A727B">
        <w:rPr>
          <w:rStyle w:val="s2"/>
          <w:rFonts w:ascii="Arial" w:eastAsiaTheme="majorEastAsia" w:hAnsi="Arial" w:cs="Arial"/>
        </w:rPr>
        <w:t xml:space="preserve">  </w:t>
      </w:r>
      <w:r w:rsidR="00EE4777">
        <w:rPr>
          <w:rStyle w:val="s2"/>
          <w:rFonts w:ascii="Arial" w:eastAsiaTheme="majorEastAsia" w:hAnsi="Arial" w:cs="Arial"/>
        </w:rPr>
        <w:t xml:space="preserve">-- </w:t>
      </w:r>
      <w:proofErr w:type="gramStart"/>
      <w:r w:rsidRPr="003A727B">
        <w:rPr>
          <w:rStyle w:val="s2"/>
          <w:rFonts w:ascii="Arial" w:eastAsiaTheme="majorEastAsia" w:hAnsi="Arial" w:cs="Arial"/>
        </w:rPr>
        <w:t xml:space="preserve">anywhere </w:t>
      </w:r>
      <w:r w:rsidR="00EE4777">
        <w:rPr>
          <w:rStyle w:val="s2"/>
          <w:rFonts w:ascii="Arial" w:eastAsiaTheme="majorEastAsia" w:hAnsi="Arial" w:cs="Arial"/>
        </w:rPr>
        <w:t xml:space="preserve"> </w:t>
      </w:r>
      <w:proofErr w:type="spellStart"/>
      <w:r w:rsidR="00EE4777">
        <w:rPr>
          <w:rStyle w:val="s2"/>
          <w:rFonts w:ascii="Arial" w:eastAsiaTheme="majorEastAsia" w:hAnsi="Arial" w:cs="Arial"/>
        </w:rPr>
        <w:t>anywhere</w:t>
      </w:r>
      <w:proofErr w:type="spellEnd"/>
      <w:proofErr w:type="gramEnd"/>
    </w:p>
    <w:p w14:paraId="213CA7FB" w14:textId="77777777" w:rsidR="00EE4777" w:rsidRPr="003A727B" w:rsidRDefault="00EE4777" w:rsidP="003A727B">
      <w:pPr>
        <w:pStyle w:val="p3"/>
        <w:spacing w:before="0" w:beforeAutospacing="0" w:line="360" w:lineRule="auto"/>
        <w:rPr>
          <w:rStyle w:val="s2"/>
          <w:rFonts w:ascii="Arial" w:eastAsiaTheme="majorEastAsia" w:hAnsi="Arial" w:cs="Arial"/>
        </w:rPr>
      </w:pPr>
      <w:r w:rsidRPr="00EE4777">
        <w:rPr>
          <w:rStyle w:val="s2"/>
          <w:rFonts w:ascii="Arial" w:eastAsiaTheme="majorEastAsia" w:hAnsi="Arial" w:cs="Arial"/>
        </w:rPr>
        <w:t>This indicates that NAT is actively translating internal IP addresses for external communication.</w:t>
      </w:r>
    </w:p>
    <w:bookmarkEnd w:id="15"/>
    <w:p w14:paraId="2F051330" w14:textId="77777777" w:rsidR="00EE4777" w:rsidRDefault="00EE4777" w:rsidP="003A727B">
      <w:pPr>
        <w:pStyle w:val="p3"/>
        <w:spacing w:before="0" w:beforeAutospacing="0" w:line="360" w:lineRule="auto"/>
        <w:rPr>
          <w:rStyle w:val="s2"/>
          <w:rFonts w:ascii="Arial" w:eastAsiaTheme="majorEastAsia" w:hAnsi="Arial" w:cs="Arial"/>
        </w:rPr>
      </w:pPr>
      <w:r w:rsidRPr="00EE4777">
        <w:rPr>
          <w:rStyle w:val="s2"/>
          <w:rFonts w:ascii="Arial" w:eastAsiaTheme="majorEastAsia" w:hAnsi="Arial" w:cs="Arial"/>
        </w:rPr>
        <w:t>This rule enables outbound traffic from the internal network to external destinations.</w:t>
      </w:r>
    </w:p>
    <w:p w14:paraId="70BDEB75" w14:textId="77777777" w:rsidR="00365AA8" w:rsidRDefault="00C86D8D" w:rsidP="003A727B">
      <w:pPr>
        <w:pStyle w:val="p3"/>
        <w:spacing w:before="0" w:beforeAutospacing="0" w:line="360" w:lineRule="auto"/>
        <w:rPr>
          <w:rStyle w:val="s2"/>
          <w:rFonts w:ascii="Arial" w:eastAsiaTheme="majorEastAsia" w:hAnsi="Arial" w:cs="Arial"/>
        </w:rPr>
      </w:pPr>
      <w:r>
        <w:rPr>
          <w:rFonts w:ascii="Arial" w:eastAsiaTheme="majorEastAsia" w:hAnsi="Arial" w:cs="Arial"/>
          <w:noProof/>
        </w:rPr>
        <w:lastRenderedPageBreak/>
        <w:drawing>
          <wp:inline distT="0" distB="0" distL="0" distR="0" wp14:anchorId="16D77F19" wp14:editId="6433A73D">
            <wp:extent cx="10904855" cy="2298700"/>
            <wp:effectExtent l="0" t="0" r="4445" b="0"/>
            <wp:docPr id="19058943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894314" name="Picture 1905894314"/>
                    <pic:cNvPicPr/>
                  </pic:nvPicPr>
                  <pic:blipFill rotWithShape="1">
                    <a:blip r:embed="rId16"/>
                    <a:srcRect b="67436"/>
                    <a:stretch>
                      <a:fillRect/>
                    </a:stretch>
                  </pic:blipFill>
                  <pic:spPr bwMode="auto">
                    <a:xfrm>
                      <a:off x="0" y="0"/>
                      <a:ext cx="10965103" cy="2311400"/>
                    </a:xfrm>
                    <a:prstGeom prst="rect">
                      <a:avLst/>
                    </a:prstGeom>
                    <a:ln>
                      <a:noFill/>
                    </a:ln>
                    <a:extLst>
                      <a:ext uri="{53640926-AAD7-44D8-BBD7-CCE9431645EC}">
                        <a14:shadowObscured xmlns:a14="http://schemas.microsoft.com/office/drawing/2010/main"/>
                      </a:ext>
                    </a:extLst>
                  </pic:spPr>
                </pic:pic>
              </a:graphicData>
            </a:graphic>
          </wp:inline>
        </w:drawing>
      </w:r>
    </w:p>
    <w:p w14:paraId="40FECB3C" w14:textId="77777777" w:rsidR="00C86D8D" w:rsidRPr="002C635D" w:rsidRDefault="00C86D8D" w:rsidP="003A727B">
      <w:pPr>
        <w:pStyle w:val="p3"/>
        <w:spacing w:before="0" w:beforeAutospacing="0" w:line="360" w:lineRule="auto"/>
        <w:rPr>
          <w:rStyle w:val="s2"/>
          <w:rFonts w:ascii="Arial" w:eastAsiaTheme="majorEastAsia" w:hAnsi="Arial" w:cs="Arial"/>
        </w:rPr>
      </w:pPr>
      <w:r w:rsidRPr="00DB319F">
        <w:rPr>
          <w:rStyle w:val="s2"/>
          <w:rFonts w:ascii="Arial" w:eastAsiaTheme="majorEastAsia" w:hAnsi="Arial" w:cs="Arial"/>
        </w:rPr>
        <w:t>Figure 8: NAT Configuration Using iptables</w:t>
      </w:r>
    </w:p>
    <w:p w14:paraId="09C78DA6" w14:textId="77777777" w:rsidR="00ED4145" w:rsidRPr="00ED4145" w:rsidRDefault="000A38AC" w:rsidP="00ED4145">
      <w:pPr>
        <w:pStyle w:val="Heading3"/>
        <w:rPr>
          <w:rStyle w:val="s1"/>
          <w:rFonts w:ascii="Arial" w:hAnsi="Arial" w:cs="Arial"/>
          <w:sz w:val="24"/>
          <w:szCs w:val="24"/>
        </w:rPr>
      </w:pPr>
      <w:bookmarkStart w:id="17" w:name="_Toc227271892"/>
      <w:r>
        <w:rPr>
          <w:rStyle w:val="s1"/>
          <w:rFonts w:ascii="Arial" w:hAnsi="Arial" w:cs="Arial"/>
          <w:sz w:val="24"/>
          <w:szCs w:val="24"/>
        </w:rPr>
        <w:t>5</w:t>
      </w:r>
      <w:r w:rsidR="00ED4145" w:rsidRPr="00ED4145">
        <w:rPr>
          <w:rStyle w:val="s1"/>
          <w:rFonts w:ascii="Arial" w:hAnsi="Arial" w:cs="Arial"/>
          <w:sz w:val="24"/>
          <w:szCs w:val="24"/>
        </w:rPr>
        <w:t>.2 NAT Functionality</w:t>
      </w:r>
      <w:bookmarkEnd w:id="17"/>
    </w:p>
    <w:p w14:paraId="4791CC68" w14:textId="77777777" w:rsidR="00ED4145" w:rsidRPr="003A727B" w:rsidRDefault="00ED4145" w:rsidP="00ED4145">
      <w:pPr>
        <w:pStyle w:val="p3"/>
        <w:rPr>
          <w:rStyle w:val="s2"/>
          <w:rFonts w:ascii="Arial" w:eastAsiaTheme="majorEastAsia" w:hAnsi="Arial" w:cs="Arial"/>
        </w:rPr>
      </w:pPr>
      <w:r w:rsidRPr="003A727B">
        <w:rPr>
          <w:rStyle w:val="s2"/>
          <w:rFonts w:ascii="Arial" w:eastAsiaTheme="majorEastAsia" w:hAnsi="Arial" w:cs="Arial"/>
        </w:rPr>
        <w:t>NAT enables:</w:t>
      </w:r>
    </w:p>
    <w:p w14:paraId="3F5B86FA" w14:textId="77777777" w:rsidR="00ED4145" w:rsidRPr="003A727B" w:rsidRDefault="00ED4145" w:rsidP="00ED4145">
      <w:pPr>
        <w:numPr>
          <w:ilvl w:val="0"/>
          <w:numId w:val="18"/>
        </w:numPr>
        <w:spacing w:before="100" w:beforeAutospacing="1" w:after="100" w:afterAutospacing="1" w:line="240" w:lineRule="auto"/>
        <w:rPr>
          <w:rStyle w:val="s2"/>
          <w:rFonts w:ascii="Arial" w:eastAsiaTheme="majorEastAsia" w:hAnsi="Arial" w:cs="Arial"/>
          <w:sz w:val="24"/>
          <w:szCs w:val="24"/>
          <w:lang w:val="en-GB" w:eastAsia="en-GB"/>
        </w:rPr>
      </w:pPr>
      <w:r w:rsidRPr="003A727B">
        <w:rPr>
          <w:rStyle w:val="s2"/>
          <w:rFonts w:ascii="Arial" w:eastAsiaTheme="majorEastAsia" w:hAnsi="Arial" w:cs="Arial"/>
          <w:sz w:val="24"/>
          <w:szCs w:val="24"/>
          <w:lang w:val="en-GB" w:eastAsia="en-GB"/>
        </w:rPr>
        <w:t>Internet access for private IP addresses</w:t>
      </w:r>
    </w:p>
    <w:p w14:paraId="3555EC74" w14:textId="77777777" w:rsidR="00ED4145" w:rsidRPr="003A727B" w:rsidRDefault="00ED4145" w:rsidP="00ED4145">
      <w:pPr>
        <w:numPr>
          <w:ilvl w:val="0"/>
          <w:numId w:val="18"/>
        </w:numPr>
        <w:spacing w:before="100" w:beforeAutospacing="1" w:after="100" w:afterAutospacing="1" w:line="240" w:lineRule="auto"/>
        <w:rPr>
          <w:rStyle w:val="s2"/>
          <w:rFonts w:ascii="Arial" w:eastAsiaTheme="majorEastAsia" w:hAnsi="Arial" w:cs="Arial"/>
          <w:sz w:val="24"/>
          <w:szCs w:val="24"/>
          <w:lang w:val="en-GB" w:eastAsia="en-GB"/>
        </w:rPr>
      </w:pPr>
      <w:r w:rsidRPr="003A727B">
        <w:rPr>
          <w:rStyle w:val="s2"/>
          <w:rFonts w:ascii="Arial" w:eastAsiaTheme="majorEastAsia" w:hAnsi="Arial" w:cs="Arial"/>
          <w:sz w:val="24"/>
          <w:szCs w:val="24"/>
          <w:lang w:val="en-GB" w:eastAsia="en-GB"/>
        </w:rPr>
        <w:t>IP address conservation</w:t>
      </w:r>
    </w:p>
    <w:p w14:paraId="3C5CEA7E" w14:textId="77777777" w:rsidR="00ED4145" w:rsidRPr="003A727B" w:rsidRDefault="00ED4145" w:rsidP="00ED4145">
      <w:pPr>
        <w:numPr>
          <w:ilvl w:val="0"/>
          <w:numId w:val="18"/>
        </w:numPr>
        <w:spacing w:before="100" w:beforeAutospacing="1" w:after="100" w:afterAutospacing="1" w:line="240" w:lineRule="auto"/>
        <w:rPr>
          <w:rStyle w:val="s2"/>
          <w:rFonts w:ascii="Arial" w:eastAsiaTheme="majorEastAsia" w:hAnsi="Arial" w:cs="Arial"/>
          <w:sz w:val="24"/>
          <w:szCs w:val="24"/>
          <w:lang w:val="en-GB" w:eastAsia="en-GB"/>
        </w:rPr>
      </w:pPr>
      <w:r w:rsidRPr="003A727B">
        <w:rPr>
          <w:rStyle w:val="s2"/>
          <w:rFonts w:ascii="Arial" w:eastAsiaTheme="majorEastAsia" w:hAnsi="Arial" w:cs="Arial"/>
          <w:sz w:val="24"/>
          <w:szCs w:val="24"/>
          <w:lang w:val="en-GB" w:eastAsia="en-GB"/>
        </w:rPr>
        <w:t>Increased network security</w:t>
      </w:r>
    </w:p>
    <w:p w14:paraId="539CC122" w14:textId="77777777" w:rsidR="00ED4145" w:rsidRDefault="00ED4145" w:rsidP="00ED4145">
      <w:pPr>
        <w:pStyle w:val="p1"/>
        <w:rPr>
          <w:rStyle w:val="s2"/>
          <w:rFonts w:ascii="Arial" w:eastAsiaTheme="majorEastAsia" w:hAnsi="Arial" w:cs="Arial"/>
        </w:rPr>
      </w:pPr>
      <w:bookmarkStart w:id="18" w:name="OLE_LINK7"/>
      <w:r w:rsidRPr="003A727B">
        <w:rPr>
          <w:rStyle w:val="s2"/>
          <w:rFonts w:ascii="Arial" w:eastAsiaTheme="majorEastAsia" w:hAnsi="Arial" w:cs="Arial"/>
        </w:rPr>
        <w:t>This configuration is widely used in enterprise network environments.</w:t>
      </w:r>
    </w:p>
    <w:p w14:paraId="3FAA1BA1" w14:textId="77777777" w:rsidR="00CE67E1" w:rsidRPr="00CE67E1" w:rsidRDefault="00CE67E1" w:rsidP="00CE67E1">
      <w:pPr>
        <w:pStyle w:val="p1"/>
        <w:rPr>
          <w:rStyle w:val="s2"/>
          <w:rFonts w:ascii="Arial" w:eastAsiaTheme="majorEastAsia" w:hAnsi="Arial" w:cs="Arial"/>
        </w:rPr>
      </w:pPr>
      <w:r w:rsidRPr="00CE67E1">
        <w:rPr>
          <w:rStyle w:val="s2"/>
          <w:rFonts w:ascii="Arial" w:eastAsiaTheme="majorEastAsia" w:hAnsi="Arial" w:cs="Arial"/>
        </w:rPr>
        <w:t>NAT plays an important role in improving network security. By masking internal IP addresses, it prevents direct exposure of internal systems to external networks. This reduces the risk of attacks and unauthorized access.</w:t>
      </w:r>
    </w:p>
    <w:p w14:paraId="7BF2C700" w14:textId="77777777" w:rsidR="00CE67E1" w:rsidRPr="00C86D8D" w:rsidRDefault="00CE67E1" w:rsidP="00C86D8D">
      <w:pPr>
        <w:pStyle w:val="p1"/>
        <w:rPr>
          <w:rFonts w:ascii="Arial" w:eastAsiaTheme="majorEastAsia" w:hAnsi="Arial" w:cs="Arial"/>
        </w:rPr>
      </w:pPr>
      <w:r w:rsidRPr="00CE67E1">
        <w:rPr>
          <w:rStyle w:val="s2"/>
          <w:rFonts w:ascii="Arial" w:eastAsiaTheme="majorEastAsia" w:hAnsi="Arial" w:cs="Arial"/>
        </w:rPr>
        <w:t>Furthermore, NAT allows multiple devices within a private network to share a single public IP address. This is particularly important due to the limited availability of IPv4 addresses. The implementation of NAT in this project demonstrates a practical understanding of how enterprise networks manage external connectivity [5].</w:t>
      </w:r>
    </w:p>
    <w:p w14:paraId="2BC95133" w14:textId="77777777" w:rsidR="00CE67E1" w:rsidRPr="00365AA8" w:rsidRDefault="00365AA8" w:rsidP="00365AA8">
      <w:pPr>
        <w:pStyle w:val="p1"/>
        <w:rPr>
          <w:rStyle w:val="s2"/>
          <w:rFonts w:ascii="Arial" w:eastAsiaTheme="majorEastAsia" w:hAnsi="Arial" w:cs="Arial"/>
        </w:rPr>
      </w:pPr>
      <w:r w:rsidRPr="00365AA8">
        <w:rPr>
          <w:rStyle w:val="s2"/>
          <w:rFonts w:ascii="Arial" w:eastAsiaTheme="majorEastAsia" w:hAnsi="Arial" w:cs="Arial"/>
        </w:rPr>
        <w:t>In comparison to direct routing without address translation, NAT provides an additional layer of abstraction between internal and external networks. This improves security by reducing direct exposure of internal hosts, which is particularly important in enterprise environments.</w:t>
      </w:r>
    </w:p>
    <w:bookmarkEnd w:id="18"/>
    <w:p w14:paraId="653CD14A" w14:textId="77777777" w:rsidR="00C86D8D" w:rsidRDefault="00C86D8D" w:rsidP="00ED4145">
      <w:pPr>
        <w:pStyle w:val="Heading3"/>
        <w:rPr>
          <w:rStyle w:val="s1"/>
          <w:rFonts w:ascii="Arial" w:hAnsi="Arial" w:cs="Arial"/>
          <w:sz w:val="26"/>
          <w:szCs w:val="26"/>
        </w:rPr>
      </w:pPr>
    </w:p>
    <w:p w14:paraId="6935F3D3" w14:textId="77777777" w:rsidR="00FB0803" w:rsidRDefault="00FB0803" w:rsidP="00FB0803"/>
    <w:p w14:paraId="55D7CDBA" w14:textId="77777777" w:rsidR="00FB0803" w:rsidRPr="00FB0803" w:rsidRDefault="00FB0803" w:rsidP="00FB0803"/>
    <w:p w14:paraId="52FC3DDF" w14:textId="77777777" w:rsidR="00ED4145" w:rsidRPr="00FB0803" w:rsidRDefault="000A38AC" w:rsidP="00FB0803">
      <w:pPr>
        <w:pStyle w:val="Heading2"/>
        <w:rPr>
          <w:rStyle w:val="s1"/>
          <w:lang w:val="en-GB"/>
        </w:rPr>
      </w:pPr>
      <w:bookmarkStart w:id="19" w:name="_Toc227271893"/>
      <w:r w:rsidRPr="00FB0803">
        <w:rPr>
          <w:rStyle w:val="s1"/>
          <w:lang w:val="en-GB"/>
        </w:rPr>
        <w:lastRenderedPageBreak/>
        <w:t>6</w:t>
      </w:r>
      <w:r w:rsidR="00ED4145" w:rsidRPr="00FB0803">
        <w:rPr>
          <w:rStyle w:val="s1"/>
          <w:lang w:val="en-GB"/>
        </w:rPr>
        <w:t>. Firewall Configuration</w:t>
      </w:r>
      <w:bookmarkEnd w:id="19"/>
    </w:p>
    <w:p w14:paraId="31DE8408" w14:textId="77777777" w:rsidR="00ED4145" w:rsidRPr="00ED4145" w:rsidRDefault="00ED4145" w:rsidP="00ED4145"/>
    <w:p w14:paraId="407BEF96" w14:textId="77777777" w:rsidR="00ED4145" w:rsidRPr="00926D6A" w:rsidRDefault="000A38AC" w:rsidP="00ED4145">
      <w:pPr>
        <w:pStyle w:val="Heading3"/>
        <w:rPr>
          <w:rStyle w:val="s1"/>
          <w:rFonts w:ascii="Arial" w:hAnsi="Arial" w:cs="Arial"/>
        </w:rPr>
      </w:pPr>
      <w:bookmarkStart w:id="20" w:name="_Toc227271894"/>
      <w:r>
        <w:rPr>
          <w:rStyle w:val="s1"/>
          <w:rFonts w:ascii="Arial" w:hAnsi="Arial" w:cs="Arial"/>
          <w:sz w:val="24"/>
          <w:szCs w:val="24"/>
        </w:rPr>
        <w:t>6</w:t>
      </w:r>
      <w:r w:rsidR="00ED4145" w:rsidRPr="00ED4145">
        <w:rPr>
          <w:rStyle w:val="s1"/>
          <w:rFonts w:ascii="Arial" w:hAnsi="Arial" w:cs="Arial"/>
          <w:sz w:val="24"/>
          <w:szCs w:val="24"/>
        </w:rPr>
        <w:t>.1 UFW Firewall Setup</w:t>
      </w:r>
      <w:bookmarkEnd w:id="20"/>
    </w:p>
    <w:p w14:paraId="6DA32EAC" w14:textId="77777777" w:rsidR="00ED4145" w:rsidRPr="003A727B" w:rsidRDefault="00ED4145" w:rsidP="003A727B">
      <w:pPr>
        <w:pStyle w:val="p3"/>
        <w:rPr>
          <w:rStyle w:val="s2"/>
          <w:rFonts w:ascii="Arial" w:eastAsiaTheme="majorEastAsia" w:hAnsi="Arial" w:cs="Arial"/>
        </w:rPr>
      </w:pPr>
      <w:r w:rsidRPr="003A727B">
        <w:rPr>
          <w:rStyle w:val="s2"/>
          <w:rFonts w:ascii="Arial" w:eastAsiaTheme="majorEastAsia" w:hAnsi="Arial" w:cs="Arial"/>
        </w:rPr>
        <w:t>The firewall was configured using UFW. Status was checked using:</w:t>
      </w:r>
    </w:p>
    <w:p w14:paraId="28426CE1" w14:textId="77777777" w:rsidR="00D32C2C" w:rsidRPr="003A727B" w:rsidRDefault="00D32C2C" w:rsidP="003A727B">
      <w:pPr>
        <w:pStyle w:val="p3"/>
        <w:rPr>
          <w:rStyle w:val="s2"/>
          <w:rFonts w:ascii="Arial" w:eastAsiaTheme="majorEastAsia" w:hAnsi="Arial" w:cs="Arial"/>
        </w:rPr>
      </w:pPr>
      <w:proofErr w:type="spellStart"/>
      <w:r w:rsidRPr="003A727B">
        <w:rPr>
          <w:rStyle w:val="s2"/>
          <w:rFonts w:ascii="Arial" w:eastAsiaTheme="majorEastAsia" w:hAnsi="Arial" w:cs="Arial"/>
        </w:rPr>
        <w:t>ufw</w:t>
      </w:r>
      <w:proofErr w:type="spellEnd"/>
      <w:r w:rsidRPr="003A727B">
        <w:rPr>
          <w:rStyle w:val="s2"/>
          <w:rFonts w:ascii="Arial" w:eastAsiaTheme="majorEastAsia" w:hAnsi="Arial" w:cs="Arial"/>
        </w:rPr>
        <w:t xml:space="preserve"> status</w:t>
      </w:r>
    </w:p>
    <w:p w14:paraId="1757B8E6"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Output:</w:t>
      </w:r>
    </w:p>
    <w:p w14:paraId="1B5D1C22"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Status: active</w:t>
      </w:r>
    </w:p>
    <w:p w14:paraId="5E0D1041"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22/</w:t>
      </w:r>
      <w:proofErr w:type="spellStart"/>
      <w:r w:rsidRPr="003A727B">
        <w:rPr>
          <w:rStyle w:val="s2"/>
          <w:rFonts w:ascii="Arial" w:eastAsiaTheme="majorEastAsia" w:hAnsi="Arial" w:cs="Arial"/>
        </w:rPr>
        <w:t>tcp</w:t>
      </w:r>
      <w:proofErr w:type="spellEnd"/>
      <w:r w:rsidRPr="003A727B">
        <w:rPr>
          <w:rStyle w:val="s2"/>
          <w:rFonts w:ascii="Arial" w:eastAsiaTheme="majorEastAsia" w:hAnsi="Arial" w:cs="Arial"/>
        </w:rPr>
        <w:t xml:space="preserve"> ALLOW Anywhere</w:t>
      </w:r>
    </w:p>
    <w:p w14:paraId="36356787"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This allows secure SSH access.</w:t>
      </w:r>
    </w:p>
    <w:p w14:paraId="39D17EAF" w14:textId="77777777" w:rsidR="00D32C2C" w:rsidRDefault="00C86D8D" w:rsidP="00D32C2C">
      <w:pPr>
        <w:pStyle w:val="p4"/>
      </w:pPr>
      <w:r>
        <w:rPr>
          <w:noProof/>
        </w:rPr>
        <w:drawing>
          <wp:inline distT="0" distB="0" distL="0" distR="0" wp14:anchorId="02A50F88" wp14:editId="11519273">
            <wp:extent cx="13453730" cy="3708400"/>
            <wp:effectExtent l="0" t="0" r="0" b="0"/>
            <wp:docPr id="20916843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84387" name="Picture 2091684387"/>
                    <pic:cNvPicPr/>
                  </pic:nvPicPr>
                  <pic:blipFill rotWithShape="1">
                    <a:blip r:embed="rId17"/>
                    <a:srcRect b="57419"/>
                    <a:stretch>
                      <a:fillRect/>
                    </a:stretch>
                  </pic:blipFill>
                  <pic:spPr bwMode="auto">
                    <a:xfrm>
                      <a:off x="0" y="0"/>
                      <a:ext cx="13549179" cy="3734710"/>
                    </a:xfrm>
                    <a:prstGeom prst="rect">
                      <a:avLst/>
                    </a:prstGeom>
                    <a:ln>
                      <a:noFill/>
                    </a:ln>
                    <a:extLst>
                      <a:ext uri="{53640926-AAD7-44D8-BBD7-CCE9431645EC}">
                        <a14:shadowObscured xmlns:a14="http://schemas.microsoft.com/office/drawing/2010/main"/>
                      </a:ext>
                    </a:extLst>
                  </pic:spPr>
                </pic:pic>
              </a:graphicData>
            </a:graphic>
          </wp:inline>
        </w:drawing>
      </w:r>
    </w:p>
    <w:p w14:paraId="34F5D4D8" w14:textId="77777777" w:rsidR="00C86D8D" w:rsidRPr="00DB319F" w:rsidRDefault="00C86D8D" w:rsidP="00DB319F">
      <w:pPr>
        <w:pStyle w:val="p3"/>
        <w:rPr>
          <w:rStyle w:val="s2"/>
          <w:rFonts w:ascii="Arial" w:eastAsiaTheme="majorEastAsia" w:hAnsi="Arial" w:cs="Arial"/>
        </w:rPr>
      </w:pPr>
      <w:r w:rsidRPr="00DB319F">
        <w:rPr>
          <w:rStyle w:val="s2"/>
          <w:rFonts w:ascii="Arial" w:eastAsiaTheme="majorEastAsia" w:hAnsi="Arial" w:cs="Arial"/>
        </w:rPr>
        <w:t>Figure 9: UFW Firewall Status</w:t>
      </w:r>
    </w:p>
    <w:p w14:paraId="55F33111" w14:textId="77777777" w:rsidR="00D32C2C" w:rsidRPr="00926D6A" w:rsidRDefault="000A38AC" w:rsidP="00D32C2C">
      <w:pPr>
        <w:pStyle w:val="Heading3"/>
        <w:rPr>
          <w:rStyle w:val="s1"/>
          <w:rFonts w:ascii="Arial" w:hAnsi="Arial" w:cs="Arial"/>
          <w:sz w:val="24"/>
          <w:szCs w:val="24"/>
        </w:rPr>
      </w:pPr>
      <w:bookmarkStart w:id="21" w:name="_Toc227271895"/>
      <w:r>
        <w:rPr>
          <w:rStyle w:val="s1"/>
          <w:rFonts w:ascii="Arial" w:hAnsi="Arial" w:cs="Arial"/>
          <w:sz w:val="24"/>
          <w:szCs w:val="24"/>
        </w:rPr>
        <w:t>6</w:t>
      </w:r>
      <w:r w:rsidR="00D32C2C" w:rsidRPr="00926D6A">
        <w:rPr>
          <w:rStyle w:val="s1"/>
          <w:rFonts w:ascii="Arial" w:hAnsi="Arial" w:cs="Arial"/>
          <w:sz w:val="24"/>
          <w:szCs w:val="24"/>
        </w:rPr>
        <w:t>.2 Firewall Rules and Forwarding</w:t>
      </w:r>
      <w:bookmarkEnd w:id="21"/>
    </w:p>
    <w:p w14:paraId="6DAE47C4"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Additional rules were verified using:</w:t>
      </w:r>
    </w:p>
    <w:p w14:paraId="52042E4D"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iptables -S FORWARD</w:t>
      </w:r>
    </w:p>
    <w:p w14:paraId="057122CF"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lastRenderedPageBreak/>
        <w:t>Findings:</w:t>
      </w:r>
    </w:p>
    <w:p w14:paraId="605102B7"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Default policy: DROP</w:t>
      </w:r>
    </w:p>
    <w:p w14:paraId="1EE20411"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Specific rules allow traffic via ens160</w:t>
      </w:r>
    </w:p>
    <w:p w14:paraId="5FC2D4FE" w14:textId="77777777" w:rsidR="00D32C2C" w:rsidRDefault="00D32C2C" w:rsidP="00D32C2C">
      <w:pPr>
        <w:pStyle w:val="p3"/>
        <w:rPr>
          <w:rStyle w:val="s2"/>
          <w:rFonts w:ascii="Arial" w:eastAsiaTheme="majorEastAsia" w:hAnsi="Arial" w:cs="Arial"/>
        </w:rPr>
      </w:pPr>
      <w:r w:rsidRPr="003A727B">
        <w:rPr>
          <w:rStyle w:val="s2"/>
          <w:rFonts w:ascii="Arial" w:eastAsiaTheme="majorEastAsia" w:hAnsi="Arial" w:cs="Arial"/>
        </w:rPr>
        <w:t>This ensures controlled and secure packet forwarding.</w:t>
      </w:r>
    </w:p>
    <w:p w14:paraId="507205CA" w14:textId="77777777" w:rsidR="00CE67E1" w:rsidRPr="00CE67E1" w:rsidRDefault="00CE67E1" w:rsidP="00CE67E1">
      <w:pPr>
        <w:pStyle w:val="p3"/>
        <w:rPr>
          <w:rStyle w:val="s2"/>
          <w:rFonts w:ascii="Arial" w:eastAsiaTheme="majorEastAsia" w:hAnsi="Arial" w:cs="Arial"/>
        </w:rPr>
      </w:pPr>
      <w:r w:rsidRPr="00CE67E1">
        <w:rPr>
          <w:rStyle w:val="s2"/>
          <w:rFonts w:ascii="Arial" w:eastAsiaTheme="majorEastAsia" w:hAnsi="Arial" w:cs="Arial"/>
        </w:rPr>
        <w:t xml:space="preserve">Firewall configuration is essential for maintaining network security. Without a properly configured firewall, systems are vulnerable to unauthorized access and potential </w:t>
      </w:r>
      <w:proofErr w:type="spellStart"/>
      <w:r w:rsidRPr="00CE67E1">
        <w:rPr>
          <w:rStyle w:val="s2"/>
          <w:rFonts w:ascii="Arial" w:eastAsiaTheme="majorEastAsia" w:hAnsi="Arial" w:cs="Arial"/>
        </w:rPr>
        <w:t>cyber attacks</w:t>
      </w:r>
      <w:proofErr w:type="spellEnd"/>
      <w:r w:rsidRPr="00CE67E1">
        <w:rPr>
          <w:rStyle w:val="s2"/>
          <w:rFonts w:ascii="Arial" w:eastAsiaTheme="majorEastAsia" w:hAnsi="Arial" w:cs="Arial"/>
        </w:rPr>
        <w:t>.</w:t>
      </w:r>
    </w:p>
    <w:p w14:paraId="4154F757" w14:textId="77777777" w:rsidR="00CE67E1" w:rsidRPr="00CE67E1" w:rsidRDefault="00CE67E1" w:rsidP="00CE67E1">
      <w:pPr>
        <w:pStyle w:val="p3"/>
        <w:rPr>
          <w:rStyle w:val="s2"/>
          <w:rFonts w:ascii="Arial" w:eastAsiaTheme="majorEastAsia" w:hAnsi="Arial" w:cs="Arial"/>
        </w:rPr>
      </w:pPr>
    </w:p>
    <w:p w14:paraId="73A1A017" w14:textId="77777777" w:rsidR="00CE67E1" w:rsidRDefault="00CE67E1" w:rsidP="00CE67E1">
      <w:pPr>
        <w:pStyle w:val="p3"/>
        <w:rPr>
          <w:rStyle w:val="s2"/>
          <w:rFonts w:ascii="Arial" w:eastAsiaTheme="majorEastAsia" w:hAnsi="Arial" w:cs="Arial"/>
        </w:rPr>
      </w:pPr>
      <w:r w:rsidRPr="00CE67E1">
        <w:rPr>
          <w:rStyle w:val="s2"/>
          <w:rFonts w:ascii="Arial" w:eastAsiaTheme="majorEastAsia" w:hAnsi="Arial" w:cs="Arial"/>
        </w:rPr>
        <w:t>By allowing only necessary services such as SSH, the system reduces its attack surface. This approach follows the principle of least privilege, where only required access is granted. Implementing firewall rules in this project demonstrates awareness of security best practices in network administration [4].</w:t>
      </w:r>
    </w:p>
    <w:p w14:paraId="1A878A3E" w14:textId="77777777" w:rsidR="00C86D8D" w:rsidRDefault="00365AA8" w:rsidP="00FB0803">
      <w:pPr>
        <w:pStyle w:val="p3"/>
        <w:rPr>
          <w:rStyle w:val="s2"/>
          <w:rFonts w:ascii="Arial" w:eastAsiaTheme="majorEastAsia" w:hAnsi="Arial" w:cs="Arial"/>
        </w:rPr>
      </w:pPr>
      <w:r w:rsidRPr="00365AA8">
        <w:rPr>
          <w:rStyle w:val="s2"/>
          <w:rFonts w:ascii="Arial" w:eastAsiaTheme="majorEastAsia" w:hAnsi="Arial" w:cs="Arial"/>
        </w:rPr>
        <w:t>The implementation of firewall rules demonstrates the importance of controlled access in network environments. By restricting traffic to only required services, the system reduces potential attack vectors, aligning with enterprise security best practices.</w:t>
      </w:r>
    </w:p>
    <w:p w14:paraId="5CCF37FA" w14:textId="77777777" w:rsidR="00FB0803" w:rsidRDefault="00FB0803" w:rsidP="00FB0803">
      <w:pPr>
        <w:pStyle w:val="p3"/>
        <w:rPr>
          <w:rStyle w:val="s2"/>
          <w:rFonts w:ascii="Arial" w:eastAsiaTheme="majorEastAsia" w:hAnsi="Arial" w:cs="Arial"/>
        </w:rPr>
      </w:pPr>
    </w:p>
    <w:p w14:paraId="14A3484A" w14:textId="77777777" w:rsidR="00FB0803" w:rsidRDefault="00FB0803" w:rsidP="00FB0803">
      <w:pPr>
        <w:pStyle w:val="p3"/>
        <w:rPr>
          <w:rStyle w:val="s2"/>
          <w:rFonts w:ascii="Arial" w:eastAsiaTheme="majorEastAsia" w:hAnsi="Arial" w:cs="Arial"/>
        </w:rPr>
      </w:pPr>
    </w:p>
    <w:p w14:paraId="571909E3" w14:textId="77777777" w:rsidR="00FB0803" w:rsidRDefault="00FB0803" w:rsidP="00FB0803">
      <w:pPr>
        <w:pStyle w:val="p3"/>
        <w:rPr>
          <w:rStyle w:val="s2"/>
          <w:rFonts w:ascii="Arial" w:eastAsiaTheme="majorEastAsia" w:hAnsi="Arial" w:cs="Arial"/>
        </w:rPr>
      </w:pPr>
    </w:p>
    <w:p w14:paraId="769D1C7B" w14:textId="77777777" w:rsidR="00FB0803" w:rsidRDefault="00FB0803" w:rsidP="00FB0803">
      <w:pPr>
        <w:pStyle w:val="p3"/>
        <w:rPr>
          <w:rStyle w:val="s2"/>
          <w:rFonts w:ascii="Arial" w:eastAsiaTheme="majorEastAsia" w:hAnsi="Arial" w:cs="Arial"/>
        </w:rPr>
      </w:pPr>
    </w:p>
    <w:p w14:paraId="045AA4C8" w14:textId="77777777" w:rsidR="00FB0803" w:rsidRDefault="00FB0803" w:rsidP="00FB0803">
      <w:pPr>
        <w:pStyle w:val="p3"/>
        <w:rPr>
          <w:rStyle w:val="s2"/>
          <w:rFonts w:ascii="Arial" w:eastAsiaTheme="majorEastAsia" w:hAnsi="Arial" w:cs="Arial"/>
        </w:rPr>
      </w:pPr>
    </w:p>
    <w:p w14:paraId="24703725" w14:textId="77777777" w:rsidR="00FB0803" w:rsidRDefault="00FB0803" w:rsidP="00FB0803">
      <w:pPr>
        <w:pStyle w:val="p3"/>
        <w:rPr>
          <w:rStyle w:val="s2"/>
          <w:rFonts w:ascii="Arial" w:eastAsiaTheme="majorEastAsia" w:hAnsi="Arial" w:cs="Arial"/>
        </w:rPr>
      </w:pPr>
    </w:p>
    <w:p w14:paraId="0000398C" w14:textId="77777777" w:rsidR="00FB0803" w:rsidRDefault="00FB0803" w:rsidP="00FB0803">
      <w:pPr>
        <w:pStyle w:val="p3"/>
        <w:rPr>
          <w:rStyle w:val="s2"/>
          <w:rFonts w:ascii="Arial" w:eastAsiaTheme="majorEastAsia" w:hAnsi="Arial" w:cs="Arial"/>
        </w:rPr>
      </w:pPr>
    </w:p>
    <w:p w14:paraId="23AC5EB1" w14:textId="77777777" w:rsidR="00FB0803" w:rsidRDefault="00FB0803" w:rsidP="00FB0803">
      <w:pPr>
        <w:pStyle w:val="p3"/>
        <w:rPr>
          <w:rStyle w:val="s2"/>
          <w:rFonts w:ascii="Arial" w:eastAsiaTheme="majorEastAsia" w:hAnsi="Arial" w:cs="Arial"/>
        </w:rPr>
      </w:pPr>
    </w:p>
    <w:p w14:paraId="26B973EF" w14:textId="77777777" w:rsidR="00FB0803" w:rsidRDefault="00FB0803" w:rsidP="00FB0803">
      <w:pPr>
        <w:pStyle w:val="p3"/>
        <w:rPr>
          <w:rStyle w:val="s2"/>
          <w:rFonts w:ascii="Arial" w:eastAsiaTheme="majorEastAsia" w:hAnsi="Arial" w:cs="Arial"/>
        </w:rPr>
      </w:pPr>
    </w:p>
    <w:p w14:paraId="33A171F7" w14:textId="77777777" w:rsidR="00FB0803" w:rsidRDefault="00FB0803" w:rsidP="00FB0803">
      <w:pPr>
        <w:pStyle w:val="p3"/>
        <w:rPr>
          <w:rStyle w:val="s2"/>
          <w:rFonts w:ascii="Arial" w:eastAsiaTheme="majorEastAsia" w:hAnsi="Arial" w:cs="Arial"/>
        </w:rPr>
      </w:pPr>
    </w:p>
    <w:p w14:paraId="539DD7E9" w14:textId="77777777" w:rsidR="00FB0803" w:rsidRPr="00FB0803" w:rsidRDefault="00FB0803" w:rsidP="00FB0803">
      <w:pPr>
        <w:pStyle w:val="p3"/>
        <w:rPr>
          <w:rFonts w:ascii="Arial" w:eastAsiaTheme="majorEastAsia" w:hAnsi="Arial" w:cs="Arial"/>
        </w:rPr>
      </w:pPr>
    </w:p>
    <w:p w14:paraId="6970F4E9" w14:textId="77777777" w:rsidR="00D32C2C" w:rsidRDefault="000A38AC" w:rsidP="00D32C2C">
      <w:pPr>
        <w:pStyle w:val="Heading2"/>
        <w:rPr>
          <w:rStyle w:val="s1"/>
        </w:rPr>
      </w:pPr>
      <w:bookmarkStart w:id="22" w:name="_Toc227271896"/>
      <w:r>
        <w:rPr>
          <w:rStyle w:val="s1"/>
          <w:lang w:val="en-GB"/>
        </w:rPr>
        <w:lastRenderedPageBreak/>
        <w:t>7</w:t>
      </w:r>
      <w:r w:rsidR="00D32C2C">
        <w:rPr>
          <w:rStyle w:val="s1"/>
        </w:rPr>
        <w:t>. Web Server Configuration</w:t>
      </w:r>
      <w:bookmarkEnd w:id="22"/>
    </w:p>
    <w:p w14:paraId="2D7084BC" w14:textId="77777777" w:rsidR="003A727B" w:rsidRPr="003A727B" w:rsidRDefault="003A727B" w:rsidP="003A727B"/>
    <w:p w14:paraId="50A0DDF6" w14:textId="77777777" w:rsidR="00D32C2C" w:rsidRPr="00926D6A" w:rsidRDefault="000A38AC" w:rsidP="00D32C2C">
      <w:pPr>
        <w:pStyle w:val="Heading3"/>
        <w:rPr>
          <w:rStyle w:val="s1"/>
          <w:rFonts w:ascii="Arial" w:hAnsi="Arial" w:cs="Arial"/>
          <w:sz w:val="24"/>
          <w:szCs w:val="24"/>
        </w:rPr>
      </w:pPr>
      <w:bookmarkStart w:id="23" w:name="_Toc227271897"/>
      <w:r>
        <w:rPr>
          <w:rStyle w:val="s1"/>
          <w:rFonts w:ascii="Arial" w:hAnsi="Arial" w:cs="Arial"/>
          <w:sz w:val="24"/>
          <w:szCs w:val="24"/>
          <w:lang w:val="en-GB"/>
        </w:rPr>
        <w:t>7</w:t>
      </w:r>
      <w:r w:rsidR="00D32C2C" w:rsidRPr="00926D6A">
        <w:rPr>
          <w:rStyle w:val="s1"/>
          <w:rFonts w:ascii="Arial" w:hAnsi="Arial" w:cs="Arial"/>
          <w:sz w:val="24"/>
          <w:szCs w:val="24"/>
        </w:rPr>
        <w:t>.1 Apache Installation</w:t>
      </w:r>
      <w:bookmarkEnd w:id="23"/>
    </w:p>
    <w:p w14:paraId="46701303"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Apache HTTP Server was installed using:</w:t>
      </w:r>
    </w:p>
    <w:p w14:paraId="54964277" w14:textId="77777777" w:rsidR="00C86D8D" w:rsidRDefault="00D32C2C" w:rsidP="003A727B">
      <w:pPr>
        <w:pStyle w:val="p3"/>
        <w:rPr>
          <w:rStyle w:val="s2"/>
          <w:rFonts w:ascii="Arial" w:eastAsiaTheme="majorEastAsia" w:hAnsi="Arial" w:cs="Arial"/>
        </w:rPr>
      </w:pPr>
      <w:r w:rsidRPr="003A727B">
        <w:rPr>
          <w:rStyle w:val="s2"/>
          <w:rFonts w:ascii="Arial" w:eastAsiaTheme="majorEastAsia" w:hAnsi="Arial" w:cs="Arial"/>
        </w:rPr>
        <w:t>apt install apache2</w:t>
      </w:r>
    </w:p>
    <w:p w14:paraId="2380AA0C" w14:textId="77777777" w:rsidR="00C86D8D" w:rsidRDefault="00C86D8D" w:rsidP="003A727B">
      <w:pPr>
        <w:pStyle w:val="p3"/>
        <w:rPr>
          <w:rStyle w:val="s2"/>
          <w:rFonts w:ascii="Arial" w:eastAsiaTheme="majorEastAsia" w:hAnsi="Arial" w:cs="Arial"/>
        </w:rPr>
      </w:pPr>
    </w:p>
    <w:p w14:paraId="1A084788" w14:textId="77777777" w:rsidR="00C86D8D" w:rsidRDefault="00C86D8D" w:rsidP="003A727B">
      <w:pPr>
        <w:pStyle w:val="p3"/>
        <w:rPr>
          <w:rStyle w:val="s2"/>
          <w:rFonts w:ascii="Arial" w:eastAsiaTheme="majorEastAsia" w:hAnsi="Arial" w:cs="Arial"/>
        </w:rPr>
      </w:pPr>
      <w:r>
        <w:rPr>
          <w:rFonts w:ascii="Arial" w:hAnsi="Arial" w:cs="Arial"/>
          <w:noProof/>
        </w:rPr>
        <w:drawing>
          <wp:inline distT="0" distB="0" distL="0" distR="0" wp14:anchorId="5BCB70CF" wp14:editId="26B38AB2">
            <wp:extent cx="6913880" cy="5867400"/>
            <wp:effectExtent l="0" t="0" r="0" b="0"/>
            <wp:docPr id="562163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16390" name="Picture 56216390"/>
                    <pic:cNvPicPr/>
                  </pic:nvPicPr>
                  <pic:blipFill rotWithShape="1">
                    <a:blip r:embed="rId18"/>
                    <a:srcRect l="4487" t="2310" r="11966" b="10216"/>
                    <a:stretch>
                      <a:fillRect/>
                    </a:stretch>
                  </pic:blipFill>
                  <pic:spPr bwMode="auto">
                    <a:xfrm>
                      <a:off x="0" y="0"/>
                      <a:ext cx="6980216" cy="5923695"/>
                    </a:xfrm>
                    <a:prstGeom prst="rect">
                      <a:avLst/>
                    </a:prstGeom>
                    <a:ln>
                      <a:noFill/>
                    </a:ln>
                    <a:extLst>
                      <a:ext uri="{53640926-AAD7-44D8-BBD7-CCE9431645EC}">
                        <a14:shadowObscured xmlns:a14="http://schemas.microsoft.com/office/drawing/2010/main"/>
                      </a:ext>
                    </a:extLst>
                  </pic:spPr>
                </pic:pic>
              </a:graphicData>
            </a:graphic>
          </wp:inline>
        </w:drawing>
      </w:r>
    </w:p>
    <w:p w14:paraId="4AACF696" w14:textId="77777777" w:rsidR="00C86D8D" w:rsidRPr="00DB319F" w:rsidRDefault="00C86D8D" w:rsidP="00DB319F">
      <w:pPr>
        <w:pStyle w:val="p3"/>
        <w:rPr>
          <w:rStyle w:val="s2"/>
          <w:rFonts w:ascii="Arial" w:eastAsiaTheme="majorEastAsia" w:hAnsi="Arial" w:cs="Arial"/>
        </w:rPr>
      </w:pPr>
      <w:r w:rsidRPr="00DB319F">
        <w:rPr>
          <w:rStyle w:val="s2"/>
          <w:rFonts w:ascii="Arial" w:eastAsiaTheme="majorEastAsia" w:hAnsi="Arial" w:cs="Arial"/>
        </w:rPr>
        <w:t>Figure 10: Apache Installation Process</w:t>
      </w:r>
    </w:p>
    <w:p w14:paraId="687CAB96" w14:textId="77777777" w:rsidR="00D32C2C" w:rsidRPr="00926D6A" w:rsidRDefault="000A38AC" w:rsidP="00D32C2C">
      <w:pPr>
        <w:pStyle w:val="Heading3"/>
        <w:rPr>
          <w:rStyle w:val="s1"/>
          <w:rFonts w:ascii="Arial" w:hAnsi="Arial" w:cs="Arial"/>
          <w:sz w:val="24"/>
          <w:szCs w:val="24"/>
        </w:rPr>
      </w:pPr>
      <w:bookmarkStart w:id="24" w:name="_Toc227271898"/>
      <w:r>
        <w:rPr>
          <w:rStyle w:val="s1"/>
          <w:rFonts w:ascii="Arial" w:hAnsi="Arial" w:cs="Arial"/>
          <w:sz w:val="24"/>
          <w:szCs w:val="24"/>
          <w:lang w:val="en-GB"/>
        </w:rPr>
        <w:lastRenderedPageBreak/>
        <w:t>7</w:t>
      </w:r>
      <w:r w:rsidR="00D32C2C" w:rsidRPr="00926D6A">
        <w:rPr>
          <w:rStyle w:val="s1"/>
          <w:rFonts w:ascii="Arial" w:hAnsi="Arial" w:cs="Arial"/>
          <w:sz w:val="24"/>
          <w:szCs w:val="24"/>
        </w:rPr>
        <w:t>.2 Service Verification</w:t>
      </w:r>
      <w:bookmarkEnd w:id="24"/>
    </w:p>
    <w:p w14:paraId="11CF8431"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Service status checked using:</w:t>
      </w:r>
    </w:p>
    <w:p w14:paraId="610F1873" w14:textId="77777777" w:rsidR="00D32C2C" w:rsidRPr="003A727B" w:rsidRDefault="00D32C2C" w:rsidP="003A727B">
      <w:pPr>
        <w:pStyle w:val="p3"/>
        <w:rPr>
          <w:rStyle w:val="s2"/>
          <w:rFonts w:ascii="Arial" w:eastAsiaTheme="majorEastAsia" w:hAnsi="Arial" w:cs="Arial"/>
        </w:rPr>
      </w:pPr>
      <w:proofErr w:type="spellStart"/>
      <w:r w:rsidRPr="003A727B">
        <w:rPr>
          <w:rStyle w:val="s2"/>
          <w:rFonts w:ascii="Arial" w:eastAsiaTheme="majorEastAsia" w:hAnsi="Arial" w:cs="Arial"/>
        </w:rPr>
        <w:t>systemctl</w:t>
      </w:r>
      <w:proofErr w:type="spellEnd"/>
      <w:r w:rsidRPr="003A727B">
        <w:rPr>
          <w:rStyle w:val="s2"/>
          <w:rFonts w:ascii="Arial" w:eastAsiaTheme="majorEastAsia" w:hAnsi="Arial" w:cs="Arial"/>
        </w:rPr>
        <w:t xml:space="preserve"> status apache2</w:t>
      </w:r>
    </w:p>
    <w:p w14:paraId="1B29ED04"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Output confirmed:</w:t>
      </w:r>
    </w:p>
    <w:p w14:paraId="327661E2" w14:textId="77777777" w:rsidR="00D32C2C" w:rsidRDefault="00D32C2C" w:rsidP="003A727B">
      <w:pPr>
        <w:pStyle w:val="p3"/>
        <w:rPr>
          <w:rStyle w:val="s2"/>
          <w:rFonts w:ascii="Arial" w:eastAsiaTheme="majorEastAsia" w:hAnsi="Arial" w:cs="Arial"/>
        </w:rPr>
      </w:pPr>
      <w:r w:rsidRPr="003A727B">
        <w:rPr>
          <w:rStyle w:val="s2"/>
          <w:rFonts w:ascii="Arial" w:eastAsiaTheme="majorEastAsia" w:hAnsi="Arial" w:cs="Arial"/>
        </w:rPr>
        <w:t>active (running)</w:t>
      </w:r>
    </w:p>
    <w:p w14:paraId="0295F41F" w14:textId="77777777" w:rsidR="00C86D8D" w:rsidRDefault="00C86D8D" w:rsidP="003A727B">
      <w:pPr>
        <w:pStyle w:val="p3"/>
        <w:rPr>
          <w:rStyle w:val="s2"/>
          <w:rFonts w:ascii="Arial" w:eastAsiaTheme="majorEastAsia" w:hAnsi="Arial" w:cs="Arial"/>
        </w:rPr>
      </w:pPr>
      <w:r>
        <w:rPr>
          <w:rFonts w:ascii="Arial" w:eastAsiaTheme="majorEastAsia" w:hAnsi="Arial" w:cs="Arial"/>
          <w:noProof/>
        </w:rPr>
        <w:drawing>
          <wp:inline distT="0" distB="0" distL="0" distR="0" wp14:anchorId="31F41426" wp14:editId="7BB5CAB2">
            <wp:extent cx="8957512" cy="6070600"/>
            <wp:effectExtent l="0" t="0" r="0" b="0"/>
            <wp:docPr id="13587066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06627" name="Picture 1358706627"/>
                    <pic:cNvPicPr/>
                  </pic:nvPicPr>
                  <pic:blipFill rotWithShape="1">
                    <a:blip r:embed="rId19"/>
                    <a:srcRect l="4487" t="5963" r="12607" b="7245"/>
                    <a:stretch>
                      <a:fillRect/>
                    </a:stretch>
                  </pic:blipFill>
                  <pic:spPr bwMode="auto">
                    <a:xfrm>
                      <a:off x="0" y="0"/>
                      <a:ext cx="9092150" cy="6161846"/>
                    </a:xfrm>
                    <a:prstGeom prst="rect">
                      <a:avLst/>
                    </a:prstGeom>
                    <a:ln>
                      <a:noFill/>
                    </a:ln>
                    <a:extLst>
                      <a:ext uri="{53640926-AAD7-44D8-BBD7-CCE9431645EC}">
                        <a14:shadowObscured xmlns:a14="http://schemas.microsoft.com/office/drawing/2010/main"/>
                      </a:ext>
                    </a:extLst>
                  </pic:spPr>
                </pic:pic>
              </a:graphicData>
            </a:graphic>
          </wp:inline>
        </w:drawing>
      </w:r>
    </w:p>
    <w:p w14:paraId="4DC2F4A5" w14:textId="77777777" w:rsidR="00C86D8D" w:rsidRPr="00DB319F" w:rsidRDefault="00C86D8D" w:rsidP="00DB319F">
      <w:pPr>
        <w:pStyle w:val="p3"/>
        <w:rPr>
          <w:rStyle w:val="s2"/>
          <w:rFonts w:ascii="Arial" w:eastAsiaTheme="majorEastAsia" w:hAnsi="Arial" w:cs="Arial"/>
        </w:rPr>
      </w:pPr>
      <w:r w:rsidRPr="00DB319F">
        <w:rPr>
          <w:rStyle w:val="s2"/>
          <w:rFonts w:ascii="Arial" w:eastAsiaTheme="majorEastAsia" w:hAnsi="Arial" w:cs="Arial"/>
        </w:rPr>
        <w:t>Figure 11: Apache Service Running Status</w:t>
      </w:r>
    </w:p>
    <w:p w14:paraId="4B303E4D" w14:textId="77777777" w:rsidR="00C86D8D" w:rsidRPr="003A727B" w:rsidRDefault="00C86D8D" w:rsidP="003A727B">
      <w:pPr>
        <w:pStyle w:val="p3"/>
        <w:rPr>
          <w:rStyle w:val="s2"/>
          <w:rFonts w:ascii="Arial" w:eastAsiaTheme="majorEastAsia" w:hAnsi="Arial" w:cs="Arial"/>
        </w:rPr>
      </w:pPr>
    </w:p>
    <w:p w14:paraId="14D2F115" w14:textId="77777777" w:rsidR="00D32C2C" w:rsidRPr="00926D6A" w:rsidRDefault="000A38AC" w:rsidP="00D32C2C">
      <w:pPr>
        <w:pStyle w:val="Heading3"/>
        <w:rPr>
          <w:rStyle w:val="s1"/>
          <w:rFonts w:ascii="Arial" w:hAnsi="Arial" w:cs="Arial"/>
          <w:sz w:val="24"/>
          <w:szCs w:val="24"/>
        </w:rPr>
      </w:pPr>
      <w:bookmarkStart w:id="25" w:name="_Toc227271899"/>
      <w:r>
        <w:rPr>
          <w:rStyle w:val="s1"/>
          <w:rFonts w:ascii="Arial" w:hAnsi="Arial" w:cs="Arial"/>
          <w:sz w:val="24"/>
          <w:szCs w:val="24"/>
          <w:lang w:val="en-GB"/>
        </w:rPr>
        <w:t>7</w:t>
      </w:r>
      <w:r w:rsidR="00D32C2C" w:rsidRPr="00926D6A">
        <w:rPr>
          <w:rStyle w:val="s1"/>
          <w:rFonts w:ascii="Arial" w:hAnsi="Arial" w:cs="Arial"/>
          <w:sz w:val="24"/>
          <w:szCs w:val="24"/>
        </w:rPr>
        <w:t>.3 Web Server Testing</w:t>
      </w:r>
      <w:bookmarkEnd w:id="25"/>
    </w:p>
    <w:p w14:paraId="7B7775B0"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Local testing was performed using:</w:t>
      </w:r>
    </w:p>
    <w:p w14:paraId="30EAD095"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curl http://localhost</w:t>
      </w:r>
    </w:p>
    <w:p w14:paraId="3B50B055"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Initially, curl was not installed, which caused an error. After installation, the command returned the default Apache page.</w:t>
      </w:r>
    </w:p>
    <w:p w14:paraId="21897C4E" w14:textId="77777777" w:rsidR="00D32C2C" w:rsidRPr="003A727B" w:rsidRDefault="00D32C2C" w:rsidP="003A727B">
      <w:pPr>
        <w:pStyle w:val="p3"/>
        <w:rPr>
          <w:rStyle w:val="s2"/>
          <w:rFonts w:ascii="Arial" w:eastAsiaTheme="majorEastAsia" w:hAnsi="Arial" w:cs="Arial"/>
        </w:rPr>
      </w:pPr>
    </w:p>
    <w:p w14:paraId="3272847E" w14:textId="77777777" w:rsidR="00D32C2C" w:rsidRDefault="00D32C2C" w:rsidP="003A727B">
      <w:pPr>
        <w:pStyle w:val="p3"/>
        <w:rPr>
          <w:rStyle w:val="s2"/>
          <w:rFonts w:ascii="Arial" w:eastAsiaTheme="majorEastAsia" w:hAnsi="Arial" w:cs="Arial"/>
        </w:rPr>
      </w:pPr>
      <w:r w:rsidRPr="003A727B">
        <w:rPr>
          <w:rStyle w:val="s2"/>
          <w:rFonts w:ascii="Arial" w:eastAsiaTheme="majorEastAsia" w:hAnsi="Arial" w:cs="Arial"/>
        </w:rPr>
        <w:t>This confirms successful deployment of web services.</w:t>
      </w:r>
    </w:p>
    <w:p w14:paraId="6E51AC8A" w14:textId="77777777" w:rsidR="00CE67E1" w:rsidRPr="00CE67E1" w:rsidRDefault="00CE67E1" w:rsidP="00CE67E1">
      <w:pPr>
        <w:pStyle w:val="p3"/>
        <w:rPr>
          <w:rStyle w:val="s2"/>
          <w:rFonts w:ascii="Arial" w:eastAsiaTheme="majorEastAsia" w:hAnsi="Arial" w:cs="Arial"/>
        </w:rPr>
      </w:pPr>
      <w:r w:rsidRPr="00CE67E1">
        <w:rPr>
          <w:rStyle w:val="s2"/>
          <w:rFonts w:ascii="Arial" w:eastAsiaTheme="majorEastAsia" w:hAnsi="Arial" w:cs="Arial"/>
        </w:rPr>
        <w:t>Web servers</w:t>
      </w:r>
      <w:r>
        <w:rPr>
          <w:rStyle w:val="s2"/>
          <w:rFonts w:ascii="Arial" w:eastAsiaTheme="majorEastAsia" w:hAnsi="Arial" w:cs="Arial"/>
        </w:rPr>
        <w:t xml:space="preserve"> </w:t>
      </w:r>
      <w:r w:rsidRPr="00CE67E1">
        <w:rPr>
          <w:rStyle w:val="s2"/>
          <w:rFonts w:ascii="Arial" w:eastAsiaTheme="majorEastAsia" w:hAnsi="Arial" w:cs="Arial"/>
        </w:rPr>
        <w:t>are a fundamental component of modern enterprise systems, as they enable the delivery of web-based applications and services. Apache is widely used due to its reliability, flexibility, and strong community support.</w:t>
      </w:r>
    </w:p>
    <w:p w14:paraId="4E551102" w14:textId="77777777" w:rsidR="00CE67E1" w:rsidRPr="00CE67E1" w:rsidRDefault="00CE67E1" w:rsidP="00CE67E1">
      <w:pPr>
        <w:pStyle w:val="p3"/>
        <w:rPr>
          <w:rStyle w:val="s2"/>
          <w:rFonts w:ascii="Arial" w:eastAsiaTheme="majorEastAsia" w:hAnsi="Arial" w:cs="Arial"/>
        </w:rPr>
      </w:pPr>
    </w:p>
    <w:p w14:paraId="307A62B4" w14:textId="77777777" w:rsidR="00CE67E1" w:rsidRDefault="00CE67E1" w:rsidP="00CE67E1">
      <w:pPr>
        <w:pStyle w:val="p3"/>
        <w:rPr>
          <w:rStyle w:val="s2"/>
          <w:rFonts w:ascii="Arial" w:eastAsiaTheme="majorEastAsia" w:hAnsi="Arial" w:cs="Arial"/>
        </w:rPr>
      </w:pPr>
      <w:r w:rsidRPr="00CE67E1">
        <w:rPr>
          <w:rStyle w:val="s2"/>
          <w:rFonts w:ascii="Arial" w:eastAsiaTheme="majorEastAsia" w:hAnsi="Arial" w:cs="Arial"/>
        </w:rPr>
        <w:t>The successful deployment and testing of the Apache server demonstrate the ability to configure application-level services within a network. This is an important skill for system administrators, as many enterprise applications rely on web technologies for operation [2].</w:t>
      </w:r>
    </w:p>
    <w:p w14:paraId="62295939" w14:textId="77777777" w:rsidR="00DB319F" w:rsidRDefault="00DB319F" w:rsidP="00CE67E1">
      <w:pPr>
        <w:pStyle w:val="p3"/>
        <w:rPr>
          <w:rStyle w:val="s2"/>
          <w:rFonts w:ascii="Arial" w:eastAsiaTheme="majorEastAsia" w:hAnsi="Arial" w:cs="Arial"/>
        </w:rPr>
      </w:pPr>
      <w:r>
        <w:rPr>
          <w:rFonts w:ascii="Arial" w:eastAsiaTheme="majorEastAsia" w:hAnsi="Arial" w:cs="Arial"/>
          <w:noProof/>
        </w:rPr>
        <w:lastRenderedPageBreak/>
        <w:drawing>
          <wp:inline distT="0" distB="0" distL="0" distR="0" wp14:anchorId="082E0727" wp14:editId="68D519A4">
            <wp:extent cx="6932811" cy="5511800"/>
            <wp:effectExtent l="0" t="0" r="1905" b="0"/>
            <wp:docPr id="12369824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982491" name="Picture 1236982491"/>
                    <pic:cNvPicPr/>
                  </pic:nvPicPr>
                  <pic:blipFill rotWithShape="1">
                    <a:blip r:embed="rId20"/>
                    <a:srcRect l="4914" t="5941" r="26282" b="9556"/>
                    <a:stretch>
                      <a:fillRect/>
                    </a:stretch>
                  </pic:blipFill>
                  <pic:spPr bwMode="auto">
                    <a:xfrm>
                      <a:off x="0" y="0"/>
                      <a:ext cx="7000919" cy="5565948"/>
                    </a:xfrm>
                    <a:prstGeom prst="rect">
                      <a:avLst/>
                    </a:prstGeom>
                    <a:ln>
                      <a:noFill/>
                    </a:ln>
                    <a:extLst>
                      <a:ext uri="{53640926-AAD7-44D8-BBD7-CCE9431645EC}">
                        <a14:shadowObscured xmlns:a14="http://schemas.microsoft.com/office/drawing/2010/main"/>
                      </a:ext>
                    </a:extLst>
                  </pic:spPr>
                </pic:pic>
              </a:graphicData>
            </a:graphic>
          </wp:inline>
        </w:drawing>
      </w:r>
    </w:p>
    <w:p w14:paraId="6750C4A2" w14:textId="77777777" w:rsidR="00DB319F" w:rsidRPr="00DB319F" w:rsidRDefault="00DB319F" w:rsidP="00DB319F">
      <w:pPr>
        <w:pStyle w:val="p3"/>
        <w:rPr>
          <w:rStyle w:val="s2"/>
          <w:rFonts w:ascii="Arial" w:eastAsiaTheme="majorEastAsia" w:hAnsi="Arial" w:cs="Arial"/>
        </w:rPr>
      </w:pPr>
      <w:r w:rsidRPr="00DB319F">
        <w:rPr>
          <w:rStyle w:val="s2"/>
          <w:rFonts w:ascii="Arial" w:eastAsiaTheme="majorEastAsia" w:hAnsi="Arial" w:cs="Arial"/>
        </w:rPr>
        <w:t>Figure 12: Apache Web Server Output Test</w:t>
      </w:r>
    </w:p>
    <w:p w14:paraId="20946E65" w14:textId="77777777" w:rsidR="00365AA8" w:rsidRDefault="00365AA8" w:rsidP="00CE67E1">
      <w:pPr>
        <w:pStyle w:val="p3"/>
        <w:rPr>
          <w:rStyle w:val="s2"/>
          <w:rFonts w:ascii="Arial" w:eastAsiaTheme="majorEastAsia" w:hAnsi="Arial" w:cs="Arial"/>
        </w:rPr>
      </w:pPr>
    </w:p>
    <w:p w14:paraId="795BCF9C" w14:textId="77777777" w:rsidR="00DB319F" w:rsidRDefault="00365AA8" w:rsidP="00CE67E1">
      <w:pPr>
        <w:pStyle w:val="p3"/>
        <w:rPr>
          <w:rStyle w:val="s2"/>
          <w:rFonts w:ascii="Arial" w:eastAsiaTheme="majorEastAsia" w:hAnsi="Arial" w:cs="Arial"/>
        </w:rPr>
      </w:pPr>
      <w:r w:rsidRPr="00365AA8">
        <w:rPr>
          <w:rStyle w:val="s2"/>
          <w:rFonts w:ascii="Arial" w:eastAsiaTheme="majorEastAsia" w:hAnsi="Arial" w:cs="Arial"/>
        </w:rPr>
        <w:t>This also reflects how application-layer services are deployed in enterprise systems, where web servers play a critical role in delivering content and supporting business operations.</w:t>
      </w:r>
    </w:p>
    <w:p w14:paraId="52389958" w14:textId="77777777" w:rsidR="00DB319F" w:rsidRDefault="00DB319F" w:rsidP="00CE67E1">
      <w:pPr>
        <w:pStyle w:val="p3"/>
        <w:rPr>
          <w:rStyle w:val="s2"/>
          <w:rFonts w:ascii="Arial" w:eastAsiaTheme="majorEastAsia" w:hAnsi="Arial" w:cs="Arial"/>
        </w:rPr>
      </w:pPr>
    </w:p>
    <w:p w14:paraId="605FA09B" w14:textId="77777777" w:rsidR="00DB319F" w:rsidRDefault="00DB319F" w:rsidP="00CE67E1">
      <w:pPr>
        <w:pStyle w:val="p3"/>
        <w:rPr>
          <w:rStyle w:val="s2"/>
          <w:rFonts w:ascii="Arial" w:eastAsiaTheme="majorEastAsia" w:hAnsi="Arial" w:cs="Arial"/>
        </w:rPr>
      </w:pPr>
    </w:p>
    <w:p w14:paraId="4FA139C4" w14:textId="77777777" w:rsidR="00DB319F" w:rsidRPr="00CE67E1" w:rsidRDefault="00DB319F" w:rsidP="003A727B">
      <w:pPr>
        <w:pStyle w:val="p3"/>
        <w:rPr>
          <w:rStyle w:val="s2"/>
          <w:rFonts w:ascii="Arial" w:eastAsiaTheme="majorEastAsia" w:hAnsi="Arial" w:cs="Arial"/>
        </w:rPr>
      </w:pPr>
    </w:p>
    <w:p w14:paraId="7731FDC6" w14:textId="77777777" w:rsidR="00D32C2C" w:rsidRPr="00CE67E1" w:rsidRDefault="000A38AC" w:rsidP="00D32C2C">
      <w:pPr>
        <w:pStyle w:val="Heading2"/>
        <w:rPr>
          <w:rStyle w:val="s1"/>
        </w:rPr>
      </w:pPr>
      <w:bookmarkStart w:id="26" w:name="_Toc227271900"/>
      <w:r>
        <w:rPr>
          <w:rStyle w:val="s1"/>
          <w:lang w:val="en-GB"/>
        </w:rPr>
        <w:lastRenderedPageBreak/>
        <w:t>8</w:t>
      </w:r>
      <w:r w:rsidR="00D32C2C">
        <w:rPr>
          <w:rStyle w:val="s1"/>
        </w:rPr>
        <w:t>. Testing and Verification</w:t>
      </w:r>
      <w:bookmarkEnd w:id="26"/>
    </w:p>
    <w:p w14:paraId="53E19282" w14:textId="77777777" w:rsidR="00E15013" w:rsidRPr="000A38AC" w:rsidRDefault="00E15013" w:rsidP="00E15013">
      <w:pPr>
        <w:rPr>
          <w:lang w:val="en-GB"/>
        </w:rPr>
      </w:pPr>
    </w:p>
    <w:p w14:paraId="0FBE6F8E" w14:textId="77777777" w:rsidR="00D32C2C" w:rsidRPr="00926D6A" w:rsidRDefault="000A38AC" w:rsidP="00D32C2C">
      <w:pPr>
        <w:pStyle w:val="Heading3"/>
        <w:rPr>
          <w:rStyle w:val="s1"/>
          <w:rFonts w:ascii="Arial" w:hAnsi="Arial" w:cs="Arial"/>
          <w:sz w:val="24"/>
          <w:szCs w:val="24"/>
        </w:rPr>
      </w:pPr>
      <w:bookmarkStart w:id="27" w:name="_Toc227271901"/>
      <w:r>
        <w:rPr>
          <w:rStyle w:val="s1"/>
          <w:rFonts w:ascii="Arial" w:hAnsi="Arial" w:cs="Arial"/>
          <w:sz w:val="24"/>
          <w:szCs w:val="24"/>
          <w:lang w:val="en-GB"/>
        </w:rPr>
        <w:t>8</w:t>
      </w:r>
      <w:r w:rsidR="00D32C2C" w:rsidRPr="00926D6A">
        <w:rPr>
          <w:rStyle w:val="s1"/>
          <w:rFonts w:ascii="Arial" w:hAnsi="Arial" w:cs="Arial"/>
          <w:sz w:val="24"/>
          <w:szCs w:val="24"/>
        </w:rPr>
        <w:t>.1 Network Testing</w:t>
      </w:r>
      <w:bookmarkEnd w:id="27"/>
    </w:p>
    <w:p w14:paraId="17CA4466"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Ping to 8.8.8.8 → success</w:t>
      </w:r>
    </w:p>
    <w:p w14:paraId="45AEBE2B"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Ping to google.com → success</w:t>
      </w:r>
    </w:p>
    <w:p w14:paraId="5BC24B8A" w14:textId="77777777" w:rsidR="00D32C2C" w:rsidRDefault="00D32C2C" w:rsidP="00D32C2C">
      <w:pPr>
        <w:spacing w:after="0"/>
      </w:pPr>
    </w:p>
    <w:p w14:paraId="47D8D7C1" w14:textId="77777777" w:rsidR="00D32C2C" w:rsidRPr="00926D6A" w:rsidRDefault="000A38AC" w:rsidP="00D32C2C">
      <w:pPr>
        <w:pStyle w:val="Heading3"/>
        <w:rPr>
          <w:rStyle w:val="s1"/>
          <w:rFonts w:ascii="Arial" w:hAnsi="Arial" w:cs="Arial"/>
          <w:sz w:val="24"/>
          <w:szCs w:val="24"/>
        </w:rPr>
      </w:pPr>
      <w:bookmarkStart w:id="28" w:name="_Toc227271902"/>
      <w:r>
        <w:rPr>
          <w:rStyle w:val="s1"/>
          <w:rFonts w:ascii="Arial" w:hAnsi="Arial" w:cs="Arial"/>
          <w:sz w:val="24"/>
          <w:szCs w:val="24"/>
          <w:lang w:val="en-GB"/>
        </w:rPr>
        <w:t>8</w:t>
      </w:r>
      <w:r w:rsidR="00D32C2C" w:rsidRPr="00926D6A">
        <w:rPr>
          <w:rStyle w:val="s1"/>
          <w:rFonts w:ascii="Arial" w:hAnsi="Arial" w:cs="Arial"/>
          <w:sz w:val="24"/>
          <w:szCs w:val="24"/>
        </w:rPr>
        <w:t>.2 Service Testing</w:t>
      </w:r>
      <w:bookmarkEnd w:id="28"/>
    </w:p>
    <w:p w14:paraId="64D9F328"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 xml:space="preserve">Apache service running </w:t>
      </w:r>
    </w:p>
    <w:p w14:paraId="185242E4" w14:textId="77777777" w:rsidR="00D32C2C" w:rsidRPr="003A727B" w:rsidRDefault="00D32C2C" w:rsidP="003A727B">
      <w:pPr>
        <w:pStyle w:val="p3"/>
        <w:rPr>
          <w:rStyle w:val="s2"/>
          <w:rFonts w:ascii="Arial" w:eastAsiaTheme="majorEastAsia" w:hAnsi="Arial" w:cs="Arial"/>
        </w:rPr>
      </w:pPr>
      <w:r w:rsidRPr="003A727B">
        <w:rPr>
          <w:rStyle w:val="s2"/>
          <w:rFonts w:ascii="Arial" w:eastAsiaTheme="majorEastAsia" w:hAnsi="Arial" w:cs="Arial"/>
        </w:rPr>
        <w:t xml:space="preserve">Localhost accessible </w:t>
      </w:r>
    </w:p>
    <w:p w14:paraId="26DCD3E3" w14:textId="77777777" w:rsidR="00CE67E1" w:rsidRPr="00EB1D68" w:rsidRDefault="00D32C2C" w:rsidP="00CE67E1">
      <w:pPr>
        <w:pStyle w:val="p3"/>
        <w:rPr>
          <w:rStyle w:val="s2"/>
          <w:rFonts w:ascii="Arial" w:eastAsiaTheme="majorEastAsia" w:hAnsi="Arial" w:cs="Arial"/>
        </w:rPr>
      </w:pPr>
      <w:r w:rsidRPr="003A727B">
        <w:rPr>
          <w:rStyle w:val="s2"/>
          <w:rFonts w:ascii="Arial" w:eastAsiaTheme="majorEastAsia" w:hAnsi="Arial" w:cs="Arial"/>
        </w:rPr>
        <w:t xml:space="preserve">NAT functioning </w:t>
      </w:r>
    </w:p>
    <w:p w14:paraId="00B961A4" w14:textId="77777777" w:rsidR="00D32C2C" w:rsidRPr="00EB1D68" w:rsidRDefault="00D32C2C" w:rsidP="00CE67E1">
      <w:pPr>
        <w:pStyle w:val="p3"/>
        <w:rPr>
          <w:rFonts w:ascii="Arial" w:eastAsiaTheme="majorEastAsia" w:hAnsi="Arial" w:cs="Arial"/>
        </w:rPr>
      </w:pPr>
    </w:p>
    <w:p w14:paraId="62E39091" w14:textId="77777777" w:rsidR="00D32C2C" w:rsidRPr="00926D6A" w:rsidRDefault="000A38AC" w:rsidP="00D32C2C">
      <w:pPr>
        <w:pStyle w:val="Heading3"/>
        <w:rPr>
          <w:rStyle w:val="s1"/>
          <w:rFonts w:ascii="Arial" w:hAnsi="Arial" w:cs="Arial"/>
          <w:sz w:val="24"/>
          <w:szCs w:val="24"/>
        </w:rPr>
      </w:pPr>
      <w:bookmarkStart w:id="29" w:name="_Toc227271903"/>
      <w:r>
        <w:rPr>
          <w:rStyle w:val="s1"/>
          <w:rFonts w:ascii="Arial" w:hAnsi="Arial" w:cs="Arial"/>
          <w:sz w:val="24"/>
          <w:szCs w:val="24"/>
          <w:lang w:val="en-GB"/>
        </w:rPr>
        <w:t>8</w:t>
      </w:r>
      <w:r w:rsidR="00D32C2C" w:rsidRPr="00926D6A">
        <w:rPr>
          <w:rStyle w:val="s1"/>
          <w:rFonts w:ascii="Arial" w:hAnsi="Arial" w:cs="Arial"/>
          <w:sz w:val="24"/>
          <w:szCs w:val="24"/>
        </w:rPr>
        <w:t>.3 System Verification</w:t>
      </w:r>
      <w:bookmarkEnd w:id="29"/>
    </w:p>
    <w:p w14:paraId="4F2DE929"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The system successfully demonstrated:</w:t>
      </w:r>
    </w:p>
    <w:p w14:paraId="2F56B112"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Routing capability</w:t>
      </w:r>
    </w:p>
    <w:p w14:paraId="2BD3DDF3"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Firewall protection</w:t>
      </w:r>
    </w:p>
    <w:p w14:paraId="79F68805"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Internet connectivity</w:t>
      </w:r>
    </w:p>
    <w:p w14:paraId="01CD125E" w14:textId="77777777" w:rsidR="00D32C2C" w:rsidRDefault="00D32C2C" w:rsidP="00926D6A">
      <w:pPr>
        <w:pStyle w:val="p3"/>
        <w:rPr>
          <w:rStyle w:val="s2"/>
          <w:rFonts w:ascii="Arial" w:eastAsiaTheme="majorEastAsia" w:hAnsi="Arial" w:cs="Arial"/>
        </w:rPr>
      </w:pPr>
      <w:r w:rsidRPr="00926D6A">
        <w:rPr>
          <w:rStyle w:val="s2"/>
          <w:rFonts w:ascii="Arial" w:eastAsiaTheme="majorEastAsia" w:hAnsi="Arial" w:cs="Arial"/>
        </w:rPr>
        <w:t>Web service availability</w:t>
      </w:r>
    </w:p>
    <w:p w14:paraId="33465EDD"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Comprehensive testing is essential to ensure that all configured services are functioning as expected. Each component of the system was tested individually and then as part of the overall network.</w:t>
      </w:r>
    </w:p>
    <w:p w14:paraId="2DB21F67" w14:textId="77777777" w:rsidR="0020783E" w:rsidRPr="0020783E" w:rsidRDefault="0020783E" w:rsidP="0020783E">
      <w:pPr>
        <w:pStyle w:val="p3"/>
        <w:rPr>
          <w:rStyle w:val="s2"/>
          <w:rFonts w:ascii="Arial" w:eastAsiaTheme="majorEastAsia" w:hAnsi="Arial" w:cs="Arial"/>
        </w:rPr>
      </w:pPr>
    </w:p>
    <w:p w14:paraId="256B781A" w14:textId="77777777" w:rsid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The successful results of all tests confirm that the system is stable, correctly configured, and ready for deployment. Testing also helps identify potential issues early, allowing them to be resolved before they impact system performance or security.</w:t>
      </w:r>
    </w:p>
    <w:p w14:paraId="26EB5470"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 xml:space="preserve">Testing is a critical phase in network implementation, as it ensures that all configured components operate as expected under real conditions. Without proper testing, </w:t>
      </w:r>
      <w:r w:rsidRPr="0020783E">
        <w:rPr>
          <w:rStyle w:val="s2"/>
          <w:rFonts w:ascii="Arial" w:eastAsiaTheme="majorEastAsia" w:hAnsi="Arial" w:cs="Arial"/>
        </w:rPr>
        <w:lastRenderedPageBreak/>
        <w:t>configuration errors may remain undetected, leading to potential failures in live environments.</w:t>
      </w:r>
    </w:p>
    <w:p w14:paraId="2D13221B" w14:textId="77777777" w:rsidR="0020783E" w:rsidRPr="0020783E" w:rsidRDefault="0020783E" w:rsidP="0020783E">
      <w:pPr>
        <w:pStyle w:val="p3"/>
        <w:rPr>
          <w:rStyle w:val="s2"/>
          <w:rFonts w:ascii="Arial" w:eastAsiaTheme="majorEastAsia" w:hAnsi="Arial" w:cs="Arial"/>
        </w:rPr>
      </w:pPr>
    </w:p>
    <w:p w14:paraId="52104258"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Different types of testing were performed in this project. Connectivity testing using ICMP ensured that the system could communicate with external networks. DNS testing confirmed that domain name resolution was functioning correctly, which is essential for accessing internet services.</w:t>
      </w:r>
    </w:p>
    <w:p w14:paraId="54CE1052" w14:textId="77777777" w:rsidR="0020783E" w:rsidRPr="0020783E" w:rsidRDefault="0020783E" w:rsidP="0020783E">
      <w:pPr>
        <w:pStyle w:val="p3"/>
        <w:rPr>
          <w:rStyle w:val="s2"/>
          <w:rFonts w:ascii="Arial" w:eastAsiaTheme="majorEastAsia" w:hAnsi="Arial" w:cs="Arial"/>
        </w:rPr>
      </w:pPr>
    </w:p>
    <w:p w14:paraId="0054F847"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Service testing was also conducted to verify that the Apache web server was operational. By checking the service status and retrieving content from the localhost, it was confirmed that the server could handle client requests.</w:t>
      </w:r>
    </w:p>
    <w:p w14:paraId="56C57124" w14:textId="77777777" w:rsidR="0020783E" w:rsidRPr="0020783E" w:rsidRDefault="0020783E" w:rsidP="0020783E">
      <w:pPr>
        <w:pStyle w:val="p3"/>
        <w:rPr>
          <w:rStyle w:val="s2"/>
          <w:rFonts w:ascii="Arial" w:eastAsiaTheme="majorEastAsia" w:hAnsi="Arial" w:cs="Arial"/>
        </w:rPr>
      </w:pPr>
    </w:p>
    <w:p w14:paraId="6F925881"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In addition to functionality testing, configuration validation was performed. This involved checking firewall rules, NAT settings, and routing configurations to ensure that all components were correctly implemented.</w:t>
      </w:r>
    </w:p>
    <w:p w14:paraId="5C5A40B3" w14:textId="77777777" w:rsidR="0020783E" w:rsidRPr="0020783E" w:rsidRDefault="0020783E" w:rsidP="0020783E">
      <w:pPr>
        <w:pStyle w:val="p3"/>
        <w:rPr>
          <w:rStyle w:val="s2"/>
          <w:rFonts w:ascii="Arial" w:eastAsiaTheme="majorEastAsia" w:hAnsi="Arial" w:cs="Arial"/>
        </w:rPr>
      </w:pPr>
    </w:p>
    <w:p w14:paraId="0D710C31" w14:textId="77777777" w:rsidR="0020783E" w:rsidRPr="00926D6A" w:rsidRDefault="0020783E" w:rsidP="0020783E">
      <w:pPr>
        <w:pStyle w:val="p3"/>
        <w:rPr>
          <w:rStyle w:val="s2"/>
          <w:rFonts w:ascii="Arial" w:eastAsiaTheme="majorEastAsia" w:hAnsi="Arial" w:cs="Arial"/>
        </w:rPr>
      </w:pPr>
      <w:r w:rsidRPr="0020783E">
        <w:rPr>
          <w:rStyle w:val="s2"/>
          <w:rFonts w:ascii="Arial" w:eastAsiaTheme="majorEastAsia" w:hAnsi="Arial" w:cs="Arial"/>
        </w:rPr>
        <w:t>The results of these tests demonstrate that the system is stable, correctly configured, and capable of supporting network services in a controlled environment.</w:t>
      </w:r>
    </w:p>
    <w:p w14:paraId="44ED5C43" w14:textId="77777777" w:rsidR="000A38AC" w:rsidRDefault="000A38AC" w:rsidP="000A38AC">
      <w:pPr>
        <w:pStyle w:val="Heading2"/>
        <w:rPr>
          <w:rStyle w:val="s1"/>
          <w:lang w:val="en-GB"/>
        </w:rPr>
      </w:pPr>
    </w:p>
    <w:p w14:paraId="60F95379" w14:textId="77777777" w:rsidR="00E15013" w:rsidRDefault="000A38AC" w:rsidP="000A38AC">
      <w:pPr>
        <w:pStyle w:val="Heading2"/>
        <w:rPr>
          <w:rStyle w:val="s1"/>
        </w:rPr>
      </w:pPr>
      <w:bookmarkStart w:id="30" w:name="_Toc227271904"/>
      <w:r>
        <w:rPr>
          <w:rStyle w:val="s1"/>
          <w:lang w:val="en-GB"/>
        </w:rPr>
        <w:t>9</w:t>
      </w:r>
      <w:r w:rsidR="00D32C2C">
        <w:rPr>
          <w:rStyle w:val="s1"/>
        </w:rPr>
        <w:t>. Troubleshooting</w:t>
      </w:r>
      <w:bookmarkEnd w:id="30"/>
    </w:p>
    <w:p w14:paraId="580440B1" w14:textId="77777777" w:rsidR="000A38AC" w:rsidRPr="000A38AC" w:rsidRDefault="000A38AC" w:rsidP="000A38AC">
      <w:pPr>
        <w:rPr>
          <w:lang w:val="en-GB"/>
        </w:rPr>
      </w:pPr>
    </w:p>
    <w:p w14:paraId="3632AA2E" w14:textId="77777777" w:rsidR="00D32C2C" w:rsidRPr="00926D6A" w:rsidRDefault="000A38AC" w:rsidP="00D32C2C">
      <w:pPr>
        <w:pStyle w:val="Heading3"/>
        <w:rPr>
          <w:rStyle w:val="s1"/>
          <w:rFonts w:ascii="Arial" w:hAnsi="Arial" w:cs="Arial"/>
          <w:sz w:val="24"/>
          <w:szCs w:val="24"/>
        </w:rPr>
      </w:pPr>
      <w:bookmarkStart w:id="31" w:name="_Toc227271905"/>
      <w:r>
        <w:rPr>
          <w:rStyle w:val="s1"/>
          <w:rFonts w:ascii="Arial" w:hAnsi="Arial" w:cs="Arial"/>
          <w:sz w:val="24"/>
          <w:szCs w:val="24"/>
          <w:lang w:val="en-GB"/>
        </w:rPr>
        <w:t>9</w:t>
      </w:r>
      <w:r w:rsidR="00D32C2C" w:rsidRPr="00926D6A">
        <w:rPr>
          <w:rStyle w:val="s1"/>
          <w:rFonts w:ascii="Arial" w:hAnsi="Arial" w:cs="Arial"/>
          <w:sz w:val="24"/>
          <w:szCs w:val="24"/>
        </w:rPr>
        <w:t>.1 Identified Issues</w:t>
      </w:r>
      <w:bookmarkEnd w:id="31"/>
    </w:p>
    <w:p w14:paraId="50B7856B"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Several issues were encountered:</w:t>
      </w:r>
    </w:p>
    <w:p w14:paraId="2B864A7D"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Missing curl package</w:t>
      </w:r>
    </w:p>
    <w:p w14:paraId="59E47779"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Initial network misconfiguration</w:t>
      </w:r>
    </w:p>
    <w:p w14:paraId="2CC84389"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External browser access limitations (due to NAT)</w:t>
      </w:r>
    </w:p>
    <w:p w14:paraId="19D3ABCC" w14:textId="77777777" w:rsidR="00D32C2C" w:rsidRPr="00EB1D68" w:rsidRDefault="00D32C2C" w:rsidP="00D32C2C">
      <w:pPr>
        <w:spacing w:after="0"/>
        <w:rPr>
          <w:lang w:val="en-GB"/>
        </w:rPr>
      </w:pPr>
    </w:p>
    <w:p w14:paraId="68728075" w14:textId="77777777" w:rsidR="00D32C2C" w:rsidRPr="00CE67E1" w:rsidRDefault="000A38AC" w:rsidP="00D32C2C">
      <w:pPr>
        <w:pStyle w:val="Heading3"/>
        <w:rPr>
          <w:rStyle w:val="s1"/>
          <w:rFonts w:ascii="Arial" w:hAnsi="Arial" w:cs="Arial"/>
          <w:sz w:val="24"/>
          <w:szCs w:val="24"/>
        </w:rPr>
      </w:pPr>
      <w:bookmarkStart w:id="32" w:name="_Toc227271906"/>
      <w:r>
        <w:rPr>
          <w:rStyle w:val="s1"/>
          <w:rFonts w:ascii="Arial" w:hAnsi="Arial" w:cs="Arial"/>
          <w:sz w:val="24"/>
          <w:szCs w:val="24"/>
          <w:lang w:val="en-GB"/>
        </w:rPr>
        <w:lastRenderedPageBreak/>
        <w:t>9</w:t>
      </w:r>
      <w:r w:rsidR="00D32C2C" w:rsidRPr="00CE67E1">
        <w:rPr>
          <w:rStyle w:val="s1"/>
          <w:rFonts w:ascii="Arial" w:hAnsi="Arial" w:cs="Arial"/>
          <w:sz w:val="24"/>
          <w:szCs w:val="24"/>
        </w:rPr>
        <w:t>.2 Resolution Process</w:t>
      </w:r>
      <w:bookmarkEnd w:id="32"/>
    </w:p>
    <w:p w14:paraId="0BB6F00F"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Issues were resolved through:</w:t>
      </w:r>
    </w:p>
    <w:p w14:paraId="042423FA"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Installing required packages</w:t>
      </w:r>
    </w:p>
    <w:p w14:paraId="7984EDF5"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Verifying configurations using CLI tools</w:t>
      </w:r>
    </w:p>
    <w:p w14:paraId="7BA9BC6C"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Adjusting firewall and routing settings</w:t>
      </w:r>
    </w:p>
    <w:p w14:paraId="39AE7525" w14:textId="77777777" w:rsidR="00CE67E1" w:rsidRDefault="00D32C2C" w:rsidP="00CE67E1">
      <w:pPr>
        <w:pStyle w:val="p3"/>
        <w:rPr>
          <w:rStyle w:val="s2"/>
          <w:rFonts w:ascii="Arial" w:eastAsiaTheme="majorEastAsia" w:hAnsi="Arial" w:cs="Arial"/>
        </w:rPr>
      </w:pPr>
      <w:r w:rsidRPr="00926D6A">
        <w:rPr>
          <w:rStyle w:val="s2"/>
          <w:rFonts w:ascii="Arial" w:eastAsiaTheme="majorEastAsia" w:hAnsi="Arial" w:cs="Arial"/>
        </w:rPr>
        <w:t>This demonstrates effective problem-solving and system management skills.</w:t>
      </w:r>
    </w:p>
    <w:p w14:paraId="74D0D44B"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The troubleshooting process highlights the importance of systematic problem-solving in network administration. Identifying issues, analysing their causes, and applying appropriate solutions are essential skills for maintaining system reliability.</w:t>
      </w:r>
    </w:p>
    <w:p w14:paraId="0A6D48DF" w14:textId="77777777" w:rsidR="0020783E" w:rsidRPr="0020783E" w:rsidRDefault="0020783E" w:rsidP="0020783E">
      <w:pPr>
        <w:pStyle w:val="p3"/>
        <w:rPr>
          <w:rStyle w:val="s2"/>
          <w:rFonts w:ascii="Arial" w:eastAsiaTheme="majorEastAsia" w:hAnsi="Arial" w:cs="Arial"/>
        </w:rPr>
      </w:pPr>
    </w:p>
    <w:p w14:paraId="1D913DA6"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Through this process, a deeper understanding of system behaviour and configuration dependencies was developed. This contributes to more effective management and optimisation of network systems.</w:t>
      </w:r>
    </w:p>
    <w:p w14:paraId="67F6CA57" w14:textId="77777777" w:rsidR="00D32C2C" w:rsidRPr="0020783E" w:rsidRDefault="00D32C2C" w:rsidP="00CE67E1">
      <w:pPr>
        <w:pStyle w:val="p3"/>
        <w:rPr>
          <w:rFonts w:ascii="Arial" w:eastAsiaTheme="majorEastAsia" w:hAnsi="Arial" w:cs="Arial"/>
        </w:rPr>
      </w:pPr>
    </w:p>
    <w:p w14:paraId="01BD5EED" w14:textId="77777777" w:rsidR="00D32C2C" w:rsidRPr="00CE67E1" w:rsidRDefault="000A38AC" w:rsidP="00D32C2C">
      <w:pPr>
        <w:pStyle w:val="Heading2"/>
        <w:rPr>
          <w:rStyle w:val="s1"/>
        </w:rPr>
      </w:pPr>
      <w:bookmarkStart w:id="33" w:name="_Toc227271907"/>
      <w:r>
        <w:rPr>
          <w:rStyle w:val="s1"/>
          <w:lang w:val="en-GB"/>
        </w:rPr>
        <w:t>10</w:t>
      </w:r>
      <w:r w:rsidR="00D32C2C">
        <w:rPr>
          <w:rStyle w:val="s1"/>
        </w:rPr>
        <w:t>. Limitations</w:t>
      </w:r>
      <w:bookmarkEnd w:id="33"/>
    </w:p>
    <w:p w14:paraId="58EF4C1D" w14:textId="77777777" w:rsidR="00CE67E1" w:rsidRPr="00CE67E1" w:rsidRDefault="00CE67E1" w:rsidP="00CE67E1">
      <w:pPr>
        <w:pStyle w:val="Heading3"/>
        <w:rPr>
          <w:rStyle w:val="s1"/>
          <w:rFonts w:ascii="Arial" w:hAnsi="Arial" w:cs="Arial"/>
          <w:sz w:val="24"/>
          <w:szCs w:val="24"/>
        </w:rPr>
      </w:pPr>
    </w:p>
    <w:p w14:paraId="6F47E035" w14:textId="77777777" w:rsidR="00D32C2C" w:rsidRPr="00CE67E1" w:rsidRDefault="000A38AC" w:rsidP="00D32C2C">
      <w:pPr>
        <w:pStyle w:val="Heading3"/>
        <w:rPr>
          <w:rStyle w:val="s1"/>
          <w:rFonts w:ascii="Arial" w:hAnsi="Arial" w:cs="Arial"/>
          <w:sz w:val="24"/>
          <w:szCs w:val="24"/>
        </w:rPr>
      </w:pPr>
      <w:bookmarkStart w:id="34" w:name="_Toc227271908"/>
      <w:r>
        <w:rPr>
          <w:rStyle w:val="s1"/>
          <w:rFonts w:ascii="Arial" w:hAnsi="Arial" w:cs="Arial"/>
          <w:sz w:val="24"/>
          <w:szCs w:val="24"/>
          <w:lang w:val="en-GB"/>
        </w:rPr>
        <w:t>10.</w:t>
      </w:r>
      <w:r w:rsidR="00CE67E1">
        <w:rPr>
          <w:rStyle w:val="s1"/>
          <w:rFonts w:ascii="Arial" w:hAnsi="Arial" w:cs="Arial"/>
          <w:sz w:val="24"/>
          <w:szCs w:val="24"/>
          <w:lang w:val="en-GB"/>
        </w:rPr>
        <w:t>1</w:t>
      </w:r>
      <w:r w:rsidR="00D32C2C" w:rsidRPr="00CE67E1">
        <w:rPr>
          <w:rStyle w:val="s1"/>
          <w:rFonts w:ascii="Arial" w:hAnsi="Arial" w:cs="Arial"/>
          <w:sz w:val="24"/>
          <w:szCs w:val="24"/>
        </w:rPr>
        <w:t xml:space="preserve"> Technical Constraints</w:t>
      </w:r>
      <w:bookmarkEnd w:id="34"/>
    </w:p>
    <w:p w14:paraId="337142C5"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Due to hardware limitations, the following were not implemented:</w:t>
      </w:r>
    </w:p>
    <w:p w14:paraId="1B1B609A"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Windows Server</w:t>
      </w:r>
    </w:p>
    <w:p w14:paraId="0455B00B"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Active Directory</w:t>
      </w:r>
    </w:p>
    <w:p w14:paraId="664F3D08"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DHCP Server</w:t>
      </w:r>
    </w:p>
    <w:p w14:paraId="08E54E1A"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Site-to-Site VPN</w:t>
      </w:r>
    </w:p>
    <w:p w14:paraId="5FF1E807" w14:textId="77777777" w:rsidR="00D32C2C" w:rsidRDefault="00D32C2C" w:rsidP="00D32C2C">
      <w:pPr>
        <w:spacing w:after="0"/>
      </w:pPr>
    </w:p>
    <w:p w14:paraId="5E5F314D" w14:textId="77777777" w:rsidR="00D32C2C" w:rsidRPr="00CE67E1" w:rsidRDefault="000A38AC" w:rsidP="00D32C2C">
      <w:pPr>
        <w:pStyle w:val="Heading3"/>
        <w:rPr>
          <w:rStyle w:val="s1"/>
          <w:rFonts w:ascii="Arial" w:hAnsi="Arial" w:cs="Arial"/>
          <w:sz w:val="24"/>
          <w:szCs w:val="24"/>
        </w:rPr>
      </w:pPr>
      <w:bookmarkStart w:id="35" w:name="_Toc227271909"/>
      <w:r>
        <w:rPr>
          <w:rStyle w:val="s1"/>
          <w:rFonts w:ascii="Arial" w:hAnsi="Arial" w:cs="Arial"/>
          <w:sz w:val="24"/>
          <w:szCs w:val="24"/>
        </w:rPr>
        <w:t>10</w:t>
      </w:r>
      <w:r w:rsidR="00D32C2C" w:rsidRPr="00CE67E1">
        <w:rPr>
          <w:rStyle w:val="s1"/>
          <w:rFonts w:ascii="Arial" w:hAnsi="Arial" w:cs="Arial"/>
          <w:sz w:val="24"/>
          <w:szCs w:val="24"/>
        </w:rPr>
        <w:t>.2 Impact on Implementation</w:t>
      </w:r>
      <w:bookmarkEnd w:id="35"/>
    </w:p>
    <w:p w14:paraId="04F3523C" w14:textId="77777777" w:rsidR="00D32C2C" w:rsidRDefault="00D32C2C" w:rsidP="00926D6A">
      <w:pPr>
        <w:pStyle w:val="p3"/>
        <w:rPr>
          <w:rStyle w:val="s2"/>
          <w:rFonts w:ascii="Arial" w:eastAsiaTheme="majorEastAsia" w:hAnsi="Arial" w:cs="Arial"/>
        </w:rPr>
      </w:pPr>
      <w:r w:rsidRPr="00926D6A">
        <w:rPr>
          <w:rStyle w:val="s2"/>
          <w:rFonts w:ascii="Arial" w:eastAsiaTheme="majorEastAsia" w:hAnsi="Arial" w:cs="Arial"/>
        </w:rPr>
        <w:t>Despite these limitations, core networking services were successfully implemented using Linux, demonstrating equivalent functionality where possible.</w:t>
      </w:r>
    </w:p>
    <w:p w14:paraId="05A6738F" w14:textId="77777777" w:rsidR="0020783E" w:rsidRDefault="0020783E" w:rsidP="0020783E">
      <w:pPr>
        <w:pStyle w:val="Heading2"/>
        <w:rPr>
          <w:rStyle w:val="s1"/>
          <w:rFonts w:ascii="Arial" w:hAnsi="Arial" w:cs="Arial"/>
          <w:sz w:val="24"/>
          <w:szCs w:val="24"/>
        </w:rPr>
      </w:pPr>
    </w:p>
    <w:p w14:paraId="5DABEB6C" w14:textId="77777777" w:rsidR="0020783E" w:rsidRDefault="000A38AC" w:rsidP="0020783E">
      <w:pPr>
        <w:pStyle w:val="Heading2"/>
        <w:rPr>
          <w:rStyle w:val="s1"/>
          <w:rFonts w:ascii="Arial" w:hAnsi="Arial" w:cs="Arial"/>
          <w:sz w:val="24"/>
          <w:szCs w:val="24"/>
        </w:rPr>
      </w:pPr>
      <w:bookmarkStart w:id="36" w:name="_Toc227271910"/>
      <w:r>
        <w:rPr>
          <w:rStyle w:val="s1"/>
          <w:rFonts w:ascii="Arial" w:hAnsi="Arial" w:cs="Arial"/>
          <w:sz w:val="24"/>
          <w:szCs w:val="24"/>
        </w:rPr>
        <w:t>11</w:t>
      </w:r>
      <w:r w:rsidR="0020783E" w:rsidRPr="0020783E">
        <w:rPr>
          <w:rStyle w:val="s1"/>
          <w:rFonts w:ascii="Arial" w:hAnsi="Arial" w:cs="Arial"/>
          <w:sz w:val="24"/>
          <w:szCs w:val="24"/>
        </w:rPr>
        <w:t>. Security Considerations</w:t>
      </w:r>
      <w:bookmarkEnd w:id="36"/>
    </w:p>
    <w:p w14:paraId="27736A19" w14:textId="77777777" w:rsidR="0020783E" w:rsidRPr="0020783E" w:rsidRDefault="0020783E" w:rsidP="0020783E"/>
    <w:p w14:paraId="11BA0F16"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 xml:space="preserve">Security is a fundamental aspect of any networked system. Without proper security measures, systems are vulnerable to unauthorized access, data breaches, and various forms of </w:t>
      </w:r>
      <w:proofErr w:type="spellStart"/>
      <w:r w:rsidRPr="0020783E">
        <w:rPr>
          <w:rStyle w:val="s2"/>
          <w:rFonts w:ascii="Arial" w:eastAsiaTheme="majorEastAsia" w:hAnsi="Arial" w:cs="Arial"/>
        </w:rPr>
        <w:t>cyber attacks</w:t>
      </w:r>
      <w:proofErr w:type="spellEnd"/>
      <w:r w:rsidRPr="0020783E">
        <w:rPr>
          <w:rStyle w:val="s2"/>
          <w:rFonts w:ascii="Arial" w:eastAsiaTheme="majorEastAsia" w:hAnsi="Arial" w:cs="Arial"/>
        </w:rPr>
        <w:t>.</w:t>
      </w:r>
    </w:p>
    <w:p w14:paraId="29E175D7" w14:textId="77777777" w:rsidR="0020783E" w:rsidRPr="0020783E" w:rsidRDefault="0020783E" w:rsidP="0020783E">
      <w:pPr>
        <w:pStyle w:val="p3"/>
        <w:rPr>
          <w:rStyle w:val="s2"/>
          <w:rFonts w:ascii="Arial" w:eastAsiaTheme="majorEastAsia" w:hAnsi="Arial" w:cs="Arial"/>
        </w:rPr>
      </w:pPr>
    </w:p>
    <w:p w14:paraId="49729172"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In this project, several basic security mechanisms were implemented. The use of UFW firewall ensures that only required services are accessible, reducing the system’s exposure to external threats. By allowing only SSH and HTTP traffic, unnecessary access is restricted.</w:t>
      </w:r>
    </w:p>
    <w:p w14:paraId="4B42A22C" w14:textId="77777777" w:rsidR="0020783E" w:rsidRPr="0020783E" w:rsidRDefault="0020783E" w:rsidP="0020783E">
      <w:pPr>
        <w:pStyle w:val="p3"/>
        <w:rPr>
          <w:rStyle w:val="s2"/>
          <w:rFonts w:ascii="Arial" w:eastAsiaTheme="majorEastAsia" w:hAnsi="Arial" w:cs="Arial"/>
        </w:rPr>
      </w:pPr>
    </w:p>
    <w:p w14:paraId="56545111"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NAT configuration also contributes to security by masking internal IP addresses. This prevents direct access to internal systems from external networks, providing an additional layer of protection.</w:t>
      </w:r>
    </w:p>
    <w:p w14:paraId="7BB6E645" w14:textId="77777777" w:rsidR="0020783E" w:rsidRPr="0020783E" w:rsidRDefault="0020783E" w:rsidP="0020783E">
      <w:pPr>
        <w:pStyle w:val="p3"/>
        <w:rPr>
          <w:rStyle w:val="s2"/>
          <w:rFonts w:ascii="Arial" w:eastAsiaTheme="majorEastAsia" w:hAnsi="Arial" w:cs="Arial"/>
        </w:rPr>
      </w:pPr>
    </w:p>
    <w:p w14:paraId="32ACD0E4"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Furthermore, the use of Linux-based tools enhances system security, as Linux environments are known for their stability and strong permission control systems. Administrative access is restricted, and commands must be executed with appropriate privileges.</w:t>
      </w:r>
    </w:p>
    <w:p w14:paraId="2AD67CFE" w14:textId="77777777" w:rsidR="0020783E" w:rsidRPr="0020783E" w:rsidRDefault="0020783E" w:rsidP="0020783E">
      <w:pPr>
        <w:pStyle w:val="p3"/>
        <w:rPr>
          <w:rStyle w:val="s2"/>
          <w:rFonts w:ascii="Arial" w:eastAsiaTheme="majorEastAsia" w:hAnsi="Arial" w:cs="Arial"/>
        </w:rPr>
      </w:pPr>
    </w:p>
    <w:p w14:paraId="0185DEAA"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Although advanced security mechanisms such as intrusion detection systems and VPN encryption were not implemented, the current configuration demonstrates an understanding of basic network security principles and their importance in system design.</w:t>
      </w:r>
    </w:p>
    <w:p w14:paraId="07BBD0B1" w14:textId="77777777" w:rsidR="0020783E" w:rsidRDefault="0020783E" w:rsidP="00926D6A">
      <w:pPr>
        <w:pStyle w:val="p3"/>
        <w:rPr>
          <w:rStyle w:val="s2"/>
          <w:rFonts w:ascii="Arial" w:eastAsiaTheme="majorEastAsia" w:hAnsi="Arial" w:cs="Arial"/>
        </w:rPr>
      </w:pPr>
    </w:p>
    <w:p w14:paraId="4B41BADE" w14:textId="77777777" w:rsidR="00926D6A" w:rsidRPr="00926D6A" w:rsidRDefault="00926D6A" w:rsidP="00926D6A">
      <w:pPr>
        <w:pStyle w:val="p3"/>
        <w:rPr>
          <w:rFonts w:ascii="Arial" w:eastAsiaTheme="majorEastAsia" w:hAnsi="Arial" w:cs="Arial"/>
        </w:rPr>
      </w:pPr>
    </w:p>
    <w:p w14:paraId="33AAAE34" w14:textId="77777777" w:rsidR="00365AA8" w:rsidRDefault="00365AA8" w:rsidP="00D32C2C">
      <w:pPr>
        <w:pStyle w:val="Heading2"/>
        <w:rPr>
          <w:rStyle w:val="s1"/>
          <w:sz w:val="28"/>
          <w:szCs w:val="28"/>
        </w:rPr>
      </w:pPr>
    </w:p>
    <w:p w14:paraId="35E9D111" w14:textId="77777777" w:rsidR="00D32C2C" w:rsidRPr="00926D6A" w:rsidRDefault="00D32C2C" w:rsidP="00D32C2C">
      <w:pPr>
        <w:pStyle w:val="Heading2"/>
        <w:rPr>
          <w:sz w:val="28"/>
          <w:szCs w:val="28"/>
        </w:rPr>
      </w:pPr>
      <w:bookmarkStart w:id="37" w:name="_Toc227271911"/>
      <w:r w:rsidRPr="00926D6A">
        <w:rPr>
          <w:rStyle w:val="s1"/>
          <w:sz w:val="28"/>
          <w:szCs w:val="28"/>
        </w:rPr>
        <w:t>Conclusion</w:t>
      </w:r>
      <w:bookmarkEnd w:id="37"/>
    </w:p>
    <w:p w14:paraId="66063A49" w14:textId="77777777" w:rsidR="00D32C2C" w:rsidRPr="00926D6A" w:rsidRDefault="00D32C2C" w:rsidP="00926D6A">
      <w:pPr>
        <w:pStyle w:val="p3"/>
        <w:rPr>
          <w:rStyle w:val="s2"/>
          <w:rFonts w:ascii="Arial" w:eastAsiaTheme="majorEastAsia" w:hAnsi="Arial" w:cs="Arial"/>
        </w:rPr>
      </w:pPr>
      <w:r w:rsidRPr="00926D6A">
        <w:rPr>
          <w:rStyle w:val="s2"/>
          <w:rFonts w:ascii="Arial" w:eastAsiaTheme="majorEastAsia" w:hAnsi="Arial" w:cs="Arial"/>
        </w:rPr>
        <w:t>This project successfully demonstrated the configuration of a virtualised enterprise network using Debian Linux. Key networking concepts such as routing, NAT, firewall configuration, and web server deployment were implemented and tested.</w:t>
      </w:r>
    </w:p>
    <w:p w14:paraId="17F6FCCE" w14:textId="77777777" w:rsidR="00D32C2C" w:rsidRDefault="00D32C2C" w:rsidP="00D32C2C">
      <w:pPr>
        <w:pStyle w:val="p3"/>
        <w:rPr>
          <w:rStyle w:val="s2"/>
          <w:rFonts w:ascii="Arial" w:eastAsiaTheme="majorEastAsia" w:hAnsi="Arial" w:cs="Arial"/>
        </w:rPr>
      </w:pPr>
      <w:r w:rsidRPr="00926D6A">
        <w:rPr>
          <w:rStyle w:val="s2"/>
          <w:rFonts w:ascii="Arial" w:eastAsiaTheme="majorEastAsia" w:hAnsi="Arial" w:cs="Arial"/>
        </w:rPr>
        <w:t>The system achieved reliable connectivity, secure configuration, and service availability. The practical implementation reflects strong understanding of networking principles and system administration.</w:t>
      </w:r>
    </w:p>
    <w:p w14:paraId="794D2F18" w14:textId="77777777" w:rsidR="0020783E" w:rsidRPr="0020783E" w:rsidRDefault="0020783E" w:rsidP="0020783E">
      <w:pPr>
        <w:pStyle w:val="p3"/>
        <w:rPr>
          <w:rStyle w:val="s2"/>
          <w:rFonts w:ascii="Arial" w:eastAsiaTheme="majorEastAsia" w:hAnsi="Arial" w:cs="Arial"/>
        </w:rPr>
      </w:pPr>
      <w:r w:rsidRPr="0020783E">
        <w:rPr>
          <w:rStyle w:val="s2"/>
          <w:rFonts w:ascii="Arial" w:eastAsiaTheme="majorEastAsia" w:hAnsi="Arial" w:cs="Arial"/>
        </w:rPr>
        <w:t>Overall, this project demonstrates the ability to configure and manage essential networking services within a virtualised environment. The knowledge gained through this implementation provides a strong foundation for further study and practical application in enterprise network administration.</w:t>
      </w:r>
    </w:p>
    <w:p w14:paraId="211497C4" w14:textId="77777777" w:rsidR="0020783E" w:rsidRPr="0020783E" w:rsidRDefault="0020783E" w:rsidP="0020783E">
      <w:pPr>
        <w:pStyle w:val="p3"/>
        <w:rPr>
          <w:rStyle w:val="s2"/>
          <w:rFonts w:ascii="Arial" w:eastAsiaTheme="majorEastAsia" w:hAnsi="Arial" w:cs="Arial"/>
        </w:rPr>
      </w:pPr>
    </w:p>
    <w:p w14:paraId="2E0F1132" w14:textId="77777777" w:rsidR="0020783E" w:rsidRPr="00926D6A" w:rsidRDefault="0020783E" w:rsidP="0020783E">
      <w:pPr>
        <w:pStyle w:val="p3"/>
        <w:rPr>
          <w:rStyle w:val="s2"/>
          <w:rFonts w:ascii="Arial" w:eastAsiaTheme="majorEastAsia" w:hAnsi="Arial" w:cs="Arial"/>
        </w:rPr>
      </w:pPr>
      <w:r w:rsidRPr="0020783E">
        <w:rPr>
          <w:rStyle w:val="s2"/>
          <w:rFonts w:ascii="Arial" w:eastAsiaTheme="majorEastAsia" w:hAnsi="Arial" w:cs="Arial"/>
        </w:rPr>
        <w:t>Future improvements could include the implementation of additional services such as VPN connections, directory services, and advanced security configurations, further enhancing the functionality of the system.</w:t>
      </w:r>
    </w:p>
    <w:p w14:paraId="13138096" w14:textId="77777777" w:rsidR="00D32C2C" w:rsidRPr="00926D6A" w:rsidRDefault="00D32C2C" w:rsidP="00926D6A">
      <w:pPr>
        <w:pStyle w:val="p3"/>
        <w:rPr>
          <w:rStyle w:val="s2"/>
          <w:rFonts w:ascii="Arial" w:eastAsiaTheme="majorEastAsia" w:hAnsi="Arial" w:cs="Arial"/>
        </w:rPr>
      </w:pPr>
    </w:p>
    <w:p w14:paraId="6E38B0AA" w14:textId="77777777" w:rsidR="00926D6A" w:rsidRDefault="00926D6A" w:rsidP="00926D6A">
      <w:pPr>
        <w:pStyle w:val="p3"/>
        <w:rPr>
          <w:rStyle w:val="s2"/>
          <w:rFonts w:ascii="Arial" w:eastAsiaTheme="majorEastAsia" w:hAnsi="Arial" w:cs="Arial"/>
        </w:rPr>
      </w:pPr>
    </w:p>
    <w:p w14:paraId="0FDE501D" w14:textId="77777777" w:rsidR="00926D6A" w:rsidRDefault="00926D6A" w:rsidP="00926D6A">
      <w:pPr>
        <w:pStyle w:val="p3"/>
        <w:rPr>
          <w:rStyle w:val="s2"/>
          <w:rFonts w:ascii="Arial" w:eastAsiaTheme="majorEastAsia" w:hAnsi="Arial" w:cs="Arial"/>
        </w:rPr>
      </w:pPr>
    </w:p>
    <w:p w14:paraId="5EB420A8" w14:textId="77777777" w:rsidR="004C7B35" w:rsidRDefault="004C7B35" w:rsidP="0020783E"/>
    <w:p w14:paraId="3F55A8BE" w14:textId="77777777" w:rsidR="004C7B35" w:rsidRDefault="004C7B35" w:rsidP="0020783E"/>
    <w:p w14:paraId="54376773" w14:textId="77777777" w:rsidR="00365AA8" w:rsidRDefault="00365AA8" w:rsidP="0020783E"/>
    <w:p w14:paraId="6C888C3A" w14:textId="77777777" w:rsidR="00365AA8" w:rsidRDefault="00365AA8" w:rsidP="0020783E"/>
    <w:p w14:paraId="4D788B06" w14:textId="77777777" w:rsidR="00365AA8" w:rsidRDefault="00365AA8" w:rsidP="0020783E"/>
    <w:p w14:paraId="247A4C0F" w14:textId="77777777" w:rsidR="00365AA8" w:rsidRDefault="00365AA8" w:rsidP="0020783E"/>
    <w:p w14:paraId="02C49DFD" w14:textId="77777777" w:rsidR="00365AA8" w:rsidRDefault="00365AA8" w:rsidP="0020783E"/>
    <w:p w14:paraId="4BEDB1C6" w14:textId="77777777" w:rsidR="00365AA8" w:rsidRDefault="00365AA8" w:rsidP="0020783E"/>
    <w:p w14:paraId="78C9E1FA" w14:textId="77777777" w:rsidR="00365AA8" w:rsidRDefault="00365AA8" w:rsidP="0020783E"/>
    <w:p w14:paraId="73EF3DFC" w14:textId="77777777" w:rsidR="00365AA8" w:rsidRDefault="00365AA8" w:rsidP="0020783E"/>
    <w:p w14:paraId="3C29EAA7" w14:textId="77777777" w:rsidR="00365AA8" w:rsidRDefault="00365AA8" w:rsidP="0020783E"/>
    <w:p w14:paraId="2F1BD71F" w14:textId="77777777" w:rsidR="00365AA8" w:rsidRDefault="00365AA8" w:rsidP="0020783E"/>
    <w:p w14:paraId="5A187A8E" w14:textId="77777777" w:rsidR="00365AA8" w:rsidRPr="0020783E" w:rsidRDefault="00365AA8" w:rsidP="0020783E"/>
    <w:p w14:paraId="78227F8F" w14:textId="77777777" w:rsidR="00926D6A" w:rsidRPr="00926D6A" w:rsidRDefault="00926D6A" w:rsidP="00926D6A">
      <w:pPr>
        <w:pStyle w:val="Heading2"/>
        <w:rPr>
          <w:rStyle w:val="s1"/>
          <w:sz w:val="28"/>
          <w:szCs w:val="28"/>
        </w:rPr>
      </w:pPr>
      <w:bookmarkStart w:id="38" w:name="_Toc227271912"/>
      <w:r w:rsidRPr="00926D6A">
        <w:rPr>
          <w:rStyle w:val="s1"/>
          <w:sz w:val="28"/>
          <w:szCs w:val="28"/>
        </w:rPr>
        <w:t>References (IEEE)</w:t>
      </w:r>
      <w:bookmarkStart w:id="39" w:name="OLE_LINK5"/>
      <w:bookmarkStart w:id="40" w:name="OLE_LINK1"/>
      <w:bookmarkEnd w:id="38"/>
    </w:p>
    <w:p w14:paraId="5E849951" w14:textId="77777777" w:rsidR="00926D6A" w:rsidRDefault="00926D6A" w:rsidP="00926D6A">
      <w:pPr>
        <w:pStyle w:val="p3"/>
        <w:rPr>
          <w:rStyle w:val="s2"/>
          <w:rFonts w:ascii="Arial" w:eastAsiaTheme="majorEastAsia" w:hAnsi="Arial" w:cs="Arial"/>
        </w:rPr>
      </w:pPr>
    </w:p>
    <w:bookmarkEnd w:id="39"/>
    <w:p w14:paraId="1FFAA8BF" w14:textId="77777777" w:rsidR="00EB1D68" w:rsidRPr="00EB1D68" w:rsidRDefault="00EB1D68" w:rsidP="00EB1D68">
      <w:pPr>
        <w:pStyle w:val="p3"/>
        <w:rPr>
          <w:rStyle w:val="s2"/>
          <w:rFonts w:ascii="Arial" w:eastAsiaTheme="majorEastAsia" w:hAnsi="Arial" w:cs="Arial"/>
        </w:rPr>
      </w:pPr>
      <w:r w:rsidRPr="00EB1D68">
        <w:rPr>
          <w:rStyle w:val="s2"/>
          <w:rFonts w:ascii="Arial" w:eastAsiaTheme="majorEastAsia" w:hAnsi="Arial" w:cs="Arial"/>
        </w:rPr>
        <w:t>[1] Debian Project, “Debian Networking Guide,” 2024. [Online]. Available: https://www.debian.org/doc/</w:t>
      </w:r>
    </w:p>
    <w:p w14:paraId="6E286593" w14:textId="77777777" w:rsidR="00EB1D68" w:rsidRPr="00EB1D68" w:rsidRDefault="00EB1D68" w:rsidP="00EB1D68">
      <w:pPr>
        <w:pStyle w:val="p3"/>
        <w:rPr>
          <w:rStyle w:val="s2"/>
          <w:rFonts w:ascii="Arial" w:eastAsiaTheme="majorEastAsia" w:hAnsi="Arial" w:cs="Arial"/>
        </w:rPr>
      </w:pPr>
    </w:p>
    <w:p w14:paraId="1ECDAF77" w14:textId="77777777" w:rsidR="00EB1D68" w:rsidRPr="00EB1D68" w:rsidRDefault="00EB1D68" w:rsidP="00EB1D68">
      <w:pPr>
        <w:pStyle w:val="p3"/>
        <w:rPr>
          <w:rStyle w:val="s2"/>
          <w:rFonts w:ascii="Arial" w:eastAsiaTheme="majorEastAsia" w:hAnsi="Arial" w:cs="Arial"/>
        </w:rPr>
      </w:pPr>
      <w:r w:rsidRPr="00EB1D68">
        <w:rPr>
          <w:rStyle w:val="s2"/>
          <w:rFonts w:ascii="Arial" w:eastAsiaTheme="majorEastAsia" w:hAnsi="Arial" w:cs="Arial"/>
        </w:rPr>
        <w:t>[2] Apache Software Foundation, “Apache HTTP Server Documentation,” 2024. [Online]. Available: https://httpd.apache.org/docs/</w:t>
      </w:r>
    </w:p>
    <w:p w14:paraId="53D133D5" w14:textId="77777777" w:rsidR="00EB1D68" w:rsidRPr="00EB1D68" w:rsidRDefault="00EB1D68" w:rsidP="00EB1D68">
      <w:pPr>
        <w:pStyle w:val="p3"/>
        <w:rPr>
          <w:rStyle w:val="s2"/>
          <w:rFonts w:ascii="Arial" w:eastAsiaTheme="majorEastAsia" w:hAnsi="Arial" w:cs="Arial"/>
        </w:rPr>
      </w:pPr>
    </w:p>
    <w:p w14:paraId="1BBE56C9" w14:textId="77777777" w:rsidR="00EB1D68" w:rsidRPr="00EB1D68" w:rsidRDefault="00EB1D68" w:rsidP="00EB1D68">
      <w:pPr>
        <w:pStyle w:val="p3"/>
        <w:rPr>
          <w:rStyle w:val="s2"/>
          <w:rFonts w:ascii="Arial" w:eastAsiaTheme="majorEastAsia" w:hAnsi="Arial" w:cs="Arial"/>
        </w:rPr>
      </w:pPr>
      <w:r w:rsidRPr="00EB1D68">
        <w:rPr>
          <w:rStyle w:val="s2"/>
          <w:rFonts w:ascii="Arial" w:eastAsiaTheme="majorEastAsia" w:hAnsi="Arial" w:cs="Arial"/>
        </w:rPr>
        <w:t>[3] J. F. Kurose and K. W. Ross, Computer Networking: A Top-Down Approach, 8th ed. Boston, MA, USA: Pearson, 2021.</w:t>
      </w:r>
    </w:p>
    <w:p w14:paraId="70141FC7" w14:textId="77777777" w:rsidR="00EB1D68" w:rsidRPr="00EB1D68" w:rsidRDefault="00EB1D68" w:rsidP="00EB1D68">
      <w:pPr>
        <w:pStyle w:val="p3"/>
        <w:rPr>
          <w:rStyle w:val="s2"/>
          <w:rFonts w:ascii="Arial" w:eastAsiaTheme="majorEastAsia" w:hAnsi="Arial" w:cs="Arial"/>
        </w:rPr>
      </w:pPr>
    </w:p>
    <w:p w14:paraId="4F140F6D" w14:textId="77777777" w:rsidR="00EB1D68" w:rsidRPr="00EB1D68" w:rsidRDefault="00EB1D68" w:rsidP="00EB1D68">
      <w:pPr>
        <w:pStyle w:val="p3"/>
        <w:rPr>
          <w:rStyle w:val="s2"/>
          <w:rFonts w:ascii="Arial" w:eastAsiaTheme="majorEastAsia" w:hAnsi="Arial" w:cs="Arial"/>
        </w:rPr>
      </w:pPr>
      <w:r w:rsidRPr="00EB1D68">
        <w:rPr>
          <w:rStyle w:val="s2"/>
          <w:rFonts w:ascii="Arial" w:eastAsiaTheme="majorEastAsia" w:hAnsi="Arial" w:cs="Arial"/>
        </w:rPr>
        <w:t>[4] Ubuntu Documentation, “Uncomplicated Firewall (UFW) Guide,” 2023. [Online]. Available: https://help.ubuntu.com/community/UFW</w:t>
      </w:r>
    </w:p>
    <w:p w14:paraId="4FA0A549" w14:textId="77777777" w:rsidR="00EB1D68" w:rsidRPr="00EB1D68" w:rsidRDefault="00EB1D68" w:rsidP="00EB1D68">
      <w:pPr>
        <w:pStyle w:val="p3"/>
        <w:rPr>
          <w:rStyle w:val="s2"/>
          <w:rFonts w:ascii="Arial" w:eastAsiaTheme="majorEastAsia" w:hAnsi="Arial" w:cs="Arial"/>
        </w:rPr>
      </w:pPr>
    </w:p>
    <w:p w14:paraId="60F1AF71" w14:textId="77777777" w:rsidR="00D32C2C" w:rsidRPr="00926D6A" w:rsidRDefault="00EB1D68" w:rsidP="00EB1D68">
      <w:pPr>
        <w:pStyle w:val="p3"/>
        <w:rPr>
          <w:rStyle w:val="s2"/>
          <w:rFonts w:ascii="Arial" w:eastAsiaTheme="majorEastAsia" w:hAnsi="Arial" w:cs="Arial"/>
        </w:rPr>
      </w:pPr>
      <w:r w:rsidRPr="00EB1D68">
        <w:rPr>
          <w:rStyle w:val="s2"/>
          <w:rFonts w:ascii="Arial" w:eastAsiaTheme="majorEastAsia" w:hAnsi="Arial" w:cs="Arial"/>
        </w:rPr>
        <w:t>[5] Cisco Systems, “Network Address Translation (NAT) Basics,” 2022. [Online]. Available: https://www.cisco.com/</w:t>
      </w:r>
    </w:p>
    <w:bookmarkEnd w:id="40"/>
    <w:p w14:paraId="32E47EA8" w14:textId="77777777" w:rsidR="00ED4145" w:rsidRDefault="00ED4145" w:rsidP="00ED4145">
      <w:pPr>
        <w:pStyle w:val="p2"/>
      </w:pPr>
    </w:p>
    <w:p w14:paraId="02DBCF7F" w14:textId="77777777" w:rsidR="00F10819" w:rsidRPr="00F10819" w:rsidRDefault="00F10819" w:rsidP="00F10819">
      <w:pPr>
        <w:pStyle w:val="p3"/>
        <w:spacing w:before="0" w:beforeAutospacing="0" w:line="360" w:lineRule="auto"/>
        <w:rPr>
          <w:rStyle w:val="s2"/>
          <w:rFonts w:ascii="Arial" w:eastAsiaTheme="majorEastAsia" w:hAnsi="Arial" w:cs="Arial"/>
        </w:rPr>
      </w:pPr>
    </w:p>
    <w:p w14:paraId="45B3F428" w14:textId="77777777" w:rsidR="00F10819" w:rsidRDefault="00F10819" w:rsidP="00BB6E82">
      <w:pPr>
        <w:pStyle w:val="p3"/>
        <w:spacing w:before="0" w:beforeAutospacing="0" w:line="360" w:lineRule="auto"/>
        <w:rPr>
          <w:rStyle w:val="s2"/>
          <w:rFonts w:ascii="Arial" w:eastAsiaTheme="majorEastAsia" w:hAnsi="Arial" w:cs="Arial"/>
        </w:rPr>
      </w:pPr>
    </w:p>
    <w:p w14:paraId="23AA8524" w14:textId="77777777" w:rsidR="00D32C2C" w:rsidRDefault="00D32C2C" w:rsidP="00D32C2C">
      <w:pPr>
        <w:pStyle w:val="p1"/>
        <w:spacing w:before="0" w:beforeAutospacing="0" w:line="360" w:lineRule="auto"/>
        <w:rPr>
          <w:rStyle w:val="s1"/>
          <w:rFonts w:ascii="Arial" w:hAnsi="Arial" w:cs="Arial"/>
        </w:rPr>
      </w:pPr>
    </w:p>
    <w:p w14:paraId="5FC2820E" w14:textId="77777777" w:rsidR="00D32C2C" w:rsidRDefault="00D32C2C" w:rsidP="00D32C2C">
      <w:pPr>
        <w:pStyle w:val="p1"/>
        <w:spacing w:before="0" w:beforeAutospacing="0" w:line="360" w:lineRule="auto"/>
        <w:rPr>
          <w:rStyle w:val="s1"/>
          <w:rFonts w:ascii="Arial" w:hAnsi="Arial" w:cs="Arial"/>
        </w:rPr>
      </w:pPr>
    </w:p>
    <w:p w14:paraId="440433F8" w14:textId="77777777" w:rsidR="00D32C2C" w:rsidRDefault="00D32C2C" w:rsidP="00D32C2C">
      <w:pPr>
        <w:pStyle w:val="p1"/>
        <w:spacing w:before="0" w:beforeAutospacing="0" w:line="360" w:lineRule="auto"/>
        <w:rPr>
          <w:rStyle w:val="s1"/>
          <w:rFonts w:ascii="Arial" w:hAnsi="Arial" w:cs="Arial"/>
        </w:rPr>
      </w:pPr>
    </w:p>
    <w:p w14:paraId="704A859C" w14:textId="77777777" w:rsidR="00D32C2C" w:rsidRDefault="00D32C2C" w:rsidP="00D32C2C">
      <w:pPr>
        <w:pStyle w:val="p1"/>
        <w:spacing w:before="0" w:beforeAutospacing="0" w:line="360" w:lineRule="auto"/>
        <w:rPr>
          <w:rStyle w:val="s1"/>
          <w:rFonts w:ascii="Arial" w:hAnsi="Arial" w:cs="Arial"/>
        </w:rPr>
      </w:pPr>
    </w:p>
    <w:p w14:paraId="75F4ADAD" w14:textId="77777777" w:rsidR="00D32C2C" w:rsidRDefault="00D32C2C" w:rsidP="00D32C2C">
      <w:pPr>
        <w:pStyle w:val="p1"/>
        <w:spacing w:before="0" w:beforeAutospacing="0" w:line="360" w:lineRule="auto"/>
        <w:rPr>
          <w:rStyle w:val="s1"/>
          <w:rFonts w:ascii="Arial" w:hAnsi="Arial" w:cs="Arial"/>
        </w:rPr>
      </w:pPr>
    </w:p>
    <w:p w14:paraId="46B7B75D" w14:textId="77777777" w:rsidR="00D32C2C" w:rsidRDefault="00D32C2C" w:rsidP="00D32C2C">
      <w:pPr>
        <w:pStyle w:val="p1"/>
        <w:spacing w:before="0" w:beforeAutospacing="0" w:line="360" w:lineRule="auto"/>
        <w:rPr>
          <w:rStyle w:val="s1"/>
          <w:rFonts w:ascii="Arial" w:hAnsi="Arial" w:cs="Arial"/>
        </w:rPr>
      </w:pPr>
    </w:p>
    <w:p w14:paraId="11024BD2" w14:textId="77777777" w:rsidR="00BB6E82" w:rsidRPr="00BB6E82" w:rsidRDefault="00BB6E82" w:rsidP="00BB6E82">
      <w:pPr>
        <w:pStyle w:val="p3"/>
        <w:spacing w:before="0" w:beforeAutospacing="0" w:line="360" w:lineRule="auto"/>
        <w:rPr>
          <w:rFonts w:ascii="Arial" w:hAnsi="Arial" w:cs="Arial"/>
        </w:rPr>
      </w:pPr>
    </w:p>
    <w:p w14:paraId="20237362" w14:textId="77777777" w:rsidR="00BB6E82" w:rsidRPr="00BB6E82" w:rsidRDefault="00BB6E82" w:rsidP="00BB6E82">
      <w:pPr>
        <w:spacing w:line="360" w:lineRule="auto"/>
        <w:rPr>
          <w:rFonts w:ascii="Arial" w:hAnsi="Arial" w:cs="Arial"/>
          <w:sz w:val="24"/>
          <w:szCs w:val="24"/>
        </w:rPr>
      </w:pPr>
    </w:p>
    <w:p w14:paraId="0B0E4402" w14:textId="77777777" w:rsidR="00DC7A03" w:rsidRPr="00BB6E82" w:rsidRDefault="00000000" w:rsidP="00BB6E82">
      <w:pPr>
        <w:spacing w:line="360" w:lineRule="auto"/>
        <w:rPr>
          <w:rFonts w:ascii="Arial" w:hAnsi="Arial" w:cs="Arial"/>
          <w:sz w:val="24"/>
          <w:szCs w:val="24"/>
        </w:rPr>
      </w:pPr>
      <w:r w:rsidRPr="00BB6E82">
        <w:rPr>
          <w:rFonts w:ascii="Arial" w:hAnsi="Arial" w:cs="Arial"/>
          <w:sz w:val="24"/>
          <w:szCs w:val="24"/>
        </w:rPr>
        <w:br w:type="page"/>
      </w:r>
      <w:bookmarkEnd w:id="0"/>
    </w:p>
    <w:sectPr w:rsidR="00DC7A03" w:rsidRPr="00BB6E82" w:rsidSect="00BB6E82">
      <w:footerReference w:type="even"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0A72" w14:textId="77777777" w:rsidR="00B9046A" w:rsidRDefault="00B9046A" w:rsidP="00BB6E82">
      <w:pPr>
        <w:spacing w:after="0" w:line="240" w:lineRule="auto"/>
      </w:pPr>
      <w:r>
        <w:separator/>
      </w:r>
    </w:p>
  </w:endnote>
  <w:endnote w:type="continuationSeparator" w:id="0">
    <w:p w14:paraId="795915D5" w14:textId="77777777" w:rsidR="00B9046A" w:rsidRDefault="00B9046A" w:rsidP="00BB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2222094"/>
      <w:docPartObj>
        <w:docPartGallery w:val="Page Numbers (Bottom of Page)"/>
        <w:docPartUnique/>
      </w:docPartObj>
    </w:sdtPr>
    <w:sdtContent>
      <w:p w14:paraId="45A824F5" w14:textId="77777777" w:rsidR="00BB6E82" w:rsidRDefault="00BB6E82" w:rsidP="008A69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9E9E19" w14:textId="77777777" w:rsidR="00BB6E82" w:rsidRDefault="00BB6E82" w:rsidP="00BB6E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647827"/>
      <w:docPartObj>
        <w:docPartGallery w:val="Page Numbers (Bottom of Page)"/>
        <w:docPartUnique/>
      </w:docPartObj>
    </w:sdtPr>
    <w:sdtContent>
      <w:p w14:paraId="307E384F" w14:textId="77777777" w:rsidR="00BB6E82" w:rsidRDefault="00BB6E82" w:rsidP="008A69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5430191" w14:textId="77777777" w:rsidR="00BB6E82" w:rsidRDefault="00BB6E82" w:rsidP="00BB6E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DAF55" w14:textId="77777777" w:rsidR="00B9046A" w:rsidRDefault="00B9046A" w:rsidP="00BB6E82">
      <w:pPr>
        <w:spacing w:after="0" w:line="240" w:lineRule="auto"/>
      </w:pPr>
      <w:r>
        <w:separator/>
      </w:r>
    </w:p>
  </w:footnote>
  <w:footnote w:type="continuationSeparator" w:id="0">
    <w:p w14:paraId="147CB212" w14:textId="77777777" w:rsidR="00B9046A" w:rsidRDefault="00B9046A" w:rsidP="00BB6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7706C7"/>
    <w:multiLevelType w:val="multilevel"/>
    <w:tmpl w:val="4086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016AD6"/>
    <w:multiLevelType w:val="multilevel"/>
    <w:tmpl w:val="A602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B262DD"/>
    <w:multiLevelType w:val="multilevel"/>
    <w:tmpl w:val="EE40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E1977"/>
    <w:multiLevelType w:val="multilevel"/>
    <w:tmpl w:val="4A1A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0D32BE"/>
    <w:multiLevelType w:val="multilevel"/>
    <w:tmpl w:val="BA4C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9578CE"/>
    <w:multiLevelType w:val="multilevel"/>
    <w:tmpl w:val="7BE6C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D2E42"/>
    <w:multiLevelType w:val="multilevel"/>
    <w:tmpl w:val="CA3E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136154"/>
    <w:multiLevelType w:val="multilevel"/>
    <w:tmpl w:val="6406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D66A6"/>
    <w:multiLevelType w:val="multilevel"/>
    <w:tmpl w:val="5D8A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E12EFF"/>
    <w:multiLevelType w:val="multilevel"/>
    <w:tmpl w:val="45D6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B566D7"/>
    <w:multiLevelType w:val="multilevel"/>
    <w:tmpl w:val="25F0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594587"/>
    <w:multiLevelType w:val="multilevel"/>
    <w:tmpl w:val="05606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E124D5"/>
    <w:multiLevelType w:val="multilevel"/>
    <w:tmpl w:val="9126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511535"/>
    <w:multiLevelType w:val="multilevel"/>
    <w:tmpl w:val="2AFA47D6"/>
    <w:lvl w:ilvl="0">
      <w:start w:val="1"/>
      <w:numFmt w:val="decimal"/>
      <w:lvlText w:val="%1."/>
      <w:lvlJc w:val="left"/>
      <w:pPr>
        <w:ind w:left="760" w:hanging="400"/>
      </w:pPr>
      <w:rPr>
        <w:rFonts w:hint="default"/>
      </w:r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DC00163"/>
    <w:multiLevelType w:val="multilevel"/>
    <w:tmpl w:val="A22CE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C80CF0"/>
    <w:multiLevelType w:val="multilevel"/>
    <w:tmpl w:val="E81A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041517">
    <w:abstractNumId w:val="8"/>
  </w:num>
  <w:num w:numId="2" w16cid:durableId="1743601203">
    <w:abstractNumId w:val="6"/>
  </w:num>
  <w:num w:numId="3" w16cid:durableId="893614695">
    <w:abstractNumId w:val="5"/>
  </w:num>
  <w:num w:numId="4" w16cid:durableId="695548550">
    <w:abstractNumId w:val="4"/>
  </w:num>
  <w:num w:numId="5" w16cid:durableId="177546130">
    <w:abstractNumId w:val="7"/>
  </w:num>
  <w:num w:numId="6" w16cid:durableId="13121735">
    <w:abstractNumId w:val="3"/>
  </w:num>
  <w:num w:numId="7" w16cid:durableId="1781685835">
    <w:abstractNumId w:val="2"/>
  </w:num>
  <w:num w:numId="8" w16cid:durableId="1547180497">
    <w:abstractNumId w:val="1"/>
  </w:num>
  <w:num w:numId="9" w16cid:durableId="1383140024">
    <w:abstractNumId w:val="0"/>
  </w:num>
  <w:num w:numId="10" w16cid:durableId="2129930892">
    <w:abstractNumId w:val="22"/>
  </w:num>
  <w:num w:numId="11" w16cid:durableId="960766920">
    <w:abstractNumId w:val="11"/>
  </w:num>
  <w:num w:numId="12" w16cid:durableId="1561552799">
    <w:abstractNumId w:val="18"/>
  </w:num>
  <w:num w:numId="13" w16cid:durableId="755790218">
    <w:abstractNumId w:val="23"/>
  </w:num>
  <w:num w:numId="14" w16cid:durableId="1677802283">
    <w:abstractNumId w:val="14"/>
  </w:num>
  <w:num w:numId="15" w16cid:durableId="177697106">
    <w:abstractNumId w:val="12"/>
  </w:num>
  <w:num w:numId="16" w16cid:durableId="1078866618">
    <w:abstractNumId w:val="13"/>
  </w:num>
  <w:num w:numId="17" w16cid:durableId="2102598787">
    <w:abstractNumId w:val="19"/>
  </w:num>
  <w:num w:numId="18" w16cid:durableId="698048523">
    <w:abstractNumId w:val="17"/>
  </w:num>
  <w:num w:numId="19" w16cid:durableId="1555120298">
    <w:abstractNumId w:val="9"/>
  </w:num>
  <w:num w:numId="20" w16cid:durableId="133915961">
    <w:abstractNumId w:val="20"/>
  </w:num>
  <w:num w:numId="21" w16cid:durableId="404106511">
    <w:abstractNumId w:val="10"/>
  </w:num>
  <w:num w:numId="22" w16cid:durableId="342779281">
    <w:abstractNumId w:val="16"/>
  </w:num>
  <w:num w:numId="23" w16cid:durableId="1518499743">
    <w:abstractNumId w:val="15"/>
  </w:num>
  <w:num w:numId="24" w16cid:durableId="691537786">
    <w:abstractNumId w:val="21"/>
  </w:num>
  <w:num w:numId="25" w16cid:durableId="12413332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5F74"/>
    <w:rsid w:val="0006063C"/>
    <w:rsid w:val="000A38AC"/>
    <w:rsid w:val="0010055E"/>
    <w:rsid w:val="0015074B"/>
    <w:rsid w:val="001908ED"/>
    <w:rsid w:val="00194635"/>
    <w:rsid w:val="0020783E"/>
    <w:rsid w:val="00227D92"/>
    <w:rsid w:val="0029639D"/>
    <w:rsid w:val="002C635D"/>
    <w:rsid w:val="00326F90"/>
    <w:rsid w:val="00340B05"/>
    <w:rsid w:val="00365AA8"/>
    <w:rsid w:val="003A11EC"/>
    <w:rsid w:val="003A727B"/>
    <w:rsid w:val="003E3523"/>
    <w:rsid w:val="00474B52"/>
    <w:rsid w:val="00482EBD"/>
    <w:rsid w:val="004C720C"/>
    <w:rsid w:val="004C7B35"/>
    <w:rsid w:val="0056493A"/>
    <w:rsid w:val="00584C5B"/>
    <w:rsid w:val="006109CA"/>
    <w:rsid w:val="00620CBE"/>
    <w:rsid w:val="00633889"/>
    <w:rsid w:val="00756138"/>
    <w:rsid w:val="007C270F"/>
    <w:rsid w:val="007D6EE7"/>
    <w:rsid w:val="007E3DB3"/>
    <w:rsid w:val="00844211"/>
    <w:rsid w:val="00854C1A"/>
    <w:rsid w:val="00892059"/>
    <w:rsid w:val="0091766A"/>
    <w:rsid w:val="00926D6A"/>
    <w:rsid w:val="00A337DD"/>
    <w:rsid w:val="00A840E5"/>
    <w:rsid w:val="00A942DF"/>
    <w:rsid w:val="00AA1D8D"/>
    <w:rsid w:val="00B46077"/>
    <w:rsid w:val="00B47730"/>
    <w:rsid w:val="00B9046A"/>
    <w:rsid w:val="00B96A7E"/>
    <w:rsid w:val="00BB6E82"/>
    <w:rsid w:val="00C86D8D"/>
    <w:rsid w:val="00CB0664"/>
    <w:rsid w:val="00CB4296"/>
    <w:rsid w:val="00CE67E1"/>
    <w:rsid w:val="00CF2949"/>
    <w:rsid w:val="00CF2F34"/>
    <w:rsid w:val="00D32C2C"/>
    <w:rsid w:val="00DB319F"/>
    <w:rsid w:val="00DC7A03"/>
    <w:rsid w:val="00E15013"/>
    <w:rsid w:val="00E3669B"/>
    <w:rsid w:val="00E52D17"/>
    <w:rsid w:val="00EB0D82"/>
    <w:rsid w:val="00EB1D68"/>
    <w:rsid w:val="00ED4145"/>
    <w:rsid w:val="00EE4777"/>
    <w:rsid w:val="00F04511"/>
    <w:rsid w:val="00F10819"/>
    <w:rsid w:val="00FB0803"/>
    <w:rsid w:val="00FB2793"/>
    <w:rsid w:val="00FB5DFC"/>
    <w:rsid w:val="00FC693F"/>
    <w:rsid w:val="00FD74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95F9F0"/>
  <w14:defaultImageDpi w14:val="300"/>
  <w15:docId w15:val="{A255897C-DB4F-C442-A76F-AD79B093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BB6E8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1">
    <w:name w:val="s1"/>
    <w:basedOn w:val="DefaultParagraphFont"/>
    <w:rsid w:val="00BB6E82"/>
  </w:style>
  <w:style w:type="paragraph" w:customStyle="1" w:styleId="p2">
    <w:name w:val="p2"/>
    <w:basedOn w:val="Normal"/>
    <w:rsid w:val="00BB6E8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2">
    <w:name w:val="s2"/>
    <w:basedOn w:val="DefaultParagraphFont"/>
    <w:rsid w:val="00BB6E82"/>
  </w:style>
  <w:style w:type="paragraph" w:customStyle="1" w:styleId="p3">
    <w:name w:val="p3"/>
    <w:basedOn w:val="Normal"/>
    <w:rsid w:val="00BB6E8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3">
    <w:name w:val="s3"/>
    <w:basedOn w:val="DefaultParagraphFont"/>
    <w:rsid w:val="00BB6E82"/>
  </w:style>
  <w:style w:type="character" w:customStyle="1" w:styleId="s4">
    <w:name w:val="s4"/>
    <w:basedOn w:val="DefaultParagraphFont"/>
    <w:rsid w:val="00BB6E82"/>
  </w:style>
  <w:style w:type="paragraph" w:styleId="TOC1">
    <w:name w:val="toc 1"/>
    <w:basedOn w:val="Normal"/>
    <w:next w:val="Normal"/>
    <w:autoRedefine/>
    <w:uiPriority w:val="39"/>
    <w:unhideWhenUsed/>
    <w:rsid w:val="00BB6E82"/>
    <w:pPr>
      <w:spacing w:before="240" w:after="120"/>
    </w:pPr>
    <w:rPr>
      <w:b/>
      <w:bCs/>
      <w:sz w:val="20"/>
      <w:szCs w:val="20"/>
    </w:rPr>
  </w:style>
  <w:style w:type="paragraph" w:styleId="TOC2">
    <w:name w:val="toc 2"/>
    <w:basedOn w:val="Normal"/>
    <w:next w:val="Normal"/>
    <w:autoRedefine/>
    <w:uiPriority w:val="39"/>
    <w:unhideWhenUsed/>
    <w:rsid w:val="00BB6E82"/>
    <w:pPr>
      <w:spacing w:before="120" w:after="0"/>
      <w:ind w:left="220"/>
    </w:pPr>
    <w:rPr>
      <w:i/>
      <w:iCs/>
      <w:sz w:val="20"/>
      <w:szCs w:val="20"/>
    </w:rPr>
  </w:style>
  <w:style w:type="paragraph" w:styleId="TOC3">
    <w:name w:val="toc 3"/>
    <w:basedOn w:val="Normal"/>
    <w:next w:val="Normal"/>
    <w:autoRedefine/>
    <w:uiPriority w:val="39"/>
    <w:unhideWhenUsed/>
    <w:rsid w:val="00BB6E82"/>
    <w:pPr>
      <w:spacing w:after="0"/>
      <w:ind w:left="440"/>
    </w:pPr>
    <w:rPr>
      <w:sz w:val="20"/>
      <w:szCs w:val="20"/>
    </w:rPr>
  </w:style>
  <w:style w:type="character" w:styleId="Hyperlink">
    <w:name w:val="Hyperlink"/>
    <w:basedOn w:val="DefaultParagraphFont"/>
    <w:uiPriority w:val="99"/>
    <w:unhideWhenUsed/>
    <w:rsid w:val="00BB6E82"/>
    <w:rPr>
      <w:color w:val="0000FF" w:themeColor="hyperlink"/>
      <w:u w:val="single"/>
    </w:rPr>
  </w:style>
  <w:style w:type="paragraph" w:styleId="TOC4">
    <w:name w:val="toc 4"/>
    <w:basedOn w:val="Normal"/>
    <w:next w:val="Normal"/>
    <w:autoRedefine/>
    <w:uiPriority w:val="39"/>
    <w:semiHidden/>
    <w:unhideWhenUsed/>
    <w:rsid w:val="00BB6E82"/>
    <w:pPr>
      <w:spacing w:after="0"/>
      <w:ind w:left="660"/>
    </w:pPr>
    <w:rPr>
      <w:sz w:val="20"/>
      <w:szCs w:val="20"/>
    </w:rPr>
  </w:style>
  <w:style w:type="paragraph" w:styleId="TOC5">
    <w:name w:val="toc 5"/>
    <w:basedOn w:val="Normal"/>
    <w:next w:val="Normal"/>
    <w:autoRedefine/>
    <w:uiPriority w:val="39"/>
    <w:semiHidden/>
    <w:unhideWhenUsed/>
    <w:rsid w:val="00BB6E82"/>
    <w:pPr>
      <w:spacing w:after="0"/>
      <w:ind w:left="880"/>
    </w:pPr>
    <w:rPr>
      <w:sz w:val="20"/>
      <w:szCs w:val="20"/>
    </w:rPr>
  </w:style>
  <w:style w:type="paragraph" w:styleId="TOC6">
    <w:name w:val="toc 6"/>
    <w:basedOn w:val="Normal"/>
    <w:next w:val="Normal"/>
    <w:autoRedefine/>
    <w:uiPriority w:val="39"/>
    <w:semiHidden/>
    <w:unhideWhenUsed/>
    <w:rsid w:val="00BB6E82"/>
    <w:pPr>
      <w:spacing w:after="0"/>
      <w:ind w:left="1100"/>
    </w:pPr>
    <w:rPr>
      <w:sz w:val="20"/>
      <w:szCs w:val="20"/>
    </w:rPr>
  </w:style>
  <w:style w:type="paragraph" w:styleId="TOC7">
    <w:name w:val="toc 7"/>
    <w:basedOn w:val="Normal"/>
    <w:next w:val="Normal"/>
    <w:autoRedefine/>
    <w:uiPriority w:val="39"/>
    <w:semiHidden/>
    <w:unhideWhenUsed/>
    <w:rsid w:val="00BB6E82"/>
    <w:pPr>
      <w:spacing w:after="0"/>
      <w:ind w:left="1320"/>
    </w:pPr>
    <w:rPr>
      <w:sz w:val="20"/>
      <w:szCs w:val="20"/>
    </w:rPr>
  </w:style>
  <w:style w:type="paragraph" w:styleId="TOC8">
    <w:name w:val="toc 8"/>
    <w:basedOn w:val="Normal"/>
    <w:next w:val="Normal"/>
    <w:autoRedefine/>
    <w:uiPriority w:val="39"/>
    <w:semiHidden/>
    <w:unhideWhenUsed/>
    <w:rsid w:val="00BB6E82"/>
    <w:pPr>
      <w:spacing w:after="0"/>
      <w:ind w:left="1540"/>
    </w:pPr>
    <w:rPr>
      <w:sz w:val="20"/>
      <w:szCs w:val="20"/>
    </w:rPr>
  </w:style>
  <w:style w:type="paragraph" w:styleId="TOC9">
    <w:name w:val="toc 9"/>
    <w:basedOn w:val="Normal"/>
    <w:next w:val="Normal"/>
    <w:autoRedefine/>
    <w:uiPriority w:val="39"/>
    <w:semiHidden/>
    <w:unhideWhenUsed/>
    <w:rsid w:val="00BB6E82"/>
    <w:pPr>
      <w:spacing w:after="0"/>
      <w:ind w:left="1760"/>
    </w:pPr>
    <w:rPr>
      <w:sz w:val="20"/>
      <w:szCs w:val="20"/>
    </w:rPr>
  </w:style>
  <w:style w:type="paragraph" w:styleId="FootnoteText">
    <w:name w:val="footnote text"/>
    <w:basedOn w:val="Normal"/>
    <w:link w:val="FootnoteTextChar"/>
    <w:uiPriority w:val="99"/>
    <w:semiHidden/>
    <w:unhideWhenUsed/>
    <w:rsid w:val="00BB6E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6E82"/>
    <w:rPr>
      <w:sz w:val="20"/>
      <w:szCs w:val="20"/>
    </w:rPr>
  </w:style>
  <w:style w:type="character" w:styleId="FootnoteReference">
    <w:name w:val="footnote reference"/>
    <w:basedOn w:val="DefaultParagraphFont"/>
    <w:uiPriority w:val="99"/>
    <w:semiHidden/>
    <w:unhideWhenUsed/>
    <w:rsid w:val="00BB6E82"/>
    <w:rPr>
      <w:vertAlign w:val="superscript"/>
    </w:rPr>
  </w:style>
  <w:style w:type="character" w:customStyle="1" w:styleId="NoSpacingChar">
    <w:name w:val="No Spacing Char"/>
    <w:basedOn w:val="DefaultParagraphFont"/>
    <w:link w:val="NoSpacing"/>
    <w:uiPriority w:val="1"/>
    <w:rsid w:val="00BB6E82"/>
  </w:style>
  <w:style w:type="character" w:styleId="PageNumber">
    <w:name w:val="page number"/>
    <w:basedOn w:val="DefaultParagraphFont"/>
    <w:uiPriority w:val="99"/>
    <w:semiHidden/>
    <w:unhideWhenUsed/>
    <w:rsid w:val="00BB6E82"/>
  </w:style>
  <w:style w:type="character" w:styleId="HTMLCode">
    <w:name w:val="HTML Code"/>
    <w:basedOn w:val="DefaultParagraphFont"/>
    <w:uiPriority w:val="99"/>
    <w:semiHidden/>
    <w:unhideWhenUsed/>
    <w:rsid w:val="00F10819"/>
    <w:rPr>
      <w:rFonts w:ascii="Courier New" w:eastAsia="Times New Roman" w:hAnsi="Courier New" w:cs="Courier New"/>
      <w:sz w:val="20"/>
      <w:szCs w:val="20"/>
    </w:rPr>
  </w:style>
  <w:style w:type="paragraph" w:customStyle="1" w:styleId="p4">
    <w:name w:val="p4"/>
    <w:basedOn w:val="Normal"/>
    <w:rsid w:val="00F10819"/>
    <w:pPr>
      <w:spacing w:before="100" w:beforeAutospacing="1" w:after="100" w:afterAutospacing="1" w:line="240" w:lineRule="auto"/>
    </w:pPr>
    <w:rPr>
      <w:rFonts w:ascii="Times New Roman" w:eastAsia="Times New Roman" w:hAnsi="Times New Roman" w:cs="Times New Roman"/>
      <w:sz w:val="24"/>
      <w:szCs w:val="24"/>
      <w:lang w:val="en-GB" w:eastAsia="zh-TW"/>
    </w:rPr>
  </w:style>
  <w:style w:type="character" w:styleId="UnresolvedMention">
    <w:name w:val="Unresolved Mention"/>
    <w:basedOn w:val="DefaultParagraphFont"/>
    <w:uiPriority w:val="99"/>
    <w:semiHidden/>
    <w:unhideWhenUsed/>
    <w:rsid w:val="00D32C2C"/>
    <w:rPr>
      <w:color w:val="605E5C"/>
      <w:shd w:val="clear" w:color="auto" w:fill="E1DFDD"/>
    </w:rPr>
  </w:style>
  <w:style w:type="character" w:styleId="FollowedHyperlink">
    <w:name w:val="FollowedHyperlink"/>
    <w:basedOn w:val="DefaultParagraphFont"/>
    <w:uiPriority w:val="99"/>
    <w:semiHidden/>
    <w:unhideWhenUsed/>
    <w:rsid w:val="00D32C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27</Pages>
  <Words>2774</Words>
  <Characters>15817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Alexandr Iancovschi (2423378)</cp:lastModifiedBy>
  <cp:revision>12</cp:revision>
  <dcterms:created xsi:type="dcterms:W3CDTF">2025-12-14T13:54:00Z</dcterms:created>
  <dcterms:modified xsi:type="dcterms:W3CDTF">2026-04-26T21:13:00Z</dcterms:modified>
  <cp:category/>
</cp:coreProperties>
</file>