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688CE" w14:textId="77777777" w:rsidR="00961C25" w:rsidRDefault="00D845CA">
      <w:pPr>
        <w:pStyle w:val="Title"/>
      </w:pPr>
      <w:r>
        <w:t>REPORT TEMPLATE</w:t>
      </w:r>
    </w:p>
    <w:p w14:paraId="5A0B4C48" w14:textId="77777777" w:rsidR="00961C25" w:rsidRDefault="00D845CA">
      <w:r>
        <w:t>Module: Introduction to Web and Database Concepts (ACCA4023)</w:t>
      </w:r>
    </w:p>
    <w:p w14:paraId="7E7A5353" w14:textId="77777777" w:rsidR="00961C25" w:rsidRDefault="00D845CA">
      <w:r>
        <w:t>Assignment: HTML &amp; CSS Web Development</w:t>
      </w:r>
      <w:r>
        <w:br/>
      </w:r>
    </w:p>
    <w:p w14:paraId="35DB89F2" w14:textId="399B3637" w:rsidR="00961C25" w:rsidRDefault="00D845CA">
      <w:r>
        <w:t xml:space="preserve">Student Name: </w:t>
      </w:r>
      <w:r w:rsidR="009C4095">
        <w:t>Daud Mohammed Jama</w:t>
      </w:r>
    </w:p>
    <w:p w14:paraId="4247C6E1" w14:textId="42C4DBF5" w:rsidR="00961C25" w:rsidRDefault="00DE015A">
      <w:r>
        <w:t xml:space="preserve">Student ID: </w:t>
      </w:r>
      <w:r w:rsidR="009C4095">
        <w:t>2442748</w:t>
      </w:r>
    </w:p>
    <w:p w14:paraId="56A587E5" w14:textId="0D9C0173" w:rsidR="00961C25" w:rsidRDefault="00DE015A">
      <w:r>
        <w:t>Course: _</w:t>
      </w:r>
      <w:r w:rsidR="1151CCB7">
        <w:t>CERTHE computing skills for workplace</w:t>
      </w:r>
      <w:r>
        <w:t>_________________________</w:t>
      </w:r>
    </w:p>
    <w:p w14:paraId="275B3416" w14:textId="55743677" w:rsidR="00961C25" w:rsidRDefault="00DE015A">
      <w:r>
        <w:t>Submission Date: _</w:t>
      </w:r>
      <w:r w:rsidR="09BAE75D">
        <w:t>23/04/26</w:t>
      </w:r>
      <w:r>
        <w:t>_________________________</w:t>
      </w:r>
    </w:p>
    <w:p w14:paraId="70E9E5F0" w14:textId="77777777" w:rsidR="00961C25" w:rsidRDefault="00D845CA">
      <w:r>
        <w:br w:type="page"/>
      </w:r>
    </w:p>
    <w:p w14:paraId="7003648F" w14:textId="60A82226" w:rsidR="00961C25" w:rsidRDefault="00D845CA" w:rsidP="479C1015">
      <w:pPr>
        <w:pStyle w:val="Heading1"/>
      </w:pPr>
      <w:bookmarkStart w:id="0" w:name="_Toc1521390481"/>
      <w:r>
        <w:t>Table of Contents</w:t>
      </w:r>
      <w:bookmarkEnd w:id="0"/>
    </w:p>
    <w:p w14:paraId="4764EB40" w14:textId="11CF6615" w:rsidR="5BF830D1" w:rsidRDefault="5BF830D1" w:rsidP="5BF830D1"/>
    <w:sdt>
      <w:sdtPr>
        <w:id w:val="1398817837"/>
        <w:docPartObj>
          <w:docPartGallery w:val="Table of Contents"/>
          <w:docPartUnique/>
        </w:docPartObj>
      </w:sdtPr>
      <w:sdtContent>
        <w:p w14:paraId="100E2096" w14:textId="0F3F2EE9" w:rsidR="11B9A7FD" w:rsidRDefault="11B9A7FD" w:rsidP="11B9A7FD">
          <w:pPr>
            <w:pStyle w:val="TOC1"/>
            <w:tabs>
              <w:tab w:val="right" w:leader="dot" w:pos="8640"/>
            </w:tabs>
            <w:rPr>
              <w:rStyle w:val="Hyperlink"/>
            </w:rPr>
          </w:pPr>
          <w:r>
            <w:fldChar w:fldCharType="begin"/>
          </w:r>
          <w:r>
            <w:instrText>TOC \o \z \u \h</w:instrText>
          </w:r>
          <w:r>
            <w:fldChar w:fldCharType="separate"/>
          </w:r>
          <w:hyperlink w:anchor="_Toc1521390481">
            <w:r w:rsidRPr="11B9A7FD">
              <w:rPr>
                <w:rStyle w:val="Hyperlink"/>
              </w:rPr>
              <w:t>Table of Contents</w:t>
            </w:r>
            <w:r>
              <w:tab/>
            </w:r>
            <w:r>
              <w:fldChar w:fldCharType="begin"/>
            </w:r>
            <w:r>
              <w:instrText>PAGEREF _Toc1521390481 \h</w:instrText>
            </w:r>
            <w:r>
              <w:fldChar w:fldCharType="separate"/>
            </w:r>
            <w:r w:rsidRPr="11B9A7FD">
              <w:rPr>
                <w:rStyle w:val="Hyperlink"/>
              </w:rPr>
              <w:t>1</w:t>
            </w:r>
            <w:r>
              <w:fldChar w:fldCharType="end"/>
            </w:r>
          </w:hyperlink>
        </w:p>
        <w:p w14:paraId="2A8EF41B" w14:textId="2BAF90CC" w:rsidR="11B9A7FD" w:rsidRDefault="11B9A7FD" w:rsidP="11B9A7FD">
          <w:pPr>
            <w:pStyle w:val="TOC1"/>
            <w:tabs>
              <w:tab w:val="right" w:leader="dot" w:pos="8640"/>
            </w:tabs>
            <w:rPr>
              <w:rStyle w:val="Hyperlink"/>
            </w:rPr>
          </w:pPr>
          <w:hyperlink w:anchor="_Toc439503033">
            <w:r w:rsidRPr="11B9A7FD">
              <w:rPr>
                <w:rStyle w:val="Hyperlink"/>
              </w:rPr>
              <w:t>1. Introduction (Abstract)</w:t>
            </w:r>
            <w:r>
              <w:tab/>
            </w:r>
            <w:r>
              <w:fldChar w:fldCharType="begin"/>
            </w:r>
            <w:r>
              <w:instrText>PAGEREF _Toc439503033 \h</w:instrText>
            </w:r>
            <w:r>
              <w:fldChar w:fldCharType="separate"/>
            </w:r>
            <w:r w:rsidRPr="11B9A7FD">
              <w:rPr>
                <w:rStyle w:val="Hyperlink"/>
              </w:rPr>
              <w:t>2</w:t>
            </w:r>
            <w:r>
              <w:fldChar w:fldCharType="end"/>
            </w:r>
          </w:hyperlink>
        </w:p>
        <w:p w14:paraId="6732826F" w14:textId="74133D04" w:rsidR="11B9A7FD" w:rsidRDefault="11B9A7FD" w:rsidP="11B9A7FD">
          <w:pPr>
            <w:pStyle w:val="TOC1"/>
            <w:tabs>
              <w:tab w:val="right" w:leader="dot" w:pos="8640"/>
            </w:tabs>
            <w:rPr>
              <w:rStyle w:val="Hyperlink"/>
            </w:rPr>
          </w:pPr>
          <w:hyperlink w:anchor="_Toc1093136901">
            <w:r w:rsidRPr="11B9A7FD">
              <w:rPr>
                <w:rStyle w:val="Hyperlink"/>
              </w:rPr>
              <w:t>2. Requirements</w:t>
            </w:r>
            <w:r>
              <w:tab/>
            </w:r>
            <w:r>
              <w:fldChar w:fldCharType="begin"/>
            </w:r>
            <w:r>
              <w:instrText>PAGEREF _Toc1093136901 \h</w:instrText>
            </w:r>
            <w:r>
              <w:fldChar w:fldCharType="separate"/>
            </w:r>
            <w:r w:rsidRPr="11B9A7FD">
              <w:rPr>
                <w:rStyle w:val="Hyperlink"/>
              </w:rPr>
              <w:t>2</w:t>
            </w:r>
            <w:r>
              <w:fldChar w:fldCharType="end"/>
            </w:r>
          </w:hyperlink>
        </w:p>
        <w:p w14:paraId="152C1110" w14:textId="39722851" w:rsidR="11B9A7FD" w:rsidRDefault="11B9A7FD" w:rsidP="11B9A7FD">
          <w:pPr>
            <w:pStyle w:val="TOC1"/>
            <w:tabs>
              <w:tab w:val="right" w:leader="dot" w:pos="8640"/>
            </w:tabs>
            <w:rPr>
              <w:rStyle w:val="Hyperlink"/>
            </w:rPr>
          </w:pPr>
          <w:hyperlink w:anchor="_Toc1433612635">
            <w:r w:rsidRPr="11B9A7FD">
              <w:rPr>
                <w:rStyle w:val="Hyperlink"/>
              </w:rPr>
              <w:t>3. Implementation</w:t>
            </w:r>
            <w:r>
              <w:tab/>
            </w:r>
            <w:r>
              <w:fldChar w:fldCharType="begin"/>
            </w:r>
            <w:r>
              <w:instrText>PAGEREF _Toc1433612635 \h</w:instrText>
            </w:r>
            <w:r>
              <w:fldChar w:fldCharType="separate"/>
            </w:r>
            <w:r w:rsidRPr="11B9A7FD">
              <w:rPr>
                <w:rStyle w:val="Hyperlink"/>
              </w:rPr>
              <w:t>2</w:t>
            </w:r>
            <w:r>
              <w:fldChar w:fldCharType="end"/>
            </w:r>
          </w:hyperlink>
        </w:p>
        <w:p w14:paraId="69EDDED5" w14:textId="1ADD4B61" w:rsidR="11B9A7FD" w:rsidRDefault="11B9A7FD" w:rsidP="11B9A7FD">
          <w:pPr>
            <w:pStyle w:val="TOC1"/>
            <w:tabs>
              <w:tab w:val="right" w:leader="dot" w:pos="8640"/>
            </w:tabs>
            <w:rPr>
              <w:rStyle w:val="Hyperlink"/>
            </w:rPr>
          </w:pPr>
          <w:hyperlink w:anchor="_Toc1977997684">
            <w:r w:rsidRPr="11B9A7FD">
              <w:rPr>
                <w:rStyle w:val="Hyperlink"/>
              </w:rPr>
              <w:t>4. Evaluation</w:t>
            </w:r>
            <w:r>
              <w:tab/>
            </w:r>
            <w:r>
              <w:fldChar w:fldCharType="begin"/>
            </w:r>
            <w:r>
              <w:instrText>PAGEREF _Toc1977997684 \h</w:instrText>
            </w:r>
            <w:r>
              <w:fldChar w:fldCharType="separate"/>
            </w:r>
            <w:r w:rsidRPr="11B9A7FD">
              <w:rPr>
                <w:rStyle w:val="Hyperlink"/>
              </w:rPr>
              <w:t>2</w:t>
            </w:r>
            <w:r>
              <w:fldChar w:fldCharType="end"/>
            </w:r>
          </w:hyperlink>
        </w:p>
        <w:p w14:paraId="037FF1EA" w14:textId="275762A1" w:rsidR="11B9A7FD" w:rsidRDefault="11B9A7FD" w:rsidP="11B9A7FD">
          <w:pPr>
            <w:pStyle w:val="TOC1"/>
            <w:tabs>
              <w:tab w:val="right" w:leader="dot" w:pos="8640"/>
            </w:tabs>
            <w:rPr>
              <w:rStyle w:val="Hyperlink"/>
            </w:rPr>
          </w:pPr>
          <w:hyperlink w:anchor="_Toc467483320">
            <w:r w:rsidRPr="11B9A7FD">
              <w:rPr>
                <w:rStyle w:val="Hyperlink"/>
              </w:rPr>
              <w:t>5. Conclusion</w:t>
            </w:r>
            <w:r>
              <w:tab/>
            </w:r>
            <w:r>
              <w:fldChar w:fldCharType="begin"/>
            </w:r>
            <w:r>
              <w:instrText>PAGEREF _Toc467483320 \h</w:instrText>
            </w:r>
            <w:r>
              <w:fldChar w:fldCharType="separate"/>
            </w:r>
            <w:r w:rsidRPr="11B9A7FD">
              <w:rPr>
                <w:rStyle w:val="Hyperlink"/>
              </w:rPr>
              <w:t>2</w:t>
            </w:r>
            <w:r>
              <w:fldChar w:fldCharType="end"/>
            </w:r>
          </w:hyperlink>
        </w:p>
        <w:p w14:paraId="6F1E8708" w14:textId="32B1D638" w:rsidR="11B9A7FD" w:rsidRDefault="11B9A7FD" w:rsidP="11B9A7FD">
          <w:pPr>
            <w:pStyle w:val="TOC1"/>
            <w:tabs>
              <w:tab w:val="right" w:leader="dot" w:pos="8640"/>
            </w:tabs>
            <w:rPr>
              <w:rStyle w:val="Hyperlink"/>
            </w:rPr>
          </w:pPr>
          <w:hyperlink w:anchor="_Toc950772520">
            <w:r w:rsidRPr="11B9A7FD">
              <w:rPr>
                <w:rStyle w:val="Hyperlink"/>
              </w:rPr>
              <w:t>6. References (IEEE Format)</w:t>
            </w:r>
            <w:r>
              <w:tab/>
            </w:r>
            <w:r>
              <w:fldChar w:fldCharType="begin"/>
            </w:r>
            <w:r>
              <w:instrText>PAGEREF _Toc950772520 \h</w:instrText>
            </w:r>
            <w:r>
              <w:fldChar w:fldCharType="separate"/>
            </w:r>
            <w:r w:rsidRPr="11B9A7FD">
              <w:rPr>
                <w:rStyle w:val="Hyperlink"/>
              </w:rPr>
              <w:t>3</w:t>
            </w:r>
            <w:r>
              <w:fldChar w:fldCharType="end"/>
            </w:r>
          </w:hyperlink>
        </w:p>
        <w:p w14:paraId="41905FC1" w14:textId="4354CD12" w:rsidR="11B9A7FD" w:rsidRDefault="11B9A7FD" w:rsidP="11B9A7FD">
          <w:pPr>
            <w:pStyle w:val="TOC1"/>
            <w:tabs>
              <w:tab w:val="right" w:leader="dot" w:pos="8640"/>
            </w:tabs>
            <w:rPr>
              <w:rStyle w:val="Hyperlink"/>
            </w:rPr>
          </w:pPr>
          <w:hyperlink w:anchor="_Toc1149597923">
            <w:r w:rsidRPr="11B9A7FD">
              <w:rPr>
                <w:rStyle w:val="Hyperlink"/>
              </w:rPr>
              <w:t>7. Appendices</w:t>
            </w:r>
            <w:r>
              <w:tab/>
            </w:r>
            <w:r>
              <w:fldChar w:fldCharType="begin"/>
            </w:r>
            <w:r>
              <w:instrText>PAGEREF _Toc1149597923 \h</w:instrText>
            </w:r>
            <w:r>
              <w:fldChar w:fldCharType="separate"/>
            </w:r>
            <w:r w:rsidRPr="11B9A7FD">
              <w:rPr>
                <w:rStyle w:val="Hyperlink"/>
              </w:rPr>
              <w:t>3</w:t>
            </w:r>
            <w:r>
              <w:fldChar w:fldCharType="end"/>
            </w:r>
          </w:hyperlink>
          <w:r>
            <w:fldChar w:fldCharType="end"/>
          </w:r>
        </w:p>
      </w:sdtContent>
    </w:sdt>
    <w:p w14:paraId="7AED28AC" w14:textId="42191D81" w:rsidR="11B9A7FD" w:rsidRDefault="11B9A7FD"/>
    <w:p w14:paraId="4D35A381" w14:textId="77777777" w:rsidR="00961C25" w:rsidRDefault="00D845CA">
      <w:pPr>
        <w:pStyle w:val="Heading1"/>
      </w:pPr>
      <w:bookmarkStart w:id="1" w:name="_Toc439503033"/>
      <w:r>
        <w:t>1. Introduction (Abstract)</w:t>
      </w:r>
      <w:bookmarkEnd w:id="1"/>
    </w:p>
    <w:p w14:paraId="30D236CE" w14:textId="306612A4" w:rsidR="00961C25" w:rsidRDefault="766B4505" w:rsidP="03325C1D">
      <w:pPr>
        <w:spacing w:before="240" w:after="240"/>
        <w:rPr>
          <w:rFonts w:asciiTheme="majorHAnsi" w:eastAsiaTheme="majorEastAsia" w:hAnsiTheme="majorHAnsi" w:cstheme="majorBidi"/>
        </w:rPr>
      </w:pPr>
      <w:r w:rsidRPr="4D66D40D">
        <w:rPr>
          <w:rFonts w:asciiTheme="majorHAnsi" w:eastAsiaTheme="majorEastAsia" w:hAnsiTheme="majorHAnsi" w:cstheme="majorBidi"/>
        </w:rPr>
        <w:t>I created the Manchester Heritage website to help tell the story of the city’s history in a way that’s easy for anyone to dive into. For this assignment I focused on building a clean, modern site using HTML and CSS, with a major emphasis on making sure the design feels natural and responsive to all people.</w:t>
      </w:r>
    </w:p>
    <w:p w14:paraId="77597C8A" w14:textId="1419F7FA" w:rsidR="00961C25" w:rsidRDefault="766B4505" w:rsidP="523D79E3">
      <w:pPr>
        <w:spacing w:before="240" w:after="240"/>
        <w:rPr>
          <w:rFonts w:asciiTheme="majorHAnsi" w:eastAsiaTheme="majorEastAsia" w:hAnsiTheme="majorHAnsi" w:cstheme="majorBidi"/>
        </w:rPr>
      </w:pPr>
      <w:r w:rsidRPr="4D66D40D">
        <w:rPr>
          <w:rFonts w:asciiTheme="majorHAnsi" w:eastAsiaTheme="majorEastAsia" w:hAnsiTheme="majorHAnsi" w:cstheme="majorBidi"/>
        </w:rPr>
        <w:t xml:space="preserve">I wanted to make sure the site was </w:t>
      </w:r>
      <w:r w:rsidR="71D5002A" w:rsidRPr="4D66D40D">
        <w:rPr>
          <w:rFonts w:asciiTheme="majorHAnsi" w:eastAsiaTheme="majorEastAsia" w:hAnsiTheme="majorHAnsi" w:cstheme="majorBidi"/>
        </w:rPr>
        <w:t>running good</w:t>
      </w:r>
      <w:r w:rsidRPr="4D66D40D">
        <w:rPr>
          <w:rFonts w:asciiTheme="majorHAnsi" w:eastAsiaTheme="majorEastAsia" w:hAnsiTheme="majorHAnsi" w:cstheme="majorBidi"/>
        </w:rPr>
        <w:t>, so I ran everything through W3C code validation to keep it clean and professional. Since this is an educational tool meant for everyone all the way from local students to tourists exploring the city I mad</w:t>
      </w:r>
      <w:r w:rsidR="20D69F87" w:rsidRPr="4D66D40D">
        <w:rPr>
          <w:rFonts w:asciiTheme="majorHAnsi" w:eastAsiaTheme="majorEastAsia" w:hAnsiTheme="majorHAnsi" w:cstheme="majorBidi"/>
        </w:rPr>
        <w:t xml:space="preserve">e </w:t>
      </w:r>
      <w:r w:rsidRPr="4D66D40D">
        <w:rPr>
          <w:rFonts w:asciiTheme="majorHAnsi" w:eastAsiaTheme="majorEastAsia" w:hAnsiTheme="majorHAnsi" w:cstheme="majorBidi"/>
        </w:rPr>
        <w:t>s</w:t>
      </w:r>
      <w:r w:rsidR="77B2390B" w:rsidRPr="4D66D40D">
        <w:rPr>
          <w:rFonts w:asciiTheme="majorHAnsi" w:eastAsiaTheme="majorEastAsia" w:hAnsiTheme="majorHAnsi" w:cstheme="majorBidi"/>
        </w:rPr>
        <w:t xml:space="preserve">ure to </w:t>
      </w:r>
      <w:r w:rsidRPr="4D66D40D">
        <w:rPr>
          <w:rFonts w:asciiTheme="majorHAnsi" w:eastAsiaTheme="majorEastAsia" w:hAnsiTheme="majorHAnsi" w:cstheme="majorBidi"/>
        </w:rPr>
        <w:t>also d</w:t>
      </w:r>
      <w:r w:rsidR="77FDF5D4" w:rsidRPr="4D66D40D">
        <w:rPr>
          <w:rFonts w:asciiTheme="majorHAnsi" w:eastAsiaTheme="majorEastAsia" w:hAnsiTheme="majorHAnsi" w:cstheme="majorBidi"/>
        </w:rPr>
        <w:t xml:space="preserve">o </w:t>
      </w:r>
      <w:r w:rsidRPr="4D66D40D">
        <w:rPr>
          <w:rFonts w:asciiTheme="majorHAnsi" w:eastAsiaTheme="majorEastAsia" w:hAnsiTheme="majorHAnsi" w:cstheme="majorBidi"/>
        </w:rPr>
        <w:t xml:space="preserve"> a deep dive into WCAG accessibility guidelines. This helped me ensure that the final result isn't just a project, but a functional</w:t>
      </w:r>
      <w:r w:rsidR="0A57E5BD" w:rsidRPr="4D66D40D">
        <w:rPr>
          <w:rFonts w:asciiTheme="majorHAnsi" w:eastAsiaTheme="majorEastAsia" w:hAnsiTheme="majorHAnsi" w:cstheme="majorBidi"/>
        </w:rPr>
        <w:t xml:space="preserve"> and</w:t>
      </w:r>
      <w:r w:rsidRPr="4D66D40D">
        <w:rPr>
          <w:rFonts w:asciiTheme="majorHAnsi" w:eastAsiaTheme="majorEastAsia" w:hAnsiTheme="majorHAnsi" w:cstheme="majorBidi"/>
        </w:rPr>
        <w:t xml:space="preserve"> inclusive resource that actually works for its users.</w:t>
      </w:r>
    </w:p>
    <w:p w14:paraId="1DCE78BD" w14:textId="20BB86C3" w:rsidR="00961C25" w:rsidRDefault="00E72E81">
      <w:pPr>
        <w:rPr>
          <w:rFonts w:asciiTheme="majorHAnsi" w:eastAsiaTheme="majorEastAsia" w:hAnsiTheme="majorHAnsi" w:cstheme="majorBidi"/>
        </w:rPr>
      </w:pPr>
      <w:r>
        <w:br/>
      </w:r>
    </w:p>
    <w:p w14:paraId="14FA9B37" w14:textId="77777777" w:rsidR="00961C25" w:rsidRDefault="00D845CA">
      <w:pPr>
        <w:pStyle w:val="Heading1"/>
      </w:pPr>
      <w:bookmarkStart w:id="2" w:name="_Toc1093136901"/>
      <w:r>
        <w:t>2. Requirements</w:t>
      </w:r>
      <w:bookmarkEnd w:id="2"/>
    </w:p>
    <w:p w14:paraId="00AF57DE" w14:textId="2DA160A3" w:rsidR="00961C25" w:rsidRDefault="175E4D52" w:rsidP="333C917C">
      <w:pPr>
        <w:spacing w:before="240" w:after="240"/>
        <w:rPr>
          <w:rFonts w:asciiTheme="majorHAnsi" w:eastAsiaTheme="majorEastAsia" w:hAnsiTheme="majorHAnsi" w:cstheme="majorBidi"/>
        </w:rPr>
      </w:pPr>
      <w:r w:rsidRPr="4D66D40D">
        <w:rPr>
          <w:rFonts w:asciiTheme="majorHAnsi" w:eastAsiaTheme="majorEastAsia" w:hAnsiTheme="majorHAnsi" w:cstheme="majorBidi"/>
        </w:rPr>
        <w:t>The main goal for the site was to break down Manchester’s massive history into three clear pages. its Roman roots at Mamucium, the explosion of the Industrial Revolution and the lasting legacy of Victorian architecture. I wanted the website to also  act as a  efficient  hub where someone could actually plan a visit or dive deep into a research project without getting lost</w:t>
      </w:r>
      <w:r w:rsidR="04BEBAA3" w:rsidRPr="4D66D40D">
        <w:rPr>
          <w:rFonts w:asciiTheme="majorHAnsi" w:eastAsiaTheme="majorEastAsia" w:hAnsiTheme="majorHAnsi" w:cstheme="majorBidi"/>
        </w:rPr>
        <w:t xml:space="preserve"> or confused </w:t>
      </w:r>
      <w:r w:rsidR="6ECA9E1C" w:rsidRPr="4D66D40D">
        <w:rPr>
          <w:rFonts w:asciiTheme="majorHAnsi" w:eastAsiaTheme="majorEastAsia" w:hAnsiTheme="majorHAnsi" w:cstheme="majorBidi"/>
        </w:rPr>
        <w:t>due to unnecessary information .</w:t>
      </w:r>
    </w:p>
    <w:p w14:paraId="006A3FA9" w14:textId="7445980F" w:rsidR="00961C25" w:rsidRDefault="71B3F30A" w:rsidP="7AB69ABD">
      <w:pPr>
        <w:spacing w:before="240" w:after="240"/>
        <w:rPr>
          <w:rFonts w:asciiTheme="majorHAnsi" w:eastAsiaTheme="majorEastAsia" w:hAnsiTheme="majorHAnsi" w:cstheme="majorBidi"/>
        </w:rPr>
      </w:pPr>
      <w:r w:rsidRPr="4D66D40D">
        <w:rPr>
          <w:rFonts w:asciiTheme="majorHAnsi" w:eastAsiaTheme="majorEastAsia" w:hAnsiTheme="majorHAnsi" w:cstheme="majorBidi"/>
        </w:rPr>
        <w:t xml:space="preserve">Due to the fact i </w:t>
      </w:r>
      <w:r w:rsidR="175E4D52" w:rsidRPr="4D66D40D">
        <w:rPr>
          <w:rFonts w:asciiTheme="majorHAnsi" w:eastAsiaTheme="majorEastAsia" w:hAnsiTheme="majorHAnsi" w:cstheme="majorBidi"/>
        </w:rPr>
        <w:t xml:space="preserve"> was designing for both tourists looking for a quick cultural fix and students who need structured facts, I had to find a balance. I </w:t>
      </w:r>
      <w:r w:rsidR="0C147CDA" w:rsidRPr="4D66D40D">
        <w:rPr>
          <w:rFonts w:asciiTheme="majorHAnsi" w:eastAsiaTheme="majorEastAsia" w:hAnsiTheme="majorHAnsi" w:cstheme="majorBidi"/>
        </w:rPr>
        <w:t xml:space="preserve">made sure to </w:t>
      </w:r>
      <w:r w:rsidR="175E4D52" w:rsidRPr="4D66D40D">
        <w:rPr>
          <w:rFonts w:asciiTheme="majorHAnsi" w:eastAsiaTheme="majorEastAsia" w:hAnsiTheme="majorHAnsi" w:cstheme="majorBidi"/>
        </w:rPr>
        <w:t>pair high</w:t>
      </w:r>
      <w:r w:rsidR="4EA783AF" w:rsidRPr="4D66D40D">
        <w:rPr>
          <w:rFonts w:asciiTheme="majorHAnsi" w:eastAsiaTheme="majorEastAsia" w:hAnsiTheme="majorHAnsi" w:cstheme="majorBidi"/>
        </w:rPr>
        <w:t xml:space="preserve"> </w:t>
      </w:r>
      <w:r w:rsidR="175E4D52" w:rsidRPr="4D66D40D">
        <w:rPr>
          <w:rFonts w:asciiTheme="majorHAnsi" w:eastAsiaTheme="majorEastAsia" w:hAnsiTheme="majorHAnsi" w:cstheme="majorBidi"/>
        </w:rPr>
        <w:t>quality imagery with a very straightforward</w:t>
      </w:r>
      <w:r w:rsidR="4312A6D6" w:rsidRPr="4D66D40D">
        <w:rPr>
          <w:rFonts w:asciiTheme="majorHAnsi" w:eastAsiaTheme="majorEastAsia" w:hAnsiTheme="majorHAnsi" w:cstheme="majorBidi"/>
        </w:rPr>
        <w:t xml:space="preserve"> and efficient</w:t>
      </w:r>
      <w:r w:rsidR="175E4D52" w:rsidRPr="4D66D40D">
        <w:rPr>
          <w:rFonts w:asciiTheme="majorHAnsi" w:eastAsiaTheme="majorEastAsia" w:hAnsiTheme="majorHAnsi" w:cstheme="majorBidi"/>
        </w:rPr>
        <w:t xml:space="preserve"> navigation system. This ensures the site stays easy to get around and works perfectly across different devices, making the history feel accessible rather than overwhelming.</w:t>
      </w:r>
    </w:p>
    <w:p w14:paraId="6D215B6E" w14:textId="75F78AE1" w:rsidR="00961C25" w:rsidRDefault="000B3A10">
      <w:pPr>
        <w:rPr>
          <w:rFonts w:asciiTheme="majorHAnsi" w:eastAsiaTheme="majorEastAsia" w:hAnsiTheme="majorHAnsi" w:cstheme="majorBidi"/>
        </w:rPr>
      </w:pPr>
      <w:r>
        <w:br/>
      </w:r>
    </w:p>
    <w:p w14:paraId="33BD6B9F" w14:textId="77777777" w:rsidR="00961C25" w:rsidRDefault="00D845CA">
      <w:pPr>
        <w:pStyle w:val="Heading1"/>
      </w:pPr>
      <w:bookmarkStart w:id="3" w:name="_Toc1433612635"/>
      <w:r>
        <w:t>3. Implementation</w:t>
      </w:r>
      <w:bookmarkEnd w:id="3"/>
    </w:p>
    <w:p w14:paraId="2EC5A2AD" w14:textId="3B53C615" w:rsidR="00961C25" w:rsidRDefault="00961C25" w:rsidP="39F80A6A"/>
    <w:p w14:paraId="1D05CD0B" w14:textId="0D138D0F" w:rsidR="00961C25" w:rsidRDefault="00961C25" w:rsidP="39F80A6A"/>
    <w:p w14:paraId="12111D5A" w14:textId="10FC46AD" w:rsidR="65ABB931" w:rsidRDefault="65ABB931" w:rsidP="65ABB931"/>
    <w:p w14:paraId="3980EE5D" w14:textId="1D8A91AB" w:rsidR="00961C25" w:rsidRDefault="622398C8" w:rsidP="39F80A6A">
      <w:r>
        <w:rPr>
          <w:noProof/>
        </w:rPr>
        <w:drawing>
          <wp:inline distT="0" distB="0" distL="0" distR="0" wp14:anchorId="666D9EA1" wp14:editId="50A2DD92">
            <wp:extent cx="4164594" cy="2190750"/>
            <wp:effectExtent l="0" t="0" r="0" b="0"/>
            <wp:docPr id="11061709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170933" name=""/>
                    <pic:cNvPicPr/>
                  </pic:nvPicPr>
                  <pic:blipFill>
                    <a:blip r:embed="rId8">
                      <a:extLst>
                        <a:ext uri="{28A0092B-C50C-407E-A947-70E740481C1C}">
                          <a14:useLocalDpi xmlns:a14="http://schemas.microsoft.com/office/drawing/2010/main"/>
                        </a:ext>
                      </a:extLst>
                    </a:blip>
                    <a:stretch>
                      <a:fillRect/>
                    </a:stretch>
                  </pic:blipFill>
                  <pic:spPr>
                    <a:xfrm>
                      <a:off x="0" y="0"/>
                      <a:ext cx="4164594" cy="2190750"/>
                    </a:xfrm>
                    <a:prstGeom prst="rect">
                      <a:avLst/>
                    </a:prstGeom>
                  </pic:spPr>
                </pic:pic>
              </a:graphicData>
            </a:graphic>
          </wp:inline>
        </w:drawing>
      </w:r>
    </w:p>
    <w:p w14:paraId="7C8F49AF" w14:textId="5BC05EC7" w:rsidR="00961C25" w:rsidRDefault="00961C25" w:rsidP="39F80A6A"/>
    <w:p w14:paraId="54F8D08E" w14:textId="50BFBE39" w:rsidR="00961C25" w:rsidRDefault="622398C8" w:rsidP="39F80A6A">
      <w:r>
        <w:rPr>
          <w:noProof/>
        </w:rPr>
        <w:drawing>
          <wp:inline distT="0" distB="0" distL="0" distR="0" wp14:anchorId="7A9AAA3C" wp14:editId="5B6BD29C">
            <wp:extent cx="4309842" cy="2267156"/>
            <wp:effectExtent l="0" t="0" r="0" b="0"/>
            <wp:docPr id="372864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547906" name=""/>
                    <pic:cNvPicPr/>
                  </pic:nvPicPr>
                  <pic:blipFill>
                    <a:blip r:embed="rId9">
                      <a:extLst>
                        <a:ext uri="{28A0092B-C50C-407E-A947-70E740481C1C}">
                          <a14:useLocalDpi xmlns:a14="http://schemas.microsoft.com/office/drawing/2010/main"/>
                        </a:ext>
                      </a:extLst>
                    </a:blip>
                    <a:stretch>
                      <a:fillRect/>
                    </a:stretch>
                  </pic:blipFill>
                  <pic:spPr>
                    <a:xfrm>
                      <a:off x="0" y="0"/>
                      <a:ext cx="4309842" cy="2267156"/>
                    </a:xfrm>
                    <a:prstGeom prst="rect">
                      <a:avLst/>
                    </a:prstGeom>
                  </pic:spPr>
                </pic:pic>
              </a:graphicData>
            </a:graphic>
          </wp:inline>
        </w:drawing>
      </w:r>
    </w:p>
    <w:p w14:paraId="1FF1511D" w14:textId="0981E91C" w:rsidR="00961C25" w:rsidRDefault="00961C25" w:rsidP="39F80A6A"/>
    <w:p w14:paraId="4EE9ED33" w14:textId="7AB349DA" w:rsidR="00961C25" w:rsidRDefault="622398C8" w:rsidP="39F80A6A">
      <w:r>
        <w:rPr>
          <w:noProof/>
        </w:rPr>
        <w:drawing>
          <wp:inline distT="0" distB="0" distL="0" distR="0" wp14:anchorId="1C27C4D5" wp14:editId="7681BAB8">
            <wp:extent cx="4269219" cy="2238375"/>
            <wp:effectExtent l="0" t="0" r="0" b="0"/>
            <wp:docPr id="19337359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735922" name=""/>
                    <pic:cNvPicPr/>
                  </pic:nvPicPr>
                  <pic:blipFill>
                    <a:blip r:embed="rId10">
                      <a:extLst>
                        <a:ext uri="{28A0092B-C50C-407E-A947-70E740481C1C}">
                          <a14:useLocalDpi xmlns:a14="http://schemas.microsoft.com/office/drawing/2010/main"/>
                        </a:ext>
                      </a:extLst>
                    </a:blip>
                    <a:stretch>
                      <a:fillRect/>
                    </a:stretch>
                  </pic:blipFill>
                  <pic:spPr>
                    <a:xfrm>
                      <a:off x="0" y="0"/>
                      <a:ext cx="4269219" cy="2238375"/>
                    </a:xfrm>
                    <a:prstGeom prst="rect">
                      <a:avLst/>
                    </a:prstGeom>
                  </pic:spPr>
                </pic:pic>
              </a:graphicData>
            </a:graphic>
          </wp:inline>
        </w:drawing>
      </w:r>
    </w:p>
    <w:p w14:paraId="587AD1B0" w14:textId="3C14647E" w:rsidR="00961C25" w:rsidRDefault="4B85E34A" w:rsidP="76EB9F46">
      <w:pPr>
        <w:rPr>
          <w:rFonts w:asciiTheme="majorHAnsi" w:eastAsiaTheme="majorEastAsia" w:hAnsiTheme="majorHAnsi" w:cstheme="majorBidi"/>
        </w:rPr>
      </w:pPr>
      <w:r w:rsidRPr="591CF23B">
        <w:rPr>
          <w:rFonts w:asciiTheme="majorHAnsi" w:eastAsiaTheme="majorEastAsia" w:hAnsiTheme="majorHAnsi" w:cstheme="majorBidi"/>
        </w:rPr>
        <w:t xml:space="preserve">I focused on a responsive design for the </w:t>
      </w:r>
      <w:r w:rsidR="737DD28F" w:rsidRPr="591CF23B">
        <w:rPr>
          <w:rFonts w:asciiTheme="majorHAnsi" w:eastAsiaTheme="majorEastAsia" w:hAnsiTheme="majorHAnsi" w:cstheme="majorBidi"/>
        </w:rPr>
        <w:t xml:space="preserve">website by </w:t>
      </w:r>
      <w:r w:rsidRPr="591CF23B">
        <w:rPr>
          <w:rFonts w:asciiTheme="majorHAnsi" w:eastAsiaTheme="majorEastAsia" w:hAnsiTheme="majorHAnsi" w:cstheme="majorBidi"/>
        </w:rPr>
        <w:t xml:space="preserve">using CSS </w:t>
      </w:r>
      <w:r w:rsidR="0AA75334" w:rsidRPr="591CF23B">
        <w:rPr>
          <w:rFonts w:asciiTheme="majorHAnsi" w:eastAsiaTheme="majorEastAsia" w:hAnsiTheme="majorHAnsi" w:cstheme="majorBidi"/>
        </w:rPr>
        <w:t>fl</w:t>
      </w:r>
      <w:r w:rsidRPr="591CF23B">
        <w:rPr>
          <w:rFonts w:asciiTheme="majorHAnsi" w:eastAsiaTheme="majorEastAsia" w:hAnsiTheme="majorHAnsi" w:cstheme="majorBidi"/>
        </w:rPr>
        <w:t xml:space="preserve">exbox and </w:t>
      </w:r>
      <w:r w:rsidR="152CFDBF" w:rsidRPr="591CF23B">
        <w:rPr>
          <w:rFonts w:asciiTheme="majorHAnsi" w:eastAsiaTheme="majorEastAsia" w:hAnsiTheme="majorHAnsi" w:cstheme="majorBidi"/>
        </w:rPr>
        <w:t>g</w:t>
      </w:r>
      <w:r w:rsidRPr="591CF23B">
        <w:rPr>
          <w:rFonts w:asciiTheme="majorHAnsi" w:eastAsiaTheme="majorEastAsia" w:hAnsiTheme="majorHAnsi" w:cstheme="majorBidi"/>
        </w:rPr>
        <w:t xml:space="preserve">rid to make sure the interface </w:t>
      </w:r>
      <w:r w:rsidR="623A135F" w:rsidRPr="591CF23B">
        <w:rPr>
          <w:rFonts w:asciiTheme="majorHAnsi" w:eastAsiaTheme="majorEastAsia" w:hAnsiTheme="majorHAnsi" w:cstheme="majorBidi"/>
        </w:rPr>
        <w:t>runs smoothly</w:t>
      </w:r>
      <w:r w:rsidRPr="591CF23B">
        <w:rPr>
          <w:rFonts w:asciiTheme="majorHAnsi" w:eastAsiaTheme="majorEastAsia" w:hAnsiTheme="majorHAnsi" w:cstheme="majorBidi"/>
        </w:rPr>
        <w:t xml:space="preserve"> and </w:t>
      </w:r>
      <w:r w:rsidR="313CB438" w:rsidRPr="591CF23B">
        <w:rPr>
          <w:rFonts w:asciiTheme="majorHAnsi" w:eastAsiaTheme="majorEastAsia" w:hAnsiTheme="majorHAnsi" w:cstheme="majorBidi"/>
        </w:rPr>
        <w:t>also</w:t>
      </w:r>
      <w:r w:rsidRPr="591CF23B">
        <w:rPr>
          <w:rFonts w:asciiTheme="majorHAnsi" w:eastAsiaTheme="majorEastAsia" w:hAnsiTheme="majorHAnsi" w:cstheme="majorBidi"/>
        </w:rPr>
        <w:t xml:space="preserve"> scales naturally to fit whatever screen size the user is on. I also kept the design focused on high contrast and clear font because if the content isn't easy to read the history gets lost</w:t>
      </w:r>
      <w:r w:rsidR="5D87C840" w:rsidRPr="591CF23B">
        <w:rPr>
          <w:rFonts w:asciiTheme="majorHAnsi" w:eastAsiaTheme="majorEastAsia" w:hAnsiTheme="majorHAnsi" w:cstheme="majorBidi"/>
        </w:rPr>
        <w:t xml:space="preserve"> and becomes confusing</w:t>
      </w:r>
      <w:r w:rsidRPr="591CF23B">
        <w:rPr>
          <w:rFonts w:asciiTheme="majorHAnsi" w:eastAsiaTheme="majorEastAsia" w:hAnsiTheme="majorHAnsi" w:cstheme="majorBidi"/>
        </w:rPr>
        <w:t>.</w:t>
      </w:r>
    </w:p>
    <w:p w14:paraId="158658B7" w14:textId="47B50F44" w:rsidR="00961C25" w:rsidRDefault="4B85E34A" w:rsidP="76EB9F46">
      <w:pPr>
        <w:spacing w:before="240" w:after="240"/>
        <w:rPr>
          <w:rFonts w:asciiTheme="majorHAnsi" w:eastAsiaTheme="majorEastAsia" w:hAnsiTheme="majorHAnsi" w:cstheme="majorBidi"/>
        </w:rPr>
      </w:pPr>
      <w:r w:rsidRPr="591CF23B">
        <w:rPr>
          <w:rFonts w:asciiTheme="majorHAnsi" w:eastAsiaTheme="majorEastAsia" w:hAnsiTheme="majorHAnsi" w:cstheme="majorBidi"/>
        </w:rPr>
        <w:t xml:space="preserve">The development process was a bit of a learning curve. When I ran my code through the W3C </w:t>
      </w:r>
      <w:r w:rsidR="27AB090D" w:rsidRPr="591CF23B">
        <w:rPr>
          <w:rFonts w:asciiTheme="majorHAnsi" w:eastAsiaTheme="majorEastAsia" w:hAnsiTheme="majorHAnsi" w:cstheme="majorBidi"/>
        </w:rPr>
        <w:t>markup</w:t>
      </w:r>
      <w:r w:rsidRPr="591CF23B">
        <w:rPr>
          <w:rFonts w:asciiTheme="majorHAnsi" w:eastAsiaTheme="majorEastAsia" w:hAnsiTheme="majorHAnsi" w:cstheme="majorBidi"/>
        </w:rPr>
        <w:t xml:space="preserve"> and Jigsaw services, I caught some errors but my main struggle was keeping the internal links from breaking as I restructured the folders. I had to go back and manually fix several broken paths for the images and stylesheets to make sure everything connected properly across the different pages. Sorting these issues out didn't just clean up the code</w:t>
      </w:r>
      <w:r w:rsidR="5393FA11" w:rsidRPr="591CF23B">
        <w:rPr>
          <w:rFonts w:asciiTheme="majorHAnsi" w:eastAsiaTheme="majorEastAsia" w:hAnsiTheme="majorHAnsi" w:cstheme="majorBidi"/>
        </w:rPr>
        <w:t xml:space="preserve"> </w:t>
      </w:r>
      <w:r w:rsidRPr="591CF23B">
        <w:rPr>
          <w:rFonts w:asciiTheme="majorHAnsi" w:eastAsiaTheme="majorEastAsia" w:hAnsiTheme="majorHAnsi" w:cstheme="majorBidi"/>
        </w:rPr>
        <w:t>it</w:t>
      </w:r>
      <w:r w:rsidR="61030648" w:rsidRPr="591CF23B">
        <w:rPr>
          <w:rFonts w:asciiTheme="majorHAnsi" w:eastAsiaTheme="majorEastAsia" w:hAnsiTheme="majorHAnsi" w:cstheme="majorBidi"/>
        </w:rPr>
        <w:t xml:space="preserve"> </w:t>
      </w:r>
      <w:r w:rsidRPr="591CF23B">
        <w:rPr>
          <w:rFonts w:asciiTheme="majorHAnsi" w:eastAsiaTheme="majorEastAsia" w:hAnsiTheme="majorHAnsi" w:cstheme="majorBidi"/>
        </w:rPr>
        <w:t xml:space="preserve"> made the site load faster and ensured it’s actually accessible for every user, regardless of their device.</w:t>
      </w:r>
    </w:p>
    <w:p w14:paraId="04D67261" w14:textId="28691605" w:rsidR="00961C25" w:rsidRDefault="004A1457">
      <w:r>
        <w:br/>
      </w:r>
    </w:p>
    <w:p w14:paraId="31EEAEE2" w14:textId="77777777" w:rsidR="00961C25" w:rsidRDefault="00D845CA">
      <w:pPr>
        <w:pStyle w:val="Heading1"/>
      </w:pPr>
      <w:bookmarkStart w:id="4" w:name="_Toc1977997684"/>
      <w:r>
        <w:t>4. Evaluation</w:t>
      </w:r>
      <w:bookmarkEnd w:id="4"/>
    </w:p>
    <w:p w14:paraId="2F8A7E9A" w14:textId="42AA672D" w:rsidR="00961C25" w:rsidRDefault="6132C579" w:rsidP="2B1C2185">
      <w:pPr>
        <w:rPr>
          <w:rFonts w:asciiTheme="majorHAnsi" w:eastAsiaTheme="majorEastAsia" w:hAnsiTheme="majorHAnsi" w:cstheme="majorBidi"/>
        </w:rPr>
      </w:pPr>
      <w:r w:rsidRPr="73DCE682">
        <w:rPr>
          <w:rFonts w:asciiTheme="majorHAnsi" w:eastAsiaTheme="majorEastAsia" w:hAnsiTheme="majorHAnsi" w:cstheme="majorBidi"/>
        </w:rPr>
        <w:t>a) Research:</w:t>
      </w:r>
      <w:r w:rsidR="0068414A">
        <w:br/>
      </w:r>
    </w:p>
    <w:p w14:paraId="0FBE0C58" w14:textId="24C38BA0" w:rsidR="00961C25" w:rsidRDefault="0CB02BD1">
      <w:pPr>
        <w:rPr>
          <w:rFonts w:asciiTheme="majorHAnsi" w:eastAsiaTheme="majorEastAsia" w:hAnsiTheme="majorHAnsi" w:cstheme="majorBidi"/>
        </w:rPr>
      </w:pPr>
      <w:r w:rsidRPr="31769413">
        <w:rPr>
          <w:rFonts w:asciiTheme="majorHAnsi" w:eastAsiaTheme="majorEastAsia" w:hAnsiTheme="majorHAnsi" w:cstheme="majorBidi"/>
        </w:rPr>
        <w:t xml:space="preserve">Usability: </w:t>
      </w:r>
      <w:r w:rsidR="6337A3ED" w:rsidRPr="31769413">
        <w:rPr>
          <w:rFonts w:asciiTheme="majorHAnsi" w:eastAsiaTheme="majorEastAsia" w:hAnsiTheme="majorHAnsi" w:cstheme="majorBidi"/>
        </w:rPr>
        <w:t xml:space="preserve">For me, usability was all about making sure the site was satisfying and efficient to use. As noted in </w:t>
      </w:r>
      <w:sdt>
        <w:sdtPr>
          <w:rPr>
            <w:rFonts w:asciiTheme="majorHAnsi" w:eastAsiaTheme="majorEastAsia" w:hAnsiTheme="majorHAnsi" w:cstheme="majorBidi"/>
          </w:rPr>
          <w:id w:val="-1681276329"/>
          <w:citation/>
        </w:sdtPr>
        <w:sdtContent>
          <w:r w:rsidR="0069628B">
            <w:rPr>
              <w:rFonts w:asciiTheme="majorHAnsi" w:eastAsiaTheme="majorEastAsia" w:hAnsiTheme="majorHAnsi" w:cstheme="majorBidi"/>
            </w:rPr>
            <w:fldChar w:fldCharType="begin"/>
          </w:r>
          <w:r w:rsidR="0069628B">
            <w:rPr>
              <w:rFonts w:asciiTheme="majorHAnsi" w:eastAsiaTheme="majorEastAsia" w:hAnsiTheme="majorHAnsi" w:cstheme="majorBidi"/>
              <w:lang w:val="en-GB"/>
            </w:rPr>
            <w:instrText xml:space="preserve"> CITATION DBe12 \l 2057 </w:instrText>
          </w:r>
          <w:r w:rsidR="0069628B">
            <w:rPr>
              <w:rFonts w:asciiTheme="majorHAnsi" w:eastAsiaTheme="majorEastAsia" w:hAnsiTheme="majorHAnsi" w:cstheme="majorBidi"/>
            </w:rPr>
            <w:fldChar w:fldCharType="separate"/>
          </w:r>
          <w:r w:rsidR="00BD1782" w:rsidRPr="00BD1782">
            <w:rPr>
              <w:rFonts w:asciiTheme="majorHAnsi" w:eastAsiaTheme="majorEastAsia" w:hAnsiTheme="majorHAnsi" w:cstheme="majorBidi"/>
              <w:noProof/>
              <w:lang w:val="en-GB"/>
            </w:rPr>
            <w:t>[1]</w:t>
          </w:r>
          <w:r w:rsidR="0069628B">
            <w:rPr>
              <w:rFonts w:asciiTheme="majorHAnsi" w:eastAsiaTheme="majorEastAsia" w:hAnsiTheme="majorHAnsi" w:cstheme="majorBidi"/>
            </w:rPr>
            <w:fldChar w:fldCharType="end"/>
          </w:r>
        </w:sdtContent>
      </w:sdt>
      <w:r w:rsidR="6337A3ED" w:rsidRPr="31769413">
        <w:rPr>
          <w:rFonts w:asciiTheme="majorHAnsi" w:eastAsiaTheme="majorEastAsia" w:hAnsiTheme="majorHAnsi" w:cstheme="majorBidi"/>
        </w:rPr>
        <w:t xml:space="preserve">usability is a huge factor in building user trust. I </w:t>
      </w:r>
      <w:r w:rsidR="417E3AD6" w:rsidRPr="31769413">
        <w:rPr>
          <w:rFonts w:asciiTheme="majorHAnsi" w:eastAsiaTheme="majorEastAsia" w:hAnsiTheme="majorHAnsi" w:cstheme="majorBidi"/>
        </w:rPr>
        <w:t xml:space="preserve">made sure I </w:t>
      </w:r>
      <w:r w:rsidR="6337A3ED" w:rsidRPr="31769413">
        <w:rPr>
          <w:rFonts w:asciiTheme="majorHAnsi" w:eastAsiaTheme="majorEastAsia" w:hAnsiTheme="majorHAnsi" w:cstheme="majorBidi"/>
        </w:rPr>
        <w:t xml:space="preserve">focused on making the navigation as intuitive as possible to </w:t>
      </w:r>
      <w:r w:rsidR="405EAA7A" w:rsidRPr="31769413">
        <w:rPr>
          <w:rFonts w:asciiTheme="majorHAnsi" w:eastAsiaTheme="majorEastAsia" w:hAnsiTheme="majorHAnsi" w:cstheme="majorBidi"/>
        </w:rPr>
        <w:t xml:space="preserve">decrease complexity </w:t>
      </w:r>
      <w:r w:rsidR="6337A3ED" w:rsidRPr="31769413">
        <w:rPr>
          <w:rFonts w:asciiTheme="majorHAnsi" w:eastAsiaTheme="majorEastAsia" w:hAnsiTheme="majorHAnsi" w:cstheme="majorBidi"/>
        </w:rPr>
        <w:t xml:space="preserve">basically making sure people don’t have to think too hard about how to move around. This is especially </w:t>
      </w:r>
      <w:r w:rsidR="1F2DC41A" w:rsidRPr="31769413">
        <w:rPr>
          <w:rFonts w:asciiTheme="majorHAnsi" w:eastAsiaTheme="majorEastAsia" w:hAnsiTheme="majorHAnsi" w:cstheme="majorBidi"/>
        </w:rPr>
        <w:t xml:space="preserve">essential </w:t>
      </w:r>
      <w:r w:rsidR="6337A3ED" w:rsidRPr="31769413">
        <w:rPr>
          <w:rFonts w:asciiTheme="majorHAnsi" w:eastAsiaTheme="majorEastAsia" w:hAnsiTheme="majorHAnsi" w:cstheme="majorBidi"/>
        </w:rPr>
        <w:t xml:space="preserve"> for an educational site like this, where I want the focus to stay on learning the history, not on figuring out how to use the website.</w:t>
      </w:r>
    </w:p>
    <w:p w14:paraId="4B14FB5E" w14:textId="2E9EBA4E" w:rsidR="64EDD562" w:rsidRDefault="64EDD562" w:rsidP="2442B18D">
      <w:pPr>
        <w:rPr>
          <w:rFonts w:asciiTheme="majorHAnsi" w:eastAsiaTheme="majorEastAsia" w:hAnsiTheme="majorHAnsi" w:cstheme="majorBidi"/>
        </w:rPr>
      </w:pPr>
      <w:r w:rsidRPr="31769413">
        <w:rPr>
          <w:rFonts w:asciiTheme="majorHAnsi" w:eastAsiaTheme="majorEastAsia" w:hAnsiTheme="majorHAnsi" w:cstheme="majorBidi"/>
        </w:rPr>
        <w:t xml:space="preserve">Accessibility: </w:t>
      </w:r>
      <w:r w:rsidR="286EFA40" w:rsidRPr="31769413">
        <w:rPr>
          <w:rFonts w:asciiTheme="majorHAnsi" w:eastAsiaTheme="majorEastAsia" w:hAnsiTheme="majorHAnsi" w:cstheme="majorBidi"/>
        </w:rPr>
        <w:t xml:space="preserve">Accessibility was about more than just checking boxes it was also about making sure there were no digital barriers for anyone regardless of their needs. Following the logic in </w:t>
      </w:r>
      <w:sdt>
        <w:sdtPr>
          <w:rPr>
            <w:rFonts w:asciiTheme="majorHAnsi" w:eastAsiaTheme="majorEastAsia" w:hAnsiTheme="majorHAnsi" w:cstheme="majorBidi"/>
          </w:rPr>
          <w:id w:val="-986859497"/>
          <w:citation/>
        </w:sdtPr>
        <w:sdtContent>
          <w:r w:rsidR="004E78F2">
            <w:rPr>
              <w:rFonts w:asciiTheme="majorHAnsi" w:eastAsiaTheme="majorEastAsia" w:hAnsiTheme="majorHAnsi" w:cstheme="majorBidi"/>
            </w:rPr>
            <w:fldChar w:fldCharType="begin"/>
          </w:r>
          <w:r w:rsidR="004E78F2">
            <w:rPr>
              <w:rFonts w:asciiTheme="majorHAnsi" w:eastAsiaTheme="majorEastAsia" w:hAnsiTheme="majorHAnsi" w:cstheme="majorBidi"/>
              <w:lang w:val="en-GB"/>
            </w:rPr>
            <w:instrText xml:space="preserve"> CITATION MVi13 \l 2057 </w:instrText>
          </w:r>
          <w:r w:rsidR="004E78F2">
            <w:rPr>
              <w:rFonts w:asciiTheme="majorHAnsi" w:eastAsiaTheme="majorEastAsia" w:hAnsiTheme="majorHAnsi" w:cstheme="majorBidi"/>
            </w:rPr>
            <w:fldChar w:fldCharType="separate"/>
          </w:r>
          <w:r w:rsidR="00BD1782" w:rsidRPr="00BD1782">
            <w:rPr>
              <w:rFonts w:asciiTheme="majorHAnsi" w:eastAsiaTheme="majorEastAsia" w:hAnsiTheme="majorHAnsi" w:cstheme="majorBidi"/>
              <w:noProof/>
              <w:lang w:val="en-GB"/>
            </w:rPr>
            <w:t>[2]</w:t>
          </w:r>
          <w:r w:rsidR="004E78F2">
            <w:rPr>
              <w:rFonts w:asciiTheme="majorHAnsi" w:eastAsiaTheme="majorEastAsia" w:hAnsiTheme="majorHAnsi" w:cstheme="majorBidi"/>
            </w:rPr>
            <w:fldChar w:fldCharType="end"/>
          </w:r>
        </w:sdtContent>
      </w:sdt>
      <w:r w:rsidR="286EFA40" w:rsidRPr="31769413">
        <w:rPr>
          <w:rFonts w:asciiTheme="majorHAnsi" w:eastAsiaTheme="majorEastAsia" w:hAnsiTheme="majorHAnsi" w:cstheme="majorBidi"/>
        </w:rPr>
        <w:t xml:space="preserve">], I realized that while automated tools are great for catching technical bugs you also </w:t>
      </w:r>
      <w:r w:rsidR="329E0D4C" w:rsidRPr="31769413">
        <w:rPr>
          <w:rFonts w:asciiTheme="majorHAnsi" w:eastAsiaTheme="majorEastAsia" w:hAnsiTheme="majorHAnsi" w:cstheme="majorBidi"/>
        </w:rPr>
        <w:t>r</w:t>
      </w:r>
      <w:r w:rsidR="286EFA40" w:rsidRPr="31769413">
        <w:rPr>
          <w:rFonts w:asciiTheme="majorHAnsi" w:eastAsiaTheme="majorEastAsia" w:hAnsiTheme="majorHAnsi" w:cstheme="majorBidi"/>
        </w:rPr>
        <w:t>eally need to do manual checks to make sure the site is truly understandable. I made sure to follow WCAG 2.1 standards so that the history of Manchester is inclusive for everyone</w:t>
      </w:r>
    </w:p>
    <w:p w14:paraId="3266808D" w14:textId="4D1697A3" w:rsidR="769240E1" w:rsidRDefault="769240E1" w:rsidP="2442B18D">
      <w:pPr>
        <w:rPr>
          <w:rFonts w:asciiTheme="majorHAnsi" w:eastAsiaTheme="majorEastAsia" w:hAnsiTheme="majorHAnsi" w:cstheme="majorBidi"/>
        </w:rPr>
      </w:pPr>
      <w:r w:rsidRPr="31769413">
        <w:rPr>
          <w:rFonts w:asciiTheme="majorHAnsi" w:eastAsiaTheme="majorEastAsia" w:hAnsiTheme="majorHAnsi" w:cstheme="majorBidi"/>
        </w:rPr>
        <w:t>SEO: To help people actually find the site</w:t>
      </w:r>
      <w:r w:rsidR="3DB3A51A" w:rsidRPr="31769413">
        <w:rPr>
          <w:rFonts w:asciiTheme="majorHAnsi" w:eastAsiaTheme="majorEastAsia" w:hAnsiTheme="majorHAnsi" w:cstheme="majorBidi"/>
        </w:rPr>
        <w:t>,</w:t>
      </w:r>
      <w:r w:rsidRPr="31769413">
        <w:rPr>
          <w:rFonts w:asciiTheme="majorHAnsi" w:eastAsiaTheme="majorEastAsia" w:hAnsiTheme="majorHAnsi" w:cstheme="majorBidi"/>
        </w:rPr>
        <w:t xml:space="preserve">I made sure to focus on search visibility. Research </w:t>
      </w:r>
      <w:r w:rsidR="609ED98B" w:rsidRPr="31769413">
        <w:rPr>
          <w:rFonts w:asciiTheme="majorHAnsi" w:eastAsiaTheme="majorEastAsia" w:hAnsiTheme="majorHAnsi" w:cstheme="majorBidi"/>
        </w:rPr>
        <w:t>indicates</w:t>
      </w:r>
      <w:r w:rsidRPr="31769413">
        <w:rPr>
          <w:rFonts w:asciiTheme="majorHAnsi" w:eastAsiaTheme="majorEastAsia" w:hAnsiTheme="majorHAnsi" w:cstheme="majorBidi"/>
        </w:rPr>
        <w:t xml:space="preserve"> that modern search algorithms now </w:t>
      </w:r>
      <w:r w:rsidR="3F71E808" w:rsidRPr="31769413">
        <w:rPr>
          <w:rFonts w:asciiTheme="majorHAnsi" w:eastAsiaTheme="majorEastAsia" w:hAnsiTheme="majorHAnsi" w:cstheme="majorBidi"/>
        </w:rPr>
        <w:t>focuses</w:t>
      </w:r>
      <w:r w:rsidRPr="31769413">
        <w:rPr>
          <w:rFonts w:asciiTheme="majorHAnsi" w:eastAsiaTheme="majorEastAsia" w:hAnsiTheme="majorHAnsi" w:cstheme="majorBidi"/>
        </w:rPr>
        <w:t xml:space="preserve"> </w:t>
      </w:r>
      <w:r w:rsidR="6AB720DE" w:rsidRPr="31769413">
        <w:rPr>
          <w:rFonts w:asciiTheme="majorHAnsi" w:eastAsiaTheme="majorEastAsia" w:hAnsiTheme="majorHAnsi" w:cstheme="majorBidi"/>
        </w:rPr>
        <w:t xml:space="preserve">on </w:t>
      </w:r>
      <w:r w:rsidRPr="31769413">
        <w:rPr>
          <w:rFonts w:asciiTheme="majorHAnsi" w:eastAsiaTheme="majorEastAsia" w:hAnsiTheme="majorHAnsi" w:cstheme="majorBidi"/>
        </w:rPr>
        <w:t xml:space="preserve">things </w:t>
      </w:r>
      <w:r w:rsidR="67521D2E" w:rsidRPr="31769413">
        <w:rPr>
          <w:rFonts w:asciiTheme="majorHAnsi" w:eastAsiaTheme="majorEastAsia" w:hAnsiTheme="majorHAnsi" w:cstheme="majorBidi"/>
        </w:rPr>
        <w:t xml:space="preserve">such </w:t>
      </w:r>
      <w:r w:rsidR="7527D6B6" w:rsidRPr="31769413">
        <w:rPr>
          <w:rFonts w:asciiTheme="majorHAnsi" w:eastAsiaTheme="majorEastAsia" w:hAnsiTheme="majorHAnsi" w:cstheme="majorBidi"/>
        </w:rPr>
        <w:t xml:space="preserve">as </w:t>
      </w:r>
      <w:r w:rsidRPr="31769413">
        <w:rPr>
          <w:rFonts w:asciiTheme="majorHAnsi" w:eastAsiaTheme="majorEastAsia" w:hAnsiTheme="majorHAnsi" w:cstheme="majorBidi"/>
        </w:rPr>
        <w:t>mobile responsiveness and HTML structures</w:t>
      </w:r>
      <w:r w:rsidR="5A8DFC97" w:rsidRPr="31769413">
        <w:rPr>
          <w:rFonts w:asciiTheme="majorHAnsi" w:eastAsiaTheme="majorEastAsia" w:hAnsiTheme="majorHAnsi" w:cstheme="majorBidi"/>
        </w:rPr>
        <w:t>. For example</w:t>
      </w:r>
      <w:r w:rsidRPr="31769413">
        <w:rPr>
          <w:rFonts w:asciiTheme="majorHAnsi" w:eastAsiaTheme="majorEastAsia" w:hAnsiTheme="majorHAnsi" w:cstheme="majorBidi"/>
        </w:rPr>
        <w:t xml:space="preserve"> using H1 and H2 tags </w:t>
      </w:r>
      <w:r w:rsidR="53D6B1D3" w:rsidRPr="31769413">
        <w:rPr>
          <w:rFonts w:asciiTheme="majorHAnsi" w:eastAsiaTheme="majorEastAsia" w:hAnsiTheme="majorHAnsi" w:cstheme="majorBidi"/>
        </w:rPr>
        <w:t>instead of</w:t>
      </w:r>
      <w:r w:rsidRPr="31769413">
        <w:rPr>
          <w:rFonts w:asciiTheme="majorHAnsi" w:eastAsiaTheme="majorEastAsia" w:hAnsiTheme="majorHAnsi" w:cstheme="majorBidi"/>
        </w:rPr>
        <w:t xml:space="preserve"> just cramming in keywords </w:t>
      </w:r>
      <w:sdt>
        <w:sdtPr>
          <w:rPr>
            <w:rFonts w:asciiTheme="majorHAnsi" w:eastAsiaTheme="majorEastAsia" w:hAnsiTheme="majorHAnsi" w:cstheme="majorBidi"/>
          </w:rPr>
          <w:id w:val="1808968313"/>
          <w:citation/>
        </w:sdtPr>
        <w:sdtContent>
          <w:r w:rsidR="004E78F2">
            <w:rPr>
              <w:rFonts w:asciiTheme="majorHAnsi" w:eastAsiaTheme="majorEastAsia" w:hAnsiTheme="majorHAnsi" w:cstheme="majorBidi"/>
            </w:rPr>
            <w:fldChar w:fldCharType="begin"/>
          </w:r>
          <w:r w:rsidR="004E78F2">
            <w:rPr>
              <w:rFonts w:asciiTheme="majorHAnsi" w:eastAsiaTheme="majorEastAsia" w:hAnsiTheme="majorHAnsi" w:cstheme="majorBidi"/>
              <w:lang w:val="en-GB"/>
            </w:rPr>
            <w:instrText xml:space="preserve"> CITATION NZi19 \l 2057 </w:instrText>
          </w:r>
          <w:r w:rsidR="004E78F2">
            <w:rPr>
              <w:rFonts w:asciiTheme="majorHAnsi" w:eastAsiaTheme="majorEastAsia" w:hAnsiTheme="majorHAnsi" w:cstheme="majorBidi"/>
            </w:rPr>
            <w:fldChar w:fldCharType="separate"/>
          </w:r>
          <w:r w:rsidR="00BD1782" w:rsidRPr="00BD1782">
            <w:rPr>
              <w:rFonts w:asciiTheme="majorHAnsi" w:eastAsiaTheme="majorEastAsia" w:hAnsiTheme="majorHAnsi" w:cstheme="majorBidi"/>
              <w:noProof/>
              <w:lang w:val="en-GB"/>
            </w:rPr>
            <w:t>[3]</w:t>
          </w:r>
          <w:r w:rsidR="004E78F2">
            <w:rPr>
              <w:rFonts w:asciiTheme="majorHAnsi" w:eastAsiaTheme="majorEastAsia" w:hAnsiTheme="majorHAnsi" w:cstheme="majorBidi"/>
            </w:rPr>
            <w:fldChar w:fldCharType="end"/>
          </w:r>
        </w:sdtContent>
      </w:sdt>
      <w:r w:rsidRPr="31769413">
        <w:rPr>
          <w:rFonts w:asciiTheme="majorHAnsi" w:eastAsiaTheme="majorEastAsia" w:hAnsiTheme="majorHAnsi" w:cstheme="majorBidi"/>
        </w:rPr>
        <w:t xml:space="preserve">. By building the site this way, I’ve made it much easier for search engines to recognize it as a </w:t>
      </w:r>
      <w:r w:rsidR="1CAD7E6A" w:rsidRPr="31769413">
        <w:rPr>
          <w:rFonts w:asciiTheme="majorHAnsi" w:eastAsiaTheme="majorEastAsia" w:hAnsiTheme="majorHAnsi" w:cstheme="majorBidi"/>
        </w:rPr>
        <w:t xml:space="preserve">relevant high </w:t>
      </w:r>
      <w:r w:rsidRPr="31769413">
        <w:rPr>
          <w:rFonts w:asciiTheme="majorHAnsi" w:eastAsiaTheme="majorEastAsia" w:hAnsiTheme="majorHAnsi" w:cstheme="majorBidi"/>
        </w:rPr>
        <w:t>quality resource.</w:t>
      </w:r>
    </w:p>
    <w:p w14:paraId="65FCE74D" w14:textId="00C159DD" w:rsidR="2442B18D" w:rsidRDefault="2442B18D" w:rsidP="2442B18D">
      <w:pPr>
        <w:rPr>
          <w:rFonts w:asciiTheme="majorHAnsi" w:eastAsiaTheme="majorEastAsia" w:hAnsiTheme="majorHAnsi" w:cstheme="majorBidi"/>
        </w:rPr>
      </w:pPr>
    </w:p>
    <w:p w14:paraId="231ED268" w14:textId="18526012" w:rsidR="00961C25" w:rsidRDefault="6132C579" w:rsidP="2442B18D">
      <w:pPr>
        <w:rPr>
          <w:rFonts w:asciiTheme="majorHAnsi" w:eastAsiaTheme="majorEastAsia" w:hAnsiTheme="majorHAnsi" w:cstheme="majorBidi"/>
        </w:rPr>
      </w:pPr>
      <w:r w:rsidRPr="73DCE682">
        <w:rPr>
          <w:rFonts w:asciiTheme="majorHAnsi" w:eastAsiaTheme="majorEastAsia" w:hAnsiTheme="majorHAnsi" w:cstheme="majorBidi"/>
        </w:rPr>
        <w:t>b) Website Evaluation:</w:t>
      </w:r>
    </w:p>
    <w:p w14:paraId="2F04E25E" w14:textId="077C6B51" w:rsidR="00961C25" w:rsidRDefault="6070E4E0" w:rsidP="0D13458C">
      <w:pPr>
        <w:spacing w:before="240" w:after="240"/>
        <w:rPr>
          <w:rFonts w:asciiTheme="majorHAnsi" w:eastAsiaTheme="majorEastAsia" w:hAnsiTheme="majorHAnsi" w:cstheme="majorBidi"/>
        </w:rPr>
      </w:pPr>
      <w:r w:rsidRPr="73DCE682">
        <w:rPr>
          <w:rFonts w:asciiTheme="majorHAnsi" w:eastAsiaTheme="majorEastAsia" w:hAnsiTheme="majorHAnsi" w:cstheme="majorBidi"/>
        </w:rPr>
        <w:t xml:space="preserve">I wanted the site to be as practical as possible, so I organized the history into clear modules and included a  navigation bar. This means no matter how far down a page you scroll, </w:t>
      </w:r>
      <w:r w:rsidR="61F49CC6" w:rsidRPr="73DCE682">
        <w:rPr>
          <w:rFonts w:asciiTheme="majorHAnsi" w:eastAsiaTheme="majorEastAsia" w:hAnsiTheme="majorHAnsi" w:cstheme="majorBidi"/>
        </w:rPr>
        <w:t>you</w:t>
      </w:r>
      <w:r w:rsidRPr="73DCE682">
        <w:rPr>
          <w:rFonts w:asciiTheme="majorHAnsi" w:eastAsiaTheme="majorEastAsia" w:hAnsiTheme="majorHAnsi" w:cstheme="majorBidi"/>
        </w:rPr>
        <w:t xml:space="preserve"> always have </w:t>
      </w:r>
      <w:r w:rsidR="0BA1B5A3" w:rsidRPr="73DCE682">
        <w:rPr>
          <w:rFonts w:asciiTheme="majorHAnsi" w:eastAsiaTheme="majorEastAsia" w:hAnsiTheme="majorHAnsi" w:cstheme="majorBidi"/>
        </w:rPr>
        <w:t>your</w:t>
      </w:r>
      <w:r w:rsidRPr="73DCE682">
        <w:rPr>
          <w:rFonts w:asciiTheme="majorHAnsi" w:eastAsiaTheme="majorEastAsia" w:hAnsiTheme="majorHAnsi" w:cstheme="majorBidi"/>
        </w:rPr>
        <w:t xml:space="preserve"> bearings and can jump to another section easily. For </w:t>
      </w:r>
      <w:r w:rsidR="545B1EA3" w:rsidRPr="73DCE682">
        <w:rPr>
          <w:rFonts w:asciiTheme="majorHAnsi" w:eastAsiaTheme="majorEastAsia" w:hAnsiTheme="majorHAnsi" w:cstheme="majorBidi"/>
        </w:rPr>
        <w:t>search engine optimization</w:t>
      </w:r>
      <w:r w:rsidRPr="73DCE682">
        <w:rPr>
          <w:rFonts w:asciiTheme="majorHAnsi" w:eastAsiaTheme="majorEastAsia" w:hAnsiTheme="majorHAnsi" w:cstheme="majorBidi"/>
        </w:rPr>
        <w:t xml:space="preserve"> I didn't just stop at keywords</w:t>
      </w:r>
      <w:r w:rsidR="37BB1832" w:rsidRPr="73DCE682">
        <w:rPr>
          <w:rFonts w:asciiTheme="majorHAnsi" w:eastAsiaTheme="majorEastAsia" w:hAnsiTheme="majorHAnsi" w:cstheme="majorBidi"/>
        </w:rPr>
        <w:t>.</w:t>
      </w:r>
      <w:r w:rsidRPr="73DCE682">
        <w:rPr>
          <w:rFonts w:asciiTheme="majorHAnsi" w:eastAsiaTheme="majorEastAsia" w:hAnsiTheme="majorHAnsi" w:cstheme="majorBidi"/>
        </w:rPr>
        <w:t xml:space="preserve">I </w:t>
      </w:r>
      <w:r w:rsidR="3778AEFF" w:rsidRPr="73DCE682">
        <w:rPr>
          <w:rFonts w:asciiTheme="majorHAnsi" w:eastAsiaTheme="majorEastAsia" w:hAnsiTheme="majorHAnsi" w:cstheme="majorBidi"/>
        </w:rPr>
        <w:t xml:space="preserve">made sure to </w:t>
      </w:r>
      <w:r w:rsidRPr="73DCE682">
        <w:rPr>
          <w:rFonts w:asciiTheme="majorHAnsi" w:eastAsiaTheme="majorEastAsia" w:hAnsiTheme="majorHAnsi" w:cstheme="majorBidi"/>
        </w:rPr>
        <w:t>use unique titles and headers for every page to make sure search engines can index the content properly.</w:t>
      </w:r>
    </w:p>
    <w:p w14:paraId="78D80D2B" w14:textId="43DC9B7E" w:rsidR="00961C25" w:rsidRDefault="6070E4E0" w:rsidP="0D13458C">
      <w:pPr>
        <w:spacing w:before="240" w:after="240"/>
        <w:rPr>
          <w:rFonts w:asciiTheme="majorHAnsi" w:eastAsiaTheme="majorEastAsia" w:hAnsiTheme="majorHAnsi" w:cstheme="majorBidi"/>
        </w:rPr>
      </w:pPr>
      <w:r w:rsidRPr="73DCE682">
        <w:rPr>
          <w:rFonts w:asciiTheme="majorHAnsi" w:eastAsiaTheme="majorEastAsia" w:hAnsiTheme="majorHAnsi" w:cstheme="majorBidi"/>
        </w:rPr>
        <w:t xml:space="preserve">Accessibility was </w:t>
      </w:r>
      <w:r w:rsidR="7DD67C31" w:rsidRPr="73DCE682">
        <w:rPr>
          <w:rFonts w:asciiTheme="majorHAnsi" w:eastAsiaTheme="majorEastAsia" w:hAnsiTheme="majorHAnsi" w:cstheme="majorBidi"/>
        </w:rPr>
        <w:t xml:space="preserve">also </w:t>
      </w:r>
      <w:r w:rsidRPr="73DCE682">
        <w:rPr>
          <w:rFonts w:asciiTheme="majorHAnsi" w:eastAsiaTheme="majorEastAsia" w:hAnsiTheme="majorHAnsi" w:cstheme="majorBidi"/>
        </w:rPr>
        <w:t xml:space="preserve"> a huge priority for me, and I </w:t>
      </w:r>
      <w:r w:rsidR="20E085F7" w:rsidRPr="73DCE682">
        <w:rPr>
          <w:rFonts w:asciiTheme="majorHAnsi" w:eastAsiaTheme="majorEastAsia" w:hAnsiTheme="majorHAnsi" w:cstheme="majorBidi"/>
        </w:rPr>
        <w:t xml:space="preserve">made sure I </w:t>
      </w:r>
      <w:r w:rsidRPr="73DCE682">
        <w:rPr>
          <w:rFonts w:asciiTheme="majorHAnsi" w:eastAsiaTheme="majorEastAsia" w:hAnsiTheme="majorHAnsi" w:cstheme="majorBidi"/>
        </w:rPr>
        <w:t xml:space="preserve">stuck to the four core WCAG 2.1 principles to make sure the site works for everyone. I made the content perceivable by using high color contrast so everything is easy to see and ensured it is operable by making </w:t>
      </w:r>
      <w:r w:rsidR="6E9023FD" w:rsidRPr="73DCE682">
        <w:rPr>
          <w:rFonts w:asciiTheme="majorHAnsi" w:eastAsiaTheme="majorEastAsia" w:hAnsiTheme="majorHAnsi" w:cstheme="majorBidi"/>
        </w:rPr>
        <w:t xml:space="preserve">sure you can navigate </w:t>
      </w:r>
      <w:r w:rsidRPr="73DCE682">
        <w:rPr>
          <w:rFonts w:asciiTheme="majorHAnsi" w:eastAsiaTheme="majorEastAsia" w:hAnsiTheme="majorHAnsi" w:cstheme="majorBidi"/>
        </w:rPr>
        <w:t xml:space="preserve">the entire site </w:t>
      </w:r>
      <w:r w:rsidR="38523FFF" w:rsidRPr="73DCE682">
        <w:rPr>
          <w:rFonts w:asciiTheme="majorHAnsi" w:eastAsiaTheme="majorEastAsia" w:hAnsiTheme="majorHAnsi" w:cstheme="majorBidi"/>
        </w:rPr>
        <w:t>by</w:t>
      </w:r>
      <w:r w:rsidRPr="73DCE682">
        <w:rPr>
          <w:rFonts w:asciiTheme="majorHAnsi" w:eastAsiaTheme="majorEastAsia" w:hAnsiTheme="majorHAnsi" w:cstheme="majorBidi"/>
        </w:rPr>
        <w:t xml:space="preserve"> using just a keyboard. I also focused on making it understandable by keeping the layouts consistent across all pages so users don't have </w:t>
      </w:r>
      <w:r w:rsidR="21DD209B" w:rsidRPr="73DCE682">
        <w:rPr>
          <w:rFonts w:asciiTheme="majorHAnsi" w:eastAsiaTheme="majorEastAsia" w:hAnsiTheme="majorHAnsi" w:cstheme="majorBidi"/>
        </w:rPr>
        <w:t>any confusion</w:t>
      </w:r>
      <w:r w:rsidRPr="73DCE682">
        <w:rPr>
          <w:rFonts w:asciiTheme="majorHAnsi" w:eastAsiaTheme="majorEastAsia" w:hAnsiTheme="majorHAnsi" w:cstheme="majorBidi"/>
        </w:rPr>
        <w:t xml:space="preserve"> as they browse. Finally, I made sure the site is robust by using validated standard</w:t>
      </w:r>
      <w:r w:rsidR="67C9E550" w:rsidRPr="73DCE682">
        <w:rPr>
          <w:rFonts w:asciiTheme="majorHAnsi" w:eastAsiaTheme="majorEastAsia" w:hAnsiTheme="majorHAnsi" w:cstheme="majorBidi"/>
        </w:rPr>
        <w:t xml:space="preserve"> </w:t>
      </w:r>
      <w:r w:rsidRPr="73DCE682">
        <w:rPr>
          <w:rFonts w:asciiTheme="majorHAnsi" w:eastAsiaTheme="majorEastAsia" w:hAnsiTheme="majorHAnsi" w:cstheme="majorBidi"/>
        </w:rPr>
        <w:t>compliant code, which keeps it stable and functional across all modern web browsers. This approach wasn't just about passing a checklist</w:t>
      </w:r>
      <w:r w:rsidR="7310CC05" w:rsidRPr="73DCE682">
        <w:rPr>
          <w:rFonts w:asciiTheme="majorHAnsi" w:eastAsiaTheme="majorEastAsia" w:hAnsiTheme="majorHAnsi" w:cstheme="majorBidi"/>
        </w:rPr>
        <w:t xml:space="preserve"> </w:t>
      </w:r>
      <w:r w:rsidRPr="73DCE682">
        <w:rPr>
          <w:rFonts w:asciiTheme="majorHAnsi" w:eastAsiaTheme="majorEastAsia" w:hAnsiTheme="majorHAnsi" w:cstheme="majorBidi"/>
        </w:rPr>
        <w:t>it was</w:t>
      </w:r>
      <w:r w:rsidR="3309025B" w:rsidRPr="73DCE682">
        <w:rPr>
          <w:rFonts w:asciiTheme="majorHAnsi" w:eastAsiaTheme="majorEastAsia" w:hAnsiTheme="majorHAnsi" w:cstheme="majorBidi"/>
        </w:rPr>
        <w:t xml:space="preserve"> also </w:t>
      </w:r>
      <w:r w:rsidRPr="73DCE682">
        <w:rPr>
          <w:rFonts w:asciiTheme="majorHAnsi" w:eastAsiaTheme="majorEastAsia" w:hAnsiTheme="majorHAnsi" w:cstheme="majorBidi"/>
        </w:rPr>
        <w:t xml:space="preserve"> about making sure the Manchester Heritage site is a reliable, inclusive tool for anyone interested in the city's past.</w:t>
      </w:r>
    </w:p>
    <w:p w14:paraId="24CEA3A4" w14:textId="5C6A5EF0" w:rsidR="00961C25" w:rsidRDefault="00600D3E">
      <w:pPr>
        <w:rPr>
          <w:rFonts w:asciiTheme="majorHAnsi" w:eastAsiaTheme="majorEastAsia" w:hAnsiTheme="majorHAnsi" w:cstheme="majorBidi"/>
        </w:rPr>
      </w:pPr>
      <w:r>
        <w:br/>
      </w:r>
    </w:p>
    <w:p w14:paraId="46B3923E" w14:textId="0CF911F2" w:rsidR="00961C25" w:rsidRDefault="6132C579" w:rsidP="0295F35E">
      <w:pPr>
        <w:spacing w:before="240" w:after="240"/>
        <w:rPr>
          <w:rFonts w:asciiTheme="majorHAnsi" w:eastAsiaTheme="majorEastAsia" w:hAnsiTheme="majorHAnsi" w:cstheme="majorBidi"/>
        </w:rPr>
      </w:pPr>
      <w:r w:rsidRPr="73DCE682">
        <w:rPr>
          <w:rFonts w:asciiTheme="majorHAnsi" w:eastAsiaTheme="majorEastAsia" w:hAnsiTheme="majorHAnsi" w:cstheme="majorBidi"/>
        </w:rPr>
        <w:t>c) Website Comparison:</w:t>
      </w:r>
      <w:r w:rsidR="00C544E2">
        <w:br/>
      </w:r>
      <w:r w:rsidR="560CC2E1" w:rsidRPr="73DCE682">
        <w:rPr>
          <w:rFonts w:asciiTheme="majorHAnsi" w:eastAsiaTheme="majorEastAsia" w:hAnsiTheme="majorHAnsi" w:cstheme="majorBidi"/>
        </w:rPr>
        <w:t>Looking at sites like BBC News and Gov.uk really highlighted the different ways to approach web design. While the BBC is good for visual engagement and helping you discover new stories I personally  found Gov.uk to be the better model for what I wanted to achieve. Its minimalistic  design system completely avoids  distractions, making it the higher standard for accessibility and pure speed.</w:t>
      </w:r>
    </w:p>
    <w:p w14:paraId="7A87FAAE" w14:textId="138B207C" w:rsidR="00961C25" w:rsidRDefault="560CC2E1" w:rsidP="0295F35E">
      <w:pPr>
        <w:spacing w:before="240" w:after="240"/>
        <w:rPr>
          <w:rFonts w:asciiTheme="majorHAnsi" w:eastAsiaTheme="majorEastAsia" w:hAnsiTheme="majorHAnsi" w:cstheme="majorBidi"/>
        </w:rPr>
      </w:pPr>
      <w:r w:rsidRPr="73DCE682">
        <w:rPr>
          <w:rFonts w:asciiTheme="majorHAnsi" w:eastAsiaTheme="majorEastAsia" w:hAnsiTheme="majorHAnsi" w:cstheme="majorBidi"/>
        </w:rPr>
        <w:t xml:space="preserve">That </w:t>
      </w:r>
      <w:r w:rsidR="710EE20D" w:rsidRPr="73DCE682">
        <w:rPr>
          <w:rFonts w:asciiTheme="majorHAnsi" w:eastAsiaTheme="majorEastAsia" w:hAnsiTheme="majorHAnsi" w:cstheme="majorBidi"/>
        </w:rPr>
        <w:t xml:space="preserve">efficiency </w:t>
      </w:r>
      <w:r w:rsidRPr="73DCE682">
        <w:rPr>
          <w:rFonts w:asciiTheme="majorHAnsi" w:eastAsiaTheme="majorEastAsia" w:hAnsiTheme="majorHAnsi" w:cstheme="majorBidi"/>
        </w:rPr>
        <w:t xml:space="preserve"> had a </w:t>
      </w:r>
      <w:r w:rsidR="411C7BCC" w:rsidRPr="73DCE682">
        <w:rPr>
          <w:rFonts w:asciiTheme="majorHAnsi" w:eastAsiaTheme="majorEastAsia" w:hAnsiTheme="majorHAnsi" w:cstheme="majorBidi"/>
        </w:rPr>
        <w:t>big</w:t>
      </w:r>
      <w:r w:rsidRPr="73DCE682">
        <w:rPr>
          <w:rFonts w:asciiTheme="majorHAnsi" w:eastAsiaTheme="majorEastAsia" w:hAnsiTheme="majorHAnsi" w:cstheme="majorBidi"/>
        </w:rPr>
        <w:t xml:space="preserve"> influence on how I built the Manchester Heritage project. I chose to prioritize clean design and </w:t>
      </w:r>
      <w:r w:rsidR="3E977629" w:rsidRPr="73DCE682">
        <w:rPr>
          <w:rFonts w:asciiTheme="majorHAnsi" w:eastAsiaTheme="majorEastAsia" w:hAnsiTheme="majorHAnsi" w:cstheme="majorBidi"/>
        </w:rPr>
        <w:t xml:space="preserve">relevant </w:t>
      </w:r>
      <w:r w:rsidRPr="73DCE682">
        <w:rPr>
          <w:rFonts w:asciiTheme="majorHAnsi" w:eastAsiaTheme="majorEastAsia" w:hAnsiTheme="majorHAnsi" w:cstheme="majorBidi"/>
        </w:rPr>
        <w:t xml:space="preserve">information over unnecessary decorative elements. By cutting out the </w:t>
      </w:r>
      <w:r w:rsidR="252C9732" w:rsidRPr="73DCE682">
        <w:rPr>
          <w:rFonts w:asciiTheme="majorHAnsi" w:eastAsiaTheme="majorEastAsia" w:hAnsiTheme="majorHAnsi" w:cstheme="majorBidi"/>
        </w:rPr>
        <w:t xml:space="preserve">irrelevant </w:t>
      </w:r>
      <w:r w:rsidRPr="73DCE682">
        <w:rPr>
          <w:rFonts w:asciiTheme="majorHAnsi" w:eastAsiaTheme="majorEastAsia" w:hAnsiTheme="majorHAnsi" w:cstheme="majorBidi"/>
        </w:rPr>
        <w:t>clutter, I was able to focus on functional efficiency</w:t>
      </w:r>
      <w:r w:rsidR="56664171" w:rsidRPr="73DCE682">
        <w:rPr>
          <w:rFonts w:asciiTheme="majorHAnsi" w:eastAsiaTheme="majorEastAsia" w:hAnsiTheme="majorHAnsi" w:cstheme="majorBidi"/>
        </w:rPr>
        <w:t xml:space="preserve"> </w:t>
      </w:r>
      <w:r w:rsidRPr="73DCE682">
        <w:rPr>
          <w:rFonts w:asciiTheme="majorHAnsi" w:eastAsiaTheme="majorEastAsia" w:hAnsiTheme="majorHAnsi" w:cstheme="majorBidi"/>
        </w:rPr>
        <w:t>ensuring that the history of Manchester is the main focus and that the site remains inclusive and easy to navigate for everyone.</w:t>
      </w:r>
    </w:p>
    <w:p w14:paraId="26689B47" w14:textId="0A654452" w:rsidR="00961C25" w:rsidRDefault="00961C25">
      <w:pPr>
        <w:rPr>
          <w:rFonts w:asciiTheme="majorHAnsi" w:eastAsiaTheme="majorEastAsia" w:hAnsiTheme="majorHAnsi" w:cstheme="majorBidi"/>
        </w:rPr>
      </w:pPr>
    </w:p>
    <w:p w14:paraId="1619BE53" w14:textId="77777777" w:rsidR="00961C25" w:rsidRDefault="00D845CA">
      <w:pPr>
        <w:pStyle w:val="Heading1"/>
      </w:pPr>
      <w:bookmarkStart w:id="5" w:name="_Toc467483320"/>
      <w:r>
        <w:t>5. Conclusion</w:t>
      </w:r>
      <w:bookmarkEnd w:id="5"/>
    </w:p>
    <w:p w14:paraId="6349796E" w14:textId="584F1F1D" w:rsidR="00961C25" w:rsidRDefault="6669C694" w:rsidP="31769413">
      <w:pPr>
        <w:spacing w:before="240" w:after="240"/>
        <w:rPr>
          <w:rFonts w:asciiTheme="majorHAnsi" w:eastAsiaTheme="majorEastAsia" w:hAnsiTheme="majorHAnsi" w:cstheme="majorBidi"/>
        </w:rPr>
      </w:pPr>
      <w:r w:rsidRPr="3FE1D667">
        <w:rPr>
          <w:rFonts w:asciiTheme="majorHAnsi" w:eastAsiaTheme="majorEastAsia" w:hAnsiTheme="majorHAnsi" w:cstheme="majorBidi"/>
        </w:rPr>
        <w:t>The Manchester Heritage website ended up being a really good mix of historical storytelling and solid technical standards. By sticking to W3C and WCAG 2.1 guidelines, I managed to build a platform that’s not just stable and inclusive</w:t>
      </w:r>
      <w:r w:rsidR="2B2C6E61" w:rsidRPr="3FE1D667">
        <w:rPr>
          <w:rFonts w:asciiTheme="majorHAnsi" w:eastAsiaTheme="majorEastAsia" w:hAnsiTheme="majorHAnsi" w:cstheme="majorBidi"/>
        </w:rPr>
        <w:t xml:space="preserve"> </w:t>
      </w:r>
      <w:r w:rsidRPr="3FE1D667">
        <w:rPr>
          <w:rFonts w:asciiTheme="majorHAnsi" w:eastAsiaTheme="majorEastAsia" w:hAnsiTheme="majorHAnsi" w:cstheme="majorBidi"/>
        </w:rPr>
        <w:t xml:space="preserve">but </w:t>
      </w:r>
      <w:r w:rsidR="6076F999" w:rsidRPr="3FE1D667">
        <w:rPr>
          <w:rFonts w:asciiTheme="majorHAnsi" w:eastAsiaTheme="majorEastAsia" w:hAnsiTheme="majorHAnsi" w:cstheme="majorBidi"/>
        </w:rPr>
        <w:t xml:space="preserve">is </w:t>
      </w:r>
      <w:r w:rsidRPr="3FE1D667">
        <w:rPr>
          <w:rFonts w:asciiTheme="majorHAnsi" w:eastAsiaTheme="majorEastAsia" w:hAnsiTheme="majorHAnsi" w:cstheme="majorBidi"/>
        </w:rPr>
        <w:t>also future</w:t>
      </w:r>
      <w:r w:rsidR="2B3BDFC6" w:rsidRPr="3FE1D667">
        <w:rPr>
          <w:rFonts w:asciiTheme="majorHAnsi" w:eastAsiaTheme="majorEastAsia" w:hAnsiTheme="majorHAnsi" w:cstheme="majorBidi"/>
        </w:rPr>
        <w:t xml:space="preserve"> </w:t>
      </w:r>
      <w:r w:rsidRPr="3FE1D667">
        <w:rPr>
          <w:rFonts w:asciiTheme="majorHAnsi" w:eastAsiaTheme="majorEastAsia" w:hAnsiTheme="majorHAnsi" w:cstheme="majorBidi"/>
        </w:rPr>
        <w:t>proof. This project really showed me how focusing on a strong sstructure and high usability can make a huge difference for an educational audience.</w:t>
      </w:r>
    </w:p>
    <w:p w14:paraId="6F850CFC" w14:textId="5B83E853" w:rsidR="00961C25" w:rsidRDefault="11ACCF4B" w:rsidP="31769413">
      <w:pPr>
        <w:spacing w:before="240" w:after="240"/>
        <w:rPr>
          <w:rFonts w:asciiTheme="majorHAnsi" w:eastAsiaTheme="majorEastAsia" w:hAnsiTheme="majorHAnsi" w:cstheme="majorBidi"/>
        </w:rPr>
      </w:pPr>
      <w:r w:rsidRPr="3FE1D667">
        <w:rPr>
          <w:rFonts w:asciiTheme="majorHAnsi" w:eastAsiaTheme="majorEastAsia" w:hAnsiTheme="majorHAnsi" w:cstheme="majorBidi"/>
        </w:rPr>
        <w:t xml:space="preserve">In the future </w:t>
      </w:r>
      <w:r w:rsidR="6669C694" w:rsidRPr="3FE1D667">
        <w:rPr>
          <w:rFonts w:asciiTheme="majorHAnsi" w:eastAsiaTheme="majorEastAsia" w:hAnsiTheme="majorHAnsi" w:cstheme="majorBidi"/>
        </w:rPr>
        <w:t xml:space="preserve">I think there’s a lot of room to make the site even more engaging. In future versions, I’d love to add interactive features </w:t>
      </w:r>
      <w:r w:rsidR="5DE4E08C" w:rsidRPr="3FE1D667">
        <w:rPr>
          <w:rFonts w:asciiTheme="majorHAnsi" w:eastAsiaTheme="majorEastAsia" w:hAnsiTheme="majorHAnsi" w:cstheme="majorBidi"/>
        </w:rPr>
        <w:t>such</w:t>
      </w:r>
      <w:r w:rsidR="6669C694" w:rsidRPr="3FE1D667">
        <w:rPr>
          <w:rFonts w:asciiTheme="majorHAnsi" w:eastAsiaTheme="majorEastAsia" w:hAnsiTheme="majorHAnsi" w:cstheme="majorBidi"/>
        </w:rPr>
        <w:t xml:space="preserve"> a</w:t>
      </w:r>
      <w:r w:rsidR="5E87CC73" w:rsidRPr="3FE1D667">
        <w:rPr>
          <w:rFonts w:asciiTheme="majorHAnsi" w:eastAsiaTheme="majorEastAsia" w:hAnsiTheme="majorHAnsi" w:cstheme="majorBidi"/>
        </w:rPr>
        <w:t xml:space="preserve">s a </w:t>
      </w:r>
      <w:r w:rsidR="6669C694" w:rsidRPr="3FE1D667">
        <w:rPr>
          <w:rFonts w:asciiTheme="majorHAnsi" w:eastAsiaTheme="majorEastAsia" w:hAnsiTheme="majorHAnsi" w:cstheme="majorBidi"/>
        </w:rPr>
        <w:t xml:space="preserve"> JavaScript</w:t>
      </w:r>
      <w:r w:rsidR="786ED9B3" w:rsidRPr="3FE1D667">
        <w:rPr>
          <w:rFonts w:asciiTheme="majorHAnsi" w:eastAsiaTheme="majorEastAsia" w:hAnsiTheme="majorHAnsi" w:cstheme="majorBidi"/>
        </w:rPr>
        <w:t xml:space="preserve"> </w:t>
      </w:r>
      <w:r w:rsidR="6669C694" w:rsidRPr="3FE1D667">
        <w:rPr>
          <w:rFonts w:asciiTheme="majorHAnsi" w:eastAsiaTheme="majorEastAsia" w:hAnsiTheme="majorHAnsi" w:cstheme="majorBidi"/>
        </w:rPr>
        <w:t>driven timeline . These would give users a more hands-on way to explore Manchester’s history and would definitely add another layer of utility to the site as a digital resource.</w:t>
      </w:r>
    </w:p>
    <w:p w14:paraId="74A72D39" w14:textId="3C009DBC" w:rsidR="00961C25" w:rsidRDefault="002844D1">
      <w:r>
        <w:br/>
      </w:r>
    </w:p>
    <w:p w14:paraId="4C7ED0F4" w14:textId="77777777" w:rsidR="00961C25" w:rsidRDefault="00D845CA">
      <w:pPr>
        <w:pStyle w:val="Heading1"/>
      </w:pPr>
      <w:bookmarkStart w:id="6" w:name="_Toc950772520"/>
      <w:r>
        <w:t>6. References (IEEE Format)</w:t>
      </w:r>
      <w:bookmarkEnd w:id="6"/>
    </w:p>
    <w:sdt>
      <w:sdtPr>
        <w:rPr>
          <w:rFonts w:asciiTheme="minorHAnsi" w:eastAsiaTheme="minorEastAsia" w:hAnsiTheme="minorHAnsi" w:cstheme="minorBidi"/>
          <w:b w:val="0"/>
          <w:bCs w:val="0"/>
          <w:color w:val="auto"/>
          <w:sz w:val="22"/>
          <w:szCs w:val="22"/>
        </w:rPr>
        <w:id w:val="327871899"/>
        <w:docPartObj>
          <w:docPartGallery w:val="Bibliographies"/>
          <w:docPartUnique/>
        </w:docPartObj>
      </w:sdtPr>
      <w:sdtContent>
        <w:p w14:paraId="27366B2B" w14:textId="11266A37" w:rsidR="00A67CDD" w:rsidRDefault="00A67CDD">
          <w:pPr>
            <w:pStyle w:val="Heading1"/>
          </w:pPr>
          <w:r>
            <w:t>Works Cited</w:t>
          </w:r>
        </w:p>
        <w:p w14:paraId="7668A056" w14:textId="77777777" w:rsidR="00BD1782" w:rsidRDefault="00A67CD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1"/>
            <w:gridCol w:w="8289"/>
          </w:tblGrid>
          <w:tr w:rsidR="00BD1782" w14:paraId="7660DA3E" w14:textId="77777777">
            <w:trPr>
              <w:divId w:val="1310600286"/>
              <w:tblCellSpacing w:w="15" w:type="dxa"/>
            </w:trPr>
            <w:tc>
              <w:tcPr>
                <w:tcW w:w="50" w:type="pct"/>
                <w:hideMark/>
              </w:tcPr>
              <w:p w14:paraId="0702E8C4" w14:textId="144D5954" w:rsidR="00BD1782" w:rsidRDefault="00BD1782">
                <w:pPr>
                  <w:pStyle w:val="Bibliography"/>
                  <w:rPr>
                    <w:noProof/>
                    <w:sz w:val="24"/>
                    <w:szCs w:val="24"/>
                  </w:rPr>
                </w:pPr>
                <w:r>
                  <w:rPr>
                    <w:noProof/>
                  </w:rPr>
                  <w:t xml:space="preserve">[1] </w:t>
                </w:r>
              </w:p>
            </w:tc>
            <w:tc>
              <w:tcPr>
                <w:tcW w:w="0" w:type="auto"/>
                <w:hideMark/>
              </w:tcPr>
              <w:p w14:paraId="15A858BC" w14:textId="77777777" w:rsidR="00BD1782" w:rsidRDefault="00BD1782">
                <w:pPr>
                  <w:pStyle w:val="Bibliography"/>
                  <w:rPr>
                    <w:noProof/>
                  </w:rPr>
                </w:pPr>
                <w:r>
                  <w:rPr>
                    <w:noProof/>
                  </w:rPr>
                  <w:t xml:space="preserve">L. V. C. a. M. G. D. Belanche, "Website usability, consumer satisfaction and the intention to use a website: The moderating effect of perceived risk," </w:t>
                </w:r>
                <w:r>
                  <w:rPr>
                    <w:i/>
                    <w:iCs/>
                    <w:noProof/>
                  </w:rPr>
                  <w:t xml:space="preserve">Journal of Retailing and Consumer Services, </w:t>
                </w:r>
                <w:r>
                  <w:rPr>
                    <w:noProof/>
                  </w:rPr>
                  <w:t xml:space="preserve">vol. 19, no. 1, pp. 124-132, 2012. </w:t>
                </w:r>
              </w:p>
            </w:tc>
          </w:tr>
          <w:tr w:rsidR="00BD1782" w14:paraId="5BAF591A" w14:textId="77777777">
            <w:trPr>
              <w:divId w:val="1310600286"/>
              <w:tblCellSpacing w:w="15" w:type="dxa"/>
            </w:trPr>
            <w:tc>
              <w:tcPr>
                <w:tcW w:w="50" w:type="pct"/>
                <w:hideMark/>
              </w:tcPr>
              <w:p w14:paraId="7CA17455" w14:textId="77777777" w:rsidR="00BD1782" w:rsidRDefault="00BD1782">
                <w:pPr>
                  <w:pStyle w:val="Bibliography"/>
                  <w:rPr>
                    <w:noProof/>
                  </w:rPr>
                </w:pPr>
                <w:r>
                  <w:rPr>
                    <w:noProof/>
                  </w:rPr>
                  <w:t xml:space="preserve">[2] </w:t>
                </w:r>
              </w:p>
            </w:tc>
            <w:tc>
              <w:tcPr>
                <w:tcW w:w="0" w:type="auto"/>
                <w:hideMark/>
              </w:tcPr>
              <w:p w14:paraId="58F8CBCD" w14:textId="77777777" w:rsidR="00BD1782" w:rsidRDefault="00BD1782">
                <w:pPr>
                  <w:pStyle w:val="Bibliography"/>
                  <w:rPr>
                    <w:noProof/>
                  </w:rPr>
                </w:pPr>
                <w:r>
                  <w:rPr>
                    <w:noProof/>
                  </w:rPr>
                  <w:t xml:space="preserve">J. B. a. V. C. M. Vigo, "Benchmarking automated web accessibility evaluation tools," in </w:t>
                </w:r>
                <w:r>
                  <w:rPr>
                    <w:i/>
                    <w:iCs/>
                    <w:noProof/>
                  </w:rPr>
                  <w:t>Proceedings of the 10th International Cross-Disciplinary Conference on Web Accessibility</w:t>
                </w:r>
                <w:r>
                  <w:rPr>
                    <w:noProof/>
                  </w:rPr>
                  <w:t xml:space="preserve">, 2013. </w:t>
                </w:r>
              </w:p>
            </w:tc>
          </w:tr>
          <w:tr w:rsidR="00BD1782" w14:paraId="3410E754" w14:textId="77777777">
            <w:trPr>
              <w:divId w:val="1310600286"/>
              <w:tblCellSpacing w:w="15" w:type="dxa"/>
            </w:trPr>
            <w:tc>
              <w:tcPr>
                <w:tcW w:w="50" w:type="pct"/>
                <w:hideMark/>
              </w:tcPr>
              <w:p w14:paraId="70FA2E48" w14:textId="77777777" w:rsidR="00BD1782" w:rsidRDefault="00BD1782">
                <w:pPr>
                  <w:pStyle w:val="Bibliography"/>
                  <w:rPr>
                    <w:noProof/>
                  </w:rPr>
                </w:pPr>
                <w:r>
                  <w:rPr>
                    <w:noProof/>
                  </w:rPr>
                  <w:t xml:space="preserve">[3] </w:t>
                </w:r>
              </w:p>
            </w:tc>
            <w:tc>
              <w:tcPr>
                <w:tcW w:w="0" w:type="auto"/>
                <w:hideMark/>
              </w:tcPr>
              <w:p w14:paraId="48CE7951" w14:textId="77777777" w:rsidR="00BD1782" w:rsidRDefault="00BD1782">
                <w:pPr>
                  <w:pStyle w:val="Bibliography"/>
                  <w:rPr>
                    <w:noProof/>
                  </w:rPr>
                </w:pPr>
                <w:r>
                  <w:rPr>
                    <w:noProof/>
                  </w:rPr>
                  <w:t xml:space="preserve">M. V. a. T. K. N. Ziakis, "Important factors for improving Google search rankings," </w:t>
                </w:r>
                <w:r>
                  <w:rPr>
                    <w:i/>
                    <w:iCs/>
                    <w:noProof/>
                  </w:rPr>
                  <w:t xml:space="preserve">Journal of Digital &amp; Social Media Marketing, </w:t>
                </w:r>
                <w:r>
                  <w:rPr>
                    <w:noProof/>
                  </w:rPr>
                  <w:t xml:space="preserve">vol. 7, no. 2, pp. 155-165, 2019. </w:t>
                </w:r>
              </w:p>
            </w:tc>
          </w:tr>
        </w:tbl>
        <w:p w14:paraId="07873F43" w14:textId="77777777" w:rsidR="00BD1782" w:rsidRDefault="00BD1782">
          <w:pPr>
            <w:divId w:val="1310600286"/>
            <w:rPr>
              <w:rFonts w:eastAsia="Times New Roman"/>
              <w:noProof/>
            </w:rPr>
          </w:pPr>
        </w:p>
        <w:p w14:paraId="6DBA182D" w14:textId="61D05A55" w:rsidR="00A67CDD" w:rsidRDefault="00A67CDD">
          <w:r>
            <w:rPr>
              <w:b/>
              <w:bCs/>
            </w:rPr>
            <w:fldChar w:fldCharType="end"/>
          </w:r>
        </w:p>
      </w:sdtContent>
    </w:sdt>
    <w:p w14:paraId="3822F409" w14:textId="3497DF76" w:rsidR="00961C25" w:rsidRDefault="00D845CA">
      <w:r>
        <w:br/>
      </w:r>
    </w:p>
    <w:p w14:paraId="2FF8DD7B" w14:textId="77777777" w:rsidR="00961C25" w:rsidRDefault="00D845CA">
      <w:pPr>
        <w:pStyle w:val="Heading1"/>
      </w:pPr>
      <w:bookmarkStart w:id="7" w:name="_Toc1149597923"/>
      <w:r>
        <w:t>7. Appendices</w:t>
      </w:r>
      <w:bookmarkEnd w:id="7"/>
    </w:p>
    <w:p w14:paraId="5922DC6E" w14:textId="559D222B" w:rsidR="00961C25" w:rsidRDefault="00D845CA">
      <w:r>
        <w:t>Include full HTML and CSS code listings.</w:t>
      </w:r>
    </w:p>
    <w:p w14:paraId="3C504F2D" w14:textId="17A7C0C1" w:rsidR="00961C25" w:rsidRDefault="1DE3783A" w:rsidP="5B235727">
      <w:pPr>
        <w:rPr>
          <w:b/>
          <w:bCs/>
          <w:u w:val="single"/>
        </w:rPr>
      </w:pPr>
      <w:r w:rsidRPr="5B235727">
        <w:rPr>
          <w:b/>
          <w:bCs/>
          <w:u w:val="single"/>
        </w:rPr>
        <w:t>Index</w:t>
      </w:r>
      <w:r w:rsidR="73D7C055" w:rsidRPr="6A0F9896">
        <w:rPr>
          <w:b/>
          <w:bCs/>
          <w:u w:val="single"/>
        </w:rPr>
        <w:t>.HTML</w:t>
      </w:r>
      <w:r w:rsidRPr="5B235727">
        <w:rPr>
          <w:b/>
          <w:bCs/>
          <w:u w:val="single"/>
        </w:rPr>
        <w:t>:</w:t>
      </w:r>
    </w:p>
    <w:p w14:paraId="39897403" w14:textId="32741148"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DOCTYPE</w:t>
      </w:r>
      <w:r w:rsidRPr="1AA3D36F">
        <w:rPr>
          <w:rFonts w:ascii="Menlo" w:eastAsia="Menlo" w:hAnsi="Menlo" w:cs="Menlo"/>
          <w:color w:val="BBBEBF"/>
          <w:sz w:val="18"/>
          <w:szCs w:val="18"/>
        </w:rPr>
        <w:t xml:space="preserve"> </w:t>
      </w:r>
      <w:r w:rsidRPr="1AA3D36F">
        <w:rPr>
          <w:rFonts w:ascii="Menlo" w:eastAsia="Menlo" w:hAnsi="Menlo" w:cs="Menlo"/>
          <w:color w:val="9CDCFE"/>
          <w:sz w:val="18"/>
          <w:szCs w:val="18"/>
        </w:rPr>
        <w:t>html</w:t>
      </w:r>
      <w:r w:rsidRPr="1AA3D36F">
        <w:rPr>
          <w:rFonts w:ascii="Menlo" w:eastAsia="Menlo" w:hAnsi="Menlo" w:cs="Menlo"/>
          <w:color w:val="808080" w:themeColor="background1" w:themeShade="80"/>
          <w:sz w:val="18"/>
          <w:szCs w:val="18"/>
        </w:rPr>
        <w:t>&gt;</w:t>
      </w:r>
    </w:p>
    <w:p w14:paraId="29BB48F8" w14:textId="02C50D1D"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html</w:t>
      </w:r>
      <w:r w:rsidRPr="1AA3D36F">
        <w:rPr>
          <w:rFonts w:ascii="Menlo" w:eastAsia="Menlo" w:hAnsi="Menlo" w:cs="Menlo"/>
          <w:color w:val="BBBEBF"/>
          <w:sz w:val="18"/>
          <w:szCs w:val="18"/>
        </w:rPr>
        <w:t xml:space="preserve"> </w:t>
      </w:r>
      <w:r w:rsidRPr="1AA3D36F">
        <w:rPr>
          <w:rFonts w:ascii="Menlo" w:eastAsia="Menlo" w:hAnsi="Menlo" w:cs="Menlo"/>
          <w:color w:val="9CDCFE"/>
          <w:sz w:val="18"/>
          <w:szCs w:val="18"/>
        </w:rPr>
        <w:t>lang</w:t>
      </w:r>
      <w:r w:rsidRPr="1AA3D36F">
        <w:rPr>
          <w:rFonts w:ascii="Menlo" w:eastAsia="Menlo" w:hAnsi="Menlo" w:cs="Menlo"/>
          <w:color w:val="BBBEBF"/>
          <w:sz w:val="18"/>
          <w:szCs w:val="18"/>
        </w:rPr>
        <w:t>=</w:t>
      </w:r>
      <w:r w:rsidRPr="1AA3D36F">
        <w:rPr>
          <w:rFonts w:ascii="Menlo" w:eastAsia="Menlo" w:hAnsi="Menlo" w:cs="Menlo"/>
          <w:color w:val="A5D6FF"/>
          <w:sz w:val="18"/>
          <w:szCs w:val="18"/>
        </w:rPr>
        <w:t>"en"</w:t>
      </w:r>
      <w:r w:rsidRPr="1AA3D36F">
        <w:rPr>
          <w:rFonts w:ascii="Menlo" w:eastAsia="Menlo" w:hAnsi="Menlo" w:cs="Menlo"/>
          <w:color w:val="808080" w:themeColor="background1" w:themeShade="80"/>
          <w:sz w:val="18"/>
          <w:szCs w:val="18"/>
        </w:rPr>
        <w:t>&gt;</w:t>
      </w:r>
    </w:p>
    <w:p w14:paraId="0A9EFE4C" w14:textId="159D6451"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head</w:t>
      </w:r>
      <w:r w:rsidRPr="1AA3D36F">
        <w:rPr>
          <w:rFonts w:ascii="Menlo" w:eastAsia="Menlo" w:hAnsi="Menlo" w:cs="Menlo"/>
          <w:color w:val="808080" w:themeColor="background1" w:themeShade="80"/>
          <w:sz w:val="18"/>
          <w:szCs w:val="18"/>
        </w:rPr>
        <w:t>&gt;</w:t>
      </w:r>
    </w:p>
    <w:p w14:paraId="626E0904" w14:textId="43A39B57"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meta</w:t>
      </w:r>
      <w:r w:rsidRPr="1AA3D36F">
        <w:rPr>
          <w:rFonts w:ascii="Menlo" w:eastAsia="Menlo" w:hAnsi="Menlo" w:cs="Menlo"/>
          <w:color w:val="BBBEBF"/>
          <w:sz w:val="18"/>
          <w:szCs w:val="18"/>
        </w:rPr>
        <w:t xml:space="preserve"> </w:t>
      </w:r>
      <w:r w:rsidRPr="1AA3D36F">
        <w:rPr>
          <w:rFonts w:ascii="Menlo" w:eastAsia="Menlo" w:hAnsi="Menlo" w:cs="Menlo"/>
          <w:color w:val="9CDCFE"/>
          <w:sz w:val="18"/>
          <w:szCs w:val="18"/>
        </w:rPr>
        <w:t>charset</w:t>
      </w:r>
      <w:r w:rsidRPr="1AA3D36F">
        <w:rPr>
          <w:rFonts w:ascii="Menlo" w:eastAsia="Menlo" w:hAnsi="Menlo" w:cs="Menlo"/>
          <w:color w:val="BBBEBF"/>
          <w:sz w:val="18"/>
          <w:szCs w:val="18"/>
        </w:rPr>
        <w:t>=</w:t>
      </w:r>
      <w:r w:rsidRPr="1AA3D36F">
        <w:rPr>
          <w:rFonts w:ascii="Menlo" w:eastAsia="Menlo" w:hAnsi="Menlo" w:cs="Menlo"/>
          <w:color w:val="A5D6FF"/>
          <w:sz w:val="18"/>
          <w:szCs w:val="18"/>
        </w:rPr>
        <w:t>"UTF-8"</w:t>
      </w:r>
      <w:r w:rsidRPr="1AA3D36F">
        <w:rPr>
          <w:rFonts w:ascii="Menlo" w:eastAsia="Menlo" w:hAnsi="Menlo" w:cs="Menlo"/>
          <w:color w:val="808080" w:themeColor="background1" w:themeShade="80"/>
          <w:sz w:val="18"/>
          <w:szCs w:val="18"/>
        </w:rPr>
        <w:t>&gt;</w:t>
      </w:r>
    </w:p>
    <w:p w14:paraId="4A65EDF2" w14:textId="7A5C258B"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meta</w:t>
      </w:r>
      <w:r w:rsidRPr="1AA3D36F">
        <w:rPr>
          <w:rFonts w:ascii="Menlo" w:eastAsia="Menlo" w:hAnsi="Menlo" w:cs="Menlo"/>
          <w:color w:val="BBBEBF"/>
          <w:sz w:val="18"/>
          <w:szCs w:val="18"/>
        </w:rPr>
        <w:t xml:space="preserve"> </w:t>
      </w:r>
      <w:r w:rsidRPr="1AA3D36F">
        <w:rPr>
          <w:rFonts w:ascii="Menlo" w:eastAsia="Menlo" w:hAnsi="Menlo" w:cs="Menlo"/>
          <w:color w:val="9CDCFE"/>
          <w:sz w:val="18"/>
          <w:szCs w:val="18"/>
        </w:rPr>
        <w:t>name</w:t>
      </w:r>
      <w:r w:rsidRPr="1AA3D36F">
        <w:rPr>
          <w:rFonts w:ascii="Menlo" w:eastAsia="Menlo" w:hAnsi="Menlo" w:cs="Menlo"/>
          <w:color w:val="BBBEBF"/>
          <w:sz w:val="18"/>
          <w:szCs w:val="18"/>
        </w:rPr>
        <w:t>=</w:t>
      </w:r>
      <w:r w:rsidRPr="1AA3D36F">
        <w:rPr>
          <w:rFonts w:ascii="Menlo" w:eastAsia="Menlo" w:hAnsi="Menlo" w:cs="Menlo"/>
          <w:color w:val="A5D6FF"/>
          <w:sz w:val="18"/>
          <w:szCs w:val="18"/>
        </w:rPr>
        <w:t>"viewport"</w:t>
      </w:r>
      <w:r w:rsidRPr="1AA3D36F">
        <w:rPr>
          <w:rFonts w:ascii="Menlo" w:eastAsia="Menlo" w:hAnsi="Menlo" w:cs="Menlo"/>
          <w:color w:val="BBBEBF"/>
          <w:sz w:val="18"/>
          <w:szCs w:val="18"/>
        </w:rPr>
        <w:t xml:space="preserve"> </w:t>
      </w:r>
      <w:r w:rsidRPr="1AA3D36F">
        <w:rPr>
          <w:rFonts w:ascii="Menlo" w:eastAsia="Menlo" w:hAnsi="Menlo" w:cs="Menlo"/>
          <w:color w:val="9CDCFE"/>
          <w:sz w:val="18"/>
          <w:szCs w:val="18"/>
        </w:rPr>
        <w:t>content</w:t>
      </w:r>
      <w:r w:rsidRPr="1AA3D36F">
        <w:rPr>
          <w:rFonts w:ascii="Menlo" w:eastAsia="Menlo" w:hAnsi="Menlo" w:cs="Menlo"/>
          <w:color w:val="BBBEBF"/>
          <w:sz w:val="18"/>
          <w:szCs w:val="18"/>
        </w:rPr>
        <w:t>=</w:t>
      </w:r>
      <w:r w:rsidRPr="1AA3D36F">
        <w:rPr>
          <w:rFonts w:ascii="Menlo" w:eastAsia="Menlo" w:hAnsi="Menlo" w:cs="Menlo"/>
          <w:color w:val="A5D6FF"/>
          <w:sz w:val="18"/>
          <w:szCs w:val="18"/>
        </w:rPr>
        <w:t>"width=device-width, initial-scale=1.0"</w:t>
      </w:r>
      <w:r w:rsidRPr="1AA3D36F">
        <w:rPr>
          <w:rFonts w:ascii="Menlo" w:eastAsia="Menlo" w:hAnsi="Menlo" w:cs="Menlo"/>
          <w:color w:val="808080" w:themeColor="background1" w:themeShade="80"/>
          <w:sz w:val="18"/>
          <w:szCs w:val="18"/>
        </w:rPr>
        <w:t>&gt;</w:t>
      </w:r>
    </w:p>
    <w:p w14:paraId="7AFCD267" w14:textId="53F810A2"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title</w:t>
      </w:r>
      <w:r w:rsidRPr="1AA3D36F">
        <w:rPr>
          <w:rFonts w:ascii="Menlo" w:eastAsia="Menlo" w:hAnsi="Menlo" w:cs="Menlo"/>
          <w:color w:val="808080" w:themeColor="background1" w:themeShade="80"/>
          <w:sz w:val="18"/>
          <w:szCs w:val="18"/>
        </w:rPr>
        <w:t>&gt;</w:t>
      </w:r>
      <w:r w:rsidRPr="1AA3D36F">
        <w:rPr>
          <w:rFonts w:ascii="Menlo" w:eastAsia="Menlo" w:hAnsi="Menlo" w:cs="Menlo"/>
          <w:color w:val="BBBEBF"/>
          <w:sz w:val="18"/>
          <w:szCs w:val="18"/>
        </w:rPr>
        <w:t>Manchester Heritage</w:t>
      </w: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title</w:t>
      </w:r>
      <w:r w:rsidRPr="1AA3D36F">
        <w:rPr>
          <w:rFonts w:ascii="Menlo" w:eastAsia="Menlo" w:hAnsi="Menlo" w:cs="Menlo"/>
          <w:color w:val="808080" w:themeColor="background1" w:themeShade="80"/>
          <w:sz w:val="18"/>
          <w:szCs w:val="18"/>
        </w:rPr>
        <w:t>&gt;</w:t>
      </w:r>
    </w:p>
    <w:p w14:paraId="30BEDF2F" w14:textId="262F16DA"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link</w:t>
      </w:r>
      <w:r w:rsidRPr="1AA3D36F">
        <w:rPr>
          <w:rFonts w:ascii="Menlo" w:eastAsia="Menlo" w:hAnsi="Menlo" w:cs="Menlo"/>
          <w:color w:val="BBBEBF"/>
          <w:sz w:val="18"/>
          <w:szCs w:val="18"/>
        </w:rPr>
        <w:t xml:space="preserve"> </w:t>
      </w:r>
      <w:r w:rsidRPr="1AA3D36F">
        <w:rPr>
          <w:rFonts w:ascii="Menlo" w:eastAsia="Menlo" w:hAnsi="Menlo" w:cs="Menlo"/>
          <w:color w:val="9CDCFE"/>
          <w:sz w:val="18"/>
          <w:szCs w:val="18"/>
        </w:rPr>
        <w:t>rel</w:t>
      </w:r>
      <w:r w:rsidRPr="1AA3D36F">
        <w:rPr>
          <w:rFonts w:ascii="Menlo" w:eastAsia="Menlo" w:hAnsi="Menlo" w:cs="Menlo"/>
          <w:color w:val="BBBEBF"/>
          <w:sz w:val="18"/>
          <w:szCs w:val="18"/>
        </w:rPr>
        <w:t>=</w:t>
      </w:r>
      <w:r w:rsidRPr="1AA3D36F">
        <w:rPr>
          <w:rFonts w:ascii="Menlo" w:eastAsia="Menlo" w:hAnsi="Menlo" w:cs="Menlo"/>
          <w:color w:val="A5D6FF"/>
          <w:sz w:val="18"/>
          <w:szCs w:val="18"/>
        </w:rPr>
        <w:t>"stylesheet"</w:t>
      </w:r>
      <w:r w:rsidRPr="1AA3D36F">
        <w:rPr>
          <w:rFonts w:ascii="Menlo" w:eastAsia="Menlo" w:hAnsi="Menlo" w:cs="Menlo"/>
          <w:color w:val="BBBEBF"/>
          <w:sz w:val="18"/>
          <w:szCs w:val="18"/>
        </w:rPr>
        <w:t xml:space="preserve"> </w:t>
      </w:r>
      <w:r w:rsidRPr="1AA3D36F">
        <w:rPr>
          <w:rFonts w:ascii="Menlo" w:eastAsia="Menlo" w:hAnsi="Menlo" w:cs="Menlo"/>
          <w:color w:val="9CDCFE"/>
          <w:sz w:val="18"/>
          <w:szCs w:val="18"/>
        </w:rPr>
        <w:t>href</w:t>
      </w:r>
      <w:r w:rsidRPr="1AA3D36F">
        <w:rPr>
          <w:rFonts w:ascii="Menlo" w:eastAsia="Menlo" w:hAnsi="Menlo" w:cs="Menlo"/>
          <w:color w:val="BBBEBF"/>
          <w:sz w:val="18"/>
          <w:szCs w:val="18"/>
        </w:rPr>
        <w:t>=</w:t>
      </w:r>
      <w:r w:rsidRPr="1AA3D36F">
        <w:rPr>
          <w:rFonts w:ascii="Menlo" w:eastAsia="Menlo" w:hAnsi="Menlo" w:cs="Menlo"/>
          <w:color w:val="A5D6FF"/>
          <w:sz w:val="18"/>
          <w:szCs w:val="18"/>
        </w:rPr>
        <w:t>"style.css"</w:t>
      </w:r>
      <w:r w:rsidRPr="1AA3D36F">
        <w:rPr>
          <w:rFonts w:ascii="Menlo" w:eastAsia="Menlo" w:hAnsi="Menlo" w:cs="Menlo"/>
          <w:color w:val="808080" w:themeColor="background1" w:themeShade="80"/>
          <w:sz w:val="18"/>
          <w:szCs w:val="18"/>
        </w:rPr>
        <w:t>&gt;</w:t>
      </w:r>
    </w:p>
    <w:p w14:paraId="595D4DA0" w14:textId="78FCC395"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head</w:t>
      </w:r>
      <w:r w:rsidRPr="1AA3D36F">
        <w:rPr>
          <w:rFonts w:ascii="Menlo" w:eastAsia="Menlo" w:hAnsi="Menlo" w:cs="Menlo"/>
          <w:color w:val="808080" w:themeColor="background1" w:themeShade="80"/>
          <w:sz w:val="18"/>
          <w:szCs w:val="18"/>
        </w:rPr>
        <w:t>&gt;</w:t>
      </w:r>
    </w:p>
    <w:p w14:paraId="1671722A" w14:textId="7E2B7C9F"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body</w:t>
      </w:r>
      <w:r w:rsidRPr="1AA3D36F">
        <w:rPr>
          <w:rFonts w:ascii="Menlo" w:eastAsia="Menlo" w:hAnsi="Menlo" w:cs="Menlo"/>
          <w:color w:val="808080" w:themeColor="background1" w:themeShade="80"/>
          <w:sz w:val="18"/>
          <w:szCs w:val="18"/>
        </w:rPr>
        <w:t>&gt;</w:t>
      </w:r>
    </w:p>
    <w:p w14:paraId="71915AE0" w14:textId="7F9D5F1D" w:rsidR="00961C25" w:rsidRDefault="00961C25" w:rsidP="1AA3D36F">
      <w:pPr>
        <w:shd w:val="clear" w:color="auto" w:fill="121314"/>
        <w:spacing w:after="0" w:line="270" w:lineRule="auto"/>
        <w:rPr>
          <w:sz w:val="18"/>
          <w:szCs w:val="18"/>
        </w:rPr>
      </w:pPr>
    </w:p>
    <w:p w14:paraId="7E03AE99" w14:textId="3B890DCD"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header</w:t>
      </w:r>
      <w:r w:rsidRPr="1AA3D36F">
        <w:rPr>
          <w:rFonts w:ascii="Menlo" w:eastAsia="Menlo" w:hAnsi="Menlo" w:cs="Menlo"/>
          <w:color w:val="808080" w:themeColor="background1" w:themeShade="80"/>
          <w:sz w:val="18"/>
          <w:szCs w:val="18"/>
        </w:rPr>
        <w:t>&gt;</w:t>
      </w:r>
    </w:p>
    <w:p w14:paraId="45C9EA95" w14:textId="51404DF7"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h1</w:t>
      </w:r>
      <w:r w:rsidRPr="1AA3D36F">
        <w:rPr>
          <w:rFonts w:ascii="Menlo" w:eastAsia="Menlo" w:hAnsi="Menlo" w:cs="Menlo"/>
          <w:color w:val="808080" w:themeColor="background1" w:themeShade="80"/>
          <w:sz w:val="18"/>
          <w:szCs w:val="18"/>
        </w:rPr>
        <w:t>&gt;</w:t>
      </w:r>
      <w:r w:rsidRPr="1AA3D36F">
        <w:rPr>
          <w:rFonts w:ascii="Menlo" w:eastAsia="Menlo" w:hAnsi="Menlo" w:cs="Menlo"/>
          <w:color w:val="BBBEBF"/>
          <w:sz w:val="18"/>
          <w:szCs w:val="18"/>
        </w:rPr>
        <w:t>Manchester Heritage</w:t>
      </w: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h1</w:t>
      </w:r>
      <w:r w:rsidRPr="1AA3D36F">
        <w:rPr>
          <w:rFonts w:ascii="Menlo" w:eastAsia="Menlo" w:hAnsi="Menlo" w:cs="Menlo"/>
          <w:color w:val="808080" w:themeColor="background1" w:themeShade="80"/>
          <w:sz w:val="18"/>
          <w:szCs w:val="18"/>
        </w:rPr>
        <w:t>&gt;</w:t>
      </w:r>
    </w:p>
    <w:p w14:paraId="6D8E507F" w14:textId="5AE9EDC4"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nav</w:t>
      </w:r>
      <w:r w:rsidRPr="1AA3D36F">
        <w:rPr>
          <w:rFonts w:ascii="Menlo" w:eastAsia="Menlo" w:hAnsi="Menlo" w:cs="Menlo"/>
          <w:color w:val="808080" w:themeColor="background1" w:themeShade="80"/>
          <w:sz w:val="18"/>
          <w:szCs w:val="18"/>
        </w:rPr>
        <w:t>&gt;</w:t>
      </w:r>
    </w:p>
    <w:p w14:paraId="42D77B18" w14:textId="445B8A09"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a</w:t>
      </w:r>
      <w:r w:rsidRPr="1AA3D36F">
        <w:rPr>
          <w:rFonts w:ascii="Menlo" w:eastAsia="Menlo" w:hAnsi="Menlo" w:cs="Menlo"/>
          <w:color w:val="BBBEBF"/>
          <w:sz w:val="18"/>
          <w:szCs w:val="18"/>
        </w:rPr>
        <w:t xml:space="preserve"> </w:t>
      </w:r>
      <w:r w:rsidRPr="1AA3D36F">
        <w:rPr>
          <w:rFonts w:ascii="Menlo" w:eastAsia="Menlo" w:hAnsi="Menlo" w:cs="Menlo"/>
          <w:color w:val="9CDCFE"/>
          <w:sz w:val="18"/>
          <w:szCs w:val="18"/>
        </w:rPr>
        <w:t>href</w:t>
      </w:r>
      <w:r w:rsidRPr="1AA3D36F">
        <w:rPr>
          <w:rFonts w:ascii="Menlo" w:eastAsia="Menlo" w:hAnsi="Menlo" w:cs="Menlo"/>
          <w:color w:val="BBBEBF"/>
          <w:sz w:val="18"/>
          <w:szCs w:val="18"/>
        </w:rPr>
        <w:t>=</w:t>
      </w:r>
      <w:r w:rsidRPr="1AA3D36F">
        <w:rPr>
          <w:rFonts w:ascii="Menlo" w:eastAsia="Menlo" w:hAnsi="Menlo" w:cs="Menlo"/>
          <w:color w:val="A5D6FF"/>
          <w:sz w:val="18"/>
          <w:szCs w:val="18"/>
        </w:rPr>
        <w:t>"index.html"</w:t>
      </w:r>
      <w:r w:rsidRPr="1AA3D36F">
        <w:rPr>
          <w:rFonts w:ascii="Menlo" w:eastAsia="Menlo" w:hAnsi="Menlo" w:cs="Menlo"/>
          <w:color w:val="808080" w:themeColor="background1" w:themeShade="80"/>
          <w:sz w:val="18"/>
          <w:szCs w:val="18"/>
        </w:rPr>
        <w:t>&gt;</w:t>
      </w:r>
      <w:r w:rsidRPr="1AA3D36F">
        <w:rPr>
          <w:rFonts w:ascii="Menlo" w:eastAsia="Menlo" w:hAnsi="Menlo" w:cs="Menlo"/>
          <w:color w:val="BBBEBF"/>
          <w:sz w:val="18"/>
          <w:szCs w:val="18"/>
        </w:rPr>
        <w:t>Home</w:t>
      </w: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a</w:t>
      </w:r>
      <w:r w:rsidRPr="1AA3D36F">
        <w:rPr>
          <w:rFonts w:ascii="Menlo" w:eastAsia="Menlo" w:hAnsi="Menlo" w:cs="Menlo"/>
          <w:color w:val="808080" w:themeColor="background1" w:themeShade="80"/>
          <w:sz w:val="18"/>
          <w:szCs w:val="18"/>
        </w:rPr>
        <w:t>&gt;</w:t>
      </w:r>
    </w:p>
    <w:p w14:paraId="6ADB7169" w14:textId="039C16EC"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a</w:t>
      </w:r>
      <w:r w:rsidRPr="1AA3D36F">
        <w:rPr>
          <w:rFonts w:ascii="Menlo" w:eastAsia="Menlo" w:hAnsi="Menlo" w:cs="Menlo"/>
          <w:color w:val="BBBEBF"/>
          <w:sz w:val="18"/>
          <w:szCs w:val="18"/>
        </w:rPr>
        <w:t xml:space="preserve"> </w:t>
      </w:r>
      <w:r w:rsidRPr="1AA3D36F">
        <w:rPr>
          <w:rFonts w:ascii="Menlo" w:eastAsia="Menlo" w:hAnsi="Menlo" w:cs="Menlo"/>
          <w:color w:val="9CDCFE"/>
          <w:sz w:val="18"/>
          <w:szCs w:val="18"/>
        </w:rPr>
        <w:t>href</w:t>
      </w:r>
      <w:r w:rsidRPr="1AA3D36F">
        <w:rPr>
          <w:rFonts w:ascii="Menlo" w:eastAsia="Menlo" w:hAnsi="Menlo" w:cs="Menlo"/>
          <w:color w:val="BBBEBF"/>
          <w:sz w:val="18"/>
          <w:szCs w:val="18"/>
        </w:rPr>
        <w:t>=</w:t>
      </w:r>
      <w:r w:rsidRPr="1AA3D36F">
        <w:rPr>
          <w:rFonts w:ascii="Menlo" w:eastAsia="Menlo" w:hAnsi="Menlo" w:cs="Menlo"/>
          <w:color w:val="A5D6FF"/>
          <w:sz w:val="18"/>
          <w:szCs w:val="18"/>
        </w:rPr>
        <w:t>"history.html"</w:t>
      </w:r>
      <w:r w:rsidRPr="1AA3D36F">
        <w:rPr>
          <w:rFonts w:ascii="Menlo" w:eastAsia="Menlo" w:hAnsi="Menlo" w:cs="Menlo"/>
          <w:color w:val="808080" w:themeColor="background1" w:themeShade="80"/>
          <w:sz w:val="18"/>
          <w:szCs w:val="18"/>
        </w:rPr>
        <w:t>&gt;</w:t>
      </w:r>
      <w:r w:rsidRPr="1AA3D36F">
        <w:rPr>
          <w:rFonts w:ascii="Menlo" w:eastAsia="Menlo" w:hAnsi="Menlo" w:cs="Menlo"/>
          <w:color w:val="BBBEBF"/>
          <w:sz w:val="18"/>
          <w:szCs w:val="18"/>
        </w:rPr>
        <w:t>History</w:t>
      </w: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a</w:t>
      </w:r>
      <w:r w:rsidRPr="1AA3D36F">
        <w:rPr>
          <w:rFonts w:ascii="Menlo" w:eastAsia="Menlo" w:hAnsi="Menlo" w:cs="Menlo"/>
          <w:color w:val="808080" w:themeColor="background1" w:themeShade="80"/>
          <w:sz w:val="18"/>
          <w:szCs w:val="18"/>
        </w:rPr>
        <w:t>&gt;</w:t>
      </w:r>
    </w:p>
    <w:p w14:paraId="3087DF2D" w14:textId="274D19AE"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a</w:t>
      </w:r>
      <w:r w:rsidRPr="1AA3D36F">
        <w:rPr>
          <w:rFonts w:ascii="Menlo" w:eastAsia="Menlo" w:hAnsi="Menlo" w:cs="Menlo"/>
          <w:color w:val="BBBEBF"/>
          <w:sz w:val="18"/>
          <w:szCs w:val="18"/>
        </w:rPr>
        <w:t xml:space="preserve"> </w:t>
      </w:r>
      <w:r w:rsidRPr="1AA3D36F">
        <w:rPr>
          <w:rFonts w:ascii="Menlo" w:eastAsia="Menlo" w:hAnsi="Menlo" w:cs="Menlo"/>
          <w:color w:val="9CDCFE"/>
          <w:sz w:val="18"/>
          <w:szCs w:val="18"/>
        </w:rPr>
        <w:t>href</w:t>
      </w:r>
      <w:r w:rsidRPr="1AA3D36F">
        <w:rPr>
          <w:rFonts w:ascii="Menlo" w:eastAsia="Menlo" w:hAnsi="Menlo" w:cs="Menlo"/>
          <w:color w:val="BBBEBF"/>
          <w:sz w:val="18"/>
          <w:szCs w:val="18"/>
        </w:rPr>
        <w:t>=</w:t>
      </w:r>
      <w:r w:rsidRPr="1AA3D36F">
        <w:rPr>
          <w:rFonts w:ascii="Menlo" w:eastAsia="Menlo" w:hAnsi="Menlo" w:cs="Menlo"/>
          <w:color w:val="A5D6FF"/>
          <w:sz w:val="18"/>
          <w:szCs w:val="18"/>
        </w:rPr>
        <w:t>"buildings.html"</w:t>
      </w:r>
      <w:r w:rsidRPr="1AA3D36F">
        <w:rPr>
          <w:rFonts w:ascii="Menlo" w:eastAsia="Menlo" w:hAnsi="Menlo" w:cs="Menlo"/>
          <w:color w:val="808080" w:themeColor="background1" w:themeShade="80"/>
          <w:sz w:val="18"/>
          <w:szCs w:val="18"/>
        </w:rPr>
        <w:t>&gt;</w:t>
      </w:r>
      <w:r w:rsidRPr="1AA3D36F">
        <w:rPr>
          <w:rFonts w:ascii="Menlo" w:eastAsia="Menlo" w:hAnsi="Menlo" w:cs="Menlo"/>
          <w:color w:val="BBBEBF"/>
          <w:sz w:val="18"/>
          <w:szCs w:val="18"/>
        </w:rPr>
        <w:t>Buildings</w:t>
      </w: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a</w:t>
      </w:r>
      <w:r w:rsidRPr="1AA3D36F">
        <w:rPr>
          <w:rFonts w:ascii="Menlo" w:eastAsia="Menlo" w:hAnsi="Menlo" w:cs="Menlo"/>
          <w:color w:val="808080" w:themeColor="background1" w:themeShade="80"/>
          <w:sz w:val="18"/>
          <w:szCs w:val="18"/>
        </w:rPr>
        <w:t>&gt;</w:t>
      </w:r>
    </w:p>
    <w:p w14:paraId="28627AB4" w14:textId="5000F9EB"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nav</w:t>
      </w:r>
      <w:r w:rsidRPr="1AA3D36F">
        <w:rPr>
          <w:rFonts w:ascii="Menlo" w:eastAsia="Menlo" w:hAnsi="Menlo" w:cs="Menlo"/>
          <w:color w:val="808080" w:themeColor="background1" w:themeShade="80"/>
          <w:sz w:val="18"/>
          <w:szCs w:val="18"/>
        </w:rPr>
        <w:t>&gt;</w:t>
      </w:r>
    </w:p>
    <w:p w14:paraId="4C2193ED" w14:textId="5B2B0563"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header</w:t>
      </w:r>
      <w:r w:rsidRPr="1AA3D36F">
        <w:rPr>
          <w:rFonts w:ascii="Menlo" w:eastAsia="Menlo" w:hAnsi="Menlo" w:cs="Menlo"/>
          <w:color w:val="808080" w:themeColor="background1" w:themeShade="80"/>
          <w:sz w:val="18"/>
          <w:szCs w:val="18"/>
        </w:rPr>
        <w:t>&gt;</w:t>
      </w:r>
    </w:p>
    <w:p w14:paraId="4AED7248" w14:textId="5FD478DF" w:rsidR="00961C25" w:rsidRDefault="00961C25" w:rsidP="1AA3D36F">
      <w:pPr>
        <w:shd w:val="clear" w:color="auto" w:fill="121314"/>
        <w:spacing w:after="0" w:line="270" w:lineRule="auto"/>
        <w:rPr>
          <w:sz w:val="18"/>
          <w:szCs w:val="18"/>
        </w:rPr>
      </w:pPr>
    </w:p>
    <w:p w14:paraId="2DB357C2" w14:textId="01EA523E"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section</w:t>
      </w:r>
      <w:r w:rsidRPr="1AA3D36F">
        <w:rPr>
          <w:rFonts w:ascii="Menlo" w:eastAsia="Menlo" w:hAnsi="Menlo" w:cs="Menlo"/>
          <w:color w:val="BBBEBF"/>
          <w:sz w:val="18"/>
          <w:szCs w:val="18"/>
        </w:rPr>
        <w:t xml:space="preserve"> </w:t>
      </w:r>
      <w:r w:rsidRPr="1AA3D36F">
        <w:rPr>
          <w:rFonts w:ascii="Menlo" w:eastAsia="Menlo" w:hAnsi="Menlo" w:cs="Menlo"/>
          <w:color w:val="9CDCFE"/>
          <w:sz w:val="18"/>
          <w:szCs w:val="18"/>
        </w:rPr>
        <w:t>class</w:t>
      </w:r>
      <w:r w:rsidRPr="1AA3D36F">
        <w:rPr>
          <w:rFonts w:ascii="Menlo" w:eastAsia="Menlo" w:hAnsi="Menlo" w:cs="Menlo"/>
          <w:color w:val="BBBEBF"/>
          <w:sz w:val="18"/>
          <w:szCs w:val="18"/>
        </w:rPr>
        <w:t>=</w:t>
      </w:r>
      <w:r w:rsidRPr="1AA3D36F">
        <w:rPr>
          <w:rFonts w:ascii="Menlo" w:eastAsia="Menlo" w:hAnsi="Menlo" w:cs="Menlo"/>
          <w:color w:val="A5D6FF"/>
          <w:sz w:val="18"/>
          <w:szCs w:val="18"/>
        </w:rPr>
        <w:t>"hero"</w:t>
      </w:r>
      <w:r w:rsidRPr="1AA3D36F">
        <w:rPr>
          <w:rFonts w:ascii="Menlo" w:eastAsia="Menlo" w:hAnsi="Menlo" w:cs="Menlo"/>
          <w:color w:val="808080" w:themeColor="background1" w:themeShade="80"/>
          <w:sz w:val="18"/>
          <w:szCs w:val="18"/>
        </w:rPr>
        <w:t>&gt;</w:t>
      </w:r>
    </w:p>
    <w:p w14:paraId="00E61727" w14:textId="7ED236D5"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h2</w:t>
      </w:r>
      <w:r w:rsidRPr="1AA3D36F">
        <w:rPr>
          <w:rFonts w:ascii="Menlo" w:eastAsia="Menlo" w:hAnsi="Menlo" w:cs="Menlo"/>
          <w:color w:val="808080" w:themeColor="background1" w:themeShade="80"/>
          <w:sz w:val="18"/>
          <w:szCs w:val="18"/>
        </w:rPr>
        <w:t>&gt;</w:t>
      </w:r>
      <w:r w:rsidRPr="1AA3D36F">
        <w:rPr>
          <w:rFonts w:ascii="Menlo" w:eastAsia="Menlo" w:hAnsi="Menlo" w:cs="Menlo"/>
          <w:color w:val="BBBEBF"/>
          <w:sz w:val="18"/>
          <w:szCs w:val="18"/>
        </w:rPr>
        <w:t>Discover Manchester</w:t>
      </w: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h2</w:t>
      </w:r>
      <w:r w:rsidRPr="1AA3D36F">
        <w:rPr>
          <w:rFonts w:ascii="Menlo" w:eastAsia="Menlo" w:hAnsi="Menlo" w:cs="Menlo"/>
          <w:color w:val="808080" w:themeColor="background1" w:themeShade="80"/>
          <w:sz w:val="18"/>
          <w:szCs w:val="18"/>
        </w:rPr>
        <w:t>&gt;</w:t>
      </w:r>
    </w:p>
    <w:p w14:paraId="775C8AA0" w14:textId="4649AAF3"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p</w:t>
      </w:r>
      <w:r w:rsidRPr="1AA3D36F">
        <w:rPr>
          <w:rFonts w:ascii="Menlo" w:eastAsia="Menlo" w:hAnsi="Menlo" w:cs="Menlo"/>
          <w:color w:val="808080" w:themeColor="background1" w:themeShade="80"/>
          <w:sz w:val="18"/>
          <w:szCs w:val="18"/>
        </w:rPr>
        <w:t>&gt;</w:t>
      </w:r>
      <w:r w:rsidRPr="1AA3D36F">
        <w:rPr>
          <w:rFonts w:ascii="Menlo" w:eastAsia="Menlo" w:hAnsi="Menlo" w:cs="Menlo"/>
          <w:color w:val="BBBEBF"/>
          <w:sz w:val="18"/>
          <w:szCs w:val="18"/>
        </w:rPr>
        <w:t>A city shaped by history and innovation</w:t>
      </w: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p</w:t>
      </w:r>
      <w:r w:rsidRPr="1AA3D36F">
        <w:rPr>
          <w:rFonts w:ascii="Menlo" w:eastAsia="Menlo" w:hAnsi="Menlo" w:cs="Menlo"/>
          <w:color w:val="808080" w:themeColor="background1" w:themeShade="80"/>
          <w:sz w:val="18"/>
          <w:szCs w:val="18"/>
        </w:rPr>
        <w:t>&gt;</w:t>
      </w:r>
    </w:p>
    <w:p w14:paraId="2D0422AD" w14:textId="6736B623"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button</w:t>
      </w:r>
      <w:r w:rsidRPr="1AA3D36F">
        <w:rPr>
          <w:rFonts w:ascii="Menlo" w:eastAsia="Menlo" w:hAnsi="Menlo" w:cs="Menlo"/>
          <w:color w:val="BBBEBF"/>
          <w:sz w:val="18"/>
          <w:szCs w:val="18"/>
        </w:rPr>
        <w:t xml:space="preserve"> </w:t>
      </w:r>
      <w:r w:rsidRPr="1AA3D36F">
        <w:rPr>
          <w:rFonts w:ascii="Menlo" w:eastAsia="Menlo" w:hAnsi="Menlo" w:cs="Menlo"/>
          <w:color w:val="9CDCFE"/>
          <w:sz w:val="18"/>
          <w:szCs w:val="18"/>
        </w:rPr>
        <w:t>onclick</w:t>
      </w:r>
      <w:r w:rsidRPr="1AA3D36F">
        <w:rPr>
          <w:rFonts w:ascii="Menlo" w:eastAsia="Menlo" w:hAnsi="Menlo" w:cs="Menlo"/>
          <w:color w:val="BBBEBF"/>
          <w:sz w:val="18"/>
          <w:szCs w:val="18"/>
        </w:rPr>
        <w:t>=</w:t>
      </w:r>
      <w:r w:rsidRPr="1AA3D36F">
        <w:rPr>
          <w:rFonts w:ascii="Menlo" w:eastAsia="Menlo" w:hAnsi="Menlo" w:cs="Menlo"/>
          <w:color w:val="A5D6FF"/>
          <w:sz w:val="18"/>
          <w:szCs w:val="18"/>
        </w:rPr>
        <w:t>"</w:t>
      </w:r>
      <w:r w:rsidRPr="1AA3D36F">
        <w:rPr>
          <w:rFonts w:ascii="Menlo" w:eastAsia="Menlo" w:hAnsi="Menlo" w:cs="Menlo"/>
          <w:color w:val="D2A8FF"/>
          <w:sz w:val="18"/>
          <w:szCs w:val="18"/>
        </w:rPr>
        <w:t>scrollToSection</w:t>
      </w:r>
      <w:r w:rsidRPr="1AA3D36F">
        <w:rPr>
          <w:rFonts w:ascii="Menlo" w:eastAsia="Menlo" w:hAnsi="Menlo" w:cs="Menlo"/>
          <w:color w:val="A5D6FF"/>
          <w:sz w:val="18"/>
          <w:szCs w:val="18"/>
        </w:rPr>
        <w:t>()"</w:t>
      </w:r>
      <w:r w:rsidRPr="1AA3D36F">
        <w:rPr>
          <w:rFonts w:ascii="Menlo" w:eastAsia="Menlo" w:hAnsi="Menlo" w:cs="Menlo"/>
          <w:color w:val="808080" w:themeColor="background1" w:themeShade="80"/>
          <w:sz w:val="18"/>
          <w:szCs w:val="18"/>
        </w:rPr>
        <w:t>&gt;</w:t>
      </w:r>
      <w:r w:rsidRPr="1AA3D36F">
        <w:rPr>
          <w:rFonts w:ascii="Menlo" w:eastAsia="Menlo" w:hAnsi="Menlo" w:cs="Menlo"/>
          <w:color w:val="BBBEBF"/>
          <w:sz w:val="18"/>
          <w:szCs w:val="18"/>
        </w:rPr>
        <w:t>Explore</w:t>
      </w: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button</w:t>
      </w:r>
      <w:r w:rsidRPr="1AA3D36F">
        <w:rPr>
          <w:rFonts w:ascii="Menlo" w:eastAsia="Menlo" w:hAnsi="Menlo" w:cs="Menlo"/>
          <w:color w:val="808080" w:themeColor="background1" w:themeShade="80"/>
          <w:sz w:val="18"/>
          <w:szCs w:val="18"/>
        </w:rPr>
        <w:t>&gt;</w:t>
      </w:r>
    </w:p>
    <w:p w14:paraId="09CBB08D" w14:textId="472C80A4"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section</w:t>
      </w:r>
      <w:r w:rsidRPr="1AA3D36F">
        <w:rPr>
          <w:rFonts w:ascii="Menlo" w:eastAsia="Menlo" w:hAnsi="Menlo" w:cs="Menlo"/>
          <w:color w:val="808080" w:themeColor="background1" w:themeShade="80"/>
          <w:sz w:val="18"/>
          <w:szCs w:val="18"/>
        </w:rPr>
        <w:t>&gt;</w:t>
      </w:r>
    </w:p>
    <w:p w14:paraId="03332397" w14:textId="3AB923FF" w:rsidR="00961C25" w:rsidRDefault="00961C25" w:rsidP="1AA3D36F">
      <w:pPr>
        <w:shd w:val="clear" w:color="auto" w:fill="121314"/>
        <w:spacing w:after="0" w:line="270" w:lineRule="auto"/>
        <w:rPr>
          <w:sz w:val="18"/>
          <w:szCs w:val="18"/>
        </w:rPr>
      </w:pPr>
    </w:p>
    <w:p w14:paraId="7B50C5D4" w14:textId="7A0668F1"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section</w:t>
      </w:r>
      <w:r w:rsidRPr="1AA3D36F">
        <w:rPr>
          <w:rFonts w:ascii="Menlo" w:eastAsia="Menlo" w:hAnsi="Menlo" w:cs="Menlo"/>
          <w:color w:val="BBBEBF"/>
          <w:sz w:val="18"/>
          <w:szCs w:val="18"/>
        </w:rPr>
        <w:t xml:space="preserve"> </w:t>
      </w:r>
      <w:r w:rsidRPr="1AA3D36F">
        <w:rPr>
          <w:rFonts w:ascii="Menlo" w:eastAsia="Menlo" w:hAnsi="Menlo" w:cs="Menlo"/>
          <w:color w:val="9CDCFE"/>
          <w:sz w:val="18"/>
          <w:szCs w:val="18"/>
        </w:rPr>
        <w:t>id</w:t>
      </w:r>
      <w:r w:rsidRPr="1AA3D36F">
        <w:rPr>
          <w:rFonts w:ascii="Menlo" w:eastAsia="Menlo" w:hAnsi="Menlo" w:cs="Menlo"/>
          <w:color w:val="BBBEBF"/>
          <w:sz w:val="18"/>
          <w:szCs w:val="18"/>
        </w:rPr>
        <w:t>=</w:t>
      </w:r>
      <w:r w:rsidRPr="1AA3D36F">
        <w:rPr>
          <w:rFonts w:ascii="Menlo" w:eastAsia="Menlo" w:hAnsi="Menlo" w:cs="Menlo"/>
          <w:color w:val="A5D6FF"/>
          <w:sz w:val="18"/>
          <w:szCs w:val="18"/>
        </w:rPr>
        <w:t>"about"</w:t>
      </w:r>
      <w:r w:rsidRPr="1AA3D36F">
        <w:rPr>
          <w:rFonts w:ascii="Menlo" w:eastAsia="Menlo" w:hAnsi="Menlo" w:cs="Menlo"/>
          <w:color w:val="808080" w:themeColor="background1" w:themeShade="80"/>
          <w:sz w:val="18"/>
          <w:szCs w:val="18"/>
        </w:rPr>
        <w:t>&gt;</w:t>
      </w:r>
    </w:p>
    <w:p w14:paraId="6ECAFB4D" w14:textId="75390246"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h2</w:t>
      </w:r>
      <w:r w:rsidRPr="1AA3D36F">
        <w:rPr>
          <w:rFonts w:ascii="Menlo" w:eastAsia="Menlo" w:hAnsi="Menlo" w:cs="Menlo"/>
          <w:color w:val="808080" w:themeColor="background1" w:themeShade="80"/>
          <w:sz w:val="18"/>
          <w:szCs w:val="18"/>
        </w:rPr>
        <w:t>&gt;</w:t>
      </w:r>
      <w:r w:rsidRPr="1AA3D36F">
        <w:rPr>
          <w:rFonts w:ascii="Menlo" w:eastAsia="Menlo" w:hAnsi="Menlo" w:cs="Menlo"/>
          <w:color w:val="BBBEBF"/>
          <w:sz w:val="18"/>
          <w:szCs w:val="18"/>
        </w:rPr>
        <w:t>Welcome to Manchester</w:t>
      </w: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h2</w:t>
      </w:r>
      <w:r w:rsidRPr="1AA3D36F">
        <w:rPr>
          <w:rFonts w:ascii="Menlo" w:eastAsia="Menlo" w:hAnsi="Menlo" w:cs="Menlo"/>
          <w:color w:val="808080" w:themeColor="background1" w:themeShade="80"/>
          <w:sz w:val="18"/>
          <w:szCs w:val="18"/>
        </w:rPr>
        <w:t>&gt;</w:t>
      </w:r>
    </w:p>
    <w:p w14:paraId="4CFFCFA2" w14:textId="56CF7B9B"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p</w:t>
      </w:r>
      <w:r w:rsidRPr="1AA3D36F">
        <w:rPr>
          <w:rFonts w:ascii="Menlo" w:eastAsia="Menlo" w:hAnsi="Menlo" w:cs="Menlo"/>
          <w:color w:val="808080" w:themeColor="background1" w:themeShade="80"/>
          <w:sz w:val="18"/>
          <w:szCs w:val="18"/>
        </w:rPr>
        <w:t>&gt;</w:t>
      </w:r>
    </w:p>
    <w:p w14:paraId="64CED6FE" w14:textId="240B3696" w:rsidR="00961C25" w:rsidRDefault="6DD34044" w:rsidP="1AA3D36F">
      <w:pPr>
        <w:shd w:val="clear" w:color="auto" w:fill="121314"/>
        <w:spacing w:after="0" w:line="270" w:lineRule="auto"/>
        <w:rPr>
          <w:rFonts w:ascii="Menlo" w:eastAsia="Menlo" w:hAnsi="Menlo" w:cs="Menlo"/>
          <w:color w:val="BBBEBF"/>
          <w:sz w:val="18"/>
          <w:szCs w:val="18"/>
        </w:rPr>
      </w:pPr>
      <w:r w:rsidRPr="1AA3D36F">
        <w:rPr>
          <w:rFonts w:ascii="Menlo" w:eastAsia="Menlo" w:hAnsi="Menlo" w:cs="Menlo"/>
          <w:color w:val="BBBEBF"/>
          <w:sz w:val="18"/>
          <w:szCs w:val="18"/>
        </w:rPr>
        <w:t>From Roman origins to the Industrial Revolution, Manchester is one of the most historically rich cities in the UK.</w:t>
      </w:r>
    </w:p>
    <w:p w14:paraId="02C66EE4" w14:textId="0952743C"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p</w:t>
      </w:r>
      <w:r w:rsidRPr="1AA3D36F">
        <w:rPr>
          <w:rFonts w:ascii="Menlo" w:eastAsia="Menlo" w:hAnsi="Menlo" w:cs="Menlo"/>
          <w:color w:val="808080" w:themeColor="background1" w:themeShade="80"/>
          <w:sz w:val="18"/>
          <w:szCs w:val="18"/>
        </w:rPr>
        <w:t>&gt;</w:t>
      </w:r>
    </w:p>
    <w:p w14:paraId="2B56BD34" w14:textId="0A520CCA"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section</w:t>
      </w:r>
      <w:r w:rsidRPr="1AA3D36F">
        <w:rPr>
          <w:rFonts w:ascii="Menlo" w:eastAsia="Menlo" w:hAnsi="Menlo" w:cs="Menlo"/>
          <w:color w:val="808080" w:themeColor="background1" w:themeShade="80"/>
          <w:sz w:val="18"/>
          <w:szCs w:val="18"/>
        </w:rPr>
        <w:t>&gt;</w:t>
      </w:r>
    </w:p>
    <w:p w14:paraId="19A84422" w14:textId="4D601D7C" w:rsidR="00961C25" w:rsidRDefault="00961C25" w:rsidP="1AA3D36F">
      <w:pPr>
        <w:shd w:val="clear" w:color="auto" w:fill="121314"/>
        <w:spacing w:after="0" w:line="270" w:lineRule="auto"/>
        <w:rPr>
          <w:sz w:val="18"/>
          <w:szCs w:val="18"/>
        </w:rPr>
      </w:pPr>
    </w:p>
    <w:p w14:paraId="0B4E1774" w14:textId="162E5D7D"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section</w:t>
      </w:r>
      <w:r w:rsidRPr="1AA3D36F">
        <w:rPr>
          <w:rFonts w:ascii="Menlo" w:eastAsia="Menlo" w:hAnsi="Menlo" w:cs="Menlo"/>
          <w:color w:val="BBBEBF"/>
          <w:sz w:val="18"/>
          <w:szCs w:val="18"/>
        </w:rPr>
        <w:t xml:space="preserve"> </w:t>
      </w:r>
      <w:r w:rsidRPr="1AA3D36F">
        <w:rPr>
          <w:rFonts w:ascii="Menlo" w:eastAsia="Menlo" w:hAnsi="Menlo" w:cs="Menlo"/>
          <w:color w:val="9CDCFE"/>
          <w:sz w:val="18"/>
          <w:szCs w:val="18"/>
        </w:rPr>
        <w:t>class</w:t>
      </w:r>
      <w:r w:rsidRPr="1AA3D36F">
        <w:rPr>
          <w:rFonts w:ascii="Menlo" w:eastAsia="Menlo" w:hAnsi="Menlo" w:cs="Menlo"/>
          <w:color w:val="BBBEBF"/>
          <w:sz w:val="18"/>
          <w:szCs w:val="18"/>
        </w:rPr>
        <w:t>=</w:t>
      </w:r>
      <w:r w:rsidRPr="1AA3D36F">
        <w:rPr>
          <w:rFonts w:ascii="Menlo" w:eastAsia="Menlo" w:hAnsi="Menlo" w:cs="Menlo"/>
          <w:color w:val="A5D6FF"/>
          <w:sz w:val="18"/>
          <w:szCs w:val="18"/>
        </w:rPr>
        <w:t>"cards"</w:t>
      </w:r>
      <w:r w:rsidRPr="1AA3D36F">
        <w:rPr>
          <w:rFonts w:ascii="Menlo" w:eastAsia="Menlo" w:hAnsi="Menlo" w:cs="Menlo"/>
          <w:color w:val="808080" w:themeColor="background1" w:themeShade="80"/>
          <w:sz w:val="18"/>
          <w:szCs w:val="18"/>
        </w:rPr>
        <w:t>&gt;</w:t>
      </w:r>
    </w:p>
    <w:p w14:paraId="3A58092D" w14:textId="78BDC1CF"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div</w:t>
      </w:r>
      <w:r w:rsidRPr="1AA3D36F">
        <w:rPr>
          <w:rFonts w:ascii="Menlo" w:eastAsia="Menlo" w:hAnsi="Menlo" w:cs="Menlo"/>
          <w:color w:val="BBBEBF"/>
          <w:sz w:val="18"/>
          <w:szCs w:val="18"/>
        </w:rPr>
        <w:t xml:space="preserve"> </w:t>
      </w:r>
      <w:r w:rsidRPr="1AA3D36F">
        <w:rPr>
          <w:rFonts w:ascii="Menlo" w:eastAsia="Menlo" w:hAnsi="Menlo" w:cs="Menlo"/>
          <w:color w:val="9CDCFE"/>
          <w:sz w:val="18"/>
          <w:szCs w:val="18"/>
        </w:rPr>
        <w:t>class</w:t>
      </w:r>
      <w:r w:rsidRPr="1AA3D36F">
        <w:rPr>
          <w:rFonts w:ascii="Menlo" w:eastAsia="Menlo" w:hAnsi="Menlo" w:cs="Menlo"/>
          <w:color w:val="BBBEBF"/>
          <w:sz w:val="18"/>
          <w:szCs w:val="18"/>
        </w:rPr>
        <w:t>=</w:t>
      </w:r>
      <w:r w:rsidRPr="1AA3D36F">
        <w:rPr>
          <w:rFonts w:ascii="Menlo" w:eastAsia="Menlo" w:hAnsi="Menlo" w:cs="Menlo"/>
          <w:color w:val="A5D6FF"/>
          <w:sz w:val="18"/>
          <w:szCs w:val="18"/>
        </w:rPr>
        <w:t>"card"</w:t>
      </w:r>
      <w:r w:rsidRPr="1AA3D36F">
        <w:rPr>
          <w:rFonts w:ascii="Menlo" w:eastAsia="Menlo" w:hAnsi="Menlo" w:cs="Menlo"/>
          <w:color w:val="808080" w:themeColor="background1" w:themeShade="80"/>
          <w:sz w:val="18"/>
          <w:szCs w:val="18"/>
        </w:rPr>
        <w:t>&gt;</w:t>
      </w:r>
    </w:p>
    <w:p w14:paraId="148693C3" w14:textId="45DEEC0F"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h3</w:t>
      </w:r>
      <w:r w:rsidRPr="1AA3D36F">
        <w:rPr>
          <w:rFonts w:ascii="Menlo" w:eastAsia="Menlo" w:hAnsi="Menlo" w:cs="Menlo"/>
          <w:color w:val="808080" w:themeColor="background1" w:themeShade="80"/>
          <w:sz w:val="18"/>
          <w:szCs w:val="18"/>
        </w:rPr>
        <w:t>&gt;</w:t>
      </w:r>
      <w:r w:rsidRPr="1AA3D36F">
        <w:rPr>
          <w:rFonts w:ascii="Menlo" w:eastAsia="Menlo" w:hAnsi="Menlo" w:cs="Menlo"/>
          <w:color w:val="BBBEBF"/>
          <w:sz w:val="18"/>
          <w:szCs w:val="18"/>
        </w:rPr>
        <w:t>Rich History</w:t>
      </w: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h3</w:t>
      </w:r>
      <w:r w:rsidRPr="1AA3D36F">
        <w:rPr>
          <w:rFonts w:ascii="Menlo" w:eastAsia="Menlo" w:hAnsi="Menlo" w:cs="Menlo"/>
          <w:color w:val="808080" w:themeColor="background1" w:themeShade="80"/>
          <w:sz w:val="18"/>
          <w:szCs w:val="18"/>
        </w:rPr>
        <w:t>&gt;</w:t>
      </w:r>
    </w:p>
    <w:p w14:paraId="65AE2AD8" w14:textId="14B4A0DC"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p</w:t>
      </w:r>
      <w:r w:rsidRPr="1AA3D36F">
        <w:rPr>
          <w:rFonts w:ascii="Menlo" w:eastAsia="Menlo" w:hAnsi="Menlo" w:cs="Menlo"/>
          <w:color w:val="808080" w:themeColor="background1" w:themeShade="80"/>
          <w:sz w:val="18"/>
          <w:szCs w:val="18"/>
        </w:rPr>
        <w:t>&gt;</w:t>
      </w:r>
      <w:r w:rsidRPr="1AA3D36F">
        <w:rPr>
          <w:rFonts w:ascii="Menlo" w:eastAsia="Menlo" w:hAnsi="Menlo" w:cs="Menlo"/>
          <w:color w:val="BBBEBF"/>
          <w:sz w:val="18"/>
          <w:szCs w:val="18"/>
        </w:rPr>
        <w:t>Explore Manchester’s journey through centuries.</w:t>
      </w: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p</w:t>
      </w:r>
      <w:r w:rsidRPr="1AA3D36F">
        <w:rPr>
          <w:rFonts w:ascii="Menlo" w:eastAsia="Menlo" w:hAnsi="Menlo" w:cs="Menlo"/>
          <w:color w:val="808080" w:themeColor="background1" w:themeShade="80"/>
          <w:sz w:val="18"/>
          <w:szCs w:val="18"/>
        </w:rPr>
        <w:t>&gt;</w:t>
      </w:r>
    </w:p>
    <w:p w14:paraId="0F578064" w14:textId="5F6CB7BF"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div</w:t>
      </w:r>
      <w:r w:rsidRPr="1AA3D36F">
        <w:rPr>
          <w:rFonts w:ascii="Menlo" w:eastAsia="Menlo" w:hAnsi="Menlo" w:cs="Menlo"/>
          <w:color w:val="808080" w:themeColor="background1" w:themeShade="80"/>
          <w:sz w:val="18"/>
          <w:szCs w:val="18"/>
        </w:rPr>
        <w:t>&gt;</w:t>
      </w:r>
    </w:p>
    <w:p w14:paraId="38B885E4" w14:textId="7BEFB4D7" w:rsidR="00961C25" w:rsidRDefault="00961C25" w:rsidP="1AA3D36F">
      <w:pPr>
        <w:shd w:val="clear" w:color="auto" w:fill="121314"/>
        <w:spacing w:after="0" w:line="270" w:lineRule="auto"/>
        <w:rPr>
          <w:sz w:val="18"/>
          <w:szCs w:val="18"/>
        </w:rPr>
      </w:pPr>
    </w:p>
    <w:p w14:paraId="21288DEF" w14:textId="5171A53C"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div</w:t>
      </w:r>
      <w:r w:rsidRPr="1AA3D36F">
        <w:rPr>
          <w:rFonts w:ascii="Menlo" w:eastAsia="Menlo" w:hAnsi="Menlo" w:cs="Menlo"/>
          <w:color w:val="BBBEBF"/>
          <w:sz w:val="18"/>
          <w:szCs w:val="18"/>
        </w:rPr>
        <w:t xml:space="preserve"> </w:t>
      </w:r>
      <w:r w:rsidRPr="1AA3D36F">
        <w:rPr>
          <w:rFonts w:ascii="Menlo" w:eastAsia="Menlo" w:hAnsi="Menlo" w:cs="Menlo"/>
          <w:color w:val="9CDCFE"/>
          <w:sz w:val="18"/>
          <w:szCs w:val="18"/>
        </w:rPr>
        <w:t>class</w:t>
      </w:r>
      <w:r w:rsidRPr="1AA3D36F">
        <w:rPr>
          <w:rFonts w:ascii="Menlo" w:eastAsia="Menlo" w:hAnsi="Menlo" w:cs="Menlo"/>
          <w:color w:val="BBBEBF"/>
          <w:sz w:val="18"/>
          <w:szCs w:val="18"/>
        </w:rPr>
        <w:t>=</w:t>
      </w:r>
      <w:r w:rsidRPr="1AA3D36F">
        <w:rPr>
          <w:rFonts w:ascii="Menlo" w:eastAsia="Menlo" w:hAnsi="Menlo" w:cs="Menlo"/>
          <w:color w:val="A5D6FF"/>
          <w:sz w:val="18"/>
          <w:szCs w:val="18"/>
        </w:rPr>
        <w:t>"card"</w:t>
      </w:r>
      <w:r w:rsidRPr="1AA3D36F">
        <w:rPr>
          <w:rFonts w:ascii="Menlo" w:eastAsia="Menlo" w:hAnsi="Menlo" w:cs="Menlo"/>
          <w:color w:val="808080" w:themeColor="background1" w:themeShade="80"/>
          <w:sz w:val="18"/>
          <w:szCs w:val="18"/>
        </w:rPr>
        <w:t>&gt;</w:t>
      </w:r>
    </w:p>
    <w:p w14:paraId="577E68A9" w14:textId="3C3F3645"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h3</w:t>
      </w:r>
      <w:r w:rsidRPr="1AA3D36F">
        <w:rPr>
          <w:rFonts w:ascii="Menlo" w:eastAsia="Menlo" w:hAnsi="Menlo" w:cs="Menlo"/>
          <w:color w:val="808080" w:themeColor="background1" w:themeShade="80"/>
          <w:sz w:val="18"/>
          <w:szCs w:val="18"/>
        </w:rPr>
        <w:t>&gt;</w:t>
      </w:r>
      <w:r w:rsidRPr="1AA3D36F">
        <w:rPr>
          <w:rFonts w:ascii="Menlo" w:eastAsia="Menlo" w:hAnsi="Menlo" w:cs="Menlo"/>
          <w:color w:val="BBBEBF"/>
          <w:sz w:val="18"/>
          <w:szCs w:val="18"/>
        </w:rPr>
        <w:t>Famous Buildings</w:t>
      </w: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h3</w:t>
      </w:r>
      <w:r w:rsidRPr="1AA3D36F">
        <w:rPr>
          <w:rFonts w:ascii="Menlo" w:eastAsia="Menlo" w:hAnsi="Menlo" w:cs="Menlo"/>
          <w:color w:val="808080" w:themeColor="background1" w:themeShade="80"/>
          <w:sz w:val="18"/>
          <w:szCs w:val="18"/>
        </w:rPr>
        <w:t>&gt;</w:t>
      </w:r>
    </w:p>
    <w:p w14:paraId="381A9A89" w14:textId="5E251139"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p</w:t>
      </w:r>
      <w:r w:rsidRPr="1AA3D36F">
        <w:rPr>
          <w:rFonts w:ascii="Menlo" w:eastAsia="Menlo" w:hAnsi="Menlo" w:cs="Menlo"/>
          <w:color w:val="808080" w:themeColor="background1" w:themeShade="80"/>
          <w:sz w:val="18"/>
          <w:szCs w:val="18"/>
        </w:rPr>
        <w:t>&gt;</w:t>
      </w:r>
      <w:r w:rsidRPr="1AA3D36F">
        <w:rPr>
          <w:rFonts w:ascii="Menlo" w:eastAsia="Menlo" w:hAnsi="Menlo" w:cs="Menlo"/>
          <w:color w:val="BBBEBF"/>
          <w:sz w:val="18"/>
          <w:szCs w:val="18"/>
        </w:rPr>
        <w:t>Architecture that defines the skyline.</w:t>
      </w: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p</w:t>
      </w:r>
      <w:r w:rsidRPr="1AA3D36F">
        <w:rPr>
          <w:rFonts w:ascii="Menlo" w:eastAsia="Menlo" w:hAnsi="Menlo" w:cs="Menlo"/>
          <w:color w:val="808080" w:themeColor="background1" w:themeShade="80"/>
          <w:sz w:val="18"/>
          <w:szCs w:val="18"/>
        </w:rPr>
        <w:t>&gt;</w:t>
      </w:r>
    </w:p>
    <w:p w14:paraId="7216A550" w14:textId="7D13E3E5"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div</w:t>
      </w:r>
      <w:r w:rsidRPr="1AA3D36F">
        <w:rPr>
          <w:rFonts w:ascii="Menlo" w:eastAsia="Menlo" w:hAnsi="Menlo" w:cs="Menlo"/>
          <w:color w:val="808080" w:themeColor="background1" w:themeShade="80"/>
          <w:sz w:val="18"/>
          <w:szCs w:val="18"/>
        </w:rPr>
        <w:t>&gt;</w:t>
      </w:r>
    </w:p>
    <w:p w14:paraId="5BC92882" w14:textId="613BDEE5" w:rsidR="00961C25" w:rsidRDefault="00961C25" w:rsidP="1AA3D36F">
      <w:pPr>
        <w:shd w:val="clear" w:color="auto" w:fill="121314"/>
        <w:spacing w:after="0" w:line="270" w:lineRule="auto"/>
        <w:rPr>
          <w:sz w:val="18"/>
          <w:szCs w:val="18"/>
        </w:rPr>
      </w:pPr>
    </w:p>
    <w:p w14:paraId="55DECB58" w14:textId="435CDCB3"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div</w:t>
      </w:r>
      <w:r w:rsidRPr="1AA3D36F">
        <w:rPr>
          <w:rFonts w:ascii="Menlo" w:eastAsia="Menlo" w:hAnsi="Menlo" w:cs="Menlo"/>
          <w:color w:val="BBBEBF"/>
          <w:sz w:val="18"/>
          <w:szCs w:val="18"/>
        </w:rPr>
        <w:t xml:space="preserve"> </w:t>
      </w:r>
      <w:r w:rsidRPr="1AA3D36F">
        <w:rPr>
          <w:rFonts w:ascii="Menlo" w:eastAsia="Menlo" w:hAnsi="Menlo" w:cs="Menlo"/>
          <w:color w:val="9CDCFE"/>
          <w:sz w:val="18"/>
          <w:szCs w:val="18"/>
        </w:rPr>
        <w:t>class</w:t>
      </w:r>
      <w:r w:rsidRPr="1AA3D36F">
        <w:rPr>
          <w:rFonts w:ascii="Menlo" w:eastAsia="Menlo" w:hAnsi="Menlo" w:cs="Menlo"/>
          <w:color w:val="BBBEBF"/>
          <w:sz w:val="18"/>
          <w:szCs w:val="18"/>
        </w:rPr>
        <w:t>=</w:t>
      </w:r>
      <w:r w:rsidRPr="1AA3D36F">
        <w:rPr>
          <w:rFonts w:ascii="Menlo" w:eastAsia="Menlo" w:hAnsi="Menlo" w:cs="Menlo"/>
          <w:color w:val="A5D6FF"/>
          <w:sz w:val="18"/>
          <w:szCs w:val="18"/>
        </w:rPr>
        <w:t>"card"</w:t>
      </w:r>
      <w:r w:rsidRPr="1AA3D36F">
        <w:rPr>
          <w:rFonts w:ascii="Menlo" w:eastAsia="Menlo" w:hAnsi="Menlo" w:cs="Menlo"/>
          <w:color w:val="808080" w:themeColor="background1" w:themeShade="80"/>
          <w:sz w:val="18"/>
          <w:szCs w:val="18"/>
        </w:rPr>
        <w:t>&gt;</w:t>
      </w:r>
    </w:p>
    <w:p w14:paraId="4E877EE6" w14:textId="27D8D887"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h3</w:t>
      </w:r>
      <w:r w:rsidRPr="1AA3D36F">
        <w:rPr>
          <w:rFonts w:ascii="Menlo" w:eastAsia="Menlo" w:hAnsi="Menlo" w:cs="Menlo"/>
          <w:color w:val="808080" w:themeColor="background1" w:themeShade="80"/>
          <w:sz w:val="18"/>
          <w:szCs w:val="18"/>
        </w:rPr>
        <w:t>&gt;</w:t>
      </w:r>
      <w:r w:rsidRPr="1AA3D36F">
        <w:rPr>
          <w:rFonts w:ascii="Menlo" w:eastAsia="Menlo" w:hAnsi="Menlo" w:cs="Menlo"/>
          <w:color w:val="BBBEBF"/>
          <w:sz w:val="18"/>
          <w:szCs w:val="18"/>
        </w:rPr>
        <w:t>Modern Culture</w:t>
      </w: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h3</w:t>
      </w:r>
      <w:r w:rsidRPr="1AA3D36F">
        <w:rPr>
          <w:rFonts w:ascii="Menlo" w:eastAsia="Menlo" w:hAnsi="Menlo" w:cs="Menlo"/>
          <w:color w:val="808080" w:themeColor="background1" w:themeShade="80"/>
          <w:sz w:val="18"/>
          <w:szCs w:val="18"/>
        </w:rPr>
        <w:t>&gt;</w:t>
      </w:r>
    </w:p>
    <w:p w14:paraId="66C20985" w14:textId="71FCE724"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p</w:t>
      </w:r>
      <w:r w:rsidRPr="1AA3D36F">
        <w:rPr>
          <w:rFonts w:ascii="Menlo" w:eastAsia="Menlo" w:hAnsi="Menlo" w:cs="Menlo"/>
          <w:color w:val="808080" w:themeColor="background1" w:themeShade="80"/>
          <w:sz w:val="18"/>
          <w:szCs w:val="18"/>
        </w:rPr>
        <w:t>&gt;</w:t>
      </w:r>
      <w:r w:rsidRPr="1AA3D36F">
        <w:rPr>
          <w:rFonts w:ascii="Menlo" w:eastAsia="Menlo" w:hAnsi="Menlo" w:cs="Menlo"/>
          <w:color w:val="BBBEBF"/>
          <w:sz w:val="18"/>
          <w:szCs w:val="18"/>
        </w:rPr>
        <w:t>A vibrant and evolving city.</w:t>
      </w: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p</w:t>
      </w:r>
      <w:r w:rsidRPr="1AA3D36F">
        <w:rPr>
          <w:rFonts w:ascii="Menlo" w:eastAsia="Menlo" w:hAnsi="Menlo" w:cs="Menlo"/>
          <w:color w:val="808080" w:themeColor="background1" w:themeShade="80"/>
          <w:sz w:val="18"/>
          <w:szCs w:val="18"/>
        </w:rPr>
        <w:t>&gt;</w:t>
      </w:r>
    </w:p>
    <w:p w14:paraId="6C99FEA9" w14:textId="61AF6C1B"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div</w:t>
      </w:r>
      <w:r w:rsidRPr="1AA3D36F">
        <w:rPr>
          <w:rFonts w:ascii="Menlo" w:eastAsia="Menlo" w:hAnsi="Menlo" w:cs="Menlo"/>
          <w:color w:val="808080" w:themeColor="background1" w:themeShade="80"/>
          <w:sz w:val="18"/>
          <w:szCs w:val="18"/>
        </w:rPr>
        <w:t>&gt;</w:t>
      </w:r>
    </w:p>
    <w:p w14:paraId="10EB3069" w14:textId="596F5409" w:rsidR="00961C25" w:rsidRDefault="6DD34044" w:rsidP="1AA3D36F">
      <w:pPr>
        <w:shd w:val="clear" w:color="auto" w:fill="121314"/>
        <w:spacing w:after="0" w:line="270" w:lineRule="auto"/>
        <w:rPr>
          <w:rFonts w:ascii="Menlo" w:eastAsia="Menlo" w:hAnsi="Menlo" w:cs="Menlo"/>
          <w:color w:val="808080" w:themeColor="background1" w:themeShade="80"/>
          <w:sz w:val="18"/>
          <w:szCs w:val="18"/>
        </w:rPr>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section</w:t>
      </w:r>
      <w:r w:rsidRPr="1AA3D36F">
        <w:rPr>
          <w:rFonts w:ascii="Menlo" w:eastAsia="Menlo" w:hAnsi="Menlo" w:cs="Menlo"/>
          <w:color w:val="808080" w:themeColor="background1" w:themeShade="80"/>
          <w:sz w:val="18"/>
          <w:szCs w:val="18"/>
        </w:rPr>
        <w:t>&gt;</w:t>
      </w:r>
    </w:p>
    <w:p w14:paraId="11DFAACF" w14:textId="4A767524" w:rsidR="00961C25" w:rsidRDefault="00961C25" w:rsidP="1AA3D36F">
      <w:pPr>
        <w:shd w:val="clear" w:color="auto" w:fill="121314"/>
        <w:spacing w:after="0" w:line="270" w:lineRule="auto"/>
        <w:rPr>
          <w:sz w:val="18"/>
          <w:szCs w:val="18"/>
        </w:rPr>
      </w:pPr>
    </w:p>
    <w:p w14:paraId="214C41C1" w14:textId="5A99A250" w:rsidR="00961C25" w:rsidRDefault="6DD34044" w:rsidP="1AA3D36F">
      <w:pPr>
        <w:shd w:val="clear" w:color="auto" w:fill="121314"/>
        <w:spacing w:after="0" w:line="270" w:lineRule="auto"/>
      </w:pPr>
      <w:r w:rsidRPr="1AA3D36F">
        <w:rPr>
          <w:rFonts w:ascii="Menlo" w:eastAsia="Menlo" w:hAnsi="Menlo" w:cs="Menlo"/>
          <w:color w:val="808080" w:themeColor="background1" w:themeShade="80"/>
          <w:sz w:val="18"/>
          <w:szCs w:val="18"/>
        </w:rPr>
        <w:t>&lt;</w:t>
      </w:r>
      <w:r w:rsidRPr="1AA3D36F">
        <w:rPr>
          <w:rFonts w:ascii="Menlo" w:eastAsia="Menlo" w:hAnsi="Menlo" w:cs="Menlo"/>
          <w:color w:val="7EE787"/>
          <w:sz w:val="18"/>
          <w:szCs w:val="18"/>
        </w:rPr>
        <w:t>footer</w:t>
      </w:r>
      <w:r w:rsidRPr="1AA3D36F">
        <w:rPr>
          <w:rFonts w:ascii="Menlo" w:eastAsia="Menlo" w:hAnsi="Menlo" w:cs="Menlo"/>
          <w:color w:val="808080" w:themeColor="background1" w:themeShade="80"/>
          <w:sz w:val="18"/>
          <w:szCs w:val="18"/>
        </w:rPr>
        <w:t>&gt;</w:t>
      </w:r>
    </w:p>
    <w:p w14:paraId="2CE9524E" w14:textId="75BB0065" w:rsidR="2D7F9E90" w:rsidRDefault="2D7F9E90" w:rsidP="088AB5E4">
      <w:pPr>
        <w:rPr>
          <w:b/>
          <w:bCs/>
          <w:u w:val="single"/>
        </w:rPr>
      </w:pPr>
      <w:r w:rsidRPr="088AB5E4">
        <w:rPr>
          <w:b/>
          <w:bCs/>
          <w:u w:val="single"/>
        </w:rPr>
        <w:t>History</w:t>
      </w:r>
      <w:r w:rsidR="68115582" w:rsidRPr="6A0F9896">
        <w:rPr>
          <w:b/>
          <w:bCs/>
          <w:u w:val="single"/>
        </w:rPr>
        <w:t>.HTML</w:t>
      </w:r>
      <w:r w:rsidRPr="088AB5E4">
        <w:rPr>
          <w:b/>
          <w:bCs/>
          <w:u w:val="single"/>
        </w:rPr>
        <w:t>:</w:t>
      </w:r>
    </w:p>
    <w:p w14:paraId="31CA53FF" w14:textId="75AC9801"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DOCTYPE</w:t>
      </w:r>
      <w:r w:rsidRPr="088AB5E4">
        <w:rPr>
          <w:rFonts w:ascii="Menlo" w:eastAsia="Menlo" w:hAnsi="Menlo" w:cs="Menlo"/>
          <w:color w:val="BBBEBF"/>
          <w:sz w:val="18"/>
          <w:szCs w:val="18"/>
        </w:rPr>
        <w:t xml:space="preserve"> </w:t>
      </w:r>
      <w:r w:rsidRPr="088AB5E4">
        <w:rPr>
          <w:rFonts w:ascii="Menlo" w:eastAsia="Menlo" w:hAnsi="Menlo" w:cs="Menlo"/>
          <w:color w:val="9CDCFE"/>
          <w:sz w:val="18"/>
          <w:szCs w:val="18"/>
        </w:rPr>
        <w:t>html</w:t>
      </w:r>
      <w:r w:rsidRPr="088AB5E4">
        <w:rPr>
          <w:rFonts w:ascii="Menlo" w:eastAsia="Menlo" w:hAnsi="Menlo" w:cs="Menlo"/>
          <w:color w:val="808080" w:themeColor="background1" w:themeShade="80"/>
          <w:sz w:val="18"/>
          <w:szCs w:val="18"/>
        </w:rPr>
        <w:t>&gt;</w:t>
      </w:r>
    </w:p>
    <w:p w14:paraId="0E8DD87A" w14:textId="4418C2A9"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html</w:t>
      </w:r>
      <w:r w:rsidRPr="088AB5E4">
        <w:rPr>
          <w:rFonts w:ascii="Menlo" w:eastAsia="Menlo" w:hAnsi="Menlo" w:cs="Menlo"/>
          <w:color w:val="BBBEBF"/>
          <w:sz w:val="18"/>
          <w:szCs w:val="18"/>
        </w:rPr>
        <w:t xml:space="preserve"> </w:t>
      </w:r>
      <w:r w:rsidRPr="088AB5E4">
        <w:rPr>
          <w:rFonts w:ascii="Menlo" w:eastAsia="Menlo" w:hAnsi="Menlo" w:cs="Menlo"/>
          <w:color w:val="9CDCFE"/>
          <w:sz w:val="18"/>
          <w:szCs w:val="18"/>
        </w:rPr>
        <w:t>lang</w:t>
      </w:r>
      <w:r w:rsidRPr="088AB5E4">
        <w:rPr>
          <w:rFonts w:ascii="Menlo" w:eastAsia="Menlo" w:hAnsi="Menlo" w:cs="Menlo"/>
          <w:color w:val="BBBEBF"/>
          <w:sz w:val="18"/>
          <w:szCs w:val="18"/>
        </w:rPr>
        <w:t>=</w:t>
      </w:r>
      <w:r w:rsidRPr="088AB5E4">
        <w:rPr>
          <w:rFonts w:ascii="Menlo" w:eastAsia="Menlo" w:hAnsi="Menlo" w:cs="Menlo"/>
          <w:color w:val="A5D6FF"/>
          <w:sz w:val="18"/>
          <w:szCs w:val="18"/>
        </w:rPr>
        <w:t>"en"</w:t>
      </w:r>
      <w:r w:rsidRPr="088AB5E4">
        <w:rPr>
          <w:rFonts w:ascii="Menlo" w:eastAsia="Menlo" w:hAnsi="Menlo" w:cs="Menlo"/>
          <w:color w:val="808080" w:themeColor="background1" w:themeShade="80"/>
          <w:sz w:val="18"/>
          <w:szCs w:val="18"/>
        </w:rPr>
        <w:t>&gt;</w:t>
      </w:r>
    </w:p>
    <w:p w14:paraId="37A85680" w14:textId="332FE1C7"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head</w:t>
      </w:r>
      <w:r w:rsidRPr="088AB5E4">
        <w:rPr>
          <w:rFonts w:ascii="Menlo" w:eastAsia="Menlo" w:hAnsi="Menlo" w:cs="Menlo"/>
          <w:color w:val="808080" w:themeColor="background1" w:themeShade="80"/>
          <w:sz w:val="18"/>
          <w:szCs w:val="18"/>
        </w:rPr>
        <w:t>&gt;</w:t>
      </w:r>
    </w:p>
    <w:p w14:paraId="270C7E9C" w14:textId="016BC60B"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meta</w:t>
      </w:r>
      <w:r w:rsidRPr="088AB5E4">
        <w:rPr>
          <w:rFonts w:ascii="Menlo" w:eastAsia="Menlo" w:hAnsi="Menlo" w:cs="Menlo"/>
          <w:color w:val="BBBEBF"/>
          <w:sz w:val="18"/>
          <w:szCs w:val="18"/>
        </w:rPr>
        <w:t xml:space="preserve"> </w:t>
      </w:r>
      <w:r w:rsidRPr="088AB5E4">
        <w:rPr>
          <w:rFonts w:ascii="Menlo" w:eastAsia="Menlo" w:hAnsi="Menlo" w:cs="Menlo"/>
          <w:color w:val="9CDCFE"/>
          <w:sz w:val="18"/>
          <w:szCs w:val="18"/>
        </w:rPr>
        <w:t>charset</w:t>
      </w:r>
      <w:r w:rsidRPr="088AB5E4">
        <w:rPr>
          <w:rFonts w:ascii="Menlo" w:eastAsia="Menlo" w:hAnsi="Menlo" w:cs="Menlo"/>
          <w:color w:val="BBBEBF"/>
          <w:sz w:val="18"/>
          <w:szCs w:val="18"/>
        </w:rPr>
        <w:t>=</w:t>
      </w:r>
      <w:r w:rsidRPr="088AB5E4">
        <w:rPr>
          <w:rFonts w:ascii="Menlo" w:eastAsia="Menlo" w:hAnsi="Menlo" w:cs="Menlo"/>
          <w:color w:val="A5D6FF"/>
          <w:sz w:val="18"/>
          <w:szCs w:val="18"/>
        </w:rPr>
        <w:t>"UTF-8"</w:t>
      </w:r>
      <w:r w:rsidRPr="088AB5E4">
        <w:rPr>
          <w:rFonts w:ascii="Menlo" w:eastAsia="Menlo" w:hAnsi="Menlo" w:cs="Menlo"/>
          <w:color w:val="808080" w:themeColor="background1" w:themeShade="80"/>
          <w:sz w:val="18"/>
          <w:szCs w:val="18"/>
        </w:rPr>
        <w:t>&gt;</w:t>
      </w:r>
    </w:p>
    <w:p w14:paraId="37B57882" w14:textId="4691DE56"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meta</w:t>
      </w:r>
      <w:r w:rsidRPr="088AB5E4">
        <w:rPr>
          <w:rFonts w:ascii="Menlo" w:eastAsia="Menlo" w:hAnsi="Menlo" w:cs="Menlo"/>
          <w:color w:val="BBBEBF"/>
          <w:sz w:val="18"/>
          <w:szCs w:val="18"/>
        </w:rPr>
        <w:t xml:space="preserve"> </w:t>
      </w:r>
      <w:r w:rsidRPr="088AB5E4">
        <w:rPr>
          <w:rFonts w:ascii="Menlo" w:eastAsia="Menlo" w:hAnsi="Menlo" w:cs="Menlo"/>
          <w:color w:val="9CDCFE"/>
          <w:sz w:val="18"/>
          <w:szCs w:val="18"/>
        </w:rPr>
        <w:t>name</w:t>
      </w:r>
      <w:r w:rsidRPr="088AB5E4">
        <w:rPr>
          <w:rFonts w:ascii="Menlo" w:eastAsia="Menlo" w:hAnsi="Menlo" w:cs="Menlo"/>
          <w:color w:val="BBBEBF"/>
          <w:sz w:val="18"/>
          <w:szCs w:val="18"/>
        </w:rPr>
        <w:t>=</w:t>
      </w:r>
      <w:r w:rsidRPr="088AB5E4">
        <w:rPr>
          <w:rFonts w:ascii="Menlo" w:eastAsia="Menlo" w:hAnsi="Menlo" w:cs="Menlo"/>
          <w:color w:val="A5D6FF"/>
          <w:sz w:val="18"/>
          <w:szCs w:val="18"/>
        </w:rPr>
        <w:t>"viewport"</w:t>
      </w:r>
      <w:r w:rsidRPr="088AB5E4">
        <w:rPr>
          <w:rFonts w:ascii="Menlo" w:eastAsia="Menlo" w:hAnsi="Menlo" w:cs="Menlo"/>
          <w:color w:val="BBBEBF"/>
          <w:sz w:val="18"/>
          <w:szCs w:val="18"/>
        </w:rPr>
        <w:t xml:space="preserve"> </w:t>
      </w:r>
      <w:r w:rsidRPr="088AB5E4">
        <w:rPr>
          <w:rFonts w:ascii="Menlo" w:eastAsia="Menlo" w:hAnsi="Menlo" w:cs="Menlo"/>
          <w:color w:val="9CDCFE"/>
          <w:sz w:val="18"/>
          <w:szCs w:val="18"/>
        </w:rPr>
        <w:t>content</w:t>
      </w:r>
      <w:r w:rsidRPr="088AB5E4">
        <w:rPr>
          <w:rFonts w:ascii="Menlo" w:eastAsia="Menlo" w:hAnsi="Menlo" w:cs="Menlo"/>
          <w:color w:val="BBBEBF"/>
          <w:sz w:val="18"/>
          <w:szCs w:val="18"/>
        </w:rPr>
        <w:t>=</w:t>
      </w:r>
      <w:r w:rsidRPr="088AB5E4">
        <w:rPr>
          <w:rFonts w:ascii="Menlo" w:eastAsia="Menlo" w:hAnsi="Menlo" w:cs="Menlo"/>
          <w:color w:val="A5D6FF"/>
          <w:sz w:val="18"/>
          <w:szCs w:val="18"/>
        </w:rPr>
        <w:t>"width=device-width, initial-scale=1.0"</w:t>
      </w:r>
      <w:r w:rsidRPr="088AB5E4">
        <w:rPr>
          <w:rFonts w:ascii="Menlo" w:eastAsia="Menlo" w:hAnsi="Menlo" w:cs="Menlo"/>
          <w:color w:val="808080" w:themeColor="background1" w:themeShade="80"/>
          <w:sz w:val="18"/>
          <w:szCs w:val="18"/>
        </w:rPr>
        <w:t>&gt;</w:t>
      </w:r>
    </w:p>
    <w:p w14:paraId="55C7637C" w14:textId="32A56EDF"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title</w:t>
      </w:r>
      <w:r w:rsidRPr="088AB5E4">
        <w:rPr>
          <w:rFonts w:ascii="Menlo" w:eastAsia="Menlo" w:hAnsi="Menlo" w:cs="Menlo"/>
          <w:color w:val="808080" w:themeColor="background1" w:themeShade="80"/>
          <w:sz w:val="18"/>
          <w:szCs w:val="18"/>
        </w:rPr>
        <w:t>&gt;</w:t>
      </w:r>
      <w:r w:rsidRPr="088AB5E4">
        <w:rPr>
          <w:rFonts w:ascii="Menlo" w:eastAsia="Menlo" w:hAnsi="Menlo" w:cs="Menlo"/>
          <w:color w:val="BBBEBF"/>
          <w:sz w:val="18"/>
          <w:szCs w:val="18"/>
        </w:rPr>
        <w:t>History of Manchester</w:t>
      </w: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title</w:t>
      </w:r>
      <w:r w:rsidRPr="088AB5E4">
        <w:rPr>
          <w:rFonts w:ascii="Menlo" w:eastAsia="Menlo" w:hAnsi="Menlo" w:cs="Menlo"/>
          <w:color w:val="808080" w:themeColor="background1" w:themeShade="80"/>
          <w:sz w:val="18"/>
          <w:szCs w:val="18"/>
        </w:rPr>
        <w:t>&gt;</w:t>
      </w:r>
    </w:p>
    <w:p w14:paraId="562F7981" w14:textId="7DCEC6E7"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link</w:t>
      </w:r>
      <w:r w:rsidRPr="088AB5E4">
        <w:rPr>
          <w:rFonts w:ascii="Menlo" w:eastAsia="Menlo" w:hAnsi="Menlo" w:cs="Menlo"/>
          <w:color w:val="BBBEBF"/>
          <w:sz w:val="18"/>
          <w:szCs w:val="18"/>
        </w:rPr>
        <w:t xml:space="preserve"> </w:t>
      </w:r>
      <w:r w:rsidRPr="088AB5E4">
        <w:rPr>
          <w:rFonts w:ascii="Menlo" w:eastAsia="Menlo" w:hAnsi="Menlo" w:cs="Menlo"/>
          <w:color w:val="9CDCFE"/>
          <w:sz w:val="18"/>
          <w:szCs w:val="18"/>
        </w:rPr>
        <w:t>rel</w:t>
      </w:r>
      <w:r w:rsidRPr="088AB5E4">
        <w:rPr>
          <w:rFonts w:ascii="Menlo" w:eastAsia="Menlo" w:hAnsi="Menlo" w:cs="Menlo"/>
          <w:color w:val="BBBEBF"/>
          <w:sz w:val="18"/>
          <w:szCs w:val="18"/>
        </w:rPr>
        <w:t>=</w:t>
      </w:r>
      <w:r w:rsidRPr="088AB5E4">
        <w:rPr>
          <w:rFonts w:ascii="Menlo" w:eastAsia="Menlo" w:hAnsi="Menlo" w:cs="Menlo"/>
          <w:color w:val="A5D6FF"/>
          <w:sz w:val="18"/>
          <w:szCs w:val="18"/>
        </w:rPr>
        <w:t>"stylesheet"</w:t>
      </w:r>
      <w:r w:rsidRPr="088AB5E4">
        <w:rPr>
          <w:rFonts w:ascii="Menlo" w:eastAsia="Menlo" w:hAnsi="Menlo" w:cs="Menlo"/>
          <w:color w:val="BBBEBF"/>
          <w:sz w:val="18"/>
          <w:szCs w:val="18"/>
        </w:rPr>
        <w:t xml:space="preserve"> </w:t>
      </w:r>
      <w:r w:rsidRPr="088AB5E4">
        <w:rPr>
          <w:rFonts w:ascii="Menlo" w:eastAsia="Menlo" w:hAnsi="Menlo" w:cs="Menlo"/>
          <w:color w:val="9CDCFE"/>
          <w:sz w:val="18"/>
          <w:szCs w:val="18"/>
        </w:rPr>
        <w:t>href</w:t>
      </w:r>
      <w:r w:rsidRPr="088AB5E4">
        <w:rPr>
          <w:rFonts w:ascii="Menlo" w:eastAsia="Menlo" w:hAnsi="Menlo" w:cs="Menlo"/>
          <w:color w:val="BBBEBF"/>
          <w:sz w:val="18"/>
          <w:szCs w:val="18"/>
        </w:rPr>
        <w:t>=</w:t>
      </w:r>
      <w:r w:rsidRPr="088AB5E4">
        <w:rPr>
          <w:rFonts w:ascii="Menlo" w:eastAsia="Menlo" w:hAnsi="Menlo" w:cs="Menlo"/>
          <w:color w:val="A5D6FF"/>
          <w:sz w:val="18"/>
          <w:szCs w:val="18"/>
        </w:rPr>
        <w:t>"style.css"</w:t>
      </w:r>
      <w:r w:rsidRPr="088AB5E4">
        <w:rPr>
          <w:rFonts w:ascii="Menlo" w:eastAsia="Menlo" w:hAnsi="Menlo" w:cs="Menlo"/>
          <w:color w:val="808080" w:themeColor="background1" w:themeShade="80"/>
          <w:sz w:val="18"/>
          <w:szCs w:val="18"/>
        </w:rPr>
        <w:t>&gt;</w:t>
      </w:r>
    </w:p>
    <w:p w14:paraId="48EA15CC" w14:textId="2D05FC34"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head</w:t>
      </w:r>
      <w:r w:rsidRPr="088AB5E4">
        <w:rPr>
          <w:rFonts w:ascii="Menlo" w:eastAsia="Menlo" w:hAnsi="Menlo" w:cs="Menlo"/>
          <w:color w:val="808080" w:themeColor="background1" w:themeShade="80"/>
          <w:sz w:val="18"/>
          <w:szCs w:val="18"/>
        </w:rPr>
        <w:t>&gt;</w:t>
      </w:r>
    </w:p>
    <w:p w14:paraId="65937EEA" w14:textId="564B02EE"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body</w:t>
      </w:r>
      <w:r w:rsidRPr="088AB5E4">
        <w:rPr>
          <w:rFonts w:ascii="Menlo" w:eastAsia="Menlo" w:hAnsi="Menlo" w:cs="Menlo"/>
          <w:color w:val="808080" w:themeColor="background1" w:themeShade="80"/>
          <w:sz w:val="18"/>
          <w:szCs w:val="18"/>
        </w:rPr>
        <w:t>&gt;</w:t>
      </w:r>
    </w:p>
    <w:p w14:paraId="298315C1" w14:textId="398BFF61" w:rsidR="088AB5E4" w:rsidRDefault="088AB5E4" w:rsidP="088AB5E4">
      <w:pPr>
        <w:shd w:val="clear" w:color="auto" w:fill="121314"/>
        <w:spacing w:after="0" w:line="270" w:lineRule="auto"/>
        <w:rPr>
          <w:sz w:val="18"/>
          <w:szCs w:val="18"/>
        </w:rPr>
      </w:pPr>
    </w:p>
    <w:p w14:paraId="46993BFA" w14:textId="7A426BB1"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header</w:t>
      </w:r>
      <w:r w:rsidRPr="088AB5E4">
        <w:rPr>
          <w:rFonts w:ascii="Menlo" w:eastAsia="Menlo" w:hAnsi="Menlo" w:cs="Menlo"/>
          <w:color w:val="808080" w:themeColor="background1" w:themeShade="80"/>
          <w:sz w:val="18"/>
          <w:szCs w:val="18"/>
        </w:rPr>
        <w:t>&gt;</w:t>
      </w:r>
    </w:p>
    <w:p w14:paraId="471D6860" w14:textId="677E7191"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h1</w:t>
      </w:r>
      <w:r w:rsidRPr="088AB5E4">
        <w:rPr>
          <w:rFonts w:ascii="Menlo" w:eastAsia="Menlo" w:hAnsi="Menlo" w:cs="Menlo"/>
          <w:color w:val="808080" w:themeColor="background1" w:themeShade="80"/>
          <w:sz w:val="18"/>
          <w:szCs w:val="18"/>
        </w:rPr>
        <w:t>&gt;</w:t>
      </w:r>
      <w:r w:rsidRPr="088AB5E4">
        <w:rPr>
          <w:rFonts w:ascii="Menlo" w:eastAsia="Menlo" w:hAnsi="Menlo" w:cs="Menlo"/>
          <w:color w:val="BBBEBF"/>
          <w:sz w:val="18"/>
          <w:szCs w:val="18"/>
        </w:rPr>
        <w:t>Manchester History</w:t>
      </w: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h1</w:t>
      </w:r>
      <w:r w:rsidRPr="088AB5E4">
        <w:rPr>
          <w:rFonts w:ascii="Menlo" w:eastAsia="Menlo" w:hAnsi="Menlo" w:cs="Menlo"/>
          <w:color w:val="808080" w:themeColor="background1" w:themeShade="80"/>
          <w:sz w:val="18"/>
          <w:szCs w:val="18"/>
        </w:rPr>
        <w:t>&gt;</w:t>
      </w:r>
    </w:p>
    <w:p w14:paraId="0928AFA5" w14:textId="52439DDA"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nav</w:t>
      </w:r>
      <w:r w:rsidRPr="088AB5E4">
        <w:rPr>
          <w:rFonts w:ascii="Menlo" w:eastAsia="Menlo" w:hAnsi="Menlo" w:cs="Menlo"/>
          <w:color w:val="808080" w:themeColor="background1" w:themeShade="80"/>
          <w:sz w:val="18"/>
          <w:szCs w:val="18"/>
        </w:rPr>
        <w:t>&gt;</w:t>
      </w:r>
    </w:p>
    <w:p w14:paraId="7070925F" w14:textId="5D0A42A4"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a</w:t>
      </w:r>
      <w:r w:rsidRPr="088AB5E4">
        <w:rPr>
          <w:rFonts w:ascii="Menlo" w:eastAsia="Menlo" w:hAnsi="Menlo" w:cs="Menlo"/>
          <w:color w:val="BBBEBF"/>
          <w:sz w:val="18"/>
          <w:szCs w:val="18"/>
        </w:rPr>
        <w:t xml:space="preserve"> </w:t>
      </w:r>
      <w:r w:rsidRPr="088AB5E4">
        <w:rPr>
          <w:rFonts w:ascii="Menlo" w:eastAsia="Menlo" w:hAnsi="Menlo" w:cs="Menlo"/>
          <w:color w:val="9CDCFE"/>
          <w:sz w:val="18"/>
          <w:szCs w:val="18"/>
        </w:rPr>
        <w:t>href</w:t>
      </w:r>
      <w:r w:rsidRPr="088AB5E4">
        <w:rPr>
          <w:rFonts w:ascii="Menlo" w:eastAsia="Menlo" w:hAnsi="Menlo" w:cs="Menlo"/>
          <w:color w:val="BBBEBF"/>
          <w:sz w:val="18"/>
          <w:szCs w:val="18"/>
        </w:rPr>
        <w:t>=</w:t>
      </w:r>
      <w:r w:rsidRPr="088AB5E4">
        <w:rPr>
          <w:rFonts w:ascii="Menlo" w:eastAsia="Menlo" w:hAnsi="Menlo" w:cs="Menlo"/>
          <w:color w:val="A5D6FF"/>
          <w:sz w:val="18"/>
          <w:szCs w:val="18"/>
        </w:rPr>
        <w:t>"index.html"</w:t>
      </w:r>
      <w:r w:rsidRPr="088AB5E4">
        <w:rPr>
          <w:rFonts w:ascii="Menlo" w:eastAsia="Menlo" w:hAnsi="Menlo" w:cs="Menlo"/>
          <w:color w:val="808080" w:themeColor="background1" w:themeShade="80"/>
          <w:sz w:val="18"/>
          <w:szCs w:val="18"/>
        </w:rPr>
        <w:t>&gt;</w:t>
      </w:r>
      <w:r w:rsidRPr="088AB5E4">
        <w:rPr>
          <w:rFonts w:ascii="Menlo" w:eastAsia="Menlo" w:hAnsi="Menlo" w:cs="Menlo"/>
          <w:color w:val="BBBEBF"/>
          <w:sz w:val="18"/>
          <w:szCs w:val="18"/>
        </w:rPr>
        <w:t>Home</w:t>
      </w: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a</w:t>
      </w:r>
      <w:r w:rsidRPr="088AB5E4">
        <w:rPr>
          <w:rFonts w:ascii="Menlo" w:eastAsia="Menlo" w:hAnsi="Menlo" w:cs="Menlo"/>
          <w:color w:val="808080" w:themeColor="background1" w:themeShade="80"/>
          <w:sz w:val="18"/>
          <w:szCs w:val="18"/>
        </w:rPr>
        <w:t>&gt;</w:t>
      </w:r>
    </w:p>
    <w:p w14:paraId="32ABDB82" w14:textId="40700F95"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a</w:t>
      </w:r>
      <w:r w:rsidRPr="088AB5E4">
        <w:rPr>
          <w:rFonts w:ascii="Menlo" w:eastAsia="Menlo" w:hAnsi="Menlo" w:cs="Menlo"/>
          <w:color w:val="BBBEBF"/>
          <w:sz w:val="18"/>
          <w:szCs w:val="18"/>
        </w:rPr>
        <w:t xml:space="preserve"> </w:t>
      </w:r>
      <w:r w:rsidRPr="088AB5E4">
        <w:rPr>
          <w:rFonts w:ascii="Menlo" w:eastAsia="Menlo" w:hAnsi="Menlo" w:cs="Menlo"/>
          <w:color w:val="9CDCFE"/>
          <w:sz w:val="18"/>
          <w:szCs w:val="18"/>
        </w:rPr>
        <w:t>href</w:t>
      </w:r>
      <w:r w:rsidRPr="088AB5E4">
        <w:rPr>
          <w:rFonts w:ascii="Menlo" w:eastAsia="Menlo" w:hAnsi="Menlo" w:cs="Menlo"/>
          <w:color w:val="BBBEBF"/>
          <w:sz w:val="18"/>
          <w:szCs w:val="18"/>
        </w:rPr>
        <w:t>=</w:t>
      </w:r>
      <w:r w:rsidRPr="088AB5E4">
        <w:rPr>
          <w:rFonts w:ascii="Menlo" w:eastAsia="Menlo" w:hAnsi="Menlo" w:cs="Menlo"/>
          <w:color w:val="A5D6FF"/>
          <w:sz w:val="18"/>
          <w:szCs w:val="18"/>
        </w:rPr>
        <w:t>"history.html"</w:t>
      </w:r>
      <w:r w:rsidRPr="088AB5E4">
        <w:rPr>
          <w:rFonts w:ascii="Menlo" w:eastAsia="Menlo" w:hAnsi="Menlo" w:cs="Menlo"/>
          <w:color w:val="808080" w:themeColor="background1" w:themeShade="80"/>
          <w:sz w:val="18"/>
          <w:szCs w:val="18"/>
        </w:rPr>
        <w:t>&gt;</w:t>
      </w:r>
      <w:r w:rsidRPr="088AB5E4">
        <w:rPr>
          <w:rFonts w:ascii="Menlo" w:eastAsia="Menlo" w:hAnsi="Menlo" w:cs="Menlo"/>
          <w:color w:val="BBBEBF"/>
          <w:sz w:val="18"/>
          <w:szCs w:val="18"/>
        </w:rPr>
        <w:t>History</w:t>
      </w: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a</w:t>
      </w:r>
      <w:r w:rsidRPr="088AB5E4">
        <w:rPr>
          <w:rFonts w:ascii="Menlo" w:eastAsia="Menlo" w:hAnsi="Menlo" w:cs="Menlo"/>
          <w:color w:val="808080" w:themeColor="background1" w:themeShade="80"/>
          <w:sz w:val="18"/>
          <w:szCs w:val="18"/>
        </w:rPr>
        <w:t>&gt;</w:t>
      </w:r>
    </w:p>
    <w:p w14:paraId="63558D67" w14:textId="7BBAB2D1"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a</w:t>
      </w:r>
      <w:r w:rsidRPr="088AB5E4">
        <w:rPr>
          <w:rFonts w:ascii="Menlo" w:eastAsia="Menlo" w:hAnsi="Menlo" w:cs="Menlo"/>
          <w:color w:val="BBBEBF"/>
          <w:sz w:val="18"/>
          <w:szCs w:val="18"/>
        </w:rPr>
        <w:t xml:space="preserve"> </w:t>
      </w:r>
      <w:r w:rsidRPr="088AB5E4">
        <w:rPr>
          <w:rFonts w:ascii="Menlo" w:eastAsia="Menlo" w:hAnsi="Menlo" w:cs="Menlo"/>
          <w:color w:val="9CDCFE"/>
          <w:sz w:val="18"/>
          <w:szCs w:val="18"/>
        </w:rPr>
        <w:t>href</w:t>
      </w:r>
      <w:r w:rsidRPr="088AB5E4">
        <w:rPr>
          <w:rFonts w:ascii="Menlo" w:eastAsia="Menlo" w:hAnsi="Menlo" w:cs="Menlo"/>
          <w:color w:val="BBBEBF"/>
          <w:sz w:val="18"/>
          <w:szCs w:val="18"/>
        </w:rPr>
        <w:t>=</w:t>
      </w:r>
      <w:r w:rsidRPr="088AB5E4">
        <w:rPr>
          <w:rFonts w:ascii="Menlo" w:eastAsia="Menlo" w:hAnsi="Menlo" w:cs="Menlo"/>
          <w:color w:val="A5D6FF"/>
          <w:sz w:val="18"/>
          <w:szCs w:val="18"/>
        </w:rPr>
        <w:t>"buildings.html"</w:t>
      </w:r>
      <w:r w:rsidRPr="088AB5E4">
        <w:rPr>
          <w:rFonts w:ascii="Menlo" w:eastAsia="Menlo" w:hAnsi="Menlo" w:cs="Menlo"/>
          <w:color w:val="808080" w:themeColor="background1" w:themeShade="80"/>
          <w:sz w:val="18"/>
          <w:szCs w:val="18"/>
        </w:rPr>
        <w:t>&gt;</w:t>
      </w:r>
      <w:r w:rsidRPr="088AB5E4">
        <w:rPr>
          <w:rFonts w:ascii="Menlo" w:eastAsia="Menlo" w:hAnsi="Menlo" w:cs="Menlo"/>
          <w:color w:val="BBBEBF"/>
          <w:sz w:val="18"/>
          <w:szCs w:val="18"/>
        </w:rPr>
        <w:t>Buildings</w:t>
      </w: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a</w:t>
      </w:r>
      <w:r w:rsidRPr="088AB5E4">
        <w:rPr>
          <w:rFonts w:ascii="Menlo" w:eastAsia="Menlo" w:hAnsi="Menlo" w:cs="Menlo"/>
          <w:color w:val="808080" w:themeColor="background1" w:themeShade="80"/>
          <w:sz w:val="18"/>
          <w:szCs w:val="18"/>
        </w:rPr>
        <w:t>&gt;</w:t>
      </w:r>
    </w:p>
    <w:p w14:paraId="304632D3" w14:textId="54E34FED"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nav</w:t>
      </w:r>
      <w:r w:rsidRPr="088AB5E4">
        <w:rPr>
          <w:rFonts w:ascii="Menlo" w:eastAsia="Menlo" w:hAnsi="Menlo" w:cs="Menlo"/>
          <w:color w:val="808080" w:themeColor="background1" w:themeShade="80"/>
          <w:sz w:val="18"/>
          <w:szCs w:val="18"/>
        </w:rPr>
        <w:t>&gt;</w:t>
      </w:r>
    </w:p>
    <w:p w14:paraId="79860E5F" w14:textId="3C87F749"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header</w:t>
      </w:r>
      <w:r w:rsidRPr="088AB5E4">
        <w:rPr>
          <w:rFonts w:ascii="Menlo" w:eastAsia="Menlo" w:hAnsi="Menlo" w:cs="Menlo"/>
          <w:color w:val="808080" w:themeColor="background1" w:themeShade="80"/>
          <w:sz w:val="18"/>
          <w:szCs w:val="18"/>
        </w:rPr>
        <w:t>&gt;</w:t>
      </w:r>
    </w:p>
    <w:p w14:paraId="5125FDA5" w14:textId="7A86B726" w:rsidR="088AB5E4" w:rsidRDefault="088AB5E4" w:rsidP="088AB5E4">
      <w:pPr>
        <w:shd w:val="clear" w:color="auto" w:fill="121314"/>
        <w:spacing w:after="0" w:line="270" w:lineRule="auto"/>
        <w:rPr>
          <w:sz w:val="18"/>
          <w:szCs w:val="18"/>
        </w:rPr>
      </w:pPr>
    </w:p>
    <w:p w14:paraId="71FFD839" w14:textId="2C1C0BD4"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section</w:t>
      </w:r>
      <w:r w:rsidRPr="088AB5E4">
        <w:rPr>
          <w:rFonts w:ascii="Menlo" w:eastAsia="Menlo" w:hAnsi="Menlo" w:cs="Menlo"/>
          <w:color w:val="BBBEBF"/>
          <w:sz w:val="18"/>
          <w:szCs w:val="18"/>
        </w:rPr>
        <w:t xml:space="preserve"> </w:t>
      </w:r>
      <w:r w:rsidRPr="088AB5E4">
        <w:rPr>
          <w:rFonts w:ascii="Menlo" w:eastAsia="Menlo" w:hAnsi="Menlo" w:cs="Menlo"/>
          <w:color w:val="9CDCFE"/>
          <w:sz w:val="18"/>
          <w:szCs w:val="18"/>
        </w:rPr>
        <w:t>class</w:t>
      </w:r>
      <w:r w:rsidRPr="088AB5E4">
        <w:rPr>
          <w:rFonts w:ascii="Menlo" w:eastAsia="Menlo" w:hAnsi="Menlo" w:cs="Menlo"/>
          <w:color w:val="BBBEBF"/>
          <w:sz w:val="18"/>
          <w:szCs w:val="18"/>
        </w:rPr>
        <w:t>=</w:t>
      </w:r>
      <w:r w:rsidRPr="088AB5E4">
        <w:rPr>
          <w:rFonts w:ascii="Menlo" w:eastAsia="Menlo" w:hAnsi="Menlo" w:cs="Menlo"/>
          <w:color w:val="A5D6FF"/>
          <w:sz w:val="18"/>
          <w:szCs w:val="18"/>
        </w:rPr>
        <w:t>"content"</w:t>
      </w:r>
      <w:r w:rsidRPr="088AB5E4">
        <w:rPr>
          <w:rFonts w:ascii="Menlo" w:eastAsia="Menlo" w:hAnsi="Menlo" w:cs="Menlo"/>
          <w:color w:val="808080" w:themeColor="background1" w:themeShade="80"/>
          <w:sz w:val="18"/>
          <w:szCs w:val="18"/>
        </w:rPr>
        <w:t>&gt;</w:t>
      </w:r>
    </w:p>
    <w:p w14:paraId="4BE902BB" w14:textId="108158C2"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h2</w:t>
      </w:r>
      <w:r w:rsidRPr="088AB5E4">
        <w:rPr>
          <w:rFonts w:ascii="Menlo" w:eastAsia="Menlo" w:hAnsi="Menlo" w:cs="Menlo"/>
          <w:color w:val="808080" w:themeColor="background1" w:themeShade="80"/>
          <w:sz w:val="18"/>
          <w:szCs w:val="18"/>
        </w:rPr>
        <w:t>&gt;</w:t>
      </w:r>
      <w:r w:rsidRPr="088AB5E4">
        <w:rPr>
          <w:rFonts w:ascii="Menlo" w:eastAsia="Menlo" w:hAnsi="Menlo" w:cs="Menlo"/>
          <w:color w:val="BBBEBF"/>
          <w:sz w:val="18"/>
          <w:szCs w:val="18"/>
        </w:rPr>
        <w:t>Roman Beginnings</w:t>
      </w: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h2</w:t>
      </w:r>
      <w:r w:rsidRPr="088AB5E4">
        <w:rPr>
          <w:rFonts w:ascii="Menlo" w:eastAsia="Menlo" w:hAnsi="Menlo" w:cs="Menlo"/>
          <w:color w:val="808080" w:themeColor="background1" w:themeShade="80"/>
          <w:sz w:val="18"/>
          <w:szCs w:val="18"/>
        </w:rPr>
        <w:t>&gt;</w:t>
      </w:r>
    </w:p>
    <w:p w14:paraId="32B9FB79" w14:textId="31A1F9A4"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p</w:t>
      </w:r>
      <w:r w:rsidRPr="088AB5E4">
        <w:rPr>
          <w:rFonts w:ascii="Menlo" w:eastAsia="Menlo" w:hAnsi="Menlo" w:cs="Menlo"/>
          <w:color w:val="808080" w:themeColor="background1" w:themeShade="80"/>
          <w:sz w:val="18"/>
          <w:szCs w:val="18"/>
        </w:rPr>
        <w:t>&gt;</w:t>
      </w:r>
    </w:p>
    <w:p w14:paraId="0F0F0923" w14:textId="0C791953" w:rsidR="2D7F9E90" w:rsidRDefault="2D7F9E90" w:rsidP="088AB5E4">
      <w:pPr>
        <w:shd w:val="clear" w:color="auto" w:fill="121314"/>
        <w:spacing w:after="0" w:line="270" w:lineRule="auto"/>
        <w:rPr>
          <w:rFonts w:ascii="Menlo" w:eastAsia="Menlo" w:hAnsi="Menlo" w:cs="Menlo"/>
          <w:color w:val="BBBEBF"/>
          <w:sz w:val="18"/>
          <w:szCs w:val="18"/>
        </w:rPr>
      </w:pPr>
      <w:r w:rsidRPr="088AB5E4">
        <w:rPr>
          <w:rFonts w:ascii="Menlo" w:eastAsia="Menlo" w:hAnsi="Menlo" w:cs="Menlo"/>
          <w:color w:val="BBBEBF"/>
          <w:sz w:val="18"/>
          <w:szCs w:val="18"/>
        </w:rPr>
        <w:t>Manchester began as a Roman fort called Mamucium around AD 79.</w:t>
      </w:r>
    </w:p>
    <w:p w14:paraId="07D509F1" w14:textId="5A998B00"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p</w:t>
      </w:r>
      <w:r w:rsidRPr="088AB5E4">
        <w:rPr>
          <w:rFonts w:ascii="Menlo" w:eastAsia="Menlo" w:hAnsi="Menlo" w:cs="Menlo"/>
          <w:color w:val="808080" w:themeColor="background1" w:themeShade="80"/>
          <w:sz w:val="18"/>
          <w:szCs w:val="18"/>
        </w:rPr>
        <w:t>&gt;</w:t>
      </w:r>
    </w:p>
    <w:p w14:paraId="24770AC6" w14:textId="21A4D639" w:rsidR="088AB5E4" w:rsidRDefault="088AB5E4" w:rsidP="088AB5E4">
      <w:pPr>
        <w:shd w:val="clear" w:color="auto" w:fill="121314"/>
        <w:spacing w:after="0" w:line="270" w:lineRule="auto"/>
        <w:rPr>
          <w:sz w:val="18"/>
          <w:szCs w:val="18"/>
        </w:rPr>
      </w:pPr>
    </w:p>
    <w:p w14:paraId="10E8051F" w14:textId="5157F8F4"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h2</w:t>
      </w:r>
      <w:r w:rsidRPr="088AB5E4">
        <w:rPr>
          <w:rFonts w:ascii="Menlo" w:eastAsia="Menlo" w:hAnsi="Menlo" w:cs="Menlo"/>
          <w:color w:val="808080" w:themeColor="background1" w:themeShade="80"/>
          <w:sz w:val="18"/>
          <w:szCs w:val="18"/>
        </w:rPr>
        <w:t>&gt;</w:t>
      </w:r>
      <w:r w:rsidRPr="088AB5E4">
        <w:rPr>
          <w:rFonts w:ascii="Menlo" w:eastAsia="Menlo" w:hAnsi="Menlo" w:cs="Menlo"/>
          <w:color w:val="BBBEBF"/>
          <w:sz w:val="18"/>
          <w:szCs w:val="18"/>
        </w:rPr>
        <w:t>Industrial Revolution</w:t>
      </w: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h2</w:t>
      </w:r>
      <w:r w:rsidRPr="088AB5E4">
        <w:rPr>
          <w:rFonts w:ascii="Menlo" w:eastAsia="Menlo" w:hAnsi="Menlo" w:cs="Menlo"/>
          <w:color w:val="808080" w:themeColor="background1" w:themeShade="80"/>
          <w:sz w:val="18"/>
          <w:szCs w:val="18"/>
        </w:rPr>
        <w:t>&gt;</w:t>
      </w:r>
    </w:p>
    <w:p w14:paraId="75DCE797" w14:textId="5AAE6B36"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p</w:t>
      </w:r>
      <w:r w:rsidRPr="088AB5E4">
        <w:rPr>
          <w:rFonts w:ascii="Menlo" w:eastAsia="Menlo" w:hAnsi="Menlo" w:cs="Menlo"/>
          <w:color w:val="808080" w:themeColor="background1" w:themeShade="80"/>
          <w:sz w:val="18"/>
          <w:szCs w:val="18"/>
        </w:rPr>
        <w:t>&gt;</w:t>
      </w:r>
    </w:p>
    <w:p w14:paraId="7756C846" w14:textId="43512074" w:rsidR="2D7F9E90" w:rsidRDefault="2D7F9E90" w:rsidP="088AB5E4">
      <w:pPr>
        <w:shd w:val="clear" w:color="auto" w:fill="121314"/>
        <w:spacing w:after="0" w:line="270" w:lineRule="auto"/>
        <w:rPr>
          <w:rFonts w:ascii="Menlo" w:eastAsia="Menlo" w:hAnsi="Menlo" w:cs="Menlo"/>
          <w:color w:val="BBBEBF"/>
          <w:sz w:val="18"/>
          <w:szCs w:val="18"/>
        </w:rPr>
      </w:pPr>
      <w:r w:rsidRPr="088AB5E4">
        <w:rPr>
          <w:rFonts w:ascii="Menlo" w:eastAsia="Menlo" w:hAnsi="Menlo" w:cs="Menlo"/>
          <w:color w:val="BBBEBF"/>
          <w:sz w:val="18"/>
          <w:szCs w:val="18"/>
        </w:rPr>
        <w:t>Manchester became the world’s first industrial city, leading in textiles and engineering.</w:t>
      </w:r>
    </w:p>
    <w:p w14:paraId="6FE03FAA" w14:textId="11B4EFB2"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p</w:t>
      </w:r>
      <w:r w:rsidRPr="088AB5E4">
        <w:rPr>
          <w:rFonts w:ascii="Menlo" w:eastAsia="Menlo" w:hAnsi="Menlo" w:cs="Menlo"/>
          <w:color w:val="808080" w:themeColor="background1" w:themeShade="80"/>
          <w:sz w:val="18"/>
          <w:szCs w:val="18"/>
        </w:rPr>
        <w:t>&gt;</w:t>
      </w:r>
    </w:p>
    <w:p w14:paraId="10345CCF" w14:textId="6A748DC8" w:rsidR="088AB5E4" w:rsidRDefault="088AB5E4" w:rsidP="088AB5E4">
      <w:pPr>
        <w:shd w:val="clear" w:color="auto" w:fill="121314"/>
        <w:spacing w:after="0" w:line="270" w:lineRule="auto"/>
        <w:rPr>
          <w:sz w:val="18"/>
          <w:szCs w:val="18"/>
        </w:rPr>
      </w:pPr>
    </w:p>
    <w:p w14:paraId="74FE54F5" w14:textId="5864D2FF"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h2</w:t>
      </w:r>
      <w:r w:rsidRPr="088AB5E4">
        <w:rPr>
          <w:rFonts w:ascii="Menlo" w:eastAsia="Menlo" w:hAnsi="Menlo" w:cs="Menlo"/>
          <w:color w:val="808080" w:themeColor="background1" w:themeShade="80"/>
          <w:sz w:val="18"/>
          <w:szCs w:val="18"/>
        </w:rPr>
        <w:t>&gt;</w:t>
      </w:r>
      <w:r w:rsidRPr="088AB5E4">
        <w:rPr>
          <w:rFonts w:ascii="Menlo" w:eastAsia="Menlo" w:hAnsi="Menlo" w:cs="Menlo"/>
          <w:color w:val="BBBEBF"/>
          <w:sz w:val="18"/>
          <w:szCs w:val="18"/>
        </w:rPr>
        <w:t>Modern Manchester</w:t>
      </w: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h2</w:t>
      </w:r>
      <w:r w:rsidRPr="088AB5E4">
        <w:rPr>
          <w:rFonts w:ascii="Menlo" w:eastAsia="Menlo" w:hAnsi="Menlo" w:cs="Menlo"/>
          <w:color w:val="808080" w:themeColor="background1" w:themeShade="80"/>
          <w:sz w:val="18"/>
          <w:szCs w:val="18"/>
        </w:rPr>
        <w:t>&gt;</w:t>
      </w:r>
    </w:p>
    <w:p w14:paraId="42EA7B9C" w14:textId="705D0DE4"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p</w:t>
      </w:r>
      <w:r w:rsidRPr="088AB5E4">
        <w:rPr>
          <w:rFonts w:ascii="Menlo" w:eastAsia="Menlo" w:hAnsi="Menlo" w:cs="Menlo"/>
          <w:color w:val="808080" w:themeColor="background1" w:themeShade="80"/>
          <w:sz w:val="18"/>
          <w:szCs w:val="18"/>
        </w:rPr>
        <w:t>&gt;</w:t>
      </w:r>
    </w:p>
    <w:p w14:paraId="30EEAB4F" w14:textId="7F24014E" w:rsidR="2D7F9E90" w:rsidRDefault="2D7F9E90" w:rsidP="088AB5E4">
      <w:pPr>
        <w:shd w:val="clear" w:color="auto" w:fill="121314"/>
        <w:spacing w:after="0" w:line="270" w:lineRule="auto"/>
        <w:rPr>
          <w:rFonts w:ascii="Menlo" w:eastAsia="Menlo" w:hAnsi="Menlo" w:cs="Menlo"/>
          <w:color w:val="BBBEBF"/>
          <w:sz w:val="18"/>
          <w:szCs w:val="18"/>
        </w:rPr>
      </w:pPr>
      <w:r w:rsidRPr="088AB5E4">
        <w:rPr>
          <w:rFonts w:ascii="Menlo" w:eastAsia="Menlo" w:hAnsi="Menlo" w:cs="Menlo"/>
          <w:color w:val="BBBEBF"/>
          <w:sz w:val="18"/>
          <w:szCs w:val="18"/>
        </w:rPr>
        <w:t>Today, it is known for culture, football, and innovation.</w:t>
      </w:r>
    </w:p>
    <w:p w14:paraId="1575DADD" w14:textId="1EC0BDE0"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p</w:t>
      </w:r>
      <w:r w:rsidRPr="088AB5E4">
        <w:rPr>
          <w:rFonts w:ascii="Menlo" w:eastAsia="Menlo" w:hAnsi="Menlo" w:cs="Menlo"/>
          <w:color w:val="808080" w:themeColor="background1" w:themeShade="80"/>
          <w:sz w:val="18"/>
          <w:szCs w:val="18"/>
        </w:rPr>
        <w:t>&gt;</w:t>
      </w:r>
    </w:p>
    <w:p w14:paraId="186A2BB5" w14:textId="58A51A76"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section</w:t>
      </w:r>
      <w:r w:rsidRPr="088AB5E4">
        <w:rPr>
          <w:rFonts w:ascii="Menlo" w:eastAsia="Menlo" w:hAnsi="Menlo" w:cs="Menlo"/>
          <w:color w:val="808080" w:themeColor="background1" w:themeShade="80"/>
          <w:sz w:val="18"/>
          <w:szCs w:val="18"/>
        </w:rPr>
        <w:t>&gt;</w:t>
      </w:r>
    </w:p>
    <w:p w14:paraId="6C9B4863" w14:textId="5528AE2A" w:rsidR="088AB5E4" w:rsidRDefault="088AB5E4" w:rsidP="088AB5E4">
      <w:pPr>
        <w:shd w:val="clear" w:color="auto" w:fill="121314"/>
        <w:spacing w:after="0" w:line="270" w:lineRule="auto"/>
        <w:rPr>
          <w:sz w:val="18"/>
          <w:szCs w:val="18"/>
        </w:rPr>
      </w:pPr>
    </w:p>
    <w:p w14:paraId="686F7163" w14:textId="47D036D6"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footer</w:t>
      </w:r>
      <w:r w:rsidRPr="088AB5E4">
        <w:rPr>
          <w:rFonts w:ascii="Menlo" w:eastAsia="Menlo" w:hAnsi="Menlo" w:cs="Menlo"/>
          <w:color w:val="808080" w:themeColor="background1" w:themeShade="80"/>
          <w:sz w:val="18"/>
          <w:szCs w:val="18"/>
        </w:rPr>
        <w:t>&gt;</w:t>
      </w:r>
    </w:p>
    <w:p w14:paraId="3C4CC2A4" w14:textId="33449782"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p</w:t>
      </w:r>
      <w:r w:rsidRPr="088AB5E4">
        <w:rPr>
          <w:rFonts w:ascii="Menlo" w:eastAsia="Menlo" w:hAnsi="Menlo" w:cs="Menlo"/>
          <w:color w:val="808080" w:themeColor="background1" w:themeShade="80"/>
          <w:sz w:val="18"/>
          <w:szCs w:val="18"/>
        </w:rPr>
        <w:t>&gt;</w:t>
      </w:r>
      <w:r w:rsidRPr="088AB5E4">
        <w:rPr>
          <w:rFonts w:ascii="Menlo" w:eastAsia="Menlo" w:hAnsi="Menlo" w:cs="Menlo"/>
          <w:color w:val="BBBEBF"/>
          <w:sz w:val="18"/>
          <w:szCs w:val="18"/>
        </w:rPr>
        <w:t>© 2026 Manchester Heritage</w:t>
      </w: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p</w:t>
      </w:r>
      <w:r w:rsidRPr="088AB5E4">
        <w:rPr>
          <w:rFonts w:ascii="Menlo" w:eastAsia="Menlo" w:hAnsi="Menlo" w:cs="Menlo"/>
          <w:color w:val="808080" w:themeColor="background1" w:themeShade="80"/>
          <w:sz w:val="18"/>
          <w:szCs w:val="18"/>
        </w:rPr>
        <w:t>&gt;</w:t>
      </w:r>
    </w:p>
    <w:p w14:paraId="034A1711" w14:textId="1064AD6A"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footer</w:t>
      </w:r>
      <w:r w:rsidRPr="088AB5E4">
        <w:rPr>
          <w:rFonts w:ascii="Menlo" w:eastAsia="Menlo" w:hAnsi="Menlo" w:cs="Menlo"/>
          <w:color w:val="808080" w:themeColor="background1" w:themeShade="80"/>
          <w:sz w:val="18"/>
          <w:szCs w:val="18"/>
        </w:rPr>
        <w:t>&gt;</w:t>
      </w:r>
    </w:p>
    <w:p w14:paraId="492BDBC3" w14:textId="674C132C" w:rsidR="088AB5E4" w:rsidRDefault="088AB5E4" w:rsidP="088AB5E4">
      <w:pPr>
        <w:shd w:val="clear" w:color="auto" w:fill="121314"/>
        <w:spacing w:after="0" w:line="270" w:lineRule="auto"/>
        <w:rPr>
          <w:sz w:val="18"/>
          <w:szCs w:val="18"/>
        </w:rPr>
      </w:pPr>
    </w:p>
    <w:p w14:paraId="32A0E7BE" w14:textId="4BB911DA"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body</w:t>
      </w:r>
      <w:r w:rsidRPr="088AB5E4">
        <w:rPr>
          <w:rFonts w:ascii="Menlo" w:eastAsia="Menlo" w:hAnsi="Menlo" w:cs="Menlo"/>
          <w:color w:val="808080" w:themeColor="background1" w:themeShade="80"/>
          <w:sz w:val="18"/>
          <w:szCs w:val="18"/>
        </w:rPr>
        <w:t>&gt;</w:t>
      </w:r>
    </w:p>
    <w:p w14:paraId="729BA3C5" w14:textId="6B206812" w:rsidR="2D7F9E90" w:rsidRDefault="2D7F9E90" w:rsidP="088AB5E4">
      <w:pPr>
        <w:shd w:val="clear" w:color="auto" w:fill="121314"/>
        <w:spacing w:after="0" w:line="270" w:lineRule="auto"/>
        <w:rPr>
          <w:rFonts w:ascii="Menlo" w:eastAsia="Menlo" w:hAnsi="Menlo" w:cs="Menlo"/>
          <w:color w:val="808080" w:themeColor="background1" w:themeShade="80"/>
          <w:sz w:val="18"/>
          <w:szCs w:val="18"/>
        </w:rPr>
      </w:pPr>
      <w:r w:rsidRPr="088AB5E4">
        <w:rPr>
          <w:rFonts w:ascii="Menlo" w:eastAsia="Menlo" w:hAnsi="Menlo" w:cs="Menlo"/>
          <w:color w:val="808080" w:themeColor="background1" w:themeShade="80"/>
          <w:sz w:val="18"/>
          <w:szCs w:val="18"/>
        </w:rPr>
        <w:t>&lt;/</w:t>
      </w:r>
      <w:r w:rsidRPr="088AB5E4">
        <w:rPr>
          <w:rFonts w:ascii="Menlo" w:eastAsia="Menlo" w:hAnsi="Menlo" w:cs="Menlo"/>
          <w:color w:val="7EE787"/>
          <w:sz w:val="18"/>
          <w:szCs w:val="18"/>
        </w:rPr>
        <w:t>html</w:t>
      </w:r>
      <w:r w:rsidRPr="088AB5E4">
        <w:rPr>
          <w:rFonts w:ascii="Menlo" w:eastAsia="Menlo" w:hAnsi="Menlo" w:cs="Menlo"/>
          <w:color w:val="808080" w:themeColor="background1" w:themeShade="80"/>
          <w:sz w:val="18"/>
          <w:szCs w:val="18"/>
        </w:rPr>
        <w:t>&gt;</w:t>
      </w:r>
    </w:p>
    <w:p w14:paraId="7F884640" w14:textId="7D05FC37" w:rsidR="088AB5E4" w:rsidRDefault="088AB5E4" w:rsidP="088AB5E4">
      <w:pPr>
        <w:rPr>
          <w:b/>
          <w:bCs/>
          <w:u w:val="single"/>
        </w:rPr>
      </w:pPr>
    </w:p>
    <w:p w14:paraId="701C0762" w14:textId="06A3B2BF" w:rsidR="6A0F9896" w:rsidRDefault="6A0F9896" w:rsidP="6A0F9896">
      <w:pPr>
        <w:rPr>
          <w:b/>
          <w:bCs/>
          <w:u w:val="single"/>
        </w:rPr>
      </w:pPr>
    </w:p>
    <w:p w14:paraId="3FE6379C" w14:textId="5C276C08" w:rsidR="6A0F9896" w:rsidRDefault="6A0F9896" w:rsidP="6A0F9896">
      <w:pPr>
        <w:rPr>
          <w:b/>
          <w:bCs/>
          <w:u w:val="single"/>
        </w:rPr>
      </w:pPr>
    </w:p>
    <w:p w14:paraId="553B7C0C" w14:textId="44D638AE" w:rsidR="6A0F9896" w:rsidRDefault="6A0F9896" w:rsidP="6A0F9896">
      <w:pPr>
        <w:rPr>
          <w:b/>
          <w:bCs/>
          <w:u w:val="single"/>
        </w:rPr>
      </w:pPr>
    </w:p>
    <w:p w14:paraId="49DED5E1" w14:textId="3C7F69FD" w:rsidR="62255D58" w:rsidRDefault="62255D58">
      <w:r w:rsidRPr="6A0F9896">
        <w:rPr>
          <w:b/>
          <w:bCs/>
          <w:u w:val="single"/>
        </w:rPr>
        <w:t>Buildings.HTML:</w:t>
      </w:r>
    </w:p>
    <w:p w14:paraId="7B6134FB" w14:textId="6EA3408D" w:rsidR="00961C25" w:rsidRDefault="00DE015A" w:rsidP="6A0F9896">
      <w:pPr>
        <w:shd w:val="clear" w:color="auto" w:fill="121314"/>
        <w:spacing w:after="0" w:line="270" w:lineRule="auto"/>
      </w:pPr>
      <w:r>
        <w:br/>
      </w:r>
      <w:r w:rsidR="42C31F3C" w:rsidRPr="6A0F9896">
        <w:rPr>
          <w:rFonts w:ascii="Menlo" w:eastAsia="Menlo" w:hAnsi="Menlo" w:cs="Menlo"/>
          <w:color w:val="808080" w:themeColor="background1" w:themeShade="80"/>
          <w:sz w:val="18"/>
          <w:szCs w:val="18"/>
        </w:rPr>
        <w:t>&lt;!</w:t>
      </w:r>
      <w:r w:rsidR="42C31F3C" w:rsidRPr="6A0F9896">
        <w:rPr>
          <w:rFonts w:ascii="Menlo" w:eastAsia="Menlo" w:hAnsi="Menlo" w:cs="Menlo"/>
          <w:color w:val="7EE787"/>
          <w:sz w:val="18"/>
          <w:szCs w:val="18"/>
        </w:rPr>
        <w:t>DOCTYPE</w:t>
      </w:r>
      <w:r w:rsidR="42C31F3C" w:rsidRPr="6A0F9896">
        <w:rPr>
          <w:rFonts w:ascii="Menlo" w:eastAsia="Menlo" w:hAnsi="Menlo" w:cs="Menlo"/>
          <w:color w:val="BBBEBF"/>
          <w:sz w:val="18"/>
          <w:szCs w:val="18"/>
        </w:rPr>
        <w:t xml:space="preserve"> </w:t>
      </w:r>
      <w:r w:rsidR="42C31F3C" w:rsidRPr="6A0F9896">
        <w:rPr>
          <w:rFonts w:ascii="Menlo" w:eastAsia="Menlo" w:hAnsi="Menlo" w:cs="Menlo"/>
          <w:color w:val="9CDCFE"/>
          <w:sz w:val="18"/>
          <w:szCs w:val="18"/>
        </w:rPr>
        <w:t>html</w:t>
      </w:r>
      <w:r w:rsidR="42C31F3C" w:rsidRPr="6A0F9896">
        <w:rPr>
          <w:rFonts w:ascii="Menlo" w:eastAsia="Menlo" w:hAnsi="Menlo" w:cs="Menlo"/>
          <w:color w:val="808080" w:themeColor="background1" w:themeShade="80"/>
          <w:sz w:val="18"/>
          <w:szCs w:val="18"/>
        </w:rPr>
        <w:t>&gt;</w:t>
      </w:r>
    </w:p>
    <w:p w14:paraId="5689E0A8" w14:textId="28E894B0"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html</w:t>
      </w:r>
      <w:r w:rsidRPr="6A0F9896">
        <w:rPr>
          <w:rFonts w:ascii="Menlo" w:eastAsia="Menlo" w:hAnsi="Menlo" w:cs="Menlo"/>
          <w:color w:val="BBBEBF"/>
          <w:sz w:val="18"/>
          <w:szCs w:val="18"/>
        </w:rPr>
        <w:t xml:space="preserve"> </w:t>
      </w:r>
      <w:r w:rsidRPr="6A0F9896">
        <w:rPr>
          <w:rFonts w:ascii="Menlo" w:eastAsia="Menlo" w:hAnsi="Menlo" w:cs="Menlo"/>
          <w:color w:val="9CDCFE"/>
          <w:sz w:val="18"/>
          <w:szCs w:val="18"/>
        </w:rPr>
        <w:t>lang</w:t>
      </w:r>
      <w:r w:rsidRPr="6A0F9896">
        <w:rPr>
          <w:rFonts w:ascii="Menlo" w:eastAsia="Menlo" w:hAnsi="Menlo" w:cs="Menlo"/>
          <w:color w:val="BBBEBF"/>
          <w:sz w:val="18"/>
          <w:szCs w:val="18"/>
        </w:rPr>
        <w:t>=</w:t>
      </w:r>
      <w:r w:rsidRPr="6A0F9896">
        <w:rPr>
          <w:rFonts w:ascii="Menlo" w:eastAsia="Menlo" w:hAnsi="Menlo" w:cs="Menlo"/>
          <w:color w:val="A5D6FF"/>
          <w:sz w:val="18"/>
          <w:szCs w:val="18"/>
        </w:rPr>
        <w:t>"en"</w:t>
      </w:r>
      <w:r w:rsidRPr="6A0F9896">
        <w:rPr>
          <w:rFonts w:ascii="Menlo" w:eastAsia="Menlo" w:hAnsi="Menlo" w:cs="Menlo"/>
          <w:color w:val="808080" w:themeColor="background1" w:themeShade="80"/>
          <w:sz w:val="18"/>
          <w:szCs w:val="18"/>
        </w:rPr>
        <w:t>&gt;</w:t>
      </w:r>
    </w:p>
    <w:p w14:paraId="7E6EE0C0" w14:textId="21537645"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head</w:t>
      </w:r>
      <w:r w:rsidRPr="6A0F9896">
        <w:rPr>
          <w:rFonts w:ascii="Menlo" w:eastAsia="Menlo" w:hAnsi="Menlo" w:cs="Menlo"/>
          <w:color w:val="808080" w:themeColor="background1" w:themeShade="80"/>
          <w:sz w:val="18"/>
          <w:szCs w:val="18"/>
        </w:rPr>
        <w:t>&gt;</w:t>
      </w:r>
    </w:p>
    <w:p w14:paraId="5E106FC3" w14:textId="78E3A1D6"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meta</w:t>
      </w:r>
      <w:r w:rsidRPr="6A0F9896">
        <w:rPr>
          <w:rFonts w:ascii="Menlo" w:eastAsia="Menlo" w:hAnsi="Menlo" w:cs="Menlo"/>
          <w:color w:val="BBBEBF"/>
          <w:sz w:val="18"/>
          <w:szCs w:val="18"/>
        </w:rPr>
        <w:t xml:space="preserve"> </w:t>
      </w:r>
      <w:r w:rsidRPr="6A0F9896">
        <w:rPr>
          <w:rFonts w:ascii="Menlo" w:eastAsia="Menlo" w:hAnsi="Menlo" w:cs="Menlo"/>
          <w:color w:val="9CDCFE"/>
          <w:sz w:val="18"/>
          <w:szCs w:val="18"/>
        </w:rPr>
        <w:t>charset</w:t>
      </w:r>
      <w:r w:rsidRPr="6A0F9896">
        <w:rPr>
          <w:rFonts w:ascii="Menlo" w:eastAsia="Menlo" w:hAnsi="Menlo" w:cs="Menlo"/>
          <w:color w:val="BBBEBF"/>
          <w:sz w:val="18"/>
          <w:szCs w:val="18"/>
        </w:rPr>
        <w:t>=</w:t>
      </w:r>
      <w:r w:rsidRPr="6A0F9896">
        <w:rPr>
          <w:rFonts w:ascii="Menlo" w:eastAsia="Menlo" w:hAnsi="Menlo" w:cs="Menlo"/>
          <w:color w:val="A5D6FF"/>
          <w:sz w:val="18"/>
          <w:szCs w:val="18"/>
        </w:rPr>
        <w:t>"UTF-8"</w:t>
      </w:r>
      <w:r w:rsidRPr="6A0F9896">
        <w:rPr>
          <w:rFonts w:ascii="Menlo" w:eastAsia="Menlo" w:hAnsi="Menlo" w:cs="Menlo"/>
          <w:color w:val="808080" w:themeColor="background1" w:themeShade="80"/>
          <w:sz w:val="18"/>
          <w:szCs w:val="18"/>
        </w:rPr>
        <w:t>&gt;</w:t>
      </w:r>
    </w:p>
    <w:p w14:paraId="12D71FAF" w14:textId="2E4BBCA2"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meta</w:t>
      </w:r>
      <w:r w:rsidRPr="6A0F9896">
        <w:rPr>
          <w:rFonts w:ascii="Menlo" w:eastAsia="Menlo" w:hAnsi="Menlo" w:cs="Menlo"/>
          <w:color w:val="BBBEBF"/>
          <w:sz w:val="18"/>
          <w:szCs w:val="18"/>
        </w:rPr>
        <w:t xml:space="preserve"> </w:t>
      </w:r>
      <w:r w:rsidRPr="6A0F9896">
        <w:rPr>
          <w:rFonts w:ascii="Menlo" w:eastAsia="Menlo" w:hAnsi="Menlo" w:cs="Menlo"/>
          <w:color w:val="9CDCFE"/>
          <w:sz w:val="18"/>
          <w:szCs w:val="18"/>
        </w:rPr>
        <w:t>name</w:t>
      </w:r>
      <w:r w:rsidRPr="6A0F9896">
        <w:rPr>
          <w:rFonts w:ascii="Menlo" w:eastAsia="Menlo" w:hAnsi="Menlo" w:cs="Menlo"/>
          <w:color w:val="BBBEBF"/>
          <w:sz w:val="18"/>
          <w:szCs w:val="18"/>
        </w:rPr>
        <w:t>=</w:t>
      </w:r>
      <w:r w:rsidRPr="6A0F9896">
        <w:rPr>
          <w:rFonts w:ascii="Menlo" w:eastAsia="Menlo" w:hAnsi="Menlo" w:cs="Menlo"/>
          <w:color w:val="A5D6FF"/>
          <w:sz w:val="18"/>
          <w:szCs w:val="18"/>
        </w:rPr>
        <w:t>"viewport"</w:t>
      </w:r>
      <w:r w:rsidRPr="6A0F9896">
        <w:rPr>
          <w:rFonts w:ascii="Menlo" w:eastAsia="Menlo" w:hAnsi="Menlo" w:cs="Menlo"/>
          <w:color w:val="BBBEBF"/>
          <w:sz w:val="18"/>
          <w:szCs w:val="18"/>
        </w:rPr>
        <w:t xml:space="preserve"> </w:t>
      </w:r>
      <w:r w:rsidRPr="6A0F9896">
        <w:rPr>
          <w:rFonts w:ascii="Menlo" w:eastAsia="Menlo" w:hAnsi="Menlo" w:cs="Menlo"/>
          <w:color w:val="9CDCFE"/>
          <w:sz w:val="18"/>
          <w:szCs w:val="18"/>
        </w:rPr>
        <w:t>content</w:t>
      </w:r>
      <w:r w:rsidRPr="6A0F9896">
        <w:rPr>
          <w:rFonts w:ascii="Menlo" w:eastAsia="Menlo" w:hAnsi="Menlo" w:cs="Menlo"/>
          <w:color w:val="BBBEBF"/>
          <w:sz w:val="18"/>
          <w:szCs w:val="18"/>
        </w:rPr>
        <w:t>=</w:t>
      </w:r>
      <w:r w:rsidRPr="6A0F9896">
        <w:rPr>
          <w:rFonts w:ascii="Menlo" w:eastAsia="Menlo" w:hAnsi="Menlo" w:cs="Menlo"/>
          <w:color w:val="A5D6FF"/>
          <w:sz w:val="18"/>
          <w:szCs w:val="18"/>
        </w:rPr>
        <w:t>"width=device-width, initial-scale=1.0"</w:t>
      </w:r>
      <w:r w:rsidRPr="6A0F9896">
        <w:rPr>
          <w:rFonts w:ascii="Menlo" w:eastAsia="Menlo" w:hAnsi="Menlo" w:cs="Menlo"/>
          <w:color w:val="808080" w:themeColor="background1" w:themeShade="80"/>
          <w:sz w:val="18"/>
          <w:szCs w:val="18"/>
        </w:rPr>
        <w:t>&gt;</w:t>
      </w:r>
    </w:p>
    <w:p w14:paraId="19193110" w14:textId="6847167D"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title</w:t>
      </w:r>
      <w:r w:rsidRPr="6A0F9896">
        <w:rPr>
          <w:rFonts w:ascii="Menlo" w:eastAsia="Menlo" w:hAnsi="Menlo" w:cs="Menlo"/>
          <w:color w:val="808080" w:themeColor="background1" w:themeShade="80"/>
          <w:sz w:val="18"/>
          <w:szCs w:val="18"/>
        </w:rPr>
        <w:t>&gt;</w:t>
      </w:r>
      <w:r w:rsidRPr="6A0F9896">
        <w:rPr>
          <w:rFonts w:ascii="Menlo" w:eastAsia="Menlo" w:hAnsi="Menlo" w:cs="Menlo"/>
          <w:color w:val="BBBEBF"/>
          <w:sz w:val="18"/>
          <w:szCs w:val="18"/>
        </w:rPr>
        <w:t>Manchester Buildings</w:t>
      </w: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title</w:t>
      </w:r>
      <w:r w:rsidRPr="6A0F9896">
        <w:rPr>
          <w:rFonts w:ascii="Menlo" w:eastAsia="Menlo" w:hAnsi="Menlo" w:cs="Menlo"/>
          <w:color w:val="808080" w:themeColor="background1" w:themeShade="80"/>
          <w:sz w:val="18"/>
          <w:szCs w:val="18"/>
        </w:rPr>
        <w:t>&gt;</w:t>
      </w:r>
    </w:p>
    <w:p w14:paraId="56AF9348" w14:textId="4206F780"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link</w:t>
      </w:r>
      <w:r w:rsidRPr="6A0F9896">
        <w:rPr>
          <w:rFonts w:ascii="Menlo" w:eastAsia="Menlo" w:hAnsi="Menlo" w:cs="Menlo"/>
          <w:color w:val="BBBEBF"/>
          <w:sz w:val="18"/>
          <w:szCs w:val="18"/>
        </w:rPr>
        <w:t xml:space="preserve"> </w:t>
      </w:r>
      <w:r w:rsidRPr="6A0F9896">
        <w:rPr>
          <w:rFonts w:ascii="Menlo" w:eastAsia="Menlo" w:hAnsi="Menlo" w:cs="Menlo"/>
          <w:color w:val="9CDCFE"/>
          <w:sz w:val="18"/>
          <w:szCs w:val="18"/>
        </w:rPr>
        <w:t>rel</w:t>
      </w:r>
      <w:r w:rsidRPr="6A0F9896">
        <w:rPr>
          <w:rFonts w:ascii="Menlo" w:eastAsia="Menlo" w:hAnsi="Menlo" w:cs="Menlo"/>
          <w:color w:val="BBBEBF"/>
          <w:sz w:val="18"/>
          <w:szCs w:val="18"/>
        </w:rPr>
        <w:t>=</w:t>
      </w:r>
      <w:r w:rsidRPr="6A0F9896">
        <w:rPr>
          <w:rFonts w:ascii="Menlo" w:eastAsia="Menlo" w:hAnsi="Menlo" w:cs="Menlo"/>
          <w:color w:val="A5D6FF"/>
          <w:sz w:val="18"/>
          <w:szCs w:val="18"/>
        </w:rPr>
        <w:t>"stylesheet"</w:t>
      </w:r>
      <w:r w:rsidRPr="6A0F9896">
        <w:rPr>
          <w:rFonts w:ascii="Menlo" w:eastAsia="Menlo" w:hAnsi="Menlo" w:cs="Menlo"/>
          <w:color w:val="BBBEBF"/>
          <w:sz w:val="18"/>
          <w:szCs w:val="18"/>
        </w:rPr>
        <w:t xml:space="preserve"> </w:t>
      </w:r>
      <w:r w:rsidRPr="6A0F9896">
        <w:rPr>
          <w:rFonts w:ascii="Menlo" w:eastAsia="Menlo" w:hAnsi="Menlo" w:cs="Menlo"/>
          <w:color w:val="9CDCFE"/>
          <w:sz w:val="18"/>
          <w:szCs w:val="18"/>
        </w:rPr>
        <w:t>href</w:t>
      </w:r>
      <w:r w:rsidRPr="6A0F9896">
        <w:rPr>
          <w:rFonts w:ascii="Menlo" w:eastAsia="Menlo" w:hAnsi="Menlo" w:cs="Menlo"/>
          <w:color w:val="BBBEBF"/>
          <w:sz w:val="18"/>
          <w:szCs w:val="18"/>
        </w:rPr>
        <w:t>=</w:t>
      </w:r>
      <w:r w:rsidRPr="6A0F9896">
        <w:rPr>
          <w:rFonts w:ascii="Menlo" w:eastAsia="Menlo" w:hAnsi="Menlo" w:cs="Menlo"/>
          <w:color w:val="A5D6FF"/>
          <w:sz w:val="18"/>
          <w:szCs w:val="18"/>
        </w:rPr>
        <w:t>"style.css"</w:t>
      </w:r>
      <w:r w:rsidRPr="6A0F9896">
        <w:rPr>
          <w:rFonts w:ascii="Menlo" w:eastAsia="Menlo" w:hAnsi="Menlo" w:cs="Menlo"/>
          <w:color w:val="808080" w:themeColor="background1" w:themeShade="80"/>
          <w:sz w:val="18"/>
          <w:szCs w:val="18"/>
        </w:rPr>
        <w:t>&gt;</w:t>
      </w:r>
    </w:p>
    <w:p w14:paraId="206F36D8" w14:textId="225B4BC2"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head</w:t>
      </w:r>
      <w:r w:rsidRPr="6A0F9896">
        <w:rPr>
          <w:rFonts w:ascii="Menlo" w:eastAsia="Menlo" w:hAnsi="Menlo" w:cs="Menlo"/>
          <w:color w:val="808080" w:themeColor="background1" w:themeShade="80"/>
          <w:sz w:val="18"/>
          <w:szCs w:val="18"/>
        </w:rPr>
        <w:t>&gt;</w:t>
      </w:r>
    </w:p>
    <w:p w14:paraId="768FEE61" w14:textId="3F59E960"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body</w:t>
      </w:r>
      <w:r w:rsidRPr="6A0F9896">
        <w:rPr>
          <w:rFonts w:ascii="Menlo" w:eastAsia="Menlo" w:hAnsi="Menlo" w:cs="Menlo"/>
          <w:color w:val="808080" w:themeColor="background1" w:themeShade="80"/>
          <w:sz w:val="18"/>
          <w:szCs w:val="18"/>
        </w:rPr>
        <w:t>&gt;</w:t>
      </w:r>
    </w:p>
    <w:p w14:paraId="1B674A01" w14:textId="489A7019" w:rsidR="00961C25" w:rsidRDefault="00961C25" w:rsidP="6A0F9896">
      <w:pPr>
        <w:shd w:val="clear" w:color="auto" w:fill="121314"/>
        <w:spacing w:after="0" w:line="270" w:lineRule="auto"/>
      </w:pPr>
    </w:p>
    <w:p w14:paraId="3BE802CA" w14:textId="51421894"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header</w:t>
      </w:r>
      <w:r w:rsidRPr="6A0F9896">
        <w:rPr>
          <w:rFonts w:ascii="Menlo" w:eastAsia="Menlo" w:hAnsi="Menlo" w:cs="Menlo"/>
          <w:color w:val="808080" w:themeColor="background1" w:themeShade="80"/>
          <w:sz w:val="18"/>
          <w:szCs w:val="18"/>
        </w:rPr>
        <w:t>&gt;</w:t>
      </w:r>
    </w:p>
    <w:p w14:paraId="372E25C2" w14:textId="2A0D6799"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h1</w:t>
      </w:r>
      <w:r w:rsidRPr="6A0F9896">
        <w:rPr>
          <w:rFonts w:ascii="Menlo" w:eastAsia="Menlo" w:hAnsi="Menlo" w:cs="Menlo"/>
          <w:color w:val="808080" w:themeColor="background1" w:themeShade="80"/>
          <w:sz w:val="18"/>
          <w:szCs w:val="18"/>
        </w:rPr>
        <w:t>&gt;</w:t>
      </w:r>
      <w:r w:rsidRPr="6A0F9896">
        <w:rPr>
          <w:rFonts w:ascii="Menlo" w:eastAsia="Menlo" w:hAnsi="Menlo" w:cs="Menlo"/>
          <w:color w:val="BBBEBF"/>
          <w:sz w:val="18"/>
          <w:szCs w:val="18"/>
        </w:rPr>
        <w:t>Famous Buildings</w:t>
      </w: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h1</w:t>
      </w:r>
      <w:r w:rsidRPr="6A0F9896">
        <w:rPr>
          <w:rFonts w:ascii="Menlo" w:eastAsia="Menlo" w:hAnsi="Menlo" w:cs="Menlo"/>
          <w:color w:val="808080" w:themeColor="background1" w:themeShade="80"/>
          <w:sz w:val="18"/>
          <w:szCs w:val="18"/>
        </w:rPr>
        <w:t>&gt;</w:t>
      </w:r>
    </w:p>
    <w:p w14:paraId="4B0712AB" w14:textId="285F3790"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nav</w:t>
      </w:r>
      <w:r w:rsidRPr="6A0F9896">
        <w:rPr>
          <w:rFonts w:ascii="Menlo" w:eastAsia="Menlo" w:hAnsi="Menlo" w:cs="Menlo"/>
          <w:color w:val="808080" w:themeColor="background1" w:themeShade="80"/>
          <w:sz w:val="18"/>
          <w:szCs w:val="18"/>
        </w:rPr>
        <w:t>&gt;</w:t>
      </w:r>
    </w:p>
    <w:p w14:paraId="2B149DA6" w14:textId="5CD64139"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a</w:t>
      </w:r>
      <w:r w:rsidRPr="6A0F9896">
        <w:rPr>
          <w:rFonts w:ascii="Menlo" w:eastAsia="Menlo" w:hAnsi="Menlo" w:cs="Menlo"/>
          <w:color w:val="BBBEBF"/>
          <w:sz w:val="18"/>
          <w:szCs w:val="18"/>
        </w:rPr>
        <w:t xml:space="preserve"> </w:t>
      </w:r>
      <w:r w:rsidRPr="6A0F9896">
        <w:rPr>
          <w:rFonts w:ascii="Menlo" w:eastAsia="Menlo" w:hAnsi="Menlo" w:cs="Menlo"/>
          <w:color w:val="9CDCFE"/>
          <w:sz w:val="18"/>
          <w:szCs w:val="18"/>
        </w:rPr>
        <w:t>href</w:t>
      </w:r>
      <w:r w:rsidRPr="6A0F9896">
        <w:rPr>
          <w:rFonts w:ascii="Menlo" w:eastAsia="Menlo" w:hAnsi="Menlo" w:cs="Menlo"/>
          <w:color w:val="BBBEBF"/>
          <w:sz w:val="18"/>
          <w:szCs w:val="18"/>
        </w:rPr>
        <w:t>=</w:t>
      </w:r>
      <w:r w:rsidRPr="6A0F9896">
        <w:rPr>
          <w:rFonts w:ascii="Menlo" w:eastAsia="Menlo" w:hAnsi="Menlo" w:cs="Menlo"/>
          <w:color w:val="A5D6FF"/>
          <w:sz w:val="18"/>
          <w:szCs w:val="18"/>
        </w:rPr>
        <w:t>"index.html"</w:t>
      </w:r>
      <w:r w:rsidRPr="6A0F9896">
        <w:rPr>
          <w:rFonts w:ascii="Menlo" w:eastAsia="Menlo" w:hAnsi="Menlo" w:cs="Menlo"/>
          <w:color w:val="808080" w:themeColor="background1" w:themeShade="80"/>
          <w:sz w:val="18"/>
          <w:szCs w:val="18"/>
        </w:rPr>
        <w:t>&gt;</w:t>
      </w:r>
      <w:r w:rsidRPr="6A0F9896">
        <w:rPr>
          <w:rFonts w:ascii="Menlo" w:eastAsia="Menlo" w:hAnsi="Menlo" w:cs="Menlo"/>
          <w:color w:val="BBBEBF"/>
          <w:sz w:val="18"/>
          <w:szCs w:val="18"/>
        </w:rPr>
        <w:t>Home</w:t>
      </w: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a</w:t>
      </w:r>
      <w:r w:rsidRPr="6A0F9896">
        <w:rPr>
          <w:rFonts w:ascii="Menlo" w:eastAsia="Menlo" w:hAnsi="Menlo" w:cs="Menlo"/>
          <w:color w:val="808080" w:themeColor="background1" w:themeShade="80"/>
          <w:sz w:val="18"/>
          <w:szCs w:val="18"/>
        </w:rPr>
        <w:t>&gt;</w:t>
      </w:r>
    </w:p>
    <w:p w14:paraId="2C1F0F64" w14:textId="3337F821"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a</w:t>
      </w:r>
      <w:r w:rsidRPr="6A0F9896">
        <w:rPr>
          <w:rFonts w:ascii="Menlo" w:eastAsia="Menlo" w:hAnsi="Menlo" w:cs="Menlo"/>
          <w:color w:val="BBBEBF"/>
          <w:sz w:val="18"/>
          <w:szCs w:val="18"/>
        </w:rPr>
        <w:t xml:space="preserve"> </w:t>
      </w:r>
      <w:r w:rsidRPr="6A0F9896">
        <w:rPr>
          <w:rFonts w:ascii="Menlo" w:eastAsia="Menlo" w:hAnsi="Menlo" w:cs="Menlo"/>
          <w:color w:val="9CDCFE"/>
          <w:sz w:val="18"/>
          <w:szCs w:val="18"/>
        </w:rPr>
        <w:t>href</w:t>
      </w:r>
      <w:r w:rsidRPr="6A0F9896">
        <w:rPr>
          <w:rFonts w:ascii="Menlo" w:eastAsia="Menlo" w:hAnsi="Menlo" w:cs="Menlo"/>
          <w:color w:val="BBBEBF"/>
          <w:sz w:val="18"/>
          <w:szCs w:val="18"/>
        </w:rPr>
        <w:t>=</w:t>
      </w:r>
      <w:r w:rsidRPr="6A0F9896">
        <w:rPr>
          <w:rFonts w:ascii="Menlo" w:eastAsia="Menlo" w:hAnsi="Menlo" w:cs="Menlo"/>
          <w:color w:val="A5D6FF"/>
          <w:sz w:val="18"/>
          <w:szCs w:val="18"/>
        </w:rPr>
        <w:t>"history.html"</w:t>
      </w:r>
      <w:r w:rsidRPr="6A0F9896">
        <w:rPr>
          <w:rFonts w:ascii="Menlo" w:eastAsia="Menlo" w:hAnsi="Menlo" w:cs="Menlo"/>
          <w:color w:val="808080" w:themeColor="background1" w:themeShade="80"/>
          <w:sz w:val="18"/>
          <w:szCs w:val="18"/>
        </w:rPr>
        <w:t>&gt;</w:t>
      </w:r>
      <w:r w:rsidRPr="6A0F9896">
        <w:rPr>
          <w:rFonts w:ascii="Menlo" w:eastAsia="Menlo" w:hAnsi="Menlo" w:cs="Menlo"/>
          <w:color w:val="BBBEBF"/>
          <w:sz w:val="18"/>
          <w:szCs w:val="18"/>
        </w:rPr>
        <w:t>History</w:t>
      </w: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a</w:t>
      </w:r>
      <w:r w:rsidRPr="6A0F9896">
        <w:rPr>
          <w:rFonts w:ascii="Menlo" w:eastAsia="Menlo" w:hAnsi="Menlo" w:cs="Menlo"/>
          <w:color w:val="808080" w:themeColor="background1" w:themeShade="80"/>
          <w:sz w:val="18"/>
          <w:szCs w:val="18"/>
        </w:rPr>
        <w:t>&gt;</w:t>
      </w:r>
    </w:p>
    <w:p w14:paraId="7F69BDB2" w14:textId="7E6918F9"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a</w:t>
      </w:r>
      <w:r w:rsidRPr="6A0F9896">
        <w:rPr>
          <w:rFonts w:ascii="Menlo" w:eastAsia="Menlo" w:hAnsi="Menlo" w:cs="Menlo"/>
          <w:color w:val="BBBEBF"/>
          <w:sz w:val="18"/>
          <w:szCs w:val="18"/>
        </w:rPr>
        <w:t xml:space="preserve"> </w:t>
      </w:r>
      <w:r w:rsidRPr="6A0F9896">
        <w:rPr>
          <w:rFonts w:ascii="Menlo" w:eastAsia="Menlo" w:hAnsi="Menlo" w:cs="Menlo"/>
          <w:color w:val="9CDCFE"/>
          <w:sz w:val="18"/>
          <w:szCs w:val="18"/>
        </w:rPr>
        <w:t>href</w:t>
      </w:r>
      <w:r w:rsidRPr="6A0F9896">
        <w:rPr>
          <w:rFonts w:ascii="Menlo" w:eastAsia="Menlo" w:hAnsi="Menlo" w:cs="Menlo"/>
          <w:color w:val="BBBEBF"/>
          <w:sz w:val="18"/>
          <w:szCs w:val="18"/>
        </w:rPr>
        <w:t>=</w:t>
      </w:r>
      <w:r w:rsidRPr="6A0F9896">
        <w:rPr>
          <w:rFonts w:ascii="Menlo" w:eastAsia="Menlo" w:hAnsi="Menlo" w:cs="Menlo"/>
          <w:color w:val="A5D6FF"/>
          <w:sz w:val="18"/>
          <w:szCs w:val="18"/>
        </w:rPr>
        <w:t>"buildings.html"</w:t>
      </w:r>
      <w:r w:rsidRPr="6A0F9896">
        <w:rPr>
          <w:rFonts w:ascii="Menlo" w:eastAsia="Menlo" w:hAnsi="Menlo" w:cs="Menlo"/>
          <w:color w:val="808080" w:themeColor="background1" w:themeShade="80"/>
          <w:sz w:val="18"/>
          <w:szCs w:val="18"/>
        </w:rPr>
        <w:t>&gt;</w:t>
      </w:r>
      <w:r w:rsidRPr="6A0F9896">
        <w:rPr>
          <w:rFonts w:ascii="Menlo" w:eastAsia="Menlo" w:hAnsi="Menlo" w:cs="Menlo"/>
          <w:color w:val="BBBEBF"/>
          <w:sz w:val="18"/>
          <w:szCs w:val="18"/>
        </w:rPr>
        <w:t>Buildings</w:t>
      </w: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a</w:t>
      </w:r>
      <w:r w:rsidRPr="6A0F9896">
        <w:rPr>
          <w:rFonts w:ascii="Menlo" w:eastAsia="Menlo" w:hAnsi="Menlo" w:cs="Menlo"/>
          <w:color w:val="808080" w:themeColor="background1" w:themeShade="80"/>
          <w:sz w:val="18"/>
          <w:szCs w:val="18"/>
        </w:rPr>
        <w:t>&gt;</w:t>
      </w:r>
    </w:p>
    <w:p w14:paraId="71C6B6CC" w14:textId="123D6D6C"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nav</w:t>
      </w:r>
      <w:r w:rsidRPr="6A0F9896">
        <w:rPr>
          <w:rFonts w:ascii="Menlo" w:eastAsia="Menlo" w:hAnsi="Menlo" w:cs="Menlo"/>
          <w:color w:val="808080" w:themeColor="background1" w:themeShade="80"/>
          <w:sz w:val="18"/>
          <w:szCs w:val="18"/>
        </w:rPr>
        <w:t>&gt;</w:t>
      </w:r>
    </w:p>
    <w:p w14:paraId="6EF0358F" w14:textId="153971D0"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header</w:t>
      </w:r>
      <w:r w:rsidRPr="6A0F9896">
        <w:rPr>
          <w:rFonts w:ascii="Menlo" w:eastAsia="Menlo" w:hAnsi="Menlo" w:cs="Menlo"/>
          <w:color w:val="808080" w:themeColor="background1" w:themeShade="80"/>
          <w:sz w:val="18"/>
          <w:szCs w:val="18"/>
        </w:rPr>
        <w:t>&gt;</w:t>
      </w:r>
    </w:p>
    <w:p w14:paraId="25C54831" w14:textId="3B486636" w:rsidR="00961C25" w:rsidRDefault="00961C25" w:rsidP="6A0F9896">
      <w:pPr>
        <w:shd w:val="clear" w:color="auto" w:fill="121314"/>
        <w:spacing w:after="0" w:line="270" w:lineRule="auto"/>
      </w:pPr>
    </w:p>
    <w:p w14:paraId="081FEDD8" w14:textId="4C9AF5D9"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section</w:t>
      </w:r>
      <w:r w:rsidRPr="6A0F9896">
        <w:rPr>
          <w:rFonts w:ascii="Menlo" w:eastAsia="Menlo" w:hAnsi="Menlo" w:cs="Menlo"/>
          <w:color w:val="BBBEBF"/>
          <w:sz w:val="18"/>
          <w:szCs w:val="18"/>
        </w:rPr>
        <w:t xml:space="preserve"> </w:t>
      </w:r>
      <w:r w:rsidRPr="6A0F9896">
        <w:rPr>
          <w:rFonts w:ascii="Menlo" w:eastAsia="Menlo" w:hAnsi="Menlo" w:cs="Menlo"/>
          <w:color w:val="9CDCFE"/>
          <w:sz w:val="18"/>
          <w:szCs w:val="18"/>
        </w:rPr>
        <w:t>class</w:t>
      </w:r>
      <w:r w:rsidRPr="6A0F9896">
        <w:rPr>
          <w:rFonts w:ascii="Menlo" w:eastAsia="Menlo" w:hAnsi="Menlo" w:cs="Menlo"/>
          <w:color w:val="BBBEBF"/>
          <w:sz w:val="18"/>
          <w:szCs w:val="18"/>
        </w:rPr>
        <w:t>=</w:t>
      </w:r>
      <w:r w:rsidRPr="6A0F9896">
        <w:rPr>
          <w:rFonts w:ascii="Menlo" w:eastAsia="Menlo" w:hAnsi="Menlo" w:cs="Menlo"/>
          <w:color w:val="A5D6FF"/>
          <w:sz w:val="18"/>
          <w:szCs w:val="18"/>
        </w:rPr>
        <w:t>"grid"</w:t>
      </w:r>
      <w:r w:rsidRPr="6A0F9896">
        <w:rPr>
          <w:rFonts w:ascii="Menlo" w:eastAsia="Menlo" w:hAnsi="Menlo" w:cs="Menlo"/>
          <w:color w:val="808080" w:themeColor="background1" w:themeShade="80"/>
          <w:sz w:val="18"/>
          <w:szCs w:val="18"/>
        </w:rPr>
        <w:t>&gt;</w:t>
      </w:r>
    </w:p>
    <w:p w14:paraId="518121BD" w14:textId="0015C43F"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div</w:t>
      </w:r>
      <w:r w:rsidRPr="6A0F9896">
        <w:rPr>
          <w:rFonts w:ascii="Menlo" w:eastAsia="Menlo" w:hAnsi="Menlo" w:cs="Menlo"/>
          <w:color w:val="BBBEBF"/>
          <w:sz w:val="18"/>
          <w:szCs w:val="18"/>
        </w:rPr>
        <w:t xml:space="preserve"> </w:t>
      </w:r>
      <w:r w:rsidRPr="6A0F9896">
        <w:rPr>
          <w:rFonts w:ascii="Menlo" w:eastAsia="Menlo" w:hAnsi="Menlo" w:cs="Menlo"/>
          <w:color w:val="9CDCFE"/>
          <w:sz w:val="18"/>
          <w:szCs w:val="18"/>
        </w:rPr>
        <w:t>class</w:t>
      </w:r>
      <w:r w:rsidRPr="6A0F9896">
        <w:rPr>
          <w:rFonts w:ascii="Menlo" w:eastAsia="Menlo" w:hAnsi="Menlo" w:cs="Menlo"/>
          <w:color w:val="BBBEBF"/>
          <w:sz w:val="18"/>
          <w:szCs w:val="18"/>
        </w:rPr>
        <w:t>=</w:t>
      </w:r>
      <w:r w:rsidRPr="6A0F9896">
        <w:rPr>
          <w:rFonts w:ascii="Menlo" w:eastAsia="Menlo" w:hAnsi="Menlo" w:cs="Menlo"/>
          <w:color w:val="A5D6FF"/>
          <w:sz w:val="18"/>
          <w:szCs w:val="18"/>
        </w:rPr>
        <w:t>"building"</w:t>
      </w:r>
      <w:r w:rsidRPr="6A0F9896">
        <w:rPr>
          <w:rFonts w:ascii="Menlo" w:eastAsia="Menlo" w:hAnsi="Menlo" w:cs="Menlo"/>
          <w:color w:val="808080" w:themeColor="background1" w:themeShade="80"/>
          <w:sz w:val="18"/>
          <w:szCs w:val="18"/>
        </w:rPr>
        <w:t>&gt;</w:t>
      </w:r>
    </w:p>
    <w:p w14:paraId="1E3D2F31" w14:textId="6BDD0697"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h3</w:t>
      </w:r>
      <w:r w:rsidRPr="6A0F9896">
        <w:rPr>
          <w:rFonts w:ascii="Menlo" w:eastAsia="Menlo" w:hAnsi="Menlo" w:cs="Menlo"/>
          <w:color w:val="808080" w:themeColor="background1" w:themeShade="80"/>
          <w:sz w:val="18"/>
          <w:szCs w:val="18"/>
        </w:rPr>
        <w:t>&gt;</w:t>
      </w:r>
      <w:r w:rsidRPr="6A0F9896">
        <w:rPr>
          <w:rFonts w:ascii="Menlo" w:eastAsia="Menlo" w:hAnsi="Menlo" w:cs="Menlo"/>
          <w:color w:val="BBBEBF"/>
          <w:sz w:val="18"/>
          <w:szCs w:val="18"/>
        </w:rPr>
        <w:t>Manchester Town Hall</w:t>
      </w: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h3</w:t>
      </w:r>
      <w:r w:rsidRPr="6A0F9896">
        <w:rPr>
          <w:rFonts w:ascii="Menlo" w:eastAsia="Menlo" w:hAnsi="Menlo" w:cs="Menlo"/>
          <w:color w:val="808080" w:themeColor="background1" w:themeShade="80"/>
          <w:sz w:val="18"/>
          <w:szCs w:val="18"/>
        </w:rPr>
        <w:t>&gt;</w:t>
      </w:r>
    </w:p>
    <w:p w14:paraId="4844D331" w14:textId="18783974"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p</w:t>
      </w:r>
      <w:r w:rsidRPr="6A0F9896">
        <w:rPr>
          <w:rFonts w:ascii="Menlo" w:eastAsia="Menlo" w:hAnsi="Menlo" w:cs="Menlo"/>
          <w:color w:val="808080" w:themeColor="background1" w:themeShade="80"/>
          <w:sz w:val="18"/>
          <w:szCs w:val="18"/>
        </w:rPr>
        <w:t>&gt;</w:t>
      </w:r>
      <w:r w:rsidRPr="6A0F9896">
        <w:rPr>
          <w:rFonts w:ascii="Menlo" w:eastAsia="Menlo" w:hAnsi="Menlo" w:cs="Menlo"/>
          <w:color w:val="BBBEBF"/>
          <w:sz w:val="18"/>
          <w:szCs w:val="18"/>
        </w:rPr>
        <w:t>Victorian Gothic masterpiece.</w:t>
      </w: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p</w:t>
      </w:r>
      <w:r w:rsidRPr="6A0F9896">
        <w:rPr>
          <w:rFonts w:ascii="Menlo" w:eastAsia="Menlo" w:hAnsi="Menlo" w:cs="Menlo"/>
          <w:color w:val="808080" w:themeColor="background1" w:themeShade="80"/>
          <w:sz w:val="18"/>
          <w:szCs w:val="18"/>
        </w:rPr>
        <w:t>&gt;</w:t>
      </w:r>
    </w:p>
    <w:p w14:paraId="7E802850" w14:textId="2E60C4D3"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div</w:t>
      </w:r>
      <w:r w:rsidRPr="6A0F9896">
        <w:rPr>
          <w:rFonts w:ascii="Menlo" w:eastAsia="Menlo" w:hAnsi="Menlo" w:cs="Menlo"/>
          <w:color w:val="808080" w:themeColor="background1" w:themeShade="80"/>
          <w:sz w:val="18"/>
          <w:szCs w:val="18"/>
        </w:rPr>
        <w:t>&gt;</w:t>
      </w:r>
    </w:p>
    <w:p w14:paraId="63B1D689" w14:textId="15F206C1" w:rsidR="00961C25" w:rsidRDefault="00961C25" w:rsidP="6A0F9896">
      <w:pPr>
        <w:shd w:val="clear" w:color="auto" w:fill="121314"/>
        <w:spacing w:after="0" w:line="270" w:lineRule="auto"/>
      </w:pPr>
    </w:p>
    <w:p w14:paraId="03962825" w14:textId="59E2DF5B"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div</w:t>
      </w:r>
      <w:r w:rsidRPr="6A0F9896">
        <w:rPr>
          <w:rFonts w:ascii="Menlo" w:eastAsia="Menlo" w:hAnsi="Menlo" w:cs="Menlo"/>
          <w:color w:val="BBBEBF"/>
          <w:sz w:val="18"/>
          <w:szCs w:val="18"/>
        </w:rPr>
        <w:t xml:space="preserve"> </w:t>
      </w:r>
      <w:r w:rsidRPr="6A0F9896">
        <w:rPr>
          <w:rFonts w:ascii="Menlo" w:eastAsia="Menlo" w:hAnsi="Menlo" w:cs="Menlo"/>
          <w:color w:val="9CDCFE"/>
          <w:sz w:val="18"/>
          <w:szCs w:val="18"/>
        </w:rPr>
        <w:t>class</w:t>
      </w:r>
      <w:r w:rsidRPr="6A0F9896">
        <w:rPr>
          <w:rFonts w:ascii="Menlo" w:eastAsia="Menlo" w:hAnsi="Menlo" w:cs="Menlo"/>
          <w:color w:val="BBBEBF"/>
          <w:sz w:val="18"/>
          <w:szCs w:val="18"/>
        </w:rPr>
        <w:t>=</w:t>
      </w:r>
      <w:r w:rsidRPr="6A0F9896">
        <w:rPr>
          <w:rFonts w:ascii="Menlo" w:eastAsia="Menlo" w:hAnsi="Menlo" w:cs="Menlo"/>
          <w:color w:val="A5D6FF"/>
          <w:sz w:val="18"/>
          <w:szCs w:val="18"/>
        </w:rPr>
        <w:t>"building"</w:t>
      </w:r>
      <w:r w:rsidRPr="6A0F9896">
        <w:rPr>
          <w:rFonts w:ascii="Menlo" w:eastAsia="Menlo" w:hAnsi="Menlo" w:cs="Menlo"/>
          <w:color w:val="808080" w:themeColor="background1" w:themeShade="80"/>
          <w:sz w:val="18"/>
          <w:szCs w:val="18"/>
        </w:rPr>
        <w:t>&gt;</w:t>
      </w:r>
    </w:p>
    <w:p w14:paraId="629DCE23" w14:textId="75C7D06F"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h3</w:t>
      </w:r>
      <w:r w:rsidRPr="6A0F9896">
        <w:rPr>
          <w:rFonts w:ascii="Menlo" w:eastAsia="Menlo" w:hAnsi="Menlo" w:cs="Menlo"/>
          <w:color w:val="808080" w:themeColor="background1" w:themeShade="80"/>
          <w:sz w:val="18"/>
          <w:szCs w:val="18"/>
        </w:rPr>
        <w:t>&gt;</w:t>
      </w:r>
      <w:r w:rsidRPr="6A0F9896">
        <w:rPr>
          <w:rFonts w:ascii="Menlo" w:eastAsia="Menlo" w:hAnsi="Menlo" w:cs="Menlo"/>
          <w:color w:val="BBBEBF"/>
          <w:sz w:val="18"/>
          <w:szCs w:val="18"/>
        </w:rPr>
        <w:t>John Rylands Library</w:t>
      </w: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h3</w:t>
      </w:r>
      <w:r w:rsidRPr="6A0F9896">
        <w:rPr>
          <w:rFonts w:ascii="Menlo" w:eastAsia="Menlo" w:hAnsi="Menlo" w:cs="Menlo"/>
          <w:color w:val="808080" w:themeColor="background1" w:themeShade="80"/>
          <w:sz w:val="18"/>
          <w:szCs w:val="18"/>
        </w:rPr>
        <w:t>&gt;</w:t>
      </w:r>
    </w:p>
    <w:p w14:paraId="22CDC8E6" w14:textId="2D4753DD"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p</w:t>
      </w:r>
      <w:r w:rsidRPr="6A0F9896">
        <w:rPr>
          <w:rFonts w:ascii="Menlo" w:eastAsia="Menlo" w:hAnsi="Menlo" w:cs="Menlo"/>
          <w:color w:val="808080" w:themeColor="background1" w:themeShade="80"/>
          <w:sz w:val="18"/>
          <w:szCs w:val="18"/>
        </w:rPr>
        <w:t>&gt;</w:t>
      </w:r>
      <w:r w:rsidRPr="6A0F9896">
        <w:rPr>
          <w:rFonts w:ascii="Menlo" w:eastAsia="Menlo" w:hAnsi="Menlo" w:cs="Menlo"/>
          <w:color w:val="BBBEBF"/>
          <w:sz w:val="18"/>
          <w:szCs w:val="18"/>
        </w:rPr>
        <w:t>A stunning neo-Gothic library.</w:t>
      </w: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p</w:t>
      </w:r>
      <w:r w:rsidRPr="6A0F9896">
        <w:rPr>
          <w:rFonts w:ascii="Menlo" w:eastAsia="Menlo" w:hAnsi="Menlo" w:cs="Menlo"/>
          <w:color w:val="808080" w:themeColor="background1" w:themeShade="80"/>
          <w:sz w:val="18"/>
          <w:szCs w:val="18"/>
        </w:rPr>
        <w:t>&gt;</w:t>
      </w:r>
    </w:p>
    <w:p w14:paraId="639B4CB6" w14:textId="079F61B1"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div</w:t>
      </w:r>
      <w:r w:rsidRPr="6A0F9896">
        <w:rPr>
          <w:rFonts w:ascii="Menlo" w:eastAsia="Menlo" w:hAnsi="Menlo" w:cs="Menlo"/>
          <w:color w:val="808080" w:themeColor="background1" w:themeShade="80"/>
          <w:sz w:val="18"/>
          <w:szCs w:val="18"/>
        </w:rPr>
        <w:t>&gt;</w:t>
      </w:r>
    </w:p>
    <w:p w14:paraId="08B0CF07" w14:textId="7B044DF1" w:rsidR="00961C25" w:rsidRDefault="00961C25" w:rsidP="6A0F9896">
      <w:pPr>
        <w:shd w:val="clear" w:color="auto" w:fill="121314"/>
        <w:spacing w:after="0" w:line="270" w:lineRule="auto"/>
      </w:pPr>
    </w:p>
    <w:p w14:paraId="079D75D9" w14:textId="5D054412"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div</w:t>
      </w:r>
      <w:r w:rsidRPr="6A0F9896">
        <w:rPr>
          <w:rFonts w:ascii="Menlo" w:eastAsia="Menlo" w:hAnsi="Menlo" w:cs="Menlo"/>
          <w:color w:val="BBBEBF"/>
          <w:sz w:val="18"/>
          <w:szCs w:val="18"/>
        </w:rPr>
        <w:t xml:space="preserve"> </w:t>
      </w:r>
      <w:r w:rsidRPr="6A0F9896">
        <w:rPr>
          <w:rFonts w:ascii="Menlo" w:eastAsia="Menlo" w:hAnsi="Menlo" w:cs="Menlo"/>
          <w:color w:val="9CDCFE"/>
          <w:sz w:val="18"/>
          <w:szCs w:val="18"/>
        </w:rPr>
        <w:t>class</w:t>
      </w:r>
      <w:r w:rsidRPr="6A0F9896">
        <w:rPr>
          <w:rFonts w:ascii="Menlo" w:eastAsia="Menlo" w:hAnsi="Menlo" w:cs="Menlo"/>
          <w:color w:val="BBBEBF"/>
          <w:sz w:val="18"/>
          <w:szCs w:val="18"/>
        </w:rPr>
        <w:t>=</w:t>
      </w:r>
      <w:r w:rsidRPr="6A0F9896">
        <w:rPr>
          <w:rFonts w:ascii="Menlo" w:eastAsia="Menlo" w:hAnsi="Menlo" w:cs="Menlo"/>
          <w:color w:val="A5D6FF"/>
          <w:sz w:val="18"/>
          <w:szCs w:val="18"/>
        </w:rPr>
        <w:t>"building"</w:t>
      </w:r>
      <w:r w:rsidRPr="6A0F9896">
        <w:rPr>
          <w:rFonts w:ascii="Menlo" w:eastAsia="Menlo" w:hAnsi="Menlo" w:cs="Menlo"/>
          <w:color w:val="808080" w:themeColor="background1" w:themeShade="80"/>
          <w:sz w:val="18"/>
          <w:szCs w:val="18"/>
        </w:rPr>
        <w:t>&gt;</w:t>
      </w:r>
    </w:p>
    <w:p w14:paraId="435F6EF6" w14:textId="77E87898"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h3</w:t>
      </w:r>
      <w:r w:rsidRPr="6A0F9896">
        <w:rPr>
          <w:rFonts w:ascii="Menlo" w:eastAsia="Menlo" w:hAnsi="Menlo" w:cs="Menlo"/>
          <w:color w:val="808080" w:themeColor="background1" w:themeShade="80"/>
          <w:sz w:val="18"/>
          <w:szCs w:val="18"/>
        </w:rPr>
        <w:t>&gt;</w:t>
      </w:r>
      <w:r w:rsidRPr="6A0F9896">
        <w:rPr>
          <w:rFonts w:ascii="Menlo" w:eastAsia="Menlo" w:hAnsi="Menlo" w:cs="Menlo"/>
          <w:color w:val="BBBEBF"/>
          <w:sz w:val="18"/>
          <w:szCs w:val="18"/>
        </w:rPr>
        <w:t>Beetham Tower</w:t>
      </w: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h3</w:t>
      </w:r>
      <w:r w:rsidRPr="6A0F9896">
        <w:rPr>
          <w:rFonts w:ascii="Menlo" w:eastAsia="Menlo" w:hAnsi="Menlo" w:cs="Menlo"/>
          <w:color w:val="808080" w:themeColor="background1" w:themeShade="80"/>
          <w:sz w:val="18"/>
          <w:szCs w:val="18"/>
        </w:rPr>
        <w:t>&gt;</w:t>
      </w:r>
    </w:p>
    <w:p w14:paraId="3007F06A" w14:textId="2A052F0B"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p</w:t>
      </w:r>
      <w:r w:rsidRPr="6A0F9896">
        <w:rPr>
          <w:rFonts w:ascii="Menlo" w:eastAsia="Menlo" w:hAnsi="Menlo" w:cs="Menlo"/>
          <w:color w:val="808080" w:themeColor="background1" w:themeShade="80"/>
          <w:sz w:val="18"/>
          <w:szCs w:val="18"/>
        </w:rPr>
        <w:t>&gt;</w:t>
      </w:r>
      <w:r w:rsidRPr="6A0F9896">
        <w:rPr>
          <w:rFonts w:ascii="Menlo" w:eastAsia="Menlo" w:hAnsi="Menlo" w:cs="Menlo"/>
          <w:color w:val="BBBEBF"/>
          <w:sz w:val="18"/>
          <w:szCs w:val="18"/>
        </w:rPr>
        <w:t>Modern skyscraper dominating the skyline.</w:t>
      </w: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p</w:t>
      </w:r>
      <w:r w:rsidRPr="6A0F9896">
        <w:rPr>
          <w:rFonts w:ascii="Menlo" w:eastAsia="Menlo" w:hAnsi="Menlo" w:cs="Menlo"/>
          <w:color w:val="808080" w:themeColor="background1" w:themeShade="80"/>
          <w:sz w:val="18"/>
          <w:szCs w:val="18"/>
        </w:rPr>
        <w:t>&gt;</w:t>
      </w:r>
    </w:p>
    <w:p w14:paraId="3BFE659C" w14:textId="27C54BF8"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div</w:t>
      </w:r>
      <w:r w:rsidRPr="6A0F9896">
        <w:rPr>
          <w:rFonts w:ascii="Menlo" w:eastAsia="Menlo" w:hAnsi="Menlo" w:cs="Menlo"/>
          <w:color w:val="808080" w:themeColor="background1" w:themeShade="80"/>
          <w:sz w:val="18"/>
          <w:szCs w:val="18"/>
        </w:rPr>
        <w:t>&gt;</w:t>
      </w:r>
    </w:p>
    <w:p w14:paraId="01E1FD6A" w14:textId="486FAC2C"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section</w:t>
      </w:r>
      <w:r w:rsidRPr="6A0F9896">
        <w:rPr>
          <w:rFonts w:ascii="Menlo" w:eastAsia="Menlo" w:hAnsi="Menlo" w:cs="Menlo"/>
          <w:color w:val="808080" w:themeColor="background1" w:themeShade="80"/>
          <w:sz w:val="18"/>
          <w:szCs w:val="18"/>
        </w:rPr>
        <w:t>&gt;</w:t>
      </w:r>
    </w:p>
    <w:p w14:paraId="3CE8D65A" w14:textId="39598F7A" w:rsidR="00961C25" w:rsidRDefault="00961C25" w:rsidP="6A0F9896">
      <w:pPr>
        <w:shd w:val="clear" w:color="auto" w:fill="121314"/>
        <w:spacing w:after="0" w:line="270" w:lineRule="auto"/>
      </w:pPr>
    </w:p>
    <w:p w14:paraId="7B1E9311" w14:textId="27D055CD"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footer</w:t>
      </w:r>
      <w:r w:rsidRPr="6A0F9896">
        <w:rPr>
          <w:rFonts w:ascii="Menlo" w:eastAsia="Menlo" w:hAnsi="Menlo" w:cs="Menlo"/>
          <w:color w:val="808080" w:themeColor="background1" w:themeShade="80"/>
          <w:sz w:val="18"/>
          <w:szCs w:val="18"/>
        </w:rPr>
        <w:t>&gt;</w:t>
      </w:r>
    </w:p>
    <w:p w14:paraId="57324D07" w14:textId="4502B75F"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p</w:t>
      </w:r>
      <w:r w:rsidRPr="6A0F9896">
        <w:rPr>
          <w:rFonts w:ascii="Menlo" w:eastAsia="Menlo" w:hAnsi="Menlo" w:cs="Menlo"/>
          <w:color w:val="808080" w:themeColor="background1" w:themeShade="80"/>
          <w:sz w:val="18"/>
          <w:szCs w:val="18"/>
        </w:rPr>
        <w:t>&gt;</w:t>
      </w:r>
      <w:r w:rsidRPr="6A0F9896">
        <w:rPr>
          <w:rFonts w:ascii="Menlo" w:eastAsia="Menlo" w:hAnsi="Menlo" w:cs="Menlo"/>
          <w:color w:val="BBBEBF"/>
          <w:sz w:val="18"/>
          <w:szCs w:val="18"/>
        </w:rPr>
        <w:t>© 2026 Manchester Heritage</w:t>
      </w: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p</w:t>
      </w:r>
      <w:r w:rsidRPr="6A0F9896">
        <w:rPr>
          <w:rFonts w:ascii="Menlo" w:eastAsia="Menlo" w:hAnsi="Menlo" w:cs="Menlo"/>
          <w:color w:val="808080" w:themeColor="background1" w:themeShade="80"/>
          <w:sz w:val="18"/>
          <w:szCs w:val="18"/>
        </w:rPr>
        <w:t>&gt;</w:t>
      </w:r>
    </w:p>
    <w:p w14:paraId="0BFB36F5" w14:textId="65389456"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footer</w:t>
      </w:r>
      <w:r w:rsidRPr="6A0F9896">
        <w:rPr>
          <w:rFonts w:ascii="Menlo" w:eastAsia="Menlo" w:hAnsi="Menlo" w:cs="Menlo"/>
          <w:color w:val="808080" w:themeColor="background1" w:themeShade="80"/>
          <w:sz w:val="18"/>
          <w:szCs w:val="18"/>
        </w:rPr>
        <w:t>&gt;</w:t>
      </w:r>
    </w:p>
    <w:p w14:paraId="3CFB0A39" w14:textId="5B881208" w:rsidR="00961C25" w:rsidRDefault="00961C25" w:rsidP="6A0F9896">
      <w:pPr>
        <w:shd w:val="clear" w:color="auto" w:fill="121314"/>
        <w:spacing w:after="0" w:line="270" w:lineRule="auto"/>
      </w:pPr>
    </w:p>
    <w:p w14:paraId="1F178857" w14:textId="6BFB59DA"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body</w:t>
      </w:r>
      <w:r w:rsidRPr="6A0F9896">
        <w:rPr>
          <w:rFonts w:ascii="Menlo" w:eastAsia="Menlo" w:hAnsi="Menlo" w:cs="Menlo"/>
          <w:color w:val="808080" w:themeColor="background1" w:themeShade="80"/>
          <w:sz w:val="18"/>
          <w:szCs w:val="18"/>
        </w:rPr>
        <w:t>&gt;</w:t>
      </w:r>
    </w:p>
    <w:p w14:paraId="3F65CCA9" w14:textId="18049EDF" w:rsidR="00961C25" w:rsidRDefault="42C31F3C" w:rsidP="6A0F9896">
      <w:pPr>
        <w:shd w:val="clear" w:color="auto" w:fill="121314"/>
        <w:spacing w:after="0" w:line="270" w:lineRule="auto"/>
      </w:pPr>
      <w:r w:rsidRPr="6A0F9896">
        <w:rPr>
          <w:rFonts w:ascii="Menlo" w:eastAsia="Menlo" w:hAnsi="Menlo" w:cs="Menlo"/>
          <w:color w:val="808080" w:themeColor="background1" w:themeShade="80"/>
          <w:sz w:val="18"/>
          <w:szCs w:val="18"/>
        </w:rPr>
        <w:t>&lt;/</w:t>
      </w:r>
      <w:r w:rsidRPr="6A0F9896">
        <w:rPr>
          <w:rFonts w:ascii="Menlo" w:eastAsia="Menlo" w:hAnsi="Menlo" w:cs="Menlo"/>
          <w:color w:val="7EE787"/>
          <w:sz w:val="18"/>
          <w:szCs w:val="18"/>
        </w:rPr>
        <w:t>html</w:t>
      </w:r>
      <w:r w:rsidRPr="6A0F9896">
        <w:rPr>
          <w:rFonts w:ascii="Menlo" w:eastAsia="Menlo" w:hAnsi="Menlo" w:cs="Menlo"/>
          <w:color w:val="808080" w:themeColor="background1" w:themeShade="80"/>
          <w:sz w:val="18"/>
          <w:szCs w:val="18"/>
        </w:rPr>
        <w:t>&gt;</w:t>
      </w:r>
    </w:p>
    <w:p w14:paraId="5DEDD159" w14:textId="447C9336" w:rsidR="790441DE" w:rsidRDefault="790441DE" w:rsidP="790441DE">
      <w:pPr>
        <w:rPr>
          <w:rFonts w:ascii="Menlo" w:eastAsia="Menlo" w:hAnsi="Menlo" w:cs="Menlo"/>
          <w:color w:val="7EE787"/>
          <w:sz w:val="18"/>
          <w:szCs w:val="18"/>
        </w:rPr>
      </w:pPr>
    </w:p>
    <w:p w14:paraId="00790B47" w14:textId="5A1792E7" w:rsidR="790441DE" w:rsidRDefault="790441DE" w:rsidP="790441DE">
      <w:pPr>
        <w:rPr>
          <w:rFonts w:ascii="Menlo" w:eastAsia="Menlo" w:hAnsi="Menlo" w:cs="Menlo"/>
          <w:color w:val="7EE787"/>
          <w:sz w:val="18"/>
          <w:szCs w:val="18"/>
        </w:rPr>
      </w:pPr>
    </w:p>
    <w:p w14:paraId="6ABB7191" w14:textId="63614B2B" w:rsidR="790441DE" w:rsidRDefault="790441DE" w:rsidP="790441DE">
      <w:pPr>
        <w:rPr>
          <w:rFonts w:ascii="Menlo" w:eastAsia="Menlo" w:hAnsi="Menlo" w:cs="Menlo"/>
          <w:color w:val="7EE787"/>
          <w:sz w:val="18"/>
          <w:szCs w:val="18"/>
        </w:rPr>
      </w:pPr>
    </w:p>
    <w:p w14:paraId="7CB1284E" w14:textId="44341943" w:rsidR="790441DE" w:rsidRDefault="790441DE" w:rsidP="790441DE">
      <w:pPr>
        <w:rPr>
          <w:rFonts w:ascii="Menlo" w:eastAsia="Menlo" w:hAnsi="Menlo" w:cs="Menlo"/>
          <w:color w:val="7EE787"/>
          <w:sz w:val="18"/>
          <w:szCs w:val="18"/>
        </w:rPr>
      </w:pPr>
    </w:p>
    <w:p w14:paraId="7AEBCE02" w14:textId="2E2719D8" w:rsidR="6EB75A4F" w:rsidRDefault="6EB75A4F" w:rsidP="790441DE">
      <w:pPr>
        <w:rPr>
          <w:rFonts w:ascii="Menlo" w:eastAsia="Menlo" w:hAnsi="Menlo" w:cs="Menlo"/>
          <w:b/>
          <w:bCs/>
          <w:sz w:val="18"/>
          <w:szCs w:val="18"/>
          <w:highlight w:val="yellow"/>
          <w:u w:val="single"/>
        </w:rPr>
      </w:pPr>
      <w:r w:rsidRPr="790441DE">
        <w:rPr>
          <w:rFonts w:ascii="Menlo" w:eastAsia="Menlo" w:hAnsi="Menlo" w:cs="Menlo"/>
          <w:b/>
          <w:bCs/>
          <w:sz w:val="18"/>
          <w:szCs w:val="18"/>
          <w:highlight w:val="yellow"/>
          <w:u w:val="single"/>
        </w:rPr>
        <w:t>Style.CSS:</w:t>
      </w:r>
    </w:p>
    <w:p w14:paraId="6CA9EAE9" w14:textId="64E5D1A5" w:rsidR="6EB75A4F" w:rsidRDefault="6EB75A4F" w:rsidP="790441DE">
      <w:r w:rsidRPr="790441DE">
        <w:rPr>
          <w:rFonts w:ascii="Menlo" w:eastAsia="Menlo" w:hAnsi="Menlo" w:cs="Menlo"/>
          <w:color w:val="7EE787"/>
          <w:sz w:val="18"/>
          <w:szCs w:val="18"/>
        </w:rPr>
        <w:t>*</w:t>
      </w:r>
      <w:r w:rsidRPr="790441DE">
        <w:rPr>
          <w:rFonts w:ascii="Menlo" w:eastAsia="Menlo" w:hAnsi="Menlo" w:cs="Menlo"/>
          <w:color w:val="BBBEBF"/>
          <w:sz w:val="18"/>
          <w:szCs w:val="18"/>
        </w:rPr>
        <w:t xml:space="preserve"> {</w:t>
      </w:r>
    </w:p>
    <w:p w14:paraId="20C4B289" w14:textId="6C599584" w:rsidR="6EB75A4F" w:rsidRDefault="6EB75A4F" w:rsidP="790441DE">
      <w:pPr>
        <w:shd w:val="clear" w:color="auto" w:fill="121314"/>
        <w:spacing w:after="0" w:line="270" w:lineRule="auto"/>
      </w:pPr>
      <w:r w:rsidRPr="790441DE">
        <w:rPr>
          <w:rFonts w:ascii="Menlo" w:eastAsia="Menlo" w:hAnsi="Menlo" w:cs="Menlo"/>
          <w:color w:val="9CDCFE"/>
          <w:sz w:val="18"/>
          <w:szCs w:val="18"/>
        </w:rPr>
        <w:t>margin</w:t>
      </w:r>
      <w:r w:rsidRPr="790441DE">
        <w:rPr>
          <w:rFonts w:ascii="Menlo" w:eastAsia="Menlo" w:hAnsi="Menlo" w:cs="Menlo"/>
          <w:color w:val="BBBEBF"/>
          <w:sz w:val="18"/>
          <w:szCs w:val="18"/>
        </w:rPr>
        <w:t xml:space="preserve">: </w:t>
      </w:r>
      <w:r w:rsidRPr="790441DE">
        <w:rPr>
          <w:rFonts w:ascii="Menlo" w:eastAsia="Menlo" w:hAnsi="Menlo" w:cs="Menlo"/>
          <w:color w:val="B5CEA8"/>
          <w:sz w:val="18"/>
          <w:szCs w:val="18"/>
        </w:rPr>
        <w:t>0</w:t>
      </w:r>
      <w:r w:rsidRPr="790441DE">
        <w:rPr>
          <w:rFonts w:ascii="Menlo" w:eastAsia="Menlo" w:hAnsi="Menlo" w:cs="Menlo"/>
          <w:color w:val="BBBEBF"/>
          <w:sz w:val="18"/>
          <w:szCs w:val="18"/>
        </w:rPr>
        <w:t>;</w:t>
      </w:r>
    </w:p>
    <w:p w14:paraId="36A707D8" w14:textId="2C54DC60" w:rsidR="6EB75A4F" w:rsidRDefault="6EB75A4F" w:rsidP="790441DE">
      <w:pPr>
        <w:shd w:val="clear" w:color="auto" w:fill="121314"/>
        <w:spacing w:after="0" w:line="270" w:lineRule="auto"/>
      </w:pPr>
      <w:r w:rsidRPr="790441DE">
        <w:rPr>
          <w:rFonts w:ascii="Menlo" w:eastAsia="Menlo" w:hAnsi="Menlo" w:cs="Menlo"/>
          <w:color w:val="9CDCFE"/>
          <w:sz w:val="18"/>
          <w:szCs w:val="18"/>
        </w:rPr>
        <w:t>padding</w:t>
      </w:r>
      <w:r w:rsidRPr="790441DE">
        <w:rPr>
          <w:rFonts w:ascii="Menlo" w:eastAsia="Menlo" w:hAnsi="Menlo" w:cs="Menlo"/>
          <w:color w:val="BBBEBF"/>
          <w:sz w:val="18"/>
          <w:szCs w:val="18"/>
        </w:rPr>
        <w:t xml:space="preserve">: </w:t>
      </w:r>
      <w:r w:rsidRPr="790441DE">
        <w:rPr>
          <w:rFonts w:ascii="Menlo" w:eastAsia="Menlo" w:hAnsi="Menlo" w:cs="Menlo"/>
          <w:color w:val="B5CEA8"/>
          <w:sz w:val="18"/>
          <w:szCs w:val="18"/>
        </w:rPr>
        <w:t>0</w:t>
      </w:r>
      <w:r w:rsidRPr="790441DE">
        <w:rPr>
          <w:rFonts w:ascii="Menlo" w:eastAsia="Menlo" w:hAnsi="Menlo" w:cs="Menlo"/>
          <w:color w:val="BBBEBF"/>
          <w:sz w:val="18"/>
          <w:szCs w:val="18"/>
        </w:rPr>
        <w:t>;</w:t>
      </w:r>
    </w:p>
    <w:p w14:paraId="3DEEFF96" w14:textId="5C2259E7" w:rsidR="6EB75A4F" w:rsidRDefault="6EB75A4F" w:rsidP="790441DE">
      <w:pPr>
        <w:shd w:val="clear" w:color="auto" w:fill="121314"/>
        <w:spacing w:after="0" w:line="270" w:lineRule="auto"/>
      </w:pPr>
      <w:r w:rsidRPr="790441DE">
        <w:rPr>
          <w:rFonts w:ascii="Menlo" w:eastAsia="Menlo" w:hAnsi="Menlo" w:cs="Menlo"/>
          <w:color w:val="9CDCFE"/>
          <w:sz w:val="18"/>
          <w:szCs w:val="18"/>
        </w:rPr>
        <w:t>box-sizing</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border-box</w:t>
      </w:r>
      <w:r w:rsidRPr="790441DE">
        <w:rPr>
          <w:rFonts w:ascii="Menlo" w:eastAsia="Menlo" w:hAnsi="Menlo" w:cs="Menlo"/>
          <w:color w:val="BBBEBF"/>
          <w:sz w:val="18"/>
          <w:szCs w:val="18"/>
        </w:rPr>
        <w:t>;</w:t>
      </w:r>
    </w:p>
    <w:p w14:paraId="1BA359F2" w14:textId="25B717D4" w:rsidR="6EB75A4F" w:rsidRDefault="6EB75A4F" w:rsidP="790441DE">
      <w:pPr>
        <w:shd w:val="clear" w:color="auto" w:fill="121314"/>
        <w:spacing w:after="0" w:line="270" w:lineRule="auto"/>
      </w:pPr>
      <w:r w:rsidRPr="790441DE">
        <w:rPr>
          <w:rFonts w:ascii="Menlo" w:eastAsia="Menlo" w:hAnsi="Menlo" w:cs="Menlo"/>
          <w:color w:val="9CDCFE"/>
          <w:sz w:val="18"/>
          <w:szCs w:val="18"/>
        </w:rPr>
        <w:t>font-family</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Arial</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sans-serif</w:t>
      </w:r>
      <w:r w:rsidRPr="790441DE">
        <w:rPr>
          <w:rFonts w:ascii="Menlo" w:eastAsia="Menlo" w:hAnsi="Menlo" w:cs="Menlo"/>
          <w:color w:val="BBBEBF"/>
          <w:sz w:val="18"/>
          <w:szCs w:val="18"/>
        </w:rPr>
        <w:t>;</w:t>
      </w:r>
    </w:p>
    <w:p w14:paraId="42CEE58A" w14:textId="4DC2CAA4" w:rsidR="6EB75A4F" w:rsidRDefault="6EB75A4F" w:rsidP="790441DE">
      <w:pPr>
        <w:shd w:val="clear" w:color="auto" w:fill="121314"/>
        <w:spacing w:after="0" w:line="270" w:lineRule="auto"/>
      </w:pPr>
      <w:r w:rsidRPr="790441DE">
        <w:rPr>
          <w:rFonts w:ascii="Menlo" w:eastAsia="Menlo" w:hAnsi="Menlo" w:cs="Menlo"/>
          <w:color w:val="BBBEBF"/>
          <w:sz w:val="18"/>
          <w:szCs w:val="18"/>
        </w:rPr>
        <w:t>}</w:t>
      </w:r>
    </w:p>
    <w:p w14:paraId="5487F086" w14:textId="798CE72C" w:rsidR="790441DE" w:rsidRDefault="790441DE" w:rsidP="790441DE">
      <w:pPr>
        <w:shd w:val="clear" w:color="auto" w:fill="121314"/>
        <w:spacing w:after="0" w:line="270" w:lineRule="auto"/>
      </w:pPr>
    </w:p>
    <w:p w14:paraId="71F56201" w14:textId="565282EA" w:rsidR="6EB75A4F" w:rsidRDefault="6EB75A4F" w:rsidP="790441DE">
      <w:pPr>
        <w:shd w:val="clear" w:color="auto" w:fill="121314"/>
        <w:spacing w:after="0" w:line="270" w:lineRule="auto"/>
      </w:pPr>
      <w:r w:rsidRPr="790441DE">
        <w:rPr>
          <w:rFonts w:ascii="Menlo" w:eastAsia="Menlo" w:hAnsi="Menlo" w:cs="Menlo"/>
          <w:color w:val="D7BA7D"/>
          <w:sz w:val="18"/>
          <w:szCs w:val="18"/>
        </w:rPr>
        <w:t>body</w:t>
      </w:r>
      <w:r w:rsidRPr="790441DE">
        <w:rPr>
          <w:rFonts w:ascii="Menlo" w:eastAsia="Menlo" w:hAnsi="Menlo" w:cs="Menlo"/>
          <w:color w:val="BBBEBF"/>
          <w:sz w:val="18"/>
          <w:szCs w:val="18"/>
        </w:rPr>
        <w:t xml:space="preserve"> {</w:t>
      </w:r>
    </w:p>
    <w:p w14:paraId="2E1E8838" w14:textId="1AAF5955" w:rsidR="6EB75A4F" w:rsidRDefault="6EB75A4F" w:rsidP="790441DE">
      <w:pPr>
        <w:shd w:val="clear" w:color="auto" w:fill="121314"/>
        <w:spacing w:after="0" w:line="270" w:lineRule="auto"/>
      </w:pPr>
      <w:r w:rsidRPr="790441DE">
        <w:rPr>
          <w:rFonts w:ascii="Menlo" w:eastAsia="Menlo" w:hAnsi="Menlo" w:cs="Menlo"/>
          <w:color w:val="9CDCFE"/>
          <w:sz w:val="18"/>
          <w:szCs w:val="18"/>
        </w:rPr>
        <w:t>line-height</w:t>
      </w:r>
      <w:r w:rsidRPr="790441DE">
        <w:rPr>
          <w:rFonts w:ascii="Menlo" w:eastAsia="Menlo" w:hAnsi="Menlo" w:cs="Menlo"/>
          <w:color w:val="BBBEBF"/>
          <w:sz w:val="18"/>
          <w:szCs w:val="18"/>
        </w:rPr>
        <w:t xml:space="preserve">: </w:t>
      </w:r>
      <w:r w:rsidRPr="790441DE">
        <w:rPr>
          <w:rFonts w:ascii="Menlo" w:eastAsia="Menlo" w:hAnsi="Menlo" w:cs="Menlo"/>
          <w:color w:val="B5CEA8"/>
          <w:sz w:val="18"/>
          <w:szCs w:val="18"/>
        </w:rPr>
        <w:t>1.6</w:t>
      </w:r>
      <w:r w:rsidRPr="790441DE">
        <w:rPr>
          <w:rFonts w:ascii="Menlo" w:eastAsia="Menlo" w:hAnsi="Menlo" w:cs="Menlo"/>
          <w:color w:val="BBBEBF"/>
          <w:sz w:val="18"/>
          <w:szCs w:val="18"/>
        </w:rPr>
        <w:t>;</w:t>
      </w:r>
    </w:p>
    <w:p w14:paraId="126F3C1B" w14:textId="38123C8F" w:rsidR="6EB75A4F" w:rsidRDefault="6EB75A4F" w:rsidP="790441DE">
      <w:pPr>
        <w:shd w:val="clear" w:color="auto" w:fill="121314"/>
        <w:spacing w:after="0" w:line="270" w:lineRule="auto"/>
      </w:pPr>
      <w:r w:rsidRPr="790441DE">
        <w:rPr>
          <w:rFonts w:ascii="Menlo" w:eastAsia="Menlo" w:hAnsi="Menlo" w:cs="Menlo"/>
          <w:color w:val="BBBEBF"/>
          <w:sz w:val="18"/>
          <w:szCs w:val="18"/>
        </w:rPr>
        <w:t>}</w:t>
      </w:r>
    </w:p>
    <w:p w14:paraId="1FA7B94E" w14:textId="0EEFBB33" w:rsidR="790441DE" w:rsidRDefault="790441DE" w:rsidP="790441DE">
      <w:pPr>
        <w:shd w:val="clear" w:color="auto" w:fill="121314"/>
        <w:spacing w:after="0" w:line="270" w:lineRule="auto"/>
      </w:pPr>
    </w:p>
    <w:p w14:paraId="6BBC29EB" w14:textId="337A46BD" w:rsidR="6EB75A4F" w:rsidRDefault="6EB75A4F" w:rsidP="790441DE">
      <w:pPr>
        <w:shd w:val="clear" w:color="auto" w:fill="121314"/>
        <w:spacing w:after="0" w:line="270" w:lineRule="auto"/>
      </w:pPr>
      <w:r w:rsidRPr="790441DE">
        <w:rPr>
          <w:rFonts w:ascii="Menlo" w:eastAsia="Menlo" w:hAnsi="Menlo" w:cs="Menlo"/>
          <w:color w:val="8B949E"/>
          <w:sz w:val="18"/>
          <w:szCs w:val="18"/>
        </w:rPr>
        <w:t>/* HEADER */</w:t>
      </w:r>
    </w:p>
    <w:p w14:paraId="711EEB1F" w14:textId="6313F7CF" w:rsidR="6EB75A4F" w:rsidRDefault="6EB75A4F" w:rsidP="790441DE">
      <w:pPr>
        <w:shd w:val="clear" w:color="auto" w:fill="121314"/>
        <w:spacing w:after="0" w:line="270" w:lineRule="auto"/>
      </w:pPr>
      <w:r w:rsidRPr="790441DE">
        <w:rPr>
          <w:rFonts w:ascii="Menlo" w:eastAsia="Menlo" w:hAnsi="Menlo" w:cs="Menlo"/>
          <w:color w:val="D7BA7D"/>
          <w:sz w:val="18"/>
          <w:szCs w:val="18"/>
        </w:rPr>
        <w:t>header</w:t>
      </w:r>
      <w:r w:rsidRPr="790441DE">
        <w:rPr>
          <w:rFonts w:ascii="Menlo" w:eastAsia="Menlo" w:hAnsi="Menlo" w:cs="Menlo"/>
          <w:color w:val="BBBEBF"/>
          <w:sz w:val="18"/>
          <w:szCs w:val="18"/>
        </w:rPr>
        <w:t xml:space="preserve"> {</w:t>
      </w:r>
    </w:p>
    <w:p w14:paraId="6A09540C" w14:textId="67C1E4A5" w:rsidR="6EB75A4F" w:rsidRDefault="6EB75A4F" w:rsidP="790441DE">
      <w:pPr>
        <w:shd w:val="clear" w:color="auto" w:fill="121314"/>
        <w:spacing w:after="0" w:line="270" w:lineRule="auto"/>
      </w:pPr>
      <w:r w:rsidRPr="790441DE">
        <w:rPr>
          <w:rFonts w:ascii="Menlo" w:eastAsia="Menlo" w:hAnsi="Menlo" w:cs="Menlo"/>
          <w:color w:val="9CDCFE"/>
          <w:sz w:val="18"/>
          <w:szCs w:val="18"/>
        </w:rPr>
        <w:t>background</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#0d1b2a</w:t>
      </w:r>
      <w:r w:rsidRPr="790441DE">
        <w:rPr>
          <w:rFonts w:ascii="Menlo" w:eastAsia="Menlo" w:hAnsi="Menlo" w:cs="Menlo"/>
          <w:color w:val="BBBEBF"/>
          <w:sz w:val="18"/>
          <w:szCs w:val="18"/>
        </w:rPr>
        <w:t>;</w:t>
      </w:r>
    </w:p>
    <w:p w14:paraId="56213BE7" w14:textId="12A2B065" w:rsidR="6EB75A4F" w:rsidRDefault="6EB75A4F" w:rsidP="790441DE">
      <w:pPr>
        <w:shd w:val="clear" w:color="auto" w:fill="121314"/>
        <w:spacing w:after="0" w:line="270" w:lineRule="auto"/>
      </w:pPr>
      <w:r w:rsidRPr="790441DE">
        <w:rPr>
          <w:rFonts w:ascii="Menlo" w:eastAsia="Menlo" w:hAnsi="Menlo" w:cs="Menlo"/>
          <w:color w:val="9CDCFE"/>
          <w:sz w:val="18"/>
          <w:szCs w:val="18"/>
        </w:rPr>
        <w:t>color</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white</w:t>
      </w:r>
      <w:r w:rsidRPr="790441DE">
        <w:rPr>
          <w:rFonts w:ascii="Menlo" w:eastAsia="Menlo" w:hAnsi="Menlo" w:cs="Menlo"/>
          <w:color w:val="BBBEBF"/>
          <w:sz w:val="18"/>
          <w:szCs w:val="18"/>
        </w:rPr>
        <w:t>;</w:t>
      </w:r>
    </w:p>
    <w:p w14:paraId="7D1A8F53" w14:textId="79CAEF04" w:rsidR="6EB75A4F" w:rsidRDefault="6EB75A4F" w:rsidP="790441DE">
      <w:pPr>
        <w:shd w:val="clear" w:color="auto" w:fill="121314"/>
        <w:spacing w:after="0" w:line="270" w:lineRule="auto"/>
      </w:pPr>
      <w:r w:rsidRPr="790441DE">
        <w:rPr>
          <w:rFonts w:ascii="Menlo" w:eastAsia="Menlo" w:hAnsi="Menlo" w:cs="Menlo"/>
          <w:color w:val="9CDCFE"/>
          <w:sz w:val="18"/>
          <w:szCs w:val="18"/>
        </w:rPr>
        <w:t>padding</w:t>
      </w:r>
      <w:r w:rsidRPr="790441DE">
        <w:rPr>
          <w:rFonts w:ascii="Menlo" w:eastAsia="Menlo" w:hAnsi="Menlo" w:cs="Menlo"/>
          <w:color w:val="BBBEBF"/>
          <w:sz w:val="18"/>
          <w:szCs w:val="18"/>
        </w:rPr>
        <w:t xml:space="preserve">: </w:t>
      </w:r>
      <w:r w:rsidRPr="790441DE">
        <w:rPr>
          <w:rFonts w:ascii="Menlo" w:eastAsia="Menlo" w:hAnsi="Menlo" w:cs="Menlo"/>
          <w:color w:val="B5CEA8"/>
          <w:sz w:val="18"/>
          <w:szCs w:val="18"/>
        </w:rPr>
        <w:t>20px</w:t>
      </w:r>
      <w:r w:rsidRPr="790441DE">
        <w:rPr>
          <w:rFonts w:ascii="Menlo" w:eastAsia="Menlo" w:hAnsi="Menlo" w:cs="Menlo"/>
          <w:color w:val="BBBEBF"/>
          <w:sz w:val="18"/>
          <w:szCs w:val="18"/>
        </w:rPr>
        <w:t>;</w:t>
      </w:r>
    </w:p>
    <w:p w14:paraId="7BBD5656" w14:textId="7B16A583" w:rsidR="6EB75A4F" w:rsidRDefault="6EB75A4F" w:rsidP="790441DE">
      <w:pPr>
        <w:shd w:val="clear" w:color="auto" w:fill="121314"/>
        <w:spacing w:after="0" w:line="270" w:lineRule="auto"/>
      </w:pPr>
      <w:r w:rsidRPr="790441DE">
        <w:rPr>
          <w:rFonts w:ascii="Menlo" w:eastAsia="Menlo" w:hAnsi="Menlo" w:cs="Menlo"/>
          <w:color w:val="9CDCFE"/>
          <w:sz w:val="18"/>
          <w:szCs w:val="18"/>
        </w:rPr>
        <w:t>display</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flex</w:t>
      </w:r>
      <w:r w:rsidRPr="790441DE">
        <w:rPr>
          <w:rFonts w:ascii="Menlo" w:eastAsia="Menlo" w:hAnsi="Menlo" w:cs="Menlo"/>
          <w:color w:val="BBBEBF"/>
          <w:sz w:val="18"/>
          <w:szCs w:val="18"/>
        </w:rPr>
        <w:t>;</w:t>
      </w:r>
    </w:p>
    <w:p w14:paraId="5F27E275" w14:textId="68E440A4" w:rsidR="6EB75A4F" w:rsidRDefault="6EB75A4F" w:rsidP="790441DE">
      <w:pPr>
        <w:shd w:val="clear" w:color="auto" w:fill="121314"/>
        <w:spacing w:after="0" w:line="270" w:lineRule="auto"/>
      </w:pPr>
      <w:r w:rsidRPr="790441DE">
        <w:rPr>
          <w:rFonts w:ascii="Menlo" w:eastAsia="Menlo" w:hAnsi="Menlo" w:cs="Menlo"/>
          <w:color w:val="9CDCFE"/>
          <w:sz w:val="18"/>
          <w:szCs w:val="18"/>
        </w:rPr>
        <w:t>justify-content</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space-between</w:t>
      </w:r>
      <w:r w:rsidRPr="790441DE">
        <w:rPr>
          <w:rFonts w:ascii="Menlo" w:eastAsia="Menlo" w:hAnsi="Menlo" w:cs="Menlo"/>
          <w:color w:val="BBBEBF"/>
          <w:sz w:val="18"/>
          <w:szCs w:val="18"/>
        </w:rPr>
        <w:t>;</w:t>
      </w:r>
    </w:p>
    <w:p w14:paraId="1B953163" w14:textId="148A05E6" w:rsidR="6EB75A4F" w:rsidRDefault="6EB75A4F" w:rsidP="790441DE">
      <w:pPr>
        <w:shd w:val="clear" w:color="auto" w:fill="121314"/>
        <w:spacing w:after="0" w:line="270" w:lineRule="auto"/>
      </w:pPr>
      <w:r w:rsidRPr="790441DE">
        <w:rPr>
          <w:rFonts w:ascii="Menlo" w:eastAsia="Menlo" w:hAnsi="Menlo" w:cs="Menlo"/>
          <w:color w:val="9CDCFE"/>
          <w:sz w:val="18"/>
          <w:szCs w:val="18"/>
        </w:rPr>
        <w:t>align-items</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center</w:t>
      </w:r>
      <w:r w:rsidRPr="790441DE">
        <w:rPr>
          <w:rFonts w:ascii="Menlo" w:eastAsia="Menlo" w:hAnsi="Menlo" w:cs="Menlo"/>
          <w:color w:val="BBBEBF"/>
          <w:sz w:val="18"/>
          <w:szCs w:val="18"/>
        </w:rPr>
        <w:t>;</w:t>
      </w:r>
    </w:p>
    <w:p w14:paraId="05479FBE" w14:textId="4B41C0D9" w:rsidR="6EB75A4F" w:rsidRDefault="6EB75A4F" w:rsidP="790441DE">
      <w:pPr>
        <w:shd w:val="clear" w:color="auto" w:fill="121314"/>
        <w:spacing w:after="0" w:line="270" w:lineRule="auto"/>
      </w:pPr>
      <w:r w:rsidRPr="790441DE">
        <w:rPr>
          <w:rFonts w:ascii="Menlo" w:eastAsia="Menlo" w:hAnsi="Menlo" w:cs="Menlo"/>
          <w:color w:val="BBBEBF"/>
          <w:sz w:val="18"/>
          <w:szCs w:val="18"/>
        </w:rPr>
        <w:t>}</w:t>
      </w:r>
    </w:p>
    <w:p w14:paraId="0051E7B2" w14:textId="555113C1" w:rsidR="790441DE" w:rsidRDefault="790441DE" w:rsidP="790441DE">
      <w:pPr>
        <w:shd w:val="clear" w:color="auto" w:fill="121314"/>
        <w:spacing w:after="0" w:line="270" w:lineRule="auto"/>
      </w:pPr>
    </w:p>
    <w:p w14:paraId="15A96F70" w14:textId="3DC7E8A4" w:rsidR="6EB75A4F" w:rsidRDefault="6EB75A4F" w:rsidP="790441DE">
      <w:pPr>
        <w:shd w:val="clear" w:color="auto" w:fill="121314"/>
        <w:spacing w:after="0" w:line="270" w:lineRule="auto"/>
      </w:pPr>
      <w:r w:rsidRPr="790441DE">
        <w:rPr>
          <w:rFonts w:ascii="Menlo" w:eastAsia="Menlo" w:hAnsi="Menlo" w:cs="Menlo"/>
          <w:color w:val="D7BA7D"/>
          <w:sz w:val="18"/>
          <w:szCs w:val="18"/>
        </w:rPr>
        <w:t>nav</w:t>
      </w:r>
      <w:r w:rsidRPr="790441DE">
        <w:rPr>
          <w:rFonts w:ascii="Menlo" w:eastAsia="Menlo" w:hAnsi="Menlo" w:cs="Menlo"/>
          <w:color w:val="BBBEBF"/>
          <w:sz w:val="18"/>
          <w:szCs w:val="18"/>
        </w:rPr>
        <w:t xml:space="preserve"> </w:t>
      </w:r>
      <w:r w:rsidRPr="790441DE">
        <w:rPr>
          <w:rFonts w:ascii="Menlo" w:eastAsia="Menlo" w:hAnsi="Menlo" w:cs="Menlo"/>
          <w:color w:val="D7BA7D"/>
          <w:sz w:val="18"/>
          <w:szCs w:val="18"/>
        </w:rPr>
        <w:t>a</w:t>
      </w:r>
      <w:r w:rsidRPr="790441DE">
        <w:rPr>
          <w:rFonts w:ascii="Menlo" w:eastAsia="Menlo" w:hAnsi="Menlo" w:cs="Menlo"/>
          <w:color w:val="BBBEBF"/>
          <w:sz w:val="18"/>
          <w:szCs w:val="18"/>
        </w:rPr>
        <w:t xml:space="preserve"> {</w:t>
      </w:r>
    </w:p>
    <w:p w14:paraId="303C8E0D" w14:textId="1F6D1B1E" w:rsidR="6EB75A4F" w:rsidRDefault="6EB75A4F" w:rsidP="790441DE">
      <w:pPr>
        <w:shd w:val="clear" w:color="auto" w:fill="121314"/>
        <w:spacing w:after="0" w:line="270" w:lineRule="auto"/>
      </w:pPr>
      <w:r w:rsidRPr="790441DE">
        <w:rPr>
          <w:rFonts w:ascii="Menlo" w:eastAsia="Menlo" w:hAnsi="Menlo" w:cs="Menlo"/>
          <w:color w:val="9CDCFE"/>
          <w:sz w:val="18"/>
          <w:szCs w:val="18"/>
        </w:rPr>
        <w:t>color</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white</w:t>
      </w:r>
      <w:r w:rsidRPr="790441DE">
        <w:rPr>
          <w:rFonts w:ascii="Menlo" w:eastAsia="Menlo" w:hAnsi="Menlo" w:cs="Menlo"/>
          <w:color w:val="BBBEBF"/>
          <w:sz w:val="18"/>
          <w:szCs w:val="18"/>
        </w:rPr>
        <w:t>;</w:t>
      </w:r>
    </w:p>
    <w:p w14:paraId="3D10BD1F" w14:textId="3820D3D5" w:rsidR="6EB75A4F" w:rsidRDefault="6EB75A4F" w:rsidP="790441DE">
      <w:pPr>
        <w:shd w:val="clear" w:color="auto" w:fill="121314"/>
        <w:spacing w:after="0" w:line="270" w:lineRule="auto"/>
      </w:pPr>
      <w:r w:rsidRPr="790441DE">
        <w:rPr>
          <w:rFonts w:ascii="Menlo" w:eastAsia="Menlo" w:hAnsi="Menlo" w:cs="Menlo"/>
          <w:color w:val="9CDCFE"/>
          <w:sz w:val="18"/>
          <w:szCs w:val="18"/>
        </w:rPr>
        <w:t>margin-left</w:t>
      </w:r>
      <w:r w:rsidRPr="790441DE">
        <w:rPr>
          <w:rFonts w:ascii="Menlo" w:eastAsia="Menlo" w:hAnsi="Menlo" w:cs="Menlo"/>
          <w:color w:val="BBBEBF"/>
          <w:sz w:val="18"/>
          <w:szCs w:val="18"/>
        </w:rPr>
        <w:t xml:space="preserve">: </w:t>
      </w:r>
      <w:r w:rsidRPr="790441DE">
        <w:rPr>
          <w:rFonts w:ascii="Menlo" w:eastAsia="Menlo" w:hAnsi="Menlo" w:cs="Menlo"/>
          <w:color w:val="B5CEA8"/>
          <w:sz w:val="18"/>
          <w:szCs w:val="18"/>
        </w:rPr>
        <w:t>20px</w:t>
      </w:r>
      <w:r w:rsidRPr="790441DE">
        <w:rPr>
          <w:rFonts w:ascii="Menlo" w:eastAsia="Menlo" w:hAnsi="Menlo" w:cs="Menlo"/>
          <w:color w:val="BBBEBF"/>
          <w:sz w:val="18"/>
          <w:szCs w:val="18"/>
        </w:rPr>
        <w:t>;</w:t>
      </w:r>
    </w:p>
    <w:p w14:paraId="454A4B4A" w14:textId="5D805707" w:rsidR="6EB75A4F" w:rsidRDefault="6EB75A4F" w:rsidP="790441DE">
      <w:pPr>
        <w:shd w:val="clear" w:color="auto" w:fill="121314"/>
        <w:spacing w:after="0" w:line="270" w:lineRule="auto"/>
      </w:pPr>
      <w:r w:rsidRPr="790441DE">
        <w:rPr>
          <w:rFonts w:ascii="Menlo" w:eastAsia="Menlo" w:hAnsi="Menlo" w:cs="Menlo"/>
          <w:color w:val="9CDCFE"/>
          <w:sz w:val="18"/>
          <w:szCs w:val="18"/>
        </w:rPr>
        <w:t>text-decoration</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none</w:t>
      </w:r>
      <w:r w:rsidRPr="790441DE">
        <w:rPr>
          <w:rFonts w:ascii="Menlo" w:eastAsia="Menlo" w:hAnsi="Menlo" w:cs="Menlo"/>
          <w:color w:val="BBBEBF"/>
          <w:sz w:val="18"/>
          <w:szCs w:val="18"/>
        </w:rPr>
        <w:t>;</w:t>
      </w:r>
    </w:p>
    <w:p w14:paraId="56AC1F0B" w14:textId="744FBC2F" w:rsidR="6EB75A4F" w:rsidRDefault="6EB75A4F" w:rsidP="790441DE">
      <w:pPr>
        <w:shd w:val="clear" w:color="auto" w:fill="121314"/>
        <w:spacing w:after="0" w:line="270" w:lineRule="auto"/>
      </w:pPr>
      <w:r w:rsidRPr="790441DE">
        <w:rPr>
          <w:rFonts w:ascii="Menlo" w:eastAsia="Menlo" w:hAnsi="Menlo" w:cs="Menlo"/>
          <w:color w:val="BBBEBF"/>
          <w:sz w:val="18"/>
          <w:szCs w:val="18"/>
        </w:rPr>
        <w:t>}</w:t>
      </w:r>
    </w:p>
    <w:p w14:paraId="6BB247F4" w14:textId="26B42C61" w:rsidR="790441DE" w:rsidRDefault="790441DE" w:rsidP="790441DE">
      <w:pPr>
        <w:shd w:val="clear" w:color="auto" w:fill="121314"/>
        <w:spacing w:after="0" w:line="270" w:lineRule="auto"/>
      </w:pPr>
    </w:p>
    <w:p w14:paraId="72849CB3" w14:textId="2274C6C4" w:rsidR="6EB75A4F" w:rsidRDefault="6EB75A4F" w:rsidP="790441DE">
      <w:pPr>
        <w:shd w:val="clear" w:color="auto" w:fill="121314"/>
        <w:spacing w:after="0" w:line="270" w:lineRule="auto"/>
      </w:pPr>
      <w:r w:rsidRPr="790441DE">
        <w:rPr>
          <w:rFonts w:ascii="Menlo" w:eastAsia="Menlo" w:hAnsi="Menlo" w:cs="Menlo"/>
          <w:color w:val="D7BA7D"/>
          <w:sz w:val="18"/>
          <w:szCs w:val="18"/>
        </w:rPr>
        <w:t>nav</w:t>
      </w:r>
      <w:r w:rsidRPr="790441DE">
        <w:rPr>
          <w:rFonts w:ascii="Menlo" w:eastAsia="Menlo" w:hAnsi="Menlo" w:cs="Menlo"/>
          <w:color w:val="BBBEBF"/>
          <w:sz w:val="18"/>
          <w:szCs w:val="18"/>
        </w:rPr>
        <w:t xml:space="preserve"> </w:t>
      </w:r>
      <w:r w:rsidRPr="790441DE">
        <w:rPr>
          <w:rFonts w:ascii="Menlo" w:eastAsia="Menlo" w:hAnsi="Menlo" w:cs="Menlo"/>
          <w:color w:val="D7BA7D"/>
          <w:sz w:val="18"/>
          <w:szCs w:val="18"/>
        </w:rPr>
        <w:t>a:hover</w:t>
      </w:r>
      <w:r w:rsidRPr="790441DE">
        <w:rPr>
          <w:rFonts w:ascii="Menlo" w:eastAsia="Menlo" w:hAnsi="Menlo" w:cs="Menlo"/>
          <w:color w:val="BBBEBF"/>
          <w:sz w:val="18"/>
          <w:szCs w:val="18"/>
        </w:rPr>
        <w:t xml:space="preserve"> {</w:t>
      </w:r>
    </w:p>
    <w:p w14:paraId="0822D5B1" w14:textId="7C0EDD94" w:rsidR="6EB75A4F" w:rsidRDefault="6EB75A4F" w:rsidP="790441DE">
      <w:pPr>
        <w:shd w:val="clear" w:color="auto" w:fill="121314"/>
        <w:spacing w:after="0" w:line="270" w:lineRule="auto"/>
      </w:pPr>
      <w:r w:rsidRPr="790441DE">
        <w:rPr>
          <w:rFonts w:ascii="Menlo" w:eastAsia="Menlo" w:hAnsi="Menlo" w:cs="Menlo"/>
          <w:color w:val="9CDCFE"/>
          <w:sz w:val="18"/>
          <w:szCs w:val="18"/>
        </w:rPr>
        <w:t>color</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gold</w:t>
      </w:r>
      <w:r w:rsidRPr="790441DE">
        <w:rPr>
          <w:rFonts w:ascii="Menlo" w:eastAsia="Menlo" w:hAnsi="Menlo" w:cs="Menlo"/>
          <w:color w:val="BBBEBF"/>
          <w:sz w:val="18"/>
          <w:szCs w:val="18"/>
        </w:rPr>
        <w:t>;</w:t>
      </w:r>
    </w:p>
    <w:p w14:paraId="32C67445" w14:textId="3B34C3D7" w:rsidR="6EB75A4F" w:rsidRDefault="6EB75A4F" w:rsidP="790441DE">
      <w:pPr>
        <w:shd w:val="clear" w:color="auto" w:fill="121314"/>
        <w:spacing w:after="0" w:line="270" w:lineRule="auto"/>
      </w:pPr>
      <w:r w:rsidRPr="790441DE">
        <w:rPr>
          <w:rFonts w:ascii="Menlo" w:eastAsia="Menlo" w:hAnsi="Menlo" w:cs="Menlo"/>
          <w:color w:val="BBBEBF"/>
          <w:sz w:val="18"/>
          <w:szCs w:val="18"/>
        </w:rPr>
        <w:t>}</w:t>
      </w:r>
    </w:p>
    <w:p w14:paraId="000BEC53" w14:textId="100FE56A" w:rsidR="790441DE" w:rsidRDefault="790441DE" w:rsidP="790441DE">
      <w:pPr>
        <w:shd w:val="clear" w:color="auto" w:fill="121314"/>
        <w:spacing w:after="0" w:line="270" w:lineRule="auto"/>
      </w:pPr>
    </w:p>
    <w:p w14:paraId="7AE5EF6B" w14:textId="5DE418A0" w:rsidR="6EB75A4F" w:rsidRDefault="6EB75A4F" w:rsidP="790441DE">
      <w:pPr>
        <w:shd w:val="clear" w:color="auto" w:fill="121314"/>
        <w:spacing w:after="0" w:line="270" w:lineRule="auto"/>
      </w:pPr>
      <w:r w:rsidRPr="790441DE">
        <w:rPr>
          <w:rFonts w:ascii="Menlo" w:eastAsia="Menlo" w:hAnsi="Menlo" w:cs="Menlo"/>
          <w:color w:val="8B949E"/>
          <w:sz w:val="18"/>
          <w:szCs w:val="18"/>
        </w:rPr>
        <w:t>/* HERO */</w:t>
      </w:r>
    </w:p>
    <w:p w14:paraId="421CA3D3" w14:textId="67D089D2" w:rsidR="6EB75A4F" w:rsidRDefault="6EB75A4F" w:rsidP="790441DE">
      <w:pPr>
        <w:shd w:val="clear" w:color="auto" w:fill="121314"/>
        <w:spacing w:after="0" w:line="270" w:lineRule="auto"/>
      </w:pPr>
      <w:r w:rsidRPr="790441DE">
        <w:rPr>
          <w:rFonts w:ascii="Menlo" w:eastAsia="Menlo" w:hAnsi="Menlo" w:cs="Menlo"/>
          <w:color w:val="D7BA7D"/>
          <w:sz w:val="18"/>
          <w:szCs w:val="18"/>
        </w:rPr>
        <w:t>.hero</w:t>
      </w:r>
      <w:r w:rsidRPr="790441DE">
        <w:rPr>
          <w:rFonts w:ascii="Menlo" w:eastAsia="Menlo" w:hAnsi="Menlo" w:cs="Menlo"/>
          <w:color w:val="BBBEBF"/>
          <w:sz w:val="18"/>
          <w:szCs w:val="18"/>
        </w:rPr>
        <w:t xml:space="preserve"> {</w:t>
      </w:r>
    </w:p>
    <w:p w14:paraId="375637AC" w14:textId="1008F822" w:rsidR="6EB75A4F" w:rsidRDefault="6EB75A4F" w:rsidP="790441DE">
      <w:pPr>
        <w:shd w:val="clear" w:color="auto" w:fill="121314"/>
        <w:spacing w:after="0" w:line="270" w:lineRule="auto"/>
      </w:pPr>
      <w:r w:rsidRPr="790441DE">
        <w:rPr>
          <w:rFonts w:ascii="Menlo" w:eastAsia="Menlo" w:hAnsi="Menlo" w:cs="Menlo"/>
          <w:color w:val="9CDCFE"/>
          <w:sz w:val="18"/>
          <w:szCs w:val="18"/>
        </w:rPr>
        <w:t>height</w:t>
      </w:r>
      <w:r w:rsidRPr="790441DE">
        <w:rPr>
          <w:rFonts w:ascii="Menlo" w:eastAsia="Menlo" w:hAnsi="Menlo" w:cs="Menlo"/>
          <w:color w:val="BBBEBF"/>
          <w:sz w:val="18"/>
          <w:szCs w:val="18"/>
        </w:rPr>
        <w:t xml:space="preserve">: </w:t>
      </w:r>
      <w:r w:rsidRPr="790441DE">
        <w:rPr>
          <w:rFonts w:ascii="Menlo" w:eastAsia="Menlo" w:hAnsi="Menlo" w:cs="Menlo"/>
          <w:color w:val="B5CEA8"/>
          <w:sz w:val="18"/>
          <w:szCs w:val="18"/>
        </w:rPr>
        <w:t>80vh</w:t>
      </w:r>
      <w:r w:rsidRPr="790441DE">
        <w:rPr>
          <w:rFonts w:ascii="Menlo" w:eastAsia="Menlo" w:hAnsi="Menlo" w:cs="Menlo"/>
          <w:color w:val="BBBEBF"/>
          <w:sz w:val="18"/>
          <w:szCs w:val="18"/>
        </w:rPr>
        <w:t>;</w:t>
      </w:r>
    </w:p>
    <w:p w14:paraId="5097F4F6" w14:textId="3FCC8140" w:rsidR="6EB75A4F" w:rsidRDefault="6EB75A4F" w:rsidP="790441DE">
      <w:pPr>
        <w:shd w:val="clear" w:color="auto" w:fill="121314"/>
        <w:spacing w:after="0" w:line="270" w:lineRule="auto"/>
      </w:pPr>
      <w:r w:rsidRPr="790441DE">
        <w:rPr>
          <w:rFonts w:ascii="Menlo" w:eastAsia="Menlo" w:hAnsi="Menlo" w:cs="Menlo"/>
          <w:color w:val="9CDCFE"/>
          <w:sz w:val="18"/>
          <w:szCs w:val="18"/>
        </w:rPr>
        <w:t>background</w:t>
      </w:r>
      <w:r w:rsidRPr="790441DE">
        <w:rPr>
          <w:rFonts w:ascii="Menlo" w:eastAsia="Menlo" w:hAnsi="Menlo" w:cs="Menlo"/>
          <w:color w:val="BBBEBF"/>
          <w:sz w:val="18"/>
          <w:szCs w:val="18"/>
        </w:rPr>
        <w:t xml:space="preserve">: </w:t>
      </w:r>
      <w:r w:rsidRPr="790441DE">
        <w:rPr>
          <w:rFonts w:ascii="Menlo" w:eastAsia="Menlo" w:hAnsi="Menlo" w:cs="Menlo"/>
          <w:color w:val="DCDCAA"/>
          <w:sz w:val="18"/>
          <w:szCs w:val="18"/>
        </w:rPr>
        <w:t>url</w:t>
      </w:r>
      <w:r w:rsidRPr="790441DE">
        <w:rPr>
          <w:rFonts w:ascii="Menlo" w:eastAsia="Menlo" w:hAnsi="Menlo" w:cs="Menlo"/>
          <w:color w:val="BBBEBF"/>
          <w:sz w:val="18"/>
          <w:szCs w:val="18"/>
        </w:rPr>
        <w:t>(</w:t>
      </w:r>
      <w:r w:rsidRPr="790441DE">
        <w:rPr>
          <w:rFonts w:ascii="Menlo" w:eastAsia="Menlo" w:hAnsi="Menlo" w:cs="Menlo"/>
          <w:color w:val="A5D6FF"/>
          <w:sz w:val="18"/>
          <w:szCs w:val="18"/>
        </w:rPr>
        <w:t>'https://images.unsplash.com/photo-1549924231-f129b911e442'</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no-repeat</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center</w:t>
      </w:r>
      <w:r w:rsidRPr="790441DE">
        <w:rPr>
          <w:rFonts w:ascii="Menlo" w:eastAsia="Menlo" w:hAnsi="Menlo" w:cs="Menlo"/>
          <w:color w:val="BBBEBF"/>
          <w:sz w:val="18"/>
          <w:szCs w:val="18"/>
        </w:rPr>
        <w:t>/</w:t>
      </w:r>
      <w:r w:rsidRPr="790441DE">
        <w:rPr>
          <w:rFonts w:ascii="Menlo" w:eastAsia="Menlo" w:hAnsi="Menlo" w:cs="Menlo"/>
          <w:color w:val="CE9178"/>
          <w:sz w:val="18"/>
          <w:szCs w:val="18"/>
        </w:rPr>
        <w:t>cover</w:t>
      </w:r>
      <w:r w:rsidRPr="790441DE">
        <w:rPr>
          <w:rFonts w:ascii="Menlo" w:eastAsia="Menlo" w:hAnsi="Menlo" w:cs="Menlo"/>
          <w:color w:val="BBBEBF"/>
          <w:sz w:val="18"/>
          <w:szCs w:val="18"/>
        </w:rPr>
        <w:t>;</w:t>
      </w:r>
    </w:p>
    <w:p w14:paraId="0F60EBE5" w14:textId="287EC31B" w:rsidR="6EB75A4F" w:rsidRDefault="6EB75A4F" w:rsidP="790441DE">
      <w:pPr>
        <w:shd w:val="clear" w:color="auto" w:fill="121314"/>
        <w:spacing w:after="0" w:line="270" w:lineRule="auto"/>
      </w:pPr>
      <w:r w:rsidRPr="790441DE">
        <w:rPr>
          <w:rFonts w:ascii="Menlo" w:eastAsia="Menlo" w:hAnsi="Menlo" w:cs="Menlo"/>
          <w:color w:val="9CDCFE"/>
          <w:sz w:val="18"/>
          <w:szCs w:val="18"/>
        </w:rPr>
        <w:t>color</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white</w:t>
      </w:r>
      <w:r w:rsidRPr="790441DE">
        <w:rPr>
          <w:rFonts w:ascii="Menlo" w:eastAsia="Menlo" w:hAnsi="Menlo" w:cs="Menlo"/>
          <w:color w:val="BBBEBF"/>
          <w:sz w:val="18"/>
          <w:szCs w:val="18"/>
        </w:rPr>
        <w:t>;</w:t>
      </w:r>
    </w:p>
    <w:p w14:paraId="6AE40DFE" w14:textId="27F7B0EE" w:rsidR="6EB75A4F" w:rsidRDefault="6EB75A4F" w:rsidP="790441DE">
      <w:pPr>
        <w:shd w:val="clear" w:color="auto" w:fill="121314"/>
        <w:spacing w:after="0" w:line="270" w:lineRule="auto"/>
      </w:pPr>
      <w:r w:rsidRPr="790441DE">
        <w:rPr>
          <w:rFonts w:ascii="Menlo" w:eastAsia="Menlo" w:hAnsi="Menlo" w:cs="Menlo"/>
          <w:color w:val="9CDCFE"/>
          <w:sz w:val="18"/>
          <w:szCs w:val="18"/>
        </w:rPr>
        <w:t>display</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flex</w:t>
      </w:r>
      <w:r w:rsidRPr="790441DE">
        <w:rPr>
          <w:rFonts w:ascii="Menlo" w:eastAsia="Menlo" w:hAnsi="Menlo" w:cs="Menlo"/>
          <w:color w:val="BBBEBF"/>
          <w:sz w:val="18"/>
          <w:szCs w:val="18"/>
        </w:rPr>
        <w:t>;</w:t>
      </w:r>
    </w:p>
    <w:p w14:paraId="39D2916D" w14:textId="530AA102" w:rsidR="6EB75A4F" w:rsidRDefault="6EB75A4F" w:rsidP="790441DE">
      <w:pPr>
        <w:shd w:val="clear" w:color="auto" w:fill="121314"/>
        <w:spacing w:after="0" w:line="270" w:lineRule="auto"/>
      </w:pPr>
      <w:r w:rsidRPr="790441DE">
        <w:rPr>
          <w:rFonts w:ascii="Menlo" w:eastAsia="Menlo" w:hAnsi="Menlo" w:cs="Menlo"/>
          <w:color w:val="9CDCFE"/>
          <w:sz w:val="18"/>
          <w:szCs w:val="18"/>
        </w:rPr>
        <w:t>flex-direction</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column</w:t>
      </w:r>
      <w:r w:rsidRPr="790441DE">
        <w:rPr>
          <w:rFonts w:ascii="Menlo" w:eastAsia="Menlo" w:hAnsi="Menlo" w:cs="Menlo"/>
          <w:color w:val="BBBEBF"/>
          <w:sz w:val="18"/>
          <w:szCs w:val="18"/>
        </w:rPr>
        <w:t>;</w:t>
      </w:r>
    </w:p>
    <w:p w14:paraId="021DEEA8" w14:textId="70365C57" w:rsidR="6EB75A4F" w:rsidRDefault="6EB75A4F" w:rsidP="790441DE">
      <w:pPr>
        <w:shd w:val="clear" w:color="auto" w:fill="121314"/>
        <w:spacing w:after="0" w:line="270" w:lineRule="auto"/>
      </w:pPr>
      <w:r w:rsidRPr="790441DE">
        <w:rPr>
          <w:rFonts w:ascii="Menlo" w:eastAsia="Menlo" w:hAnsi="Menlo" w:cs="Menlo"/>
          <w:color w:val="9CDCFE"/>
          <w:sz w:val="18"/>
          <w:szCs w:val="18"/>
        </w:rPr>
        <w:t>justify-content</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center</w:t>
      </w:r>
      <w:r w:rsidRPr="790441DE">
        <w:rPr>
          <w:rFonts w:ascii="Menlo" w:eastAsia="Menlo" w:hAnsi="Menlo" w:cs="Menlo"/>
          <w:color w:val="BBBEBF"/>
          <w:sz w:val="18"/>
          <w:szCs w:val="18"/>
        </w:rPr>
        <w:t>;</w:t>
      </w:r>
    </w:p>
    <w:p w14:paraId="54324574" w14:textId="3C382CE1" w:rsidR="6EB75A4F" w:rsidRDefault="6EB75A4F" w:rsidP="790441DE">
      <w:pPr>
        <w:shd w:val="clear" w:color="auto" w:fill="121314"/>
        <w:spacing w:after="0" w:line="270" w:lineRule="auto"/>
      </w:pPr>
      <w:r w:rsidRPr="790441DE">
        <w:rPr>
          <w:rFonts w:ascii="Menlo" w:eastAsia="Menlo" w:hAnsi="Menlo" w:cs="Menlo"/>
          <w:color w:val="9CDCFE"/>
          <w:sz w:val="18"/>
          <w:szCs w:val="18"/>
        </w:rPr>
        <w:t>align-items</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center</w:t>
      </w:r>
      <w:r w:rsidRPr="790441DE">
        <w:rPr>
          <w:rFonts w:ascii="Menlo" w:eastAsia="Menlo" w:hAnsi="Menlo" w:cs="Menlo"/>
          <w:color w:val="BBBEBF"/>
          <w:sz w:val="18"/>
          <w:szCs w:val="18"/>
        </w:rPr>
        <w:t>;</w:t>
      </w:r>
    </w:p>
    <w:p w14:paraId="1B685B98" w14:textId="7BD3C70D" w:rsidR="6EB75A4F" w:rsidRDefault="6EB75A4F" w:rsidP="790441DE">
      <w:pPr>
        <w:shd w:val="clear" w:color="auto" w:fill="121314"/>
        <w:spacing w:after="0" w:line="270" w:lineRule="auto"/>
      </w:pPr>
      <w:r w:rsidRPr="790441DE">
        <w:rPr>
          <w:rFonts w:ascii="Menlo" w:eastAsia="Menlo" w:hAnsi="Menlo" w:cs="Menlo"/>
          <w:color w:val="9CDCFE"/>
          <w:sz w:val="18"/>
          <w:szCs w:val="18"/>
        </w:rPr>
        <w:t>text-align</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center</w:t>
      </w:r>
      <w:r w:rsidRPr="790441DE">
        <w:rPr>
          <w:rFonts w:ascii="Menlo" w:eastAsia="Menlo" w:hAnsi="Menlo" w:cs="Menlo"/>
          <w:color w:val="BBBEBF"/>
          <w:sz w:val="18"/>
          <w:szCs w:val="18"/>
        </w:rPr>
        <w:t>;</w:t>
      </w:r>
    </w:p>
    <w:p w14:paraId="2E85E157" w14:textId="17E96C3C" w:rsidR="790441DE" w:rsidRDefault="790441DE" w:rsidP="790441DE">
      <w:pPr>
        <w:shd w:val="clear" w:color="auto" w:fill="121314"/>
        <w:spacing w:after="0" w:line="270" w:lineRule="auto"/>
      </w:pPr>
    </w:p>
    <w:p w14:paraId="04C67672" w14:textId="1C836088" w:rsidR="6EB75A4F" w:rsidRDefault="6EB75A4F" w:rsidP="790441DE">
      <w:pPr>
        <w:shd w:val="clear" w:color="auto" w:fill="121314"/>
        <w:spacing w:after="0" w:line="270" w:lineRule="auto"/>
      </w:pPr>
      <w:r w:rsidRPr="790441DE">
        <w:rPr>
          <w:rFonts w:ascii="Menlo" w:eastAsia="Menlo" w:hAnsi="Menlo" w:cs="Menlo"/>
          <w:color w:val="BBBEBF"/>
          <w:sz w:val="18"/>
          <w:szCs w:val="18"/>
        </w:rPr>
        <w:t>}</w:t>
      </w:r>
    </w:p>
    <w:p w14:paraId="21225A0D" w14:textId="0C30B4EF" w:rsidR="790441DE" w:rsidRDefault="790441DE" w:rsidP="790441DE">
      <w:pPr>
        <w:shd w:val="clear" w:color="auto" w:fill="121314"/>
        <w:spacing w:after="0" w:line="270" w:lineRule="auto"/>
      </w:pPr>
    </w:p>
    <w:p w14:paraId="1538B71A" w14:textId="28F77CFF" w:rsidR="6EB75A4F" w:rsidRDefault="6EB75A4F" w:rsidP="790441DE">
      <w:pPr>
        <w:shd w:val="clear" w:color="auto" w:fill="121314"/>
        <w:spacing w:after="0" w:line="270" w:lineRule="auto"/>
      </w:pPr>
      <w:r w:rsidRPr="790441DE">
        <w:rPr>
          <w:rFonts w:ascii="Menlo" w:eastAsia="Menlo" w:hAnsi="Menlo" w:cs="Menlo"/>
          <w:color w:val="D7BA7D"/>
          <w:sz w:val="18"/>
          <w:szCs w:val="18"/>
        </w:rPr>
        <w:t>.hero</w:t>
      </w:r>
      <w:r w:rsidRPr="790441DE">
        <w:rPr>
          <w:rFonts w:ascii="Menlo" w:eastAsia="Menlo" w:hAnsi="Menlo" w:cs="Menlo"/>
          <w:color w:val="BBBEBF"/>
          <w:sz w:val="18"/>
          <w:szCs w:val="18"/>
        </w:rPr>
        <w:t xml:space="preserve"> </w:t>
      </w:r>
      <w:r w:rsidRPr="790441DE">
        <w:rPr>
          <w:rFonts w:ascii="Menlo" w:eastAsia="Menlo" w:hAnsi="Menlo" w:cs="Menlo"/>
          <w:color w:val="D7BA7D"/>
          <w:sz w:val="18"/>
          <w:szCs w:val="18"/>
        </w:rPr>
        <w:t>button</w:t>
      </w:r>
      <w:r w:rsidRPr="790441DE">
        <w:rPr>
          <w:rFonts w:ascii="Menlo" w:eastAsia="Menlo" w:hAnsi="Menlo" w:cs="Menlo"/>
          <w:color w:val="BBBEBF"/>
          <w:sz w:val="18"/>
          <w:szCs w:val="18"/>
        </w:rPr>
        <w:t xml:space="preserve"> {</w:t>
      </w:r>
    </w:p>
    <w:p w14:paraId="3CA008B3" w14:textId="0CC16656" w:rsidR="6EB75A4F" w:rsidRDefault="6EB75A4F" w:rsidP="790441DE">
      <w:pPr>
        <w:shd w:val="clear" w:color="auto" w:fill="121314"/>
        <w:spacing w:after="0" w:line="270" w:lineRule="auto"/>
      </w:pPr>
      <w:r w:rsidRPr="790441DE">
        <w:rPr>
          <w:rFonts w:ascii="Menlo" w:eastAsia="Menlo" w:hAnsi="Menlo" w:cs="Menlo"/>
          <w:color w:val="9CDCFE"/>
          <w:sz w:val="18"/>
          <w:szCs w:val="18"/>
        </w:rPr>
        <w:t>margin-top</w:t>
      </w:r>
      <w:r w:rsidRPr="790441DE">
        <w:rPr>
          <w:rFonts w:ascii="Menlo" w:eastAsia="Menlo" w:hAnsi="Menlo" w:cs="Menlo"/>
          <w:color w:val="BBBEBF"/>
          <w:sz w:val="18"/>
          <w:szCs w:val="18"/>
        </w:rPr>
        <w:t xml:space="preserve">: </w:t>
      </w:r>
      <w:r w:rsidRPr="790441DE">
        <w:rPr>
          <w:rFonts w:ascii="Menlo" w:eastAsia="Menlo" w:hAnsi="Menlo" w:cs="Menlo"/>
          <w:color w:val="B5CEA8"/>
          <w:sz w:val="18"/>
          <w:szCs w:val="18"/>
        </w:rPr>
        <w:t>15px</w:t>
      </w:r>
      <w:r w:rsidRPr="790441DE">
        <w:rPr>
          <w:rFonts w:ascii="Menlo" w:eastAsia="Menlo" w:hAnsi="Menlo" w:cs="Menlo"/>
          <w:color w:val="BBBEBF"/>
          <w:sz w:val="18"/>
          <w:szCs w:val="18"/>
        </w:rPr>
        <w:t>;</w:t>
      </w:r>
    </w:p>
    <w:p w14:paraId="4C493BE5" w14:textId="7BAD26FF" w:rsidR="6EB75A4F" w:rsidRDefault="6EB75A4F" w:rsidP="790441DE">
      <w:pPr>
        <w:shd w:val="clear" w:color="auto" w:fill="121314"/>
        <w:spacing w:after="0" w:line="270" w:lineRule="auto"/>
      </w:pPr>
      <w:r w:rsidRPr="790441DE">
        <w:rPr>
          <w:rFonts w:ascii="Menlo" w:eastAsia="Menlo" w:hAnsi="Menlo" w:cs="Menlo"/>
          <w:color w:val="9CDCFE"/>
          <w:sz w:val="18"/>
          <w:szCs w:val="18"/>
        </w:rPr>
        <w:t>padding</w:t>
      </w:r>
      <w:r w:rsidRPr="790441DE">
        <w:rPr>
          <w:rFonts w:ascii="Menlo" w:eastAsia="Menlo" w:hAnsi="Menlo" w:cs="Menlo"/>
          <w:color w:val="BBBEBF"/>
          <w:sz w:val="18"/>
          <w:szCs w:val="18"/>
        </w:rPr>
        <w:t xml:space="preserve">: </w:t>
      </w:r>
      <w:r w:rsidRPr="790441DE">
        <w:rPr>
          <w:rFonts w:ascii="Menlo" w:eastAsia="Menlo" w:hAnsi="Menlo" w:cs="Menlo"/>
          <w:color w:val="B5CEA8"/>
          <w:sz w:val="18"/>
          <w:szCs w:val="18"/>
        </w:rPr>
        <w:t>10px</w:t>
      </w:r>
      <w:r w:rsidRPr="790441DE">
        <w:rPr>
          <w:rFonts w:ascii="Menlo" w:eastAsia="Menlo" w:hAnsi="Menlo" w:cs="Menlo"/>
          <w:color w:val="BBBEBF"/>
          <w:sz w:val="18"/>
          <w:szCs w:val="18"/>
        </w:rPr>
        <w:t xml:space="preserve"> </w:t>
      </w:r>
      <w:r w:rsidRPr="790441DE">
        <w:rPr>
          <w:rFonts w:ascii="Menlo" w:eastAsia="Menlo" w:hAnsi="Menlo" w:cs="Menlo"/>
          <w:color w:val="B5CEA8"/>
          <w:sz w:val="18"/>
          <w:szCs w:val="18"/>
        </w:rPr>
        <w:t>20px</w:t>
      </w:r>
      <w:r w:rsidRPr="790441DE">
        <w:rPr>
          <w:rFonts w:ascii="Menlo" w:eastAsia="Menlo" w:hAnsi="Menlo" w:cs="Menlo"/>
          <w:color w:val="BBBEBF"/>
          <w:sz w:val="18"/>
          <w:szCs w:val="18"/>
        </w:rPr>
        <w:t>;</w:t>
      </w:r>
    </w:p>
    <w:p w14:paraId="72836C14" w14:textId="506181D6" w:rsidR="6EB75A4F" w:rsidRDefault="6EB75A4F" w:rsidP="790441DE">
      <w:pPr>
        <w:shd w:val="clear" w:color="auto" w:fill="121314"/>
        <w:spacing w:after="0" w:line="270" w:lineRule="auto"/>
      </w:pPr>
      <w:r w:rsidRPr="790441DE">
        <w:rPr>
          <w:rFonts w:ascii="Menlo" w:eastAsia="Menlo" w:hAnsi="Menlo" w:cs="Menlo"/>
          <w:color w:val="9CDCFE"/>
          <w:sz w:val="18"/>
          <w:szCs w:val="18"/>
        </w:rPr>
        <w:t>border</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none</w:t>
      </w:r>
      <w:r w:rsidRPr="790441DE">
        <w:rPr>
          <w:rFonts w:ascii="Menlo" w:eastAsia="Menlo" w:hAnsi="Menlo" w:cs="Menlo"/>
          <w:color w:val="BBBEBF"/>
          <w:sz w:val="18"/>
          <w:szCs w:val="18"/>
        </w:rPr>
        <w:t>;</w:t>
      </w:r>
    </w:p>
    <w:p w14:paraId="57F18832" w14:textId="5248F38A" w:rsidR="6EB75A4F" w:rsidRDefault="6EB75A4F" w:rsidP="790441DE">
      <w:pPr>
        <w:shd w:val="clear" w:color="auto" w:fill="121314"/>
        <w:spacing w:after="0" w:line="270" w:lineRule="auto"/>
      </w:pPr>
      <w:r w:rsidRPr="790441DE">
        <w:rPr>
          <w:rFonts w:ascii="Menlo" w:eastAsia="Menlo" w:hAnsi="Menlo" w:cs="Menlo"/>
          <w:color w:val="9CDCFE"/>
          <w:sz w:val="18"/>
          <w:szCs w:val="18"/>
        </w:rPr>
        <w:t>background</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gold</w:t>
      </w:r>
      <w:r w:rsidRPr="790441DE">
        <w:rPr>
          <w:rFonts w:ascii="Menlo" w:eastAsia="Menlo" w:hAnsi="Menlo" w:cs="Menlo"/>
          <w:color w:val="BBBEBF"/>
          <w:sz w:val="18"/>
          <w:szCs w:val="18"/>
        </w:rPr>
        <w:t>;</w:t>
      </w:r>
    </w:p>
    <w:p w14:paraId="62533F3D" w14:textId="7A7A5D3D" w:rsidR="6EB75A4F" w:rsidRDefault="6EB75A4F" w:rsidP="790441DE">
      <w:pPr>
        <w:shd w:val="clear" w:color="auto" w:fill="121314"/>
        <w:spacing w:after="0" w:line="270" w:lineRule="auto"/>
      </w:pPr>
      <w:r w:rsidRPr="790441DE">
        <w:rPr>
          <w:rFonts w:ascii="Menlo" w:eastAsia="Menlo" w:hAnsi="Menlo" w:cs="Menlo"/>
          <w:color w:val="9CDCFE"/>
          <w:sz w:val="18"/>
          <w:szCs w:val="18"/>
        </w:rPr>
        <w:t>cursor</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pointer</w:t>
      </w:r>
      <w:r w:rsidRPr="790441DE">
        <w:rPr>
          <w:rFonts w:ascii="Menlo" w:eastAsia="Menlo" w:hAnsi="Menlo" w:cs="Menlo"/>
          <w:color w:val="BBBEBF"/>
          <w:sz w:val="18"/>
          <w:szCs w:val="18"/>
        </w:rPr>
        <w:t>;</w:t>
      </w:r>
    </w:p>
    <w:p w14:paraId="5CD4E622" w14:textId="15D33590" w:rsidR="6EB75A4F" w:rsidRDefault="6EB75A4F" w:rsidP="790441DE">
      <w:pPr>
        <w:shd w:val="clear" w:color="auto" w:fill="121314"/>
        <w:spacing w:after="0" w:line="270" w:lineRule="auto"/>
      </w:pPr>
      <w:r w:rsidRPr="790441DE">
        <w:rPr>
          <w:rFonts w:ascii="Menlo" w:eastAsia="Menlo" w:hAnsi="Menlo" w:cs="Menlo"/>
          <w:color w:val="BBBEBF"/>
          <w:sz w:val="18"/>
          <w:szCs w:val="18"/>
        </w:rPr>
        <w:t>}</w:t>
      </w:r>
    </w:p>
    <w:p w14:paraId="2B17E118" w14:textId="65D4A95F" w:rsidR="790441DE" w:rsidRDefault="790441DE" w:rsidP="790441DE">
      <w:pPr>
        <w:shd w:val="clear" w:color="auto" w:fill="121314"/>
        <w:spacing w:after="0" w:line="270" w:lineRule="auto"/>
      </w:pPr>
    </w:p>
    <w:p w14:paraId="30B05E13" w14:textId="704A9ABC" w:rsidR="6EB75A4F" w:rsidRDefault="6EB75A4F" w:rsidP="790441DE">
      <w:pPr>
        <w:shd w:val="clear" w:color="auto" w:fill="121314"/>
        <w:spacing w:after="0" w:line="270" w:lineRule="auto"/>
      </w:pPr>
      <w:r w:rsidRPr="790441DE">
        <w:rPr>
          <w:rFonts w:ascii="Menlo" w:eastAsia="Menlo" w:hAnsi="Menlo" w:cs="Menlo"/>
          <w:color w:val="8B949E"/>
          <w:sz w:val="18"/>
          <w:szCs w:val="18"/>
        </w:rPr>
        <w:t>/* CARDS */</w:t>
      </w:r>
    </w:p>
    <w:p w14:paraId="646BC2CA" w14:textId="60A0032B" w:rsidR="6EB75A4F" w:rsidRDefault="6EB75A4F" w:rsidP="790441DE">
      <w:pPr>
        <w:shd w:val="clear" w:color="auto" w:fill="121314"/>
        <w:spacing w:after="0" w:line="270" w:lineRule="auto"/>
      </w:pPr>
      <w:r w:rsidRPr="790441DE">
        <w:rPr>
          <w:rFonts w:ascii="Menlo" w:eastAsia="Menlo" w:hAnsi="Menlo" w:cs="Menlo"/>
          <w:color w:val="D7BA7D"/>
          <w:sz w:val="18"/>
          <w:szCs w:val="18"/>
        </w:rPr>
        <w:t>.cards</w:t>
      </w:r>
      <w:r w:rsidRPr="790441DE">
        <w:rPr>
          <w:rFonts w:ascii="Menlo" w:eastAsia="Menlo" w:hAnsi="Menlo" w:cs="Menlo"/>
          <w:color w:val="BBBEBF"/>
          <w:sz w:val="18"/>
          <w:szCs w:val="18"/>
        </w:rPr>
        <w:t xml:space="preserve"> {</w:t>
      </w:r>
    </w:p>
    <w:p w14:paraId="609154EA" w14:textId="0145914F" w:rsidR="6EB75A4F" w:rsidRDefault="6EB75A4F" w:rsidP="790441DE">
      <w:pPr>
        <w:shd w:val="clear" w:color="auto" w:fill="121314"/>
        <w:spacing w:after="0" w:line="270" w:lineRule="auto"/>
      </w:pPr>
      <w:r w:rsidRPr="790441DE">
        <w:rPr>
          <w:rFonts w:ascii="Menlo" w:eastAsia="Menlo" w:hAnsi="Menlo" w:cs="Menlo"/>
          <w:color w:val="9CDCFE"/>
          <w:sz w:val="18"/>
          <w:szCs w:val="18"/>
        </w:rPr>
        <w:t>display</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flex</w:t>
      </w:r>
      <w:r w:rsidRPr="790441DE">
        <w:rPr>
          <w:rFonts w:ascii="Menlo" w:eastAsia="Menlo" w:hAnsi="Menlo" w:cs="Menlo"/>
          <w:color w:val="BBBEBF"/>
          <w:sz w:val="18"/>
          <w:szCs w:val="18"/>
        </w:rPr>
        <w:t>;</w:t>
      </w:r>
    </w:p>
    <w:p w14:paraId="25A2D7AD" w14:textId="25751737" w:rsidR="6EB75A4F" w:rsidRDefault="6EB75A4F" w:rsidP="790441DE">
      <w:pPr>
        <w:shd w:val="clear" w:color="auto" w:fill="121314"/>
        <w:spacing w:after="0" w:line="270" w:lineRule="auto"/>
      </w:pPr>
      <w:r w:rsidRPr="790441DE">
        <w:rPr>
          <w:rFonts w:ascii="Menlo" w:eastAsia="Menlo" w:hAnsi="Menlo" w:cs="Menlo"/>
          <w:color w:val="9CDCFE"/>
          <w:sz w:val="18"/>
          <w:szCs w:val="18"/>
        </w:rPr>
        <w:t>gap</w:t>
      </w:r>
      <w:r w:rsidRPr="790441DE">
        <w:rPr>
          <w:rFonts w:ascii="Menlo" w:eastAsia="Menlo" w:hAnsi="Menlo" w:cs="Menlo"/>
          <w:color w:val="BBBEBF"/>
          <w:sz w:val="18"/>
          <w:szCs w:val="18"/>
        </w:rPr>
        <w:t xml:space="preserve">: </w:t>
      </w:r>
      <w:r w:rsidRPr="790441DE">
        <w:rPr>
          <w:rFonts w:ascii="Menlo" w:eastAsia="Menlo" w:hAnsi="Menlo" w:cs="Menlo"/>
          <w:color w:val="B5CEA8"/>
          <w:sz w:val="18"/>
          <w:szCs w:val="18"/>
        </w:rPr>
        <w:t>20px</w:t>
      </w:r>
      <w:r w:rsidRPr="790441DE">
        <w:rPr>
          <w:rFonts w:ascii="Menlo" w:eastAsia="Menlo" w:hAnsi="Menlo" w:cs="Menlo"/>
          <w:color w:val="BBBEBF"/>
          <w:sz w:val="18"/>
          <w:szCs w:val="18"/>
        </w:rPr>
        <w:t>;</w:t>
      </w:r>
    </w:p>
    <w:p w14:paraId="280A2E55" w14:textId="02F2F51B" w:rsidR="6EB75A4F" w:rsidRDefault="6EB75A4F" w:rsidP="790441DE">
      <w:pPr>
        <w:shd w:val="clear" w:color="auto" w:fill="121314"/>
        <w:spacing w:after="0" w:line="270" w:lineRule="auto"/>
      </w:pPr>
      <w:r w:rsidRPr="790441DE">
        <w:rPr>
          <w:rFonts w:ascii="Menlo" w:eastAsia="Menlo" w:hAnsi="Menlo" w:cs="Menlo"/>
          <w:color w:val="9CDCFE"/>
          <w:sz w:val="18"/>
          <w:szCs w:val="18"/>
        </w:rPr>
        <w:t>padding</w:t>
      </w:r>
      <w:r w:rsidRPr="790441DE">
        <w:rPr>
          <w:rFonts w:ascii="Menlo" w:eastAsia="Menlo" w:hAnsi="Menlo" w:cs="Menlo"/>
          <w:color w:val="BBBEBF"/>
          <w:sz w:val="18"/>
          <w:szCs w:val="18"/>
        </w:rPr>
        <w:t xml:space="preserve">: </w:t>
      </w:r>
      <w:r w:rsidRPr="790441DE">
        <w:rPr>
          <w:rFonts w:ascii="Menlo" w:eastAsia="Menlo" w:hAnsi="Menlo" w:cs="Menlo"/>
          <w:color w:val="B5CEA8"/>
          <w:sz w:val="18"/>
          <w:szCs w:val="18"/>
        </w:rPr>
        <w:t>40px</w:t>
      </w:r>
      <w:r w:rsidRPr="790441DE">
        <w:rPr>
          <w:rFonts w:ascii="Menlo" w:eastAsia="Menlo" w:hAnsi="Menlo" w:cs="Menlo"/>
          <w:color w:val="BBBEBF"/>
          <w:sz w:val="18"/>
          <w:szCs w:val="18"/>
        </w:rPr>
        <w:t>;</w:t>
      </w:r>
    </w:p>
    <w:p w14:paraId="2C43F6D9" w14:textId="42F9EC10" w:rsidR="6EB75A4F" w:rsidRDefault="6EB75A4F" w:rsidP="790441DE">
      <w:pPr>
        <w:shd w:val="clear" w:color="auto" w:fill="121314"/>
        <w:spacing w:after="0" w:line="270" w:lineRule="auto"/>
      </w:pPr>
      <w:r w:rsidRPr="790441DE">
        <w:rPr>
          <w:rFonts w:ascii="Menlo" w:eastAsia="Menlo" w:hAnsi="Menlo" w:cs="Menlo"/>
          <w:color w:val="9CDCFE"/>
          <w:sz w:val="18"/>
          <w:szCs w:val="18"/>
        </w:rPr>
        <w:t>justify-content</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center</w:t>
      </w:r>
      <w:r w:rsidRPr="790441DE">
        <w:rPr>
          <w:rFonts w:ascii="Menlo" w:eastAsia="Menlo" w:hAnsi="Menlo" w:cs="Menlo"/>
          <w:color w:val="BBBEBF"/>
          <w:sz w:val="18"/>
          <w:szCs w:val="18"/>
        </w:rPr>
        <w:t>;</w:t>
      </w:r>
    </w:p>
    <w:p w14:paraId="116A3240" w14:textId="340F8F0B" w:rsidR="6EB75A4F" w:rsidRDefault="6EB75A4F" w:rsidP="790441DE">
      <w:pPr>
        <w:shd w:val="clear" w:color="auto" w:fill="121314"/>
        <w:spacing w:after="0" w:line="270" w:lineRule="auto"/>
      </w:pPr>
      <w:r w:rsidRPr="790441DE">
        <w:rPr>
          <w:rFonts w:ascii="Menlo" w:eastAsia="Menlo" w:hAnsi="Menlo" w:cs="Menlo"/>
          <w:color w:val="BBBEBF"/>
          <w:sz w:val="18"/>
          <w:szCs w:val="18"/>
        </w:rPr>
        <w:t>}</w:t>
      </w:r>
    </w:p>
    <w:p w14:paraId="540CC1B4" w14:textId="6CC0FE76" w:rsidR="790441DE" w:rsidRDefault="790441DE" w:rsidP="790441DE">
      <w:pPr>
        <w:shd w:val="clear" w:color="auto" w:fill="121314"/>
        <w:spacing w:after="0" w:line="270" w:lineRule="auto"/>
      </w:pPr>
    </w:p>
    <w:p w14:paraId="2A87E2CC" w14:textId="5705A51D" w:rsidR="6EB75A4F" w:rsidRDefault="6EB75A4F" w:rsidP="790441DE">
      <w:pPr>
        <w:shd w:val="clear" w:color="auto" w:fill="121314"/>
        <w:spacing w:after="0" w:line="270" w:lineRule="auto"/>
      </w:pPr>
      <w:r w:rsidRPr="790441DE">
        <w:rPr>
          <w:rFonts w:ascii="Menlo" w:eastAsia="Menlo" w:hAnsi="Menlo" w:cs="Menlo"/>
          <w:color w:val="D7BA7D"/>
          <w:sz w:val="18"/>
          <w:szCs w:val="18"/>
        </w:rPr>
        <w:t>.card</w:t>
      </w:r>
      <w:r w:rsidRPr="790441DE">
        <w:rPr>
          <w:rFonts w:ascii="Menlo" w:eastAsia="Menlo" w:hAnsi="Menlo" w:cs="Menlo"/>
          <w:color w:val="BBBEBF"/>
          <w:sz w:val="18"/>
          <w:szCs w:val="18"/>
        </w:rPr>
        <w:t xml:space="preserve"> {</w:t>
      </w:r>
    </w:p>
    <w:p w14:paraId="55092106" w14:textId="2CC68FE4" w:rsidR="6EB75A4F" w:rsidRDefault="6EB75A4F" w:rsidP="790441DE">
      <w:pPr>
        <w:shd w:val="clear" w:color="auto" w:fill="121314"/>
        <w:spacing w:after="0" w:line="270" w:lineRule="auto"/>
      </w:pPr>
      <w:r w:rsidRPr="790441DE">
        <w:rPr>
          <w:rFonts w:ascii="Menlo" w:eastAsia="Menlo" w:hAnsi="Menlo" w:cs="Menlo"/>
          <w:color w:val="9CDCFE"/>
          <w:sz w:val="18"/>
          <w:szCs w:val="18"/>
        </w:rPr>
        <w:t>background</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#eee</w:t>
      </w:r>
      <w:r w:rsidRPr="790441DE">
        <w:rPr>
          <w:rFonts w:ascii="Menlo" w:eastAsia="Menlo" w:hAnsi="Menlo" w:cs="Menlo"/>
          <w:color w:val="BBBEBF"/>
          <w:sz w:val="18"/>
          <w:szCs w:val="18"/>
        </w:rPr>
        <w:t>;</w:t>
      </w:r>
    </w:p>
    <w:p w14:paraId="053CFA5A" w14:textId="4A42246E" w:rsidR="6EB75A4F" w:rsidRDefault="6EB75A4F" w:rsidP="790441DE">
      <w:pPr>
        <w:shd w:val="clear" w:color="auto" w:fill="121314"/>
        <w:spacing w:after="0" w:line="270" w:lineRule="auto"/>
      </w:pPr>
      <w:r w:rsidRPr="790441DE">
        <w:rPr>
          <w:rFonts w:ascii="Menlo" w:eastAsia="Menlo" w:hAnsi="Menlo" w:cs="Menlo"/>
          <w:color w:val="9CDCFE"/>
          <w:sz w:val="18"/>
          <w:szCs w:val="18"/>
        </w:rPr>
        <w:t>padding</w:t>
      </w:r>
      <w:r w:rsidRPr="790441DE">
        <w:rPr>
          <w:rFonts w:ascii="Menlo" w:eastAsia="Menlo" w:hAnsi="Menlo" w:cs="Menlo"/>
          <w:color w:val="BBBEBF"/>
          <w:sz w:val="18"/>
          <w:szCs w:val="18"/>
        </w:rPr>
        <w:t xml:space="preserve">: </w:t>
      </w:r>
      <w:r w:rsidRPr="790441DE">
        <w:rPr>
          <w:rFonts w:ascii="Menlo" w:eastAsia="Menlo" w:hAnsi="Menlo" w:cs="Menlo"/>
          <w:color w:val="B5CEA8"/>
          <w:sz w:val="18"/>
          <w:szCs w:val="18"/>
        </w:rPr>
        <w:t>20px</w:t>
      </w:r>
      <w:r w:rsidRPr="790441DE">
        <w:rPr>
          <w:rFonts w:ascii="Menlo" w:eastAsia="Menlo" w:hAnsi="Menlo" w:cs="Menlo"/>
          <w:color w:val="BBBEBF"/>
          <w:sz w:val="18"/>
          <w:szCs w:val="18"/>
        </w:rPr>
        <w:t>;</w:t>
      </w:r>
    </w:p>
    <w:p w14:paraId="5E579EC9" w14:textId="1EB1B4BC" w:rsidR="6EB75A4F" w:rsidRDefault="6EB75A4F" w:rsidP="790441DE">
      <w:pPr>
        <w:shd w:val="clear" w:color="auto" w:fill="121314"/>
        <w:spacing w:after="0" w:line="270" w:lineRule="auto"/>
      </w:pPr>
      <w:r w:rsidRPr="790441DE">
        <w:rPr>
          <w:rFonts w:ascii="Menlo" w:eastAsia="Menlo" w:hAnsi="Menlo" w:cs="Menlo"/>
          <w:color w:val="9CDCFE"/>
          <w:sz w:val="18"/>
          <w:szCs w:val="18"/>
        </w:rPr>
        <w:t>width</w:t>
      </w:r>
      <w:r w:rsidRPr="790441DE">
        <w:rPr>
          <w:rFonts w:ascii="Menlo" w:eastAsia="Menlo" w:hAnsi="Menlo" w:cs="Menlo"/>
          <w:color w:val="BBBEBF"/>
          <w:sz w:val="18"/>
          <w:szCs w:val="18"/>
        </w:rPr>
        <w:t xml:space="preserve">: </w:t>
      </w:r>
      <w:r w:rsidRPr="790441DE">
        <w:rPr>
          <w:rFonts w:ascii="Menlo" w:eastAsia="Menlo" w:hAnsi="Menlo" w:cs="Menlo"/>
          <w:color w:val="B5CEA8"/>
          <w:sz w:val="18"/>
          <w:szCs w:val="18"/>
        </w:rPr>
        <w:t>250px</w:t>
      </w:r>
      <w:r w:rsidRPr="790441DE">
        <w:rPr>
          <w:rFonts w:ascii="Menlo" w:eastAsia="Menlo" w:hAnsi="Menlo" w:cs="Menlo"/>
          <w:color w:val="BBBEBF"/>
          <w:sz w:val="18"/>
          <w:szCs w:val="18"/>
        </w:rPr>
        <w:t>;</w:t>
      </w:r>
    </w:p>
    <w:p w14:paraId="7E141F4E" w14:textId="7BB529AB" w:rsidR="6EB75A4F" w:rsidRDefault="6EB75A4F" w:rsidP="790441DE">
      <w:pPr>
        <w:shd w:val="clear" w:color="auto" w:fill="121314"/>
        <w:spacing w:after="0" w:line="270" w:lineRule="auto"/>
      </w:pPr>
      <w:r w:rsidRPr="790441DE">
        <w:rPr>
          <w:rFonts w:ascii="Menlo" w:eastAsia="Menlo" w:hAnsi="Menlo" w:cs="Menlo"/>
          <w:color w:val="9CDCFE"/>
          <w:sz w:val="18"/>
          <w:szCs w:val="18"/>
        </w:rPr>
        <w:t>text-align</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center</w:t>
      </w:r>
      <w:r w:rsidRPr="790441DE">
        <w:rPr>
          <w:rFonts w:ascii="Menlo" w:eastAsia="Menlo" w:hAnsi="Menlo" w:cs="Menlo"/>
          <w:color w:val="BBBEBF"/>
          <w:sz w:val="18"/>
          <w:szCs w:val="18"/>
        </w:rPr>
        <w:t>;</w:t>
      </w:r>
    </w:p>
    <w:p w14:paraId="5D7573D1" w14:textId="53FC9F75" w:rsidR="6EB75A4F" w:rsidRDefault="6EB75A4F" w:rsidP="790441DE">
      <w:pPr>
        <w:shd w:val="clear" w:color="auto" w:fill="121314"/>
        <w:spacing w:after="0" w:line="270" w:lineRule="auto"/>
      </w:pPr>
      <w:r w:rsidRPr="790441DE">
        <w:rPr>
          <w:rFonts w:ascii="Menlo" w:eastAsia="Menlo" w:hAnsi="Menlo" w:cs="Menlo"/>
          <w:color w:val="9CDCFE"/>
          <w:sz w:val="18"/>
          <w:szCs w:val="18"/>
        </w:rPr>
        <w:t>transition</w:t>
      </w:r>
      <w:r w:rsidRPr="790441DE">
        <w:rPr>
          <w:rFonts w:ascii="Menlo" w:eastAsia="Menlo" w:hAnsi="Menlo" w:cs="Menlo"/>
          <w:color w:val="BBBEBF"/>
          <w:sz w:val="18"/>
          <w:szCs w:val="18"/>
        </w:rPr>
        <w:t xml:space="preserve">: transform </w:t>
      </w:r>
      <w:r w:rsidRPr="790441DE">
        <w:rPr>
          <w:rFonts w:ascii="Menlo" w:eastAsia="Menlo" w:hAnsi="Menlo" w:cs="Menlo"/>
          <w:color w:val="B5CEA8"/>
          <w:sz w:val="18"/>
          <w:szCs w:val="18"/>
        </w:rPr>
        <w:t>0.3s</w:t>
      </w:r>
      <w:r w:rsidRPr="790441DE">
        <w:rPr>
          <w:rFonts w:ascii="Menlo" w:eastAsia="Menlo" w:hAnsi="Menlo" w:cs="Menlo"/>
          <w:color w:val="BBBEBF"/>
          <w:sz w:val="18"/>
          <w:szCs w:val="18"/>
        </w:rPr>
        <w:t>;</w:t>
      </w:r>
    </w:p>
    <w:p w14:paraId="5B372E13" w14:textId="666C0324" w:rsidR="6EB75A4F" w:rsidRDefault="6EB75A4F" w:rsidP="790441DE">
      <w:pPr>
        <w:shd w:val="clear" w:color="auto" w:fill="121314"/>
        <w:spacing w:after="0" w:line="270" w:lineRule="auto"/>
      </w:pPr>
      <w:r w:rsidRPr="790441DE">
        <w:rPr>
          <w:rFonts w:ascii="Menlo" w:eastAsia="Menlo" w:hAnsi="Menlo" w:cs="Menlo"/>
          <w:color w:val="BBBEBF"/>
          <w:sz w:val="18"/>
          <w:szCs w:val="18"/>
        </w:rPr>
        <w:t>}</w:t>
      </w:r>
    </w:p>
    <w:p w14:paraId="035E723E" w14:textId="6F42FC44" w:rsidR="790441DE" w:rsidRDefault="790441DE" w:rsidP="790441DE">
      <w:pPr>
        <w:shd w:val="clear" w:color="auto" w:fill="121314"/>
        <w:spacing w:after="0" w:line="270" w:lineRule="auto"/>
      </w:pPr>
    </w:p>
    <w:p w14:paraId="4EF0F48E" w14:textId="1DABB4EE" w:rsidR="6EB75A4F" w:rsidRDefault="6EB75A4F" w:rsidP="790441DE">
      <w:pPr>
        <w:shd w:val="clear" w:color="auto" w:fill="121314"/>
        <w:spacing w:after="0" w:line="270" w:lineRule="auto"/>
      </w:pPr>
      <w:r w:rsidRPr="790441DE">
        <w:rPr>
          <w:rFonts w:ascii="Menlo" w:eastAsia="Menlo" w:hAnsi="Menlo" w:cs="Menlo"/>
          <w:color w:val="D7BA7D"/>
          <w:sz w:val="18"/>
          <w:szCs w:val="18"/>
        </w:rPr>
        <w:t>.card:hover</w:t>
      </w:r>
      <w:r w:rsidRPr="790441DE">
        <w:rPr>
          <w:rFonts w:ascii="Menlo" w:eastAsia="Menlo" w:hAnsi="Menlo" w:cs="Menlo"/>
          <w:color w:val="BBBEBF"/>
          <w:sz w:val="18"/>
          <w:szCs w:val="18"/>
        </w:rPr>
        <w:t xml:space="preserve"> {</w:t>
      </w:r>
    </w:p>
    <w:p w14:paraId="6DD0BA17" w14:textId="52447A75" w:rsidR="6EB75A4F" w:rsidRDefault="6EB75A4F" w:rsidP="790441DE">
      <w:pPr>
        <w:shd w:val="clear" w:color="auto" w:fill="121314"/>
        <w:spacing w:after="0" w:line="270" w:lineRule="auto"/>
      </w:pPr>
      <w:r w:rsidRPr="790441DE">
        <w:rPr>
          <w:rFonts w:ascii="Menlo" w:eastAsia="Menlo" w:hAnsi="Menlo" w:cs="Menlo"/>
          <w:color w:val="9CDCFE"/>
          <w:sz w:val="18"/>
          <w:szCs w:val="18"/>
        </w:rPr>
        <w:t>transform</w:t>
      </w:r>
      <w:r w:rsidRPr="790441DE">
        <w:rPr>
          <w:rFonts w:ascii="Menlo" w:eastAsia="Menlo" w:hAnsi="Menlo" w:cs="Menlo"/>
          <w:color w:val="BBBEBF"/>
          <w:sz w:val="18"/>
          <w:szCs w:val="18"/>
        </w:rPr>
        <w:t xml:space="preserve">: </w:t>
      </w:r>
      <w:r w:rsidRPr="790441DE">
        <w:rPr>
          <w:rFonts w:ascii="Menlo" w:eastAsia="Menlo" w:hAnsi="Menlo" w:cs="Menlo"/>
          <w:color w:val="DCDCAA"/>
          <w:sz w:val="18"/>
          <w:szCs w:val="18"/>
        </w:rPr>
        <w:t>scale</w:t>
      </w:r>
      <w:r w:rsidRPr="790441DE">
        <w:rPr>
          <w:rFonts w:ascii="Menlo" w:eastAsia="Menlo" w:hAnsi="Menlo" w:cs="Menlo"/>
          <w:color w:val="BBBEBF"/>
          <w:sz w:val="18"/>
          <w:szCs w:val="18"/>
        </w:rPr>
        <w:t>(</w:t>
      </w:r>
      <w:r w:rsidRPr="790441DE">
        <w:rPr>
          <w:rFonts w:ascii="Menlo" w:eastAsia="Menlo" w:hAnsi="Menlo" w:cs="Menlo"/>
          <w:color w:val="B5CEA8"/>
          <w:sz w:val="18"/>
          <w:szCs w:val="18"/>
        </w:rPr>
        <w:t>1.05</w:t>
      </w:r>
      <w:r w:rsidRPr="790441DE">
        <w:rPr>
          <w:rFonts w:ascii="Menlo" w:eastAsia="Menlo" w:hAnsi="Menlo" w:cs="Menlo"/>
          <w:color w:val="BBBEBF"/>
          <w:sz w:val="18"/>
          <w:szCs w:val="18"/>
        </w:rPr>
        <w:t>);</w:t>
      </w:r>
    </w:p>
    <w:p w14:paraId="664D33A9" w14:textId="7DB85012" w:rsidR="6EB75A4F" w:rsidRDefault="6EB75A4F" w:rsidP="790441DE">
      <w:pPr>
        <w:shd w:val="clear" w:color="auto" w:fill="121314"/>
        <w:spacing w:after="0" w:line="270" w:lineRule="auto"/>
      </w:pPr>
      <w:r w:rsidRPr="790441DE">
        <w:rPr>
          <w:rFonts w:ascii="Menlo" w:eastAsia="Menlo" w:hAnsi="Menlo" w:cs="Menlo"/>
          <w:color w:val="BBBEBF"/>
          <w:sz w:val="18"/>
          <w:szCs w:val="18"/>
        </w:rPr>
        <w:t>}</w:t>
      </w:r>
    </w:p>
    <w:p w14:paraId="5DA1535C" w14:textId="6FCC3A5E" w:rsidR="790441DE" w:rsidRDefault="790441DE" w:rsidP="790441DE">
      <w:pPr>
        <w:shd w:val="clear" w:color="auto" w:fill="121314"/>
        <w:spacing w:after="0" w:line="270" w:lineRule="auto"/>
      </w:pPr>
    </w:p>
    <w:p w14:paraId="39490BBF" w14:textId="002BEF79" w:rsidR="6EB75A4F" w:rsidRDefault="6EB75A4F" w:rsidP="790441DE">
      <w:pPr>
        <w:shd w:val="clear" w:color="auto" w:fill="121314"/>
        <w:spacing w:after="0" w:line="270" w:lineRule="auto"/>
      </w:pPr>
      <w:r w:rsidRPr="790441DE">
        <w:rPr>
          <w:rFonts w:ascii="Menlo" w:eastAsia="Menlo" w:hAnsi="Menlo" w:cs="Menlo"/>
          <w:color w:val="8B949E"/>
          <w:sz w:val="18"/>
          <w:szCs w:val="18"/>
        </w:rPr>
        <w:t>/* GRID */</w:t>
      </w:r>
    </w:p>
    <w:p w14:paraId="4772B7EA" w14:textId="5A464B2D" w:rsidR="6EB75A4F" w:rsidRDefault="6EB75A4F" w:rsidP="790441DE">
      <w:pPr>
        <w:shd w:val="clear" w:color="auto" w:fill="121314"/>
        <w:spacing w:after="0" w:line="270" w:lineRule="auto"/>
      </w:pPr>
      <w:r w:rsidRPr="790441DE">
        <w:rPr>
          <w:rFonts w:ascii="Menlo" w:eastAsia="Menlo" w:hAnsi="Menlo" w:cs="Menlo"/>
          <w:color w:val="D7BA7D"/>
          <w:sz w:val="18"/>
          <w:szCs w:val="18"/>
        </w:rPr>
        <w:t>.grid</w:t>
      </w:r>
      <w:r w:rsidRPr="790441DE">
        <w:rPr>
          <w:rFonts w:ascii="Menlo" w:eastAsia="Menlo" w:hAnsi="Menlo" w:cs="Menlo"/>
          <w:color w:val="BBBEBF"/>
          <w:sz w:val="18"/>
          <w:szCs w:val="18"/>
        </w:rPr>
        <w:t xml:space="preserve"> {</w:t>
      </w:r>
    </w:p>
    <w:p w14:paraId="4C39E6EC" w14:textId="49A70788" w:rsidR="6EB75A4F" w:rsidRDefault="6EB75A4F" w:rsidP="790441DE">
      <w:pPr>
        <w:shd w:val="clear" w:color="auto" w:fill="121314"/>
        <w:spacing w:after="0" w:line="270" w:lineRule="auto"/>
      </w:pPr>
      <w:r w:rsidRPr="790441DE">
        <w:rPr>
          <w:rFonts w:ascii="Menlo" w:eastAsia="Menlo" w:hAnsi="Menlo" w:cs="Menlo"/>
          <w:color w:val="9CDCFE"/>
          <w:sz w:val="18"/>
          <w:szCs w:val="18"/>
        </w:rPr>
        <w:t>display</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grid</w:t>
      </w:r>
      <w:r w:rsidRPr="790441DE">
        <w:rPr>
          <w:rFonts w:ascii="Menlo" w:eastAsia="Menlo" w:hAnsi="Menlo" w:cs="Menlo"/>
          <w:color w:val="BBBEBF"/>
          <w:sz w:val="18"/>
          <w:szCs w:val="18"/>
        </w:rPr>
        <w:t>;</w:t>
      </w:r>
    </w:p>
    <w:p w14:paraId="05964DDD" w14:textId="0578729C" w:rsidR="6EB75A4F" w:rsidRDefault="6EB75A4F" w:rsidP="790441DE">
      <w:pPr>
        <w:shd w:val="clear" w:color="auto" w:fill="121314"/>
        <w:spacing w:after="0" w:line="270" w:lineRule="auto"/>
      </w:pPr>
      <w:r w:rsidRPr="790441DE">
        <w:rPr>
          <w:rFonts w:ascii="Menlo" w:eastAsia="Menlo" w:hAnsi="Menlo" w:cs="Menlo"/>
          <w:color w:val="9CDCFE"/>
          <w:sz w:val="18"/>
          <w:szCs w:val="18"/>
        </w:rPr>
        <w:t>grid-template-columns</w:t>
      </w:r>
      <w:r w:rsidRPr="790441DE">
        <w:rPr>
          <w:rFonts w:ascii="Menlo" w:eastAsia="Menlo" w:hAnsi="Menlo" w:cs="Menlo"/>
          <w:color w:val="BBBEBF"/>
          <w:sz w:val="18"/>
          <w:szCs w:val="18"/>
        </w:rPr>
        <w:t xml:space="preserve">: </w:t>
      </w:r>
      <w:r w:rsidRPr="790441DE">
        <w:rPr>
          <w:rFonts w:ascii="Menlo" w:eastAsia="Menlo" w:hAnsi="Menlo" w:cs="Menlo"/>
          <w:color w:val="DCDCAA"/>
          <w:sz w:val="18"/>
          <w:szCs w:val="18"/>
        </w:rPr>
        <w:t>repeat</w:t>
      </w:r>
      <w:r w:rsidRPr="790441DE">
        <w:rPr>
          <w:rFonts w:ascii="Menlo" w:eastAsia="Menlo" w:hAnsi="Menlo" w:cs="Menlo"/>
          <w:color w:val="BBBEBF"/>
          <w:sz w:val="18"/>
          <w:szCs w:val="18"/>
        </w:rPr>
        <w:t>(</w:t>
      </w:r>
      <w:r w:rsidRPr="790441DE">
        <w:rPr>
          <w:rFonts w:ascii="Menlo" w:eastAsia="Menlo" w:hAnsi="Menlo" w:cs="Menlo"/>
          <w:color w:val="CE9178"/>
          <w:sz w:val="18"/>
          <w:szCs w:val="18"/>
        </w:rPr>
        <w:t>auto-fit</w:t>
      </w:r>
      <w:r w:rsidRPr="790441DE">
        <w:rPr>
          <w:rFonts w:ascii="Menlo" w:eastAsia="Menlo" w:hAnsi="Menlo" w:cs="Menlo"/>
          <w:color w:val="BBBEBF"/>
          <w:sz w:val="18"/>
          <w:szCs w:val="18"/>
        </w:rPr>
        <w:t xml:space="preserve">, </w:t>
      </w:r>
      <w:r w:rsidRPr="790441DE">
        <w:rPr>
          <w:rFonts w:ascii="Menlo" w:eastAsia="Menlo" w:hAnsi="Menlo" w:cs="Menlo"/>
          <w:color w:val="DCDCAA"/>
          <w:sz w:val="18"/>
          <w:szCs w:val="18"/>
        </w:rPr>
        <w:t>minmax</w:t>
      </w:r>
      <w:r w:rsidRPr="790441DE">
        <w:rPr>
          <w:rFonts w:ascii="Menlo" w:eastAsia="Menlo" w:hAnsi="Menlo" w:cs="Menlo"/>
          <w:color w:val="BBBEBF"/>
          <w:sz w:val="18"/>
          <w:szCs w:val="18"/>
        </w:rPr>
        <w:t>(</w:t>
      </w:r>
      <w:r w:rsidRPr="790441DE">
        <w:rPr>
          <w:rFonts w:ascii="Menlo" w:eastAsia="Menlo" w:hAnsi="Menlo" w:cs="Menlo"/>
          <w:color w:val="B5CEA8"/>
          <w:sz w:val="18"/>
          <w:szCs w:val="18"/>
        </w:rPr>
        <w:t>250px</w:t>
      </w:r>
      <w:r w:rsidRPr="790441DE">
        <w:rPr>
          <w:rFonts w:ascii="Menlo" w:eastAsia="Menlo" w:hAnsi="Menlo" w:cs="Menlo"/>
          <w:color w:val="BBBEBF"/>
          <w:sz w:val="18"/>
          <w:szCs w:val="18"/>
        </w:rPr>
        <w:t xml:space="preserve">, </w:t>
      </w:r>
      <w:r w:rsidRPr="790441DE">
        <w:rPr>
          <w:rFonts w:ascii="Menlo" w:eastAsia="Menlo" w:hAnsi="Menlo" w:cs="Menlo"/>
          <w:color w:val="B5CEA8"/>
          <w:sz w:val="18"/>
          <w:szCs w:val="18"/>
        </w:rPr>
        <w:t>1fr</w:t>
      </w:r>
      <w:r w:rsidRPr="790441DE">
        <w:rPr>
          <w:rFonts w:ascii="Menlo" w:eastAsia="Menlo" w:hAnsi="Menlo" w:cs="Menlo"/>
          <w:color w:val="BBBEBF"/>
          <w:sz w:val="18"/>
          <w:szCs w:val="18"/>
        </w:rPr>
        <w:t>));</w:t>
      </w:r>
    </w:p>
    <w:p w14:paraId="57A4FD80" w14:textId="0E55D6EB" w:rsidR="6EB75A4F" w:rsidRDefault="6EB75A4F" w:rsidP="790441DE">
      <w:pPr>
        <w:shd w:val="clear" w:color="auto" w:fill="121314"/>
        <w:spacing w:after="0" w:line="270" w:lineRule="auto"/>
      </w:pPr>
      <w:r w:rsidRPr="790441DE">
        <w:rPr>
          <w:rFonts w:ascii="Menlo" w:eastAsia="Menlo" w:hAnsi="Menlo" w:cs="Menlo"/>
          <w:color w:val="9CDCFE"/>
          <w:sz w:val="18"/>
          <w:szCs w:val="18"/>
        </w:rPr>
        <w:t>padding</w:t>
      </w:r>
      <w:r w:rsidRPr="790441DE">
        <w:rPr>
          <w:rFonts w:ascii="Menlo" w:eastAsia="Menlo" w:hAnsi="Menlo" w:cs="Menlo"/>
          <w:color w:val="BBBEBF"/>
          <w:sz w:val="18"/>
          <w:szCs w:val="18"/>
        </w:rPr>
        <w:t xml:space="preserve">: </w:t>
      </w:r>
      <w:r w:rsidRPr="790441DE">
        <w:rPr>
          <w:rFonts w:ascii="Menlo" w:eastAsia="Menlo" w:hAnsi="Menlo" w:cs="Menlo"/>
          <w:color w:val="B5CEA8"/>
          <w:sz w:val="18"/>
          <w:szCs w:val="18"/>
        </w:rPr>
        <w:t>40px</w:t>
      </w:r>
      <w:r w:rsidRPr="790441DE">
        <w:rPr>
          <w:rFonts w:ascii="Menlo" w:eastAsia="Menlo" w:hAnsi="Menlo" w:cs="Menlo"/>
          <w:color w:val="BBBEBF"/>
          <w:sz w:val="18"/>
          <w:szCs w:val="18"/>
        </w:rPr>
        <w:t>;</w:t>
      </w:r>
    </w:p>
    <w:p w14:paraId="7C079354" w14:textId="4760CFEE" w:rsidR="6EB75A4F" w:rsidRDefault="6EB75A4F" w:rsidP="790441DE">
      <w:pPr>
        <w:shd w:val="clear" w:color="auto" w:fill="121314"/>
        <w:spacing w:after="0" w:line="270" w:lineRule="auto"/>
      </w:pPr>
      <w:r w:rsidRPr="790441DE">
        <w:rPr>
          <w:rFonts w:ascii="Menlo" w:eastAsia="Menlo" w:hAnsi="Menlo" w:cs="Menlo"/>
          <w:color w:val="9CDCFE"/>
          <w:sz w:val="18"/>
          <w:szCs w:val="18"/>
        </w:rPr>
        <w:t>gap</w:t>
      </w:r>
      <w:r w:rsidRPr="790441DE">
        <w:rPr>
          <w:rFonts w:ascii="Menlo" w:eastAsia="Menlo" w:hAnsi="Menlo" w:cs="Menlo"/>
          <w:color w:val="BBBEBF"/>
          <w:sz w:val="18"/>
          <w:szCs w:val="18"/>
        </w:rPr>
        <w:t xml:space="preserve">: </w:t>
      </w:r>
      <w:r w:rsidRPr="790441DE">
        <w:rPr>
          <w:rFonts w:ascii="Menlo" w:eastAsia="Menlo" w:hAnsi="Menlo" w:cs="Menlo"/>
          <w:color w:val="B5CEA8"/>
          <w:sz w:val="18"/>
          <w:szCs w:val="18"/>
        </w:rPr>
        <w:t>20px</w:t>
      </w:r>
      <w:r w:rsidRPr="790441DE">
        <w:rPr>
          <w:rFonts w:ascii="Menlo" w:eastAsia="Menlo" w:hAnsi="Menlo" w:cs="Menlo"/>
          <w:color w:val="BBBEBF"/>
          <w:sz w:val="18"/>
          <w:szCs w:val="18"/>
        </w:rPr>
        <w:t>;</w:t>
      </w:r>
    </w:p>
    <w:p w14:paraId="1A021DE1" w14:textId="436DEFB7" w:rsidR="6EB75A4F" w:rsidRDefault="6EB75A4F" w:rsidP="790441DE">
      <w:pPr>
        <w:shd w:val="clear" w:color="auto" w:fill="121314"/>
        <w:spacing w:after="0" w:line="270" w:lineRule="auto"/>
      </w:pPr>
      <w:r w:rsidRPr="790441DE">
        <w:rPr>
          <w:rFonts w:ascii="Menlo" w:eastAsia="Menlo" w:hAnsi="Menlo" w:cs="Menlo"/>
          <w:color w:val="BBBEBF"/>
          <w:sz w:val="18"/>
          <w:szCs w:val="18"/>
        </w:rPr>
        <w:t>}</w:t>
      </w:r>
    </w:p>
    <w:p w14:paraId="0E3E4609" w14:textId="0A21B482" w:rsidR="790441DE" w:rsidRDefault="790441DE" w:rsidP="790441DE">
      <w:pPr>
        <w:shd w:val="clear" w:color="auto" w:fill="121314"/>
        <w:spacing w:after="0" w:line="270" w:lineRule="auto"/>
      </w:pPr>
    </w:p>
    <w:p w14:paraId="620A63EA" w14:textId="541EAF35" w:rsidR="6EB75A4F" w:rsidRDefault="6EB75A4F" w:rsidP="790441DE">
      <w:pPr>
        <w:shd w:val="clear" w:color="auto" w:fill="121314"/>
        <w:spacing w:after="0" w:line="270" w:lineRule="auto"/>
      </w:pPr>
      <w:r w:rsidRPr="790441DE">
        <w:rPr>
          <w:rFonts w:ascii="Menlo" w:eastAsia="Menlo" w:hAnsi="Menlo" w:cs="Menlo"/>
          <w:color w:val="D7BA7D"/>
          <w:sz w:val="18"/>
          <w:szCs w:val="18"/>
        </w:rPr>
        <w:t>.building</w:t>
      </w:r>
      <w:r w:rsidRPr="790441DE">
        <w:rPr>
          <w:rFonts w:ascii="Menlo" w:eastAsia="Menlo" w:hAnsi="Menlo" w:cs="Menlo"/>
          <w:color w:val="BBBEBF"/>
          <w:sz w:val="18"/>
          <w:szCs w:val="18"/>
        </w:rPr>
        <w:t xml:space="preserve"> {</w:t>
      </w:r>
    </w:p>
    <w:p w14:paraId="0B140D46" w14:textId="54D7F98F" w:rsidR="6EB75A4F" w:rsidRDefault="6EB75A4F" w:rsidP="790441DE">
      <w:pPr>
        <w:shd w:val="clear" w:color="auto" w:fill="121314"/>
        <w:spacing w:after="0" w:line="270" w:lineRule="auto"/>
      </w:pPr>
      <w:r w:rsidRPr="790441DE">
        <w:rPr>
          <w:rFonts w:ascii="Menlo" w:eastAsia="Menlo" w:hAnsi="Menlo" w:cs="Menlo"/>
          <w:color w:val="9CDCFE"/>
          <w:sz w:val="18"/>
          <w:szCs w:val="18"/>
        </w:rPr>
        <w:t>background</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#ddd</w:t>
      </w:r>
      <w:r w:rsidRPr="790441DE">
        <w:rPr>
          <w:rFonts w:ascii="Menlo" w:eastAsia="Menlo" w:hAnsi="Menlo" w:cs="Menlo"/>
          <w:color w:val="BBBEBF"/>
          <w:sz w:val="18"/>
          <w:szCs w:val="18"/>
        </w:rPr>
        <w:t>;</w:t>
      </w:r>
    </w:p>
    <w:p w14:paraId="0F8F4F96" w14:textId="67AD5B36" w:rsidR="6EB75A4F" w:rsidRDefault="6EB75A4F" w:rsidP="790441DE">
      <w:pPr>
        <w:shd w:val="clear" w:color="auto" w:fill="121314"/>
        <w:spacing w:after="0" w:line="270" w:lineRule="auto"/>
      </w:pPr>
      <w:r w:rsidRPr="790441DE">
        <w:rPr>
          <w:rFonts w:ascii="Menlo" w:eastAsia="Menlo" w:hAnsi="Menlo" w:cs="Menlo"/>
          <w:color w:val="9CDCFE"/>
          <w:sz w:val="18"/>
          <w:szCs w:val="18"/>
        </w:rPr>
        <w:t>padding</w:t>
      </w:r>
      <w:r w:rsidRPr="790441DE">
        <w:rPr>
          <w:rFonts w:ascii="Menlo" w:eastAsia="Menlo" w:hAnsi="Menlo" w:cs="Menlo"/>
          <w:color w:val="BBBEBF"/>
          <w:sz w:val="18"/>
          <w:szCs w:val="18"/>
        </w:rPr>
        <w:t xml:space="preserve">: </w:t>
      </w:r>
      <w:r w:rsidRPr="790441DE">
        <w:rPr>
          <w:rFonts w:ascii="Menlo" w:eastAsia="Menlo" w:hAnsi="Menlo" w:cs="Menlo"/>
          <w:color w:val="B5CEA8"/>
          <w:sz w:val="18"/>
          <w:szCs w:val="18"/>
        </w:rPr>
        <w:t>20px</w:t>
      </w:r>
      <w:r w:rsidRPr="790441DE">
        <w:rPr>
          <w:rFonts w:ascii="Menlo" w:eastAsia="Menlo" w:hAnsi="Menlo" w:cs="Menlo"/>
          <w:color w:val="BBBEBF"/>
          <w:sz w:val="18"/>
          <w:szCs w:val="18"/>
        </w:rPr>
        <w:t>;</w:t>
      </w:r>
    </w:p>
    <w:p w14:paraId="76741A11" w14:textId="51C589E1" w:rsidR="6EB75A4F" w:rsidRDefault="6EB75A4F" w:rsidP="790441DE">
      <w:pPr>
        <w:shd w:val="clear" w:color="auto" w:fill="121314"/>
        <w:spacing w:after="0" w:line="270" w:lineRule="auto"/>
      </w:pPr>
      <w:r w:rsidRPr="790441DE">
        <w:rPr>
          <w:rFonts w:ascii="Menlo" w:eastAsia="Menlo" w:hAnsi="Menlo" w:cs="Menlo"/>
          <w:color w:val="BBBEBF"/>
          <w:sz w:val="18"/>
          <w:szCs w:val="18"/>
        </w:rPr>
        <w:t>}</w:t>
      </w:r>
    </w:p>
    <w:p w14:paraId="5C407BCF" w14:textId="78F96F9D" w:rsidR="790441DE" w:rsidRDefault="790441DE" w:rsidP="790441DE">
      <w:pPr>
        <w:shd w:val="clear" w:color="auto" w:fill="121314"/>
        <w:spacing w:after="0" w:line="270" w:lineRule="auto"/>
      </w:pPr>
    </w:p>
    <w:p w14:paraId="540042D8" w14:textId="79B9306E" w:rsidR="6EB75A4F" w:rsidRDefault="6EB75A4F" w:rsidP="790441DE">
      <w:pPr>
        <w:shd w:val="clear" w:color="auto" w:fill="121314"/>
        <w:spacing w:after="0" w:line="270" w:lineRule="auto"/>
      </w:pPr>
      <w:r w:rsidRPr="790441DE">
        <w:rPr>
          <w:rFonts w:ascii="Menlo" w:eastAsia="Menlo" w:hAnsi="Menlo" w:cs="Menlo"/>
          <w:color w:val="8B949E"/>
          <w:sz w:val="18"/>
          <w:szCs w:val="18"/>
        </w:rPr>
        <w:t>/* CONTENT */</w:t>
      </w:r>
    </w:p>
    <w:p w14:paraId="317B36D8" w14:textId="0AD6184A" w:rsidR="6EB75A4F" w:rsidRDefault="6EB75A4F" w:rsidP="790441DE">
      <w:pPr>
        <w:shd w:val="clear" w:color="auto" w:fill="121314"/>
        <w:spacing w:after="0" w:line="270" w:lineRule="auto"/>
      </w:pPr>
      <w:r w:rsidRPr="790441DE">
        <w:rPr>
          <w:rFonts w:ascii="Menlo" w:eastAsia="Menlo" w:hAnsi="Menlo" w:cs="Menlo"/>
          <w:color w:val="D7BA7D"/>
          <w:sz w:val="18"/>
          <w:szCs w:val="18"/>
        </w:rPr>
        <w:t>.content</w:t>
      </w:r>
      <w:r w:rsidRPr="790441DE">
        <w:rPr>
          <w:rFonts w:ascii="Menlo" w:eastAsia="Menlo" w:hAnsi="Menlo" w:cs="Menlo"/>
          <w:color w:val="BBBEBF"/>
          <w:sz w:val="18"/>
          <w:szCs w:val="18"/>
        </w:rPr>
        <w:t xml:space="preserve"> {</w:t>
      </w:r>
    </w:p>
    <w:p w14:paraId="3DA56C1F" w14:textId="74C41DB4" w:rsidR="6EB75A4F" w:rsidRDefault="6EB75A4F" w:rsidP="790441DE">
      <w:pPr>
        <w:shd w:val="clear" w:color="auto" w:fill="121314"/>
        <w:spacing w:after="0" w:line="270" w:lineRule="auto"/>
      </w:pPr>
      <w:r w:rsidRPr="790441DE">
        <w:rPr>
          <w:rFonts w:ascii="Menlo" w:eastAsia="Menlo" w:hAnsi="Menlo" w:cs="Menlo"/>
          <w:color w:val="9CDCFE"/>
          <w:sz w:val="18"/>
          <w:szCs w:val="18"/>
        </w:rPr>
        <w:t>padding</w:t>
      </w:r>
      <w:r w:rsidRPr="790441DE">
        <w:rPr>
          <w:rFonts w:ascii="Menlo" w:eastAsia="Menlo" w:hAnsi="Menlo" w:cs="Menlo"/>
          <w:color w:val="BBBEBF"/>
          <w:sz w:val="18"/>
          <w:szCs w:val="18"/>
        </w:rPr>
        <w:t xml:space="preserve">: </w:t>
      </w:r>
      <w:r w:rsidRPr="790441DE">
        <w:rPr>
          <w:rFonts w:ascii="Menlo" w:eastAsia="Menlo" w:hAnsi="Menlo" w:cs="Menlo"/>
          <w:color w:val="B5CEA8"/>
          <w:sz w:val="18"/>
          <w:szCs w:val="18"/>
        </w:rPr>
        <w:t>40px</w:t>
      </w:r>
      <w:r w:rsidRPr="790441DE">
        <w:rPr>
          <w:rFonts w:ascii="Menlo" w:eastAsia="Menlo" w:hAnsi="Menlo" w:cs="Menlo"/>
          <w:color w:val="BBBEBF"/>
          <w:sz w:val="18"/>
          <w:szCs w:val="18"/>
        </w:rPr>
        <w:t>;</w:t>
      </w:r>
    </w:p>
    <w:p w14:paraId="149CC1CE" w14:textId="0D93B4F2" w:rsidR="6EB75A4F" w:rsidRDefault="6EB75A4F" w:rsidP="790441DE">
      <w:pPr>
        <w:shd w:val="clear" w:color="auto" w:fill="121314"/>
        <w:spacing w:after="0" w:line="270" w:lineRule="auto"/>
      </w:pPr>
      <w:r w:rsidRPr="790441DE">
        <w:rPr>
          <w:rFonts w:ascii="Menlo" w:eastAsia="Menlo" w:hAnsi="Menlo" w:cs="Menlo"/>
          <w:color w:val="BBBEBF"/>
          <w:sz w:val="18"/>
          <w:szCs w:val="18"/>
        </w:rPr>
        <w:t>}</w:t>
      </w:r>
    </w:p>
    <w:p w14:paraId="4CDAF9EC" w14:textId="5C8AC139" w:rsidR="790441DE" w:rsidRDefault="790441DE" w:rsidP="790441DE">
      <w:pPr>
        <w:shd w:val="clear" w:color="auto" w:fill="121314"/>
        <w:spacing w:after="0" w:line="270" w:lineRule="auto"/>
      </w:pPr>
    </w:p>
    <w:p w14:paraId="34D2DDB9" w14:textId="78789873" w:rsidR="6EB75A4F" w:rsidRDefault="6EB75A4F" w:rsidP="790441DE">
      <w:pPr>
        <w:shd w:val="clear" w:color="auto" w:fill="121314"/>
        <w:spacing w:after="0" w:line="270" w:lineRule="auto"/>
      </w:pPr>
      <w:r w:rsidRPr="790441DE">
        <w:rPr>
          <w:rFonts w:ascii="Menlo" w:eastAsia="Menlo" w:hAnsi="Menlo" w:cs="Menlo"/>
          <w:color w:val="8B949E"/>
          <w:sz w:val="18"/>
          <w:szCs w:val="18"/>
        </w:rPr>
        <w:t>/* FOOTER */</w:t>
      </w:r>
    </w:p>
    <w:p w14:paraId="77FC4243" w14:textId="723DAB84" w:rsidR="6EB75A4F" w:rsidRDefault="6EB75A4F" w:rsidP="790441DE">
      <w:pPr>
        <w:shd w:val="clear" w:color="auto" w:fill="121314"/>
        <w:spacing w:after="0" w:line="270" w:lineRule="auto"/>
      </w:pPr>
      <w:r w:rsidRPr="790441DE">
        <w:rPr>
          <w:rFonts w:ascii="Menlo" w:eastAsia="Menlo" w:hAnsi="Menlo" w:cs="Menlo"/>
          <w:color w:val="D7BA7D"/>
          <w:sz w:val="18"/>
          <w:szCs w:val="18"/>
        </w:rPr>
        <w:t>footer</w:t>
      </w:r>
      <w:r w:rsidRPr="790441DE">
        <w:rPr>
          <w:rFonts w:ascii="Menlo" w:eastAsia="Menlo" w:hAnsi="Menlo" w:cs="Menlo"/>
          <w:color w:val="BBBEBF"/>
          <w:sz w:val="18"/>
          <w:szCs w:val="18"/>
        </w:rPr>
        <w:t xml:space="preserve"> {</w:t>
      </w:r>
    </w:p>
    <w:p w14:paraId="393A6561" w14:textId="7111D45A" w:rsidR="6EB75A4F" w:rsidRDefault="6EB75A4F" w:rsidP="790441DE">
      <w:pPr>
        <w:shd w:val="clear" w:color="auto" w:fill="121314"/>
        <w:spacing w:after="0" w:line="270" w:lineRule="auto"/>
      </w:pPr>
      <w:r w:rsidRPr="790441DE">
        <w:rPr>
          <w:rFonts w:ascii="Menlo" w:eastAsia="Menlo" w:hAnsi="Menlo" w:cs="Menlo"/>
          <w:color w:val="9CDCFE"/>
          <w:sz w:val="18"/>
          <w:szCs w:val="18"/>
        </w:rPr>
        <w:t>background</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#0d1b2a</w:t>
      </w:r>
      <w:r w:rsidRPr="790441DE">
        <w:rPr>
          <w:rFonts w:ascii="Menlo" w:eastAsia="Menlo" w:hAnsi="Menlo" w:cs="Menlo"/>
          <w:color w:val="BBBEBF"/>
          <w:sz w:val="18"/>
          <w:szCs w:val="18"/>
        </w:rPr>
        <w:t>;</w:t>
      </w:r>
    </w:p>
    <w:p w14:paraId="4D6D205A" w14:textId="4FFBB85E" w:rsidR="6EB75A4F" w:rsidRDefault="6EB75A4F" w:rsidP="790441DE">
      <w:pPr>
        <w:shd w:val="clear" w:color="auto" w:fill="121314"/>
        <w:spacing w:after="0" w:line="270" w:lineRule="auto"/>
      </w:pPr>
      <w:r w:rsidRPr="790441DE">
        <w:rPr>
          <w:rFonts w:ascii="Menlo" w:eastAsia="Menlo" w:hAnsi="Menlo" w:cs="Menlo"/>
          <w:color w:val="9CDCFE"/>
          <w:sz w:val="18"/>
          <w:szCs w:val="18"/>
        </w:rPr>
        <w:t>color</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white</w:t>
      </w:r>
      <w:r w:rsidRPr="790441DE">
        <w:rPr>
          <w:rFonts w:ascii="Menlo" w:eastAsia="Menlo" w:hAnsi="Menlo" w:cs="Menlo"/>
          <w:color w:val="BBBEBF"/>
          <w:sz w:val="18"/>
          <w:szCs w:val="18"/>
        </w:rPr>
        <w:t>;</w:t>
      </w:r>
    </w:p>
    <w:p w14:paraId="735AFD11" w14:textId="42F721DF" w:rsidR="6EB75A4F" w:rsidRDefault="6EB75A4F" w:rsidP="790441DE">
      <w:pPr>
        <w:shd w:val="clear" w:color="auto" w:fill="121314"/>
        <w:spacing w:after="0" w:line="270" w:lineRule="auto"/>
      </w:pPr>
      <w:r w:rsidRPr="790441DE">
        <w:rPr>
          <w:rFonts w:ascii="Menlo" w:eastAsia="Menlo" w:hAnsi="Menlo" w:cs="Menlo"/>
          <w:color w:val="9CDCFE"/>
          <w:sz w:val="18"/>
          <w:szCs w:val="18"/>
        </w:rPr>
        <w:t>text-align</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center</w:t>
      </w:r>
      <w:r w:rsidRPr="790441DE">
        <w:rPr>
          <w:rFonts w:ascii="Menlo" w:eastAsia="Menlo" w:hAnsi="Menlo" w:cs="Menlo"/>
          <w:color w:val="BBBEBF"/>
          <w:sz w:val="18"/>
          <w:szCs w:val="18"/>
        </w:rPr>
        <w:t>;</w:t>
      </w:r>
    </w:p>
    <w:p w14:paraId="6ED4267E" w14:textId="7FD4B468" w:rsidR="6EB75A4F" w:rsidRDefault="6EB75A4F" w:rsidP="790441DE">
      <w:pPr>
        <w:shd w:val="clear" w:color="auto" w:fill="121314"/>
        <w:spacing w:after="0" w:line="270" w:lineRule="auto"/>
      </w:pPr>
      <w:r w:rsidRPr="790441DE">
        <w:rPr>
          <w:rFonts w:ascii="Menlo" w:eastAsia="Menlo" w:hAnsi="Menlo" w:cs="Menlo"/>
          <w:color w:val="9CDCFE"/>
          <w:sz w:val="18"/>
          <w:szCs w:val="18"/>
        </w:rPr>
        <w:t>padding</w:t>
      </w:r>
      <w:r w:rsidRPr="790441DE">
        <w:rPr>
          <w:rFonts w:ascii="Menlo" w:eastAsia="Menlo" w:hAnsi="Menlo" w:cs="Menlo"/>
          <w:color w:val="BBBEBF"/>
          <w:sz w:val="18"/>
          <w:szCs w:val="18"/>
        </w:rPr>
        <w:t xml:space="preserve">: </w:t>
      </w:r>
      <w:r w:rsidRPr="790441DE">
        <w:rPr>
          <w:rFonts w:ascii="Menlo" w:eastAsia="Menlo" w:hAnsi="Menlo" w:cs="Menlo"/>
          <w:color w:val="B5CEA8"/>
          <w:sz w:val="18"/>
          <w:szCs w:val="18"/>
        </w:rPr>
        <w:t>20px</w:t>
      </w:r>
      <w:r w:rsidRPr="790441DE">
        <w:rPr>
          <w:rFonts w:ascii="Menlo" w:eastAsia="Menlo" w:hAnsi="Menlo" w:cs="Menlo"/>
          <w:color w:val="BBBEBF"/>
          <w:sz w:val="18"/>
          <w:szCs w:val="18"/>
        </w:rPr>
        <w:t>;</w:t>
      </w:r>
    </w:p>
    <w:p w14:paraId="44553AD7" w14:textId="30B15CDB" w:rsidR="6EB75A4F" w:rsidRDefault="6EB75A4F" w:rsidP="790441DE">
      <w:pPr>
        <w:shd w:val="clear" w:color="auto" w:fill="121314"/>
        <w:spacing w:after="0" w:line="270" w:lineRule="auto"/>
      </w:pPr>
      <w:r w:rsidRPr="790441DE">
        <w:rPr>
          <w:rFonts w:ascii="Menlo" w:eastAsia="Menlo" w:hAnsi="Menlo" w:cs="Menlo"/>
          <w:color w:val="BBBEBF"/>
          <w:sz w:val="18"/>
          <w:szCs w:val="18"/>
        </w:rPr>
        <w:t>}</w:t>
      </w:r>
    </w:p>
    <w:p w14:paraId="20E057E5" w14:textId="19AD572F" w:rsidR="790441DE" w:rsidRDefault="790441DE" w:rsidP="790441DE">
      <w:pPr>
        <w:shd w:val="clear" w:color="auto" w:fill="121314"/>
        <w:spacing w:after="0" w:line="270" w:lineRule="auto"/>
      </w:pPr>
    </w:p>
    <w:p w14:paraId="2436E75E" w14:textId="2C7A5ECC" w:rsidR="6EB75A4F" w:rsidRDefault="6EB75A4F" w:rsidP="790441DE">
      <w:pPr>
        <w:shd w:val="clear" w:color="auto" w:fill="121314"/>
        <w:spacing w:after="0" w:line="270" w:lineRule="auto"/>
      </w:pPr>
      <w:r w:rsidRPr="790441DE">
        <w:rPr>
          <w:rFonts w:ascii="Menlo" w:eastAsia="Menlo" w:hAnsi="Menlo" w:cs="Menlo"/>
          <w:color w:val="8B949E"/>
          <w:sz w:val="18"/>
          <w:szCs w:val="18"/>
        </w:rPr>
        <w:t>/* RESPONSIVE */</w:t>
      </w:r>
    </w:p>
    <w:p w14:paraId="2E8C8993" w14:textId="244D7261" w:rsidR="6EB75A4F" w:rsidRDefault="6EB75A4F" w:rsidP="790441DE">
      <w:pPr>
        <w:shd w:val="clear" w:color="auto" w:fill="121314"/>
        <w:spacing w:after="0" w:line="270" w:lineRule="auto"/>
      </w:pPr>
      <w:r w:rsidRPr="790441DE">
        <w:rPr>
          <w:rFonts w:ascii="Menlo" w:eastAsia="Menlo" w:hAnsi="Menlo" w:cs="Menlo"/>
          <w:color w:val="C586C0"/>
          <w:sz w:val="18"/>
          <w:szCs w:val="18"/>
        </w:rPr>
        <w:t>@media</w:t>
      </w:r>
      <w:r w:rsidRPr="790441DE">
        <w:rPr>
          <w:rFonts w:ascii="Menlo" w:eastAsia="Menlo" w:hAnsi="Menlo" w:cs="Menlo"/>
          <w:color w:val="BBBEBF"/>
          <w:sz w:val="18"/>
          <w:szCs w:val="18"/>
        </w:rPr>
        <w:t xml:space="preserve"> (</w:t>
      </w:r>
      <w:r w:rsidRPr="790441DE">
        <w:rPr>
          <w:rFonts w:ascii="Menlo" w:eastAsia="Menlo" w:hAnsi="Menlo" w:cs="Menlo"/>
          <w:color w:val="9CDCFE"/>
          <w:sz w:val="18"/>
          <w:szCs w:val="18"/>
        </w:rPr>
        <w:t>max-width</w:t>
      </w:r>
      <w:r w:rsidRPr="790441DE">
        <w:rPr>
          <w:rFonts w:ascii="Menlo" w:eastAsia="Menlo" w:hAnsi="Menlo" w:cs="Menlo"/>
          <w:color w:val="BBBEBF"/>
          <w:sz w:val="18"/>
          <w:szCs w:val="18"/>
        </w:rPr>
        <w:t xml:space="preserve">: </w:t>
      </w:r>
      <w:r w:rsidRPr="790441DE">
        <w:rPr>
          <w:rFonts w:ascii="Menlo" w:eastAsia="Menlo" w:hAnsi="Menlo" w:cs="Menlo"/>
          <w:color w:val="B5CEA8"/>
          <w:sz w:val="18"/>
          <w:szCs w:val="18"/>
        </w:rPr>
        <w:t>768px</w:t>
      </w:r>
      <w:r w:rsidRPr="790441DE">
        <w:rPr>
          <w:rFonts w:ascii="Menlo" w:eastAsia="Menlo" w:hAnsi="Menlo" w:cs="Menlo"/>
          <w:color w:val="BBBEBF"/>
          <w:sz w:val="18"/>
          <w:szCs w:val="18"/>
        </w:rPr>
        <w:t>) {</w:t>
      </w:r>
    </w:p>
    <w:p w14:paraId="7868D2E1" w14:textId="000F0599" w:rsidR="6EB75A4F" w:rsidRDefault="6EB75A4F" w:rsidP="790441DE">
      <w:pPr>
        <w:shd w:val="clear" w:color="auto" w:fill="121314"/>
        <w:spacing w:after="0" w:line="270" w:lineRule="auto"/>
      </w:pPr>
      <w:r w:rsidRPr="790441DE">
        <w:rPr>
          <w:rFonts w:ascii="Menlo" w:eastAsia="Menlo" w:hAnsi="Menlo" w:cs="Menlo"/>
          <w:color w:val="D7BA7D"/>
          <w:sz w:val="18"/>
          <w:szCs w:val="18"/>
        </w:rPr>
        <w:t>.cards</w:t>
      </w:r>
      <w:r w:rsidRPr="790441DE">
        <w:rPr>
          <w:rFonts w:ascii="Menlo" w:eastAsia="Menlo" w:hAnsi="Menlo" w:cs="Menlo"/>
          <w:color w:val="BBBEBF"/>
          <w:sz w:val="18"/>
          <w:szCs w:val="18"/>
        </w:rPr>
        <w:t xml:space="preserve"> {</w:t>
      </w:r>
    </w:p>
    <w:p w14:paraId="07B94DD6" w14:textId="4B9BC77E" w:rsidR="6EB75A4F" w:rsidRDefault="6EB75A4F" w:rsidP="790441DE">
      <w:pPr>
        <w:shd w:val="clear" w:color="auto" w:fill="121314"/>
        <w:spacing w:after="0" w:line="270" w:lineRule="auto"/>
      </w:pPr>
      <w:r w:rsidRPr="790441DE">
        <w:rPr>
          <w:rFonts w:ascii="Menlo" w:eastAsia="Menlo" w:hAnsi="Menlo" w:cs="Menlo"/>
          <w:color w:val="9CDCFE"/>
          <w:sz w:val="18"/>
          <w:szCs w:val="18"/>
        </w:rPr>
        <w:t>flex-direction</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column</w:t>
      </w:r>
      <w:r w:rsidRPr="790441DE">
        <w:rPr>
          <w:rFonts w:ascii="Menlo" w:eastAsia="Menlo" w:hAnsi="Menlo" w:cs="Menlo"/>
          <w:color w:val="BBBEBF"/>
          <w:sz w:val="18"/>
          <w:szCs w:val="18"/>
        </w:rPr>
        <w:t>;</w:t>
      </w:r>
    </w:p>
    <w:p w14:paraId="519D38D7" w14:textId="7FE6439C" w:rsidR="6EB75A4F" w:rsidRDefault="6EB75A4F" w:rsidP="790441DE">
      <w:pPr>
        <w:shd w:val="clear" w:color="auto" w:fill="121314"/>
        <w:spacing w:after="0" w:line="270" w:lineRule="auto"/>
      </w:pPr>
      <w:r w:rsidRPr="790441DE">
        <w:rPr>
          <w:rFonts w:ascii="Menlo" w:eastAsia="Menlo" w:hAnsi="Menlo" w:cs="Menlo"/>
          <w:color w:val="9CDCFE"/>
          <w:sz w:val="18"/>
          <w:szCs w:val="18"/>
        </w:rPr>
        <w:t>align-items</w:t>
      </w:r>
      <w:r w:rsidRPr="790441DE">
        <w:rPr>
          <w:rFonts w:ascii="Menlo" w:eastAsia="Menlo" w:hAnsi="Menlo" w:cs="Menlo"/>
          <w:color w:val="BBBEBF"/>
          <w:sz w:val="18"/>
          <w:szCs w:val="18"/>
        </w:rPr>
        <w:t xml:space="preserve">: </w:t>
      </w:r>
      <w:r w:rsidRPr="790441DE">
        <w:rPr>
          <w:rFonts w:ascii="Menlo" w:eastAsia="Menlo" w:hAnsi="Menlo" w:cs="Menlo"/>
          <w:color w:val="CE9178"/>
          <w:sz w:val="18"/>
          <w:szCs w:val="18"/>
        </w:rPr>
        <w:t>center</w:t>
      </w:r>
      <w:r w:rsidRPr="790441DE">
        <w:rPr>
          <w:rFonts w:ascii="Menlo" w:eastAsia="Menlo" w:hAnsi="Menlo" w:cs="Menlo"/>
          <w:color w:val="BBBEBF"/>
          <w:sz w:val="18"/>
          <w:szCs w:val="18"/>
        </w:rPr>
        <w:t>;</w:t>
      </w:r>
    </w:p>
    <w:p w14:paraId="4903362B" w14:textId="0A3741F8" w:rsidR="6EB75A4F" w:rsidRDefault="6EB75A4F" w:rsidP="790441DE">
      <w:pPr>
        <w:shd w:val="clear" w:color="auto" w:fill="121314"/>
        <w:spacing w:after="0" w:line="270" w:lineRule="auto"/>
      </w:pPr>
      <w:r w:rsidRPr="790441DE">
        <w:rPr>
          <w:rFonts w:ascii="Menlo" w:eastAsia="Menlo" w:hAnsi="Menlo" w:cs="Menlo"/>
          <w:color w:val="BBBEBF"/>
          <w:sz w:val="18"/>
          <w:szCs w:val="18"/>
        </w:rPr>
        <w:t>}</w:t>
      </w:r>
    </w:p>
    <w:p w14:paraId="24AA2F0E" w14:textId="34B0F0D8" w:rsidR="6EB75A4F" w:rsidRDefault="6EB75A4F" w:rsidP="790441DE">
      <w:pPr>
        <w:shd w:val="clear" w:color="auto" w:fill="121314"/>
        <w:spacing w:after="0" w:line="270" w:lineRule="auto"/>
      </w:pPr>
      <w:r w:rsidRPr="790441DE">
        <w:rPr>
          <w:rFonts w:ascii="Menlo" w:eastAsia="Menlo" w:hAnsi="Menlo" w:cs="Menlo"/>
          <w:color w:val="BBBEBF"/>
          <w:sz w:val="18"/>
          <w:szCs w:val="18"/>
        </w:rPr>
        <w:t>}</w:t>
      </w:r>
    </w:p>
    <w:p w14:paraId="565914E5" w14:textId="6FECC758" w:rsidR="00961C25" w:rsidRDefault="00961C25"/>
    <w:sectPr w:rsidR="00961C25" w:rsidSect="00034616">
      <w:headerReference w:type="default" r:id="rId11"/>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8C331" w14:textId="77777777" w:rsidR="00EC2FAB" w:rsidRDefault="00EC2FAB" w:rsidP="009B0047">
      <w:pPr>
        <w:spacing w:after="0" w:line="240" w:lineRule="auto"/>
      </w:pPr>
      <w:r>
        <w:separator/>
      </w:r>
    </w:p>
  </w:endnote>
  <w:endnote w:type="continuationSeparator" w:id="0">
    <w:p w14:paraId="62443DBC" w14:textId="77777777" w:rsidR="00EC2FAB" w:rsidRDefault="00EC2FAB" w:rsidP="009B0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Menlo">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880"/>
      <w:gridCol w:w="2880"/>
      <w:gridCol w:w="2880"/>
    </w:tblGrid>
    <w:tr w:rsidR="39F80A6A" w14:paraId="3CDCABB1" w14:textId="77777777" w:rsidTr="39F80A6A">
      <w:trPr>
        <w:trHeight w:val="300"/>
      </w:trPr>
      <w:tc>
        <w:tcPr>
          <w:tcW w:w="2880" w:type="dxa"/>
        </w:tcPr>
        <w:p w14:paraId="03E92D70" w14:textId="72697E5E" w:rsidR="39F80A6A" w:rsidRDefault="39F80A6A" w:rsidP="39F80A6A">
          <w:pPr>
            <w:pStyle w:val="Header"/>
            <w:ind w:left="-115"/>
          </w:pPr>
        </w:p>
      </w:tc>
      <w:tc>
        <w:tcPr>
          <w:tcW w:w="2880" w:type="dxa"/>
        </w:tcPr>
        <w:p w14:paraId="2707CF9D" w14:textId="790381CA" w:rsidR="39F80A6A" w:rsidRDefault="39F80A6A" w:rsidP="39F80A6A">
          <w:pPr>
            <w:pStyle w:val="Header"/>
            <w:jc w:val="center"/>
          </w:pPr>
        </w:p>
      </w:tc>
      <w:tc>
        <w:tcPr>
          <w:tcW w:w="2880" w:type="dxa"/>
        </w:tcPr>
        <w:p w14:paraId="2FBC6FE0" w14:textId="7A5C1BF9" w:rsidR="39F80A6A" w:rsidRDefault="39F80A6A" w:rsidP="39F80A6A">
          <w:pPr>
            <w:pStyle w:val="Header"/>
            <w:ind w:right="-115"/>
            <w:jc w:val="right"/>
          </w:pPr>
        </w:p>
      </w:tc>
    </w:tr>
  </w:tbl>
  <w:p w14:paraId="42323895" w14:textId="3FCAAC10" w:rsidR="009B0047" w:rsidRDefault="009B00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1E2D2" w14:textId="77777777" w:rsidR="00EC2FAB" w:rsidRDefault="00EC2FAB" w:rsidP="009B0047">
      <w:pPr>
        <w:spacing w:after="0" w:line="240" w:lineRule="auto"/>
      </w:pPr>
      <w:r>
        <w:separator/>
      </w:r>
    </w:p>
  </w:footnote>
  <w:footnote w:type="continuationSeparator" w:id="0">
    <w:p w14:paraId="59969B44" w14:textId="77777777" w:rsidR="00EC2FAB" w:rsidRDefault="00EC2FAB" w:rsidP="009B00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880"/>
      <w:gridCol w:w="2880"/>
      <w:gridCol w:w="2880"/>
    </w:tblGrid>
    <w:tr w:rsidR="39F80A6A" w14:paraId="4222B233" w14:textId="77777777" w:rsidTr="39F80A6A">
      <w:trPr>
        <w:trHeight w:val="300"/>
      </w:trPr>
      <w:tc>
        <w:tcPr>
          <w:tcW w:w="2880" w:type="dxa"/>
        </w:tcPr>
        <w:p w14:paraId="103BF54F" w14:textId="503C20FD" w:rsidR="39F80A6A" w:rsidRDefault="39F80A6A" w:rsidP="39F80A6A">
          <w:pPr>
            <w:pStyle w:val="Header"/>
            <w:ind w:left="-115"/>
          </w:pPr>
        </w:p>
      </w:tc>
      <w:tc>
        <w:tcPr>
          <w:tcW w:w="2880" w:type="dxa"/>
        </w:tcPr>
        <w:p w14:paraId="0E0A910B" w14:textId="672CCB7E" w:rsidR="39F80A6A" w:rsidRDefault="39F80A6A" w:rsidP="39F80A6A">
          <w:pPr>
            <w:pStyle w:val="Header"/>
            <w:jc w:val="center"/>
          </w:pPr>
        </w:p>
      </w:tc>
      <w:tc>
        <w:tcPr>
          <w:tcW w:w="2880" w:type="dxa"/>
        </w:tcPr>
        <w:p w14:paraId="138E3614" w14:textId="517EC8E3" w:rsidR="39F80A6A" w:rsidRDefault="39F80A6A" w:rsidP="39F80A6A">
          <w:pPr>
            <w:pStyle w:val="Header"/>
            <w:ind w:right="-115"/>
            <w:jc w:val="right"/>
          </w:pPr>
        </w:p>
      </w:tc>
    </w:tr>
  </w:tbl>
  <w:p w14:paraId="65F8B5A6" w14:textId="61863906" w:rsidR="009B0047" w:rsidRDefault="009B00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52150552">
    <w:abstractNumId w:val="8"/>
  </w:num>
  <w:num w:numId="2" w16cid:durableId="574710447">
    <w:abstractNumId w:val="6"/>
  </w:num>
  <w:num w:numId="3" w16cid:durableId="9795594">
    <w:abstractNumId w:val="5"/>
  </w:num>
  <w:num w:numId="4" w16cid:durableId="1439375006">
    <w:abstractNumId w:val="4"/>
  </w:num>
  <w:num w:numId="5" w16cid:durableId="1259021368">
    <w:abstractNumId w:val="7"/>
  </w:num>
  <w:num w:numId="6" w16cid:durableId="1716007873">
    <w:abstractNumId w:val="3"/>
  </w:num>
  <w:num w:numId="7" w16cid:durableId="1270315282">
    <w:abstractNumId w:val="2"/>
  </w:num>
  <w:num w:numId="8" w16cid:durableId="954796943">
    <w:abstractNumId w:val="1"/>
  </w:num>
  <w:num w:numId="9" w16cid:durableId="738864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6E29"/>
    <w:rsid w:val="00034616"/>
    <w:rsid w:val="0006063C"/>
    <w:rsid w:val="00090D29"/>
    <w:rsid w:val="000B3A10"/>
    <w:rsid w:val="000C0D2D"/>
    <w:rsid w:val="000E0B73"/>
    <w:rsid w:val="001219D2"/>
    <w:rsid w:val="00133A5A"/>
    <w:rsid w:val="0015074B"/>
    <w:rsid w:val="001555DA"/>
    <w:rsid w:val="00167384"/>
    <w:rsid w:val="00182676"/>
    <w:rsid w:val="0018781C"/>
    <w:rsid w:val="001A43B9"/>
    <w:rsid w:val="001C23C2"/>
    <w:rsid w:val="001E65D8"/>
    <w:rsid w:val="001F1FB1"/>
    <w:rsid w:val="00211B1C"/>
    <w:rsid w:val="002120A4"/>
    <w:rsid w:val="00253250"/>
    <w:rsid w:val="00253D7F"/>
    <w:rsid w:val="00282618"/>
    <w:rsid w:val="002844D1"/>
    <w:rsid w:val="0029639D"/>
    <w:rsid w:val="002C2675"/>
    <w:rsid w:val="002C7A57"/>
    <w:rsid w:val="002E02F7"/>
    <w:rsid w:val="002E36A4"/>
    <w:rsid w:val="002F2332"/>
    <w:rsid w:val="002F3011"/>
    <w:rsid w:val="002F5DE6"/>
    <w:rsid w:val="00301B8A"/>
    <w:rsid w:val="003171E1"/>
    <w:rsid w:val="00326F90"/>
    <w:rsid w:val="00334839"/>
    <w:rsid w:val="003558C0"/>
    <w:rsid w:val="0037643C"/>
    <w:rsid w:val="00391999"/>
    <w:rsid w:val="00395AB6"/>
    <w:rsid w:val="003F40A9"/>
    <w:rsid w:val="00400FCC"/>
    <w:rsid w:val="00411770"/>
    <w:rsid w:val="004226BC"/>
    <w:rsid w:val="004478D5"/>
    <w:rsid w:val="0045370C"/>
    <w:rsid w:val="004924B9"/>
    <w:rsid w:val="004A1457"/>
    <w:rsid w:val="004B45FF"/>
    <w:rsid w:val="004C6A3F"/>
    <w:rsid w:val="004E08F6"/>
    <w:rsid w:val="004E78F2"/>
    <w:rsid w:val="004F295B"/>
    <w:rsid w:val="00502C31"/>
    <w:rsid w:val="00523BD2"/>
    <w:rsid w:val="00531423"/>
    <w:rsid w:val="00542833"/>
    <w:rsid w:val="00544BD9"/>
    <w:rsid w:val="00547219"/>
    <w:rsid w:val="00551644"/>
    <w:rsid w:val="005A0E97"/>
    <w:rsid w:val="005A7936"/>
    <w:rsid w:val="005B179A"/>
    <w:rsid w:val="005E2DF2"/>
    <w:rsid w:val="00600D3E"/>
    <w:rsid w:val="006152D7"/>
    <w:rsid w:val="006335B1"/>
    <w:rsid w:val="00654E87"/>
    <w:rsid w:val="0067165A"/>
    <w:rsid w:val="00674D82"/>
    <w:rsid w:val="00675DF0"/>
    <w:rsid w:val="006777C3"/>
    <w:rsid w:val="0068414A"/>
    <w:rsid w:val="0069266B"/>
    <w:rsid w:val="00695BCB"/>
    <w:rsid w:val="0069628B"/>
    <w:rsid w:val="0069645B"/>
    <w:rsid w:val="006B0F7E"/>
    <w:rsid w:val="006C611D"/>
    <w:rsid w:val="006E565A"/>
    <w:rsid w:val="006F5E9C"/>
    <w:rsid w:val="00711920"/>
    <w:rsid w:val="0072466C"/>
    <w:rsid w:val="00724F3E"/>
    <w:rsid w:val="00734F68"/>
    <w:rsid w:val="0079190D"/>
    <w:rsid w:val="008133FB"/>
    <w:rsid w:val="00832101"/>
    <w:rsid w:val="00841403"/>
    <w:rsid w:val="0084179C"/>
    <w:rsid w:val="00850E9E"/>
    <w:rsid w:val="00853A08"/>
    <w:rsid w:val="00883853"/>
    <w:rsid w:val="00885D70"/>
    <w:rsid w:val="00896B55"/>
    <w:rsid w:val="008E164B"/>
    <w:rsid w:val="008F056F"/>
    <w:rsid w:val="008F0DEB"/>
    <w:rsid w:val="00915353"/>
    <w:rsid w:val="00931F27"/>
    <w:rsid w:val="00934B07"/>
    <w:rsid w:val="00961C25"/>
    <w:rsid w:val="00976B35"/>
    <w:rsid w:val="00984E40"/>
    <w:rsid w:val="009B0047"/>
    <w:rsid w:val="009B308E"/>
    <w:rsid w:val="009C0E47"/>
    <w:rsid w:val="009C4095"/>
    <w:rsid w:val="00A154C3"/>
    <w:rsid w:val="00A33FE0"/>
    <w:rsid w:val="00A67CDD"/>
    <w:rsid w:val="00A90E13"/>
    <w:rsid w:val="00AA1D8D"/>
    <w:rsid w:val="00AB2BBE"/>
    <w:rsid w:val="00AE39CD"/>
    <w:rsid w:val="00AF49CF"/>
    <w:rsid w:val="00B054B9"/>
    <w:rsid w:val="00B0621E"/>
    <w:rsid w:val="00B27DA8"/>
    <w:rsid w:val="00B31143"/>
    <w:rsid w:val="00B34EF6"/>
    <w:rsid w:val="00B47730"/>
    <w:rsid w:val="00B75EED"/>
    <w:rsid w:val="00BA11CB"/>
    <w:rsid w:val="00BD1782"/>
    <w:rsid w:val="00BE168D"/>
    <w:rsid w:val="00BE4A6A"/>
    <w:rsid w:val="00BE6234"/>
    <w:rsid w:val="00C027CD"/>
    <w:rsid w:val="00C16FB4"/>
    <w:rsid w:val="00C27EE7"/>
    <w:rsid w:val="00C30484"/>
    <w:rsid w:val="00C4444E"/>
    <w:rsid w:val="00C50EF7"/>
    <w:rsid w:val="00C544E2"/>
    <w:rsid w:val="00C8699E"/>
    <w:rsid w:val="00C92016"/>
    <w:rsid w:val="00CA487F"/>
    <w:rsid w:val="00CB0664"/>
    <w:rsid w:val="00CC143E"/>
    <w:rsid w:val="00CC3CAA"/>
    <w:rsid w:val="00CF1267"/>
    <w:rsid w:val="00CF7CAF"/>
    <w:rsid w:val="00D03CE4"/>
    <w:rsid w:val="00D27637"/>
    <w:rsid w:val="00D67364"/>
    <w:rsid w:val="00D70F10"/>
    <w:rsid w:val="00D81725"/>
    <w:rsid w:val="00D825C5"/>
    <w:rsid w:val="00D83A05"/>
    <w:rsid w:val="00D845CA"/>
    <w:rsid w:val="00D920BF"/>
    <w:rsid w:val="00DE015A"/>
    <w:rsid w:val="00E04F5E"/>
    <w:rsid w:val="00E32BF8"/>
    <w:rsid w:val="00E65647"/>
    <w:rsid w:val="00E72A8E"/>
    <w:rsid w:val="00E72E81"/>
    <w:rsid w:val="00EA671E"/>
    <w:rsid w:val="00EC2FAB"/>
    <w:rsid w:val="00EC3331"/>
    <w:rsid w:val="00EC7FCE"/>
    <w:rsid w:val="00EE4D6C"/>
    <w:rsid w:val="00EF533E"/>
    <w:rsid w:val="00EF6009"/>
    <w:rsid w:val="00F16319"/>
    <w:rsid w:val="00F52626"/>
    <w:rsid w:val="00F97C15"/>
    <w:rsid w:val="00FB4CED"/>
    <w:rsid w:val="00FC693F"/>
    <w:rsid w:val="00FD5F36"/>
    <w:rsid w:val="0295F35E"/>
    <w:rsid w:val="03325C1D"/>
    <w:rsid w:val="04BEBAA3"/>
    <w:rsid w:val="054FBFA9"/>
    <w:rsid w:val="088AB5E4"/>
    <w:rsid w:val="09BAE75D"/>
    <w:rsid w:val="0A35C6BF"/>
    <w:rsid w:val="0A57E5BD"/>
    <w:rsid w:val="0AA75334"/>
    <w:rsid w:val="0BA1B5A3"/>
    <w:rsid w:val="0C147CDA"/>
    <w:rsid w:val="0CB02BD1"/>
    <w:rsid w:val="0D13458C"/>
    <w:rsid w:val="1151CCB7"/>
    <w:rsid w:val="11ACCF4B"/>
    <w:rsid w:val="11B9A7FD"/>
    <w:rsid w:val="1207C648"/>
    <w:rsid w:val="1394F37A"/>
    <w:rsid w:val="14972F09"/>
    <w:rsid w:val="152CFDBF"/>
    <w:rsid w:val="157686BC"/>
    <w:rsid w:val="15F49F1F"/>
    <w:rsid w:val="1654BD25"/>
    <w:rsid w:val="175E4D52"/>
    <w:rsid w:val="18D6CF89"/>
    <w:rsid w:val="1AA3D36F"/>
    <w:rsid w:val="1C90A70E"/>
    <w:rsid w:val="1CAD7E6A"/>
    <w:rsid w:val="1DE3783A"/>
    <w:rsid w:val="1E5AA13A"/>
    <w:rsid w:val="1F2DC41A"/>
    <w:rsid w:val="1F74151C"/>
    <w:rsid w:val="1FFF6E9F"/>
    <w:rsid w:val="20D69F87"/>
    <w:rsid w:val="20E085F7"/>
    <w:rsid w:val="21DD209B"/>
    <w:rsid w:val="22A3AF80"/>
    <w:rsid w:val="23B57FC3"/>
    <w:rsid w:val="2442B18D"/>
    <w:rsid w:val="252C9732"/>
    <w:rsid w:val="269B66D0"/>
    <w:rsid w:val="27221E97"/>
    <w:rsid w:val="27AB090D"/>
    <w:rsid w:val="286EFA40"/>
    <w:rsid w:val="2892D62F"/>
    <w:rsid w:val="2B1C2185"/>
    <w:rsid w:val="2B2C6E61"/>
    <w:rsid w:val="2B3BDFC6"/>
    <w:rsid w:val="2D7F9E90"/>
    <w:rsid w:val="2EFF6264"/>
    <w:rsid w:val="313CB438"/>
    <w:rsid w:val="31769413"/>
    <w:rsid w:val="31B1E776"/>
    <w:rsid w:val="329E0D4C"/>
    <w:rsid w:val="3309025B"/>
    <w:rsid w:val="333C917C"/>
    <w:rsid w:val="353200E0"/>
    <w:rsid w:val="3778AEFF"/>
    <w:rsid w:val="37BB1832"/>
    <w:rsid w:val="38523FFF"/>
    <w:rsid w:val="39F80A6A"/>
    <w:rsid w:val="3BF0AF75"/>
    <w:rsid w:val="3DB3A51A"/>
    <w:rsid w:val="3E977629"/>
    <w:rsid w:val="3EB70948"/>
    <w:rsid w:val="3F71E808"/>
    <w:rsid w:val="3FB9A5B4"/>
    <w:rsid w:val="3FCA4732"/>
    <w:rsid w:val="3FD4BBBE"/>
    <w:rsid w:val="3FE1D667"/>
    <w:rsid w:val="405EAA7A"/>
    <w:rsid w:val="411C7BCC"/>
    <w:rsid w:val="417E3AD6"/>
    <w:rsid w:val="429A4DBB"/>
    <w:rsid w:val="42C31F3C"/>
    <w:rsid w:val="42F1EDF7"/>
    <w:rsid w:val="4312A6D6"/>
    <w:rsid w:val="479C1015"/>
    <w:rsid w:val="49E72F73"/>
    <w:rsid w:val="4B85E34A"/>
    <w:rsid w:val="4D66D40D"/>
    <w:rsid w:val="4EA783AF"/>
    <w:rsid w:val="508B7EE6"/>
    <w:rsid w:val="50EAFA9F"/>
    <w:rsid w:val="523D79E3"/>
    <w:rsid w:val="53164C6F"/>
    <w:rsid w:val="5393FA11"/>
    <w:rsid w:val="539AC6E2"/>
    <w:rsid w:val="53D6B1D3"/>
    <w:rsid w:val="53E441D4"/>
    <w:rsid w:val="545B1EA3"/>
    <w:rsid w:val="54875867"/>
    <w:rsid w:val="54CA8951"/>
    <w:rsid w:val="560CC2E1"/>
    <w:rsid w:val="561B6AF7"/>
    <w:rsid w:val="56664171"/>
    <w:rsid w:val="56C94EB6"/>
    <w:rsid w:val="57E900C4"/>
    <w:rsid w:val="591CF23B"/>
    <w:rsid w:val="5945483F"/>
    <w:rsid w:val="594697AB"/>
    <w:rsid w:val="5A403EDB"/>
    <w:rsid w:val="5A8DFC97"/>
    <w:rsid w:val="5B235727"/>
    <w:rsid w:val="5BF830D1"/>
    <w:rsid w:val="5CBC1AC6"/>
    <w:rsid w:val="5D4A3EE7"/>
    <w:rsid w:val="5D5E46CF"/>
    <w:rsid w:val="5D85A22E"/>
    <w:rsid w:val="5D87C840"/>
    <w:rsid w:val="5DE4E08C"/>
    <w:rsid w:val="5E87CC73"/>
    <w:rsid w:val="5F5B4757"/>
    <w:rsid w:val="6070E4E0"/>
    <w:rsid w:val="6076F999"/>
    <w:rsid w:val="609ED98B"/>
    <w:rsid w:val="61030648"/>
    <w:rsid w:val="6132C579"/>
    <w:rsid w:val="61F49CC6"/>
    <w:rsid w:val="622398C8"/>
    <w:rsid w:val="62255D58"/>
    <w:rsid w:val="623A135F"/>
    <w:rsid w:val="628D20C2"/>
    <w:rsid w:val="6337A3ED"/>
    <w:rsid w:val="64B30A30"/>
    <w:rsid w:val="64EDD562"/>
    <w:rsid w:val="65ABB931"/>
    <w:rsid w:val="66029367"/>
    <w:rsid w:val="6669C694"/>
    <w:rsid w:val="666DC116"/>
    <w:rsid w:val="67521D2E"/>
    <w:rsid w:val="675E4EE1"/>
    <w:rsid w:val="6784FAB1"/>
    <w:rsid w:val="67C9E550"/>
    <w:rsid w:val="68115582"/>
    <w:rsid w:val="68C75BDC"/>
    <w:rsid w:val="6A0F9896"/>
    <w:rsid w:val="6AB720DE"/>
    <w:rsid w:val="6DD34044"/>
    <w:rsid w:val="6E4D6048"/>
    <w:rsid w:val="6E9023FD"/>
    <w:rsid w:val="6EB75A4F"/>
    <w:rsid w:val="6ECA9E1C"/>
    <w:rsid w:val="710EE20D"/>
    <w:rsid w:val="71B3F30A"/>
    <w:rsid w:val="71D5002A"/>
    <w:rsid w:val="71F6E79E"/>
    <w:rsid w:val="72FD8C5D"/>
    <w:rsid w:val="7310CC05"/>
    <w:rsid w:val="737DD28F"/>
    <w:rsid w:val="738A051E"/>
    <w:rsid w:val="73D7C055"/>
    <w:rsid w:val="73DCE682"/>
    <w:rsid w:val="74AF4A1E"/>
    <w:rsid w:val="7527D6B6"/>
    <w:rsid w:val="766B4505"/>
    <w:rsid w:val="769240E1"/>
    <w:rsid w:val="76EB9F46"/>
    <w:rsid w:val="7720F133"/>
    <w:rsid w:val="77B2390B"/>
    <w:rsid w:val="77FDF5D4"/>
    <w:rsid w:val="786ED9B3"/>
    <w:rsid w:val="790441DE"/>
    <w:rsid w:val="7AB69ABD"/>
    <w:rsid w:val="7B2D46FD"/>
    <w:rsid w:val="7DD67C31"/>
    <w:rsid w:val="7ED07FFD"/>
    <w:rsid w:val="7F7B5A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AFE0F9"/>
  <w14:defaultImageDpi w14:val="300"/>
  <w15:docId w15:val="{59CF24A7-76A4-4C4A-8A62-11CF41F95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4C6A3F"/>
    <w:rPr>
      <w:color w:val="0000FF"/>
      <w:u w:val="single"/>
    </w:rPr>
  </w:style>
  <w:style w:type="paragraph" w:styleId="TOC1">
    <w:name w:val="toc 1"/>
    <w:basedOn w:val="Normal"/>
    <w:next w:val="Normal"/>
    <w:uiPriority w:val="39"/>
    <w:unhideWhenUsed/>
    <w:rsid w:val="004C6A3F"/>
    <w:pPr>
      <w:spacing w:after="100"/>
    </w:pPr>
  </w:style>
  <w:style w:type="paragraph" w:styleId="Bibliography">
    <w:name w:val="Bibliography"/>
    <w:basedOn w:val="Normal"/>
    <w:next w:val="Normal"/>
    <w:uiPriority w:val="37"/>
    <w:unhideWhenUsed/>
    <w:rsid w:val="00A67CDD"/>
  </w:style>
  <w:style w:type="character" w:styleId="EndnoteReference">
    <w:name w:val="endnote reference"/>
    <w:basedOn w:val="DefaultParagraphFont"/>
    <w:uiPriority w:val="99"/>
    <w:semiHidden/>
    <w:unhideWhenUsed/>
    <w:rsid w:val="002E36A4"/>
    <w:rPr>
      <w:vertAlign w:val="superscript"/>
    </w:rPr>
  </w:style>
  <w:style w:type="paragraph" w:styleId="FootnoteText">
    <w:name w:val="footnote text"/>
    <w:basedOn w:val="Normal"/>
    <w:link w:val="FootnoteTextChar"/>
    <w:uiPriority w:val="99"/>
    <w:semiHidden/>
    <w:unhideWhenUsed/>
    <w:rsid w:val="00B75EE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5EED"/>
    <w:rPr>
      <w:sz w:val="20"/>
      <w:szCs w:val="20"/>
    </w:rPr>
  </w:style>
  <w:style w:type="character" w:styleId="FootnoteReference">
    <w:name w:val="footnote reference"/>
    <w:basedOn w:val="DefaultParagraphFont"/>
    <w:uiPriority w:val="99"/>
    <w:semiHidden/>
    <w:unhideWhenUsed/>
    <w:rsid w:val="00B75E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691817">
      <w:bodyDiv w:val="1"/>
      <w:marLeft w:val="0"/>
      <w:marRight w:val="0"/>
      <w:marTop w:val="0"/>
      <w:marBottom w:val="0"/>
      <w:divBdr>
        <w:top w:val="none" w:sz="0" w:space="0" w:color="auto"/>
        <w:left w:val="none" w:sz="0" w:space="0" w:color="auto"/>
        <w:bottom w:val="none" w:sz="0" w:space="0" w:color="auto"/>
        <w:right w:val="none" w:sz="0" w:space="0" w:color="auto"/>
      </w:divBdr>
    </w:div>
    <w:div w:id="265700707">
      <w:bodyDiv w:val="1"/>
      <w:marLeft w:val="0"/>
      <w:marRight w:val="0"/>
      <w:marTop w:val="0"/>
      <w:marBottom w:val="0"/>
      <w:divBdr>
        <w:top w:val="none" w:sz="0" w:space="0" w:color="auto"/>
        <w:left w:val="none" w:sz="0" w:space="0" w:color="auto"/>
        <w:bottom w:val="none" w:sz="0" w:space="0" w:color="auto"/>
        <w:right w:val="none" w:sz="0" w:space="0" w:color="auto"/>
      </w:divBdr>
    </w:div>
    <w:div w:id="390083088">
      <w:bodyDiv w:val="1"/>
      <w:marLeft w:val="0"/>
      <w:marRight w:val="0"/>
      <w:marTop w:val="0"/>
      <w:marBottom w:val="0"/>
      <w:divBdr>
        <w:top w:val="none" w:sz="0" w:space="0" w:color="auto"/>
        <w:left w:val="none" w:sz="0" w:space="0" w:color="auto"/>
        <w:bottom w:val="none" w:sz="0" w:space="0" w:color="auto"/>
        <w:right w:val="none" w:sz="0" w:space="0" w:color="auto"/>
      </w:divBdr>
    </w:div>
    <w:div w:id="1037238531">
      <w:bodyDiv w:val="1"/>
      <w:marLeft w:val="0"/>
      <w:marRight w:val="0"/>
      <w:marTop w:val="0"/>
      <w:marBottom w:val="0"/>
      <w:divBdr>
        <w:top w:val="none" w:sz="0" w:space="0" w:color="auto"/>
        <w:left w:val="none" w:sz="0" w:space="0" w:color="auto"/>
        <w:bottom w:val="none" w:sz="0" w:space="0" w:color="auto"/>
        <w:right w:val="none" w:sz="0" w:space="0" w:color="auto"/>
      </w:divBdr>
    </w:div>
    <w:div w:id="1310600286">
      <w:bodyDiv w:val="1"/>
      <w:marLeft w:val="0"/>
      <w:marRight w:val="0"/>
      <w:marTop w:val="0"/>
      <w:marBottom w:val="0"/>
      <w:divBdr>
        <w:top w:val="none" w:sz="0" w:space="0" w:color="auto"/>
        <w:left w:val="none" w:sz="0" w:space="0" w:color="auto"/>
        <w:bottom w:val="none" w:sz="0" w:space="0" w:color="auto"/>
        <w:right w:val="none" w:sz="0" w:space="0" w:color="auto"/>
      </w:divBdr>
    </w:div>
    <w:div w:id="1715815536">
      <w:bodyDiv w:val="1"/>
      <w:marLeft w:val="0"/>
      <w:marRight w:val="0"/>
      <w:marTop w:val="0"/>
      <w:marBottom w:val="0"/>
      <w:divBdr>
        <w:top w:val="none" w:sz="0" w:space="0" w:color="auto"/>
        <w:left w:val="none" w:sz="0" w:space="0" w:color="auto"/>
        <w:bottom w:val="none" w:sz="0" w:space="0" w:color="auto"/>
        <w:right w:val="none" w:sz="0" w:space="0" w:color="auto"/>
      </w:divBdr>
    </w:div>
    <w:div w:id="1919360034">
      <w:bodyDiv w:val="1"/>
      <w:marLeft w:val="0"/>
      <w:marRight w:val="0"/>
      <w:marTop w:val="0"/>
      <w:marBottom w:val="0"/>
      <w:divBdr>
        <w:top w:val="none" w:sz="0" w:space="0" w:color="auto"/>
        <w:left w:val="none" w:sz="0" w:space="0" w:color="auto"/>
        <w:bottom w:val="none" w:sz="0" w:space="0" w:color="auto"/>
        <w:right w:val="none" w:sz="0" w:space="0" w:color="auto"/>
      </w:divBdr>
    </w:div>
    <w:div w:id="202343768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DBe12</b:Tag>
    <b:SourceType>JournalArticle</b:SourceType>
    <b:Guid>{5AACB94C-182C-E74F-9A29-0C23CFBFDB16}</b:Guid>
    <b:Author>
      <b:Author>
        <b:NameList>
          <b:Person>
            <b:Last>D. Belanche</b:Last>
            <b:First>L.</b:First>
            <b:Middle>V. Casaló, and M. Guinalíu</b:Middle>
          </b:Person>
        </b:NameList>
      </b:Author>
    </b:Author>
    <b:Title>Website usability, consumer satisfaction and the intention to use a website: The moderating effect of perceived risk</b:Title>
    <b:Year>2012</b:Year>
    <b:JournalName>Journal of Retailing and Consumer Services</b:JournalName>
    <b:Volume>19</b:Volume>
    <b:Issue>1</b:Issue>
    <b:Pages>124-132</b:Pages>
    <b:RefOrder>1</b:RefOrder>
  </b:Source>
  <b:Source>
    <b:Tag>MVi13</b:Tag>
    <b:SourceType>ConferenceProceedings</b:SourceType>
    <b:Guid>{C613E1C8-F832-B64E-9F17-8B8BCDE5B1E8}</b:Guid>
    <b:Title>Benchmarking automated web accessibility evaluation tools</b:Title>
    <b:Year>2013</b:Year>
    <b:Author>
      <b:Author>
        <b:NameList>
          <b:Person>
            <b:Last>M. Vigo</b:Last>
            <b:First>J.</b:First>
            <b:Middle>Brown, and V. Conway</b:Middle>
          </b:Person>
        </b:NameList>
      </b:Author>
    </b:Author>
    <b:ConferenceName>Proceedings of the 10th International Cross-Disciplinary Conference on Web Accessibility</b:ConferenceName>
    <b:RefOrder>2</b:RefOrder>
  </b:Source>
  <b:Source>
    <b:Tag>NZi19</b:Tag>
    <b:SourceType>JournalArticle</b:SourceType>
    <b:Guid>{AACF7BE5-C996-2147-9EB1-82879CBBEAE6}</b:Guid>
    <b:Title>Important factors for improving Google search rankings</b:Title>
    <b:Year>2019</b:Year>
    <b:Author>
      <b:Author>
        <b:NameList>
          <b:Person>
            <b:Last>N. Ziakis</b:Last>
            <b:First>M.</b:First>
            <b:Middle>Vlachopoulou, and T. Kyritsi</b:Middle>
          </b:Person>
        </b:NameList>
      </b:Author>
    </b:Author>
    <b:JournalName>Journal of Digital &amp; Social Media Marketing</b:JournalName>
    <b:Volume>7</b:Volume>
    <b:Issue>2</b:Issue>
    <b:Pages>155-165</b:Pages>
    <b:RefOrder>3</b:RefOrder>
  </b:Source>
</b:Sources>
</file>

<file path=customXml/itemProps1.xml><?xml version="1.0" encoding="utf-8"?>
<ds:datastoreItem xmlns:ds="http://schemas.openxmlformats.org/officeDocument/2006/customXml" ds:itemID="{B81F7BCA-CC0E-684E-901A-86E20AA2F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TotalTime>
  <Pages>1</Pages>
  <Words>1907</Words>
  <Characters>10871</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12753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Daud Jama (2442748)</cp:lastModifiedBy>
  <cp:revision>74</cp:revision>
  <dcterms:created xsi:type="dcterms:W3CDTF">2026-04-23T21:08:00Z</dcterms:created>
  <dcterms:modified xsi:type="dcterms:W3CDTF">2026-04-23T19:50:00Z</dcterms:modified>
  <cp:category/>
</cp:coreProperties>
</file>