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815BA" w14:textId="77777777" w:rsidR="007359AE" w:rsidRDefault="00000000">
      <w:pPr>
        <w:pStyle w:val="Heading1"/>
      </w:pPr>
      <w:r>
        <w:t>Assignment Task 2 – Virtualisation &amp; Networking (Screenshot Guide)</w:t>
      </w:r>
    </w:p>
    <w:p w14:paraId="5366376B" w14:textId="77777777" w:rsidR="007359AE" w:rsidRDefault="00000000">
      <w:pPr>
        <w:pStyle w:val="Heading2"/>
      </w:pPr>
      <w:r>
        <w:t>2.2.1 Evidence of Download and Installation</w:t>
      </w:r>
    </w:p>
    <w:p w14:paraId="0E6693F9" w14:textId="38345C77" w:rsidR="001D49CA" w:rsidRDefault="00000000">
      <w:r>
        <w:t xml:space="preserve">- Creation of Virtual Machine Windows 1 </w:t>
      </w:r>
    </w:p>
    <w:p w14:paraId="38D4E360" w14:textId="4BCC03EB" w:rsidR="007359AE" w:rsidRDefault="00000000">
      <w:r>
        <w:t xml:space="preserve">- Creation of Virtual Machine Debian 1 </w:t>
      </w:r>
    </w:p>
    <w:p w14:paraId="5A23B8F5" w14:textId="67419053" w:rsidR="007359AE" w:rsidRDefault="00000000">
      <w:r>
        <w:t>- Installation of Windows OS – Screenshot of Desktop</w:t>
      </w:r>
      <w:r w:rsidR="001D49CA">
        <w:t>.</w:t>
      </w:r>
    </w:p>
    <w:p w14:paraId="51DEEA27" w14:textId="77777777" w:rsidR="00AF39CD" w:rsidRDefault="00AF39CD">
      <w:pPr>
        <w:rPr>
          <w:noProof/>
        </w:rPr>
      </w:pPr>
      <w:r>
        <w:rPr>
          <w:noProof/>
        </w:rPr>
        <w:drawing>
          <wp:inline distT="0" distB="0" distL="0" distR="0" wp14:anchorId="0BC00BC7" wp14:editId="1DE1B47A">
            <wp:extent cx="5486400" cy="3263900"/>
            <wp:effectExtent l="0" t="0" r="0" b="0"/>
            <wp:docPr id="1368398082" name="Picture 2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398082" name="Picture 2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AA74A" w14:textId="77777777" w:rsidR="00AF39CD" w:rsidRDefault="00AF39CD"/>
    <w:p w14:paraId="5683E770" w14:textId="20F1EF00" w:rsidR="00AF39CD" w:rsidRDefault="00AF39CD">
      <w:r>
        <w:rPr>
          <w:noProof/>
        </w:rPr>
        <w:lastRenderedPageBreak/>
        <w:drawing>
          <wp:inline distT="0" distB="0" distL="0" distR="0" wp14:anchorId="61907F72" wp14:editId="3C6B8642">
            <wp:extent cx="5486400" cy="2949575"/>
            <wp:effectExtent l="0" t="0" r="0" b="3175"/>
            <wp:docPr id="1213924158" name="Picture 2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924158" name="Picture 2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4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87060" w14:textId="7AA80808" w:rsidR="001D49CA" w:rsidRDefault="001D49CA">
      <w:r>
        <w:rPr>
          <w:noProof/>
        </w:rPr>
        <w:lastRenderedPageBreak/>
        <w:drawing>
          <wp:inline distT="0" distB="0" distL="0" distR="0" wp14:anchorId="727DE6D2" wp14:editId="28BADB2A">
            <wp:extent cx="5486400" cy="5698490"/>
            <wp:effectExtent l="0" t="0" r="0" b="6350"/>
            <wp:docPr id="882471918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471918" name="Picture 5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69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0CF7A7" wp14:editId="5E6B354D">
            <wp:extent cx="5486400" cy="4534535"/>
            <wp:effectExtent l="0" t="0" r="0" b="0"/>
            <wp:docPr id="789505290" name="Picture 4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505290" name="Picture 4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3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85BB21" wp14:editId="51E8A5EF">
            <wp:extent cx="5486400" cy="2839720"/>
            <wp:effectExtent l="0" t="0" r="0" b="0"/>
            <wp:docPr id="1402274644" name="Picture 3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274644" name="Picture 3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68A553" wp14:editId="6532AF4B">
            <wp:extent cx="5486400" cy="4853940"/>
            <wp:effectExtent l="0" t="0" r="0" b="3810"/>
            <wp:docPr id="1149198605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198605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9B2DCF" wp14:editId="647BB88B">
            <wp:extent cx="5486400" cy="3324860"/>
            <wp:effectExtent l="0" t="0" r="0" b="8890"/>
            <wp:docPr id="129196557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965574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2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B7C1A" w14:textId="1D853405" w:rsidR="007359AE" w:rsidRDefault="00000000">
      <w:r>
        <w:lastRenderedPageBreak/>
        <w:t>-</w:t>
      </w:r>
    </w:p>
    <w:p w14:paraId="4754B6E7" w14:textId="77777777" w:rsidR="007359AE" w:rsidRDefault="00000000">
      <w:pPr>
        <w:pStyle w:val="Heading2"/>
      </w:pPr>
      <w:r>
        <w:t>2.2.2 Deploy Network as per the Given Topology</w:t>
      </w:r>
    </w:p>
    <w:p w14:paraId="17F9A45F" w14:textId="76C5C3B1" w:rsidR="007359AE" w:rsidRDefault="00000000">
      <w:r>
        <w:t xml:space="preserve">- Creation of NAT Network 1 for Windows </w:t>
      </w:r>
    </w:p>
    <w:p w14:paraId="71BC04DF" w14:textId="5A60166A" w:rsidR="007359AE" w:rsidRDefault="00000000">
      <w:r>
        <w:t xml:space="preserve">- Evidence Windows PC 1 Connected to NAT Network 1 </w:t>
      </w:r>
    </w:p>
    <w:p w14:paraId="46C807B9" w14:textId="01A9F0D2" w:rsidR="001D49CA" w:rsidRDefault="001D49CA">
      <w:r>
        <w:rPr>
          <w:noProof/>
        </w:rPr>
        <w:drawing>
          <wp:inline distT="0" distB="0" distL="0" distR="0" wp14:anchorId="5CC283F9" wp14:editId="2750F15A">
            <wp:extent cx="4705350" cy="3784600"/>
            <wp:effectExtent l="0" t="0" r="0" b="6350"/>
            <wp:docPr id="1614488040" name="Picture 1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488040" name="Picture 1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4DC81E" wp14:editId="6747D838">
            <wp:extent cx="5048250" cy="2489200"/>
            <wp:effectExtent l="0" t="0" r="0" b="6350"/>
            <wp:docPr id="866863297" name="Picture 18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863297" name="Picture 18" descr="A computer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02E684" wp14:editId="6F8846A2">
            <wp:extent cx="5486400" cy="4590415"/>
            <wp:effectExtent l="0" t="0" r="0" b="635"/>
            <wp:docPr id="1204981351" name="Picture 17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981351" name="Picture 17" descr="A computer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521199" wp14:editId="5A0AA458">
            <wp:extent cx="5486400" cy="2272665"/>
            <wp:effectExtent l="0" t="0" r="0" b="0"/>
            <wp:docPr id="1793154284" name="Picture 16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154284" name="Picture 16" descr="A computer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79E48A" wp14:editId="654FB422">
            <wp:extent cx="5486400" cy="5119370"/>
            <wp:effectExtent l="0" t="0" r="0" b="5080"/>
            <wp:docPr id="132578206" name="Picture 1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78206" name="Picture 15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11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414053" wp14:editId="3DBE7955">
            <wp:extent cx="5486400" cy="4265295"/>
            <wp:effectExtent l="0" t="0" r="0" b="1905"/>
            <wp:docPr id="1944975464" name="Picture 1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975464" name="Picture 1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6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4D80D9" wp14:editId="4F418AD1">
            <wp:extent cx="5486400" cy="3735705"/>
            <wp:effectExtent l="0" t="0" r="0" b="0"/>
            <wp:docPr id="1404468369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468369" name="Picture 1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3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54F6BA" wp14:editId="20776512">
            <wp:extent cx="5486400" cy="5100320"/>
            <wp:effectExtent l="0" t="0" r="0" b="5080"/>
            <wp:docPr id="1884017510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017510" name="Picture 1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10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89F4A5" wp14:editId="1F6D21A8">
            <wp:extent cx="5486400" cy="4401185"/>
            <wp:effectExtent l="0" t="0" r="0" b="0"/>
            <wp:docPr id="1816593503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593503" name="Picture 1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40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7B24D4" wp14:editId="38B0F3C3">
            <wp:extent cx="5486400" cy="3041650"/>
            <wp:effectExtent l="0" t="0" r="0" b="6350"/>
            <wp:docPr id="41574442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74442" name="Picture 10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409D0C" wp14:editId="77844F7C">
            <wp:extent cx="5486400" cy="3946525"/>
            <wp:effectExtent l="0" t="0" r="0" b="0"/>
            <wp:docPr id="2086304016" name="Picture 9" descr="A computer screen shot of a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304016" name="Picture 9" descr="A computer screen shot of a networ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D5D2DD" wp14:editId="29EA4B79">
            <wp:extent cx="5486400" cy="4387850"/>
            <wp:effectExtent l="0" t="0" r="0" b="0"/>
            <wp:docPr id="1028546110" name="Picture 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546110" name="Picture 8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074BA3" wp14:editId="1C5E2B83">
            <wp:extent cx="5486400" cy="3093085"/>
            <wp:effectExtent l="0" t="0" r="0" b="0"/>
            <wp:docPr id="1078780302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780302" name="Picture 7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EDA6DF" wp14:editId="63B81029">
            <wp:extent cx="5486400" cy="4387850"/>
            <wp:effectExtent l="0" t="0" r="0" b="0"/>
            <wp:docPr id="1857038908" name="Picture 6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038908" name="Picture 6" descr="A computer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F1059" w14:textId="77777777" w:rsidR="007359AE" w:rsidRDefault="00000000">
      <w:pPr>
        <w:pStyle w:val="Heading2"/>
      </w:pPr>
      <w:r>
        <w:lastRenderedPageBreak/>
        <w:t>2.2.3 IP Addressing</w:t>
      </w:r>
    </w:p>
    <w:p w14:paraId="6C94A428" w14:textId="5FD0A3AB" w:rsidR="00AF39CD" w:rsidRPr="00AF39CD" w:rsidRDefault="00AF39CD" w:rsidP="00AF39CD">
      <w:r>
        <w:rPr>
          <w:noProof/>
        </w:rPr>
        <w:drawing>
          <wp:inline distT="0" distB="0" distL="0" distR="0" wp14:anchorId="76E88BB7" wp14:editId="21B6A98D">
            <wp:extent cx="5486400" cy="3045460"/>
            <wp:effectExtent l="0" t="0" r="0" b="2540"/>
            <wp:docPr id="1293082386" name="Picture 30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082386" name="Picture 30" descr="A computer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44F08D" wp14:editId="779342E9">
            <wp:extent cx="5486400" cy="4113530"/>
            <wp:effectExtent l="0" t="0" r="0" b="1270"/>
            <wp:docPr id="2005553445" name="Picture 2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553445" name="Picture 29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CD41D7" wp14:editId="677AE9CA">
            <wp:extent cx="5486400" cy="3475355"/>
            <wp:effectExtent l="0" t="0" r="0" b="0"/>
            <wp:docPr id="834884823" name="Picture 28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884823" name="Picture 28" descr="A screenshot of a computer pro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7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63AF2C" wp14:editId="6223D320">
            <wp:extent cx="5486400" cy="3510915"/>
            <wp:effectExtent l="0" t="0" r="0" b="0"/>
            <wp:docPr id="667899181" name="Picture 2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899181" name="Picture 27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43EB33" wp14:editId="13676412">
            <wp:extent cx="5486400" cy="3665855"/>
            <wp:effectExtent l="0" t="0" r="0" b="0"/>
            <wp:docPr id="289382226" name="Picture 26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382226" name="Picture 26" descr="A computer screen 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A2D08D" wp14:editId="0076BA2B">
            <wp:extent cx="5048250" cy="2489200"/>
            <wp:effectExtent l="0" t="0" r="0" b="6350"/>
            <wp:docPr id="298254517" name="Picture 25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254517" name="Picture 25" descr="A computer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27A6F0" wp14:editId="65D0BCDD">
            <wp:extent cx="5486400" cy="4590415"/>
            <wp:effectExtent l="0" t="0" r="0" b="635"/>
            <wp:docPr id="289695340" name="Picture 24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95340" name="Picture 24" descr="A computer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3C0660" wp14:editId="13EA61CD">
            <wp:extent cx="5486400" cy="2272665"/>
            <wp:effectExtent l="0" t="0" r="0" b="0"/>
            <wp:docPr id="499089338" name="Picture 23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089338" name="Picture 23" descr="A computer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31C44" w14:textId="0369CB26" w:rsidR="007359AE" w:rsidRDefault="00000000">
      <w:r>
        <w:t xml:space="preserve">- Windows Machine 1 – ipconfig Output </w:t>
      </w:r>
    </w:p>
    <w:p w14:paraId="18C05929" w14:textId="5054A8F8" w:rsidR="007359AE" w:rsidRDefault="00000000">
      <w:r>
        <w:t xml:space="preserve">- Windows Machine 2 – ipconfig Output </w:t>
      </w:r>
    </w:p>
    <w:p w14:paraId="571B0BE2" w14:textId="15ED6BFE" w:rsidR="007359AE" w:rsidRDefault="00000000">
      <w:r>
        <w:t>- Network Address for NAT Network 1 (Windows)</w:t>
      </w:r>
    </w:p>
    <w:p w14:paraId="7C041DD4" w14:textId="77777777" w:rsidR="007359AE" w:rsidRDefault="00000000">
      <w:pPr>
        <w:pStyle w:val="Heading2"/>
      </w:pPr>
      <w:r>
        <w:lastRenderedPageBreak/>
        <w:t>2.4 Test and Troubleshoot</w:t>
      </w:r>
    </w:p>
    <w:p w14:paraId="44F95616" w14:textId="77777777" w:rsidR="007359AE" w:rsidRDefault="00000000">
      <w:r>
        <w:t>- Successful Ping: Windows → Windows (Ping 192.168.100.10 and 192.168.100.20)</w:t>
      </w:r>
    </w:p>
    <w:p w14:paraId="68F3A66A" w14:textId="3B80599A" w:rsidR="00AF39CD" w:rsidRDefault="00AF39CD">
      <w:r>
        <w:rPr>
          <w:noProof/>
        </w:rPr>
        <w:drawing>
          <wp:inline distT="0" distB="0" distL="0" distR="0" wp14:anchorId="2460EE70" wp14:editId="41BB4221">
            <wp:extent cx="5486400" cy="4780915"/>
            <wp:effectExtent l="0" t="0" r="0" b="635"/>
            <wp:docPr id="970910230" name="Picture 22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10230" name="Picture 22" descr="A computer screen shot of a computer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78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BBD5D" w14:textId="77188930" w:rsidR="007359AE" w:rsidRDefault="007359AE"/>
    <w:sectPr w:rsidR="007359A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9630859">
    <w:abstractNumId w:val="8"/>
  </w:num>
  <w:num w:numId="2" w16cid:durableId="390691321">
    <w:abstractNumId w:val="6"/>
  </w:num>
  <w:num w:numId="3" w16cid:durableId="19669881">
    <w:abstractNumId w:val="5"/>
  </w:num>
  <w:num w:numId="4" w16cid:durableId="1109930543">
    <w:abstractNumId w:val="4"/>
  </w:num>
  <w:num w:numId="5" w16cid:durableId="1317421222">
    <w:abstractNumId w:val="7"/>
  </w:num>
  <w:num w:numId="6" w16cid:durableId="371929948">
    <w:abstractNumId w:val="3"/>
  </w:num>
  <w:num w:numId="7" w16cid:durableId="1670597436">
    <w:abstractNumId w:val="2"/>
  </w:num>
  <w:num w:numId="8" w16cid:durableId="1147554079">
    <w:abstractNumId w:val="1"/>
  </w:num>
  <w:num w:numId="9" w16cid:durableId="627514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49CA"/>
    <w:rsid w:val="0029639D"/>
    <w:rsid w:val="00320F93"/>
    <w:rsid w:val="00326F90"/>
    <w:rsid w:val="007359AE"/>
    <w:rsid w:val="00AA1D8D"/>
    <w:rsid w:val="00AF39C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53FBEF"/>
  <w14:defaultImageDpi w14:val="300"/>
  <w15:docId w15:val="{72D1F510-8C27-4767-A6E0-D17AA801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102</Words>
  <Characters>572</Characters>
  <Application>Microsoft Office Word</Application>
  <DocSecurity>0</DocSecurity>
  <Lines>35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Reyhaneh Mehrabi (2323032)</cp:lastModifiedBy>
  <cp:revision>2</cp:revision>
  <dcterms:created xsi:type="dcterms:W3CDTF">2013-12-23T23:15:00Z</dcterms:created>
  <dcterms:modified xsi:type="dcterms:W3CDTF">2025-12-05T13:39:00Z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f068bca8-633b-4a13-9326-c70638d8b148</vt:lpwstr>
  </property>
</Properties>
</file>