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C15622" w14:textId="7B14E190" w:rsidR="002F5A04" w:rsidRDefault="00E370E6">
      <w:pPr>
        <w:pStyle w:val="Heading1"/>
      </w:pPr>
      <w:r>
        <w:t>Just go with 19 a 12 and 5 BMNS4018 – Understanding Health and Social Care</w:t>
      </w:r>
    </w:p>
    <w:p w14:paraId="1E120855" w14:textId="77777777" w:rsidR="002F5A04" w:rsidRDefault="00000000">
      <w:r>
        <w:t>Calendar-Style Module Planner (Sept 2025 – Jan 2026)</w:t>
      </w:r>
    </w:p>
    <w:tbl>
      <w:tblPr>
        <w:tblStyle w:val="LightGrid-Accent1"/>
        <w:tblW w:w="0" w:type="auto"/>
        <w:tblLook w:val="04A0" w:firstRow="1" w:lastRow="0" w:firstColumn="1" w:lastColumn="0" w:noHBand="0" w:noVBand="1"/>
      </w:tblPr>
      <w:tblGrid>
        <w:gridCol w:w="2152"/>
        <w:gridCol w:w="2156"/>
        <w:gridCol w:w="2156"/>
        <w:gridCol w:w="2156"/>
      </w:tblGrid>
      <w:tr w:rsidR="002F5A04" w14:paraId="4D618424" w14:textId="77777777" w:rsidTr="00DC721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52" w:type="dxa"/>
          </w:tcPr>
          <w:p w14:paraId="34D65E46" w14:textId="77777777" w:rsidR="002F5A04" w:rsidRDefault="00000000">
            <w:r>
              <w:t>Week</w:t>
            </w:r>
          </w:p>
        </w:tc>
        <w:tc>
          <w:tcPr>
            <w:tcW w:w="2156" w:type="dxa"/>
          </w:tcPr>
          <w:p w14:paraId="1EEB8284" w14:textId="77777777" w:rsidR="002F5A04" w:rsidRDefault="0000000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Week Commencing</w:t>
            </w:r>
          </w:p>
        </w:tc>
        <w:tc>
          <w:tcPr>
            <w:tcW w:w="2156" w:type="dxa"/>
          </w:tcPr>
          <w:p w14:paraId="4BFAC8AF" w14:textId="77777777" w:rsidR="002F5A04" w:rsidRDefault="0000000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Topic</w:t>
            </w:r>
          </w:p>
        </w:tc>
        <w:tc>
          <w:tcPr>
            <w:tcW w:w="2156" w:type="dxa"/>
          </w:tcPr>
          <w:p w14:paraId="6EF1CD65" w14:textId="77777777" w:rsidR="002F5A04" w:rsidRDefault="0000000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Notes</w:t>
            </w:r>
          </w:p>
        </w:tc>
      </w:tr>
      <w:tr w:rsidR="002F5A04" w14:paraId="307C4968" w14:textId="77777777" w:rsidTr="00DC721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52" w:type="dxa"/>
          </w:tcPr>
          <w:p w14:paraId="31173B03" w14:textId="77777777" w:rsidR="002F5A04" w:rsidRDefault="00000000">
            <w:r>
              <w:t>1</w:t>
            </w:r>
          </w:p>
        </w:tc>
        <w:tc>
          <w:tcPr>
            <w:tcW w:w="2156" w:type="dxa"/>
          </w:tcPr>
          <w:p w14:paraId="633FA513" w14:textId="77777777" w:rsidR="002F5A04" w:rsidRDefault="000000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29th Sept 2025</w:t>
            </w:r>
          </w:p>
        </w:tc>
        <w:tc>
          <w:tcPr>
            <w:tcW w:w="2156" w:type="dxa"/>
          </w:tcPr>
          <w:p w14:paraId="1BACB294" w14:textId="77777777" w:rsidR="002F5A04" w:rsidRDefault="000000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Introduction to Module</w:t>
            </w:r>
          </w:p>
        </w:tc>
        <w:tc>
          <w:tcPr>
            <w:tcW w:w="2156" w:type="dxa"/>
          </w:tcPr>
          <w:p w14:paraId="4B4BA817" w14:textId="77777777" w:rsidR="002F5A04" w:rsidRDefault="000000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What to expect &amp; getting to know each other</w:t>
            </w:r>
          </w:p>
        </w:tc>
      </w:tr>
      <w:tr w:rsidR="002F5A04" w14:paraId="40C0FCC4" w14:textId="77777777" w:rsidTr="00DC721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52" w:type="dxa"/>
          </w:tcPr>
          <w:p w14:paraId="2B18E676" w14:textId="77777777" w:rsidR="002F5A04" w:rsidRDefault="00000000">
            <w:r>
              <w:t>2</w:t>
            </w:r>
          </w:p>
        </w:tc>
        <w:tc>
          <w:tcPr>
            <w:tcW w:w="2156" w:type="dxa"/>
          </w:tcPr>
          <w:p w14:paraId="754E01E0" w14:textId="77777777" w:rsidR="002F5A04" w:rsidRDefault="0000000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6th Oct 2025</w:t>
            </w:r>
          </w:p>
        </w:tc>
        <w:tc>
          <w:tcPr>
            <w:tcW w:w="2156" w:type="dxa"/>
          </w:tcPr>
          <w:p w14:paraId="4CAAD361" w14:textId="77777777" w:rsidR="002F5A04" w:rsidRDefault="0000000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Introduction to Health and Social Care</w:t>
            </w:r>
          </w:p>
        </w:tc>
        <w:tc>
          <w:tcPr>
            <w:tcW w:w="2156" w:type="dxa"/>
          </w:tcPr>
          <w:p w14:paraId="507C0462" w14:textId="77777777" w:rsidR="002F5A04" w:rsidRDefault="0000000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Overview of sector, roles, importance</w:t>
            </w:r>
          </w:p>
        </w:tc>
      </w:tr>
      <w:tr w:rsidR="002F5A04" w14:paraId="725B389B" w14:textId="77777777" w:rsidTr="00DC721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52" w:type="dxa"/>
          </w:tcPr>
          <w:p w14:paraId="46ADCAE3" w14:textId="77777777" w:rsidR="002F5A04" w:rsidRDefault="00000000">
            <w:r>
              <w:t>3</w:t>
            </w:r>
          </w:p>
        </w:tc>
        <w:tc>
          <w:tcPr>
            <w:tcW w:w="2156" w:type="dxa"/>
          </w:tcPr>
          <w:p w14:paraId="144D3E95" w14:textId="77777777" w:rsidR="002F5A04" w:rsidRDefault="000000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13th Oct 2025</w:t>
            </w:r>
          </w:p>
        </w:tc>
        <w:tc>
          <w:tcPr>
            <w:tcW w:w="2156" w:type="dxa"/>
          </w:tcPr>
          <w:p w14:paraId="7266A4FB" w14:textId="77777777" w:rsidR="002F5A04" w:rsidRDefault="000000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What is Health?</w:t>
            </w:r>
          </w:p>
        </w:tc>
        <w:tc>
          <w:tcPr>
            <w:tcW w:w="2156" w:type="dxa"/>
          </w:tcPr>
          <w:p w14:paraId="66D41CA1" w14:textId="77777777" w:rsidR="002F5A04" w:rsidRDefault="000000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Definitions and perspectives</w:t>
            </w:r>
          </w:p>
        </w:tc>
      </w:tr>
      <w:tr w:rsidR="002F5A04" w14:paraId="150C866D" w14:textId="77777777" w:rsidTr="00DC721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52" w:type="dxa"/>
          </w:tcPr>
          <w:p w14:paraId="309796A2" w14:textId="77777777" w:rsidR="002F5A04" w:rsidRDefault="00000000">
            <w:r>
              <w:t>4</w:t>
            </w:r>
          </w:p>
        </w:tc>
        <w:tc>
          <w:tcPr>
            <w:tcW w:w="2156" w:type="dxa"/>
          </w:tcPr>
          <w:p w14:paraId="427A964C" w14:textId="77777777" w:rsidR="002F5A04" w:rsidRDefault="0000000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20th Oct 2025</w:t>
            </w:r>
          </w:p>
        </w:tc>
        <w:tc>
          <w:tcPr>
            <w:tcW w:w="2156" w:type="dxa"/>
          </w:tcPr>
          <w:p w14:paraId="73E4CC74" w14:textId="34A18DDD" w:rsidR="002F5A04" w:rsidRDefault="00DC721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 xml:space="preserve">Public Health and Well-Being </w:t>
            </w:r>
            <w:proofErr w:type="gramStart"/>
            <w:r>
              <w:t>In</w:t>
            </w:r>
            <w:proofErr w:type="gramEnd"/>
            <w:r>
              <w:t xml:space="preserve"> Wales </w:t>
            </w:r>
          </w:p>
        </w:tc>
        <w:tc>
          <w:tcPr>
            <w:tcW w:w="2156" w:type="dxa"/>
          </w:tcPr>
          <w:p w14:paraId="2B847F18" w14:textId="2453656A" w:rsidR="002F5A04" w:rsidRDefault="00DC721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 xml:space="preserve">Determinants, priorities campaigns and inequalities </w:t>
            </w:r>
          </w:p>
        </w:tc>
      </w:tr>
      <w:tr w:rsidR="002F5A04" w14:paraId="6D58A35D" w14:textId="77777777" w:rsidTr="00DC721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52" w:type="dxa"/>
          </w:tcPr>
          <w:p w14:paraId="1C8DBABF" w14:textId="77777777" w:rsidR="002F5A04" w:rsidRDefault="00000000">
            <w:r>
              <w:t>5</w:t>
            </w:r>
          </w:p>
        </w:tc>
        <w:tc>
          <w:tcPr>
            <w:tcW w:w="2156" w:type="dxa"/>
          </w:tcPr>
          <w:p w14:paraId="0441FF3E" w14:textId="77777777" w:rsidR="002F5A04" w:rsidRDefault="000000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27th Oct 2025</w:t>
            </w:r>
          </w:p>
        </w:tc>
        <w:tc>
          <w:tcPr>
            <w:tcW w:w="2156" w:type="dxa"/>
          </w:tcPr>
          <w:p w14:paraId="72E9966E" w14:textId="77777777" w:rsidR="002F5A04" w:rsidRDefault="000000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Reading Week</w:t>
            </w:r>
          </w:p>
        </w:tc>
        <w:tc>
          <w:tcPr>
            <w:tcW w:w="2156" w:type="dxa"/>
          </w:tcPr>
          <w:p w14:paraId="063D00E9" w14:textId="77777777" w:rsidR="002F5A04" w:rsidRDefault="000000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No formal teaching</w:t>
            </w:r>
          </w:p>
        </w:tc>
      </w:tr>
      <w:tr w:rsidR="002F5A04" w14:paraId="3ED3D10C" w14:textId="77777777" w:rsidTr="00DC721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52" w:type="dxa"/>
          </w:tcPr>
          <w:p w14:paraId="7C8013E1" w14:textId="77777777" w:rsidR="002F5A04" w:rsidRDefault="00000000">
            <w:r>
              <w:t>6</w:t>
            </w:r>
          </w:p>
        </w:tc>
        <w:tc>
          <w:tcPr>
            <w:tcW w:w="2156" w:type="dxa"/>
          </w:tcPr>
          <w:p w14:paraId="58878A8F" w14:textId="77777777" w:rsidR="002F5A04" w:rsidRDefault="0000000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3rd Nov 2025</w:t>
            </w:r>
          </w:p>
        </w:tc>
        <w:tc>
          <w:tcPr>
            <w:tcW w:w="2156" w:type="dxa"/>
          </w:tcPr>
          <w:p w14:paraId="62DB7879" w14:textId="4714BCBC" w:rsidR="002F5A04" w:rsidRDefault="006707B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 xml:space="preserve">Current Concepts </w:t>
            </w:r>
          </w:p>
        </w:tc>
        <w:tc>
          <w:tcPr>
            <w:tcW w:w="2156" w:type="dxa"/>
          </w:tcPr>
          <w:p w14:paraId="18A9A2B6" w14:textId="5995446F" w:rsidR="002F5A04" w:rsidRDefault="006707B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Recent contextual issues in health and social care.</w:t>
            </w:r>
          </w:p>
        </w:tc>
      </w:tr>
      <w:tr w:rsidR="002F5A04" w14:paraId="629595E7" w14:textId="77777777" w:rsidTr="00DC721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52" w:type="dxa"/>
          </w:tcPr>
          <w:p w14:paraId="5F078449" w14:textId="77777777" w:rsidR="002F5A04" w:rsidRDefault="00000000">
            <w:r>
              <w:t>7</w:t>
            </w:r>
          </w:p>
        </w:tc>
        <w:tc>
          <w:tcPr>
            <w:tcW w:w="2156" w:type="dxa"/>
          </w:tcPr>
          <w:p w14:paraId="3E6AD6EF" w14:textId="77777777" w:rsidR="002F5A04" w:rsidRDefault="000000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10th Nov 2025</w:t>
            </w:r>
          </w:p>
        </w:tc>
        <w:tc>
          <w:tcPr>
            <w:tcW w:w="2156" w:type="dxa"/>
          </w:tcPr>
          <w:p w14:paraId="23C476AD" w14:textId="48479F8C" w:rsidR="002F5A04" w:rsidRDefault="006707B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Assessing Health in Health and social care </w:t>
            </w:r>
          </w:p>
        </w:tc>
        <w:tc>
          <w:tcPr>
            <w:tcW w:w="2156" w:type="dxa"/>
          </w:tcPr>
          <w:p w14:paraId="43099B3F" w14:textId="728069D5" w:rsidR="002F5A04" w:rsidRDefault="000000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Assessment </w:t>
            </w:r>
            <w:r w:rsidR="006707B9">
              <w:t xml:space="preserve">practice PIES Framework Prudent Health care and empowerment </w:t>
            </w:r>
          </w:p>
        </w:tc>
      </w:tr>
      <w:tr w:rsidR="002F5A04" w14:paraId="48CC89F9" w14:textId="77777777" w:rsidTr="00DC721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52" w:type="dxa"/>
          </w:tcPr>
          <w:p w14:paraId="1FA4ACD7" w14:textId="77777777" w:rsidR="002F5A04" w:rsidRDefault="00000000">
            <w:r>
              <w:t>8</w:t>
            </w:r>
          </w:p>
        </w:tc>
        <w:tc>
          <w:tcPr>
            <w:tcW w:w="2156" w:type="dxa"/>
          </w:tcPr>
          <w:p w14:paraId="0B87797E" w14:textId="77777777" w:rsidR="002F5A04" w:rsidRDefault="0000000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17th Nov 2025</w:t>
            </w:r>
          </w:p>
        </w:tc>
        <w:tc>
          <w:tcPr>
            <w:tcW w:w="2156" w:type="dxa"/>
          </w:tcPr>
          <w:p w14:paraId="674C91E4" w14:textId="77777777" w:rsidR="002F5A04" w:rsidRDefault="0000000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Assessment 1</w:t>
            </w:r>
          </w:p>
        </w:tc>
        <w:tc>
          <w:tcPr>
            <w:tcW w:w="2156" w:type="dxa"/>
          </w:tcPr>
          <w:p w14:paraId="7F85BDBA" w14:textId="77777777" w:rsidR="002F5A04" w:rsidRDefault="0000000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Practical Observation</w:t>
            </w:r>
          </w:p>
        </w:tc>
      </w:tr>
      <w:tr w:rsidR="002F5A04" w14:paraId="40C1022F" w14:textId="77777777" w:rsidTr="00DC721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52" w:type="dxa"/>
          </w:tcPr>
          <w:p w14:paraId="69D5E39B" w14:textId="77777777" w:rsidR="002F5A04" w:rsidRDefault="00000000">
            <w:r>
              <w:t>9</w:t>
            </w:r>
          </w:p>
        </w:tc>
        <w:tc>
          <w:tcPr>
            <w:tcW w:w="2156" w:type="dxa"/>
          </w:tcPr>
          <w:p w14:paraId="4D899C75" w14:textId="77777777" w:rsidR="002F5A04" w:rsidRDefault="000000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24th Nov 2025</w:t>
            </w:r>
          </w:p>
        </w:tc>
        <w:tc>
          <w:tcPr>
            <w:tcW w:w="2156" w:type="dxa"/>
          </w:tcPr>
          <w:p w14:paraId="3344049A" w14:textId="4E6F4D16" w:rsidR="002F5A04" w:rsidRDefault="002F5A0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156" w:type="dxa"/>
          </w:tcPr>
          <w:p w14:paraId="53716874" w14:textId="580EB2E8" w:rsidR="002F5A04" w:rsidRDefault="000000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Assessment 1 debrief</w:t>
            </w:r>
            <w:r w:rsidR="00DC7218">
              <w:t xml:space="preserve"> learning from the feedback session on PowerPoint </w:t>
            </w:r>
          </w:p>
        </w:tc>
      </w:tr>
      <w:tr w:rsidR="002F5A04" w14:paraId="34FCB29F" w14:textId="77777777" w:rsidTr="00DC721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52" w:type="dxa"/>
          </w:tcPr>
          <w:p w14:paraId="477D88F6" w14:textId="77777777" w:rsidR="002F5A04" w:rsidRDefault="00000000">
            <w:r>
              <w:t>10</w:t>
            </w:r>
          </w:p>
        </w:tc>
        <w:tc>
          <w:tcPr>
            <w:tcW w:w="2156" w:type="dxa"/>
          </w:tcPr>
          <w:p w14:paraId="35FC0E93" w14:textId="77777777" w:rsidR="002F5A04" w:rsidRDefault="0000000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1st Dec 2025</w:t>
            </w:r>
          </w:p>
        </w:tc>
        <w:tc>
          <w:tcPr>
            <w:tcW w:w="2156" w:type="dxa"/>
          </w:tcPr>
          <w:p w14:paraId="21C7E2A3" w14:textId="3D848D6A" w:rsidR="002F5A04" w:rsidRDefault="00DC721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Health &amp; Social Care Provision in the UK</w:t>
            </w:r>
          </w:p>
        </w:tc>
        <w:tc>
          <w:tcPr>
            <w:tcW w:w="2156" w:type="dxa"/>
          </w:tcPr>
          <w:p w14:paraId="0C4E5AC3" w14:textId="10BC807B" w:rsidR="002F5A04" w:rsidRDefault="00DC721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Structure, function, and management</w:t>
            </w:r>
          </w:p>
        </w:tc>
      </w:tr>
      <w:tr w:rsidR="002F5A04" w14:paraId="3FCCD5A4" w14:textId="77777777" w:rsidTr="00DC721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52" w:type="dxa"/>
          </w:tcPr>
          <w:p w14:paraId="5D5D580D" w14:textId="77777777" w:rsidR="002F5A04" w:rsidRDefault="00000000">
            <w:r>
              <w:t>11</w:t>
            </w:r>
          </w:p>
        </w:tc>
        <w:tc>
          <w:tcPr>
            <w:tcW w:w="2156" w:type="dxa"/>
          </w:tcPr>
          <w:p w14:paraId="6107BFD7" w14:textId="77777777" w:rsidR="002F5A04" w:rsidRDefault="000000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8th Dec 2025</w:t>
            </w:r>
          </w:p>
        </w:tc>
        <w:tc>
          <w:tcPr>
            <w:tcW w:w="2156" w:type="dxa"/>
          </w:tcPr>
          <w:p w14:paraId="01578223" w14:textId="4A0169AF" w:rsidR="002F5A04" w:rsidRDefault="00DC721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Draft Week </w:t>
            </w:r>
          </w:p>
        </w:tc>
        <w:tc>
          <w:tcPr>
            <w:tcW w:w="2156" w:type="dxa"/>
          </w:tcPr>
          <w:p w14:paraId="152822D4" w14:textId="7D8D66B4" w:rsidR="002F5A04" w:rsidRDefault="00DC721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Opportunity to bring in drafts </w:t>
            </w:r>
          </w:p>
        </w:tc>
      </w:tr>
      <w:tr w:rsidR="00DC7218" w14:paraId="00C550C4" w14:textId="77777777" w:rsidTr="002E4C8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52" w:type="dxa"/>
          </w:tcPr>
          <w:p w14:paraId="302CC384" w14:textId="7543AB83" w:rsidR="00DC7218" w:rsidRDefault="00DC7218">
            <w:r>
              <w:t>12</w:t>
            </w:r>
          </w:p>
        </w:tc>
        <w:tc>
          <w:tcPr>
            <w:tcW w:w="2156" w:type="dxa"/>
          </w:tcPr>
          <w:p w14:paraId="40557353" w14:textId="42C73DB6" w:rsidR="00DC7218" w:rsidRDefault="00DC721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12th Jan 2026</w:t>
            </w:r>
          </w:p>
        </w:tc>
        <w:tc>
          <w:tcPr>
            <w:tcW w:w="2156" w:type="dxa"/>
          </w:tcPr>
          <w:p w14:paraId="2935FEDC" w14:textId="7097486E" w:rsidR="00DC7218" w:rsidRDefault="00DC721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Assessment 2</w:t>
            </w:r>
          </w:p>
        </w:tc>
        <w:tc>
          <w:tcPr>
            <w:tcW w:w="2156" w:type="dxa"/>
          </w:tcPr>
          <w:p w14:paraId="177F113F" w14:textId="76C29194" w:rsidR="00DC7218" w:rsidRDefault="00DC721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Presentations</w:t>
            </w:r>
          </w:p>
        </w:tc>
      </w:tr>
      <w:tr w:rsidR="00DC7218" w14:paraId="4204FB1B" w14:textId="77777777" w:rsidTr="002E4C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52" w:type="dxa"/>
          </w:tcPr>
          <w:p w14:paraId="2CB82F7E" w14:textId="31D8B2BB" w:rsidR="00DC7218" w:rsidRDefault="00DC7218"/>
        </w:tc>
        <w:tc>
          <w:tcPr>
            <w:tcW w:w="2156" w:type="dxa"/>
          </w:tcPr>
          <w:p w14:paraId="3102C8C5" w14:textId="05FF652A" w:rsidR="00DC7218" w:rsidRDefault="00DC721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156" w:type="dxa"/>
          </w:tcPr>
          <w:p w14:paraId="52DD044C" w14:textId="3CE05A92" w:rsidR="00DC7218" w:rsidRDefault="00DC721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156" w:type="dxa"/>
          </w:tcPr>
          <w:p w14:paraId="03FAA7D3" w14:textId="0DE24792" w:rsidR="00DC7218" w:rsidRDefault="00DC721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14:paraId="54221027" w14:textId="77777777" w:rsidR="004A1B3E" w:rsidRDefault="004A1B3E"/>
    <w:sectPr w:rsidR="004A1B3E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031371234">
    <w:abstractNumId w:val="8"/>
  </w:num>
  <w:num w:numId="2" w16cid:durableId="1406683255">
    <w:abstractNumId w:val="6"/>
  </w:num>
  <w:num w:numId="3" w16cid:durableId="488058112">
    <w:abstractNumId w:val="5"/>
  </w:num>
  <w:num w:numId="4" w16cid:durableId="1683898983">
    <w:abstractNumId w:val="4"/>
  </w:num>
  <w:num w:numId="5" w16cid:durableId="455294703">
    <w:abstractNumId w:val="7"/>
  </w:num>
  <w:num w:numId="6" w16cid:durableId="1785346653">
    <w:abstractNumId w:val="3"/>
  </w:num>
  <w:num w:numId="7" w16cid:durableId="614334628">
    <w:abstractNumId w:val="2"/>
  </w:num>
  <w:num w:numId="8" w16cid:durableId="842932508">
    <w:abstractNumId w:val="1"/>
  </w:num>
  <w:num w:numId="9" w16cid:durableId="10023899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2F5A04"/>
    <w:rsid w:val="00326F90"/>
    <w:rsid w:val="00352ED3"/>
    <w:rsid w:val="003B0996"/>
    <w:rsid w:val="004A1B3E"/>
    <w:rsid w:val="006707B9"/>
    <w:rsid w:val="008C35C8"/>
    <w:rsid w:val="008C74F4"/>
    <w:rsid w:val="00AA1D8D"/>
    <w:rsid w:val="00B47730"/>
    <w:rsid w:val="00CB0664"/>
    <w:rsid w:val="00DC7218"/>
    <w:rsid w:val="00E370E6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0837A14"/>
  <w14:defaultImageDpi w14:val="300"/>
  <w15:docId w15:val="{C794E2CC-6F6B-47F9-886E-105FA4FF55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181</Words>
  <Characters>915</Characters>
  <Application>Microsoft Office Word</Application>
  <DocSecurity>0</DocSecurity>
  <Lines>84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1053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Felicity Peacock</cp:lastModifiedBy>
  <cp:revision>5</cp:revision>
  <dcterms:created xsi:type="dcterms:W3CDTF">2025-09-17T12:03:00Z</dcterms:created>
  <dcterms:modified xsi:type="dcterms:W3CDTF">2025-09-23T08:01:00Z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fceccce7-04f6-4351-8586-996c0036893b</vt:lpwstr>
  </property>
</Properties>
</file>