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3FE56" w14:textId="6EF5B419" w:rsidR="00EC21C7" w:rsidRPr="00EC21C7" w:rsidRDefault="00EC21C7" w:rsidP="00EC21C7">
      <w:pPr>
        <w:jc w:val="center"/>
        <w:rPr>
          <w:b/>
          <w:bCs/>
          <w:sz w:val="40"/>
          <w:szCs w:val="40"/>
        </w:rPr>
      </w:pPr>
      <w:r w:rsidRPr="00EC21C7">
        <w:rPr>
          <w:b/>
          <w:bCs/>
          <w:sz w:val="40"/>
          <w:szCs w:val="40"/>
        </w:rPr>
        <w:t>Resilient and Healthy Learner Check List</w:t>
      </w:r>
    </w:p>
    <w:p w14:paraId="09EC9B66" w14:textId="2CAA01C1" w:rsidR="00EC21C7" w:rsidRDefault="00EC21C7" w:rsidP="00147B04">
      <w:pPr>
        <w:jc w:val="center"/>
        <w:rPr>
          <w:sz w:val="24"/>
          <w:szCs w:val="24"/>
        </w:rPr>
      </w:pPr>
      <w:r w:rsidRPr="00EC21C7">
        <w:rPr>
          <w:sz w:val="24"/>
          <w:szCs w:val="24"/>
        </w:rPr>
        <w:t xml:space="preserve">Use this checklist to reflect on and evidence how you are developing as a resilient and healthy independent learner. Complete each section with examples </w:t>
      </w:r>
      <w:r>
        <w:rPr>
          <w:sz w:val="24"/>
          <w:szCs w:val="24"/>
        </w:rPr>
        <w:t xml:space="preserve">such as screen shots and notes. </w:t>
      </w:r>
    </w:p>
    <w:p w14:paraId="7C52E4A9" w14:textId="77777777" w:rsidR="00147B04" w:rsidRDefault="00147B04" w:rsidP="00147B04">
      <w:pPr>
        <w:jc w:val="center"/>
        <w:rPr>
          <w:sz w:val="24"/>
          <w:szCs w:val="24"/>
        </w:rPr>
      </w:pPr>
    </w:p>
    <w:p w14:paraId="10F0CB2E" w14:textId="77777777" w:rsidR="00147B04" w:rsidRPr="00147B04" w:rsidRDefault="00147B04" w:rsidP="00147B04">
      <w:pPr>
        <w:rPr>
          <w:sz w:val="24"/>
          <w:szCs w:val="24"/>
        </w:rPr>
      </w:pPr>
    </w:p>
    <w:p w14:paraId="799F6D5D" w14:textId="4C0C2B79" w:rsidR="00F963DA" w:rsidRDefault="00000000">
      <w:pPr>
        <w:pStyle w:val="Heading2"/>
      </w:pPr>
      <w:r>
        <w:t>1. Time Management</w:t>
      </w:r>
    </w:p>
    <w:p w14:paraId="743390C7" w14:textId="77777777" w:rsidR="00F963DA" w:rsidRDefault="00000000">
      <w:pPr>
        <w:pStyle w:val="ListBullet"/>
      </w:pPr>
      <w:r>
        <w:t>☐ I have created a weekly study timetable.</w:t>
      </w:r>
      <w:r>
        <w:br/>
        <w:t>Notes/Evidence:</w:t>
      </w:r>
    </w:p>
    <w:p w14:paraId="79461634" w14:textId="77777777" w:rsidR="00F963DA" w:rsidRDefault="00000000">
      <w:pPr>
        <w:pStyle w:val="ListBullet"/>
      </w:pPr>
      <w:r>
        <w:t>☐ I prioritise tasks based on deadlines and importance.</w:t>
      </w:r>
      <w:r>
        <w:br/>
        <w:t>Notes/Evidence:</w:t>
      </w:r>
    </w:p>
    <w:p w14:paraId="019FF624" w14:textId="77777777" w:rsidR="00EC21C7" w:rsidRDefault="00000000" w:rsidP="00EC21C7">
      <w:pPr>
        <w:pStyle w:val="ListBullet"/>
      </w:pPr>
      <w:r>
        <w:t>☐ I set realistic goals for each study session.</w:t>
      </w:r>
    </w:p>
    <w:p w14:paraId="10CEC919" w14:textId="4EA3EBF5" w:rsidR="00F963DA" w:rsidRDefault="00000000" w:rsidP="00EC21C7">
      <w:pPr>
        <w:pStyle w:val="ListBullet"/>
      </w:pPr>
      <w:r>
        <w:t>Notes/Evidence:</w:t>
      </w:r>
    </w:p>
    <w:p w14:paraId="3B4A022C" w14:textId="77777777" w:rsidR="00EC21C7" w:rsidRDefault="00EC21C7" w:rsidP="00EC21C7">
      <w:pPr>
        <w:pStyle w:val="ListBullet"/>
        <w:numPr>
          <w:ilvl w:val="0"/>
          <w:numId w:val="0"/>
        </w:numPr>
        <w:ind w:left="360" w:hanging="360"/>
      </w:pPr>
    </w:p>
    <w:p w14:paraId="4C4A0276" w14:textId="77777777" w:rsidR="00EC21C7" w:rsidRDefault="00EC21C7" w:rsidP="00EC21C7">
      <w:pPr>
        <w:pStyle w:val="ListBullet"/>
        <w:numPr>
          <w:ilvl w:val="0"/>
          <w:numId w:val="0"/>
        </w:numPr>
        <w:ind w:left="360" w:hanging="360"/>
      </w:pPr>
    </w:p>
    <w:p w14:paraId="68056F77" w14:textId="77777777" w:rsidR="00F963DA" w:rsidRDefault="00000000">
      <w:pPr>
        <w:pStyle w:val="Heading2"/>
      </w:pPr>
      <w:r>
        <w:t>2. Wellbeing Strategies</w:t>
      </w:r>
    </w:p>
    <w:p w14:paraId="33920897" w14:textId="77777777" w:rsidR="00F963DA" w:rsidRDefault="00000000">
      <w:pPr>
        <w:pStyle w:val="ListBullet"/>
      </w:pPr>
      <w:r>
        <w:t>☐ I take regular breaks during study to support my wellbeing.</w:t>
      </w:r>
      <w:r>
        <w:br/>
        <w:t>Notes/Evidence:</w:t>
      </w:r>
    </w:p>
    <w:p w14:paraId="046052F7" w14:textId="77777777" w:rsidR="00F963DA" w:rsidRDefault="00000000">
      <w:pPr>
        <w:pStyle w:val="ListBullet"/>
      </w:pPr>
      <w:r>
        <w:t>☐ I include time for sleep, exercise, and healthy eating in my routine.</w:t>
      </w:r>
      <w:r>
        <w:br/>
        <w:t>Notes/Evidence:</w:t>
      </w:r>
    </w:p>
    <w:p w14:paraId="7E5B737E" w14:textId="77777777" w:rsidR="00F963DA" w:rsidRDefault="00000000">
      <w:pPr>
        <w:pStyle w:val="ListBullet"/>
      </w:pPr>
      <w:r>
        <w:t>☐ I engage in activities that help me relax and recharge.</w:t>
      </w:r>
      <w:r>
        <w:br/>
        <w:t>Notes/Evidence:</w:t>
      </w:r>
    </w:p>
    <w:p w14:paraId="156A9798" w14:textId="77777777" w:rsidR="00F963DA" w:rsidRDefault="00000000">
      <w:pPr>
        <w:pStyle w:val="Heading2"/>
      </w:pPr>
      <w:r>
        <w:t>3. Seeking Support</w:t>
      </w:r>
    </w:p>
    <w:p w14:paraId="35466E92" w14:textId="77777777" w:rsidR="00F963DA" w:rsidRDefault="00000000">
      <w:pPr>
        <w:pStyle w:val="ListBullet"/>
      </w:pPr>
      <w:r>
        <w:t>☐ I know where to access academic support services.</w:t>
      </w:r>
      <w:r>
        <w:br/>
        <w:t>Notes/Evidence:</w:t>
      </w:r>
    </w:p>
    <w:p w14:paraId="6A0CB466" w14:textId="77777777" w:rsidR="00F963DA" w:rsidRDefault="00000000">
      <w:pPr>
        <w:pStyle w:val="ListBullet"/>
      </w:pPr>
      <w:r>
        <w:t>☐ I have reached out to tutors or peers when I needed help.</w:t>
      </w:r>
      <w:r>
        <w:br/>
        <w:t>Notes/Evidence:</w:t>
      </w:r>
    </w:p>
    <w:p w14:paraId="04719356" w14:textId="77777777" w:rsidR="00F963DA" w:rsidRDefault="00000000">
      <w:pPr>
        <w:pStyle w:val="ListBullet"/>
      </w:pPr>
      <w:r>
        <w:t>☐ I am aware of wellbeing and counselling services available to me.</w:t>
      </w:r>
      <w:r>
        <w:br/>
        <w:t>Notes/Evidence:</w:t>
      </w:r>
    </w:p>
    <w:p w14:paraId="142DFB66" w14:textId="77777777" w:rsidR="00F963DA" w:rsidRDefault="00000000">
      <w:pPr>
        <w:pStyle w:val="Heading2"/>
      </w:pPr>
      <w:r>
        <w:t>4. Adapting to Challenges</w:t>
      </w:r>
    </w:p>
    <w:p w14:paraId="43123186" w14:textId="77777777" w:rsidR="00F963DA" w:rsidRDefault="00000000">
      <w:pPr>
        <w:pStyle w:val="ListBullet"/>
      </w:pPr>
      <w:r>
        <w:t>☐ I reflect on setbacks and identify ways to improve.</w:t>
      </w:r>
      <w:r>
        <w:br/>
        <w:t>Notes/Evidence:</w:t>
      </w:r>
    </w:p>
    <w:p w14:paraId="2C02C7BC" w14:textId="77777777" w:rsidR="00F963DA" w:rsidRDefault="00000000">
      <w:pPr>
        <w:pStyle w:val="ListBullet"/>
      </w:pPr>
      <w:r>
        <w:t>☐ I adjust my study strategies when something isn’t working.</w:t>
      </w:r>
      <w:r>
        <w:br/>
        <w:t>Notes/Evidence:</w:t>
      </w:r>
    </w:p>
    <w:p w14:paraId="01B539EA" w14:textId="77777777" w:rsidR="00F963DA" w:rsidRDefault="00000000">
      <w:pPr>
        <w:pStyle w:val="ListBullet"/>
      </w:pPr>
      <w:r>
        <w:lastRenderedPageBreak/>
        <w:t>☐ I stay focused even when facing personal or academic difficulties.</w:t>
      </w:r>
      <w:r>
        <w:br/>
        <w:t>Notes/Evidence:</w:t>
      </w:r>
    </w:p>
    <w:p w14:paraId="207B657B" w14:textId="77777777" w:rsidR="00F963DA" w:rsidRDefault="00000000">
      <w:pPr>
        <w:pStyle w:val="Heading2"/>
      </w:pPr>
      <w:r>
        <w:t>5. Maintaining Motivation</w:t>
      </w:r>
    </w:p>
    <w:p w14:paraId="38F0DE40" w14:textId="77777777" w:rsidR="00F963DA" w:rsidRDefault="00000000">
      <w:pPr>
        <w:pStyle w:val="ListBullet"/>
      </w:pPr>
      <w:r>
        <w:t>☐ I remind myself of my goals and reasons for studying.</w:t>
      </w:r>
      <w:r>
        <w:br/>
        <w:t>Notes/Evidence:</w:t>
      </w:r>
    </w:p>
    <w:p w14:paraId="0B8B216F" w14:textId="77777777" w:rsidR="00F963DA" w:rsidRDefault="00000000">
      <w:pPr>
        <w:pStyle w:val="ListBullet"/>
      </w:pPr>
      <w:r>
        <w:t>☐ I celebrate small achievements to stay motivated.</w:t>
      </w:r>
      <w:r>
        <w:br/>
        <w:t>Notes/Evidence:</w:t>
      </w:r>
    </w:p>
    <w:p w14:paraId="738E4D2D" w14:textId="77777777" w:rsidR="00F963DA" w:rsidRDefault="00000000">
      <w:pPr>
        <w:pStyle w:val="ListBullet"/>
      </w:pPr>
      <w:r>
        <w:t>☐ I use strategies to stay engaged with my learning (e.g. study groups, rewards).</w:t>
      </w:r>
      <w:r>
        <w:br/>
        <w:t>Notes/Evidence:</w:t>
      </w:r>
    </w:p>
    <w:sectPr w:rsidR="00F963D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67832848">
    <w:abstractNumId w:val="8"/>
  </w:num>
  <w:num w:numId="2" w16cid:durableId="564726835">
    <w:abstractNumId w:val="6"/>
  </w:num>
  <w:num w:numId="3" w16cid:durableId="2113936487">
    <w:abstractNumId w:val="5"/>
  </w:num>
  <w:num w:numId="4" w16cid:durableId="1645160856">
    <w:abstractNumId w:val="4"/>
  </w:num>
  <w:num w:numId="5" w16cid:durableId="1609922316">
    <w:abstractNumId w:val="7"/>
  </w:num>
  <w:num w:numId="6" w16cid:durableId="1754083917">
    <w:abstractNumId w:val="3"/>
  </w:num>
  <w:num w:numId="7" w16cid:durableId="893470288">
    <w:abstractNumId w:val="2"/>
  </w:num>
  <w:num w:numId="8" w16cid:durableId="1087726150">
    <w:abstractNumId w:val="1"/>
  </w:num>
  <w:num w:numId="9" w16cid:durableId="1887525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7B04"/>
    <w:rsid w:val="0015074B"/>
    <w:rsid w:val="0029639D"/>
    <w:rsid w:val="00326F90"/>
    <w:rsid w:val="00AA1D8D"/>
    <w:rsid w:val="00B47730"/>
    <w:rsid w:val="00B54E2A"/>
    <w:rsid w:val="00CB0664"/>
    <w:rsid w:val="00EC21C7"/>
    <w:rsid w:val="00F963D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1DB447"/>
  <w14:defaultImageDpi w14:val="300"/>
  <w15:docId w15:val="{D7B6F192-B953-45F5-9321-17A13980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Jonathan Wyatt</cp:lastModifiedBy>
  <cp:revision>3</cp:revision>
  <dcterms:created xsi:type="dcterms:W3CDTF">2025-08-06T16:32:00Z</dcterms:created>
  <dcterms:modified xsi:type="dcterms:W3CDTF">2025-08-06T16:33:00Z</dcterms:modified>
  <cp:category/>
</cp:coreProperties>
</file>