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24A07" w14:textId="77777777" w:rsidR="00722BFE" w:rsidRPr="00160913" w:rsidRDefault="00722BFE" w:rsidP="00160913">
      <w:pPr>
        <w:spacing w:after="0"/>
        <w:jc w:val="both"/>
        <w:rPr>
          <w:rFonts w:ascii="Times New Roman" w:hAnsi="Times New Roman" w:cs="Times New Roman"/>
        </w:rPr>
      </w:pPr>
    </w:p>
    <w:p w14:paraId="5DEEC083" w14:textId="77777777" w:rsidR="00722BFE" w:rsidRPr="00160913" w:rsidRDefault="00000000" w:rsidP="00160913">
      <w:pPr>
        <w:spacing w:after="0"/>
        <w:jc w:val="both"/>
        <w:rPr>
          <w:rFonts w:ascii="Times New Roman" w:hAnsi="Times New Roman" w:cs="Times New Roman"/>
        </w:rPr>
      </w:pPr>
      <w:r w:rsidRPr="00160913">
        <w:rPr>
          <w:rFonts w:ascii="Times New Roman" w:hAnsi="Times New Roman" w:cs="Times New Roman"/>
          <w:b/>
          <w:sz w:val="56"/>
        </w:rPr>
        <w:t>Smart Home Device Manager</w:t>
      </w:r>
    </w:p>
    <w:p w14:paraId="50DFDA93" w14:textId="77777777" w:rsidR="00D776C1" w:rsidRDefault="00000000" w:rsidP="0061042E">
      <w:pPr>
        <w:spacing w:after="0"/>
        <w:jc w:val="both"/>
        <w:rPr>
          <w:rFonts w:ascii="Times New Roman" w:hAnsi="Times New Roman" w:cs="Times New Roman"/>
        </w:rPr>
      </w:pPr>
      <w:r w:rsidRPr="00160913">
        <w:rPr>
          <w:rFonts w:ascii="Times New Roman" w:hAnsi="Times New Roman" w:cs="Times New Roman"/>
          <w:i/>
          <w:sz w:val="28"/>
        </w:rPr>
        <w:t>A Console-Based Device Tracking System for Bright Minds Academy</w:t>
      </w:r>
    </w:p>
    <w:p w14:paraId="562AA59C" w14:textId="77777777" w:rsidR="00D776C1" w:rsidRDefault="00D776C1" w:rsidP="0061042E">
      <w:pPr>
        <w:spacing w:after="0"/>
        <w:jc w:val="both"/>
        <w:rPr>
          <w:rFonts w:ascii="Times New Roman" w:hAnsi="Times New Roman" w:cs="Times New Roman"/>
          <w:sz w:val="40"/>
          <w:szCs w:val="40"/>
        </w:rPr>
      </w:pPr>
    </w:p>
    <w:p w14:paraId="0D4BAB0E" w14:textId="77777777" w:rsidR="00CD3AD9" w:rsidRDefault="00CD3AD9" w:rsidP="0061042E">
      <w:pPr>
        <w:spacing w:after="0"/>
        <w:jc w:val="both"/>
        <w:rPr>
          <w:rFonts w:ascii="Times New Roman" w:hAnsi="Times New Roman" w:cs="Times New Roman"/>
          <w:sz w:val="40"/>
          <w:szCs w:val="40"/>
        </w:rPr>
      </w:pPr>
    </w:p>
    <w:p w14:paraId="07CB5E73" w14:textId="77777777" w:rsidR="00CD3AD9" w:rsidRPr="00C91F4E" w:rsidRDefault="00CD3AD9" w:rsidP="0061042E">
      <w:pPr>
        <w:spacing w:after="0"/>
        <w:jc w:val="both"/>
        <w:rPr>
          <w:rFonts w:ascii="Times New Roman" w:hAnsi="Times New Roman" w:cs="Times New Roman"/>
          <w:sz w:val="40"/>
          <w:szCs w:val="40"/>
        </w:rPr>
      </w:pPr>
    </w:p>
    <w:p w14:paraId="5796BC7A" w14:textId="2C307E7A" w:rsidR="00722BFE" w:rsidRPr="00C91F4E" w:rsidRDefault="00F45FFD" w:rsidP="0061042E">
      <w:pPr>
        <w:spacing w:after="0"/>
        <w:jc w:val="both"/>
        <w:rPr>
          <w:rFonts w:ascii="Times New Roman" w:hAnsi="Times New Roman" w:cs="Times New Roman"/>
          <w:iCs/>
          <w:sz w:val="32"/>
          <w:szCs w:val="40"/>
        </w:rPr>
      </w:pPr>
      <w:r w:rsidRPr="00BC445B">
        <w:rPr>
          <w:rFonts w:ascii="Times New Roman" w:hAnsi="Times New Roman" w:cs="Times New Roman"/>
          <w:b/>
          <w:bCs/>
          <w:iCs/>
          <w:sz w:val="32"/>
          <w:szCs w:val="40"/>
        </w:rPr>
        <w:t>Student Name:</w:t>
      </w:r>
      <w:r w:rsidRPr="00C91F4E">
        <w:rPr>
          <w:rFonts w:ascii="Times New Roman" w:hAnsi="Times New Roman" w:cs="Times New Roman"/>
          <w:iCs/>
          <w:sz w:val="32"/>
          <w:szCs w:val="40"/>
        </w:rPr>
        <w:t xml:space="preserve"> </w:t>
      </w:r>
      <w:r w:rsidR="00D532A6" w:rsidRPr="00C91F4E">
        <w:rPr>
          <w:rFonts w:ascii="Times New Roman" w:hAnsi="Times New Roman" w:cs="Times New Roman"/>
          <w:iCs/>
          <w:sz w:val="32"/>
          <w:szCs w:val="40"/>
        </w:rPr>
        <w:t>Taishee Khan</w:t>
      </w:r>
    </w:p>
    <w:p w14:paraId="3644EF61" w14:textId="1DD3A138" w:rsidR="00D532A6" w:rsidRPr="00C91F4E" w:rsidRDefault="00D532A6" w:rsidP="0061042E">
      <w:pPr>
        <w:spacing w:after="0"/>
        <w:jc w:val="both"/>
        <w:rPr>
          <w:rFonts w:ascii="Times New Roman" w:hAnsi="Times New Roman" w:cs="Times New Roman"/>
          <w:iCs/>
          <w:sz w:val="32"/>
          <w:szCs w:val="40"/>
        </w:rPr>
      </w:pPr>
      <w:r w:rsidRPr="00BC445B">
        <w:rPr>
          <w:rFonts w:ascii="Times New Roman" w:hAnsi="Times New Roman" w:cs="Times New Roman"/>
          <w:b/>
          <w:bCs/>
          <w:iCs/>
          <w:sz w:val="32"/>
          <w:szCs w:val="40"/>
        </w:rPr>
        <w:t>ID number:</w:t>
      </w:r>
      <w:r w:rsidRPr="00C91F4E">
        <w:rPr>
          <w:rFonts w:ascii="Times New Roman" w:hAnsi="Times New Roman" w:cs="Times New Roman"/>
          <w:iCs/>
          <w:sz w:val="32"/>
          <w:szCs w:val="40"/>
        </w:rPr>
        <w:t xml:space="preserve"> </w:t>
      </w:r>
      <w:r w:rsidR="009F0907" w:rsidRPr="00C91F4E">
        <w:rPr>
          <w:rFonts w:ascii="Times New Roman" w:hAnsi="Times New Roman" w:cs="Times New Roman"/>
          <w:iCs/>
          <w:sz w:val="32"/>
          <w:szCs w:val="40"/>
        </w:rPr>
        <w:t>2133060</w:t>
      </w:r>
    </w:p>
    <w:p w14:paraId="5F370091" w14:textId="4886E5D3" w:rsidR="009F0907" w:rsidRPr="00C91F4E" w:rsidRDefault="00EF2BEA" w:rsidP="0061042E">
      <w:pPr>
        <w:spacing w:after="0"/>
        <w:jc w:val="both"/>
        <w:rPr>
          <w:rFonts w:ascii="Times New Roman" w:hAnsi="Times New Roman" w:cs="Times New Roman"/>
          <w:iCs/>
          <w:sz w:val="32"/>
          <w:szCs w:val="40"/>
        </w:rPr>
      </w:pPr>
      <w:r w:rsidRPr="00BC445B">
        <w:rPr>
          <w:rFonts w:ascii="Times New Roman" w:hAnsi="Times New Roman" w:cs="Times New Roman"/>
          <w:b/>
          <w:bCs/>
          <w:iCs/>
          <w:sz w:val="32"/>
          <w:szCs w:val="40"/>
        </w:rPr>
        <w:t>Module Name:</w:t>
      </w:r>
      <w:r w:rsidR="001C0FDA" w:rsidRPr="00C91F4E">
        <w:rPr>
          <w:rFonts w:ascii="Times New Roman" w:hAnsi="Times New Roman" w:cs="Times New Roman"/>
          <w:iCs/>
          <w:sz w:val="32"/>
          <w:szCs w:val="40"/>
        </w:rPr>
        <w:t xml:space="preserve"> Scripting and Programing </w:t>
      </w:r>
      <w:r w:rsidR="009F07DE" w:rsidRPr="00C91F4E">
        <w:rPr>
          <w:rFonts w:ascii="Times New Roman" w:hAnsi="Times New Roman" w:cs="Times New Roman"/>
          <w:iCs/>
          <w:sz w:val="32"/>
          <w:szCs w:val="40"/>
        </w:rPr>
        <w:t>Concepts</w:t>
      </w:r>
    </w:p>
    <w:p w14:paraId="7779BF4C" w14:textId="7773B09C" w:rsidR="009F07DE" w:rsidRPr="00C91F4E" w:rsidRDefault="009F07DE" w:rsidP="0061042E">
      <w:pPr>
        <w:spacing w:after="0"/>
        <w:jc w:val="both"/>
        <w:rPr>
          <w:rFonts w:ascii="Times New Roman" w:hAnsi="Times New Roman" w:cs="Times New Roman"/>
          <w:iCs/>
          <w:sz w:val="32"/>
          <w:szCs w:val="40"/>
        </w:rPr>
      </w:pPr>
      <w:r w:rsidRPr="00BC445B">
        <w:rPr>
          <w:rFonts w:ascii="Times New Roman" w:hAnsi="Times New Roman" w:cs="Times New Roman"/>
          <w:b/>
          <w:bCs/>
          <w:iCs/>
          <w:sz w:val="32"/>
          <w:szCs w:val="40"/>
        </w:rPr>
        <w:t>Module Code:</w:t>
      </w:r>
      <w:r w:rsidRPr="00C91F4E">
        <w:rPr>
          <w:rFonts w:ascii="Times New Roman" w:hAnsi="Times New Roman" w:cs="Times New Roman"/>
          <w:iCs/>
          <w:sz w:val="32"/>
          <w:szCs w:val="40"/>
        </w:rPr>
        <w:t xml:space="preserve"> </w:t>
      </w:r>
      <w:r w:rsidR="00CE7DC7" w:rsidRPr="00C91F4E">
        <w:rPr>
          <w:rFonts w:ascii="Times New Roman" w:hAnsi="Times New Roman" w:cs="Times New Roman"/>
          <w:iCs/>
          <w:sz w:val="32"/>
          <w:szCs w:val="40"/>
        </w:rPr>
        <w:t>ACCA5036</w:t>
      </w:r>
    </w:p>
    <w:p w14:paraId="618FA5EE" w14:textId="459B402A" w:rsidR="00CE7DC7" w:rsidRPr="00C91F4E" w:rsidRDefault="00CE7DC7" w:rsidP="0061042E">
      <w:pPr>
        <w:spacing w:after="0"/>
        <w:jc w:val="both"/>
        <w:rPr>
          <w:rFonts w:ascii="Times New Roman" w:hAnsi="Times New Roman" w:cs="Times New Roman"/>
          <w:iCs/>
          <w:sz w:val="32"/>
          <w:szCs w:val="40"/>
        </w:rPr>
      </w:pPr>
      <w:r w:rsidRPr="00BC445B">
        <w:rPr>
          <w:rFonts w:ascii="Times New Roman" w:hAnsi="Times New Roman" w:cs="Times New Roman"/>
          <w:b/>
          <w:bCs/>
          <w:iCs/>
          <w:sz w:val="32"/>
          <w:szCs w:val="40"/>
        </w:rPr>
        <w:t>Lecturer:</w:t>
      </w:r>
      <w:r w:rsidR="00343F54" w:rsidRPr="00C91F4E">
        <w:rPr>
          <w:rFonts w:ascii="Times New Roman" w:hAnsi="Times New Roman" w:cs="Times New Roman"/>
          <w:iCs/>
          <w:sz w:val="32"/>
          <w:szCs w:val="40"/>
        </w:rPr>
        <w:t xml:space="preserve"> Dr. </w:t>
      </w:r>
      <w:proofErr w:type="spellStart"/>
      <w:r w:rsidR="00343F54" w:rsidRPr="00C91F4E">
        <w:rPr>
          <w:rFonts w:ascii="Times New Roman" w:hAnsi="Times New Roman" w:cs="Times New Roman"/>
          <w:iCs/>
          <w:sz w:val="32"/>
          <w:szCs w:val="40"/>
        </w:rPr>
        <w:t>Mobo</w:t>
      </w:r>
      <w:r w:rsidR="00CC7168" w:rsidRPr="00C91F4E">
        <w:rPr>
          <w:rFonts w:ascii="Times New Roman" w:hAnsi="Times New Roman" w:cs="Times New Roman"/>
          <w:iCs/>
          <w:sz w:val="32"/>
          <w:szCs w:val="40"/>
        </w:rPr>
        <w:t>lanle</w:t>
      </w:r>
      <w:proofErr w:type="spellEnd"/>
      <w:r w:rsidR="00CC7168" w:rsidRPr="00C91F4E">
        <w:rPr>
          <w:rFonts w:ascii="Times New Roman" w:hAnsi="Times New Roman" w:cs="Times New Roman"/>
          <w:iCs/>
          <w:sz w:val="32"/>
          <w:szCs w:val="40"/>
        </w:rPr>
        <w:t xml:space="preserve"> Bello</w:t>
      </w:r>
    </w:p>
    <w:p w14:paraId="508820A5" w14:textId="57AD3445" w:rsidR="00CC7168" w:rsidRDefault="00CC7168" w:rsidP="0061042E">
      <w:pPr>
        <w:spacing w:after="0"/>
        <w:jc w:val="both"/>
        <w:rPr>
          <w:rFonts w:ascii="Times New Roman" w:hAnsi="Times New Roman" w:cs="Times New Roman"/>
          <w:iCs/>
          <w:sz w:val="32"/>
          <w:szCs w:val="40"/>
        </w:rPr>
      </w:pPr>
      <w:r w:rsidRPr="00BC445B">
        <w:rPr>
          <w:rFonts w:ascii="Times New Roman" w:hAnsi="Times New Roman" w:cs="Times New Roman"/>
          <w:b/>
          <w:bCs/>
          <w:iCs/>
          <w:sz w:val="32"/>
          <w:szCs w:val="40"/>
        </w:rPr>
        <w:t>Submission date:</w:t>
      </w:r>
      <w:r w:rsidRPr="00C91F4E">
        <w:rPr>
          <w:rFonts w:ascii="Times New Roman" w:hAnsi="Times New Roman" w:cs="Times New Roman"/>
          <w:iCs/>
          <w:sz w:val="32"/>
          <w:szCs w:val="40"/>
        </w:rPr>
        <w:t xml:space="preserve"> </w:t>
      </w:r>
      <w:r w:rsidR="00CF6A74" w:rsidRPr="00C91F4E">
        <w:rPr>
          <w:rFonts w:ascii="Times New Roman" w:hAnsi="Times New Roman" w:cs="Times New Roman"/>
          <w:iCs/>
          <w:sz w:val="32"/>
          <w:szCs w:val="40"/>
        </w:rPr>
        <w:t>24</w:t>
      </w:r>
      <w:r w:rsidR="00CF6A74" w:rsidRPr="00C91F4E">
        <w:rPr>
          <w:rFonts w:ascii="Times New Roman" w:hAnsi="Times New Roman" w:cs="Times New Roman"/>
          <w:iCs/>
          <w:sz w:val="32"/>
          <w:szCs w:val="40"/>
          <w:vertAlign w:val="superscript"/>
        </w:rPr>
        <w:t>th</w:t>
      </w:r>
      <w:r w:rsidR="00CF6A74" w:rsidRPr="00C91F4E">
        <w:rPr>
          <w:rFonts w:ascii="Times New Roman" w:hAnsi="Times New Roman" w:cs="Times New Roman"/>
          <w:iCs/>
          <w:sz w:val="32"/>
          <w:szCs w:val="40"/>
        </w:rPr>
        <w:t xml:space="preserve"> </w:t>
      </w:r>
      <w:r w:rsidR="00C82CB6" w:rsidRPr="00C91F4E">
        <w:rPr>
          <w:rFonts w:ascii="Times New Roman" w:hAnsi="Times New Roman" w:cs="Times New Roman"/>
          <w:iCs/>
          <w:sz w:val="32"/>
          <w:szCs w:val="40"/>
        </w:rPr>
        <w:t>July 2026</w:t>
      </w:r>
    </w:p>
    <w:p w14:paraId="245B480D" w14:textId="77777777" w:rsidR="00BC445B" w:rsidRPr="00BC445B" w:rsidRDefault="00BC445B" w:rsidP="0061042E">
      <w:pPr>
        <w:spacing w:after="0"/>
        <w:jc w:val="both"/>
        <w:rPr>
          <w:rFonts w:ascii="Times New Roman" w:hAnsi="Times New Roman" w:cs="Times New Roman"/>
          <w:b/>
          <w:bCs/>
          <w:iCs/>
          <w:sz w:val="32"/>
          <w:szCs w:val="40"/>
        </w:rPr>
      </w:pPr>
    </w:p>
    <w:p w14:paraId="375090AF" w14:textId="7B8AA802" w:rsidR="00C82CB6" w:rsidRPr="00C91F4E" w:rsidRDefault="00C82CB6" w:rsidP="0061042E">
      <w:pPr>
        <w:spacing w:after="0"/>
        <w:jc w:val="both"/>
        <w:rPr>
          <w:rFonts w:ascii="Times New Roman" w:hAnsi="Times New Roman" w:cs="Times New Roman"/>
          <w:iCs/>
          <w:sz w:val="32"/>
          <w:szCs w:val="40"/>
        </w:rPr>
      </w:pPr>
      <w:r w:rsidRPr="00BC445B">
        <w:rPr>
          <w:rFonts w:ascii="Times New Roman" w:hAnsi="Times New Roman" w:cs="Times New Roman"/>
          <w:b/>
          <w:bCs/>
          <w:iCs/>
          <w:sz w:val="32"/>
          <w:szCs w:val="40"/>
        </w:rPr>
        <w:t>GitHub Link:</w:t>
      </w:r>
      <w:r w:rsidRPr="00C91F4E">
        <w:rPr>
          <w:rFonts w:ascii="Times New Roman" w:hAnsi="Times New Roman" w:cs="Times New Roman"/>
          <w:iCs/>
          <w:sz w:val="32"/>
          <w:szCs w:val="40"/>
        </w:rPr>
        <w:t xml:space="preserve"> </w:t>
      </w:r>
      <w:hyperlink r:id="rId8" w:history="1">
        <w:r w:rsidR="00C91F4E" w:rsidRPr="00C91F4E">
          <w:rPr>
            <w:rStyle w:val="Hyperlink"/>
            <w:rFonts w:ascii="Times New Roman" w:hAnsi="Times New Roman" w:cs="Times New Roman"/>
            <w:iCs/>
            <w:sz w:val="32"/>
            <w:szCs w:val="40"/>
          </w:rPr>
          <w:t xml:space="preserve">Add Smart Home Device Manager application · </w:t>
        </w:r>
        <w:proofErr w:type="spellStart"/>
        <w:r w:rsidR="00C91F4E" w:rsidRPr="00C91F4E">
          <w:rPr>
            <w:rStyle w:val="Hyperlink"/>
            <w:rFonts w:ascii="Times New Roman" w:hAnsi="Times New Roman" w:cs="Times New Roman"/>
            <w:iCs/>
            <w:sz w:val="32"/>
            <w:szCs w:val="40"/>
          </w:rPr>
          <w:t>taisheekhan</w:t>
        </w:r>
        <w:proofErr w:type="spellEnd"/>
        <w:r w:rsidR="00C91F4E" w:rsidRPr="00C91F4E">
          <w:rPr>
            <w:rStyle w:val="Hyperlink"/>
            <w:rFonts w:ascii="Times New Roman" w:hAnsi="Times New Roman" w:cs="Times New Roman"/>
            <w:iCs/>
            <w:sz w:val="32"/>
            <w:szCs w:val="40"/>
          </w:rPr>
          <w:t>/Scripting-and-Programing@996b88b</w:t>
        </w:r>
      </w:hyperlink>
    </w:p>
    <w:p w14:paraId="5BC1B53E" w14:textId="77777777" w:rsidR="00C91F4E" w:rsidRPr="00C91F4E" w:rsidRDefault="00C91F4E" w:rsidP="0061042E">
      <w:pPr>
        <w:spacing w:after="0"/>
        <w:jc w:val="both"/>
        <w:rPr>
          <w:rFonts w:ascii="Times New Roman" w:hAnsi="Times New Roman" w:cs="Times New Roman"/>
          <w:iCs/>
          <w:sz w:val="32"/>
          <w:szCs w:val="40"/>
        </w:rPr>
      </w:pPr>
    </w:p>
    <w:p w14:paraId="65ECFC26" w14:textId="77777777" w:rsidR="00C82CB6" w:rsidRDefault="00C82CB6" w:rsidP="0061042E">
      <w:pPr>
        <w:spacing w:after="0"/>
        <w:jc w:val="both"/>
        <w:rPr>
          <w:rFonts w:ascii="Times New Roman" w:hAnsi="Times New Roman" w:cs="Times New Roman"/>
          <w:iCs/>
          <w:sz w:val="18"/>
        </w:rPr>
      </w:pPr>
    </w:p>
    <w:p w14:paraId="2466301D" w14:textId="77777777" w:rsidR="009F07DE" w:rsidRPr="00F45FFD" w:rsidRDefault="009F07DE" w:rsidP="0061042E">
      <w:pPr>
        <w:spacing w:after="0"/>
        <w:jc w:val="both"/>
        <w:rPr>
          <w:rFonts w:ascii="Times New Roman" w:hAnsi="Times New Roman" w:cs="Times New Roman"/>
          <w:iCs/>
          <w:sz w:val="18"/>
        </w:rPr>
      </w:pPr>
    </w:p>
    <w:p w14:paraId="480F7A86" w14:textId="77777777" w:rsidR="00F45FFD" w:rsidRDefault="00F45FFD" w:rsidP="0061042E">
      <w:pPr>
        <w:spacing w:after="0"/>
        <w:jc w:val="both"/>
        <w:rPr>
          <w:rFonts w:ascii="Times New Roman" w:hAnsi="Times New Roman" w:cs="Times New Roman"/>
          <w:i/>
          <w:sz w:val="18"/>
        </w:rPr>
      </w:pPr>
    </w:p>
    <w:p w14:paraId="5FA70B5E" w14:textId="77777777" w:rsidR="00F45FFD" w:rsidRDefault="00F45FFD" w:rsidP="0061042E">
      <w:pPr>
        <w:spacing w:after="0"/>
        <w:jc w:val="both"/>
        <w:rPr>
          <w:rFonts w:ascii="Times New Roman" w:hAnsi="Times New Roman" w:cs="Times New Roman"/>
          <w:i/>
          <w:sz w:val="18"/>
        </w:rPr>
      </w:pPr>
    </w:p>
    <w:p w14:paraId="1845D45B" w14:textId="77777777" w:rsidR="00F45FFD" w:rsidRDefault="00F45FFD" w:rsidP="0061042E">
      <w:pPr>
        <w:spacing w:after="0"/>
        <w:jc w:val="both"/>
        <w:rPr>
          <w:rFonts w:ascii="Times New Roman" w:hAnsi="Times New Roman" w:cs="Times New Roman"/>
          <w:i/>
          <w:sz w:val="18"/>
        </w:rPr>
      </w:pPr>
    </w:p>
    <w:p w14:paraId="28E45C5E" w14:textId="77777777" w:rsidR="00F45FFD" w:rsidRDefault="00F45FFD" w:rsidP="0061042E">
      <w:pPr>
        <w:spacing w:after="0"/>
        <w:jc w:val="both"/>
        <w:rPr>
          <w:rFonts w:ascii="Times New Roman" w:hAnsi="Times New Roman" w:cs="Times New Roman"/>
          <w:i/>
          <w:sz w:val="18"/>
        </w:rPr>
      </w:pPr>
    </w:p>
    <w:p w14:paraId="4A071215" w14:textId="77777777" w:rsidR="00F45FFD" w:rsidRDefault="00F45FFD" w:rsidP="0061042E">
      <w:pPr>
        <w:spacing w:after="0"/>
        <w:jc w:val="both"/>
        <w:rPr>
          <w:rFonts w:ascii="Times New Roman" w:hAnsi="Times New Roman" w:cs="Times New Roman"/>
          <w:i/>
          <w:sz w:val="18"/>
        </w:rPr>
      </w:pPr>
    </w:p>
    <w:p w14:paraId="16E183C9" w14:textId="77777777" w:rsidR="00F45FFD" w:rsidRDefault="00F45FFD" w:rsidP="0061042E">
      <w:pPr>
        <w:spacing w:after="0"/>
        <w:jc w:val="both"/>
        <w:rPr>
          <w:rFonts w:ascii="Times New Roman" w:hAnsi="Times New Roman" w:cs="Times New Roman"/>
          <w:i/>
          <w:sz w:val="18"/>
        </w:rPr>
      </w:pPr>
    </w:p>
    <w:p w14:paraId="0661C1A8" w14:textId="77777777" w:rsidR="00F45FFD" w:rsidRDefault="00F45FFD" w:rsidP="0061042E">
      <w:pPr>
        <w:spacing w:after="0"/>
        <w:jc w:val="both"/>
        <w:rPr>
          <w:rFonts w:ascii="Times New Roman" w:hAnsi="Times New Roman" w:cs="Times New Roman"/>
          <w:i/>
          <w:sz w:val="18"/>
        </w:rPr>
      </w:pPr>
    </w:p>
    <w:p w14:paraId="46659E9F" w14:textId="77777777" w:rsidR="00F45FFD" w:rsidRDefault="00F45FFD" w:rsidP="0061042E">
      <w:pPr>
        <w:spacing w:after="0"/>
        <w:jc w:val="both"/>
        <w:rPr>
          <w:rFonts w:ascii="Times New Roman" w:hAnsi="Times New Roman" w:cs="Times New Roman"/>
          <w:i/>
          <w:sz w:val="18"/>
        </w:rPr>
      </w:pPr>
    </w:p>
    <w:p w14:paraId="1499E362" w14:textId="77777777" w:rsidR="00F45FFD" w:rsidRDefault="00F45FFD" w:rsidP="0061042E">
      <w:pPr>
        <w:spacing w:after="0"/>
        <w:jc w:val="both"/>
        <w:rPr>
          <w:rFonts w:ascii="Times New Roman" w:hAnsi="Times New Roman" w:cs="Times New Roman"/>
          <w:i/>
          <w:sz w:val="18"/>
        </w:rPr>
      </w:pPr>
    </w:p>
    <w:p w14:paraId="2A83C9EC" w14:textId="77777777" w:rsidR="00F45FFD" w:rsidRDefault="00F45FFD" w:rsidP="0061042E">
      <w:pPr>
        <w:spacing w:after="0"/>
        <w:jc w:val="both"/>
        <w:rPr>
          <w:rFonts w:ascii="Times New Roman" w:hAnsi="Times New Roman" w:cs="Times New Roman"/>
          <w:i/>
          <w:sz w:val="18"/>
        </w:rPr>
      </w:pPr>
    </w:p>
    <w:p w14:paraId="4678330B" w14:textId="77777777" w:rsidR="00F45FFD" w:rsidRDefault="00F45FFD" w:rsidP="0061042E">
      <w:pPr>
        <w:spacing w:after="0"/>
        <w:jc w:val="both"/>
        <w:rPr>
          <w:rFonts w:ascii="Times New Roman" w:hAnsi="Times New Roman" w:cs="Times New Roman"/>
          <w:i/>
          <w:sz w:val="18"/>
        </w:rPr>
      </w:pPr>
    </w:p>
    <w:p w14:paraId="32F66C93" w14:textId="77777777" w:rsidR="00F45FFD" w:rsidRDefault="00F45FFD" w:rsidP="0061042E">
      <w:pPr>
        <w:spacing w:after="0"/>
        <w:jc w:val="both"/>
        <w:rPr>
          <w:rFonts w:ascii="Times New Roman" w:hAnsi="Times New Roman" w:cs="Times New Roman"/>
          <w:i/>
          <w:sz w:val="18"/>
        </w:rPr>
      </w:pPr>
    </w:p>
    <w:p w14:paraId="26C3C333" w14:textId="77777777" w:rsidR="00F45FFD" w:rsidRDefault="00F45FFD" w:rsidP="0061042E">
      <w:pPr>
        <w:spacing w:after="0"/>
        <w:jc w:val="both"/>
        <w:rPr>
          <w:rFonts w:ascii="Times New Roman" w:hAnsi="Times New Roman" w:cs="Times New Roman"/>
          <w:i/>
          <w:sz w:val="18"/>
        </w:rPr>
      </w:pPr>
    </w:p>
    <w:p w14:paraId="6F678EC4" w14:textId="77777777" w:rsidR="00F45FFD" w:rsidRDefault="00F45FFD" w:rsidP="0061042E">
      <w:pPr>
        <w:spacing w:after="0"/>
        <w:jc w:val="both"/>
        <w:rPr>
          <w:rFonts w:ascii="Times New Roman" w:hAnsi="Times New Roman" w:cs="Times New Roman"/>
          <w:i/>
          <w:sz w:val="18"/>
        </w:rPr>
      </w:pPr>
    </w:p>
    <w:p w14:paraId="2157ED30" w14:textId="77777777" w:rsidR="00F45FFD" w:rsidRDefault="00F45FFD" w:rsidP="0061042E">
      <w:pPr>
        <w:spacing w:after="0"/>
        <w:jc w:val="both"/>
        <w:rPr>
          <w:rFonts w:ascii="Times New Roman" w:hAnsi="Times New Roman" w:cs="Times New Roman"/>
          <w:i/>
          <w:sz w:val="18"/>
        </w:rPr>
      </w:pPr>
    </w:p>
    <w:p w14:paraId="507D4918" w14:textId="77777777" w:rsidR="00F45FFD" w:rsidRDefault="00F45FFD" w:rsidP="0061042E">
      <w:pPr>
        <w:spacing w:after="0"/>
        <w:jc w:val="both"/>
        <w:rPr>
          <w:rFonts w:ascii="Times New Roman" w:hAnsi="Times New Roman" w:cs="Times New Roman"/>
          <w:i/>
          <w:sz w:val="18"/>
        </w:rPr>
      </w:pPr>
    </w:p>
    <w:p w14:paraId="085F453B" w14:textId="77777777" w:rsidR="00F45FFD" w:rsidRDefault="00F45FFD" w:rsidP="0061042E">
      <w:pPr>
        <w:spacing w:after="0"/>
        <w:jc w:val="both"/>
        <w:rPr>
          <w:rFonts w:ascii="Times New Roman" w:hAnsi="Times New Roman" w:cs="Times New Roman"/>
          <w:i/>
          <w:sz w:val="18"/>
        </w:rPr>
      </w:pPr>
    </w:p>
    <w:p w14:paraId="071218C5" w14:textId="77777777" w:rsidR="00F45FFD" w:rsidRDefault="00F45FFD" w:rsidP="0061042E">
      <w:pPr>
        <w:spacing w:after="0"/>
        <w:jc w:val="both"/>
        <w:rPr>
          <w:rFonts w:ascii="Times New Roman" w:hAnsi="Times New Roman" w:cs="Times New Roman"/>
          <w:i/>
          <w:sz w:val="18"/>
        </w:rPr>
      </w:pPr>
    </w:p>
    <w:p w14:paraId="0FB3BA11" w14:textId="77777777" w:rsidR="00F45FFD" w:rsidRDefault="00F45FFD" w:rsidP="0061042E">
      <w:pPr>
        <w:spacing w:after="0"/>
        <w:jc w:val="both"/>
        <w:rPr>
          <w:rFonts w:ascii="Times New Roman" w:hAnsi="Times New Roman" w:cs="Times New Roman"/>
          <w:i/>
          <w:sz w:val="18"/>
        </w:rPr>
      </w:pPr>
    </w:p>
    <w:p w14:paraId="7E813970" w14:textId="77777777" w:rsidR="00F45FFD" w:rsidRDefault="00F45FFD" w:rsidP="0061042E">
      <w:pPr>
        <w:spacing w:after="0"/>
        <w:jc w:val="both"/>
        <w:rPr>
          <w:rFonts w:ascii="Times New Roman" w:hAnsi="Times New Roman" w:cs="Times New Roman"/>
          <w:i/>
          <w:sz w:val="18"/>
        </w:rPr>
      </w:pPr>
    </w:p>
    <w:p w14:paraId="22DC5E56" w14:textId="77777777" w:rsidR="00F45FFD" w:rsidRDefault="00F45FFD" w:rsidP="0061042E">
      <w:pPr>
        <w:spacing w:after="0"/>
        <w:jc w:val="both"/>
        <w:rPr>
          <w:rFonts w:ascii="Times New Roman" w:hAnsi="Times New Roman" w:cs="Times New Roman"/>
          <w:i/>
          <w:sz w:val="18"/>
        </w:rPr>
      </w:pPr>
    </w:p>
    <w:p w14:paraId="15A7B8EB" w14:textId="77777777" w:rsidR="00F45FFD" w:rsidRDefault="00F45FFD" w:rsidP="0061042E">
      <w:pPr>
        <w:spacing w:after="0"/>
        <w:jc w:val="both"/>
        <w:rPr>
          <w:rFonts w:ascii="Times New Roman" w:hAnsi="Times New Roman" w:cs="Times New Roman"/>
          <w:i/>
          <w:sz w:val="18"/>
        </w:rPr>
      </w:pPr>
    </w:p>
    <w:p w14:paraId="36096E4A" w14:textId="77777777" w:rsidR="00F45FFD" w:rsidRDefault="00F45FFD" w:rsidP="0061042E">
      <w:pPr>
        <w:spacing w:after="0"/>
        <w:jc w:val="both"/>
        <w:rPr>
          <w:rFonts w:ascii="Times New Roman" w:hAnsi="Times New Roman" w:cs="Times New Roman"/>
          <w:i/>
          <w:sz w:val="18"/>
        </w:rPr>
      </w:pPr>
    </w:p>
    <w:p w14:paraId="74F8A5CF" w14:textId="77777777" w:rsidR="00F45FFD" w:rsidRDefault="00F45FFD" w:rsidP="0061042E">
      <w:pPr>
        <w:spacing w:after="0"/>
        <w:jc w:val="both"/>
        <w:rPr>
          <w:rFonts w:ascii="Times New Roman" w:hAnsi="Times New Roman" w:cs="Times New Roman"/>
          <w:i/>
          <w:sz w:val="18"/>
        </w:rPr>
      </w:pPr>
    </w:p>
    <w:p w14:paraId="0555F104" w14:textId="77777777" w:rsidR="00F45FFD" w:rsidRDefault="00F45FFD" w:rsidP="0061042E">
      <w:pPr>
        <w:spacing w:after="0"/>
        <w:jc w:val="both"/>
        <w:rPr>
          <w:rFonts w:ascii="Times New Roman" w:hAnsi="Times New Roman" w:cs="Times New Roman"/>
          <w:i/>
          <w:sz w:val="18"/>
        </w:rPr>
      </w:pPr>
    </w:p>
    <w:p w14:paraId="5AABC883" w14:textId="77777777" w:rsidR="00F45FFD" w:rsidRDefault="00F45FFD" w:rsidP="0061042E">
      <w:pPr>
        <w:spacing w:after="0"/>
        <w:jc w:val="both"/>
        <w:rPr>
          <w:rFonts w:ascii="Times New Roman" w:hAnsi="Times New Roman" w:cs="Times New Roman"/>
          <w:i/>
          <w:sz w:val="18"/>
        </w:rPr>
      </w:pPr>
    </w:p>
    <w:p w14:paraId="3AC242E8" w14:textId="77777777" w:rsidR="00F45FFD" w:rsidRPr="00160913" w:rsidRDefault="00F45FFD" w:rsidP="0061042E">
      <w:pPr>
        <w:spacing w:after="0"/>
        <w:jc w:val="both"/>
        <w:rPr>
          <w:rFonts w:ascii="Times New Roman" w:hAnsi="Times New Roman" w:cs="Times New Roman"/>
        </w:rPr>
      </w:pPr>
    </w:p>
    <w:sdt>
      <w:sdtPr>
        <w:rPr>
          <w:rFonts w:ascii="Times New Roman" w:eastAsiaTheme="minorEastAsia" w:hAnsi="Times New Roman" w:cs="Times New Roman"/>
          <w:b w:val="0"/>
          <w:bCs w:val="0"/>
          <w:color w:val="auto"/>
          <w:sz w:val="22"/>
          <w:szCs w:val="22"/>
        </w:rPr>
        <w:id w:val="1615794671"/>
        <w:docPartObj>
          <w:docPartGallery w:val="Table of Contents"/>
          <w:docPartUnique/>
        </w:docPartObj>
      </w:sdtPr>
      <w:sdtEndPr>
        <w:rPr>
          <w:noProof/>
        </w:rPr>
      </w:sdtEndPr>
      <w:sdtContent>
        <w:p w14:paraId="2974BBB6" w14:textId="5737FB32" w:rsidR="00160913" w:rsidRPr="00160913" w:rsidRDefault="00160913" w:rsidP="0061042E">
          <w:pPr>
            <w:pStyle w:val="TOCHeading"/>
            <w:rPr>
              <w:rFonts w:ascii="Times New Roman" w:hAnsi="Times New Roman" w:cs="Times New Roman"/>
              <w:color w:val="auto"/>
            </w:rPr>
          </w:pPr>
          <w:r w:rsidRPr="00160913">
            <w:rPr>
              <w:rFonts w:ascii="Times New Roman" w:hAnsi="Times New Roman" w:cs="Times New Roman"/>
              <w:color w:val="auto"/>
            </w:rPr>
            <w:t>Contents</w:t>
          </w:r>
        </w:p>
        <w:p w14:paraId="025A0C37" w14:textId="638DFF82" w:rsidR="00160913" w:rsidRPr="00160913" w:rsidRDefault="00160913">
          <w:pPr>
            <w:pStyle w:val="TOC1"/>
            <w:tabs>
              <w:tab w:val="right" w:leader="dot" w:pos="8630"/>
            </w:tabs>
            <w:rPr>
              <w:rFonts w:ascii="Times New Roman" w:hAnsi="Times New Roman" w:cs="Times New Roman"/>
              <w:noProof/>
            </w:rPr>
          </w:pPr>
          <w:r w:rsidRPr="00160913">
            <w:rPr>
              <w:rFonts w:ascii="Times New Roman" w:hAnsi="Times New Roman" w:cs="Times New Roman"/>
            </w:rPr>
            <w:fldChar w:fldCharType="begin"/>
          </w:r>
          <w:r w:rsidRPr="00160913">
            <w:rPr>
              <w:rFonts w:ascii="Times New Roman" w:hAnsi="Times New Roman" w:cs="Times New Roman"/>
            </w:rPr>
            <w:instrText xml:space="preserve"> TOC \o "1-3" \h \z \u </w:instrText>
          </w:r>
          <w:r w:rsidRPr="00160913">
            <w:rPr>
              <w:rFonts w:ascii="Times New Roman" w:hAnsi="Times New Roman" w:cs="Times New Roman"/>
            </w:rPr>
            <w:fldChar w:fldCharType="separate"/>
          </w:r>
          <w:hyperlink w:anchor="_Toc233895753" w:history="1">
            <w:r w:rsidRPr="00160913">
              <w:rPr>
                <w:rStyle w:val="Hyperlink"/>
                <w:rFonts w:ascii="Times New Roman" w:hAnsi="Times New Roman" w:cs="Times New Roman"/>
                <w:noProof/>
              </w:rPr>
              <w:t>1. Analysis</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_Toc233895753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3</w:t>
            </w:r>
            <w:r w:rsidRPr="00160913">
              <w:rPr>
                <w:rFonts w:ascii="Times New Roman" w:hAnsi="Times New Roman" w:cs="Times New Roman"/>
                <w:noProof/>
                <w:webHidden/>
              </w:rPr>
              <w:fldChar w:fldCharType="end"/>
            </w:r>
          </w:hyperlink>
        </w:p>
        <w:p w14:paraId="53933ED8" w14:textId="034654B0" w:rsidR="00160913" w:rsidRPr="00160913" w:rsidRDefault="00160913">
          <w:pPr>
            <w:pStyle w:val="TOC2"/>
            <w:tabs>
              <w:tab w:val="right" w:leader="dot" w:pos="8630"/>
            </w:tabs>
            <w:rPr>
              <w:rFonts w:ascii="Times New Roman" w:hAnsi="Times New Roman" w:cs="Times New Roman"/>
              <w:noProof/>
            </w:rPr>
          </w:pPr>
          <w:hyperlink w:anchor="_Toc233895754" w:history="1">
            <w:r w:rsidRPr="00160913">
              <w:rPr>
                <w:rStyle w:val="Hyperlink"/>
                <w:rFonts w:ascii="Times New Roman" w:hAnsi="Times New Roman" w:cs="Times New Roman"/>
                <w:noProof/>
              </w:rPr>
              <w:t>1.1 Introduction</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_Toc233895754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3</w:t>
            </w:r>
            <w:r w:rsidRPr="00160913">
              <w:rPr>
                <w:rFonts w:ascii="Times New Roman" w:hAnsi="Times New Roman" w:cs="Times New Roman"/>
                <w:noProof/>
                <w:webHidden/>
              </w:rPr>
              <w:fldChar w:fldCharType="end"/>
            </w:r>
          </w:hyperlink>
        </w:p>
        <w:p w14:paraId="52DECC65" w14:textId="6F7C2DC2" w:rsidR="00160913" w:rsidRPr="00160913" w:rsidRDefault="00160913">
          <w:pPr>
            <w:pStyle w:val="TOC2"/>
            <w:tabs>
              <w:tab w:val="right" w:leader="dot" w:pos="8630"/>
            </w:tabs>
            <w:rPr>
              <w:rFonts w:ascii="Times New Roman" w:hAnsi="Times New Roman" w:cs="Times New Roman"/>
              <w:noProof/>
            </w:rPr>
          </w:pPr>
          <w:hyperlink w:anchor="_Toc233895755" w:history="1">
            <w:r w:rsidRPr="00160913">
              <w:rPr>
                <w:rStyle w:val="Hyperlink"/>
                <w:rFonts w:ascii="Times New Roman" w:hAnsi="Times New Roman" w:cs="Times New Roman"/>
                <w:noProof/>
              </w:rPr>
              <w:t>1.2 Requirements Analysis</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_Toc233895755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3</w:t>
            </w:r>
            <w:r w:rsidRPr="00160913">
              <w:rPr>
                <w:rFonts w:ascii="Times New Roman" w:hAnsi="Times New Roman" w:cs="Times New Roman"/>
                <w:noProof/>
                <w:webHidden/>
              </w:rPr>
              <w:fldChar w:fldCharType="end"/>
            </w:r>
          </w:hyperlink>
        </w:p>
        <w:p w14:paraId="48542D10" w14:textId="7D69EB45" w:rsidR="00160913" w:rsidRPr="00160913" w:rsidRDefault="00160913">
          <w:pPr>
            <w:pStyle w:val="TOC1"/>
            <w:tabs>
              <w:tab w:val="right" w:leader="dot" w:pos="8630"/>
            </w:tabs>
            <w:rPr>
              <w:rFonts w:ascii="Times New Roman" w:hAnsi="Times New Roman" w:cs="Times New Roman"/>
              <w:noProof/>
            </w:rPr>
          </w:pPr>
          <w:hyperlink w:anchor="_Toc233895756" w:history="1">
            <w:r w:rsidRPr="00160913">
              <w:rPr>
                <w:rStyle w:val="Hyperlink"/>
                <w:rFonts w:ascii="Times New Roman" w:hAnsi="Times New Roman" w:cs="Times New Roman"/>
                <w:noProof/>
              </w:rPr>
              <w:t>2. Software Design and Development</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_Toc233895756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4</w:t>
            </w:r>
            <w:r w:rsidRPr="00160913">
              <w:rPr>
                <w:rFonts w:ascii="Times New Roman" w:hAnsi="Times New Roman" w:cs="Times New Roman"/>
                <w:noProof/>
                <w:webHidden/>
              </w:rPr>
              <w:fldChar w:fldCharType="end"/>
            </w:r>
          </w:hyperlink>
        </w:p>
        <w:p w14:paraId="605187A4" w14:textId="68247265" w:rsidR="00160913" w:rsidRPr="00160913" w:rsidRDefault="00160913">
          <w:pPr>
            <w:pStyle w:val="TOC2"/>
            <w:tabs>
              <w:tab w:val="right" w:leader="dot" w:pos="8630"/>
            </w:tabs>
            <w:rPr>
              <w:rFonts w:ascii="Times New Roman" w:hAnsi="Times New Roman" w:cs="Times New Roman"/>
              <w:noProof/>
            </w:rPr>
          </w:pPr>
          <w:hyperlink w:anchor="_Toc233895757" w:history="1">
            <w:r w:rsidRPr="00160913">
              <w:rPr>
                <w:rStyle w:val="Hyperlink"/>
                <w:rFonts w:ascii="Times New Roman" w:hAnsi="Times New Roman" w:cs="Times New Roman"/>
                <w:noProof/>
              </w:rPr>
              <w:t>2.a Design</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_Toc233895757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4</w:t>
            </w:r>
            <w:r w:rsidRPr="00160913">
              <w:rPr>
                <w:rFonts w:ascii="Times New Roman" w:hAnsi="Times New Roman" w:cs="Times New Roman"/>
                <w:noProof/>
                <w:webHidden/>
              </w:rPr>
              <w:fldChar w:fldCharType="end"/>
            </w:r>
          </w:hyperlink>
        </w:p>
        <w:p w14:paraId="32CD8DB3" w14:textId="5BB9A4AE" w:rsidR="00160913" w:rsidRPr="00160913" w:rsidRDefault="00160913">
          <w:pPr>
            <w:pStyle w:val="TOC3"/>
            <w:tabs>
              <w:tab w:val="right" w:leader="dot" w:pos="8630"/>
            </w:tabs>
            <w:rPr>
              <w:rFonts w:ascii="Times New Roman" w:hAnsi="Times New Roman" w:cs="Times New Roman"/>
              <w:noProof/>
            </w:rPr>
          </w:pPr>
          <w:hyperlink w:anchor="_Toc233895758" w:history="1">
            <w:r w:rsidRPr="00160913">
              <w:rPr>
                <w:rStyle w:val="Hyperlink"/>
                <w:rFonts w:ascii="Times New Roman" w:hAnsi="Times New Roman" w:cs="Times New Roman"/>
                <w:noProof/>
              </w:rPr>
              <w:t>2.a.i Flowchart</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_Toc233895758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4</w:t>
            </w:r>
            <w:r w:rsidRPr="00160913">
              <w:rPr>
                <w:rFonts w:ascii="Times New Roman" w:hAnsi="Times New Roman" w:cs="Times New Roman"/>
                <w:noProof/>
                <w:webHidden/>
              </w:rPr>
              <w:fldChar w:fldCharType="end"/>
            </w:r>
          </w:hyperlink>
        </w:p>
        <w:p w14:paraId="12C1CDD1" w14:textId="32F0CAF3" w:rsidR="00160913" w:rsidRPr="00160913" w:rsidRDefault="00160913">
          <w:pPr>
            <w:pStyle w:val="TOC3"/>
            <w:tabs>
              <w:tab w:val="right" w:leader="dot" w:pos="8630"/>
            </w:tabs>
            <w:rPr>
              <w:rFonts w:ascii="Times New Roman" w:hAnsi="Times New Roman" w:cs="Times New Roman"/>
              <w:noProof/>
            </w:rPr>
          </w:pPr>
          <w:hyperlink w:anchor="_Toc233895759" w:history="1">
            <w:r w:rsidRPr="00160913">
              <w:rPr>
                <w:rStyle w:val="Hyperlink"/>
                <w:rFonts w:ascii="Times New Roman" w:hAnsi="Times New Roman" w:cs="Times New Roman"/>
                <w:noProof/>
              </w:rPr>
              <w:t>2.a.ii Pseudo-code</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_Toc233895759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4</w:t>
            </w:r>
            <w:r w:rsidRPr="00160913">
              <w:rPr>
                <w:rFonts w:ascii="Times New Roman" w:hAnsi="Times New Roman" w:cs="Times New Roman"/>
                <w:noProof/>
                <w:webHidden/>
              </w:rPr>
              <w:fldChar w:fldCharType="end"/>
            </w:r>
          </w:hyperlink>
        </w:p>
        <w:p w14:paraId="300190D6" w14:textId="44E6AE17" w:rsidR="00160913" w:rsidRPr="00160913" w:rsidRDefault="00160913">
          <w:pPr>
            <w:pStyle w:val="TOC2"/>
            <w:tabs>
              <w:tab w:val="right" w:leader="dot" w:pos="8630"/>
            </w:tabs>
            <w:rPr>
              <w:rFonts w:ascii="Times New Roman" w:hAnsi="Times New Roman" w:cs="Times New Roman"/>
              <w:noProof/>
            </w:rPr>
          </w:pPr>
          <w:hyperlink w:anchor="_Toc233895760" w:history="1">
            <w:r w:rsidRPr="00160913">
              <w:rPr>
                <w:rStyle w:val="Hyperlink"/>
                <w:rFonts w:ascii="Times New Roman" w:hAnsi="Times New Roman" w:cs="Times New Roman"/>
                <w:noProof/>
              </w:rPr>
              <w:t>2.b Implementation Decisions</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_Toc233895760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5</w:t>
            </w:r>
            <w:r w:rsidRPr="00160913">
              <w:rPr>
                <w:rFonts w:ascii="Times New Roman" w:hAnsi="Times New Roman" w:cs="Times New Roman"/>
                <w:noProof/>
                <w:webHidden/>
              </w:rPr>
              <w:fldChar w:fldCharType="end"/>
            </w:r>
          </w:hyperlink>
        </w:p>
        <w:p w14:paraId="471E2747" w14:textId="142A51DB" w:rsidR="00160913" w:rsidRPr="00160913" w:rsidRDefault="00160913">
          <w:pPr>
            <w:pStyle w:val="TOC3"/>
            <w:tabs>
              <w:tab w:val="right" w:leader="dot" w:pos="8630"/>
            </w:tabs>
            <w:rPr>
              <w:rFonts w:ascii="Times New Roman" w:hAnsi="Times New Roman" w:cs="Times New Roman"/>
              <w:noProof/>
            </w:rPr>
          </w:pPr>
          <w:hyperlink w:anchor="_Toc233895761" w:history="1">
            <w:r w:rsidRPr="00160913">
              <w:rPr>
                <w:rStyle w:val="Hyperlink"/>
                <w:rFonts w:ascii="Times New Roman" w:hAnsi="Times New Roman" w:cs="Times New Roman"/>
                <w:noProof/>
              </w:rPr>
              <w:t>2.b.i Data Structures</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_Toc233895761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5</w:t>
            </w:r>
            <w:r w:rsidRPr="00160913">
              <w:rPr>
                <w:rFonts w:ascii="Times New Roman" w:hAnsi="Times New Roman" w:cs="Times New Roman"/>
                <w:noProof/>
                <w:webHidden/>
              </w:rPr>
              <w:fldChar w:fldCharType="end"/>
            </w:r>
          </w:hyperlink>
        </w:p>
        <w:p w14:paraId="6AD597D9" w14:textId="42166A01" w:rsidR="00160913" w:rsidRPr="00160913" w:rsidRDefault="00160913">
          <w:pPr>
            <w:pStyle w:val="TOC3"/>
            <w:tabs>
              <w:tab w:val="right" w:leader="dot" w:pos="8630"/>
            </w:tabs>
            <w:rPr>
              <w:rFonts w:ascii="Times New Roman" w:hAnsi="Times New Roman" w:cs="Times New Roman"/>
              <w:noProof/>
            </w:rPr>
          </w:pPr>
          <w:hyperlink w:anchor="_Toc233895762" w:history="1">
            <w:r w:rsidRPr="00160913">
              <w:rPr>
                <w:rStyle w:val="Hyperlink"/>
                <w:rFonts w:ascii="Times New Roman" w:hAnsi="Times New Roman" w:cs="Times New Roman"/>
                <w:noProof/>
              </w:rPr>
              <w:t>2.b.ii Programming Constructs</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_Toc233895762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6</w:t>
            </w:r>
            <w:r w:rsidRPr="00160913">
              <w:rPr>
                <w:rFonts w:ascii="Times New Roman" w:hAnsi="Times New Roman" w:cs="Times New Roman"/>
                <w:noProof/>
                <w:webHidden/>
              </w:rPr>
              <w:fldChar w:fldCharType="end"/>
            </w:r>
          </w:hyperlink>
        </w:p>
        <w:p w14:paraId="1F2F3D7F" w14:textId="64860118" w:rsidR="00160913" w:rsidRPr="00160913" w:rsidRDefault="00160913">
          <w:pPr>
            <w:pStyle w:val="TOC3"/>
            <w:tabs>
              <w:tab w:val="right" w:leader="dot" w:pos="8630"/>
            </w:tabs>
            <w:rPr>
              <w:rFonts w:ascii="Times New Roman" w:hAnsi="Times New Roman" w:cs="Times New Roman"/>
              <w:noProof/>
            </w:rPr>
          </w:pPr>
          <w:hyperlink w:anchor="_Toc233895763" w:history="1">
            <w:r w:rsidRPr="00160913">
              <w:rPr>
                <w:rStyle w:val="Hyperlink"/>
                <w:rFonts w:ascii="Times New Roman" w:hAnsi="Times New Roman" w:cs="Times New Roman"/>
                <w:noProof/>
              </w:rPr>
              <w:t>2.b.iii Python Modules and Libraries</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_Toc233895763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6</w:t>
            </w:r>
            <w:r w:rsidRPr="00160913">
              <w:rPr>
                <w:rFonts w:ascii="Times New Roman" w:hAnsi="Times New Roman" w:cs="Times New Roman"/>
                <w:noProof/>
                <w:webHidden/>
              </w:rPr>
              <w:fldChar w:fldCharType="end"/>
            </w:r>
          </w:hyperlink>
        </w:p>
        <w:p w14:paraId="7256E6B5" w14:textId="7CE16846" w:rsidR="00160913" w:rsidRPr="00160913" w:rsidRDefault="00160913">
          <w:pPr>
            <w:pStyle w:val="TOC2"/>
            <w:tabs>
              <w:tab w:val="right" w:leader="dot" w:pos="8630"/>
            </w:tabs>
            <w:rPr>
              <w:rFonts w:ascii="Times New Roman" w:hAnsi="Times New Roman" w:cs="Times New Roman"/>
              <w:noProof/>
            </w:rPr>
          </w:pPr>
          <w:hyperlink w:anchor="_Toc233895764" w:history="1">
            <w:r w:rsidRPr="00160913">
              <w:rPr>
                <w:rStyle w:val="Hyperlink"/>
                <w:rFonts w:ascii="Times New Roman" w:hAnsi="Times New Roman" w:cs="Times New Roman"/>
                <w:noProof/>
              </w:rPr>
              <w:t>2.c Source Code</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_Toc233895764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7</w:t>
            </w:r>
            <w:r w:rsidRPr="00160913">
              <w:rPr>
                <w:rFonts w:ascii="Times New Roman" w:hAnsi="Times New Roman" w:cs="Times New Roman"/>
                <w:noProof/>
                <w:webHidden/>
              </w:rPr>
              <w:fldChar w:fldCharType="end"/>
            </w:r>
          </w:hyperlink>
        </w:p>
        <w:p w14:paraId="0ADDA917" w14:textId="7A8311B0" w:rsidR="00160913" w:rsidRPr="00160913" w:rsidRDefault="00160913">
          <w:pPr>
            <w:pStyle w:val="TOC1"/>
            <w:tabs>
              <w:tab w:val="right" w:leader="dot" w:pos="8630"/>
            </w:tabs>
            <w:rPr>
              <w:rFonts w:ascii="Times New Roman" w:hAnsi="Times New Roman" w:cs="Times New Roman"/>
              <w:noProof/>
            </w:rPr>
          </w:pPr>
          <w:hyperlink w:anchor="_Toc233895765" w:history="1">
            <w:r w:rsidRPr="00160913">
              <w:rPr>
                <w:rStyle w:val="Hyperlink"/>
                <w:rFonts w:ascii="Times New Roman" w:hAnsi="Times New Roman" w:cs="Times New Roman"/>
                <w:noProof/>
              </w:rPr>
              <w:t>3. Testing and Debugging Report</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_Toc233895765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11</w:t>
            </w:r>
            <w:r w:rsidRPr="00160913">
              <w:rPr>
                <w:rFonts w:ascii="Times New Roman" w:hAnsi="Times New Roman" w:cs="Times New Roman"/>
                <w:noProof/>
                <w:webHidden/>
              </w:rPr>
              <w:fldChar w:fldCharType="end"/>
            </w:r>
          </w:hyperlink>
        </w:p>
        <w:p w14:paraId="74AC8A3B" w14:textId="710D52BD" w:rsidR="00160913" w:rsidRPr="00160913" w:rsidRDefault="00160913">
          <w:pPr>
            <w:pStyle w:val="TOC2"/>
            <w:tabs>
              <w:tab w:val="right" w:leader="dot" w:pos="8630"/>
            </w:tabs>
            <w:rPr>
              <w:rFonts w:ascii="Times New Roman" w:hAnsi="Times New Roman" w:cs="Times New Roman"/>
              <w:noProof/>
            </w:rPr>
          </w:pPr>
          <w:hyperlink w:anchor="_Toc233895766" w:history="1">
            <w:r w:rsidRPr="00160913">
              <w:rPr>
                <w:rStyle w:val="Hyperlink"/>
                <w:rFonts w:ascii="Times New Roman" w:hAnsi="Times New Roman" w:cs="Times New Roman"/>
                <w:noProof/>
              </w:rPr>
              <w:t>3.a The Importance of Program Testing</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_Toc233895766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11</w:t>
            </w:r>
            <w:r w:rsidRPr="00160913">
              <w:rPr>
                <w:rFonts w:ascii="Times New Roman" w:hAnsi="Times New Roman" w:cs="Times New Roman"/>
                <w:noProof/>
                <w:webHidden/>
              </w:rPr>
              <w:fldChar w:fldCharType="end"/>
            </w:r>
          </w:hyperlink>
        </w:p>
        <w:p w14:paraId="1A3FE017" w14:textId="635BF072" w:rsidR="00160913" w:rsidRPr="00160913" w:rsidRDefault="00160913">
          <w:pPr>
            <w:pStyle w:val="TOC2"/>
            <w:tabs>
              <w:tab w:val="right" w:leader="dot" w:pos="8630"/>
            </w:tabs>
            <w:rPr>
              <w:rFonts w:ascii="Times New Roman" w:hAnsi="Times New Roman" w:cs="Times New Roman"/>
              <w:noProof/>
            </w:rPr>
          </w:pPr>
          <w:hyperlink w:anchor="_Toc233895767" w:history="1">
            <w:r w:rsidRPr="00160913">
              <w:rPr>
                <w:rStyle w:val="Hyperlink"/>
                <w:rFonts w:ascii="Times New Roman" w:hAnsi="Times New Roman" w:cs="Times New Roman"/>
                <w:noProof/>
              </w:rPr>
              <w:t>3.b Types of Programming Errors</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_Toc233895767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11</w:t>
            </w:r>
            <w:r w:rsidRPr="00160913">
              <w:rPr>
                <w:rFonts w:ascii="Times New Roman" w:hAnsi="Times New Roman" w:cs="Times New Roman"/>
                <w:noProof/>
                <w:webHidden/>
              </w:rPr>
              <w:fldChar w:fldCharType="end"/>
            </w:r>
          </w:hyperlink>
        </w:p>
        <w:p w14:paraId="1F848024" w14:textId="5C4555F6" w:rsidR="00160913" w:rsidRPr="00160913" w:rsidRDefault="00160913">
          <w:pPr>
            <w:pStyle w:val="TOC2"/>
            <w:tabs>
              <w:tab w:val="right" w:leader="dot" w:pos="8630"/>
            </w:tabs>
            <w:rPr>
              <w:rFonts w:ascii="Times New Roman" w:hAnsi="Times New Roman" w:cs="Times New Roman"/>
              <w:noProof/>
            </w:rPr>
          </w:pPr>
          <w:hyperlink w:anchor="_Toc233895768" w:history="1">
            <w:r w:rsidRPr="00160913">
              <w:rPr>
                <w:rStyle w:val="Hyperlink"/>
                <w:rFonts w:ascii="Times New Roman" w:hAnsi="Times New Roman" w:cs="Times New Roman"/>
                <w:noProof/>
              </w:rPr>
              <w:t>3.c Test Cases and Results</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_Toc233895768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11</w:t>
            </w:r>
            <w:r w:rsidRPr="00160913">
              <w:rPr>
                <w:rFonts w:ascii="Times New Roman" w:hAnsi="Times New Roman" w:cs="Times New Roman"/>
                <w:noProof/>
                <w:webHidden/>
              </w:rPr>
              <w:fldChar w:fldCharType="end"/>
            </w:r>
          </w:hyperlink>
        </w:p>
        <w:p w14:paraId="393497E1" w14:textId="6D283C46" w:rsidR="00160913" w:rsidRPr="00160913" w:rsidRDefault="00160913">
          <w:pPr>
            <w:pStyle w:val="TOC1"/>
            <w:tabs>
              <w:tab w:val="right" w:leader="dot" w:pos="8630"/>
            </w:tabs>
            <w:rPr>
              <w:rFonts w:ascii="Times New Roman" w:hAnsi="Times New Roman" w:cs="Times New Roman"/>
              <w:noProof/>
            </w:rPr>
          </w:pPr>
          <w:hyperlink w:anchor="_Toc233895769" w:history="1">
            <w:r w:rsidRPr="00160913">
              <w:rPr>
                <w:rStyle w:val="Hyperlink"/>
                <w:rFonts w:ascii="Times New Roman" w:hAnsi="Times New Roman" w:cs="Times New Roman"/>
                <w:noProof/>
              </w:rPr>
              <w:t>4. Evaluation</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_Toc233895769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13</w:t>
            </w:r>
            <w:r w:rsidRPr="00160913">
              <w:rPr>
                <w:rFonts w:ascii="Times New Roman" w:hAnsi="Times New Roman" w:cs="Times New Roman"/>
                <w:noProof/>
                <w:webHidden/>
              </w:rPr>
              <w:fldChar w:fldCharType="end"/>
            </w:r>
          </w:hyperlink>
        </w:p>
        <w:p w14:paraId="31B3726C" w14:textId="196CBCA4" w:rsidR="00160913" w:rsidRPr="00160913" w:rsidRDefault="00160913">
          <w:pPr>
            <w:pStyle w:val="TOC2"/>
            <w:tabs>
              <w:tab w:val="right" w:leader="dot" w:pos="8630"/>
            </w:tabs>
            <w:rPr>
              <w:rFonts w:ascii="Times New Roman" w:hAnsi="Times New Roman" w:cs="Times New Roman"/>
              <w:noProof/>
            </w:rPr>
          </w:pPr>
          <w:hyperlink w:anchor="_Toc233895770" w:history="1">
            <w:r w:rsidRPr="00160913">
              <w:rPr>
                <w:rStyle w:val="Hyperlink"/>
                <w:rFonts w:ascii="Times New Roman" w:hAnsi="Times New Roman" w:cs="Times New Roman"/>
                <w:noProof/>
              </w:rPr>
              <w:t>4.1 Challenges Faced</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_Toc233895770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13</w:t>
            </w:r>
            <w:r w:rsidRPr="00160913">
              <w:rPr>
                <w:rFonts w:ascii="Times New Roman" w:hAnsi="Times New Roman" w:cs="Times New Roman"/>
                <w:noProof/>
                <w:webHidden/>
              </w:rPr>
              <w:fldChar w:fldCharType="end"/>
            </w:r>
          </w:hyperlink>
        </w:p>
        <w:p w14:paraId="4C39715A" w14:textId="010774FF" w:rsidR="00160913" w:rsidRPr="00160913" w:rsidRDefault="00160913">
          <w:pPr>
            <w:pStyle w:val="TOC2"/>
            <w:tabs>
              <w:tab w:val="right" w:leader="dot" w:pos="8630"/>
            </w:tabs>
            <w:rPr>
              <w:rFonts w:ascii="Times New Roman" w:hAnsi="Times New Roman" w:cs="Times New Roman"/>
              <w:noProof/>
            </w:rPr>
          </w:pPr>
          <w:hyperlink w:anchor="_Toc233895771" w:history="1">
            <w:r w:rsidRPr="00160913">
              <w:rPr>
                <w:rStyle w:val="Hyperlink"/>
                <w:rFonts w:ascii="Times New Roman" w:hAnsi="Times New Roman" w:cs="Times New Roman"/>
                <w:noProof/>
              </w:rPr>
              <w:t>4.2 Future Improvements</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_Toc233895771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14</w:t>
            </w:r>
            <w:r w:rsidRPr="00160913">
              <w:rPr>
                <w:rFonts w:ascii="Times New Roman" w:hAnsi="Times New Roman" w:cs="Times New Roman"/>
                <w:noProof/>
                <w:webHidden/>
              </w:rPr>
              <w:fldChar w:fldCharType="end"/>
            </w:r>
          </w:hyperlink>
        </w:p>
        <w:p w14:paraId="52BE548C" w14:textId="64ED15AD" w:rsidR="00160913" w:rsidRPr="00160913" w:rsidRDefault="00160913">
          <w:pPr>
            <w:pStyle w:val="TOC2"/>
            <w:tabs>
              <w:tab w:val="right" w:leader="dot" w:pos="8630"/>
            </w:tabs>
            <w:rPr>
              <w:rFonts w:ascii="Times New Roman" w:hAnsi="Times New Roman" w:cs="Times New Roman"/>
              <w:noProof/>
            </w:rPr>
          </w:pPr>
          <w:hyperlink w:anchor="_Toc233895772" w:history="1">
            <w:r w:rsidRPr="00160913">
              <w:rPr>
                <w:rStyle w:val="Hyperlink"/>
                <w:rFonts w:ascii="Times New Roman" w:hAnsi="Times New Roman" w:cs="Times New Roman"/>
                <w:noProof/>
              </w:rPr>
              <w:t>4.3 Self-Reflection</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_Toc233895772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14</w:t>
            </w:r>
            <w:r w:rsidRPr="00160913">
              <w:rPr>
                <w:rFonts w:ascii="Times New Roman" w:hAnsi="Times New Roman" w:cs="Times New Roman"/>
                <w:noProof/>
                <w:webHidden/>
              </w:rPr>
              <w:fldChar w:fldCharType="end"/>
            </w:r>
          </w:hyperlink>
        </w:p>
        <w:p w14:paraId="6ABE6A4E" w14:textId="2BF864B2" w:rsidR="00160913" w:rsidRPr="00160913" w:rsidRDefault="00160913">
          <w:pPr>
            <w:pStyle w:val="TOC1"/>
            <w:tabs>
              <w:tab w:val="right" w:leader="dot" w:pos="8630"/>
            </w:tabs>
            <w:rPr>
              <w:rFonts w:ascii="Times New Roman" w:hAnsi="Times New Roman" w:cs="Times New Roman"/>
              <w:noProof/>
            </w:rPr>
          </w:pPr>
          <w:hyperlink w:anchor="_Toc233895773" w:history="1">
            <w:r w:rsidRPr="00160913">
              <w:rPr>
                <w:rStyle w:val="Hyperlink"/>
                <w:rFonts w:ascii="Times New Roman" w:hAnsi="Times New Roman" w:cs="Times New Roman"/>
                <w:noProof/>
              </w:rPr>
              <w:t>5. References</w:t>
            </w:r>
            <w:r w:rsidRPr="00160913">
              <w:rPr>
                <w:rFonts w:ascii="Times New Roman" w:hAnsi="Times New Roman" w:cs="Times New Roman"/>
                <w:noProof/>
                <w:webHidden/>
              </w:rPr>
              <w:tab/>
            </w:r>
            <w:r w:rsidRPr="00160913">
              <w:rPr>
                <w:rFonts w:ascii="Times New Roman" w:hAnsi="Times New Roman" w:cs="Times New Roman"/>
                <w:noProof/>
                <w:webHidden/>
              </w:rPr>
              <w:fldChar w:fldCharType="begin"/>
            </w:r>
            <w:r w:rsidRPr="00160913">
              <w:rPr>
                <w:rFonts w:ascii="Times New Roman" w:hAnsi="Times New Roman" w:cs="Times New Roman"/>
                <w:noProof/>
                <w:webHidden/>
              </w:rPr>
              <w:instrText xml:space="preserve"> PAGEREF _Toc233895773 \h </w:instrText>
            </w:r>
            <w:r w:rsidRPr="00160913">
              <w:rPr>
                <w:rFonts w:ascii="Times New Roman" w:hAnsi="Times New Roman" w:cs="Times New Roman"/>
                <w:noProof/>
                <w:webHidden/>
              </w:rPr>
            </w:r>
            <w:r w:rsidRPr="00160913">
              <w:rPr>
                <w:rFonts w:ascii="Times New Roman" w:hAnsi="Times New Roman" w:cs="Times New Roman"/>
                <w:noProof/>
                <w:webHidden/>
              </w:rPr>
              <w:fldChar w:fldCharType="separate"/>
            </w:r>
            <w:r w:rsidRPr="00160913">
              <w:rPr>
                <w:rFonts w:ascii="Times New Roman" w:hAnsi="Times New Roman" w:cs="Times New Roman"/>
                <w:noProof/>
                <w:webHidden/>
              </w:rPr>
              <w:t>14</w:t>
            </w:r>
            <w:r w:rsidRPr="00160913">
              <w:rPr>
                <w:rFonts w:ascii="Times New Roman" w:hAnsi="Times New Roman" w:cs="Times New Roman"/>
                <w:noProof/>
                <w:webHidden/>
              </w:rPr>
              <w:fldChar w:fldCharType="end"/>
            </w:r>
          </w:hyperlink>
        </w:p>
        <w:p w14:paraId="7E51F6E7" w14:textId="733BC66B" w:rsidR="00160913" w:rsidRPr="00160913" w:rsidRDefault="00160913">
          <w:pPr>
            <w:rPr>
              <w:rFonts w:ascii="Times New Roman" w:hAnsi="Times New Roman" w:cs="Times New Roman"/>
            </w:rPr>
          </w:pPr>
          <w:r w:rsidRPr="00160913">
            <w:rPr>
              <w:rFonts w:ascii="Times New Roman" w:hAnsi="Times New Roman" w:cs="Times New Roman"/>
              <w:b/>
              <w:bCs/>
              <w:noProof/>
            </w:rPr>
            <w:fldChar w:fldCharType="end"/>
          </w:r>
        </w:p>
      </w:sdtContent>
    </w:sdt>
    <w:p w14:paraId="5B909DF9" w14:textId="77777777" w:rsidR="00CB1082" w:rsidRDefault="00CB1082" w:rsidP="00C91F4E">
      <w:pPr>
        <w:spacing w:after="200"/>
        <w:rPr>
          <w:rFonts w:ascii="Times New Roman" w:hAnsi="Times New Roman" w:cs="Times New Roman"/>
        </w:rPr>
      </w:pPr>
      <w:bookmarkStart w:id="0" w:name="_Toc233895753"/>
    </w:p>
    <w:p w14:paraId="3AED71AD" w14:textId="77777777" w:rsidR="00CB1082" w:rsidRDefault="00CB1082" w:rsidP="00C91F4E">
      <w:pPr>
        <w:spacing w:after="200"/>
        <w:rPr>
          <w:rFonts w:ascii="Times New Roman" w:hAnsi="Times New Roman" w:cs="Times New Roman"/>
        </w:rPr>
      </w:pPr>
    </w:p>
    <w:p w14:paraId="1A844CB7" w14:textId="77777777" w:rsidR="00CB1082" w:rsidRDefault="00CB1082" w:rsidP="00C91F4E">
      <w:pPr>
        <w:spacing w:after="200"/>
        <w:rPr>
          <w:rFonts w:ascii="Times New Roman" w:hAnsi="Times New Roman" w:cs="Times New Roman"/>
        </w:rPr>
      </w:pPr>
    </w:p>
    <w:p w14:paraId="3C39AD5A" w14:textId="77777777" w:rsidR="00CB1082" w:rsidRDefault="00CB1082" w:rsidP="00C91F4E">
      <w:pPr>
        <w:spacing w:after="200"/>
        <w:rPr>
          <w:rFonts w:ascii="Times New Roman" w:hAnsi="Times New Roman" w:cs="Times New Roman"/>
        </w:rPr>
      </w:pPr>
    </w:p>
    <w:p w14:paraId="4CBAB4FA" w14:textId="77777777" w:rsidR="00CB1082" w:rsidRDefault="00CB1082" w:rsidP="00C91F4E">
      <w:pPr>
        <w:spacing w:after="200"/>
        <w:rPr>
          <w:rFonts w:ascii="Times New Roman" w:hAnsi="Times New Roman" w:cs="Times New Roman"/>
        </w:rPr>
      </w:pPr>
    </w:p>
    <w:p w14:paraId="4CC978F3" w14:textId="0BBC2A98" w:rsidR="00722BFE" w:rsidRPr="000E587A" w:rsidRDefault="00000000" w:rsidP="00C91F4E">
      <w:pPr>
        <w:spacing w:after="200"/>
        <w:rPr>
          <w:rFonts w:ascii="Times New Roman" w:eastAsiaTheme="majorEastAsia" w:hAnsi="Times New Roman" w:cs="Times New Roman"/>
          <w:b/>
          <w:bCs/>
          <w:sz w:val="44"/>
          <w:szCs w:val="36"/>
        </w:rPr>
      </w:pPr>
      <w:r w:rsidRPr="000E587A">
        <w:rPr>
          <w:rFonts w:ascii="Times New Roman" w:hAnsi="Times New Roman" w:cs="Times New Roman"/>
          <w:b/>
          <w:bCs/>
          <w:sz w:val="28"/>
          <w:szCs w:val="28"/>
        </w:rPr>
        <w:t>1. Analysis</w:t>
      </w:r>
      <w:bookmarkEnd w:id="0"/>
    </w:p>
    <w:p w14:paraId="6831D9F1" w14:textId="77777777" w:rsidR="00722BFE" w:rsidRPr="00160913" w:rsidRDefault="00000000" w:rsidP="00160913">
      <w:pPr>
        <w:pStyle w:val="Heading2"/>
        <w:spacing w:before="0"/>
        <w:jc w:val="both"/>
        <w:rPr>
          <w:rFonts w:ascii="Times New Roman" w:hAnsi="Times New Roman" w:cs="Times New Roman"/>
          <w:color w:val="auto"/>
        </w:rPr>
      </w:pPr>
      <w:bookmarkStart w:id="1" w:name="_Toc233895754"/>
      <w:r w:rsidRPr="00160913">
        <w:rPr>
          <w:rFonts w:ascii="Times New Roman" w:hAnsi="Times New Roman" w:cs="Times New Roman"/>
          <w:color w:val="auto"/>
        </w:rPr>
        <w:t>1</w:t>
      </w:r>
      <w:r w:rsidRPr="00160913">
        <w:rPr>
          <w:rFonts w:ascii="Times New Roman" w:hAnsi="Times New Roman" w:cs="Times New Roman"/>
          <w:color w:val="auto"/>
        </w:rPr>
        <w:t>.1 Introduction</w:t>
      </w:r>
      <w:bookmarkEnd w:id="1"/>
    </w:p>
    <w:p w14:paraId="5B82E052" w14:textId="1F11CF4E" w:rsidR="00722BFE" w:rsidRPr="00160913" w:rsidRDefault="00000000" w:rsidP="00160913">
      <w:pPr>
        <w:spacing w:after="0"/>
        <w:jc w:val="both"/>
        <w:rPr>
          <w:rFonts w:ascii="Times New Roman" w:hAnsi="Times New Roman" w:cs="Times New Roman"/>
        </w:rPr>
      </w:pPr>
      <w:r w:rsidRPr="00160913">
        <w:rPr>
          <w:rFonts w:ascii="Times New Roman" w:hAnsi="Times New Roman" w:cs="Times New Roman"/>
        </w:rPr>
        <w:t xml:space="preserve">Bright Minds Academy is a small private tutoring </w:t>
      </w:r>
      <w:proofErr w:type="spellStart"/>
      <w:r w:rsidRPr="00160913">
        <w:rPr>
          <w:rFonts w:ascii="Times New Roman" w:hAnsi="Times New Roman" w:cs="Times New Roman"/>
        </w:rPr>
        <w:t>centre</w:t>
      </w:r>
      <w:proofErr w:type="spellEnd"/>
      <w:r w:rsidRPr="00160913">
        <w:rPr>
          <w:rFonts w:ascii="Times New Roman" w:hAnsi="Times New Roman" w:cs="Times New Roman"/>
        </w:rPr>
        <w:t xml:space="preserve"> that is piloting a smart classroom in which everyday teaching equipment smart lights, thermostats and projectors is connected through a central setup. At present these devices are managed entirely by hand. Staff have no single place to see which devices exist, which room each one belongs to, or whether a device is currently working, switched off, or being repaired. This leads to wasted teaching time, confusion when a device fails, and no reliable record of the </w:t>
      </w:r>
      <w:r w:rsidR="004461BA">
        <w:rPr>
          <w:rFonts w:ascii="Times New Roman" w:hAnsi="Times New Roman" w:cs="Times New Roman"/>
        </w:rPr>
        <w:t>state</w:t>
      </w:r>
      <w:r w:rsidRPr="00160913">
        <w:rPr>
          <w:rFonts w:ascii="Times New Roman" w:hAnsi="Times New Roman" w:cs="Times New Roman"/>
        </w:rPr>
        <w:t xml:space="preserve"> of equipment the Academy owns</w:t>
      </w:r>
      <w:r w:rsidR="004461BA">
        <w:rPr>
          <w:rFonts w:ascii="Times New Roman" w:hAnsi="Times New Roman" w:cs="Times New Roman"/>
        </w:rPr>
        <w:t xml:space="preserve"> [1,2]</w:t>
      </w:r>
      <w:r w:rsidRPr="00160913">
        <w:rPr>
          <w:rFonts w:ascii="Times New Roman" w:hAnsi="Times New Roman" w:cs="Times New Roman"/>
        </w:rPr>
        <w:t>.</w:t>
      </w:r>
    </w:p>
    <w:p w14:paraId="32A120D3" w14:textId="77777777" w:rsidR="00A97410" w:rsidRPr="00A97410" w:rsidRDefault="00A97410" w:rsidP="00A97410">
      <w:pPr>
        <w:spacing w:after="0"/>
        <w:jc w:val="both"/>
        <w:rPr>
          <w:rFonts w:ascii="Times New Roman" w:hAnsi="Times New Roman" w:cs="Times New Roman"/>
        </w:rPr>
      </w:pPr>
      <w:r w:rsidRPr="00A97410">
        <w:rPr>
          <w:rFonts w:ascii="Times New Roman" w:hAnsi="Times New Roman" w:cs="Times New Roman"/>
        </w:rPr>
        <w:t xml:space="preserve">The software solution presented in this report is a simple, menu-driven console application in Python: Smart Home Device Manager. It's designed to provide employees with a single instance to document devices, rooms and whether they're connected or not. The system is intentionally not a database system but rather in-memory Python data structures, in keeping with the project scope; it is not a real time control or automation system, but rather a tracking and record-keeping tool. The issue is really about information management – collecting a handful of properties for </w:t>
      </w:r>
      <w:proofErr w:type="gramStart"/>
      <w:r w:rsidRPr="00A97410">
        <w:rPr>
          <w:rFonts w:ascii="Times New Roman" w:hAnsi="Times New Roman" w:cs="Times New Roman"/>
        </w:rPr>
        <w:t>a large number of</w:t>
      </w:r>
      <w:proofErr w:type="gramEnd"/>
      <w:r w:rsidRPr="00A97410">
        <w:rPr>
          <w:rFonts w:ascii="Times New Roman" w:hAnsi="Times New Roman" w:cs="Times New Roman"/>
        </w:rPr>
        <w:t xml:space="preserve"> devices, and making information available for employees to add, edit, browse, and query efficiently and reliably.</w:t>
      </w:r>
    </w:p>
    <w:p w14:paraId="4832E24E" w14:textId="29FE47A8" w:rsidR="00722BFE" w:rsidRPr="00160913" w:rsidRDefault="00A97410" w:rsidP="00A97410">
      <w:pPr>
        <w:spacing w:after="0"/>
        <w:jc w:val="both"/>
        <w:rPr>
          <w:rFonts w:ascii="Times New Roman" w:hAnsi="Times New Roman" w:cs="Times New Roman"/>
        </w:rPr>
      </w:pPr>
      <w:r w:rsidRPr="00A97410">
        <w:rPr>
          <w:rFonts w:ascii="Times New Roman" w:hAnsi="Times New Roman" w:cs="Times New Roman"/>
        </w:rPr>
        <w:t>The requirements were checked via two standard methods to reach a viable design. For this purpose, the problem was abstracted to its essentials</w:t>
      </w:r>
      <w:r w:rsidR="004461BA">
        <w:rPr>
          <w:rFonts w:ascii="Times New Roman" w:hAnsi="Times New Roman" w:cs="Times New Roman"/>
        </w:rPr>
        <w:t xml:space="preserve"> </w:t>
      </w:r>
      <w:r w:rsidRPr="00A97410">
        <w:rPr>
          <w:rFonts w:ascii="Times New Roman" w:hAnsi="Times New Roman" w:cs="Times New Roman"/>
        </w:rPr>
        <w:t xml:space="preserve">that each device has a name, a room and a status. All other information (brand, wiring, power draw etc.) is of no significance. The overall goal was then decomposed into four independent operations that directly correspond with the staff's desire: add a device, change </w:t>
      </w:r>
      <w:r w:rsidR="00827E22" w:rsidRPr="00A97410">
        <w:rPr>
          <w:rFonts w:ascii="Times New Roman" w:hAnsi="Times New Roman" w:cs="Times New Roman"/>
        </w:rPr>
        <w:t>status</w:t>
      </w:r>
      <w:r w:rsidRPr="00A97410">
        <w:rPr>
          <w:rFonts w:ascii="Times New Roman" w:hAnsi="Times New Roman" w:cs="Times New Roman"/>
        </w:rPr>
        <w:t>, display all devices, search for a device</w:t>
      </w:r>
      <w:r w:rsidR="004461BA">
        <w:rPr>
          <w:rFonts w:ascii="Times New Roman" w:hAnsi="Times New Roman" w:cs="Times New Roman"/>
        </w:rPr>
        <w:t xml:space="preserve"> [3]</w:t>
      </w:r>
      <w:r w:rsidRPr="00A97410">
        <w:rPr>
          <w:rFonts w:ascii="Times New Roman" w:hAnsi="Times New Roman" w:cs="Times New Roman"/>
        </w:rPr>
        <w:t>. The operations create one small self-contained function, keeping design tidy and each component easily tested individually</w:t>
      </w:r>
      <w:r w:rsidRPr="00160913">
        <w:rPr>
          <w:rFonts w:ascii="Times New Roman" w:hAnsi="Times New Roman" w:cs="Times New Roman"/>
        </w:rPr>
        <w:t>.</w:t>
      </w:r>
    </w:p>
    <w:p w14:paraId="6320AF7D" w14:textId="77777777" w:rsidR="00722BFE" w:rsidRPr="00160913" w:rsidRDefault="00000000" w:rsidP="00160913">
      <w:pPr>
        <w:pStyle w:val="Heading2"/>
        <w:spacing w:before="0"/>
        <w:jc w:val="both"/>
        <w:rPr>
          <w:rFonts w:ascii="Times New Roman" w:hAnsi="Times New Roman" w:cs="Times New Roman"/>
          <w:color w:val="auto"/>
        </w:rPr>
      </w:pPr>
      <w:bookmarkStart w:id="2" w:name="_Toc233895755"/>
      <w:r w:rsidRPr="00160913">
        <w:rPr>
          <w:rFonts w:ascii="Times New Roman" w:hAnsi="Times New Roman" w:cs="Times New Roman"/>
          <w:color w:val="auto"/>
        </w:rPr>
        <w:t>1.2 Requirements Analysis</w:t>
      </w:r>
      <w:bookmarkEnd w:id="2"/>
    </w:p>
    <w:p w14:paraId="77F9307D" w14:textId="77777777" w:rsidR="00722BFE" w:rsidRPr="00160913" w:rsidRDefault="00000000" w:rsidP="00160913">
      <w:pPr>
        <w:spacing w:after="0"/>
        <w:jc w:val="both"/>
        <w:rPr>
          <w:rFonts w:ascii="Times New Roman" w:hAnsi="Times New Roman" w:cs="Times New Roman"/>
        </w:rPr>
      </w:pPr>
      <w:r w:rsidRPr="00160913">
        <w:rPr>
          <w:rFonts w:ascii="Times New Roman" w:hAnsi="Times New Roman" w:cs="Times New Roman"/>
        </w:rPr>
        <w:t>A features requirement analysis was carried out to decide precisely what this version of the software would provide. Requirements are separated into functional requirements (what the system must do) and non-functional requirements (qualities the system should have).</w:t>
      </w:r>
    </w:p>
    <w:p w14:paraId="2DC622B3" w14:textId="77777777" w:rsidR="00722BFE" w:rsidRPr="00160913" w:rsidRDefault="00000000" w:rsidP="00160913">
      <w:pPr>
        <w:spacing w:after="0"/>
        <w:jc w:val="both"/>
        <w:rPr>
          <w:rFonts w:ascii="Times New Roman" w:hAnsi="Times New Roman" w:cs="Times New Roman"/>
        </w:rPr>
      </w:pPr>
      <w:r w:rsidRPr="00160913">
        <w:rPr>
          <w:rFonts w:ascii="Times New Roman" w:hAnsi="Times New Roman" w:cs="Times New Roman"/>
          <w:b/>
        </w:rPr>
        <w:t>Functional requirements:</w:t>
      </w:r>
    </w:p>
    <w:p w14:paraId="252DE719" w14:textId="77777777"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 xml:space="preserve">FR1 – Add device: staff can register a new device by entering its name and </w:t>
      </w:r>
      <w:proofErr w:type="gramStart"/>
      <w:r w:rsidRPr="00160913">
        <w:rPr>
          <w:rFonts w:ascii="Times New Roman" w:hAnsi="Times New Roman" w:cs="Times New Roman"/>
        </w:rPr>
        <w:t>room, and</w:t>
      </w:r>
      <w:proofErr w:type="gramEnd"/>
      <w:r w:rsidRPr="00160913">
        <w:rPr>
          <w:rFonts w:ascii="Times New Roman" w:hAnsi="Times New Roman" w:cs="Times New Roman"/>
        </w:rPr>
        <w:t xml:space="preserve"> set an initial status.</w:t>
      </w:r>
    </w:p>
    <w:p w14:paraId="6D077B27" w14:textId="77777777"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FR2 – Update status: staff can change an existing device’s status to online, offline or under maintenance.</w:t>
      </w:r>
    </w:p>
    <w:p w14:paraId="530C7589" w14:textId="77777777"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 xml:space="preserve">FR3 – View devices: staff can list every device together with its room and </w:t>
      </w:r>
      <w:proofErr w:type="gramStart"/>
      <w:r w:rsidRPr="00160913">
        <w:rPr>
          <w:rFonts w:ascii="Times New Roman" w:hAnsi="Times New Roman" w:cs="Times New Roman"/>
        </w:rPr>
        <w:t>current status</w:t>
      </w:r>
      <w:proofErr w:type="gramEnd"/>
      <w:r w:rsidRPr="00160913">
        <w:rPr>
          <w:rFonts w:ascii="Times New Roman" w:hAnsi="Times New Roman" w:cs="Times New Roman"/>
        </w:rPr>
        <w:t xml:space="preserve"> in a readable table.</w:t>
      </w:r>
    </w:p>
    <w:p w14:paraId="2005F80A" w14:textId="77777777"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FR4 – Search: staff can type a device name and instantly see that device’s room and status.</w:t>
      </w:r>
    </w:p>
    <w:p w14:paraId="2009675C" w14:textId="77777777"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FR5 – Input validation: the system must reject empty names, duplicate devices, and invalid status values, and must react safely to unexpected menu input.</w:t>
      </w:r>
    </w:p>
    <w:p w14:paraId="23CEF217" w14:textId="77777777"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FR6 – Exit: staff can leave the program cleanly from the menu.</w:t>
      </w:r>
    </w:p>
    <w:p w14:paraId="552A22A3" w14:textId="77777777" w:rsidR="00722BFE" w:rsidRPr="00160913" w:rsidRDefault="00000000" w:rsidP="00160913">
      <w:pPr>
        <w:spacing w:after="0"/>
        <w:jc w:val="both"/>
        <w:rPr>
          <w:rFonts w:ascii="Times New Roman" w:hAnsi="Times New Roman" w:cs="Times New Roman"/>
        </w:rPr>
      </w:pPr>
      <w:r w:rsidRPr="00160913">
        <w:rPr>
          <w:rFonts w:ascii="Times New Roman" w:hAnsi="Times New Roman" w:cs="Times New Roman"/>
          <w:b/>
        </w:rPr>
        <w:t>Non-functional requirements:</w:t>
      </w:r>
    </w:p>
    <w:p w14:paraId="4C7FAF97" w14:textId="77777777"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NFR1 – Usability: a clear numbered menu that non-technical tutoring staff can use without training.</w:t>
      </w:r>
    </w:p>
    <w:p w14:paraId="59800EAB" w14:textId="77777777"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lastRenderedPageBreak/>
        <w:t>NFR2 – Reliability: invalid input must never crash the program; it must show a helpful message and return to the menu.</w:t>
      </w:r>
    </w:p>
    <w:p w14:paraId="20BF95A8" w14:textId="77777777"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 xml:space="preserve">NFR3 – Maintainability: the code should be </w:t>
      </w:r>
      <w:proofErr w:type="spellStart"/>
      <w:r w:rsidRPr="00160913">
        <w:rPr>
          <w:rFonts w:ascii="Times New Roman" w:hAnsi="Times New Roman" w:cs="Times New Roman"/>
        </w:rPr>
        <w:t>organised</w:t>
      </w:r>
      <w:proofErr w:type="spellEnd"/>
      <w:r w:rsidRPr="00160913">
        <w:rPr>
          <w:rFonts w:ascii="Times New Roman" w:hAnsi="Times New Roman" w:cs="Times New Roman"/>
        </w:rPr>
        <w:t xml:space="preserve"> into </w:t>
      </w:r>
      <w:proofErr w:type="gramStart"/>
      <w:r w:rsidRPr="00160913">
        <w:rPr>
          <w:rFonts w:ascii="Times New Roman" w:hAnsi="Times New Roman" w:cs="Times New Roman"/>
        </w:rPr>
        <w:t>small commented</w:t>
      </w:r>
      <w:proofErr w:type="gramEnd"/>
      <w:r w:rsidRPr="00160913">
        <w:rPr>
          <w:rFonts w:ascii="Times New Roman" w:hAnsi="Times New Roman" w:cs="Times New Roman"/>
        </w:rPr>
        <w:t xml:space="preserve"> functions so it can be read and extended later.</w:t>
      </w:r>
    </w:p>
    <w:p w14:paraId="70DD1835" w14:textId="77777777"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NFR4 – Performance: searching for a device should be effectively instant even as the number of devices grows.</w:t>
      </w:r>
    </w:p>
    <w:p w14:paraId="6CF6A2B6" w14:textId="77777777" w:rsidR="00722BFE" w:rsidRPr="00160913" w:rsidRDefault="00000000" w:rsidP="00160913">
      <w:pPr>
        <w:spacing w:after="0"/>
        <w:jc w:val="both"/>
        <w:rPr>
          <w:rFonts w:ascii="Times New Roman" w:hAnsi="Times New Roman" w:cs="Times New Roman"/>
        </w:rPr>
      </w:pPr>
      <w:r w:rsidRPr="00160913">
        <w:rPr>
          <w:rFonts w:ascii="Times New Roman" w:hAnsi="Times New Roman" w:cs="Times New Roman"/>
        </w:rPr>
        <w:t xml:space="preserve">These requirements set the boundary of the solution. Anything outside them — for example remote switching of a </w:t>
      </w:r>
      <w:proofErr w:type="gramStart"/>
      <w:r w:rsidRPr="00160913">
        <w:rPr>
          <w:rFonts w:ascii="Times New Roman" w:hAnsi="Times New Roman" w:cs="Times New Roman"/>
        </w:rPr>
        <w:t>light, or</w:t>
      </w:r>
      <w:proofErr w:type="gramEnd"/>
      <w:r w:rsidRPr="00160913">
        <w:rPr>
          <w:rFonts w:ascii="Times New Roman" w:hAnsi="Times New Roman" w:cs="Times New Roman"/>
        </w:rPr>
        <w:t xml:space="preserve"> saving data permanently to disk — is noted as a possible future improvement in Section 4 rather than built now, keeping this version focused and achievable within scope.</w:t>
      </w:r>
    </w:p>
    <w:p w14:paraId="4CCD0AE4" w14:textId="77777777" w:rsidR="00722BFE" w:rsidRPr="00160913" w:rsidRDefault="00000000" w:rsidP="00160913">
      <w:pPr>
        <w:pStyle w:val="Heading1"/>
        <w:spacing w:before="0"/>
        <w:jc w:val="both"/>
        <w:rPr>
          <w:rFonts w:ascii="Times New Roman" w:hAnsi="Times New Roman" w:cs="Times New Roman"/>
          <w:color w:val="auto"/>
        </w:rPr>
      </w:pPr>
      <w:bookmarkStart w:id="3" w:name="_Toc233895756"/>
      <w:r w:rsidRPr="00160913">
        <w:rPr>
          <w:rFonts w:ascii="Times New Roman" w:hAnsi="Times New Roman" w:cs="Times New Roman"/>
          <w:color w:val="auto"/>
        </w:rPr>
        <w:t>2. Software Design and Development</w:t>
      </w:r>
      <w:bookmarkEnd w:id="3"/>
    </w:p>
    <w:p w14:paraId="7127A085" w14:textId="77777777" w:rsidR="00722BFE" w:rsidRPr="00160913" w:rsidRDefault="00000000" w:rsidP="00160913">
      <w:pPr>
        <w:pStyle w:val="Heading2"/>
        <w:spacing w:before="0"/>
        <w:jc w:val="both"/>
        <w:rPr>
          <w:rFonts w:ascii="Times New Roman" w:hAnsi="Times New Roman" w:cs="Times New Roman"/>
          <w:color w:val="auto"/>
        </w:rPr>
      </w:pPr>
      <w:bookmarkStart w:id="4" w:name="_Toc233895757"/>
      <w:r w:rsidRPr="00160913">
        <w:rPr>
          <w:rFonts w:ascii="Times New Roman" w:hAnsi="Times New Roman" w:cs="Times New Roman"/>
          <w:color w:val="auto"/>
        </w:rPr>
        <w:t>2.a Design</w:t>
      </w:r>
      <w:bookmarkEnd w:id="4"/>
    </w:p>
    <w:p w14:paraId="18460A67" w14:textId="77777777" w:rsidR="00722BFE" w:rsidRPr="00160913" w:rsidRDefault="00000000" w:rsidP="00160913">
      <w:pPr>
        <w:pStyle w:val="Heading3"/>
        <w:spacing w:before="0"/>
        <w:jc w:val="both"/>
        <w:rPr>
          <w:rFonts w:ascii="Times New Roman" w:hAnsi="Times New Roman" w:cs="Times New Roman"/>
          <w:color w:val="auto"/>
        </w:rPr>
      </w:pPr>
      <w:bookmarkStart w:id="5" w:name="_Toc233895758"/>
      <w:r w:rsidRPr="00160913">
        <w:rPr>
          <w:rFonts w:ascii="Times New Roman" w:hAnsi="Times New Roman" w:cs="Times New Roman"/>
          <w:color w:val="auto"/>
        </w:rPr>
        <w:t>2.a.i Flowchart</w:t>
      </w:r>
      <w:bookmarkEnd w:id="5"/>
    </w:p>
    <w:p w14:paraId="5209BD1A" w14:textId="0F5B164D" w:rsidR="00722BFE" w:rsidRPr="00160913" w:rsidRDefault="00A97410" w:rsidP="00160913">
      <w:pPr>
        <w:spacing w:after="0"/>
        <w:jc w:val="both"/>
        <w:rPr>
          <w:rFonts w:ascii="Times New Roman" w:hAnsi="Times New Roman" w:cs="Times New Roman"/>
        </w:rPr>
      </w:pPr>
      <w:r w:rsidRPr="00A97410">
        <w:rPr>
          <w:rFonts w:ascii="Times New Roman" w:hAnsi="Times New Roman" w:cs="Times New Roman"/>
        </w:rPr>
        <w:t xml:space="preserve">The overall logic and control flow of the program are shown in the following flowchart. The System turns ON, presents a menu and reads the user's choice. All the alternatives go to the corresponding operation, while the decision diamonds indicate where input validation takes place, and </w:t>
      </w:r>
      <w:r w:rsidR="004461BA" w:rsidRPr="00A97410">
        <w:rPr>
          <w:rFonts w:ascii="Times New Roman" w:hAnsi="Times New Roman" w:cs="Times New Roman"/>
        </w:rPr>
        <w:t>all</w:t>
      </w:r>
      <w:r w:rsidRPr="00A97410">
        <w:rPr>
          <w:rFonts w:ascii="Times New Roman" w:hAnsi="Times New Roman" w:cs="Times New Roman"/>
        </w:rPr>
        <w:t xml:space="preserve"> the branches return to the menu until the user chooses Exit</w:t>
      </w:r>
      <w:r w:rsidRPr="00160913">
        <w:rPr>
          <w:rFonts w:ascii="Times New Roman" w:hAnsi="Times New Roman" w:cs="Times New Roman"/>
        </w:rPr>
        <w:t>.</w:t>
      </w:r>
    </w:p>
    <w:p w14:paraId="5AA86450" w14:textId="77777777" w:rsidR="00722BFE" w:rsidRPr="00160913" w:rsidRDefault="00000000" w:rsidP="00160913">
      <w:pPr>
        <w:spacing w:after="0"/>
        <w:jc w:val="both"/>
        <w:rPr>
          <w:rFonts w:ascii="Times New Roman" w:hAnsi="Times New Roman" w:cs="Times New Roman"/>
        </w:rPr>
      </w:pPr>
      <w:r w:rsidRPr="00160913">
        <w:rPr>
          <w:rFonts w:ascii="Times New Roman" w:hAnsi="Times New Roman" w:cs="Times New Roman"/>
          <w:noProof/>
        </w:rPr>
        <w:drawing>
          <wp:inline distT="0" distB="0" distL="0" distR="0" wp14:anchorId="4C52ABA5" wp14:editId="53EA3718">
            <wp:extent cx="5669280" cy="2603576"/>
            <wp:effectExtent l="19050" t="19050" r="26670"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chart.png"/>
                    <pic:cNvPicPr/>
                  </pic:nvPicPr>
                  <pic:blipFill>
                    <a:blip r:embed="rId9"/>
                    <a:stretch>
                      <a:fillRect/>
                    </a:stretch>
                  </pic:blipFill>
                  <pic:spPr>
                    <a:xfrm>
                      <a:off x="0" y="0"/>
                      <a:ext cx="5669280" cy="2603576"/>
                    </a:xfrm>
                    <a:prstGeom prst="rect">
                      <a:avLst/>
                    </a:prstGeom>
                    <a:ln w="9525">
                      <a:solidFill>
                        <a:schemeClr val="tx1"/>
                      </a:solidFill>
                    </a:ln>
                  </pic:spPr>
                </pic:pic>
              </a:graphicData>
            </a:graphic>
          </wp:inline>
        </w:drawing>
      </w:r>
    </w:p>
    <w:p w14:paraId="091D310D" w14:textId="5B506D25" w:rsidR="00722BFE" w:rsidRDefault="00000000" w:rsidP="00A870D7">
      <w:pPr>
        <w:spacing w:after="0"/>
        <w:jc w:val="center"/>
        <w:rPr>
          <w:rFonts w:ascii="Times New Roman" w:hAnsi="Times New Roman" w:cs="Times New Roman"/>
          <w:iCs/>
          <w:sz w:val="18"/>
        </w:rPr>
      </w:pPr>
      <w:r w:rsidRPr="00A870D7">
        <w:rPr>
          <w:rFonts w:ascii="Times New Roman" w:hAnsi="Times New Roman" w:cs="Times New Roman"/>
          <w:b/>
          <w:bCs/>
          <w:iCs/>
          <w:sz w:val="18"/>
        </w:rPr>
        <w:t>Figure 1:</w:t>
      </w:r>
      <w:r w:rsidRPr="00A870D7">
        <w:rPr>
          <w:rFonts w:ascii="Times New Roman" w:hAnsi="Times New Roman" w:cs="Times New Roman"/>
          <w:iCs/>
          <w:sz w:val="18"/>
        </w:rPr>
        <w:t xml:space="preserve"> System flowchart showing the menu loop and validation branches</w:t>
      </w:r>
    </w:p>
    <w:p w14:paraId="773EE5CA" w14:textId="3F113934" w:rsidR="001D6567" w:rsidRPr="00A870D7" w:rsidRDefault="001D6567" w:rsidP="001D6567">
      <w:pPr>
        <w:spacing w:after="0"/>
        <w:jc w:val="both"/>
        <w:rPr>
          <w:rFonts w:ascii="Times New Roman" w:hAnsi="Times New Roman" w:cs="Times New Roman"/>
          <w:iCs/>
        </w:rPr>
      </w:pPr>
      <w:r>
        <w:rPr>
          <w:rFonts w:ascii="Times New Roman" w:hAnsi="Times New Roman" w:cs="Times New Roman"/>
          <w:iCs/>
        </w:rPr>
        <w:t xml:space="preserve">Figure 1 </w:t>
      </w:r>
      <w:r w:rsidRPr="001D6567">
        <w:rPr>
          <w:rFonts w:ascii="Times New Roman" w:hAnsi="Times New Roman" w:cs="Times New Roman"/>
          <w:iCs/>
        </w:rPr>
        <w:t xml:space="preserve">shows the whole process of the Smart Home Device Manager system. It starts at the starting node and provides the user with a menu from which to add, update, view, search, or exit the program. The decision diamond verifies that the user has chosen from one of the options (1-5) and that the user has not chosen (none). All functions are </w:t>
      </w:r>
      <w:proofErr w:type="gramStart"/>
      <w:r w:rsidRPr="001D6567">
        <w:rPr>
          <w:rFonts w:ascii="Times New Roman" w:hAnsi="Times New Roman" w:cs="Times New Roman"/>
          <w:iCs/>
        </w:rPr>
        <w:t>logical</w:t>
      </w:r>
      <w:proofErr w:type="gramEnd"/>
      <w:r w:rsidRPr="001D6567">
        <w:rPr>
          <w:rFonts w:ascii="Times New Roman" w:hAnsi="Times New Roman" w:cs="Times New Roman"/>
          <w:iCs/>
        </w:rPr>
        <w:t xml:space="preserve"> validated: checks for duplicate or empty names, device existence and status validity for updates, all records for prints, etc. for searching. The flowchart is overall clear and structured, showing input validation and error-handling</w:t>
      </w:r>
    </w:p>
    <w:p w14:paraId="3FEF66FC" w14:textId="77777777" w:rsidR="00722BFE" w:rsidRPr="00160913" w:rsidRDefault="00000000" w:rsidP="00160913">
      <w:pPr>
        <w:pStyle w:val="Heading3"/>
        <w:spacing w:before="0"/>
        <w:jc w:val="both"/>
        <w:rPr>
          <w:rFonts w:ascii="Times New Roman" w:hAnsi="Times New Roman" w:cs="Times New Roman"/>
          <w:color w:val="auto"/>
        </w:rPr>
      </w:pPr>
      <w:bookmarkStart w:id="6" w:name="_Toc233895759"/>
      <w:r w:rsidRPr="00160913">
        <w:rPr>
          <w:rFonts w:ascii="Times New Roman" w:hAnsi="Times New Roman" w:cs="Times New Roman"/>
          <w:color w:val="auto"/>
        </w:rPr>
        <w:t>2.a.ii Pseudo-code</w:t>
      </w:r>
      <w:bookmarkEnd w:id="6"/>
    </w:p>
    <w:p w14:paraId="5E4EB247" w14:textId="1360FDEE" w:rsidR="00722BFE" w:rsidRDefault="00A97410" w:rsidP="00160913">
      <w:pPr>
        <w:spacing w:after="0"/>
        <w:jc w:val="both"/>
        <w:rPr>
          <w:rFonts w:ascii="Times New Roman" w:hAnsi="Times New Roman" w:cs="Times New Roman"/>
        </w:rPr>
      </w:pPr>
      <w:r w:rsidRPr="00A97410">
        <w:rPr>
          <w:rFonts w:ascii="Times New Roman" w:hAnsi="Times New Roman" w:cs="Times New Roman"/>
        </w:rPr>
        <w:t>Pseudo-code for the core functionalities is given below. It translates the logic into steps that are easy to understand in plain language, regardless of the language used to implement them, before even examining the Python implementation</w:t>
      </w:r>
      <w:r w:rsidR="00D85D3A">
        <w:rPr>
          <w:rFonts w:ascii="Times New Roman" w:hAnsi="Times New Roman" w:cs="Times New Roman"/>
        </w:rPr>
        <w:t xml:space="preserve"> [4]</w:t>
      </w:r>
      <w:r w:rsidRPr="00160913">
        <w:rPr>
          <w:rFonts w:ascii="Times New Roman" w:hAnsi="Times New Roman" w:cs="Times New Roman"/>
        </w:rPr>
        <w:t>.</w:t>
      </w:r>
    </w:p>
    <w:p w14:paraId="6CCEBC86" w14:textId="77777777" w:rsidR="00FA4048" w:rsidRDefault="00FA4048" w:rsidP="00160913">
      <w:pPr>
        <w:spacing w:after="0"/>
        <w:jc w:val="both"/>
        <w:rPr>
          <w:rFonts w:ascii="Times New Roman" w:hAnsi="Times New Roman" w:cs="Times New Roman"/>
        </w:rPr>
      </w:pPr>
    </w:p>
    <w:p w14:paraId="2FE44B79" w14:textId="77777777" w:rsidR="00FA4048" w:rsidRDefault="00FA4048" w:rsidP="00160913">
      <w:pPr>
        <w:spacing w:after="0"/>
        <w:jc w:val="both"/>
        <w:rPr>
          <w:rFonts w:ascii="Times New Roman" w:hAnsi="Times New Roman" w:cs="Times New Roman"/>
        </w:rPr>
      </w:pPr>
    </w:p>
    <w:p w14:paraId="24E2C89C" w14:textId="77777777" w:rsidR="00FA4048" w:rsidRPr="00160913" w:rsidRDefault="00FA4048" w:rsidP="00160913">
      <w:pPr>
        <w:spacing w:after="0"/>
        <w:jc w:val="both"/>
        <w:rPr>
          <w:rFonts w:ascii="Times New Roman" w:hAnsi="Times New Roman" w:cs="Times New Roman"/>
        </w:rPr>
      </w:pPr>
    </w:p>
    <w:tbl>
      <w:tblPr>
        <w:tblW w:w="0" w:type="auto"/>
        <w:jc w:val="center"/>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ook w:val="04A0" w:firstRow="1" w:lastRow="0" w:firstColumn="1" w:lastColumn="0" w:noHBand="0" w:noVBand="1"/>
      </w:tblPr>
      <w:tblGrid>
        <w:gridCol w:w="8636"/>
      </w:tblGrid>
      <w:tr w:rsidR="00722BFE" w:rsidRPr="00160913" w14:paraId="68283EDC" w14:textId="77777777">
        <w:trPr>
          <w:jc w:val="center"/>
        </w:trPr>
        <w:tc>
          <w:tcPr>
            <w:tcW w:w="8640" w:type="dxa"/>
            <w:shd w:val="clear" w:color="auto" w:fill="F2F2F2"/>
          </w:tcPr>
          <w:p w14:paraId="0C1A3AB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BEGIN Program</w:t>
            </w:r>
          </w:p>
          <w:p w14:paraId="654C428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devices &lt;- dictionary of {name: {room, status}}</w:t>
            </w:r>
          </w:p>
          <w:p w14:paraId="39A1BF3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VALID_STATUSES &lt;- (online, offline, maintenance)</w:t>
            </w:r>
          </w:p>
          <w:p w14:paraId="0D30757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17175F0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WHILE True</w:t>
            </w:r>
          </w:p>
          <w:p w14:paraId="76A6431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DISPLAY menu</w:t>
            </w:r>
          </w:p>
          <w:p w14:paraId="6369EE7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READ choice</w:t>
            </w:r>
          </w:p>
          <w:p w14:paraId="71EDAB1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45C947C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choice = 1 THEN CALL </w:t>
            </w:r>
            <w:proofErr w:type="spellStart"/>
            <w:r w:rsidRPr="00160913">
              <w:rPr>
                <w:rFonts w:ascii="Times New Roman" w:hAnsi="Times New Roman" w:cs="Times New Roman"/>
                <w:sz w:val="17"/>
              </w:rPr>
              <w:t>AddDevice</w:t>
            </w:r>
            <w:proofErr w:type="spellEnd"/>
          </w:p>
          <w:p w14:paraId="55D28C2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ELSE IF choice = 2 THEN CALL </w:t>
            </w:r>
            <w:proofErr w:type="spellStart"/>
            <w:r w:rsidRPr="00160913">
              <w:rPr>
                <w:rFonts w:ascii="Times New Roman" w:hAnsi="Times New Roman" w:cs="Times New Roman"/>
                <w:sz w:val="17"/>
              </w:rPr>
              <w:t>UpdateStatus</w:t>
            </w:r>
            <w:proofErr w:type="spellEnd"/>
          </w:p>
          <w:p w14:paraId="0957BA9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ELSE IF choice = 3 THEN CALL </w:t>
            </w:r>
            <w:proofErr w:type="spellStart"/>
            <w:r w:rsidRPr="00160913">
              <w:rPr>
                <w:rFonts w:ascii="Times New Roman" w:hAnsi="Times New Roman" w:cs="Times New Roman"/>
                <w:sz w:val="17"/>
              </w:rPr>
              <w:t>ViewDevices</w:t>
            </w:r>
            <w:proofErr w:type="spellEnd"/>
          </w:p>
          <w:p w14:paraId="059E077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ELSE IF choice = 4 THEN CALL </w:t>
            </w:r>
            <w:proofErr w:type="spellStart"/>
            <w:r w:rsidRPr="00160913">
              <w:rPr>
                <w:rFonts w:ascii="Times New Roman" w:hAnsi="Times New Roman" w:cs="Times New Roman"/>
                <w:sz w:val="17"/>
              </w:rPr>
              <w:t>SearchDevice</w:t>
            </w:r>
            <w:proofErr w:type="spellEnd"/>
          </w:p>
          <w:p w14:paraId="1A90A36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ELSE IF choice = 5 THEN PRINT goodbye; BREAK</w:t>
            </w:r>
          </w:p>
          <w:p w14:paraId="39D8FA4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ELSE PRINT "invalid choice"</w:t>
            </w:r>
          </w:p>
          <w:p w14:paraId="54069CE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END WHILE</w:t>
            </w:r>
          </w:p>
          <w:p w14:paraId="1CBD663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END Program</w:t>
            </w:r>
          </w:p>
          <w:p w14:paraId="2906225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6B605AD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FUNCTION </w:t>
            </w:r>
            <w:proofErr w:type="spellStart"/>
            <w:r w:rsidRPr="00160913">
              <w:rPr>
                <w:rFonts w:ascii="Times New Roman" w:hAnsi="Times New Roman" w:cs="Times New Roman"/>
                <w:sz w:val="17"/>
              </w:rPr>
              <w:t>AddDevice</w:t>
            </w:r>
            <w:proofErr w:type="spellEnd"/>
          </w:p>
          <w:p w14:paraId="6A88DD6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READ name</w:t>
            </w:r>
          </w:p>
          <w:p w14:paraId="1FA21AA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name is empty THEN PRINT error; RETURN</w:t>
            </w:r>
          </w:p>
          <w:p w14:paraId="28E60E0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name already in </w:t>
            </w:r>
            <w:proofErr w:type="gramStart"/>
            <w:r w:rsidRPr="00160913">
              <w:rPr>
                <w:rFonts w:ascii="Times New Roman" w:hAnsi="Times New Roman" w:cs="Times New Roman"/>
                <w:sz w:val="17"/>
              </w:rPr>
              <w:t>devices</w:t>
            </w:r>
            <w:proofErr w:type="gramEnd"/>
            <w:r w:rsidRPr="00160913">
              <w:rPr>
                <w:rFonts w:ascii="Times New Roman" w:hAnsi="Times New Roman" w:cs="Times New Roman"/>
                <w:sz w:val="17"/>
              </w:rPr>
              <w:t xml:space="preserve"> THEN PRINT error; RETURN</w:t>
            </w:r>
          </w:p>
          <w:p w14:paraId="1CB5F33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READ room</w:t>
            </w:r>
          </w:p>
          <w:p w14:paraId="0B3FA34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room is empty THEN PRINT error; RETURN</w:t>
            </w:r>
          </w:p>
          <w:p w14:paraId="236793A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READ status</w:t>
            </w:r>
          </w:p>
          <w:p w14:paraId="5798B56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status NOT in VALID_STATUSES THEN PRINT error; RETURN</w:t>
            </w:r>
          </w:p>
          <w:p w14:paraId="1874FA2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devices[name] </w:t>
            </w:r>
            <w:proofErr w:type="gramStart"/>
            <w:r w:rsidRPr="00160913">
              <w:rPr>
                <w:rFonts w:ascii="Times New Roman" w:hAnsi="Times New Roman" w:cs="Times New Roman"/>
                <w:sz w:val="17"/>
              </w:rPr>
              <w:t>&lt;- {</w:t>
            </w:r>
            <w:proofErr w:type="gramEnd"/>
            <w:r w:rsidRPr="00160913">
              <w:rPr>
                <w:rFonts w:ascii="Times New Roman" w:hAnsi="Times New Roman" w:cs="Times New Roman"/>
                <w:sz w:val="17"/>
              </w:rPr>
              <w:t>room, status}</w:t>
            </w:r>
          </w:p>
          <w:p w14:paraId="5AAE798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PRINT success</w:t>
            </w:r>
          </w:p>
          <w:p w14:paraId="7279CA9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END FUNCTION</w:t>
            </w:r>
          </w:p>
          <w:p w14:paraId="455E282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4837084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FUNCTION </w:t>
            </w:r>
            <w:proofErr w:type="spellStart"/>
            <w:r w:rsidRPr="00160913">
              <w:rPr>
                <w:rFonts w:ascii="Times New Roman" w:hAnsi="Times New Roman" w:cs="Times New Roman"/>
                <w:sz w:val="17"/>
              </w:rPr>
              <w:t>UpdateStatus</w:t>
            </w:r>
            <w:proofErr w:type="spellEnd"/>
          </w:p>
          <w:p w14:paraId="0244864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READ name</w:t>
            </w:r>
          </w:p>
          <w:p w14:paraId="19DFEB0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name NOT in </w:t>
            </w:r>
            <w:proofErr w:type="gramStart"/>
            <w:r w:rsidRPr="00160913">
              <w:rPr>
                <w:rFonts w:ascii="Times New Roman" w:hAnsi="Times New Roman" w:cs="Times New Roman"/>
                <w:sz w:val="17"/>
              </w:rPr>
              <w:t>devices</w:t>
            </w:r>
            <w:proofErr w:type="gramEnd"/>
            <w:r w:rsidRPr="00160913">
              <w:rPr>
                <w:rFonts w:ascii="Times New Roman" w:hAnsi="Times New Roman" w:cs="Times New Roman"/>
                <w:sz w:val="17"/>
              </w:rPr>
              <w:t xml:space="preserve"> THEN PRINT error; RETURN</w:t>
            </w:r>
          </w:p>
          <w:p w14:paraId="3E48E70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READ </w:t>
            </w:r>
            <w:proofErr w:type="spellStart"/>
            <w:r w:rsidRPr="00160913">
              <w:rPr>
                <w:rFonts w:ascii="Times New Roman" w:hAnsi="Times New Roman" w:cs="Times New Roman"/>
                <w:sz w:val="17"/>
              </w:rPr>
              <w:t>new_status</w:t>
            </w:r>
            <w:proofErr w:type="spellEnd"/>
          </w:p>
          <w:p w14:paraId="0DD2F25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w:t>
            </w:r>
            <w:proofErr w:type="spellStart"/>
            <w:r w:rsidRPr="00160913">
              <w:rPr>
                <w:rFonts w:ascii="Times New Roman" w:hAnsi="Times New Roman" w:cs="Times New Roman"/>
                <w:sz w:val="17"/>
              </w:rPr>
              <w:t>new_status</w:t>
            </w:r>
            <w:proofErr w:type="spellEnd"/>
            <w:r w:rsidRPr="00160913">
              <w:rPr>
                <w:rFonts w:ascii="Times New Roman" w:hAnsi="Times New Roman" w:cs="Times New Roman"/>
                <w:sz w:val="17"/>
              </w:rPr>
              <w:t xml:space="preserve"> NOT in VALID_STATUSES THEN PRINT error; RETURN</w:t>
            </w:r>
          </w:p>
          <w:p w14:paraId="70A70F4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devices[name</w:t>
            </w:r>
            <w:proofErr w:type="gramStart"/>
            <w:r w:rsidRPr="00160913">
              <w:rPr>
                <w:rFonts w:ascii="Times New Roman" w:hAnsi="Times New Roman" w:cs="Times New Roman"/>
                <w:sz w:val="17"/>
              </w:rPr>
              <w:t>].status</w:t>
            </w:r>
            <w:proofErr w:type="gramEnd"/>
            <w:r w:rsidRPr="00160913">
              <w:rPr>
                <w:rFonts w:ascii="Times New Roman" w:hAnsi="Times New Roman" w:cs="Times New Roman"/>
                <w:sz w:val="17"/>
              </w:rPr>
              <w:t xml:space="preserve"> &lt;- </w:t>
            </w:r>
            <w:proofErr w:type="spellStart"/>
            <w:r w:rsidRPr="00160913">
              <w:rPr>
                <w:rFonts w:ascii="Times New Roman" w:hAnsi="Times New Roman" w:cs="Times New Roman"/>
                <w:sz w:val="17"/>
              </w:rPr>
              <w:t>new_status</w:t>
            </w:r>
            <w:proofErr w:type="spellEnd"/>
          </w:p>
          <w:p w14:paraId="5401E850" w14:textId="6F0AA1E5"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PRINT succes</w:t>
            </w:r>
            <w:r w:rsidR="00FA4048">
              <w:rPr>
                <w:rFonts w:ascii="Times New Roman" w:hAnsi="Times New Roman" w:cs="Times New Roman"/>
                <w:sz w:val="17"/>
              </w:rPr>
              <w:t>s</w:t>
            </w:r>
          </w:p>
          <w:p w14:paraId="683A36E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END FUNCTION</w:t>
            </w:r>
          </w:p>
          <w:p w14:paraId="1C582C3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7DA4B84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FUNCTION </w:t>
            </w:r>
            <w:proofErr w:type="spellStart"/>
            <w:r w:rsidRPr="00160913">
              <w:rPr>
                <w:rFonts w:ascii="Times New Roman" w:hAnsi="Times New Roman" w:cs="Times New Roman"/>
                <w:sz w:val="17"/>
              </w:rPr>
              <w:t>ViewDevices</w:t>
            </w:r>
            <w:proofErr w:type="spellEnd"/>
          </w:p>
          <w:p w14:paraId="333D8F0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devices </w:t>
            </w:r>
            <w:proofErr w:type="gramStart"/>
            <w:r w:rsidRPr="00160913">
              <w:rPr>
                <w:rFonts w:ascii="Times New Roman" w:hAnsi="Times New Roman" w:cs="Times New Roman"/>
                <w:sz w:val="17"/>
              </w:rPr>
              <w:t>is</w:t>
            </w:r>
            <w:proofErr w:type="gramEnd"/>
            <w:r w:rsidRPr="00160913">
              <w:rPr>
                <w:rFonts w:ascii="Times New Roman" w:hAnsi="Times New Roman" w:cs="Times New Roman"/>
                <w:sz w:val="17"/>
              </w:rPr>
              <w:t xml:space="preserve"> empty THEN PRINT "no devices"; RETURN</w:t>
            </w:r>
          </w:p>
          <w:p w14:paraId="5BA3B05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FOR EACH name, info IN devices</w:t>
            </w:r>
          </w:p>
          <w:p w14:paraId="31B1D6E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PRINT name, </w:t>
            </w:r>
            <w:proofErr w:type="spellStart"/>
            <w:proofErr w:type="gramStart"/>
            <w:r w:rsidRPr="00160913">
              <w:rPr>
                <w:rFonts w:ascii="Times New Roman" w:hAnsi="Times New Roman" w:cs="Times New Roman"/>
                <w:sz w:val="17"/>
              </w:rPr>
              <w:t>info.room</w:t>
            </w:r>
            <w:proofErr w:type="spellEnd"/>
            <w:proofErr w:type="gramEnd"/>
            <w:r w:rsidRPr="00160913">
              <w:rPr>
                <w:rFonts w:ascii="Times New Roman" w:hAnsi="Times New Roman" w:cs="Times New Roman"/>
                <w:sz w:val="17"/>
              </w:rPr>
              <w:t xml:space="preserve">, </w:t>
            </w:r>
            <w:proofErr w:type="spellStart"/>
            <w:proofErr w:type="gramStart"/>
            <w:r w:rsidRPr="00160913">
              <w:rPr>
                <w:rFonts w:ascii="Times New Roman" w:hAnsi="Times New Roman" w:cs="Times New Roman"/>
                <w:sz w:val="17"/>
              </w:rPr>
              <w:t>info.status</w:t>
            </w:r>
            <w:proofErr w:type="spellEnd"/>
            <w:proofErr w:type="gramEnd"/>
          </w:p>
          <w:p w14:paraId="0E8EEE3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END FUNCTION</w:t>
            </w:r>
          </w:p>
          <w:p w14:paraId="1C5626C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30195B0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FUNCTION </w:t>
            </w:r>
            <w:proofErr w:type="spellStart"/>
            <w:r w:rsidRPr="00160913">
              <w:rPr>
                <w:rFonts w:ascii="Times New Roman" w:hAnsi="Times New Roman" w:cs="Times New Roman"/>
                <w:sz w:val="17"/>
              </w:rPr>
              <w:t>SearchDevice</w:t>
            </w:r>
            <w:proofErr w:type="spellEnd"/>
          </w:p>
          <w:p w14:paraId="57C52B9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READ query</w:t>
            </w:r>
          </w:p>
          <w:p w14:paraId="42267E8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FOR EACH name, info IN devices</w:t>
            </w:r>
          </w:p>
          <w:p w14:paraId="59D1A54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lower(name) = lower(query) THEN</w:t>
            </w:r>
          </w:p>
          <w:p w14:paraId="5ABDE47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PRINT </w:t>
            </w:r>
            <w:proofErr w:type="spellStart"/>
            <w:proofErr w:type="gramStart"/>
            <w:r w:rsidRPr="00160913">
              <w:rPr>
                <w:rFonts w:ascii="Times New Roman" w:hAnsi="Times New Roman" w:cs="Times New Roman"/>
                <w:sz w:val="17"/>
              </w:rPr>
              <w:t>info.room</w:t>
            </w:r>
            <w:proofErr w:type="spellEnd"/>
            <w:proofErr w:type="gramEnd"/>
            <w:r w:rsidRPr="00160913">
              <w:rPr>
                <w:rFonts w:ascii="Times New Roman" w:hAnsi="Times New Roman" w:cs="Times New Roman"/>
                <w:sz w:val="17"/>
              </w:rPr>
              <w:t xml:space="preserve">, </w:t>
            </w:r>
            <w:proofErr w:type="spellStart"/>
            <w:proofErr w:type="gramStart"/>
            <w:r w:rsidRPr="00160913">
              <w:rPr>
                <w:rFonts w:ascii="Times New Roman" w:hAnsi="Times New Roman" w:cs="Times New Roman"/>
                <w:sz w:val="17"/>
              </w:rPr>
              <w:t>info.status</w:t>
            </w:r>
            <w:proofErr w:type="spellEnd"/>
            <w:proofErr w:type="gramEnd"/>
            <w:r w:rsidRPr="00160913">
              <w:rPr>
                <w:rFonts w:ascii="Times New Roman" w:hAnsi="Times New Roman" w:cs="Times New Roman"/>
                <w:sz w:val="17"/>
              </w:rPr>
              <w:t>; RETURN</w:t>
            </w:r>
          </w:p>
          <w:p w14:paraId="41F27D0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PRINT "not found"</w:t>
            </w:r>
          </w:p>
          <w:p w14:paraId="0EB245B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END FUNCTION</w:t>
            </w:r>
          </w:p>
        </w:tc>
      </w:tr>
    </w:tbl>
    <w:p w14:paraId="6B007A86" w14:textId="77777777" w:rsidR="00722BFE" w:rsidRPr="00160913" w:rsidRDefault="00722BFE" w:rsidP="00160913">
      <w:pPr>
        <w:spacing w:after="0"/>
        <w:jc w:val="both"/>
        <w:rPr>
          <w:rFonts w:ascii="Times New Roman" w:hAnsi="Times New Roman" w:cs="Times New Roman"/>
        </w:rPr>
      </w:pPr>
    </w:p>
    <w:p w14:paraId="0C696982" w14:textId="77777777" w:rsidR="00722BFE" w:rsidRPr="00160913" w:rsidRDefault="00000000" w:rsidP="00160913">
      <w:pPr>
        <w:pStyle w:val="Heading2"/>
        <w:spacing w:before="0"/>
        <w:jc w:val="both"/>
        <w:rPr>
          <w:rFonts w:ascii="Times New Roman" w:hAnsi="Times New Roman" w:cs="Times New Roman"/>
          <w:color w:val="auto"/>
        </w:rPr>
      </w:pPr>
      <w:bookmarkStart w:id="7" w:name="_Toc233895760"/>
      <w:r w:rsidRPr="00160913">
        <w:rPr>
          <w:rFonts w:ascii="Times New Roman" w:hAnsi="Times New Roman" w:cs="Times New Roman"/>
          <w:color w:val="auto"/>
        </w:rPr>
        <w:t>2.b Implementation Decisions</w:t>
      </w:r>
      <w:bookmarkEnd w:id="7"/>
    </w:p>
    <w:p w14:paraId="43015966" w14:textId="77777777" w:rsidR="00722BFE" w:rsidRPr="00160913" w:rsidRDefault="00000000" w:rsidP="00160913">
      <w:pPr>
        <w:pStyle w:val="Heading3"/>
        <w:spacing w:before="0"/>
        <w:jc w:val="both"/>
        <w:rPr>
          <w:rFonts w:ascii="Times New Roman" w:hAnsi="Times New Roman" w:cs="Times New Roman"/>
          <w:color w:val="auto"/>
        </w:rPr>
      </w:pPr>
      <w:bookmarkStart w:id="8" w:name="_Toc233895761"/>
      <w:r w:rsidRPr="00160913">
        <w:rPr>
          <w:rFonts w:ascii="Times New Roman" w:hAnsi="Times New Roman" w:cs="Times New Roman"/>
          <w:color w:val="auto"/>
        </w:rPr>
        <w:t>2.b.i Data Structures</w:t>
      </w:r>
      <w:bookmarkEnd w:id="8"/>
    </w:p>
    <w:p w14:paraId="3DA5C463" w14:textId="2067A3AA" w:rsidR="00A97410" w:rsidRPr="00A97410" w:rsidRDefault="00A97410" w:rsidP="00A97410">
      <w:pPr>
        <w:spacing w:after="0"/>
        <w:jc w:val="both"/>
        <w:rPr>
          <w:rFonts w:ascii="Times New Roman" w:hAnsi="Times New Roman" w:cs="Times New Roman"/>
        </w:rPr>
      </w:pPr>
      <w:r w:rsidRPr="00A97410">
        <w:rPr>
          <w:rFonts w:ascii="Times New Roman" w:hAnsi="Times New Roman" w:cs="Times New Roman"/>
        </w:rPr>
        <w:t xml:space="preserve">The main </w:t>
      </w:r>
      <w:proofErr w:type="gramStart"/>
      <w:r w:rsidRPr="00A97410">
        <w:rPr>
          <w:rFonts w:ascii="Times New Roman" w:hAnsi="Times New Roman" w:cs="Times New Roman"/>
        </w:rPr>
        <w:t>design consideration</w:t>
      </w:r>
      <w:proofErr w:type="gramEnd"/>
      <w:r w:rsidRPr="00A97410">
        <w:rPr>
          <w:rFonts w:ascii="Times New Roman" w:hAnsi="Times New Roman" w:cs="Times New Roman"/>
        </w:rPr>
        <w:t xml:space="preserve"> was how to store the devices. There were two possible solution strategies taught on this module: parallel lists and a dictionary. A parallel-list design would have three </w:t>
      </w:r>
      <w:proofErr w:type="gramStart"/>
      <w:r w:rsidRPr="00A97410">
        <w:rPr>
          <w:rFonts w:ascii="Times New Roman" w:hAnsi="Times New Roman" w:cs="Times New Roman"/>
        </w:rPr>
        <w:t>lists</w:t>
      </w:r>
      <w:proofErr w:type="gramEnd"/>
      <w:r w:rsidRPr="00A97410">
        <w:rPr>
          <w:rFonts w:ascii="Times New Roman" w:hAnsi="Times New Roman" w:cs="Times New Roman"/>
        </w:rPr>
        <w:t xml:space="preserve"> one for names, one for rooms, and one for statuses and ensure that they are "synced up" </w:t>
      </w:r>
      <w:r w:rsidRPr="00A97410">
        <w:rPr>
          <w:rFonts w:ascii="Times New Roman" w:hAnsi="Times New Roman" w:cs="Times New Roman"/>
        </w:rPr>
        <w:lastRenderedPageBreak/>
        <w:t>by their indices. In a dictionary design, however, the device name is used as the key to access the data of the device</w:t>
      </w:r>
      <w:r w:rsidR="00D85D3A">
        <w:rPr>
          <w:rFonts w:ascii="Times New Roman" w:hAnsi="Times New Roman" w:cs="Times New Roman"/>
        </w:rPr>
        <w:t xml:space="preserve"> [5]</w:t>
      </w:r>
      <w:r w:rsidRPr="00A97410">
        <w:rPr>
          <w:rFonts w:ascii="Times New Roman" w:hAnsi="Times New Roman" w:cs="Times New Roman"/>
        </w:rPr>
        <w:t>.</w:t>
      </w:r>
    </w:p>
    <w:p w14:paraId="169C4D87" w14:textId="0DC692FA" w:rsidR="00722BFE" w:rsidRPr="00A870D7" w:rsidRDefault="00A97410" w:rsidP="00A97410">
      <w:pPr>
        <w:spacing w:after="0"/>
        <w:jc w:val="both"/>
        <w:rPr>
          <w:rFonts w:ascii="Times New Roman" w:hAnsi="Times New Roman" w:cs="Times New Roman"/>
        </w:rPr>
      </w:pPr>
      <w:r w:rsidRPr="00A97410">
        <w:rPr>
          <w:rFonts w:ascii="Times New Roman" w:hAnsi="Times New Roman" w:cs="Times New Roman"/>
        </w:rPr>
        <w:t xml:space="preserve">A dictionary of dictionaries was selected. Every name for a device (which, of course, is unique) is considered a key, and the value is a </w:t>
      </w:r>
      <w:proofErr w:type="gramStart"/>
      <w:r w:rsidRPr="00A97410">
        <w:rPr>
          <w:rFonts w:ascii="Times New Roman" w:hAnsi="Times New Roman" w:cs="Times New Roman"/>
        </w:rPr>
        <w:t>small nested</w:t>
      </w:r>
      <w:proofErr w:type="gramEnd"/>
      <w:r w:rsidRPr="00A97410">
        <w:rPr>
          <w:rFonts w:ascii="Times New Roman" w:hAnsi="Times New Roman" w:cs="Times New Roman"/>
        </w:rPr>
        <w:t xml:space="preserve"> dictionary that contains the room and status of the device, such </w:t>
      </w:r>
      <w:proofErr w:type="gramStart"/>
      <w:r w:rsidRPr="00A97410">
        <w:rPr>
          <w:rFonts w:ascii="Times New Roman" w:hAnsi="Times New Roman" w:cs="Times New Roman"/>
        </w:rPr>
        <w:t>as {"</w:t>
      </w:r>
      <w:proofErr w:type="gramEnd"/>
      <w:r w:rsidRPr="00A97410">
        <w:rPr>
          <w:rFonts w:ascii="Times New Roman" w:hAnsi="Times New Roman" w:cs="Times New Roman"/>
        </w:rPr>
        <w:t>Smart Light A1</w:t>
      </w:r>
      <w:proofErr w:type="gramStart"/>
      <w:r w:rsidRPr="00A97410">
        <w:rPr>
          <w:rFonts w:ascii="Times New Roman" w:hAnsi="Times New Roman" w:cs="Times New Roman"/>
        </w:rPr>
        <w:t>": {</w:t>
      </w:r>
      <w:proofErr w:type="gramEnd"/>
      <w:r w:rsidRPr="00A97410">
        <w:rPr>
          <w:rFonts w:ascii="Times New Roman" w:hAnsi="Times New Roman" w:cs="Times New Roman"/>
        </w:rPr>
        <w:t>"room": "Room 101", "status": "</w:t>
      </w:r>
      <w:proofErr w:type="gramStart"/>
      <w:r w:rsidRPr="00A97410">
        <w:rPr>
          <w:rFonts w:ascii="Times New Roman" w:hAnsi="Times New Roman" w:cs="Times New Roman"/>
        </w:rPr>
        <w:t>online"}}</w:t>
      </w:r>
      <w:proofErr w:type="gramEnd"/>
      <w:r w:rsidRPr="00A97410">
        <w:rPr>
          <w:rFonts w:ascii="Times New Roman" w:hAnsi="Times New Roman" w:cs="Times New Roman"/>
        </w:rPr>
        <w:t xml:space="preserve">. This was preferred compared to parallel lists for three reasons. Correctness: Parallel lists should always be perfectly in step </w:t>
      </w:r>
      <w:proofErr w:type="gramStart"/>
      <w:r w:rsidRPr="00A97410">
        <w:rPr>
          <w:rFonts w:ascii="Times New Roman" w:hAnsi="Times New Roman" w:cs="Times New Roman"/>
        </w:rPr>
        <w:t>remove</w:t>
      </w:r>
      <w:proofErr w:type="gramEnd"/>
      <w:r w:rsidRPr="00A97410">
        <w:rPr>
          <w:rFonts w:ascii="Times New Roman" w:hAnsi="Times New Roman" w:cs="Times New Roman"/>
        </w:rPr>
        <w:t xml:space="preserve"> a list element in the middle of the list and all other lists are silently misaligned and return incorrect data. The Dictionary has </w:t>
      </w:r>
      <w:proofErr w:type="gramStart"/>
      <w:r w:rsidRPr="00A97410">
        <w:rPr>
          <w:rFonts w:ascii="Times New Roman" w:hAnsi="Times New Roman" w:cs="Times New Roman"/>
        </w:rPr>
        <w:t>all of</w:t>
      </w:r>
      <w:proofErr w:type="gramEnd"/>
      <w:r w:rsidRPr="00A97410">
        <w:rPr>
          <w:rFonts w:ascii="Times New Roman" w:hAnsi="Times New Roman" w:cs="Times New Roman"/>
        </w:rPr>
        <w:t xml:space="preserve"> the attributes of any device in one place, so this type of bug does not exist. Secondly, performance: a dictionary lookup by name is an average </w:t>
      </w:r>
      <w:proofErr w:type="gramStart"/>
      <w:r w:rsidRPr="00A97410">
        <w:rPr>
          <w:rFonts w:ascii="Times New Roman" w:hAnsi="Times New Roman" w:cs="Times New Roman"/>
        </w:rPr>
        <w:t>O(</w:t>
      </w:r>
      <w:proofErr w:type="gramEnd"/>
      <w:r w:rsidRPr="00A97410">
        <w:rPr>
          <w:rFonts w:ascii="Times New Roman" w:hAnsi="Times New Roman" w:cs="Times New Roman"/>
        </w:rPr>
        <w:t>1) operation whereas the search of a list is O(n); so duplicate-name and ‘device exists?’ checks are both more efficient and easier to write. Third, readability: devices[name]["status"] is explicit providing they meet the intent of the requirement maintainability. The major drawback offered is that if the program is ever closed, the data is lost; this is a possible improvement in the future (file or database storage) as discussed in Section 4. These are the important variables for the solution</w:t>
      </w:r>
      <w:r w:rsidRPr="00A870D7">
        <w:rPr>
          <w:rFonts w:ascii="Times New Roman" w:hAnsi="Times New Roman" w:cs="Times New Roman"/>
          <w:bCs/>
        </w:rPr>
        <w:t>:</w:t>
      </w:r>
    </w:p>
    <w:p w14:paraId="3E2D7784" w14:textId="03A6342F" w:rsidR="00A870D7" w:rsidRPr="00A870D7" w:rsidRDefault="00A870D7" w:rsidP="00160913">
      <w:pPr>
        <w:spacing w:after="0"/>
        <w:jc w:val="both"/>
        <w:rPr>
          <w:rFonts w:ascii="Times New Roman" w:hAnsi="Times New Roman" w:cs="Times New Roman"/>
          <w:iCs/>
        </w:rPr>
      </w:pPr>
      <w:r w:rsidRPr="00A870D7">
        <w:rPr>
          <w:rFonts w:ascii="Times New Roman" w:hAnsi="Times New Roman" w:cs="Times New Roman"/>
          <w:b/>
          <w:bCs/>
          <w:iCs/>
          <w:sz w:val="18"/>
        </w:rPr>
        <w:t>Table 1:</w:t>
      </w:r>
      <w:r w:rsidRPr="00A870D7">
        <w:rPr>
          <w:rFonts w:ascii="Times New Roman" w:hAnsi="Times New Roman" w:cs="Times New Roman"/>
          <w:iCs/>
          <w:sz w:val="18"/>
        </w:rPr>
        <w:t xml:space="preserve"> Main variables and data structures used in the solution</w:t>
      </w:r>
    </w:p>
    <w:tbl>
      <w:tblPr>
        <w:tblStyle w:val="LightGrid-Accent1"/>
        <w:tblW w:w="0" w:type="auto"/>
        <w:tblLook w:val="04A0" w:firstRow="1" w:lastRow="0" w:firstColumn="1" w:lastColumn="0" w:noHBand="0" w:noVBand="1"/>
      </w:tblPr>
      <w:tblGrid>
        <w:gridCol w:w="2877"/>
        <w:gridCol w:w="2874"/>
        <w:gridCol w:w="2875"/>
      </w:tblGrid>
      <w:tr w:rsidR="00722BFE" w:rsidRPr="00A870D7" w14:paraId="3887ED67" w14:textId="77777777" w:rsidTr="00722B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55700B3"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Variable</w:t>
            </w:r>
          </w:p>
        </w:tc>
        <w:tc>
          <w:tcPr>
            <w:tcW w:w="2880" w:type="dxa"/>
          </w:tcPr>
          <w:p w14:paraId="75C27F88" w14:textId="77777777" w:rsidR="00722BFE" w:rsidRPr="00A870D7" w:rsidRDefault="00000000" w:rsidP="00160913">
            <w:pPr>
              <w:spacing w:after="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Type</w:t>
            </w:r>
          </w:p>
        </w:tc>
        <w:tc>
          <w:tcPr>
            <w:tcW w:w="2880" w:type="dxa"/>
          </w:tcPr>
          <w:p w14:paraId="41A38090" w14:textId="77777777" w:rsidR="00722BFE" w:rsidRPr="00A870D7" w:rsidRDefault="00000000" w:rsidP="00160913">
            <w:pPr>
              <w:spacing w:after="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Purpose</w:t>
            </w:r>
          </w:p>
        </w:tc>
      </w:tr>
      <w:tr w:rsidR="00722BFE" w:rsidRPr="00A870D7" w14:paraId="363703D9" w14:textId="77777777" w:rsidTr="00722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51AB6122"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devices</w:t>
            </w:r>
          </w:p>
        </w:tc>
        <w:tc>
          <w:tcPr>
            <w:tcW w:w="2880" w:type="dxa"/>
          </w:tcPr>
          <w:p w14:paraId="36BA3197"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A870D7">
              <w:rPr>
                <w:rFonts w:ascii="Times New Roman" w:hAnsi="Times New Roman" w:cs="Times New Roman"/>
                <w:sz w:val="18"/>
                <w:szCs w:val="18"/>
              </w:rPr>
              <w:t>dict</w:t>
            </w:r>
            <w:proofErr w:type="spellEnd"/>
            <w:r w:rsidRPr="00A870D7">
              <w:rPr>
                <w:rFonts w:ascii="Times New Roman" w:hAnsi="Times New Roman" w:cs="Times New Roman"/>
                <w:sz w:val="18"/>
                <w:szCs w:val="18"/>
              </w:rPr>
              <w:t xml:space="preserve"> of </w:t>
            </w:r>
            <w:proofErr w:type="spellStart"/>
            <w:r w:rsidRPr="00A870D7">
              <w:rPr>
                <w:rFonts w:ascii="Times New Roman" w:hAnsi="Times New Roman" w:cs="Times New Roman"/>
                <w:sz w:val="18"/>
                <w:szCs w:val="18"/>
              </w:rPr>
              <w:t>dicts</w:t>
            </w:r>
            <w:proofErr w:type="spellEnd"/>
          </w:p>
        </w:tc>
        <w:tc>
          <w:tcPr>
            <w:tcW w:w="2880" w:type="dxa"/>
          </w:tcPr>
          <w:p w14:paraId="200D3856"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Main data store; maps a device name to its {room, status}.</w:t>
            </w:r>
          </w:p>
        </w:tc>
      </w:tr>
      <w:tr w:rsidR="00722BFE" w:rsidRPr="00A870D7" w14:paraId="3D6958D8" w14:textId="77777777" w:rsidTr="00722B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779B760B"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VALID_STATUSES</w:t>
            </w:r>
          </w:p>
        </w:tc>
        <w:tc>
          <w:tcPr>
            <w:tcW w:w="2880" w:type="dxa"/>
          </w:tcPr>
          <w:p w14:paraId="220C7883"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tuple</w:t>
            </w:r>
          </w:p>
        </w:tc>
        <w:tc>
          <w:tcPr>
            <w:tcW w:w="2880" w:type="dxa"/>
          </w:tcPr>
          <w:p w14:paraId="5377FE73"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The only accepted status values; single source of truth for validation.</w:t>
            </w:r>
          </w:p>
        </w:tc>
      </w:tr>
      <w:tr w:rsidR="00722BFE" w:rsidRPr="00A870D7" w14:paraId="44B58C0A" w14:textId="77777777" w:rsidTr="00722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D8232DC"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name / query</w:t>
            </w:r>
          </w:p>
        </w:tc>
        <w:tc>
          <w:tcPr>
            <w:tcW w:w="2880" w:type="dxa"/>
          </w:tcPr>
          <w:p w14:paraId="56E5D3F9"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str</w:t>
            </w:r>
          </w:p>
        </w:tc>
        <w:tc>
          <w:tcPr>
            <w:tcW w:w="2880" w:type="dxa"/>
          </w:tcPr>
          <w:p w14:paraId="4A01DE2F"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The device name entered by the user for adding, updating or searching.</w:t>
            </w:r>
          </w:p>
        </w:tc>
      </w:tr>
      <w:tr w:rsidR="00722BFE" w:rsidRPr="00A870D7" w14:paraId="691B7C58" w14:textId="77777777" w:rsidTr="00722B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3CA22BE"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room</w:t>
            </w:r>
          </w:p>
        </w:tc>
        <w:tc>
          <w:tcPr>
            <w:tcW w:w="2880" w:type="dxa"/>
          </w:tcPr>
          <w:p w14:paraId="7CA394F5"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str</w:t>
            </w:r>
          </w:p>
        </w:tc>
        <w:tc>
          <w:tcPr>
            <w:tcW w:w="2880" w:type="dxa"/>
          </w:tcPr>
          <w:p w14:paraId="2A967537"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The room a device is located in.</w:t>
            </w:r>
          </w:p>
        </w:tc>
      </w:tr>
      <w:tr w:rsidR="00722BFE" w:rsidRPr="00A870D7" w14:paraId="66D8DFEC" w14:textId="77777777" w:rsidTr="00722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5E7E331A"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 xml:space="preserve">status / </w:t>
            </w:r>
            <w:proofErr w:type="spellStart"/>
            <w:r w:rsidRPr="00A870D7">
              <w:rPr>
                <w:rFonts w:ascii="Times New Roman" w:hAnsi="Times New Roman" w:cs="Times New Roman"/>
                <w:sz w:val="18"/>
                <w:szCs w:val="18"/>
              </w:rPr>
              <w:t>new_status</w:t>
            </w:r>
            <w:proofErr w:type="spellEnd"/>
          </w:p>
        </w:tc>
        <w:tc>
          <w:tcPr>
            <w:tcW w:w="2880" w:type="dxa"/>
          </w:tcPr>
          <w:p w14:paraId="2A7B654E"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str</w:t>
            </w:r>
          </w:p>
        </w:tc>
        <w:tc>
          <w:tcPr>
            <w:tcW w:w="2880" w:type="dxa"/>
          </w:tcPr>
          <w:p w14:paraId="5AEA3AA6"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The connectivity status being set or changed.</w:t>
            </w:r>
          </w:p>
        </w:tc>
      </w:tr>
      <w:tr w:rsidR="00722BFE" w:rsidRPr="00A870D7" w14:paraId="3673F552" w14:textId="77777777" w:rsidTr="00722B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291356F9"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choice</w:t>
            </w:r>
          </w:p>
        </w:tc>
        <w:tc>
          <w:tcPr>
            <w:tcW w:w="2880" w:type="dxa"/>
          </w:tcPr>
          <w:p w14:paraId="65FC5A0F"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str</w:t>
            </w:r>
          </w:p>
        </w:tc>
        <w:tc>
          <w:tcPr>
            <w:tcW w:w="2880" w:type="dxa"/>
          </w:tcPr>
          <w:p w14:paraId="1D17D5DB"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The menu option the user selects (1–5).</w:t>
            </w:r>
          </w:p>
        </w:tc>
      </w:tr>
      <w:tr w:rsidR="00722BFE" w:rsidRPr="00A870D7" w14:paraId="1C4C5A53" w14:textId="77777777" w:rsidTr="00722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19971E90"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info</w:t>
            </w:r>
          </w:p>
        </w:tc>
        <w:tc>
          <w:tcPr>
            <w:tcW w:w="2880" w:type="dxa"/>
          </w:tcPr>
          <w:p w14:paraId="557C30A2"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A870D7">
              <w:rPr>
                <w:rFonts w:ascii="Times New Roman" w:hAnsi="Times New Roman" w:cs="Times New Roman"/>
                <w:sz w:val="18"/>
                <w:szCs w:val="18"/>
              </w:rPr>
              <w:t>dict</w:t>
            </w:r>
            <w:proofErr w:type="spellEnd"/>
          </w:p>
        </w:tc>
        <w:tc>
          <w:tcPr>
            <w:tcW w:w="2880" w:type="dxa"/>
          </w:tcPr>
          <w:p w14:paraId="1862AB25"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The nested value for one device while looping through the store.</w:t>
            </w:r>
          </w:p>
        </w:tc>
      </w:tr>
    </w:tbl>
    <w:p w14:paraId="6B41EEA2" w14:textId="77777777" w:rsidR="00722BFE" w:rsidRPr="00160913" w:rsidRDefault="00000000" w:rsidP="00160913">
      <w:pPr>
        <w:pStyle w:val="Heading3"/>
        <w:spacing w:before="0"/>
        <w:jc w:val="both"/>
        <w:rPr>
          <w:rFonts w:ascii="Times New Roman" w:hAnsi="Times New Roman" w:cs="Times New Roman"/>
          <w:color w:val="auto"/>
        </w:rPr>
      </w:pPr>
      <w:bookmarkStart w:id="9" w:name="_Toc233895762"/>
      <w:r w:rsidRPr="00160913">
        <w:rPr>
          <w:rFonts w:ascii="Times New Roman" w:hAnsi="Times New Roman" w:cs="Times New Roman"/>
          <w:color w:val="auto"/>
        </w:rPr>
        <w:t>2.b.ii Programming Constructs</w:t>
      </w:r>
      <w:bookmarkEnd w:id="9"/>
    </w:p>
    <w:p w14:paraId="14BF349D" w14:textId="77777777" w:rsidR="00A97410" w:rsidRPr="00A97410" w:rsidRDefault="00A97410" w:rsidP="00A97410">
      <w:pPr>
        <w:spacing w:after="0"/>
        <w:jc w:val="both"/>
        <w:rPr>
          <w:rFonts w:ascii="Times New Roman" w:hAnsi="Times New Roman" w:cs="Times New Roman"/>
        </w:rPr>
      </w:pPr>
      <w:proofErr w:type="gramStart"/>
      <w:r w:rsidRPr="00A97410">
        <w:rPr>
          <w:rFonts w:ascii="Times New Roman" w:hAnsi="Times New Roman" w:cs="Times New Roman"/>
        </w:rPr>
        <w:t>A number of</w:t>
      </w:r>
      <w:proofErr w:type="gramEnd"/>
      <w:r w:rsidRPr="00A97410">
        <w:rPr>
          <w:rFonts w:ascii="Times New Roman" w:hAnsi="Times New Roman" w:cs="Times New Roman"/>
        </w:rPr>
        <w:t xml:space="preserve"> common programming constructs were chosen with intention. The number of actions a staff member will take is not known in advance, and a while-True loop drives the main menu, so it is the convention to use an interactive console application. Using a 'menu' with if / </w:t>
      </w:r>
      <w:proofErr w:type="spellStart"/>
      <w:r w:rsidRPr="00A97410">
        <w:rPr>
          <w:rFonts w:ascii="Times New Roman" w:hAnsi="Times New Roman" w:cs="Times New Roman"/>
        </w:rPr>
        <w:t>elif</w:t>
      </w:r>
      <w:proofErr w:type="spellEnd"/>
      <w:r w:rsidRPr="00A97410">
        <w:rPr>
          <w:rFonts w:ascii="Times New Roman" w:hAnsi="Times New Roman" w:cs="Times New Roman"/>
        </w:rPr>
        <w:t xml:space="preserve"> / else, the menu choice is used to call the correct function, and the final else block will catch any unexpected value - otherwise the program will crash. The for loop is used to loop over the dictionary to display and search devices in the operations, while the if statement is used to implement validation rules.</w:t>
      </w:r>
    </w:p>
    <w:p w14:paraId="712E26D7" w14:textId="0652197F" w:rsidR="00722BFE" w:rsidRPr="00160913" w:rsidRDefault="00A97410" w:rsidP="00A97410">
      <w:pPr>
        <w:spacing w:after="0"/>
        <w:jc w:val="both"/>
        <w:rPr>
          <w:rFonts w:ascii="Times New Roman" w:hAnsi="Times New Roman" w:cs="Times New Roman"/>
        </w:rPr>
      </w:pPr>
      <w:r w:rsidRPr="00A97410">
        <w:rPr>
          <w:rFonts w:ascii="Times New Roman" w:hAnsi="Times New Roman" w:cs="Times New Roman"/>
        </w:rPr>
        <w:t>The solution is broken down into user-defined functions, each performing a well-named task. This is because this mimics the analysis problems decomposition, there is no repeated code, and a single function can be tested at a time. Error handling implemented as defensive validity: each function contains a check for the rules (not empty, not a duplicate, a valid status, an existing device), and if a rule is not met the function returns early with a clear statement about the error. This ‘guard clause' approach was selected over deep nested if statements, as this maintains the happy path readable and each failure reason explicit, a good code writing practice</w:t>
      </w:r>
      <w:r w:rsidRPr="00160913">
        <w:rPr>
          <w:rFonts w:ascii="Times New Roman" w:hAnsi="Times New Roman" w:cs="Times New Roman"/>
        </w:rPr>
        <w:t>.</w:t>
      </w:r>
    </w:p>
    <w:p w14:paraId="1294F00F" w14:textId="77777777" w:rsidR="00722BFE" w:rsidRPr="00160913" w:rsidRDefault="00000000" w:rsidP="00160913">
      <w:pPr>
        <w:pStyle w:val="Heading3"/>
        <w:spacing w:before="0"/>
        <w:jc w:val="both"/>
        <w:rPr>
          <w:rFonts w:ascii="Times New Roman" w:hAnsi="Times New Roman" w:cs="Times New Roman"/>
          <w:color w:val="auto"/>
        </w:rPr>
      </w:pPr>
      <w:bookmarkStart w:id="10" w:name="_Toc233895763"/>
      <w:r w:rsidRPr="00160913">
        <w:rPr>
          <w:rFonts w:ascii="Times New Roman" w:hAnsi="Times New Roman" w:cs="Times New Roman"/>
          <w:color w:val="auto"/>
        </w:rPr>
        <w:t>2.b.iii Python Modules and Libraries</w:t>
      </w:r>
      <w:bookmarkEnd w:id="10"/>
    </w:p>
    <w:p w14:paraId="76CA1CED" w14:textId="3906C2AA" w:rsidR="00722BFE" w:rsidRPr="00160913" w:rsidRDefault="00A97410" w:rsidP="00160913">
      <w:pPr>
        <w:spacing w:after="0"/>
        <w:jc w:val="both"/>
        <w:rPr>
          <w:rFonts w:ascii="Times New Roman" w:hAnsi="Times New Roman" w:cs="Times New Roman"/>
        </w:rPr>
      </w:pPr>
      <w:r w:rsidRPr="00A97410">
        <w:rPr>
          <w:rFonts w:ascii="Times New Roman" w:hAnsi="Times New Roman" w:cs="Times New Roman"/>
        </w:rPr>
        <w:t xml:space="preserve">This solution deliberately does not rely on any external third-party libraries. The solution is provided using the features available in the Python language: dictionaries, tuples, </w:t>
      </w:r>
      <w:proofErr w:type="gramStart"/>
      <w:r w:rsidRPr="00A97410">
        <w:rPr>
          <w:rFonts w:ascii="Times New Roman" w:hAnsi="Times New Roman" w:cs="Times New Roman"/>
        </w:rPr>
        <w:t>input(</w:t>
      </w:r>
      <w:proofErr w:type="gramEnd"/>
      <w:r w:rsidRPr="00A97410">
        <w:rPr>
          <w:rFonts w:ascii="Times New Roman" w:hAnsi="Times New Roman" w:cs="Times New Roman"/>
        </w:rPr>
        <w:t xml:space="preserve">) and </w:t>
      </w:r>
      <w:proofErr w:type="gramStart"/>
      <w:r w:rsidRPr="00A97410">
        <w:rPr>
          <w:rFonts w:ascii="Times New Roman" w:hAnsi="Times New Roman" w:cs="Times New Roman"/>
        </w:rPr>
        <w:t>print(</w:t>
      </w:r>
      <w:proofErr w:type="gramEnd"/>
      <w:r w:rsidRPr="00A97410">
        <w:rPr>
          <w:rFonts w:ascii="Times New Roman" w:hAnsi="Times New Roman" w:cs="Times New Roman"/>
        </w:rPr>
        <w:t xml:space="preserve">), string methods </w:t>
      </w:r>
      <w:proofErr w:type="gramStart"/>
      <w:r w:rsidRPr="00A97410">
        <w:rPr>
          <w:rFonts w:ascii="Times New Roman" w:hAnsi="Times New Roman" w:cs="Times New Roman"/>
        </w:rPr>
        <w:t>like .strip</w:t>
      </w:r>
      <w:proofErr w:type="gramEnd"/>
      <w:r w:rsidRPr="00A97410">
        <w:rPr>
          <w:rFonts w:ascii="Times New Roman" w:hAnsi="Times New Roman" w:cs="Times New Roman"/>
        </w:rPr>
        <w:t xml:space="preserve">() </w:t>
      </w:r>
      <w:proofErr w:type="gramStart"/>
      <w:r w:rsidRPr="00A97410">
        <w:rPr>
          <w:rFonts w:ascii="Times New Roman" w:hAnsi="Times New Roman" w:cs="Times New Roman"/>
        </w:rPr>
        <w:t>and .lower</w:t>
      </w:r>
      <w:proofErr w:type="gramEnd"/>
      <w:r w:rsidRPr="00A97410">
        <w:rPr>
          <w:rFonts w:ascii="Times New Roman" w:hAnsi="Times New Roman" w:cs="Times New Roman"/>
        </w:rPr>
        <w:t xml:space="preserve">(), and ordinary control structures. Putting in an external module here would introduce a dependency and installation requirement, which would </w:t>
      </w:r>
      <w:r w:rsidRPr="00A97410">
        <w:rPr>
          <w:rFonts w:ascii="Times New Roman" w:hAnsi="Times New Roman" w:cs="Times New Roman"/>
        </w:rPr>
        <w:lastRenderedPageBreak/>
        <w:t xml:space="preserve">have no advantage, and so would be a legitimate engineering decision that would make it harder to port the program and to run by staff. The </w:t>
      </w:r>
      <w:proofErr w:type="spellStart"/>
      <w:r w:rsidRPr="00A97410">
        <w:rPr>
          <w:rFonts w:ascii="Times New Roman" w:hAnsi="Times New Roman" w:cs="Times New Roman"/>
        </w:rPr>
        <w:t>os</w:t>
      </w:r>
      <w:proofErr w:type="spellEnd"/>
      <w:r w:rsidRPr="00A97410">
        <w:rPr>
          <w:rFonts w:ascii="Times New Roman" w:hAnsi="Times New Roman" w:cs="Times New Roman"/>
        </w:rPr>
        <w:t xml:space="preserve">, time and sys modules were deliberately omitted from the earlier sample programs to clear the </w:t>
      </w:r>
      <w:proofErr w:type="gramStart"/>
      <w:r w:rsidRPr="00A97410">
        <w:rPr>
          <w:rFonts w:ascii="Times New Roman" w:hAnsi="Times New Roman" w:cs="Times New Roman"/>
        </w:rPr>
        <w:t>screen</w:t>
      </w:r>
      <w:proofErr w:type="gramEnd"/>
      <w:r w:rsidRPr="00A97410">
        <w:rPr>
          <w:rFonts w:ascii="Times New Roman" w:hAnsi="Times New Roman" w:cs="Times New Roman"/>
        </w:rPr>
        <w:t xml:space="preserve"> and force pauses to help make validation messages easier to see during testing, and because these modules would add platform-specific behavior that is not required for a record-keeping program</w:t>
      </w:r>
      <w:r w:rsidRPr="00160913">
        <w:rPr>
          <w:rFonts w:ascii="Times New Roman" w:hAnsi="Times New Roman" w:cs="Times New Roman"/>
        </w:rPr>
        <w:t>.</w:t>
      </w:r>
    </w:p>
    <w:p w14:paraId="1024DADB" w14:textId="6C347B34" w:rsidR="00722BFE" w:rsidRPr="00160913" w:rsidRDefault="00000000" w:rsidP="00A97410">
      <w:pPr>
        <w:pStyle w:val="Heading2"/>
        <w:spacing w:before="0"/>
        <w:jc w:val="both"/>
        <w:rPr>
          <w:rFonts w:ascii="Times New Roman" w:hAnsi="Times New Roman" w:cs="Times New Roman"/>
          <w:color w:val="auto"/>
        </w:rPr>
      </w:pPr>
      <w:bookmarkStart w:id="11" w:name="_Toc233895764"/>
      <w:r w:rsidRPr="00160913">
        <w:rPr>
          <w:rFonts w:ascii="Times New Roman" w:hAnsi="Times New Roman" w:cs="Times New Roman"/>
          <w:color w:val="auto"/>
        </w:rPr>
        <w:t>2.c Source Code</w:t>
      </w:r>
      <w:bookmarkEnd w:id="11"/>
    </w:p>
    <w:tbl>
      <w:tblPr>
        <w:tblW w:w="0" w:type="auto"/>
        <w:jc w:val="center"/>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ook w:val="04A0" w:firstRow="1" w:lastRow="0" w:firstColumn="1" w:lastColumn="0" w:noHBand="0" w:noVBand="1"/>
      </w:tblPr>
      <w:tblGrid>
        <w:gridCol w:w="8636"/>
      </w:tblGrid>
      <w:tr w:rsidR="00722BFE" w:rsidRPr="00160913" w14:paraId="18AF9FF8" w14:textId="77777777">
        <w:trPr>
          <w:jc w:val="center"/>
        </w:trPr>
        <w:tc>
          <w:tcPr>
            <w:tcW w:w="8640" w:type="dxa"/>
            <w:shd w:val="clear" w:color="auto" w:fill="F2F2F2"/>
          </w:tcPr>
          <w:p w14:paraId="70ECC1B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w:t>
            </w:r>
          </w:p>
          <w:p w14:paraId="45D1B37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w:t>
            </w:r>
          </w:p>
          <w:p w14:paraId="18DE0E6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Smart Home Device Manager</w:t>
            </w:r>
          </w:p>
          <w:p w14:paraId="19DA83A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Bright Minds Academy - Smart Classroom Device Tracking System</w:t>
            </w:r>
          </w:p>
          <w:p w14:paraId="6EF913B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w:t>
            </w:r>
          </w:p>
          <w:p w14:paraId="6475B42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Module :</w:t>
            </w:r>
            <w:proofErr w:type="gramEnd"/>
            <w:r w:rsidRPr="00160913">
              <w:rPr>
                <w:rFonts w:ascii="Times New Roman" w:hAnsi="Times New Roman" w:cs="Times New Roman"/>
                <w:sz w:val="17"/>
              </w:rPr>
              <w:t xml:space="preserve"> Scripting and Programming Concepts (ACCA5036)</w:t>
            </w:r>
          </w:p>
          <w:p w14:paraId="128D65B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Purpose: A simple, menu-driven console application that lets staff keep</w:t>
            </w:r>
          </w:p>
          <w:p w14:paraId="558492C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track of smart classroom devices, the room they </w:t>
            </w:r>
            <w:proofErr w:type="gramStart"/>
            <w:r w:rsidRPr="00160913">
              <w:rPr>
                <w:rFonts w:ascii="Times New Roman" w:hAnsi="Times New Roman" w:cs="Times New Roman"/>
                <w:sz w:val="17"/>
              </w:rPr>
              <w:t>are located in</w:t>
            </w:r>
            <w:proofErr w:type="gramEnd"/>
            <w:r w:rsidRPr="00160913">
              <w:rPr>
                <w:rFonts w:ascii="Times New Roman" w:hAnsi="Times New Roman" w:cs="Times New Roman"/>
                <w:sz w:val="17"/>
              </w:rPr>
              <w:t>,</w:t>
            </w:r>
          </w:p>
          <w:p w14:paraId="5A006A1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and their current connectivity status (online / offline /</w:t>
            </w:r>
          </w:p>
          <w:p w14:paraId="5CF3916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maintenance).</w:t>
            </w:r>
          </w:p>
          <w:p w14:paraId="071D34F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0684E15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Data structure: A DICTIONARY OF DICTIONARIES.</w:t>
            </w:r>
          </w:p>
          <w:p w14:paraId="32C472C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devices = {</w:t>
            </w:r>
          </w:p>
          <w:p w14:paraId="35744FC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"Smart Light A1</w:t>
            </w:r>
            <w:proofErr w:type="gramStart"/>
            <w:r w:rsidRPr="00160913">
              <w:rPr>
                <w:rFonts w:ascii="Times New Roman" w:hAnsi="Times New Roman" w:cs="Times New Roman"/>
                <w:sz w:val="17"/>
              </w:rPr>
              <w:t>": {</w:t>
            </w:r>
            <w:proofErr w:type="gramEnd"/>
            <w:r w:rsidRPr="00160913">
              <w:rPr>
                <w:rFonts w:ascii="Times New Roman" w:hAnsi="Times New Roman" w:cs="Times New Roman"/>
                <w:sz w:val="17"/>
              </w:rPr>
              <w:t>"room": "Room 101", "status": "</w:t>
            </w:r>
            <w:proofErr w:type="gramStart"/>
            <w:r w:rsidRPr="00160913">
              <w:rPr>
                <w:rFonts w:ascii="Times New Roman" w:hAnsi="Times New Roman" w:cs="Times New Roman"/>
                <w:sz w:val="17"/>
              </w:rPr>
              <w:t>online"}</w:t>
            </w:r>
            <w:proofErr w:type="gramEnd"/>
            <w:r w:rsidRPr="00160913">
              <w:rPr>
                <w:rFonts w:ascii="Times New Roman" w:hAnsi="Times New Roman" w:cs="Times New Roman"/>
                <w:sz w:val="17"/>
              </w:rPr>
              <w:t>,</w:t>
            </w:r>
          </w:p>
          <w:p w14:paraId="4A24649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71331D7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50FF263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The device name is the key (device names are unique), and the value is a</w:t>
            </w:r>
          </w:p>
          <w:p w14:paraId="6769014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nested dictionary holding that device's attributes. This gives fast</w:t>
            </w:r>
          </w:p>
          <w:p w14:paraId="4263456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O(</w:t>
            </w:r>
            <w:proofErr w:type="gramEnd"/>
            <w:r w:rsidRPr="00160913">
              <w:rPr>
                <w:rFonts w:ascii="Times New Roman" w:hAnsi="Times New Roman" w:cs="Times New Roman"/>
                <w:sz w:val="17"/>
              </w:rPr>
              <w:t>1) look-up on search and keeps each device's data grouped together.</w:t>
            </w:r>
          </w:p>
          <w:p w14:paraId="756A723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w:t>
            </w:r>
          </w:p>
          <w:p w14:paraId="0FAD3E4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w:t>
            </w:r>
          </w:p>
          <w:p w14:paraId="043A81D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53948F8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0552967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GLOBAL DATA STORE</w:t>
            </w:r>
          </w:p>
          <w:p w14:paraId="4C623E9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700758D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The dictionary is pre-loaded with a few sample </w:t>
            </w:r>
            <w:proofErr w:type="gramStart"/>
            <w:r w:rsidRPr="00160913">
              <w:rPr>
                <w:rFonts w:ascii="Times New Roman" w:hAnsi="Times New Roman" w:cs="Times New Roman"/>
                <w:sz w:val="17"/>
              </w:rPr>
              <w:t>devices</w:t>
            </w:r>
            <w:proofErr w:type="gramEnd"/>
            <w:r w:rsidRPr="00160913">
              <w:rPr>
                <w:rFonts w:ascii="Times New Roman" w:hAnsi="Times New Roman" w:cs="Times New Roman"/>
                <w:sz w:val="17"/>
              </w:rPr>
              <w:t xml:space="preserve"> so the program is</w:t>
            </w:r>
          </w:p>
          <w:p w14:paraId="64E8A00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usable immediately for demonstration and testing. Staff can add more.</w:t>
            </w:r>
          </w:p>
          <w:p w14:paraId="4B4FF7B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devices = {</w:t>
            </w:r>
          </w:p>
          <w:p w14:paraId="55DE489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"Smart Light A1</w:t>
            </w:r>
            <w:proofErr w:type="gramStart"/>
            <w:r w:rsidRPr="00160913">
              <w:rPr>
                <w:rFonts w:ascii="Times New Roman" w:hAnsi="Times New Roman" w:cs="Times New Roman"/>
                <w:sz w:val="17"/>
              </w:rPr>
              <w:t>": {</w:t>
            </w:r>
            <w:proofErr w:type="gramEnd"/>
            <w:r w:rsidRPr="00160913">
              <w:rPr>
                <w:rFonts w:ascii="Times New Roman" w:hAnsi="Times New Roman" w:cs="Times New Roman"/>
                <w:sz w:val="17"/>
              </w:rPr>
              <w:t>"room": "Room 101", "status": "</w:t>
            </w:r>
            <w:proofErr w:type="gramStart"/>
            <w:r w:rsidRPr="00160913">
              <w:rPr>
                <w:rFonts w:ascii="Times New Roman" w:hAnsi="Times New Roman" w:cs="Times New Roman"/>
                <w:sz w:val="17"/>
              </w:rPr>
              <w:t>online"}</w:t>
            </w:r>
            <w:proofErr w:type="gramEnd"/>
            <w:r w:rsidRPr="00160913">
              <w:rPr>
                <w:rFonts w:ascii="Times New Roman" w:hAnsi="Times New Roman" w:cs="Times New Roman"/>
                <w:sz w:val="17"/>
              </w:rPr>
              <w:t>,</w:t>
            </w:r>
          </w:p>
          <w:p w14:paraId="4B94D74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"Projector B2":</w:t>
            </w:r>
            <w:proofErr w:type="gramStart"/>
            <w:r w:rsidRPr="00160913">
              <w:rPr>
                <w:rFonts w:ascii="Times New Roman" w:hAnsi="Times New Roman" w:cs="Times New Roman"/>
                <w:sz w:val="17"/>
              </w:rPr>
              <w:t xml:space="preserve">   {</w:t>
            </w:r>
            <w:proofErr w:type="gramEnd"/>
            <w:r w:rsidRPr="00160913">
              <w:rPr>
                <w:rFonts w:ascii="Times New Roman" w:hAnsi="Times New Roman" w:cs="Times New Roman"/>
                <w:sz w:val="17"/>
              </w:rPr>
              <w:t>"room": "Room 102", "status": "</w:t>
            </w:r>
            <w:proofErr w:type="gramStart"/>
            <w:r w:rsidRPr="00160913">
              <w:rPr>
                <w:rFonts w:ascii="Times New Roman" w:hAnsi="Times New Roman" w:cs="Times New Roman"/>
                <w:sz w:val="17"/>
              </w:rPr>
              <w:t>offline"}</w:t>
            </w:r>
            <w:proofErr w:type="gramEnd"/>
            <w:r w:rsidRPr="00160913">
              <w:rPr>
                <w:rFonts w:ascii="Times New Roman" w:hAnsi="Times New Roman" w:cs="Times New Roman"/>
                <w:sz w:val="17"/>
              </w:rPr>
              <w:t>,</w:t>
            </w:r>
          </w:p>
          <w:p w14:paraId="281283C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"Thermostat C3"</w:t>
            </w:r>
            <w:proofErr w:type="gramStart"/>
            <w:r w:rsidRPr="00160913">
              <w:rPr>
                <w:rFonts w:ascii="Times New Roman" w:hAnsi="Times New Roman" w:cs="Times New Roman"/>
                <w:sz w:val="17"/>
              </w:rPr>
              <w:t>:  {</w:t>
            </w:r>
            <w:proofErr w:type="gramEnd"/>
            <w:r w:rsidRPr="00160913">
              <w:rPr>
                <w:rFonts w:ascii="Times New Roman" w:hAnsi="Times New Roman" w:cs="Times New Roman"/>
                <w:sz w:val="17"/>
              </w:rPr>
              <w:t>"room": "Room 103", "status": "</w:t>
            </w:r>
            <w:proofErr w:type="gramStart"/>
            <w:r w:rsidRPr="00160913">
              <w:rPr>
                <w:rFonts w:ascii="Times New Roman" w:hAnsi="Times New Roman" w:cs="Times New Roman"/>
                <w:sz w:val="17"/>
              </w:rPr>
              <w:t>maintenance"}</w:t>
            </w:r>
            <w:proofErr w:type="gramEnd"/>
            <w:r w:rsidRPr="00160913">
              <w:rPr>
                <w:rFonts w:ascii="Times New Roman" w:hAnsi="Times New Roman" w:cs="Times New Roman"/>
                <w:sz w:val="17"/>
              </w:rPr>
              <w:t>,</w:t>
            </w:r>
          </w:p>
          <w:p w14:paraId="69560E6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w:t>
            </w:r>
          </w:p>
          <w:p w14:paraId="25729C1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38DA298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The only status values the system will accept. Keeping them in one place</w:t>
            </w:r>
          </w:p>
          <w:p w14:paraId="24788C8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(a "single source of truth") means validation is consistent everywhere.</w:t>
            </w:r>
          </w:p>
          <w:p w14:paraId="3FB387A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VALID_STATUSES = ("online", "offline", "maintenance")</w:t>
            </w:r>
          </w:p>
          <w:p w14:paraId="6569155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0B64C9D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349FA35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6B49BB2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FUNCTION: </w:t>
            </w:r>
            <w:proofErr w:type="spellStart"/>
            <w:r w:rsidRPr="00160913">
              <w:rPr>
                <w:rFonts w:ascii="Times New Roman" w:hAnsi="Times New Roman" w:cs="Times New Roman"/>
                <w:sz w:val="17"/>
              </w:rPr>
              <w:t>display_menu</w:t>
            </w:r>
            <w:proofErr w:type="spellEnd"/>
          </w:p>
          <w:p w14:paraId="069CFD9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4FB9559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def </w:t>
            </w:r>
            <w:proofErr w:type="spellStart"/>
            <w:r w:rsidRPr="00160913">
              <w:rPr>
                <w:rFonts w:ascii="Times New Roman" w:hAnsi="Times New Roman" w:cs="Times New Roman"/>
                <w:sz w:val="17"/>
              </w:rPr>
              <w:t>display_</w:t>
            </w:r>
            <w:proofErr w:type="gramStart"/>
            <w:r w:rsidRPr="00160913">
              <w:rPr>
                <w:rFonts w:ascii="Times New Roman" w:hAnsi="Times New Roman" w:cs="Times New Roman"/>
                <w:sz w:val="17"/>
              </w:rPr>
              <w:t>menu</w:t>
            </w:r>
            <w:proofErr w:type="spellEnd"/>
            <w:r w:rsidRPr="00160913">
              <w:rPr>
                <w:rFonts w:ascii="Times New Roman" w:hAnsi="Times New Roman" w:cs="Times New Roman"/>
                <w:sz w:val="17"/>
              </w:rPr>
              <w:t>(</w:t>
            </w:r>
            <w:proofErr w:type="gramEnd"/>
            <w:r w:rsidRPr="00160913">
              <w:rPr>
                <w:rFonts w:ascii="Times New Roman" w:hAnsi="Times New Roman" w:cs="Times New Roman"/>
                <w:sz w:val="17"/>
              </w:rPr>
              <w:t>):</w:t>
            </w:r>
          </w:p>
          <w:p w14:paraId="14160DA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"""Print the main menu of options to the user."""</w:t>
            </w:r>
          </w:p>
          <w:p w14:paraId="2D167A3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print("\n========================================")</w:t>
            </w:r>
          </w:p>
          <w:p w14:paraId="525A57F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   BRIGHT MINDS ACADEMY")</w:t>
            </w:r>
          </w:p>
          <w:p w14:paraId="6EED27A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   Smart Home Device Manager")</w:t>
            </w:r>
          </w:p>
          <w:p w14:paraId="1B16D66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w:t>
            </w:r>
          </w:p>
          <w:p w14:paraId="562B47B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"1. Add a new device")</w:t>
            </w:r>
          </w:p>
          <w:p w14:paraId="556C0B3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"2. Update a device's status")</w:t>
            </w:r>
          </w:p>
          <w:p w14:paraId="2CF6B92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"3. View all devices")</w:t>
            </w:r>
          </w:p>
          <w:p w14:paraId="102A299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"4. Search for a device")</w:t>
            </w:r>
          </w:p>
          <w:p w14:paraId="3C8B766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"5. Exit")</w:t>
            </w:r>
          </w:p>
          <w:p w14:paraId="4D4B203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w:t>
            </w:r>
          </w:p>
          <w:p w14:paraId="5620D2E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44479C5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lastRenderedPageBreak/>
              <w:t xml:space="preserve"> </w:t>
            </w:r>
          </w:p>
          <w:p w14:paraId="0A46A1B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52B580C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FUNCTION: </w:t>
            </w:r>
            <w:proofErr w:type="spellStart"/>
            <w:r w:rsidRPr="00160913">
              <w:rPr>
                <w:rFonts w:ascii="Times New Roman" w:hAnsi="Times New Roman" w:cs="Times New Roman"/>
                <w:sz w:val="17"/>
              </w:rPr>
              <w:t>add_device</w:t>
            </w:r>
            <w:proofErr w:type="spellEnd"/>
          </w:p>
          <w:p w14:paraId="18193F3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1B9ABEF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def </w:t>
            </w:r>
            <w:proofErr w:type="spellStart"/>
            <w:r w:rsidRPr="00160913">
              <w:rPr>
                <w:rFonts w:ascii="Times New Roman" w:hAnsi="Times New Roman" w:cs="Times New Roman"/>
                <w:sz w:val="17"/>
              </w:rPr>
              <w:t>add_</w:t>
            </w:r>
            <w:proofErr w:type="gramStart"/>
            <w:r w:rsidRPr="00160913">
              <w:rPr>
                <w:rFonts w:ascii="Times New Roman" w:hAnsi="Times New Roman" w:cs="Times New Roman"/>
                <w:sz w:val="17"/>
              </w:rPr>
              <w:t>device</w:t>
            </w:r>
            <w:proofErr w:type="spellEnd"/>
            <w:r w:rsidRPr="00160913">
              <w:rPr>
                <w:rFonts w:ascii="Times New Roman" w:hAnsi="Times New Roman" w:cs="Times New Roman"/>
                <w:sz w:val="17"/>
              </w:rPr>
              <w:t>(</w:t>
            </w:r>
            <w:proofErr w:type="gramEnd"/>
            <w:r w:rsidRPr="00160913">
              <w:rPr>
                <w:rFonts w:ascii="Times New Roman" w:hAnsi="Times New Roman" w:cs="Times New Roman"/>
                <w:sz w:val="17"/>
              </w:rPr>
              <w:t>):</w:t>
            </w:r>
          </w:p>
          <w:p w14:paraId="1A9C634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7C9A071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Add a new device to the dictionary.</w:t>
            </w:r>
          </w:p>
          <w:p w14:paraId="3C0FDFB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4805626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Validation performed</w:t>
            </w:r>
            <w:proofErr w:type="gramEnd"/>
            <w:r w:rsidRPr="00160913">
              <w:rPr>
                <w:rFonts w:ascii="Times New Roman" w:hAnsi="Times New Roman" w:cs="Times New Roman"/>
                <w:sz w:val="17"/>
              </w:rPr>
              <w:t>:</w:t>
            </w:r>
          </w:p>
          <w:p w14:paraId="119C6F0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Device name cannot be empty / only spaces.</w:t>
            </w:r>
          </w:p>
          <w:p w14:paraId="395CD53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A device with the same name cannot be added twice (duplicate check).</w:t>
            </w:r>
          </w:p>
          <w:p w14:paraId="396D294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Room name cannot be empty / only spaces.</w:t>
            </w:r>
          </w:p>
          <w:p w14:paraId="2BD5516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The starting status must be one of the VALID_STATUSES.</w:t>
            </w:r>
          </w:p>
          <w:p w14:paraId="31A0904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77CB753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"\n--- Add a New Device ---")</w:t>
            </w:r>
          </w:p>
          <w:p w14:paraId="535CAA2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24F7843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 Validate the device </w:t>
            </w:r>
            <w:proofErr w:type="gramStart"/>
            <w:r w:rsidRPr="00160913">
              <w:rPr>
                <w:rFonts w:ascii="Times New Roman" w:hAnsi="Times New Roman" w:cs="Times New Roman"/>
                <w:sz w:val="17"/>
              </w:rPr>
              <w:t>name -</w:t>
            </w:r>
            <w:proofErr w:type="gramEnd"/>
            <w:r w:rsidRPr="00160913">
              <w:rPr>
                <w:rFonts w:ascii="Times New Roman" w:hAnsi="Times New Roman" w:cs="Times New Roman"/>
                <w:sz w:val="17"/>
              </w:rPr>
              <w:t>-------------------------------------</w:t>
            </w:r>
          </w:p>
          <w:p w14:paraId="4698E03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name = </w:t>
            </w:r>
            <w:proofErr w:type="gramStart"/>
            <w:r w:rsidRPr="00160913">
              <w:rPr>
                <w:rFonts w:ascii="Times New Roman" w:hAnsi="Times New Roman" w:cs="Times New Roman"/>
                <w:sz w:val="17"/>
              </w:rPr>
              <w:t>input(</w:t>
            </w:r>
            <w:proofErr w:type="gramEnd"/>
            <w:r w:rsidRPr="00160913">
              <w:rPr>
                <w:rFonts w:ascii="Times New Roman" w:hAnsi="Times New Roman" w:cs="Times New Roman"/>
                <w:sz w:val="17"/>
              </w:rPr>
              <w:t>"Enter device name (e.g. Smart Light A1): "</w:t>
            </w:r>
            <w:proofErr w:type="gramStart"/>
            <w:r w:rsidRPr="00160913">
              <w:rPr>
                <w:rFonts w:ascii="Times New Roman" w:hAnsi="Times New Roman" w:cs="Times New Roman"/>
                <w:sz w:val="17"/>
              </w:rPr>
              <w:t>).strip</w:t>
            </w:r>
            <w:proofErr w:type="gramEnd"/>
            <w:r w:rsidRPr="00160913">
              <w:rPr>
                <w:rFonts w:ascii="Times New Roman" w:hAnsi="Times New Roman" w:cs="Times New Roman"/>
                <w:sz w:val="17"/>
              </w:rPr>
              <w:t>()</w:t>
            </w:r>
          </w:p>
          <w:p w14:paraId="71DF7A5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name == "":</w:t>
            </w:r>
          </w:p>
          <w:p w14:paraId="256486C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 Error: Device name cannot be empty. Device not added.")</w:t>
            </w:r>
          </w:p>
          <w:p w14:paraId="1C93B58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return</w:t>
            </w:r>
          </w:p>
          <w:p w14:paraId="69A87E3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name in devices:</w:t>
            </w:r>
          </w:p>
          <w:p w14:paraId="00000E2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f"[!] Error</w:t>
            </w:r>
            <w:proofErr w:type="gramStart"/>
            <w:r w:rsidRPr="00160913">
              <w:rPr>
                <w:rFonts w:ascii="Times New Roman" w:hAnsi="Times New Roman" w:cs="Times New Roman"/>
                <w:sz w:val="17"/>
              </w:rPr>
              <w:t>: '{name}'</w:t>
            </w:r>
            <w:proofErr w:type="gramEnd"/>
            <w:r w:rsidRPr="00160913">
              <w:rPr>
                <w:rFonts w:ascii="Times New Roman" w:hAnsi="Times New Roman" w:cs="Times New Roman"/>
                <w:sz w:val="17"/>
              </w:rPr>
              <w:t xml:space="preserve"> already exists. Device not added.")</w:t>
            </w:r>
          </w:p>
          <w:p w14:paraId="1D2CC5A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return</w:t>
            </w:r>
          </w:p>
          <w:p w14:paraId="59A6F0A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746A461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 Validate the </w:t>
            </w:r>
            <w:proofErr w:type="gramStart"/>
            <w:r w:rsidRPr="00160913">
              <w:rPr>
                <w:rFonts w:ascii="Times New Roman" w:hAnsi="Times New Roman" w:cs="Times New Roman"/>
                <w:sz w:val="17"/>
              </w:rPr>
              <w:t>room -</w:t>
            </w:r>
            <w:proofErr w:type="gramEnd"/>
            <w:r w:rsidRPr="00160913">
              <w:rPr>
                <w:rFonts w:ascii="Times New Roman" w:hAnsi="Times New Roman" w:cs="Times New Roman"/>
                <w:sz w:val="17"/>
              </w:rPr>
              <w:t>--------------------------------------------</w:t>
            </w:r>
          </w:p>
          <w:p w14:paraId="2C111A3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room = </w:t>
            </w:r>
            <w:proofErr w:type="gramStart"/>
            <w:r w:rsidRPr="00160913">
              <w:rPr>
                <w:rFonts w:ascii="Times New Roman" w:hAnsi="Times New Roman" w:cs="Times New Roman"/>
                <w:sz w:val="17"/>
              </w:rPr>
              <w:t>input(</w:t>
            </w:r>
            <w:proofErr w:type="gramEnd"/>
            <w:r w:rsidRPr="00160913">
              <w:rPr>
                <w:rFonts w:ascii="Times New Roman" w:hAnsi="Times New Roman" w:cs="Times New Roman"/>
                <w:sz w:val="17"/>
              </w:rPr>
              <w:t>"Enter the room it is located in (e.g. Room 101): "</w:t>
            </w:r>
            <w:proofErr w:type="gramStart"/>
            <w:r w:rsidRPr="00160913">
              <w:rPr>
                <w:rFonts w:ascii="Times New Roman" w:hAnsi="Times New Roman" w:cs="Times New Roman"/>
                <w:sz w:val="17"/>
              </w:rPr>
              <w:t>).strip</w:t>
            </w:r>
            <w:proofErr w:type="gramEnd"/>
            <w:r w:rsidRPr="00160913">
              <w:rPr>
                <w:rFonts w:ascii="Times New Roman" w:hAnsi="Times New Roman" w:cs="Times New Roman"/>
                <w:sz w:val="17"/>
              </w:rPr>
              <w:t>()</w:t>
            </w:r>
          </w:p>
          <w:p w14:paraId="2727425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room =</w:t>
            </w:r>
            <w:proofErr w:type="gramStart"/>
            <w:r w:rsidRPr="00160913">
              <w:rPr>
                <w:rFonts w:ascii="Times New Roman" w:hAnsi="Times New Roman" w:cs="Times New Roman"/>
                <w:sz w:val="17"/>
              </w:rPr>
              <w:t>= ""</w:t>
            </w:r>
            <w:proofErr w:type="gramEnd"/>
            <w:r w:rsidRPr="00160913">
              <w:rPr>
                <w:rFonts w:ascii="Times New Roman" w:hAnsi="Times New Roman" w:cs="Times New Roman"/>
                <w:sz w:val="17"/>
              </w:rPr>
              <w:t>:</w:t>
            </w:r>
          </w:p>
          <w:p w14:paraId="2828CA5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 Error: Room cannot be empty. Device not added.")</w:t>
            </w:r>
          </w:p>
          <w:p w14:paraId="3FE7311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return</w:t>
            </w:r>
          </w:p>
          <w:p w14:paraId="23521B4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1FECBB2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 Validate the starting </w:t>
            </w:r>
            <w:proofErr w:type="gramStart"/>
            <w:r w:rsidRPr="00160913">
              <w:rPr>
                <w:rFonts w:ascii="Times New Roman" w:hAnsi="Times New Roman" w:cs="Times New Roman"/>
                <w:sz w:val="17"/>
              </w:rPr>
              <w:t>status -</w:t>
            </w:r>
            <w:proofErr w:type="gramEnd"/>
            <w:r w:rsidRPr="00160913">
              <w:rPr>
                <w:rFonts w:ascii="Times New Roman" w:hAnsi="Times New Roman" w:cs="Times New Roman"/>
                <w:sz w:val="17"/>
              </w:rPr>
              <w:t>---------------------------------</w:t>
            </w:r>
          </w:p>
          <w:p w14:paraId="57D36FA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spellStart"/>
            <w:proofErr w:type="gramEnd"/>
            <w:r w:rsidRPr="00160913">
              <w:rPr>
                <w:rFonts w:ascii="Times New Roman" w:hAnsi="Times New Roman" w:cs="Times New Roman"/>
                <w:sz w:val="17"/>
              </w:rPr>
              <w:t>f"Choose</w:t>
            </w:r>
            <w:proofErr w:type="spellEnd"/>
            <w:r w:rsidRPr="00160913">
              <w:rPr>
                <w:rFonts w:ascii="Times New Roman" w:hAnsi="Times New Roman" w:cs="Times New Roman"/>
                <w:sz w:val="17"/>
              </w:rPr>
              <w:t xml:space="preserve"> a starting status {VALID_</w:t>
            </w:r>
            <w:proofErr w:type="gramStart"/>
            <w:r w:rsidRPr="00160913">
              <w:rPr>
                <w:rFonts w:ascii="Times New Roman" w:hAnsi="Times New Roman" w:cs="Times New Roman"/>
                <w:sz w:val="17"/>
              </w:rPr>
              <w:t>STATUSES}"</w:t>
            </w:r>
            <w:proofErr w:type="gramEnd"/>
            <w:r w:rsidRPr="00160913">
              <w:rPr>
                <w:rFonts w:ascii="Times New Roman" w:hAnsi="Times New Roman" w:cs="Times New Roman"/>
                <w:sz w:val="17"/>
              </w:rPr>
              <w:t>)</w:t>
            </w:r>
          </w:p>
          <w:p w14:paraId="65700A6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status = </w:t>
            </w:r>
            <w:proofErr w:type="gramStart"/>
            <w:r w:rsidRPr="00160913">
              <w:rPr>
                <w:rFonts w:ascii="Times New Roman" w:hAnsi="Times New Roman" w:cs="Times New Roman"/>
                <w:sz w:val="17"/>
              </w:rPr>
              <w:t>input(</w:t>
            </w:r>
            <w:proofErr w:type="gramEnd"/>
            <w:r w:rsidRPr="00160913">
              <w:rPr>
                <w:rFonts w:ascii="Times New Roman" w:hAnsi="Times New Roman" w:cs="Times New Roman"/>
                <w:sz w:val="17"/>
              </w:rPr>
              <w:t>"Enter status: "</w:t>
            </w:r>
            <w:proofErr w:type="gramStart"/>
            <w:r w:rsidRPr="00160913">
              <w:rPr>
                <w:rFonts w:ascii="Times New Roman" w:hAnsi="Times New Roman" w:cs="Times New Roman"/>
                <w:sz w:val="17"/>
              </w:rPr>
              <w:t>).strip</w:t>
            </w:r>
            <w:proofErr w:type="gramEnd"/>
            <w:r w:rsidRPr="00160913">
              <w:rPr>
                <w:rFonts w:ascii="Times New Roman" w:hAnsi="Times New Roman" w:cs="Times New Roman"/>
                <w:sz w:val="17"/>
              </w:rPr>
              <w:t>(</w:t>
            </w:r>
            <w:proofErr w:type="gramStart"/>
            <w:r w:rsidRPr="00160913">
              <w:rPr>
                <w:rFonts w:ascii="Times New Roman" w:hAnsi="Times New Roman" w:cs="Times New Roman"/>
                <w:sz w:val="17"/>
              </w:rPr>
              <w:t>).lower</w:t>
            </w:r>
            <w:proofErr w:type="gramEnd"/>
            <w:r w:rsidRPr="00160913">
              <w:rPr>
                <w:rFonts w:ascii="Times New Roman" w:hAnsi="Times New Roman" w:cs="Times New Roman"/>
                <w:sz w:val="17"/>
              </w:rPr>
              <w:t>()</w:t>
            </w:r>
          </w:p>
          <w:p w14:paraId="164BE0F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status not in VALID_STATUSES:</w:t>
            </w:r>
          </w:p>
          <w:p w14:paraId="7803465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f"[!] Error</w:t>
            </w:r>
            <w:proofErr w:type="gramStart"/>
            <w:r w:rsidRPr="00160913">
              <w:rPr>
                <w:rFonts w:ascii="Times New Roman" w:hAnsi="Times New Roman" w:cs="Times New Roman"/>
                <w:sz w:val="17"/>
              </w:rPr>
              <w:t>: '{status}'</w:t>
            </w:r>
            <w:proofErr w:type="gramEnd"/>
            <w:r w:rsidRPr="00160913">
              <w:rPr>
                <w:rFonts w:ascii="Times New Roman" w:hAnsi="Times New Roman" w:cs="Times New Roman"/>
                <w:sz w:val="17"/>
              </w:rPr>
              <w:t xml:space="preserve"> is not a valid status. Device not added.")</w:t>
            </w:r>
          </w:p>
          <w:p w14:paraId="30AF52A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return</w:t>
            </w:r>
          </w:p>
          <w:p w14:paraId="5103781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0D23AC0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 All checks passed: store the new </w:t>
            </w:r>
            <w:proofErr w:type="gramStart"/>
            <w:r w:rsidRPr="00160913">
              <w:rPr>
                <w:rFonts w:ascii="Times New Roman" w:hAnsi="Times New Roman" w:cs="Times New Roman"/>
                <w:sz w:val="17"/>
              </w:rPr>
              <w:t>device -</w:t>
            </w:r>
            <w:proofErr w:type="gramEnd"/>
            <w:r w:rsidRPr="00160913">
              <w:rPr>
                <w:rFonts w:ascii="Times New Roman" w:hAnsi="Times New Roman" w:cs="Times New Roman"/>
                <w:sz w:val="17"/>
              </w:rPr>
              <w:t>----------------------</w:t>
            </w:r>
          </w:p>
          <w:p w14:paraId="2C8B6AE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devices[name] </w:t>
            </w:r>
            <w:proofErr w:type="gramStart"/>
            <w:r w:rsidRPr="00160913">
              <w:rPr>
                <w:rFonts w:ascii="Times New Roman" w:hAnsi="Times New Roman" w:cs="Times New Roman"/>
                <w:sz w:val="17"/>
              </w:rPr>
              <w:t>= {"</w:t>
            </w:r>
            <w:proofErr w:type="gramEnd"/>
            <w:r w:rsidRPr="00160913">
              <w:rPr>
                <w:rFonts w:ascii="Times New Roman" w:hAnsi="Times New Roman" w:cs="Times New Roman"/>
                <w:sz w:val="17"/>
              </w:rPr>
              <w:t>room": room, "status": status}</w:t>
            </w:r>
          </w:p>
          <w:p w14:paraId="7B91CC8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print</w:t>
            </w:r>
            <w:proofErr w:type="gramStart"/>
            <w:r w:rsidRPr="00160913">
              <w:rPr>
                <w:rFonts w:ascii="Times New Roman" w:hAnsi="Times New Roman" w:cs="Times New Roman"/>
                <w:sz w:val="17"/>
              </w:rPr>
              <w:t>(f</w:t>
            </w:r>
            <w:proofErr w:type="gramEnd"/>
            <w:r w:rsidRPr="00160913">
              <w:rPr>
                <w:rFonts w:ascii="Times New Roman" w:hAnsi="Times New Roman" w:cs="Times New Roman"/>
                <w:sz w:val="17"/>
              </w:rPr>
              <w:t>"[OK</w:t>
            </w:r>
            <w:proofErr w:type="gramStart"/>
            <w:r w:rsidRPr="00160913">
              <w:rPr>
                <w:rFonts w:ascii="Times New Roman" w:hAnsi="Times New Roman" w:cs="Times New Roman"/>
                <w:sz w:val="17"/>
              </w:rPr>
              <w:t>] '{name}'</w:t>
            </w:r>
            <w:proofErr w:type="gramEnd"/>
            <w:r w:rsidRPr="00160913">
              <w:rPr>
                <w:rFonts w:ascii="Times New Roman" w:hAnsi="Times New Roman" w:cs="Times New Roman"/>
                <w:sz w:val="17"/>
              </w:rPr>
              <w:t xml:space="preserve"> has been added successfully.")</w:t>
            </w:r>
          </w:p>
          <w:p w14:paraId="23604D5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40846EB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3397D6A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631236F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FUNCTION: </w:t>
            </w:r>
            <w:proofErr w:type="spellStart"/>
            <w:r w:rsidRPr="00160913">
              <w:rPr>
                <w:rFonts w:ascii="Times New Roman" w:hAnsi="Times New Roman" w:cs="Times New Roman"/>
                <w:sz w:val="17"/>
              </w:rPr>
              <w:t>update_status</w:t>
            </w:r>
            <w:proofErr w:type="spellEnd"/>
          </w:p>
          <w:p w14:paraId="4CD325A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5B57560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def </w:t>
            </w:r>
            <w:proofErr w:type="spellStart"/>
            <w:r w:rsidRPr="00160913">
              <w:rPr>
                <w:rFonts w:ascii="Times New Roman" w:hAnsi="Times New Roman" w:cs="Times New Roman"/>
                <w:sz w:val="17"/>
              </w:rPr>
              <w:t>update_</w:t>
            </w:r>
            <w:proofErr w:type="gramStart"/>
            <w:r w:rsidRPr="00160913">
              <w:rPr>
                <w:rFonts w:ascii="Times New Roman" w:hAnsi="Times New Roman" w:cs="Times New Roman"/>
                <w:sz w:val="17"/>
              </w:rPr>
              <w:t>status</w:t>
            </w:r>
            <w:proofErr w:type="spellEnd"/>
            <w:r w:rsidRPr="00160913">
              <w:rPr>
                <w:rFonts w:ascii="Times New Roman" w:hAnsi="Times New Roman" w:cs="Times New Roman"/>
                <w:sz w:val="17"/>
              </w:rPr>
              <w:t>(</w:t>
            </w:r>
            <w:proofErr w:type="gramEnd"/>
            <w:r w:rsidRPr="00160913">
              <w:rPr>
                <w:rFonts w:ascii="Times New Roman" w:hAnsi="Times New Roman" w:cs="Times New Roman"/>
                <w:sz w:val="17"/>
              </w:rPr>
              <w:t>):</w:t>
            </w:r>
          </w:p>
          <w:p w14:paraId="408CEBE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79435CE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Update the connectivity status of an existing device.</w:t>
            </w:r>
          </w:p>
          <w:p w14:paraId="284EFAA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78F2CD7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Validation performed</w:t>
            </w:r>
            <w:proofErr w:type="gramEnd"/>
            <w:r w:rsidRPr="00160913">
              <w:rPr>
                <w:rFonts w:ascii="Times New Roman" w:hAnsi="Times New Roman" w:cs="Times New Roman"/>
                <w:sz w:val="17"/>
              </w:rPr>
              <w:t>:</w:t>
            </w:r>
          </w:p>
          <w:p w14:paraId="15C1C85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The device must already exist in the dictionary.</w:t>
            </w:r>
          </w:p>
          <w:p w14:paraId="462F97B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The new status must be one of the VALID_STATUSES.</w:t>
            </w:r>
          </w:p>
          <w:p w14:paraId="2ADCD0E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7446097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"\n--- Update Device Status ---")</w:t>
            </w:r>
          </w:p>
          <w:p w14:paraId="3DE5661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2489FD4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name = </w:t>
            </w:r>
            <w:proofErr w:type="gramStart"/>
            <w:r w:rsidRPr="00160913">
              <w:rPr>
                <w:rFonts w:ascii="Times New Roman" w:hAnsi="Times New Roman" w:cs="Times New Roman"/>
                <w:sz w:val="17"/>
              </w:rPr>
              <w:t>input(</w:t>
            </w:r>
            <w:proofErr w:type="gramEnd"/>
            <w:r w:rsidRPr="00160913">
              <w:rPr>
                <w:rFonts w:ascii="Times New Roman" w:hAnsi="Times New Roman" w:cs="Times New Roman"/>
                <w:sz w:val="17"/>
              </w:rPr>
              <w:t>"Enter the device name to update: "</w:t>
            </w:r>
            <w:proofErr w:type="gramStart"/>
            <w:r w:rsidRPr="00160913">
              <w:rPr>
                <w:rFonts w:ascii="Times New Roman" w:hAnsi="Times New Roman" w:cs="Times New Roman"/>
                <w:sz w:val="17"/>
              </w:rPr>
              <w:t>).strip</w:t>
            </w:r>
            <w:proofErr w:type="gramEnd"/>
            <w:r w:rsidRPr="00160913">
              <w:rPr>
                <w:rFonts w:ascii="Times New Roman" w:hAnsi="Times New Roman" w:cs="Times New Roman"/>
                <w:sz w:val="17"/>
              </w:rPr>
              <w:t>()</w:t>
            </w:r>
          </w:p>
          <w:p w14:paraId="5CC6A23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name not in devices:</w:t>
            </w:r>
          </w:p>
          <w:p w14:paraId="4B495FB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f"[!] Error</w:t>
            </w:r>
            <w:proofErr w:type="gramStart"/>
            <w:r w:rsidRPr="00160913">
              <w:rPr>
                <w:rFonts w:ascii="Times New Roman" w:hAnsi="Times New Roman" w:cs="Times New Roman"/>
                <w:sz w:val="17"/>
              </w:rPr>
              <w:t>: '{name}'</w:t>
            </w:r>
            <w:proofErr w:type="gramEnd"/>
            <w:r w:rsidRPr="00160913">
              <w:rPr>
                <w:rFonts w:ascii="Times New Roman" w:hAnsi="Times New Roman" w:cs="Times New Roman"/>
                <w:sz w:val="17"/>
              </w:rPr>
              <w:t xml:space="preserve"> was not found in the system.")</w:t>
            </w:r>
          </w:p>
          <w:p w14:paraId="58E9932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return</w:t>
            </w:r>
          </w:p>
          <w:p w14:paraId="13BEDDF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1C56194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spellStart"/>
            <w:proofErr w:type="gramEnd"/>
            <w:r w:rsidRPr="00160913">
              <w:rPr>
                <w:rFonts w:ascii="Times New Roman" w:hAnsi="Times New Roman" w:cs="Times New Roman"/>
                <w:sz w:val="17"/>
              </w:rPr>
              <w:t>f"Current</w:t>
            </w:r>
            <w:proofErr w:type="spellEnd"/>
            <w:r w:rsidRPr="00160913">
              <w:rPr>
                <w:rFonts w:ascii="Times New Roman" w:hAnsi="Times New Roman" w:cs="Times New Roman"/>
                <w:sz w:val="17"/>
              </w:rPr>
              <w:t xml:space="preserve"> status </w:t>
            </w:r>
            <w:proofErr w:type="gramStart"/>
            <w:r w:rsidRPr="00160913">
              <w:rPr>
                <w:rFonts w:ascii="Times New Roman" w:hAnsi="Times New Roman" w:cs="Times New Roman"/>
                <w:sz w:val="17"/>
              </w:rPr>
              <w:t>of '{name}'</w:t>
            </w:r>
            <w:proofErr w:type="gramEnd"/>
            <w:r w:rsidRPr="00160913">
              <w:rPr>
                <w:rFonts w:ascii="Times New Roman" w:hAnsi="Times New Roman" w:cs="Times New Roman"/>
                <w:sz w:val="17"/>
              </w:rPr>
              <w:t xml:space="preserve"> is: {devices[name]['status</w:t>
            </w:r>
            <w:proofErr w:type="gramStart"/>
            <w:r w:rsidRPr="00160913">
              <w:rPr>
                <w:rFonts w:ascii="Times New Roman" w:hAnsi="Times New Roman" w:cs="Times New Roman"/>
                <w:sz w:val="17"/>
              </w:rPr>
              <w:t>']}</w:t>
            </w:r>
            <w:proofErr w:type="gramEnd"/>
            <w:r w:rsidRPr="00160913">
              <w:rPr>
                <w:rFonts w:ascii="Times New Roman" w:hAnsi="Times New Roman" w:cs="Times New Roman"/>
                <w:sz w:val="17"/>
              </w:rPr>
              <w:t>")</w:t>
            </w:r>
          </w:p>
          <w:p w14:paraId="2E15B79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lastRenderedPageBreak/>
              <w:t xml:space="preserve">    </w:t>
            </w:r>
            <w:proofErr w:type="gramStart"/>
            <w:r w:rsidRPr="00160913">
              <w:rPr>
                <w:rFonts w:ascii="Times New Roman" w:hAnsi="Times New Roman" w:cs="Times New Roman"/>
                <w:sz w:val="17"/>
              </w:rPr>
              <w:t>print(</w:t>
            </w:r>
            <w:proofErr w:type="spellStart"/>
            <w:proofErr w:type="gramEnd"/>
            <w:r w:rsidRPr="00160913">
              <w:rPr>
                <w:rFonts w:ascii="Times New Roman" w:hAnsi="Times New Roman" w:cs="Times New Roman"/>
                <w:sz w:val="17"/>
              </w:rPr>
              <w:t>f"Choose</w:t>
            </w:r>
            <w:proofErr w:type="spellEnd"/>
            <w:r w:rsidRPr="00160913">
              <w:rPr>
                <w:rFonts w:ascii="Times New Roman" w:hAnsi="Times New Roman" w:cs="Times New Roman"/>
                <w:sz w:val="17"/>
              </w:rPr>
              <w:t xml:space="preserve"> a new status {VALID_</w:t>
            </w:r>
            <w:proofErr w:type="gramStart"/>
            <w:r w:rsidRPr="00160913">
              <w:rPr>
                <w:rFonts w:ascii="Times New Roman" w:hAnsi="Times New Roman" w:cs="Times New Roman"/>
                <w:sz w:val="17"/>
              </w:rPr>
              <w:t>STATUSES}"</w:t>
            </w:r>
            <w:proofErr w:type="gramEnd"/>
            <w:r w:rsidRPr="00160913">
              <w:rPr>
                <w:rFonts w:ascii="Times New Roman" w:hAnsi="Times New Roman" w:cs="Times New Roman"/>
                <w:sz w:val="17"/>
              </w:rPr>
              <w:t>)</w:t>
            </w:r>
          </w:p>
          <w:p w14:paraId="123168D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spellStart"/>
            <w:r w:rsidRPr="00160913">
              <w:rPr>
                <w:rFonts w:ascii="Times New Roman" w:hAnsi="Times New Roman" w:cs="Times New Roman"/>
                <w:sz w:val="17"/>
              </w:rPr>
              <w:t>new_status</w:t>
            </w:r>
            <w:proofErr w:type="spellEnd"/>
            <w:r w:rsidRPr="00160913">
              <w:rPr>
                <w:rFonts w:ascii="Times New Roman" w:hAnsi="Times New Roman" w:cs="Times New Roman"/>
                <w:sz w:val="17"/>
              </w:rPr>
              <w:t xml:space="preserve"> = </w:t>
            </w:r>
            <w:proofErr w:type="gramStart"/>
            <w:r w:rsidRPr="00160913">
              <w:rPr>
                <w:rFonts w:ascii="Times New Roman" w:hAnsi="Times New Roman" w:cs="Times New Roman"/>
                <w:sz w:val="17"/>
              </w:rPr>
              <w:t>input(</w:t>
            </w:r>
            <w:proofErr w:type="gramEnd"/>
            <w:r w:rsidRPr="00160913">
              <w:rPr>
                <w:rFonts w:ascii="Times New Roman" w:hAnsi="Times New Roman" w:cs="Times New Roman"/>
                <w:sz w:val="17"/>
              </w:rPr>
              <w:t>"Enter new status: "</w:t>
            </w:r>
            <w:proofErr w:type="gramStart"/>
            <w:r w:rsidRPr="00160913">
              <w:rPr>
                <w:rFonts w:ascii="Times New Roman" w:hAnsi="Times New Roman" w:cs="Times New Roman"/>
                <w:sz w:val="17"/>
              </w:rPr>
              <w:t>).strip</w:t>
            </w:r>
            <w:proofErr w:type="gramEnd"/>
            <w:r w:rsidRPr="00160913">
              <w:rPr>
                <w:rFonts w:ascii="Times New Roman" w:hAnsi="Times New Roman" w:cs="Times New Roman"/>
                <w:sz w:val="17"/>
              </w:rPr>
              <w:t>(</w:t>
            </w:r>
            <w:proofErr w:type="gramStart"/>
            <w:r w:rsidRPr="00160913">
              <w:rPr>
                <w:rFonts w:ascii="Times New Roman" w:hAnsi="Times New Roman" w:cs="Times New Roman"/>
                <w:sz w:val="17"/>
              </w:rPr>
              <w:t>).lower</w:t>
            </w:r>
            <w:proofErr w:type="gramEnd"/>
            <w:r w:rsidRPr="00160913">
              <w:rPr>
                <w:rFonts w:ascii="Times New Roman" w:hAnsi="Times New Roman" w:cs="Times New Roman"/>
                <w:sz w:val="17"/>
              </w:rPr>
              <w:t>()</w:t>
            </w:r>
          </w:p>
          <w:p w14:paraId="0C90989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2239A19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w:t>
            </w:r>
            <w:proofErr w:type="spellStart"/>
            <w:r w:rsidRPr="00160913">
              <w:rPr>
                <w:rFonts w:ascii="Times New Roman" w:hAnsi="Times New Roman" w:cs="Times New Roman"/>
                <w:sz w:val="17"/>
              </w:rPr>
              <w:t>new_status</w:t>
            </w:r>
            <w:proofErr w:type="spellEnd"/>
            <w:r w:rsidRPr="00160913">
              <w:rPr>
                <w:rFonts w:ascii="Times New Roman" w:hAnsi="Times New Roman" w:cs="Times New Roman"/>
                <w:sz w:val="17"/>
              </w:rPr>
              <w:t xml:space="preserve"> not in VALID_STATUSES:</w:t>
            </w:r>
          </w:p>
          <w:p w14:paraId="17F89FB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f"[!] Error</w:t>
            </w:r>
            <w:proofErr w:type="gramStart"/>
            <w:r w:rsidRPr="00160913">
              <w:rPr>
                <w:rFonts w:ascii="Times New Roman" w:hAnsi="Times New Roman" w:cs="Times New Roman"/>
                <w:sz w:val="17"/>
              </w:rPr>
              <w:t>: '{</w:t>
            </w:r>
            <w:proofErr w:type="spellStart"/>
            <w:proofErr w:type="gramEnd"/>
            <w:r w:rsidRPr="00160913">
              <w:rPr>
                <w:rFonts w:ascii="Times New Roman" w:hAnsi="Times New Roman" w:cs="Times New Roman"/>
                <w:sz w:val="17"/>
              </w:rPr>
              <w:t>new_</w:t>
            </w:r>
            <w:proofErr w:type="gramStart"/>
            <w:r w:rsidRPr="00160913">
              <w:rPr>
                <w:rFonts w:ascii="Times New Roman" w:hAnsi="Times New Roman" w:cs="Times New Roman"/>
                <w:sz w:val="17"/>
              </w:rPr>
              <w:t>status</w:t>
            </w:r>
            <w:proofErr w:type="spellEnd"/>
            <w:r w:rsidRPr="00160913">
              <w:rPr>
                <w:rFonts w:ascii="Times New Roman" w:hAnsi="Times New Roman" w:cs="Times New Roman"/>
                <w:sz w:val="17"/>
              </w:rPr>
              <w:t>}'</w:t>
            </w:r>
            <w:proofErr w:type="gramEnd"/>
            <w:r w:rsidRPr="00160913">
              <w:rPr>
                <w:rFonts w:ascii="Times New Roman" w:hAnsi="Times New Roman" w:cs="Times New Roman"/>
                <w:sz w:val="17"/>
              </w:rPr>
              <w:t xml:space="preserve"> is not a valid status. No change made.")</w:t>
            </w:r>
          </w:p>
          <w:p w14:paraId="3814912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return</w:t>
            </w:r>
          </w:p>
          <w:p w14:paraId="0811D5F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2F4B540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devices[name]["status"] = </w:t>
            </w:r>
            <w:proofErr w:type="spellStart"/>
            <w:r w:rsidRPr="00160913">
              <w:rPr>
                <w:rFonts w:ascii="Times New Roman" w:hAnsi="Times New Roman" w:cs="Times New Roman"/>
                <w:sz w:val="17"/>
              </w:rPr>
              <w:t>new_status</w:t>
            </w:r>
            <w:proofErr w:type="spellEnd"/>
          </w:p>
          <w:p w14:paraId="77E379D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print(f"[OK</w:t>
            </w:r>
            <w:proofErr w:type="gramStart"/>
            <w:r w:rsidRPr="00160913">
              <w:rPr>
                <w:rFonts w:ascii="Times New Roman" w:hAnsi="Times New Roman" w:cs="Times New Roman"/>
                <w:sz w:val="17"/>
              </w:rPr>
              <w:t>] '{name}'</w:t>
            </w:r>
            <w:proofErr w:type="gramEnd"/>
            <w:r w:rsidRPr="00160913">
              <w:rPr>
                <w:rFonts w:ascii="Times New Roman" w:hAnsi="Times New Roman" w:cs="Times New Roman"/>
                <w:sz w:val="17"/>
              </w:rPr>
              <w:t xml:space="preserve"> is </w:t>
            </w:r>
            <w:proofErr w:type="gramStart"/>
            <w:r w:rsidRPr="00160913">
              <w:rPr>
                <w:rFonts w:ascii="Times New Roman" w:hAnsi="Times New Roman" w:cs="Times New Roman"/>
                <w:sz w:val="17"/>
              </w:rPr>
              <w:t>now '{</w:t>
            </w:r>
            <w:proofErr w:type="spellStart"/>
            <w:proofErr w:type="gramEnd"/>
            <w:r w:rsidRPr="00160913">
              <w:rPr>
                <w:rFonts w:ascii="Times New Roman" w:hAnsi="Times New Roman" w:cs="Times New Roman"/>
                <w:sz w:val="17"/>
              </w:rPr>
              <w:t>new_</w:t>
            </w:r>
            <w:proofErr w:type="gramStart"/>
            <w:r w:rsidRPr="00160913">
              <w:rPr>
                <w:rFonts w:ascii="Times New Roman" w:hAnsi="Times New Roman" w:cs="Times New Roman"/>
                <w:sz w:val="17"/>
              </w:rPr>
              <w:t>status</w:t>
            </w:r>
            <w:proofErr w:type="spellEnd"/>
            <w:r w:rsidRPr="00160913">
              <w:rPr>
                <w:rFonts w:ascii="Times New Roman" w:hAnsi="Times New Roman" w:cs="Times New Roman"/>
                <w:sz w:val="17"/>
              </w:rPr>
              <w:t>}'</w:t>
            </w:r>
            <w:proofErr w:type="gramEnd"/>
            <w:r w:rsidRPr="00160913">
              <w:rPr>
                <w:rFonts w:ascii="Times New Roman" w:hAnsi="Times New Roman" w:cs="Times New Roman"/>
                <w:sz w:val="17"/>
              </w:rPr>
              <w:t>.")</w:t>
            </w:r>
          </w:p>
          <w:p w14:paraId="6CC528A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62B4A34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46E9695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037BC49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FUNCTION: </w:t>
            </w:r>
            <w:proofErr w:type="spellStart"/>
            <w:r w:rsidRPr="00160913">
              <w:rPr>
                <w:rFonts w:ascii="Times New Roman" w:hAnsi="Times New Roman" w:cs="Times New Roman"/>
                <w:sz w:val="17"/>
              </w:rPr>
              <w:t>view_devices</w:t>
            </w:r>
            <w:proofErr w:type="spellEnd"/>
          </w:p>
          <w:p w14:paraId="3E31AA5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1260FBD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def </w:t>
            </w:r>
            <w:proofErr w:type="spellStart"/>
            <w:r w:rsidRPr="00160913">
              <w:rPr>
                <w:rFonts w:ascii="Times New Roman" w:hAnsi="Times New Roman" w:cs="Times New Roman"/>
                <w:sz w:val="17"/>
              </w:rPr>
              <w:t>view_</w:t>
            </w:r>
            <w:proofErr w:type="gramStart"/>
            <w:r w:rsidRPr="00160913">
              <w:rPr>
                <w:rFonts w:ascii="Times New Roman" w:hAnsi="Times New Roman" w:cs="Times New Roman"/>
                <w:sz w:val="17"/>
              </w:rPr>
              <w:t>devices</w:t>
            </w:r>
            <w:proofErr w:type="spellEnd"/>
            <w:r w:rsidRPr="00160913">
              <w:rPr>
                <w:rFonts w:ascii="Times New Roman" w:hAnsi="Times New Roman" w:cs="Times New Roman"/>
                <w:sz w:val="17"/>
              </w:rPr>
              <w:t>(</w:t>
            </w:r>
            <w:proofErr w:type="gramEnd"/>
            <w:r w:rsidRPr="00160913">
              <w:rPr>
                <w:rFonts w:ascii="Times New Roman" w:hAnsi="Times New Roman" w:cs="Times New Roman"/>
                <w:sz w:val="17"/>
              </w:rPr>
              <w:t>):</w:t>
            </w:r>
          </w:p>
          <w:p w14:paraId="2DAA22F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"""Display every device with its room and </w:t>
            </w:r>
            <w:proofErr w:type="gramStart"/>
            <w:r w:rsidRPr="00160913">
              <w:rPr>
                <w:rFonts w:ascii="Times New Roman" w:hAnsi="Times New Roman" w:cs="Times New Roman"/>
                <w:sz w:val="17"/>
              </w:rPr>
              <w:t>current status</w:t>
            </w:r>
            <w:proofErr w:type="gramEnd"/>
            <w:r w:rsidRPr="00160913">
              <w:rPr>
                <w:rFonts w:ascii="Times New Roman" w:hAnsi="Times New Roman" w:cs="Times New Roman"/>
                <w:sz w:val="17"/>
              </w:rPr>
              <w:t xml:space="preserve"> in a table."""</w:t>
            </w:r>
          </w:p>
          <w:p w14:paraId="730C895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"\n--- All Registered Devices ---")</w:t>
            </w:r>
          </w:p>
          <w:p w14:paraId="42FCC09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75763F4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w:t>
            </w:r>
            <w:proofErr w:type="spellStart"/>
            <w:r w:rsidRPr="00160913">
              <w:rPr>
                <w:rFonts w:ascii="Times New Roman" w:hAnsi="Times New Roman" w:cs="Times New Roman"/>
                <w:sz w:val="17"/>
              </w:rPr>
              <w:t>len</w:t>
            </w:r>
            <w:proofErr w:type="spellEnd"/>
            <w:r w:rsidRPr="00160913">
              <w:rPr>
                <w:rFonts w:ascii="Times New Roman" w:hAnsi="Times New Roman" w:cs="Times New Roman"/>
                <w:sz w:val="17"/>
              </w:rPr>
              <w:t>(devices) == 0:</w:t>
            </w:r>
          </w:p>
          <w:p w14:paraId="54670E8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"There are no devices in the system yet.")</w:t>
            </w:r>
          </w:p>
          <w:p w14:paraId="10A5AC5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return</w:t>
            </w:r>
          </w:p>
          <w:p w14:paraId="3ED2124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1C14D56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Print a simple aligned table using formatted (padded) strings.</w:t>
            </w:r>
          </w:p>
          <w:p w14:paraId="664B006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print(f"{'</w:t>
            </w:r>
            <w:proofErr w:type="gramEnd"/>
            <w:r w:rsidRPr="00160913">
              <w:rPr>
                <w:rFonts w:ascii="Times New Roman" w:hAnsi="Times New Roman" w:cs="Times New Roman"/>
                <w:sz w:val="17"/>
              </w:rPr>
              <w:t>Device Name':&lt;</w:t>
            </w:r>
            <w:proofErr w:type="gramStart"/>
            <w:r w:rsidRPr="00160913">
              <w:rPr>
                <w:rFonts w:ascii="Times New Roman" w:hAnsi="Times New Roman" w:cs="Times New Roman"/>
                <w:sz w:val="17"/>
              </w:rPr>
              <w:t>22}{</w:t>
            </w:r>
            <w:proofErr w:type="gramEnd"/>
            <w:r w:rsidRPr="00160913">
              <w:rPr>
                <w:rFonts w:ascii="Times New Roman" w:hAnsi="Times New Roman" w:cs="Times New Roman"/>
                <w:sz w:val="17"/>
              </w:rPr>
              <w:t>'Room':&lt;</w:t>
            </w:r>
            <w:proofErr w:type="gramStart"/>
            <w:r w:rsidRPr="00160913">
              <w:rPr>
                <w:rFonts w:ascii="Times New Roman" w:hAnsi="Times New Roman" w:cs="Times New Roman"/>
                <w:sz w:val="17"/>
              </w:rPr>
              <w:t>15}{</w:t>
            </w:r>
            <w:proofErr w:type="gramEnd"/>
            <w:r w:rsidRPr="00160913">
              <w:rPr>
                <w:rFonts w:ascii="Times New Roman" w:hAnsi="Times New Roman" w:cs="Times New Roman"/>
                <w:sz w:val="17"/>
              </w:rPr>
              <w:t>'Status':&lt;</w:t>
            </w:r>
            <w:proofErr w:type="gramStart"/>
            <w:r w:rsidRPr="00160913">
              <w:rPr>
                <w:rFonts w:ascii="Times New Roman" w:hAnsi="Times New Roman" w:cs="Times New Roman"/>
                <w:sz w:val="17"/>
              </w:rPr>
              <w:t>12}"</w:t>
            </w:r>
            <w:proofErr w:type="gramEnd"/>
            <w:r w:rsidRPr="00160913">
              <w:rPr>
                <w:rFonts w:ascii="Times New Roman" w:hAnsi="Times New Roman" w:cs="Times New Roman"/>
                <w:sz w:val="17"/>
              </w:rPr>
              <w:t>)</w:t>
            </w:r>
          </w:p>
          <w:p w14:paraId="665AFCD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 * 49)</w:t>
            </w:r>
          </w:p>
          <w:p w14:paraId="4BA23E8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for name, info in </w:t>
            </w:r>
            <w:proofErr w:type="spellStart"/>
            <w:proofErr w:type="gramStart"/>
            <w:r w:rsidRPr="00160913">
              <w:rPr>
                <w:rFonts w:ascii="Times New Roman" w:hAnsi="Times New Roman" w:cs="Times New Roman"/>
                <w:sz w:val="17"/>
              </w:rPr>
              <w:t>devices.items</w:t>
            </w:r>
            <w:proofErr w:type="spellEnd"/>
            <w:proofErr w:type="gramEnd"/>
            <w:r w:rsidRPr="00160913">
              <w:rPr>
                <w:rFonts w:ascii="Times New Roman" w:hAnsi="Times New Roman" w:cs="Times New Roman"/>
                <w:sz w:val="17"/>
              </w:rPr>
              <w:t>():</w:t>
            </w:r>
          </w:p>
          <w:p w14:paraId="2A46E33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print(</w:t>
            </w:r>
            <w:proofErr w:type="gramStart"/>
            <w:r w:rsidRPr="00160913">
              <w:rPr>
                <w:rFonts w:ascii="Times New Roman" w:hAnsi="Times New Roman" w:cs="Times New Roman"/>
                <w:sz w:val="17"/>
              </w:rPr>
              <w:t>f"{</w:t>
            </w:r>
            <w:proofErr w:type="gramEnd"/>
            <w:r w:rsidRPr="00160913">
              <w:rPr>
                <w:rFonts w:ascii="Times New Roman" w:hAnsi="Times New Roman" w:cs="Times New Roman"/>
                <w:sz w:val="17"/>
              </w:rPr>
              <w:t>name:&lt;</w:t>
            </w:r>
            <w:proofErr w:type="gramStart"/>
            <w:r w:rsidRPr="00160913">
              <w:rPr>
                <w:rFonts w:ascii="Times New Roman" w:hAnsi="Times New Roman" w:cs="Times New Roman"/>
                <w:sz w:val="17"/>
              </w:rPr>
              <w:t>22}{</w:t>
            </w:r>
            <w:proofErr w:type="gramEnd"/>
            <w:r w:rsidRPr="00160913">
              <w:rPr>
                <w:rFonts w:ascii="Times New Roman" w:hAnsi="Times New Roman" w:cs="Times New Roman"/>
                <w:sz w:val="17"/>
              </w:rPr>
              <w:t>info['room</w:t>
            </w:r>
            <w:proofErr w:type="gramStart"/>
            <w:r w:rsidRPr="00160913">
              <w:rPr>
                <w:rFonts w:ascii="Times New Roman" w:hAnsi="Times New Roman" w:cs="Times New Roman"/>
                <w:sz w:val="17"/>
              </w:rPr>
              <w:t>']:&lt;15}{</w:t>
            </w:r>
            <w:proofErr w:type="gramEnd"/>
            <w:r w:rsidRPr="00160913">
              <w:rPr>
                <w:rFonts w:ascii="Times New Roman" w:hAnsi="Times New Roman" w:cs="Times New Roman"/>
                <w:sz w:val="17"/>
              </w:rPr>
              <w:t>info['status</w:t>
            </w:r>
            <w:proofErr w:type="gramStart"/>
            <w:r w:rsidRPr="00160913">
              <w:rPr>
                <w:rFonts w:ascii="Times New Roman" w:hAnsi="Times New Roman" w:cs="Times New Roman"/>
                <w:sz w:val="17"/>
              </w:rPr>
              <w:t>']:&lt;12}"</w:t>
            </w:r>
            <w:proofErr w:type="gramEnd"/>
            <w:r w:rsidRPr="00160913">
              <w:rPr>
                <w:rFonts w:ascii="Times New Roman" w:hAnsi="Times New Roman" w:cs="Times New Roman"/>
                <w:sz w:val="17"/>
              </w:rPr>
              <w:t>)</w:t>
            </w:r>
          </w:p>
          <w:p w14:paraId="7C87AB1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7BBA8F3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3F14AA9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16E2121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FUNCTION: </w:t>
            </w:r>
            <w:proofErr w:type="spellStart"/>
            <w:r w:rsidRPr="00160913">
              <w:rPr>
                <w:rFonts w:ascii="Times New Roman" w:hAnsi="Times New Roman" w:cs="Times New Roman"/>
                <w:sz w:val="17"/>
              </w:rPr>
              <w:t>search_device</w:t>
            </w:r>
            <w:proofErr w:type="spellEnd"/>
          </w:p>
          <w:p w14:paraId="79DCDA03"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28A4A73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def </w:t>
            </w:r>
            <w:proofErr w:type="spellStart"/>
            <w:r w:rsidRPr="00160913">
              <w:rPr>
                <w:rFonts w:ascii="Times New Roman" w:hAnsi="Times New Roman" w:cs="Times New Roman"/>
                <w:sz w:val="17"/>
              </w:rPr>
              <w:t>search_</w:t>
            </w:r>
            <w:proofErr w:type="gramStart"/>
            <w:r w:rsidRPr="00160913">
              <w:rPr>
                <w:rFonts w:ascii="Times New Roman" w:hAnsi="Times New Roman" w:cs="Times New Roman"/>
                <w:sz w:val="17"/>
              </w:rPr>
              <w:t>device</w:t>
            </w:r>
            <w:proofErr w:type="spellEnd"/>
            <w:r w:rsidRPr="00160913">
              <w:rPr>
                <w:rFonts w:ascii="Times New Roman" w:hAnsi="Times New Roman" w:cs="Times New Roman"/>
                <w:sz w:val="17"/>
              </w:rPr>
              <w:t>(</w:t>
            </w:r>
            <w:proofErr w:type="gramEnd"/>
            <w:r w:rsidRPr="00160913">
              <w:rPr>
                <w:rFonts w:ascii="Times New Roman" w:hAnsi="Times New Roman" w:cs="Times New Roman"/>
                <w:sz w:val="17"/>
              </w:rPr>
              <w:t>):</w:t>
            </w:r>
          </w:p>
          <w:p w14:paraId="4FB0BCA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4A4154C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Search for a single device by name and show its room and status.</w:t>
            </w:r>
          </w:p>
          <w:p w14:paraId="475E9D3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13C29DB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The look-up is case-insensitive for convenience: the user does not have</w:t>
            </w:r>
          </w:p>
          <w:p w14:paraId="2C29B26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to remember the exact </w:t>
            </w:r>
            <w:proofErr w:type="spellStart"/>
            <w:r w:rsidRPr="00160913">
              <w:rPr>
                <w:rFonts w:ascii="Times New Roman" w:hAnsi="Times New Roman" w:cs="Times New Roman"/>
                <w:sz w:val="17"/>
              </w:rPr>
              <w:t>capitalisation</w:t>
            </w:r>
            <w:proofErr w:type="spellEnd"/>
            <w:r w:rsidRPr="00160913">
              <w:rPr>
                <w:rFonts w:ascii="Times New Roman" w:hAnsi="Times New Roman" w:cs="Times New Roman"/>
                <w:sz w:val="17"/>
              </w:rPr>
              <w:t>.</w:t>
            </w:r>
          </w:p>
          <w:p w14:paraId="56ACE37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41A031B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"\n--- Search for a Device ---")</w:t>
            </w:r>
          </w:p>
          <w:p w14:paraId="39A0044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4AD03C7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query = </w:t>
            </w:r>
            <w:proofErr w:type="gramStart"/>
            <w:r w:rsidRPr="00160913">
              <w:rPr>
                <w:rFonts w:ascii="Times New Roman" w:hAnsi="Times New Roman" w:cs="Times New Roman"/>
                <w:sz w:val="17"/>
              </w:rPr>
              <w:t>input(</w:t>
            </w:r>
            <w:proofErr w:type="gramEnd"/>
            <w:r w:rsidRPr="00160913">
              <w:rPr>
                <w:rFonts w:ascii="Times New Roman" w:hAnsi="Times New Roman" w:cs="Times New Roman"/>
                <w:sz w:val="17"/>
              </w:rPr>
              <w:t>"Enter the device name to search for: "</w:t>
            </w:r>
            <w:proofErr w:type="gramStart"/>
            <w:r w:rsidRPr="00160913">
              <w:rPr>
                <w:rFonts w:ascii="Times New Roman" w:hAnsi="Times New Roman" w:cs="Times New Roman"/>
                <w:sz w:val="17"/>
              </w:rPr>
              <w:t>).strip</w:t>
            </w:r>
            <w:proofErr w:type="gramEnd"/>
            <w:r w:rsidRPr="00160913">
              <w:rPr>
                <w:rFonts w:ascii="Times New Roman" w:hAnsi="Times New Roman" w:cs="Times New Roman"/>
                <w:sz w:val="17"/>
              </w:rPr>
              <w:t>()</w:t>
            </w:r>
          </w:p>
          <w:p w14:paraId="31AC1E3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query == "":</w:t>
            </w:r>
          </w:p>
          <w:p w14:paraId="3310B37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 Error: Please enter a device name to search.")</w:t>
            </w:r>
          </w:p>
          <w:p w14:paraId="22C0F97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return</w:t>
            </w:r>
          </w:p>
          <w:p w14:paraId="602F87B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1A76AC3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Case-insensitive search: compare the lower-cased query against each</w:t>
            </w:r>
          </w:p>
          <w:p w14:paraId="55B94B9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 lower-cased key. Dictionary keys are unique so at most one matches.</w:t>
            </w:r>
          </w:p>
          <w:p w14:paraId="4095ADA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for name, info in </w:t>
            </w:r>
            <w:proofErr w:type="spellStart"/>
            <w:proofErr w:type="gramStart"/>
            <w:r w:rsidRPr="00160913">
              <w:rPr>
                <w:rFonts w:ascii="Times New Roman" w:hAnsi="Times New Roman" w:cs="Times New Roman"/>
                <w:sz w:val="17"/>
              </w:rPr>
              <w:t>devices.items</w:t>
            </w:r>
            <w:proofErr w:type="spellEnd"/>
            <w:proofErr w:type="gramEnd"/>
            <w:r w:rsidRPr="00160913">
              <w:rPr>
                <w:rFonts w:ascii="Times New Roman" w:hAnsi="Times New Roman" w:cs="Times New Roman"/>
                <w:sz w:val="17"/>
              </w:rPr>
              <w:t>():</w:t>
            </w:r>
          </w:p>
          <w:p w14:paraId="4932E82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w:t>
            </w:r>
            <w:proofErr w:type="spellStart"/>
            <w:proofErr w:type="gramStart"/>
            <w:r w:rsidRPr="00160913">
              <w:rPr>
                <w:rFonts w:ascii="Times New Roman" w:hAnsi="Times New Roman" w:cs="Times New Roman"/>
                <w:sz w:val="17"/>
              </w:rPr>
              <w:t>name.lower</w:t>
            </w:r>
            <w:proofErr w:type="spellEnd"/>
            <w:proofErr w:type="gramEnd"/>
            <w:r w:rsidRPr="00160913">
              <w:rPr>
                <w:rFonts w:ascii="Times New Roman" w:hAnsi="Times New Roman" w:cs="Times New Roman"/>
                <w:sz w:val="17"/>
              </w:rPr>
              <w:t xml:space="preserve">() == </w:t>
            </w:r>
            <w:proofErr w:type="spellStart"/>
            <w:proofErr w:type="gramStart"/>
            <w:r w:rsidRPr="00160913">
              <w:rPr>
                <w:rFonts w:ascii="Times New Roman" w:hAnsi="Times New Roman" w:cs="Times New Roman"/>
                <w:sz w:val="17"/>
              </w:rPr>
              <w:t>query.lower</w:t>
            </w:r>
            <w:proofErr w:type="spellEnd"/>
            <w:proofErr w:type="gramEnd"/>
            <w:r w:rsidRPr="00160913">
              <w:rPr>
                <w:rFonts w:ascii="Times New Roman" w:hAnsi="Times New Roman" w:cs="Times New Roman"/>
                <w:sz w:val="17"/>
              </w:rPr>
              <w:t>():</w:t>
            </w:r>
          </w:p>
          <w:p w14:paraId="41012B3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print(f"[OK] </w:t>
            </w:r>
            <w:proofErr w:type="gramStart"/>
            <w:r w:rsidRPr="00160913">
              <w:rPr>
                <w:rFonts w:ascii="Times New Roman" w:hAnsi="Times New Roman" w:cs="Times New Roman"/>
                <w:sz w:val="17"/>
              </w:rPr>
              <w:t>Found '{name}'</w:t>
            </w:r>
            <w:proofErr w:type="gramEnd"/>
            <w:r w:rsidRPr="00160913">
              <w:rPr>
                <w:rFonts w:ascii="Times New Roman" w:hAnsi="Times New Roman" w:cs="Times New Roman"/>
                <w:sz w:val="17"/>
              </w:rPr>
              <w:t>:")</w:t>
            </w:r>
          </w:p>
          <w:p w14:paraId="64E47B6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 xml:space="preserve">f"     Room </w:t>
            </w:r>
            <w:proofErr w:type="gramStart"/>
            <w:r w:rsidRPr="00160913">
              <w:rPr>
                <w:rFonts w:ascii="Times New Roman" w:hAnsi="Times New Roman" w:cs="Times New Roman"/>
                <w:sz w:val="17"/>
              </w:rPr>
              <w:t xml:space="preserve">  :</w:t>
            </w:r>
            <w:proofErr w:type="gramEnd"/>
            <w:r w:rsidRPr="00160913">
              <w:rPr>
                <w:rFonts w:ascii="Times New Roman" w:hAnsi="Times New Roman" w:cs="Times New Roman"/>
                <w:sz w:val="17"/>
              </w:rPr>
              <w:t xml:space="preserve"> {info['room</w:t>
            </w:r>
            <w:proofErr w:type="gramStart"/>
            <w:r w:rsidRPr="00160913">
              <w:rPr>
                <w:rFonts w:ascii="Times New Roman" w:hAnsi="Times New Roman" w:cs="Times New Roman"/>
                <w:sz w:val="17"/>
              </w:rPr>
              <w:t>']}</w:t>
            </w:r>
            <w:proofErr w:type="gramEnd"/>
            <w:r w:rsidRPr="00160913">
              <w:rPr>
                <w:rFonts w:ascii="Times New Roman" w:hAnsi="Times New Roman" w:cs="Times New Roman"/>
                <w:sz w:val="17"/>
              </w:rPr>
              <w:t>")</w:t>
            </w:r>
          </w:p>
          <w:p w14:paraId="2C60149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 xml:space="preserve">f"     </w:t>
            </w:r>
            <w:proofErr w:type="gramStart"/>
            <w:r w:rsidRPr="00160913">
              <w:rPr>
                <w:rFonts w:ascii="Times New Roman" w:hAnsi="Times New Roman" w:cs="Times New Roman"/>
                <w:sz w:val="17"/>
              </w:rPr>
              <w:t>Status :</w:t>
            </w:r>
            <w:proofErr w:type="gramEnd"/>
            <w:r w:rsidRPr="00160913">
              <w:rPr>
                <w:rFonts w:ascii="Times New Roman" w:hAnsi="Times New Roman" w:cs="Times New Roman"/>
                <w:sz w:val="17"/>
              </w:rPr>
              <w:t xml:space="preserve"> {info['status</w:t>
            </w:r>
            <w:proofErr w:type="gramStart"/>
            <w:r w:rsidRPr="00160913">
              <w:rPr>
                <w:rFonts w:ascii="Times New Roman" w:hAnsi="Times New Roman" w:cs="Times New Roman"/>
                <w:sz w:val="17"/>
              </w:rPr>
              <w:t>']}</w:t>
            </w:r>
            <w:proofErr w:type="gramEnd"/>
            <w:r w:rsidRPr="00160913">
              <w:rPr>
                <w:rFonts w:ascii="Times New Roman" w:hAnsi="Times New Roman" w:cs="Times New Roman"/>
                <w:sz w:val="17"/>
              </w:rPr>
              <w:t>")</w:t>
            </w:r>
          </w:p>
          <w:p w14:paraId="7D0382D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return</w:t>
            </w:r>
          </w:p>
          <w:p w14:paraId="0ABFF1C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00AA966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f"[!</w:t>
            </w:r>
            <w:proofErr w:type="gramStart"/>
            <w:r w:rsidRPr="00160913">
              <w:rPr>
                <w:rFonts w:ascii="Times New Roman" w:hAnsi="Times New Roman" w:cs="Times New Roman"/>
                <w:sz w:val="17"/>
              </w:rPr>
              <w:t>] '{query}'</w:t>
            </w:r>
            <w:proofErr w:type="gramEnd"/>
            <w:r w:rsidRPr="00160913">
              <w:rPr>
                <w:rFonts w:ascii="Times New Roman" w:hAnsi="Times New Roman" w:cs="Times New Roman"/>
                <w:sz w:val="17"/>
              </w:rPr>
              <w:t xml:space="preserve"> was not found in the system.")</w:t>
            </w:r>
          </w:p>
          <w:p w14:paraId="2B5837E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7266180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51B57C5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3A70982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FUNCTION: </w:t>
            </w:r>
            <w:proofErr w:type="gramStart"/>
            <w:r w:rsidRPr="00160913">
              <w:rPr>
                <w:rFonts w:ascii="Times New Roman" w:hAnsi="Times New Roman" w:cs="Times New Roman"/>
                <w:sz w:val="17"/>
              </w:rPr>
              <w:t>main  (</w:t>
            </w:r>
            <w:proofErr w:type="gramEnd"/>
            <w:r w:rsidRPr="00160913">
              <w:rPr>
                <w:rFonts w:ascii="Times New Roman" w:hAnsi="Times New Roman" w:cs="Times New Roman"/>
                <w:sz w:val="17"/>
              </w:rPr>
              <w:t>program controller / event loop)</w:t>
            </w:r>
          </w:p>
          <w:p w14:paraId="0C8B16D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4EF8392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def </w:t>
            </w:r>
            <w:proofErr w:type="gramStart"/>
            <w:r w:rsidRPr="00160913">
              <w:rPr>
                <w:rFonts w:ascii="Times New Roman" w:hAnsi="Times New Roman" w:cs="Times New Roman"/>
                <w:sz w:val="17"/>
              </w:rPr>
              <w:t>main(</w:t>
            </w:r>
            <w:proofErr w:type="gramEnd"/>
            <w:r w:rsidRPr="00160913">
              <w:rPr>
                <w:rFonts w:ascii="Times New Roman" w:hAnsi="Times New Roman" w:cs="Times New Roman"/>
                <w:sz w:val="17"/>
              </w:rPr>
              <w:t>):</w:t>
            </w:r>
          </w:p>
          <w:p w14:paraId="23B5817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lastRenderedPageBreak/>
              <w:t xml:space="preserve">    """</w:t>
            </w:r>
          </w:p>
          <w:p w14:paraId="05343BC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Run the main program loop.</w:t>
            </w:r>
          </w:p>
          <w:p w14:paraId="3FE4EAD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4C12663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The loop keeps showing the menu and reacting to the user's choice until</w:t>
            </w:r>
          </w:p>
          <w:p w14:paraId="78E82E9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they select option 5 (Exit). Using a while-loop with a menu is the</w:t>
            </w:r>
          </w:p>
          <w:p w14:paraId="7E500BD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standard pattern for an interactive console application.</w:t>
            </w:r>
          </w:p>
          <w:p w14:paraId="5FE2AE0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163B9060"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while True:</w:t>
            </w:r>
          </w:p>
          <w:p w14:paraId="061E651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spellStart"/>
            <w:r w:rsidRPr="00160913">
              <w:rPr>
                <w:rFonts w:ascii="Times New Roman" w:hAnsi="Times New Roman" w:cs="Times New Roman"/>
                <w:sz w:val="17"/>
              </w:rPr>
              <w:t>display_</w:t>
            </w:r>
            <w:proofErr w:type="gramStart"/>
            <w:r w:rsidRPr="00160913">
              <w:rPr>
                <w:rFonts w:ascii="Times New Roman" w:hAnsi="Times New Roman" w:cs="Times New Roman"/>
                <w:sz w:val="17"/>
              </w:rPr>
              <w:t>menu</w:t>
            </w:r>
            <w:proofErr w:type="spellEnd"/>
            <w:r w:rsidRPr="00160913">
              <w:rPr>
                <w:rFonts w:ascii="Times New Roman" w:hAnsi="Times New Roman" w:cs="Times New Roman"/>
                <w:sz w:val="17"/>
              </w:rPr>
              <w:t>(</w:t>
            </w:r>
            <w:proofErr w:type="gramEnd"/>
            <w:r w:rsidRPr="00160913">
              <w:rPr>
                <w:rFonts w:ascii="Times New Roman" w:hAnsi="Times New Roman" w:cs="Times New Roman"/>
                <w:sz w:val="17"/>
              </w:rPr>
              <w:t>)</w:t>
            </w:r>
          </w:p>
          <w:p w14:paraId="57187E9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choice = </w:t>
            </w:r>
            <w:proofErr w:type="gramStart"/>
            <w:r w:rsidRPr="00160913">
              <w:rPr>
                <w:rFonts w:ascii="Times New Roman" w:hAnsi="Times New Roman" w:cs="Times New Roman"/>
                <w:sz w:val="17"/>
              </w:rPr>
              <w:t>input(</w:t>
            </w:r>
            <w:proofErr w:type="gramEnd"/>
            <w:r w:rsidRPr="00160913">
              <w:rPr>
                <w:rFonts w:ascii="Times New Roman" w:hAnsi="Times New Roman" w:cs="Times New Roman"/>
                <w:sz w:val="17"/>
              </w:rPr>
              <w:t>"Enter your choice (1-5): "</w:t>
            </w:r>
            <w:proofErr w:type="gramStart"/>
            <w:r w:rsidRPr="00160913">
              <w:rPr>
                <w:rFonts w:ascii="Times New Roman" w:hAnsi="Times New Roman" w:cs="Times New Roman"/>
                <w:sz w:val="17"/>
              </w:rPr>
              <w:t>).strip</w:t>
            </w:r>
            <w:proofErr w:type="gramEnd"/>
            <w:r w:rsidRPr="00160913">
              <w:rPr>
                <w:rFonts w:ascii="Times New Roman" w:hAnsi="Times New Roman" w:cs="Times New Roman"/>
                <w:sz w:val="17"/>
              </w:rPr>
              <w:t>()</w:t>
            </w:r>
          </w:p>
          <w:p w14:paraId="61BC536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10D837E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if choice == "1":</w:t>
            </w:r>
          </w:p>
          <w:p w14:paraId="51E5C6E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spellStart"/>
            <w:r w:rsidRPr="00160913">
              <w:rPr>
                <w:rFonts w:ascii="Times New Roman" w:hAnsi="Times New Roman" w:cs="Times New Roman"/>
                <w:sz w:val="17"/>
              </w:rPr>
              <w:t>add_</w:t>
            </w:r>
            <w:proofErr w:type="gramStart"/>
            <w:r w:rsidRPr="00160913">
              <w:rPr>
                <w:rFonts w:ascii="Times New Roman" w:hAnsi="Times New Roman" w:cs="Times New Roman"/>
                <w:sz w:val="17"/>
              </w:rPr>
              <w:t>device</w:t>
            </w:r>
            <w:proofErr w:type="spellEnd"/>
            <w:r w:rsidRPr="00160913">
              <w:rPr>
                <w:rFonts w:ascii="Times New Roman" w:hAnsi="Times New Roman" w:cs="Times New Roman"/>
                <w:sz w:val="17"/>
              </w:rPr>
              <w:t>(</w:t>
            </w:r>
            <w:proofErr w:type="gramEnd"/>
            <w:r w:rsidRPr="00160913">
              <w:rPr>
                <w:rFonts w:ascii="Times New Roman" w:hAnsi="Times New Roman" w:cs="Times New Roman"/>
                <w:sz w:val="17"/>
              </w:rPr>
              <w:t>)</w:t>
            </w:r>
          </w:p>
          <w:p w14:paraId="770C5CEA"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spellStart"/>
            <w:r w:rsidRPr="00160913">
              <w:rPr>
                <w:rFonts w:ascii="Times New Roman" w:hAnsi="Times New Roman" w:cs="Times New Roman"/>
                <w:sz w:val="17"/>
              </w:rPr>
              <w:t>elif</w:t>
            </w:r>
            <w:proofErr w:type="spellEnd"/>
            <w:r w:rsidRPr="00160913">
              <w:rPr>
                <w:rFonts w:ascii="Times New Roman" w:hAnsi="Times New Roman" w:cs="Times New Roman"/>
                <w:sz w:val="17"/>
              </w:rPr>
              <w:t xml:space="preserve"> choice == "2":</w:t>
            </w:r>
          </w:p>
          <w:p w14:paraId="3055646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spellStart"/>
            <w:r w:rsidRPr="00160913">
              <w:rPr>
                <w:rFonts w:ascii="Times New Roman" w:hAnsi="Times New Roman" w:cs="Times New Roman"/>
                <w:sz w:val="17"/>
              </w:rPr>
              <w:t>update_</w:t>
            </w:r>
            <w:proofErr w:type="gramStart"/>
            <w:r w:rsidRPr="00160913">
              <w:rPr>
                <w:rFonts w:ascii="Times New Roman" w:hAnsi="Times New Roman" w:cs="Times New Roman"/>
                <w:sz w:val="17"/>
              </w:rPr>
              <w:t>status</w:t>
            </w:r>
            <w:proofErr w:type="spellEnd"/>
            <w:r w:rsidRPr="00160913">
              <w:rPr>
                <w:rFonts w:ascii="Times New Roman" w:hAnsi="Times New Roman" w:cs="Times New Roman"/>
                <w:sz w:val="17"/>
              </w:rPr>
              <w:t>(</w:t>
            </w:r>
            <w:proofErr w:type="gramEnd"/>
            <w:r w:rsidRPr="00160913">
              <w:rPr>
                <w:rFonts w:ascii="Times New Roman" w:hAnsi="Times New Roman" w:cs="Times New Roman"/>
                <w:sz w:val="17"/>
              </w:rPr>
              <w:t>)</w:t>
            </w:r>
          </w:p>
          <w:p w14:paraId="56F9DD1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spellStart"/>
            <w:r w:rsidRPr="00160913">
              <w:rPr>
                <w:rFonts w:ascii="Times New Roman" w:hAnsi="Times New Roman" w:cs="Times New Roman"/>
                <w:sz w:val="17"/>
              </w:rPr>
              <w:t>elif</w:t>
            </w:r>
            <w:proofErr w:type="spellEnd"/>
            <w:r w:rsidRPr="00160913">
              <w:rPr>
                <w:rFonts w:ascii="Times New Roman" w:hAnsi="Times New Roman" w:cs="Times New Roman"/>
                <w:sz w:val="17"/>
              </w:rPr>
              <w:t xml:space="preserve"> choice == "3":</w:t>
            </w:r>
          </w:p>
          <w:p w14:paraId="4AA3D07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spellStart"/>
            <w:r w:rsidRPr="00160913">
              <w:rPr>
                <w:rFonts w:ascii="Times New Roman" w:hAnsi="Times New Roman" w:cs="Times New Roman"/>
                <w:sz w:val="17"/>
              </w:rPr>
              <w:t>view_</w:t>
            </w:r>
            <w:proofErr w:type="gramStart"/>
            <w:r w:rsidRPr="00160913">
              <w:rPr>
                <w:rFonts w:ascii="Times New Roman" w:hAnsi="Times New Roman" w:cs="Times New Roman"/>
                <w:sz w:val="17"/>
              </w:rPr>
              <w:t>devices</w:t>
            </w:r>
            <w:proofErr w:type="spellEnd"/>
            <w:r w:rsidRPr="00160913">
              <w:rPr>
                <w:rFonts w:ascii="Times New Roman" w:hAnsi="Times New Roman" w:cs="Times New Roman"/>
                <w:sz w:val="17"/>
              </w:rPr>
              <w:t>(</w:t>
            </w:r>
            <w:proofErr w:type="gramEnd"/>
            <w:r w:rsidRPr="00160913">
              <w:rPr>
                <w:rFonts w:ascii="Times New Roman" w:hAnsi="Times New Roman" w:cs="Times New Roman"/>
                <w:sz w:val="17"/>
              </w:rPr>
              <w:t>)</w:t>
            </w:r>
          </w:p>
          <w:p w14:paraId="09812A8B"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spellStart"/>
            <w:r w:rsidRPr="00160913">
              <w:rPr>
                <w:rFonts w:ascii="Times New Roman" w:hAnsi="Times New Roman" w:cs="Times New Roman"/>
                <w:sz w:val="17"/>
              </w:rPr>
              <w:t>elif</w:t>
            </w:r>
            <w:proofErr w:type="spellEnd"/>
            <w:r w:rsidRPr="00160913">
              <w:rPr>
                <w:rFonts w:ascii="Times New Roman" w:hAnsi="Times New Roman" w:cs="Times New Roman"/>
                <w:sz w:val="17"/>
              </w:rPr>
              <w:t xml:space="preserve"> choice == "4":</w:t>
            </w:r>
          </w:p>
          <w:p w14:paraId="3B49CAA6"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spellStart"/>
            <w:r w:rsidRPr="00160913">
              <w:rPr>
                <w:rFonts w:ascii="Times New Roman" w:hAnsi="Times New Roman" w:cs="Times New Roman"/>
                <w:sz w:val="17"/>
              </w:rPr>
              <w:t>search_</w:t>
            </w:r>
            <w:proofErr w:type="gramStart"/>
            <w:r w:rsidRPr="00160913">
              <w:rPr>
                <w:rFonts w:ascii="Times New Roman" w:hAnsi="Times New Roman" w:cs="Times New Roman"/>
                <w:sz w:val="17"/>
              </w:rPr>
              <w:t>device</w:t>
            </w:r>
            <w:proofErr w:type="spellEnd"/>
            <w:r w:rsidRPr="00160913">
              <w:rPr>
                <w:rFonts w:ascii="Times New Roman" w:hAnsi="Times New Roman" w:cs="Times New Roman"/>
                <w:sz w:val="17"/>
              </w:rPr>
              <w:t>(</w:t>
            </w:r>
            <w:proofErr w:type="gramEnd"/>
            <w:r w:rsidRPr="00160913">
              <w:rPr>
                <w:rFonts w:ascii="Times New Roman" w:hAnsi="Times New Roman" w:cs="Times New Roman"/>
                <w:sz w:val="17"/>
              </w:rPr>
              <w:t>)</w:t>
            </w:r>
          </w:p>
          <w:p w14:paraId="18F005F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spellStart"/>
            <w:r w:rsidRPr="00160913">
              <w:rPr>
                <w:rFonts w:ascii="Times New Roman" w:hAnsi="Times New Roman" w:cs="Times New Roman"/>
                <w:sz w:val="17"/>
              </w:rPr>
              <w:t>elif</w:t>
            </w:r>
            <w:proofErr w:type="spellEnd"/>
            <w:r w:rsidRPr="00160913">
              <w:rPr>
                <w:rFonts w:ascii="Times New Roman" w:hAnsi="Times New Roman" w:cs="Times New Roman"/>
                <w:sz w:val="17"/>
              </w:rPr>
              <w:t xml:space="preserve"> choice == "5":</w:t>
            </w:r>
          </w:p>
          <w:p w14:paraId="4B21AF65"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w:t>
            </w:r>
            <w:proofErr w:type="spellStart"/>
            <w:r w:rsidRPr="00160913">
              <w:rPr>
                <w:rFonts w:ascii="Times New Roman" w:hAnsi="Times New Roman" w:cs="Times New Roman"/>
                <w:sz w:val="17"/>
              </w:rPr>
              <w:t>nExiting</w:t>
            </w:r>
            <w:proofErr w:type="spellEnd"/>
            <w:r w:rsidRPr="00160913">
              <w:rPr>
                <w:rFonts w:ascii="Times New Roman" w:hAnsi="Times New Roman" w:cs="Times New Roman"/>
                <w:sz w:val="17"/>
              </w:rPr>
              <w:t xml:space="preserve"> the Smart Home Device Manager. Goodbye!")</w:t>
            </w:r>
          </w:p>
          <w:p w14:paraId="6652874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break</w:t>
            </w:r>
            <w:proofErr w:type="gramEnd"/>
          </w:p>
          <w:p w14:paraId="071CF44F"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else:</w:t>
            </w:r>
          </w:p>
          <w:p w14:paraId="7CD526AE"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print(</w:t>
            </w:r>
            <w:proofErr w:type="gramEnd"/>
            <w:r w:rsidRPr="00160913">
              <w:rPr>
                <w:rFonts w:ascii="Times New Roman" w:hAnsi="Times New Roman" w:cs="Times New Roman"/>
                <w:sz w:val="17"/>
              </w:rPr>
              <w:t>"[!] Invalid choice. Please enter a number from 1 to 5.")</w:t>
            </w:r>
          </w:p>
          <w:p w14:paraId="1839D2F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7D5EAA49"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p w14:paraId="33B7B5F2"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29CBCF78"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PROGRAM ENTRY POINT</w:t>
            </w:r>
          </w:p>
          <w:p w14:paraId="0AE2FE2C"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w:t>
            </w:r>
          </w:p>
          <w:p w14:paraId="413D8DB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The 'if __name__ == "__main__":' guard ensures </w:t>
            </w:r>
            <w:proofErr w:type="gramStart"/>
            <w:r w:rsidRPr="00160913">
              <w:rPr>
                <w:rFonts w:ascii="Times New Roman" w:hAnsi="Times New Roman" w:cs="Times New Roman"/>
                <w:sz w:val="17"/>
              </w:rPr>
              <w:t>main(</w:t>
            </w:r>
            <w:proofErr w:type="gramEnd"/>
            <w:r w:rsidRPr="00160913">
              <w:rPr>
                <w:rFonts w:ascii="Times New Roman" w:hAnsi="Times New Roman" w:cs="Times New Roman"/>
                <w:sz w:val="17"/>
              </w:rPr>
              <w:t>) only runs when this</w:t>
            </w:r>
          </w:p>
          <w:p w14:paraId="71727401"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file is executed directly, not when it is imported as a module elsewhere.</w:t>
            </w:r>
          </w:p>
          <w:p w14:paraId="4ED931FD"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if __name__ == "__main__":</w:t>
            </w:r>
          </w:p>
          <w:p w14:paraId="7D5F98D7"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roofErr w:type="gramStart"/>
            <w:r w:rsidRPr="00160913">
              <w:rPr>
                <w:rFonts w:ascii="Times New Roman" w:hAnsi="Times New Roman" w:cs="Times New Roman"/>
                <w:sz w:val="17"/>
              </w:rPr>
              <w:t>main(</w:t>
            </w:r>
            <w:proofErr w:type="gramEnd"/>
            <w:r w:rsidRPr="00160913">
              <w:rPr>
                <w:rFonts w:ascii="Times New Roman" w:hAnsi="Times New Roman" w:cs="Times New Roman"/>
                <w:sz w:val="17"/>
              </w:rPr>
              <w:t>)</w:t>
            </w:r>
          </w:p>
          <w:p w14:paraId="57775974" w14:textId="77777777" w:rsidR="00722BFE" w:rsidRPr="00160913" w:rsidRDefault="00000000" w:rsidP="00160913">
            <w:pPr>
              <w:spacing w:after="0" w:line="240" w:lineRule="auto"/>
              <w:jc w:val="both"/>
              <w:rPr>
                <w:rFonts w:ascii="Times New Roman" w:hAnsi="Times New Roman" w:cs="Times New Roman"/>
              </w:rPr>
            </w:pPr>
            <w:r w:rsidRPr="00160913">
              <w:rPr>
                <w:rFonts w:ascii="Times New Roman" w:hAnsi="Times New Roman" w:cs="Times New Roman"/>
                <w:sz w:val="17"/>
              </w:rPr>
              <w:t xml:space="preserve"> </w:t>
            </w:r>
          </w:p>
        </w:tc>
      </w:tr>
    </w:tbl>
    <w:p w14:paraId="2498A4FE" w14:textId="77777777" w:rsidR="00722BFE" w:rsidRPr="00A870D7" w:rsidRDefault="00722BFE" w:rsidP="00A870D7">
      <w:pPr>
        <w:spacing w:after="0"/>
        <w:jc w:val="center"/>
        <w:rPr>
          <w:rFonts w:ascii="Times New Roman" w:hAnsi="Times New Roman" w:cs="Times New Roman"/>
          <w:iCs/>
        </w:rPr>
      </w:pPr>
    </w:p>
    <w:p w14:paraId="0EFE6B16" w14:textId="1A2CA1CE" w:rsidR="00722BFE" w:rsidRPr="00A870D7" w:rsidRDefault="00000000" w:rsidP="00A870D7">
      <w:pPr>
        <w:spacing w:after="0"/>
        <w:jc w:val="center"/>
        <w:rPr>
          <w:rFonts w:ascii="Times New Roman" w:hAnsi="Times New Roman" w:cs="Times New Roman"/>
          <w:iCs/>
        </w:rPr>
      </w:pPr>
      <w:r w:rsidRPr="00A870D7">
        <w:rPr>
          <w:rFonts w:ascii="Times New Roman" w:hAnsi="Times New Roman" w:cs="Times New Roman"/>
          <w:b/>
          <w:bCs/>
          <w:iCs/>
          <w:sz w:val="18"/>
        </w:rPr>
        <w:t>Listing 1:</w:t>
      </w:r>
      <w:r w:rsidRPr="00A870D7">
        <w:rPr>
          <w:rFonts w:ascii="Times New Roman" w:hAnsi="Times New Roman" w:cs="Times New Roman"/>
          <w:iCs/>
          <w:sz w:val="18"/>
        </w:rPr>
        <w:t xml:space="preserve"> Complete annotated source code (smart_device_manager.py)</w:t>
      </w:r>
    </w:p>
    <w:p w14:paraId="515ED10E" w14:textId="09604211" w:rsidR="00722BFE" w:rsidRPr="00160913" w:rsidRDefault="00A97410" w:rsidP="00160913">
      <w:pPr>
        <w:spacing w:after="0"/>
        <w:jc w:val="both"/>
        <w:rPr>
          <w:rFonts w:ascii="Times New Roman" w:hAnsi="Times New Roman" w:cs="Times New Roman"/>
        </w:rPr>
      </w:pPr>
      <w:r w:rsidRPr="00A97410">
        <w:rPr>
          <w:rFonts w:ascii="Times New Roman" w:hAnsi="Times New Roman" w:cs="Times New Roman"/>
        </w:rPr>
        <w:t>The following two screenshots are of the program running normally, listing the pre-loaded devices and successfully adding a new device</w:t>
      </w:r>
      <w:r w:rsidRPr="00160913">
        <w:rPr>
          <w:rFonts w:ascii="Times New Roman" w:hAnsi="Times New Roman" w:cs="Times New Roman"/>
        </w:rPr>
        <w:t>.</w:t>
      </w:r>
    </w:p>
    <w:p w14:paraId="3D86EA6A" w14:textId="77777777" w:rsidR="00722BFE" w:rsidRPr="00160913" w:rsidRDefault="00000000" w:rsidP="00A870D7">
      <w:pPr>
        <w:spacing w:after="0"/>
        <w:jc w:val="center"/>
        <w:rPr>
          <w:rFonts w:ascii="Times New Roman" w:hAnsi="Times New Roman" w:cs="Times New Roman"/>
        </w:rPr>
      </w:pPr>
      <w:r w:rsidRPr="00160913">
        <w:rPr>
          <w:rFonts w:ascii="Times New Roman" w:hAnsi="Times New Roman" w:cs="Times New Roman"/>
          <w:noProof/>
        </w:rPr>
        <w:drawing>
          <wp:inline distT="0" distB="0" distL="0" distR="0" wp14:anchorId="13C7F6F2" wp14:editId="7A2A2A91">
            <wp:extent cx="4206232" cy="1821180"/>
            <wp:effectExtent l="0" t="0" r="444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view.png"/>
                    <pic:cNvPicPr/>
                  </pic:nvPicPr>
                  <pic:blipFill rotWithShape="1">
                    <a:blip r:embed="rId10"/>
                    <a:srcRect t="13952"/>
                    <a:stretch>
                      <a:fillRect/>
                    </a:stretch>
                  </pic:blipFill>
                  <pic:spPr bwMode="auto">
                    <a:xfrm>
                      <a:off x="0" y="0"/>
                      <a:ext cx="4206240" cy="1821183"/>
                    </a:xfrm>
                    <a:prstGeom prst="rect">
                      <a:avLst/>
                    </a:prstGeom>
                    <a:ln>
                      <a:noFill/>
                    </a:ln>
                    <a:extLst>
                      <a:ext uri="{53640926-AAD7-44D8-BBD7-CCE9431645EC}">
                        <a14:shadowObscured xmlns:a14="http://schemas.microsoft.com/office/drawing/2010/main"/>
                      </a:ext>
                    </a:extLst>
                  </pic:spPr>
                </pic:pic>
              </a:graphicData>
            </a:graphic>
          </wp:inline>
        </w:drawing>
      </w:r>
    </w:p>
    <w:p w14:paraId="7BDBC6A9" w14:textId="3D480E30" w:rsidR="00722BFE" w:rsidRDefault="00000000" w:rsidP="00A870D7">
      <w:pPr>
        <w:spacing w:after="0"/>
        <w:jc w:val="center"/>
        <w:rPr>
          <w:rFonts w:ascii="Times New Roman" w:hAnsi="Times New Roman" w:cs="Times New Roman"/>
          <w:iCs/>
          <w:sz w:val="18"/>
        </w:rPr>
      </w:pPr>
      <w:r w:rsidRPr="00A870D7">
        <w:rPr>
          <w:rFonts w:ascii="Times New Roman" w:hAnsi="Times New Roman" w:cs="Times New Roman"/>
          <w:b/>
          <w:bCs/>
          <w:iCs/>
          <w:sz w:val="18"/>
        </w:rPr>
        <w:t>Figure 2:</w:t>
      </w:r>
      <w:r w:rsidRPr="00A870D7">
        <w:rPr>
          <w:rFonts w:ascii="Times New Roman" w:hAnsi="Times New Roman" w:cs="Times New Roman"/>
          <w:iCs/>
          <w:sz w:val="18"/>
        </w:rPr>
        <w:t xml:space="preserve"> Viewing all registered devices (menu option 3)</w:t>
      </w:r>
    </w:p>
    <w:p w14:paraId="43959860" w14:textId="0018F173" w:rsidR="001D6567" w:rsidRPr="00A870D7" w:rsidRDefault="001D6567" w:rsidP="001D6567">
      <w:pPr>
        <w:spacing w:after="0"/>
        <w:jc w:val="both"/>
        <w:rPr>
          <w:rFonts w:ascii="Times New Roman" w:hAnsi="Times New Roman" w:cs="Times New Roman"/>
          <w:iCs/>
        </w:rPr>
      </w:pPr>
      <w:r>
        <w:rPr>
          <w:rFonts w:ascii="Times New Roman" w:hAnsi="Times New Roman" w:cs="Times New Roman"/>
          <w:iCs/>
        </w:rPr>
        <w:t xml:space="preserve">Figure 2 </w:t>
      </w:r>
      <w:r w:rsidRPr="001D6567">
        <w:rPr>
          <w:rFonts w:ascii="Times New Roman" w:hAnsi="Times New Roman" w:cs="Times New Roman"/>
          <w:iCs/>
        </w:rPr>
        <w:t xml:space="preserve">displays the output produced upon selecting option 3 which is used to display all the registered devices. The program will be represented by a formatted table with three major columns: Device Name, Room and Status. The </w:t>
      </w:r>
      <w:proofErr w:type="gramStart"/>
      <w:r w:rsidRPr="001D6567">
        <w:rPr>
          <w:rFonts w:ascii="Times New Roman" w:hAnsi="Times New Roman" w:cs="Times New Roman"/>
          <w:iCs/>
        </w:rPr>
        <w:t>current status</w:t>
      </w:r>
      <w:proofErr w:type="gramEnd"/>
      <w:r w:rsidRPr="001D6567">
        <w:rPr>
          <w:rFonts w:ascii="Times New Roman" w:hAnsi="Times New Roman" w:cs="Times New Roman"/>
          <w:iCs/>
        </w:rPr>
        <w:t xml:space="preserve"> of the devices is as follows: Smart Light A1: Online, Projector B2: Offline, Thermostat C3: Under Maintenance. This output verifies that the system can retrieve and output the information about the devices stored in the system in a readable format. It also shows that the </w:t>
      </w:r>
      <w:proofErr w:type="gramStart"/>
      <w:r w:rsidRPr="001D6567">
        <w:rPr>
          <w:rFonts w:ascii="Times New Roman" w:hAnsi="Times New Roman" w:cs="Times New Roman"/>
          <w:iCs/>
        </w:rPr>
        <w:t>dictionary based</w:t>
      </w:r>
      <w:proofErr w:type="gramEnd"/>
      <w:r w:rsidRPr="001D6567">
        <w:rPr>
          <w:rFonts w:ascii="Times New Roman" w:hAnsi="Times New Roman" w:cs="Times New Roman"/>
          <w:iCs/>
        </w:rPr>
        <w:t xml:space="preserve"> Storage is working correctly for multiple records</w:t>
      </w:r>
    </w:p>
    <w:p w14:paraId="39613FA6" w14:textId="77777777" w:rsidR="00722BFE" w:rsidRPr="00160913" w:rsidRDefault="00000000" w:rsidP="00A870D7">
      <w:pPr>
        <w:spacing w:after="0"/>
        <w:jc w:val="center"/>
        <w:rPr>
          <w:rFonts w:ascii="Times New Roman" w:hAnsi="Times New Roman" w:cs="Times New Roman"/>
        </w:rPr>
      </w:pPr>
      <w:r w:rsidRPr="00160913">
        <w:rPr>
          <w:rFonts w:ascii="Times New Roman" w:hAnsi="Times New Roman" w:cs="Times New Roman"/>
          <w:noProof/>
        </w:rPr>
        <w:lastRenderedPageBreak/>
        <w:drawing>
          <wp:inline distT="0" distB="0" distL="0" distR="0" wp14:anchorId="73392E7B" wp14:editId="6AED9103">
            <wp:extent cx="4388466" cy="15786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add.png"/>
                    <pic:cNvPicPr/>
                  </pic:nvPicPr>
                  <pic:blipFill rotWithShape="1">
                    <a:blip r:embed="rId11"/>
                    <a:srcRect t="12187"/>
                    <a:stretch>
                      <a:fillRect/>
                    </a:stretch>
                  </pic:blipFill>
                  <pic:spPr bwMode="auto">
                    <a:xfrm>
                      <a:off x="0" y="0"/>
                      <a:ext cx="4389120" cy="1578845"/>
                    </a:xfrm>
                    <a:prstGeom prst="rect">
                      <a:avLst/>
                    </a:prstGeom>
                    <a:ln>
                      <a:noFill/>
                    </a:ln>
                    <a:extLst>
                      <a:ext uri="{53640926-AAD7-44D8-BBD7-CCE9431645EC}">
                        <a14:shadowObscured xmlns:a14="http://schemas.microsoft.com/office/drawing/2010/main"/>
                      </a:ext>
                    </a:extLst>
                  </pic:spPr>
                </pic:pic>
              </a:graphicData>
            </a:graphic>
          </wp:inline>
        </w:drawing>
      </w:r>
    </w:p>
    <w:p w14:paraId="62D39FB1" w14:textId="105523AD" w:rsidR="00722BFE" w:rsidRDefault="00000000" w:rsidP="00A870D7">
      <w:pPr>
        <w:spacing w:after="0"/>
        <w:jc w:val="center"/>
        <w:rPr>
          <w:rFonts w:ascii="Times New Roman" w:hAnsi="Times New Roman" w:cs="Times New Roman"/>
          <w:iCs/>
          <w:sz w:val="18"/>
        </w:rPr>
      </w:pPr>
      <w:r w:rsidRPr="00A870D7">
        <w:rPr>
          <w:rFonts w:ascii="Times New Roman" w:hAnsi="Times New Roman" w:cs="Times New Roman"/>
          <w:b/>
          <w:bCs/>
          <w:iCs/>
          <w:sz w:val="18"/>
        </w:rPr>
        <w:t>Figure 3:</w:t>
      </w:r>
      <w:r w:rsidRPr="00A870D7">
        <w:rPr>
          <w:rFonts w:ascii="Times New Roman" w:hAnsi="Times New Roman" w:cs="Times New Roman"/>
          <w:iCs/>
          <w:sz w:val="18"/>
        </w:rPr>
        <w:t xml:space="preserve"> Adding a new device successfully (menu option 1)</w:t>
      </w:r>
    </w:p>
    <w:p w14:paraId="4E5337D1" w14:textId="21B60F1D" w:rsidR="001D6567" w:rsidRPr="00A870D7" w:rsidRDefault="001D6567" w:rsidP="001D6567">
      <w:pPr>
        <w:spacing w:after="0"/>
        <w:jc w:val="both"/>
        <w:rPr>
          <w:rFonts w:ascii="Times New Roman" w:hAnsi="Times New Roman" w:cs="Times New Roman"/>
          <w:iCs/>
        </w:rPr>
      </w:pPr>
      <w:r>
        <w:rPr>
          <w:rFonts w:ascii="Times New Roman" w:hAnsi="Times New Roman" w:cs="Times New Roman"/>
          <w:iCs/>
        </w:rPr>
        <w:t xml:space="preserve">Figure 3 </w:t>
      </w:r>
      <w:r w:rsidRPr="001D6567">
        <w:rPr>
          <w:rFonts w:ascii="Times New Roman" w:hAnsi="Times New Roman" w:cs="Times New Roman"/>
          <w:iCs/>
        </w:rPr>
        <w:t xml:space="preserve">shows the successful execution of the Add Device function which was selected by the user at option 1. The system prompts for the name of the device, room location and initial status. The user logs into Camera E5, sets the room it is housed </w:t>
      </w:r>
      <w:proofErr w:type="gramStart"/>
      <w:r w:rsidRPr="001D6567">
        <w:rPr>
          <w:rFonts w:ascii="Times New Roman" w:hAnsi="Times New Roman" w:cs="Times New Roman"/>
          <w:iCs/>
        </w:rPr>
        <w:t>in to</w:t>
      </w:r>
      <w:proofErr w:type="gramEnd"/>
      <w:r w:rsidRPr="001D6567">
        <w:rPr>
          <w:rFonts w:ascii="Times New Roman" w:hAnsi="Times New Roman" w:cs="Times New Roman"/>
          <w:iCs/>
        </w:rPr>
        <w:t xml:space="preserve"> Room 105, and chooses the status of 'online'. The program accepts </w:t>
      </w:r>
      <w:proofErr w:type="gramStart"/>
      <w:r w:rsidRPr="001D6567">
        <w:rPr>
          <w:rFonts w:ascii="Times New Roman" w:hAnsi="Times New Roman" w:cs="Times New Roman"/>
          <w:iCs/>
        </w:rPr>
        <w:t>the entry</w:t>
      </w:r>
      <w:proofErr w:type="gramEnd"/>
      <w:r w:rsidRPr="001D6567">
        <w:rPr>
          <w:rFonts w:ascii="Times New Roman" w:hAnsi="Times New Roman" w:cs="Times New Roman"/>
          <w:iCs/>
        </w:rPr>
        <w:t xml:space="preserve"> and writes to the device and confirms successful addition because the device name is not empty, doesn't already exist, and the status is valid. This number shows that it can properly receive and process valid user input and add to the device dictionary in memory without error.</w:t>
      </w:r>
    </w:p>
    <w:p w14:paraId="6BA221B7" w14:textId="77777777" w:rsidR="00722BFE" w:rsidRPr="00160913" w:rsidRDefault="00000000" w:rsidP="00160913">
      <w:pPr>
        <w:pStyle w:val="Heading1"/>
        <w:spacing w:before="0"/>
        <w:jc w:val="both"/>
        <w:rPr>
          <w:rFonts w:ascii="Times New Roman" w:hAnsi="Times New Roman" w:cs="Times New Roman"/>
          <w:color w:val="auto"/>
        </w:rPr>
      </w:pPr>
      <w:bookmarkStart w:id="12" w:name="_Toc233895765"/>
      <w:r w:rsidRPr="00160913">
        <w:rPr>
          <w:rFonts w:ascii="Times New Roman" w:hAnsi="Times New Roman" w:cs="Times New Roman"/>
          <w:color w:val="auto"/>
        </w:rPr>
        <w:t>3. Testing and Debugging Report</w:t>
      </w:r>
      <w:bookmarkEnd w:id="12"/>
    </w:p>
    <w:p w14:paraId="45F45035" w14:textId="77777777" w:rsidR="00722BFE" w:rsidRPr="00160913" w:rsidRDefault="00000000" w:rsidP="00160913">
      <w:pPr>
        <w:pStyle w:val="Heading2"/>
        <w:spacing w:before="0"/>
        <w:jc w:val="both"/>
        <w:rPr>
          <w:rFonts w:ascii="Times New Roman" w:hAnsi="Times New Roman" w:cs="Times New Roman"/>
          <w:color w:val="auto"/>
        </w:rPr>
      </w:pPr>
      <w:bookmarkStart w:id="13" w:name="_Toc233895766"/>
      <w:r w:rsidRPr="00160913">
        <w:rPr>
          <w:rFonts w:ascii="Times New Roman" w:hAnsi="Times New Roman" w:cs="Times New Roman"/>
          <w:color w:val="auto"/>
        </w:rPr>
        <w:t>3.a The Importance of Program Testing</w:t>
      </w:r>
      <w:bookmarkEnd w:id="13"/>
    </w:p>
    <w:p w14:paraId="48B5DC4B" w14:textId="0EC6940F" w:rsidR="00722BFE" w:rsidRPr="00160913" w:rsidRDefault="00A97410" w:rsidP="00160913">
      <w:pPr>
        <w:spacing w:after="0"/>
        <w:jc w:val="both"/>
        <w:rPr>
          <w:rFonts w:ascii="Times New Roman" w:hAnsi="Times New Roman" w:cs="Times New Roman"/>
        </w:rPr>
      </w:pPr>
      <w:r w:rsidRPr="00A97410">
        <w:rPr>
          <w:rFonts w:ascii="Times New Roman" w:hAnsi="Times New Roman" w:cs="Times New Roman"/>
        </w:rPr>
        <w:t xml:space="preserve">Testing involves executing a program against known inputs to ensure it performs as expected, and it is crucial in software development for various reasons. It ensures that each requirement is </w:t>
      </w:r>
      <w:proofErr w:type="gramStart"/>
      <w:r w:rsidRPr="00A97410">
        <w:rPr>
          <w:rFonts w:ascii="Times New Roman" w:hAnsi="Times New Roman" w:cs="Times New Roman"/>
        </w:rPr>
        <w:t>actually satisfied</w:t>
      </w:r>
      <w:proofErr w:type="gramEnd"/>
      <w:r w:rsidRPr="00A97410">
        <w:rPr>
          <w:rFonts w:ascii="Times New Roman" w:hAnsi="Times New Roman" w:cs="Times New Roman"/>
        </w:rPr>
        <w:t>, it uncovers defects before they impact the user, and it instills trust in the software that is operational with real users</w:t>
      </w:r>
      <w:r w:rsidR="00D85D3A">
        <w:rPr>
          <w:rFonts w:ascii="Times New Roman" w:hAnsi="Times New Roman" w:cs="Times New Roman"/>
        </w:rPr>
        <w:t xml:space="preserve"> [6]</w:t>
      </w:r>
      <w:r w:rsidRPr="00A97410">
        <w:rPr>
          <w:rFonts w:ascii="Times New Roman" w:hAnsi="Times New Roman" w:cs="Times New Roman"/>
        </w:rPr>
        <w:t xml:space="preserve">. Reliability is important, particularly with a tool that is used by non-technical tutoring personnel, so that it does not crash when it receives incorrectly typed data. It is this testing of both the right paths (valid input) and the wrong paths (invalid input, edge cases) that provides </w:t>
      </w:r>
      <w:proofErr w:type="gramStart"/>
      <w:r w:rsidRPr="00A97410">
        <w:rPr>
          <w:rFonts w:ascii="Times New Roman" w:hAnsi="Times New Roman" w:cs="Times New Roman"/>
        </w:rPr>
        <w:t>that assurance</w:t>
      </w:r>
      <w:proofErr w:type="gramEnd"/>
      <w:r w:rsidRPr="00A97410">
        <w:rPr>
          <w:rFonts w:ascii="Times New Roman" w:hAnsi="Times New Roman" w:cs="Times New Roman"/>
        </w:rPr>
        <w:t xml:space="preserve"> and for this reason, the validation in this system was checked using the intentional test cases below</w:t>
      </w:r>
      <w:r w:rsidRPr="00160913">
        <w:rPr>
          <w:rFonts w:ascii="Times New Roman" w:hAnsi="Times New Roman" w:cs="Times New Roman"/>
        </w:rPr>
        <w:t>.</w:t>
      </w:r>
    </w:p>
    <w:p w14:paraId="03D0F753" w14:textId="77777777" w:rsidR="00722BFE" w:rsidRPr="00160913" w:rsidRDefault="00000000" w:rsidP="00160913">
      <w:pPr>
        <w:pStyle w:val="Heading2"/>
        <w:spacing w:before="0"/>
        <w:jc w:val="both"/>
        <w:rPr>
          <w:rFonts w:ascii="Times New Roman" w:hAnsi="Times New Roman" w:cs="Times New Roman"/>
          <w:color w:val="auto"/>
        </w:rPr>
      </w:pPr>
      <w:bookmarkStart w:id="14" w:name="_Toc233895767"/>
      <w:r w:rsidRPr="00160913">
        <w:rPr>
          <w:rFonts w:ascii="Times New Roman" w:hAnsi="Times New Roman" w:cs="Times New Roman"/>
          <w:color w:val="auto"/>
        </w:rPr>
        <w:t>3.b Types of Programming Errors</w:t>
      </w:r>
      <w:bookmarkEnd w:id="14"/>
    </w:p>
    <w:p w14:paraId="02ACE8F9" w14:textId="4AECE97D" w:rsidR="00722BFE" w:rsidRPr="00160913" w:rsidRDefault="00000000" w:rsidP="00160913">
      <w:pPr>
        <w:spacing w:after="0"/>
        <w:jc w:val="both"/>
        <w:rPr>
          <w:rFonts w:ascii="Times New Roman" w:hAnsi="Times New Roman" w:cs="Times New Roman"/>
        </w:rPr>
      </w:pPr>
      <w:r w:rsidRPr="00160913">
        <w:rPr>
          <w:rFonts w:ascii="Times New Roman" w:hAnsi="Times New Roman" w:cs="Times New Roman"/>
        </w:rPr>
        <w:t xml:space="preserve">Three broad categories of </w:t>
      </w:r>
      <w:proofErr w:type="gramStart"/>
      <w:r w:rsidRPr="00160913">
        <w:rPr>
          <w:rFonts w:ascii="Times New Roman" w:hAnsi="Times New Roman" w:cs="Times New Roman"/>
        </w:rPr>
        <w:t>error</w:t>
      </w:r>
      <w:proofErr w:type="gramEnd"/>
      <w:r w:rsidRPr="00160913">
        <w:rPr>
          <w:rFonts w:ascii="Times New Roman" w:hAnsi="Times New Roman" w:cs="Times New Roman"/>
        </w:rPr>
        <w:t xml:space="preserve"> arise in programming. Syntax errors break the rules of the language itself a missing colon or unbalanced bracket and Python refuses to run the file at all; they are fixed by reading the interpreter’s error message, which points to the offending line, and correcting the code. Runtime errors occur while the program is running, for example trying to access a dictionary key that does not exist, and they are fixed either by defensive checks (as this program does with its ‘if name in devices’ guards) or by </w:t>
      </w:r>
      <w:r w:rsidRPr="00160913">
        <w:rPr>
          <w:rFonts w:ascii="Times New Roman" w:hAnsi="Times New Roman" w:cs="Times New Roman"/>
        </w:rPr>
        <w:t xml:space="preserve">handling the exception. Logical errors are the most subtle: the program runs without complaint but produces the wrong result for instance updating the wrong device because two lists fell out of alignment. Logical errors are found through careful testing and tracing the </w:t>
      </w:r>
      <w:proofErr w:type="gramStart"/>
      <w:r w:rsidRPr="00160913">
        <w:rPr>
          <w:rFonts w:ascii="Times New Roman" w:hAnsi="Times New Roman" w:cs="Times New Roman"/>
        </w:rPr>
        <w:t>code, and</w:t>
      </w:r>
      <w:proofErr w:type="gramEnd"/>
      <w:r w:rsidRPr="00160913">
        <w:rPr>
          <w:rFonts w:ascii="Times New Roman" w:hAnsi="Times New Roman" w:cs="Times New Roman"/>
        </w:rPr>
        <w:t xml:space="preserve"> fixed by correcting the underlying logic; choosing a dictionary here removed a whole class of such alignment bugs by design</w:t>
      </w:r>
      <w:r w:rsidR="00D85D3A">
        <w:rPr>
          <w:rFonts w:ascii="Times New Roman" w:hAnsi="Times New Roman" w:cs="Times New Roman"/>
        </w:rPr>
        <w:t xml:space="preserve"> [7]</w:t>
      </w:r>
      <w:r w:rsidRPr="00160913">
        <w:rPr>
          <w:rFonts w:ascii="Times New Roman" w:hAnsi="Times New Roman" w:cs="Times New Roman"/>
        </w:rPr>
        <w:t>.</w:t>
      </w:r>
    </w:p>
    <w:p w14:paraId="3E724650" w14:textId="77777777" w:rsidR="00722BFE" w:rsidRPr="00160913" w:rsidRDefault="00000000" w:rsidP="00160913">
      <w:pPr>
        <w:pStyle w:val="Heading2"/>
        <w:spacing w:before="0"/>
        <w:jc w:val="both"/>
        <w:rPr>
          <w:rFonts w:ascii="Times New Roman" w:hAnsi="Times New Roman" w:cs="Times New Roman"/>
          <w:color w:val="auto"/>
        </w:rPr>
      </w:pPr>
      <w:bookmarkStart w:id="15" w:name="_Toc233895768"/>
      <w:r w:rsidRPr="00160913">
        <w:rPr>
          <w:rFonts w:ascii="Times New Roman" w:hAnsi="Times New Roman" w:cs="Times New Roman"/>
          <w:color w:val="auto"/>
        </w:rPr>
        <w:t>3.c Test Cases and Results</w:t>
      </w:r>
      <w:bookmarkEnd w:id="15"/>
    </w:p>
    <w:p w14:paraId="41004B33" w14:textId="79A8BE8A" w:rsidR="00722BFE" w:rsidRDefault="00000000" w:rsidP="00160913">
      <w:pPr>
        <w:spacing w:after="0"/>
        <w:jc w:val="both"/>
        <w:rPr>
          <w:rFonts w:ascii="Times New Roman" w:hAnsi="Times New Roman" w:cs="Times New Roman"/>
        </w:rPr>
      </w:pPr>
      <w:r w:rsidRPr="00160913">
        <w:rPr>
          <w:rFonts w:ascii="Times New Roman" w:hAnsi="Times New Roman" w:cs="Times New Roman"/>
        </w:rPr>
        <w:t>The following test cases were designed to verify every validation rule, including edge cases, exercising both correct and incorrect user input. Each was executed against the program; the outcome column records the actual result, and all cases passed. Console evidence for representative cases follows the table.</w:t>
      </w:r>
      <w:r w:rsidR="004A56F9">
        <w:rPr>
          <w:rFonts w:ascii="Times New Roman" w:hAnsi="Times New Roman" w:cs="Times New Roman"/>
        </w:rPr>
        <w:t xml:space="preserve"> Table 2 </w:t>
      </w:r>
      <w:r w:rsidR="004A56F9" w:rsidRPr="004A56F9">
        <w:rPr>
          <w:rFonts w:ascii="Times New Roman" w:hAnsi="Times New Roman" w:cs="Times New Roman"/>
        </w:rPr>
        <w:t xml:space="preserve">shows that the Smart Home Device Manager was tested across all </w:t>
      </w:r>
      <w:r w:rsidR="004A56F9" w:rsidRPr="004A56F9">
        <w:rPr>
          <w:rFonts w:ascii="Times New Roman" w:hAnsi="Times New Roman" w:cs="Times New Roman"/>
        </w:rPr>
        <w:lastRenderedPageBreak/>
        <w:t xml:space="preserve">core functions and important edge cases. The results confirm that the system successfully displays pre-loaded devices, adds valid new devices, updates existing records, performs case-insensitive searches, and exits cleanly. It also handles invalid inputs correctly, including empty device names, duplicate device entries, invalid statuses, non-existent devices, missing search results, and wrong menu choices. Since all twelve test cases passed, the program demonstrates reliable functionality, strong validation, and stable </w:t>
      </w:r>
      <w:proofErr w:type="gramStart"/>
      <w:r w:rsidR="004A56F9" w:rsidRPr="004A56F9">
        <w:rPr>
          <w:rFonts w:ascii="Times New Roman" w:hAnsi="Times New Roman" w:cs="Times New Roman"/>
        </w:rPr>
        <w:t>control flow</w:t>
      </w:r>
      <w:proofErr w:type="gramEnd"/>
      <w:r w:rsidR="004A56F9" w:rsidRPr="004A56F9">
        <w:rPr>
          <w:rFonts w:ascii="Times New Roman" w:hAnsi="Times New Roman" w:cs="Times New Roman"/>
        </w:rPr>
        <w:t>. Overall, the testing confirms that the system behaves as expected under both normal and error conditions.</w:t>
      </w:r>
    </w:p>
    <w:p w14:paraId="54E56079" w14:textId="331A757F" w:rsidR="00A870D7" w:rsidRPr="00A870D7" w:rsidRDefault="00A870D7" w:rsidP="00160913">
      <w:pPr>
        <w:spacing w:after="0"/>
        <w:jc w:val="both"/>
        <w:rPr>
          <w:rFonts w:ascii="Times New Roman" w:hAnsi="Times New Roman" w:cs="Times New Roman"/>
          <w:iCs/>
        </w:rPr>
      </w:pPr>
      <w:r w:rsidRPr="00A870D7">
        <w:rPr>
          <w:rFonts w:ascii="Times New Roman" w:hAnsi="Times New Roman" w:cs="Times New Roman"/>
          <w:b/>
          <w:bCs/>
          <w:iCs/>
          <w:sz w:val="18"/>
        </w:rPr>
        <w:t>Table 2:</w:t>
      </w:r>
      <w:r w:rsidRPr="00A870D7">
        <w:rPr>
          <w:rFonts w:ascii="Times New Roman" w:hAnsi="Times New Roman" w:cs="Times New Roman"/>
          <w:iCs/>
          <w:sz w:val="18"/>
        </w:rPr>
        <w:t xml:space="preserve"> Test cases covering valid inputs, invalid inputs and edge cases</w:t>
      </w:r>
    </w:p>
    <w:tbl>
      <w:tblPr>
        <w:tblStyle w:val="LightGrid-Accent1"/>
        <w:tblW w:w="0" w:type="auto"/>
        <w:tblLook w:val="04A0" w:firstRow="1" w:lastRow="0" w:firstColumn="1" w:lastColumn="0" w:noHBand="0" w:noVBand="1"/>
      </w:tblPr>
      <w:tblGrid>
        <w:gridCol w:w="1724"/>
        <w:gridCol w:w="1726"/>
        <w:gridCol w:w="1726"/>
        <w:gridCol w:w="1725"/>
        <w:gridCol w:w="1725"/>
      </w:tblGrid>
      <w:tr w:rsidR="00722BFE" w:rsidRPr="00A870D7" w14:paraId="5249BC0E" w14:textId="77777777" w:rsidTr="00722B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4351AFBB"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ID</w:t>
            </w:r>
          </w:p>
        </w:tc>
        <w:tc>
          <w:tcPr>
            <w:tcW w:w="1728" w:type="dxa"/>
          </w:tcPr>
          <w:p w14:paraId="2FCF685C" w14:textId="77777777" w:rsidR="00722BFE" w:rsidRPr="00A870D7" w:rsidRDefault="00000000" w:rsidP="00160913">
            <w:pPr>
              <w:spacing w:after="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Test Case</w:t>
            </w:r>
          </w:p>
        </w:tc>
        <w:tc>
          <w:tcPr>
            <w:tcW w:w="1728" w:type="dxa"/>
          </w:tcPr>
          <w:p w14:paraId="42E35994" w14:textId="77777777" w:rsidR="00722BFE" w:rsidRPr="00A870D7" w:rsidRDefault="00000000" w:rsidP="00160913">
            <w:pPr>
              <w:spacing w:after="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Input</w:t>
            </w:r>
          </w:p>
        </w:tc>
        <w:tc>
          <w:tcPr>
            <w:tcW w:w="1728" w:type="dxa"/>
          </w:tcPr>
          <w:p w14:paraId="26F05989" w14:textId="77777777" w:rsidR="00722BFE" w:rsidRPr="00A870D7" w:rsidRDefault="00000000" w:rsidP="00160913">
            <w:pPr>
              <w:spacing w:after="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Expected Result</w:t>
            </w:r>
          </w:p>
        </w:tc>
        <w:tc>
          <w:tcPr>
            <w:tcW w:w="1728" w:type="dxa"/>
          </w:tcPr>
          <w:p w14:paraId="6DA79D48" w14:textId="77777777" w:rsidR="00722BFE" w:rsidRPr="00A870D7" w:rsidRDefault="00000000" w:rsidP="00160913">
            <w:pPr>
              <w:spacing w:after="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Outcome</w:t>
            </w:r>
          </w:p>
        </w:tc>
      </w:tr>
      <w:tr w:rsidR="00722BFE" w:rsidRPr="00A870D7" w14:paraId="3E39067E" w14:textId="77777777" w:rsidTr="00722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1C04A50"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T1</w:t>
            </w:r>
          </w:p>
        </w:tc>
        <w:tc>
          <w:tcPr>
            <w:tcW w:w="1728" w:type="dxa"/>
          </w:tcPr>
          <w:p w14:paraId="78EFC81C"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View pre-loaded devices</w:t>
            </w:r>
          </w:p>
        </w:tc>
        <w:tc>
          <w:tcPr>
            <w:tcW w:w="1728" w:type="dxa"/>
          </w:tcPr>
          <w:p w14:paraId="21DCCD7D"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Menu: 3</w:t>
            </w:r>
          </w:p>
        </w:tc>
        <w:tc>
          <w:tcPr>
            <w:tcW w:w="1728" w:type="dxa"/>
          </w:tcPr>
          <w:p w14:paraId="2EC3FCDE"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Table of 3 sample devices shown</w:t>
            </w:r>
          </w:p>
        </w:tc>
        <w:tc>
          <w:tcPr>
            <w:tcW w:w="1728" w:type="dxa"/>
          </w:tcPr>
          <w:p w14:paraId="2FC89CED"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b/>
                <w:sz w:val="18"/>
                <w:szCs w:val="18"/>
              </w:rPr>
              <w:t>Pass</w:t>
            </w:r>
          </w:p>
        </w:tc>
      </w:tr>
      <w:tr w:rsidR="00722BFE" w:rsidRPr="00A870D7" w14:paraId="63705972" w14:textId="77777777" w:rsidTr="00722B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2CBAD3CF"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T2</w:t>
            </w:r>
          </w:p>
        </w:tc>
        <w:tc>
          <w:tcPr>
            <w:tcW w:w="1728" w:type="dxa"/>
          </w:tcPr>
          <w:p w14:paraId="165C8358"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Add a valid new device</w:t>
            </w:r>
          </w:p>
        </w:tc>
        <w:tc>
          <w:tcPr>
            <w:tcW w:w="1728" w:type="dxa"/>
          </w:tcPr>
          <w:p w14:paraId="762783F5"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Camera E5 / Room 105 / online</w:t>
            </w:r>
          </w:p>
        </w:tc>
        <w:tc>
          <w:tcPr>
            <w:tcW w:w="1728" w:type="dxa"/>
          </w:tcPr>
          <w:p w14:paraId="64FE48A9"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 xml:space="preserve">Device added and </w:t>
            </w:r>
            <w:proofErr w:type="gramStart"/>
            <w:r w:rsidRPr="00A870D7">
              <w:rPr>
                <w:rFonts w:ascii="Times New Roman" w:hAnsi="Times New Roman" w:cs="Times New Roman"/>
                <w:sz w:val="18"/>
                <w:szCs w:val="18"/>
              </w:rPr>
              <w:t>appears</w:t>
            </w:r>
            <w:proofErr w:type="gramEnd"/>
            <w:r w:rsidRPr="00A870D7">
              <w:rPr>
                <w:rFonts w:ascii="Times New Roman" w:hAnsi="Times New Roman" w:cs="Times New Roman"/>
                <w:sz w:val="18"/>
                <w:szCs w:val="18"/>
              </w:rPr>
              <w:t xml:space="preserve"> in list</w:t>
            </w:r>
          </w:p>
        </w:tc>
        <w:tc>
          <w:tcPr>
            <w:tcW w:w="1728" w:type="dxa"/>
          </w:tcPr>
          <w:p w14:paraId="0A366293"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b/>
                <w:sz w:val="18"/>
                <w:szCs w:val="18"/>
              </w:rPr>
              <w:t>Pass</w:t>
            </w:r>
          </w:p>
        </w:tc>
      </w:tr>
      <w:tr w:rsidR="00722BFE" w:rsidRPr="00A870D7" w14:paraId="5F98EBA3" w14:textId="77777777" w:rsidTr="00722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68246585"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T3</w:t>
            </w:r>
          </w:p>
        </w:tc>
        <w:tc>
          <w:tcPr>
            <w:tcW w:w="1728" w:type="dxa"/>
          </w:tcPr>
          <w:p w14:paraId="575789DD"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Add with empty name (edge)</w:t>
            </w:r>
          </w:p>
        </w:tc>
        <w:tc>
          <w:tcPr>
            <w:tcW w:w="1728" w:type="dxa"/>
          </w:tcPr>
          <w:p w14:paraId="5450C85D"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Name: (blank)</w:t>
            </w:r>
          </w:p>
        </w:tc>
        <w:tc>
          <w:tcPr>
            <w:tcW w:w="1728" w:type="dxa"/>
          </w:tcPr>
          <w:p w14:paraId="3A2372E6"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Rejected: 'name cannot be empty'</w:t>
            </w:r>
          </w:p>
        </w:tc>
        <w:tc>
          <w:tcPr>
            <w:tcW w:w="1728" w:type="dxa"/>
          </w:tcPr>
          <w:p w14:paraId="7CFBB698"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b/>
                <w:sz w:val="18"/>
                <w:szCs w:val="18"/>
              </w:rPr>
              <w:t>Pass</w:t>
            </w:r>
          </w:p>
        </w:tc>
      </w:tr>
      <w:tr w:rsidR="00722BFE" w:rsidRPr="00A870D7" w14:paraId="75CC026C" w14:textId="77777777" w:rsidTr="00722B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0894C753"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T4</w:t>
            </w:r>
          </w:p>
        </w:tc>
        <w:tc>
          <w:tcPr>
            <w:tcW w:w="1728" w:type="dxa"/>
          </w:tcPr>
          <w:p w14:paraId="4EAF7F56"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Add a duplicate device (edge)</w:t>
            </w:r>
          </w:p>
        </w:tc>
        <w:tc>
          <w:tcPr>
            <w:tcW w:w="1728" w:type="dxa"/>
          </w:tcPr>
          <w:p w14:paraId="3DB4EB52"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Name: Projector B2</w:t>
            </w:r>
          </w:p>
        </w:tc>
        <w:tc>
          <w:tcPr>
            <w:tcW w:w="1728" w:type="dxa"/>
          </w:tcPr>
          <w:p w14:paraId="60B483E6"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Rejected: 'already exists'</w:t>
            </w:r>
          </w:p>
        </w:tc>
        <w:tc>
          <w:tcPr>
            <w:tcW w:w="1728" w:type="dxa"/>
          </w:tcPr>
          <w:p w14:paraId="083509F7"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b/>
                <w:sz w:val="18"/>
                <w:szCs w:val="18"/>
              </w:rPr>
              <w:t>Pass</w:t>
            </w:r>
          </w:p>
        </w:tc>
      </w:tr>
      <w:tr w:rsidR="00722BFE" w:rsidRPr="00A870D7" w14:paraId="1B90BD7C" w14:textId="77777777" w:rsidTr="00722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2E85E431"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T5</w:t>
            </w:r>
          </w:p>
        </w:tc>
        <w:tc>
          <w:tcPr>
            <w:tcW w:w="1728" w:type="dxa"/>
          </w:tcPr>
          <w:p w14:paraId="6190087C"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Add with invalid status</w:t>
            </w:r>
          </w:p>
        </w:tc>
        <w:tc>
          <w:tcPr>
            <w:tcW w:w="1728" w:type="dxa"/>
          </w:tcPr>
          <w:p w14:paraId="6DA27155"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status: flying</w:t>
            </w:r>
          </w:p>
        </w:tc>
        <w:tc>
          <w:tcPr>
            <w:tcW w:w="1728" w:type="dxa"/>
          </w:tcPr>
          <w:p w14:paraId="0BE2C67D"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Rejected: 'not a valid status'</w:t>
            </w:r>
          </w:p>
        </w:tc>
        <w:tc>
          <w:tcPr>
            <w:tcW w:w="1728" w:type="dxa"/>
          </w:tcPr>
          <w:p w14:paraId="15E55F96"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b/>
                <w:sz w:val="18"/>
                <w:szCs w:val="18"/>
              </w:rPr>
              <w:t>Pass</w:t>
            </w:r>
          </w:p>
        </w:tc>
      </w:tr>
      <w:tr w:rsidR="00722BFE" w:rsidRPr="00A870D7" w14:paraId="481F2A42" w14:textId="77777777" w:rsidTr="00722B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AC1F62C"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T6</w:t>
            </w:r>
          </w:p>
        </w:tc>
        <w:tc>
          <w:tcPr>
            <w:tcW w:w="1728" w:type="dxa"/>
          </w:tcPr>
          <w:p w14:paraId="1E0DAB56"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Update existing device status</w:t>
            </w:r>
          </w:p>
        </w:tc>
        <w:tc>
          <w:tcPr>
            <w:tcW w:w="1728" w:type="dxa"/>
          </w:tcPr>
          <w:p w14:paraId="0D72C24F"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Projector B2 / online</w:t>
            </w:r>
          </w:p>
        </w:tc>
        <w:tc>
          <w:tcPr>
            <w:tcW w:w="1728" w:type="dxa"/>
          </w:tcPr>
          <w:p w14:paraId="06950FCB"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Status changed to online</w:t>
            </w:r>
          </w:p>
        </w:tc>
        <w:tc>
          <w:tcPr>
            <w:tcW w:w="1728" w:type="dxa"/>
          </w:tcPr>
          <w:p w14:paraId="1F8B8FFA"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b/>
                <w:sz w:val="18"/>
                <w:szCs w:val="18"/>
              </w:rPr>
              <w:t>Pass</w:t>
            </w:r>
          </w:p>
        </w:tc>
      </w:tr>
      <w:tr w:rsidR="00722BFE" w:rsidRPr="00A870D7" w14:paraId="7ACADF9B" w14:textId="77777777" w:rsidTr="00722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6EA507E8"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T7</w:t>
            </w:r>
          </w:p>
        </w:tc>
        <w:tc>
          <w:tcPr>
            <w:tcW w:w="1728" w:type="dxa"/>
          </w:tcPr>
          <w:p w14:paraId="4C2D38A1"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Update non-existent device (edge)</w:t>
            </w:r>
          </w:p>
        </w:tc>
        <w:tc>
          <w:tcPr>
            <w:tcW w:w="1728" w:type="dxa"/>
          </w:tcPr>
          <w:p w14:paraId="7DE2614F"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 xml:space="preserve">Name: </w:t>
            </w:r>
            <w:proofErr w:type="spellStart"/>
            <w:r w:rsidRPr="00A870D7">
              <w:rPr>
                <w:rFonts w:ascii="Times New Roman" w:hAnsi="Times New Roman" w:cs="Times New Roman"/>
                <w:sz w:val="18"/>
                <w:szCs w:val="18"/>
              </w:rPr>
              <w:t>GhostDevice</w:t>
            </w:r>
            <w:proofErr w:type="spellEnd"/>
          </w:p>
        </w:tc>
        <w:tc>
          <w:tcPr>
            <w:tcW w:w="1728" w:type="dxa"/>
          </w:tcPr>
          <w:p w14:paraId="70BC1852"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Rejected: 'was not found'</w:t>
            </w:r>
          </w:p>
        </w:tc>
        <w:tc>
          <w:tcPr>
            <w:tcW w:w="1728" w:type="dxa"/>
          </w:tcPr>
          <w:p w14:paraId="7AFDEF1B"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b/>
                <w:sz w:val="18"/>
                <w:szCs w:val="18"/>
              </w:rPr>
              <w:t>Pass</w:t>
            </w:r>
          </w:p>
        </w:tc>
      </w:tr>
      <w:tr w:rsidR="00722BFE" w:rsidRPr="00A870D7" w14:paraId="67115B0C" w14:textId="77777777" w:rsidTr="00722B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53F146CD"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T8</w:t>
            </w:r>
          </w:p>
        </w:tc>
        <w:tc>
          <w:tcPr>
            <w:tcW w:w="1728" w:type="dxa"/>
          </w:tcPr>
          <w:p w14:paraId="6A360C4C"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Update with invalid status</w:t>
            </w:r>
          </w:p>
        </w:tc>
        <w:tc>
          <w:tcPr>
            <w:tcW w:w="1728" w:type="dxa"/>
          </w:tcPr>
          <w:p w14:paraId="3682BA0B"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Smart Light A1 / broken</w:t>
            </w:r>
          </w:p>
        </w:tc>
        <w:tc>
          <w:tcPr>
            <w:tcW w:w="1728" w:type="dxa"/>
          </w:tcPr>
          <w:p w14:paraId="50280A31"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Rejected: 'not a valid status'</w:t>
            </w:r>
          </w:p>
        </w:tc>
        <w:tc>
          <w:tcPr>
            <w:tcW w:w="1728" w:type="dxa"/>
          </w:tcPr>
          <w:p w14:paraId="2B1BDD9B"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b/>
                <w:sz w:val="18"/>
                <w:szCs w:val="18"/>
              </w:rPr>
              <w:t>Pass</w:t>
            </w:r>
          </w:p>
        </w:tc>
      </w:tr>
      <w:tr w:rsidR="00722BFE" w:rsidRPr="00A870D7" w14:paraId="0EACFCA3" w14:textId="77777777" w:rsidTr="00722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FDED01A"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T9</w:t>
            </w:r>
          </w:p>
        </w:tc>
        <w:tc>
          <w:tcPr>
            <w:tcW w:w="1728" w:type="dxa"/>
          </w:tcPr>
          <w:p w14:paraId="41E228C5"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Search (case-insensitive) (edge)</w:t>
            </w:r>
          </w:p>
        </w:tc>
        <w:tc>
          <w:tcPr>
            <w:tcW w:w="1728" w:type="dxa"/>
          </w:tcPr>
          <w:p w14:paraId="1C42F7AB"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smart light a1</w:t>
            </w:r>
          </w:p>
        </w:tc>
        <w:tc>
          <w:tcPr>
            <w:tcW w:w="1728" w:type="dxa"/>
          </w:tcPr>
          <w:p w14:paraId="50241664"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Found; room + status shown</w:t>
            </w:r>
          </w:p>
        </w:tc>
        <w:tc>
          <w:tcPr>
            <w:tcW w:w="1728" w:type="dxa"/>
          </w:tcPr>
          <w:p w14:paraId="137BC7CF"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b/>
                <w:sz w:val="18"/>
                <w:szCs w:val="18"/>
              </w:rPr>
              <w:t>Pass</w:t>
            </w:r>
          </w:p>
        </w:tc>
      </w:tr>
      <w:tr w:rsidR="00722BFE" w:rsidRPr="00A870D7" w14:paraId="40F7659F" w14:textId="77777777" w:rsidTr="00722B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D64A1AE"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T10</w:t>
            </w:r>
          </w:p>
        </w:tc>
        <w:tc>
          <w:tcPr>
            <w:tcW w:w="1728" w:type="dxa"/>
          </w:tcPr>
          <w:p w14:paraId="389B46FC"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Search for missing device</w:t>
            </w:r>
          </w:p>
        </w:tc>
        <w:tc>
          <w:tcPr>
            <w:tcW w:w="1728" w:type="dxa"/>
          </w:tcPr>
          <w:p w14:paraId="37FF02EB"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Toaster</w:t>
            </w:r>
          </w:p>
        </w:tc>
        <w:tc>
          <w:tcPr>
            <w:tcW w:w="1728" w:type="dxa"/>
          </w:tcPr>
          <w:p w14:paraId="4D1FD540"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w:t>
            </w:r>
            <w:proofErr w:type="gramStart"/>
            <w:r w:rsidRPr="00A870D7">
              <w:rPr>
                <w:rFonts w:ascii="Times New Roman" w:hAnsi="Times New Roman" w:cs="Times New Roman"/>
                <w:sz w:val="18"/>
                <w:szCs w:val="18"/>
              </w:rPr>
              <w:t>not</w:t>
            </w:r>
            <w:proofErr w:type="gramEnd"/>
            <w:r w:rsidRPr="00A870D7">
              <w:rPr>
                <w:rFonts w:ascii="Times New Roman" w:hAnsi="Times New Roman" w:cs="Times New Roman"/>
                <w:sz w:val="18"/>
                <w:szCs w:val="18"/>
              </w:rPr>
              <w:t xml:space="preserve"> found' message</w:t>
            </w:r>
          </w:p>
        </w:tc>
        <w:tc>
          <w:tcPr>
            <w:tcW w:w="1728" w:type="dxa"/>
          </w:tcPr>
          <w:p w14:paraId="5944D6F5"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b/>
                <w:sz w:val="18"/>
                <w:szCs w:val="18"/>
              </w:rPr>
              <w:t>Pass</w:t>
            </w:r>
          </w:p>
        </w:tc>
      </w:tr>
      <w:tr w:rsidR="00722BFE" w:rsidRPr="00A870D7" w14:paraId="24782464" w14:textId="77777777" w:rsidTr="00722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6E025ED3"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T11</w:t>
            </w:r>
          </w:p>
        </w:tc>
        <w:tc>
          <w:tcPr>
            <w:tcW w:w="1728" w:type="dxa"/>
          </w:tcPr>
          <w:p w14:paraId="6BFCAB3A"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Invalid menu choice (edge)</w:t>
            </w:r>
          </w:p>
        </w:tc>
        <w:tc>
          <w:tcPr>
            <w:tcW w:w="1728" w:type="dxa"/>
          </w:tcPr>
          <w:p w14:paraId="5741C389"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Menu: 9</w:t>
            </w:r>
          </w:p>
        </w:tc>
        <w:tc>
          <w:tcPr>
            <w:tcW w:w="1728" w:type="dxa"/>
          </w:tcPr>
          <w:p w14:paraId="10F7352A"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'Invalid choice' message, menu repeats</w:t>
            </w:r>
          </w:p>
        </w:tc>
        <w:tc>
          <w:tcPr>
            <w:tcW w:w="1728" w:type="dxa"/>
          </w:tcPr>
          <w:p w14:paraId="76BF504A" w14:textId="77777777" w:rsidR="00722BFE" w:rsidRPr="00A870D7" w:rsidRDefault="00000000" w:rsidP="00160913">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b/>
                <w:sz w:val="18"/>
                <w:szCs w:val="18"/>
              </w:rPr>
              <w:t>Pass</w:t>
            </w:r>
          </w:p>
        </w:tc>
      </w:tr>
      <w:tr w:rsidR="00722BFE" w:rsidRPr="00A870D7" w14:paraId="2B39F6BE" w14:textId="77777777" w:rsidTr="00722B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3018CD65" w14:textId="77777777" w:rsidR="00722BFE" w:rsidRPr="00A870D7" w:rsidRDefault="00000000" w:rsidP="00160913">
            <w:pPr>
              <w:spacing w:after="0"/>
              <w:jc w:val="both"/>
              <w:rPr>
                <w:rFonts w:ascii="Times New Roman" w:hAnsi="Times New Roman" w:cs="Times New Roman"/>
                <w:sz w:val="18"/>
                <w:szCs w:val="18"/>
              </w:rPr>
            </w:pPr>
            <w:r w:rsidRPr="00A870D7">
              <w:rPr>
                <w:rFonts w:ascii="Times New Roman" w:hAnsi="Times New Roman" w:cs="Times New Roman"/>
                <w:sz w:val="18"/>
                <w:szCs w:val="18"/>
              </w:rPr>
              <w:t>T12</w:t>
            </w:r>
          </w:p>
        </w:tc>
        <w:tc>
          <w:tcPr>
            <w:tcW w:w="1728" w:type="dxa"/>
          </w:tcPr>
          <w:p w14:paraId="428C76F4"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Clean exit</w:t>
            </w:r>
          </w:p>
        </w:tc>
        <w:tc>
          <w:tcPr>
            <w:tcW w:w="1728" w:type="dxa"/>
          </w:tcPr>
          <w:p w14:paraId="21BC51A0"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Menu: 5</w:t>
            </w:r>
          </w:p>
        </w:tc>
        <w:tc>
          <w:tcPr>
            <w:tcW w:w="1728" w:type="dxa"/>
          </w:tcPr>
          <w:p w14:paraId="50941894"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sz w:val="18"/>
                <w:szCs w:val="18"/>
              </w:rPr>
              <w:t>Goodbye message, program ends</w:t>
            </w:r>
          </w:p>
        </w:tc>
        <w:tc>
          <w:tcPr>
            <w:tcW w:w="1728" w:type="dxa"/>
          </w:tcPr>
          <w:p w14:paraId="5C7FBB1C" w14:textId="77777777" w:rsidR="00722BFE" w:rsidRPr="00A870D7" w:rsidRDefault="00000000" w:rsidP="00160913">
            <w:pPr>
              <w:spacing w:after="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szCs w:val="18"/>
              </w:rPr>
            </w:pPr>
            <w:r w:rsidRPr="00A870D7">
              <w:rPr>
                <w:rFonts w:ascii="Times New Roman" w:hAnsi="Times New Roman" w:cs="Times New Roman"/>
                <w:b/>
                <w:sz w:val="18"/>
                <w:szCs w:val="18"/>
              </w:rPr>
              <w:t>Pass</w:t>
            </w:r>
          </w:p>
        </w:tc>
      </w:tr>
    </w:tbl>
    <w:p w14:paraId="45E49F1A" w14:textId="77777777" w:rsidR="00722BFE" w:rsidRPr="00160913" w:rsidRDefault="00000000" w:rsidP="00A870D7">
      <w:pPr>
        <w:spacing w:after="0"/>
        <w:jc w:val="center"/>
        <w:rPr>
          <w:rFonts w:ascii="Times New Roman" w:hAnsi="Times New Roman" w:cs="Times New Roman"/>
        </w:rPr>
      </w:pPr>
      <w:r w:rsidRPr="00160913">
        <w:rPr>
          <w:rFonts w:ascii="Times New Roman" w:hAnsi="Times New Roman" w:cs="Times New Roman"/>
          <w:noProof/>
        </w:rPr>
        <w:drawing>
          <wp:inline distT="0" distB="0" distL="0" distR="0" wp14:anchorId="1E45072F" wp14:editId="57C55FB4">
            <wp:extent cx="4571802" cy="2644775"/>
            <wp:effectExtent l="0" t="0" r="63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addval.png"/>
                    <pic:cNvPicPr/>
                  </pic:nvPicPr>
                  <pic:blipFill rotWithShape="1">
                    <a:blip r:embed="rId12"/>
                    <a:srcRect t="9160"/>
                    <a:stretch>
                      <a:fillRect/>
                    </a:stretch>
                  </pic:blipFill>
                  <pic:spPr bwMode="auto">
                    <a:xfrm>
                      <a:off x="0" y="0"/>
                      <a:ext cx="4572000" cy="2644889"/>
                    </a:xfrm>
                    <a:prstGeom prst="rect">
                      <a:avLst/>
                    </a:prstGeom>
                    <a:ln>
                      <a:noFill/>
                    </a:ln>
                    <a:extLst>
                      <a:ext uri="{53640926-AAD7-44D8-BBD7-CCE9431645EC}">
                        <a14:shadowObscured xmlns:a14="http://schemas.microsoft.com/office/drawing/2010/main"/>
                      </a:ext>
                    </a:extLst>
                  </pic:spPr>
                </pic:pic>
              </a:graphicData>
            </a:graphic>
          </wp:inline>
        </w:drawing>
      </w:r>
    </w:p>
    <w:p w14:paraId="6EB87D1D" w14:textId="5B9658E8" w:rsidR="00722BFE" w:rsidRDefault="00000000" w:rsidP="00A870D7">
      <w:pPr>
        <w:spacing w:after="0"/>
        <w:jc w:val="center"/>
        <w:rPr>
          <w:rFonts w:ascii="Times New Roman" w:hAnsi="Times New Roman" w:cs="Times New Roman"/>
          <w:iCs/>
          <w:sz w:val="18"/>
        </w:rPr>
      </w:pPr>
      <w:r w:rsidRPr="00A870D7">
        <w:rPr>
          <w:rFonts w:ascii="Times New Roman" w:hAnsi="Times New Roman" w:cs="Times New Roman"/>
          <w:b/>
          <w:bCs/>
          <w:iCs/>
          <w:sz w:val="18"/>
        </w:rPr>
        <w:t>Figure 4:</w:t>
      </w:r>
      <w:r w:rsidRPr="00A870D7">
        <w:rPr>
          <w:rFonts w:ascii="Times New Roman" w:hAnsi="Times New Roman" w:cs="Times New Roman"/>
          <w:iCs/>
          <w:sz w:val="18"/>
        </w:rPr>
        <w:t xml:space="preserve"> Add-device validation — empty name (T3), duplicate (T4) and invalid status (T5) are all rejected</w:t>
      </w:r>
    </w:p>
    <w:p w14:paraId="0B8C966F" w14:textId="54B8831A" w:rsidR="001D6567" w:rsidRPr="00A870D7" w:rsidRDefault="001D6567" w:rsidP="001D6567">
      <w:pPr>
        <w:spacing w:after="0"/>
        <w:jc w:val="both"/>
        <w:rPr>
          <w:rFonts w:ascii="Times New Roman" w:hAnsi="Times New Roman" w:cs="Times New Roman"/>
          <w:iCs/>
        </w:rPr>
      </w:pPr>
      <w:r>
        <w:rPr>
          <w:rFonts w:ascii="Times New Roman" w:hAnsi="Times New Roman" w:cs="Times New Roman"/>
          <w:iCs/>
        </w:rPr>
        <w:t xml:space="preserve">Figure 4 </w:t>
      </w:r>
      <w:r w:rsidRPr="001D6567">
        <w:rPr>
          <w:rFonts w:ascii="Times New Roman" w:hAnsi="Times New Roman" w:cs="Times New Roman"/>
          <w:iCs/>
        </w:rPr>
        <w:t xml:space="preserve">shows the system's error-handling during the add-device process. The first is for the user to enter a blank device name and the program rejects the entry instantly with an error message. The </w:t>
      </w:r>
      <w:r w:rsidRPr="001D6567">
        <w:rPr>
          <w:rFonts w:ascii="Times New Roman" w:hAnsi="Times New Roman" w:cs="Times New Roman"/>
          <w:iCs/>
        </w:rPr>
        <w:lastRenderedPageBreak/>
        <w:t xml:space="preserve">user then tries to create Projector B2, which is already created in the system, and the program does not allow the duplication to occur. At last, the user </w:t>
      </w:r>
      <w:proofErr w:type="gramStart"/>
      <w:r w:rsidRPr="001D6567">
        <w:rPr>
          <w:rFonts w:ascii="Times New Roman" w:hAnsi="Times New Roman" w:cs="Times New Roman"/>
          <w:iCs/>
        </w:rPr>
        <w:t>enters in</w:t>
      </w:r>
      <w:proofErr w:type="gramEnd"/>
      <w:r w:rsidRPr="001D6567">
        <w:rPr>
          <w:rFonts w:ascii="Times New Roman" w:hAnsi="Times New Roman" w:cs="Times New Roman"/>
          <w:iCs/>
        </w:rPr>
        <w:t xml:space="preserve"> Camera E5 with a valid room ID but enters flying as the status, which is not one of the accepted statuses: online, offline and maintenance. This is an invalid status. This validates that the program is equipped with robust validation rules prior to adding devices</w:t>
      </w:r>
    </w:p>
    <w:p w14:paraId="36A4A51E" w14:textId="77777777" w:rsidR="00722BFE" w:rsidRPr="00160913" w:rsidRDefault="00000000" w:rsidP="00A870D7">
      <w:pPr>
        <w:spacing w:after="0"/>
        <w:jc w:val="center"/>
        <w:rPr>
          <w:rFonts w:ascii="Times New Roman" w:hAnsi="Times New Roman" w:cs="Times New Roman"/>
        </w:rPr>
      </w:pPr>
      <w:r w:rsidRPr="00160913">
        <w:rPr>
          <w:rFonts w:ascii="Times New Roman" w:hAnsi="Times New Roman" w:cs="Times New Roman"/>
          <w:noProof/>
        </w:rPr>
        <w:drawing>
          <wp:inline distT="0" distB="0" distL="0" distR="0" wp14:anchorId="54386860" wp14:editId="343E8F04">
            <wp:extent cx="4571928" cy="213868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update.png"/>
                    <pic:cNvPicPr/>
                  </pic:nvPicPr>
                  <pic:blipFill rotWithShape="1">
                    <a:blip r:embed="rId13"/>
                    <a:srcRect t="11087"/>
                    <a:stretch>
                      <a:fillRect/>
                    </a:stretch>
                  </pic:blipFill>
                  <pic:spPr bwMode="auto">
                    <a:xfrm>
                      <a:off x="0" y="0"/>
                      <a:ext cx="4572000" cy="2138714"/>
                    </a:xfrm>
                    <a:prstGeom prst="rect">
                      <a:avLst/>
                    </a:prstGeom>
                    <a:ln>
                      <a:noFill/>
                    </a:ln>
                    <a:extLst>
                      <a:ext uri="{53640926-AAD7-44D8-BBD7-CCE9431645EC}">
                        <a14:shadowObscured xmlns:a14="http://schemas.microsoft.com/office/drawing/2010/main"/>
                      </a:ext>
                    </a:extLst>
                  </pic:spPr>
                </pic:pic>
              </a:graphicData>
            </a:graphic>
          </wp:inline>
        </w:drawing>
      </w:r>
    </w:p>
    <w:p w14:paraId="655F32CF" w14:textId="31DD94FF" w:rsidR="00722BFE" w:rsidRDefault="00000000" w:rsidP="00A870D7">
      <w:pPr>
        <w:spacing w:after="0"/>
        <w:jc w:val="center"/>
        <w:rPr>
          <w:rFonts w:ascii="Times New Roman" w:hAnsi="Times New Roman" w:cs="Times New Roman"/>
          <w:iCs/>
          <w:sz w:val="18"/>
        </w:rPr>
      </w:pPr>
      <w:r w:rsidRPr="00A870D7">
        <w:rPr>
          <w:rFonts w:ascii="Times New Roman" w:hAnsi="Times New Roman" w:cs="Times New Roman"/>
          <w:b/>
          <w:bCs/>
          <w:iCs/>
          <w:sz w:val="18"/>
        </w:rPr>
        <w:t>Figure 5:</w:t>
      </w:r>
      <w:r w:rsidRPr="00A870D7">
        <w:rPr>
          <w:rFonts w:ascii="Times New Roman" w:hAnsi="Times New Roman" w:cs="Times New Roman"/>
          <w:iCs/>
          <w:sz w:val="18"/>
        </w:rPr>
        <w:t xml:space="preserve"> Updating a valid device (T6) and rejecting a non-existent device (T7)</w:t>
      </w:r>
    </w:p>
    <w:p w14:paraId="67174073" w14:textId="702BE938" w:rsidR="001D6567" w:rsidRPr="00A870D7" w:rsidRDefault="001D6567" w:rsidP="001D6567">
      <w:pPr>
        <w:spacing w:after="0"/>
        <w:jc w:val="both"/>
        <w:rPr>
          <w:rFonts w:ascii="Times New Roman" w:hAnsi="Times New Roman" w:cs="Times New Roman"/>
          <w:iCs/>
        </w:rPr>
      </w:pPr>
      <w:r w:rsidRPr="001D6567">
        <w:rPr>
          <w:rFonts w:ascii="Times New Roman" w:hAnsi="Times New Roman" w:cs="Times New Roman"/>
          <w:iCs/>
        </w:rPr>
        <w:t xml:space="preserve">In </w:t>
      </w:r>
      <w:r>
        <w:rPr>
          <w:rFonts w:ascii="Times New Roman" w:hAnsi="Times New Roman" w:cs="Times New Roman"/>
          <w:iCs/>
        </w:rPr>
        <w:t>figure 5</w:t>
      </w:r>
      <w:r w:rsidRPr="001D6567">
        <w:rPr>
          <w:rFonts w:ascii="Times New Roman" w:hAnsi="Times New Roman" w:cs="Times New Roman"/>
          <w:iCs/>
        </w:rPr>
        <w:t xml:space="preserve">, a new device has been </w:t>
      </w:r>
      <w:proofErr w:type="gramStart"/>
      <w:r w:rsidRPr="001D6567">
        <w:rPr>
          <w:rFonts w:ascii="Times New Roman" w:hAnsi="Times New Roman" w:cs="Times New Roman"/>
          <w:iCs/>
        </w:rPr>
        <w:t>added</w:t>
      </w:r>
      <w:proofErr w:type="gramEnd"/>
      <w:r w:rsidRPr="001D6567">
        <w:rPr>
          <w:rFonts w:ascii="Times New Roman" w:hAnsi="Times New Roman" w:cs="Times New Roman"/>
          <w:iCs/>
        </w:rPr>
        <w:t xml:space="preserve"> and the validation checks are again highlighted. It re-iterates three vital error scenarios: empty device name, duplicate device name, invalid status specification. The outputs are crucial because they demonstrate that the system is not just taking input from the user. In contrast, it checks if the name exists, if the device is already created, and if the status is in one of the allowed categories. These increase reliability, avoid corrupted records, and only meaningful device data is stored. If the test is repeated, then it will also produce the same </w:t>
      </w:r>
      <w:proofErr w:type="spellStart"/>
      <w:r w:rsidRPr="001D6567">
        <w:rPr>
          <w:rFonts w:ascii="Times New Roman" w:hAnsi="Times New Roman" w:cs="Times New Roman"/>
          <w:iCs/>
        </w:rPr>
        <w:t>behaviour</w:t>
      </w:r>
      <w:proofErr w:type="spellEnd"/>
      <w:r w:rsidRPr="001D6567">
        <w:rPr>
          <w:rFonts w:ascii="Times New Roman" w:hAnsi="Times New Roman" w:cs="Times New Roman"/>
          <w:iCs/>
        </w:rPr>
        <w:t xml:space="preserve"> with </w:t>
      </w:r>
      <w:proofErr w:type="gramStart"/>
      <w:r w:rsidRPr="001D6567">
        <w:rPr>
          <w:rFonts w:ascii="Times New Roman" w:hAnsi="Times New Roman" w:cs="Times New Roman"/>
          <w:iCs/>
        </w:rPr>
        <w:t>a number of</w:t>
      </w:r>
      <w:proofErr w:type="gramEnd"/>
      <w:r w:rsidRPr="001D6567">
        <w:rPr>
          <w:rFonts w:ascii="Times New Roman" w:hAnsi="Times New Roman" w:cs="Times New Roman"/>
          <w:iCs/>
        </w:rPr>
        <w:t xml:space="preserve"> invalid inputs</w:t>
      </w:r>
    </w:p>
    <w:p w14:paraId="102D10E9" w14:textId="77777777" w:rsidR="00722BFE" w:rsidRPr="00160913" w:rsidRDefault="00000000" w:rsidP="00A870D7">
      <w:pPr>
        <w:spacing w:after="0"/>
        <w:jc w:val="center"/>
        <w:rPr>
          <w:rFonts w:ascii="Times New Roman" w:hAnsi="Times New Roman" w:cs="Times New Roman"/>
        </w:rPr>
      </w:pPr>
      <w:r w:rsidRPr="00160913">
        <w:rPr>
          <w:rFonts w:ascii="Times New Roman" w:hAnsi="Times New Roman" w:cs="Times New Roman"/>
          <w:noProof/>
        </w:rPr>
        <w:drawing>
          <wp:inline distT="0" distB="0" distL="0" distR="0" wp14:anchorId="5C966BAF" wp14:editId="597811C4">
            <wp:extent cx="4571248" cy="211582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search.png"/>
                    <pic:cNvPicPr/>
                  </pic:nvPicPr>
                  <pic:blipFill rotWithShape="1">
                    <a:blip r:embed="rId14"/>
                    <a:srcRect t="12592"/>
                    <a:stretch>
                      <a:fillRect/>
                    </a:stretch>
                  </pic:blipFill>
                  <pic:spPr bwMode="auto">
                    <a:xfrm>
                      <a:off x="0" y="0"/>
                      <a:ext cx="4572000" cy="2116168"/>
                    </a:xfrm>
                    <a:prstGeom prst="rect">
                      <a:avLst/>
                    </a:prstGeom>
                    <a:ln>
                      <a:noFill/>
                    </a:ln>
                    <a:extLst>
                      <a:ext uri="{53640926-AAD7-44D8-BBD7-CCE9431645EC}">
                        <a14:shadowObscured xmlns:a14="http://schemas.microsoft.com/office/drawing/2010/main"/>
                      </a:ext>
                    </a:extLst>
                  </pic:spPr>
                </pic:pic>
              </a:graphicData>
            </a:graphic>
          </wp:inline>
        </w:drawing>
      </w:r>
    </w:p>
    <w:p w14:paraId="2BEE68BA" w14:textId="77777777" w:rsidR="00722BFE" w:rsidRDefault="00000000" w:rsidP="00A870D7">
      <w:pPr>
        <w:spacing w:after="0"/>
        <w:jc w:val="center"/>
        <w:rPr>
          <w:rFonts w:ascii="Times New Roman" w:hAnsi="Times New Roman" w:cs="Times New Roman"/>
          <w:iCs/>
          <w:sz w:val="18"/>
        </w:rPr>
      </w:pPr>
      <w:r w:rsidRPr="00A870D7">
        <w:rPr>
          <w:rFonts w:ascii="Times New Roman" w:hAnsi="Times New Roman" w:cs="Times New Roman"/>
          <w:b/>
          <w:bCs/>
          <w:iCs/>
          <w:sz w:val="18"/>
        </w:rPr>
        <w:t>Figure 6:</w:t>
      </w:r>
      <w:r w:rsidRPr="00A870D7">
        <w:rPr>
          <w:rFonts w:ascii="Times New Roman" w:hAnsi="Times New Roman" w:cs="Times New Roman"/>
          <w:iCs/>
          <w:sz w:val="18"/>
        </w:rPr>
        <w:t xml:space="preserve"> Case-insensitive search finds the device (T9); a missing device returns 'not found' (T10).</w:t>
      </w:r>
    </w:p>
    <w:p w14:paraId="72C55709" w14:textId="3E00B582" w:rsidR="001D6567" w:rsidRPr="00A870D7" w:rsidRDefault="001D6567" w:rsidP="001D6567">
      <w:pPr>
        <w:spacing w:after="0"/>
        <w:jc w:val="both"/>
        <w:rPr>
          <w:rFonts w:ascii="Times New Roman" w:hAnsi="Times New Roman" w:cs="Times New Roman"/>
          <w:iCs/>
        </w:rPr>
      </w:pPr>
      <w:r>
        <w:rPr>
          <w:rFonts w:ascii="Times New Roman" w:hAnsi="Times New Roman" w:cs="Times New Roman"/>
          <w:iCs/>
        </w:rPr>
        <w:t xml:space="preserve">Figure </w:t>
      </w:r>
      <w:proofErr w:type="gramStart"/>
      <w:r>
        <w:rPr>
          <w:rFonts w:ascii="Times New Roman" w:hAnsi="Times New Roman" w:cs="Times New Roman"/>
          <w:iCs/>
        </w:rPr>
        <w:t xml:space="preserve">6 </w:t>
      </w:r>
      <w:r w:rsidRPr="001D6567">
        <w:rPr>
          <w:rFonts w:ascii="Times New Roman" w:hAnsi="Times New Roman" w:cs="Times New Roman"/>
          <w:iCs/>
        </w:rPr>
        <w:t>figure</w:t>
      </w:r>
      <w:proofErr w:type="gramEnd"/>
      <w:r w:rsidRPr="001D6567">
        <w:rPr>
          <w:rFonts w:ascii="Times New Roman" w:hAnsi="Times New Roman" w:cs="Times New Roman"/>
          <w:iCs/>
        </w:rPr>
        <w:t xml:space="preserve"> shows the output of the Search Device function. In the first search the user will type smart light a1 and it will return Smart Light A1 </w:t>
      </w:r>
      <w:proofErr w:type="gramStart"/>
      <w:r w:rsidRPr="001D6567">
        <w:rPr>
          <w:rFonts w:ascii="Times New Roman" w:hAnsi="Times New Roman" w:cs="Times New Roman"/>
          <w:iCs/>
        </w:rPr>
        <w:t>in</w:t>
      </w:r>
      <w:proofErr w:type="gramEnd"/>
      <w:r w:rsidRPr="001D6567">
        <w:rPr>
          <w:rFonts w:ascii="Times New Roman" w:hAnsi="Times New Roman" w:cs="Times New Roman"/>
          <w:iCs/>
        </w:rPr>
        <w:t xml:space="preserve"> the list with its room and status. This means that the search function is probably case insensitive, making it easier for users to use since they do not have to match the capitalization stored in the database. The system then shows Room 101 and online. The second search is made with Toaster (which isn't registered) and the program outputs the correct message of “Not found”. This verifies correct search handling</w:t>
      </w:r>
    </w:p>
    <w:p w14:paraId="7434763E" w14:textId="77777777" w:rsidR="00722BFE" w:rsidRPr="00160913" w:rsidRDefault="00000000" w:rsidP="00A870D7">
      <w:pPr>
        <w:spacing w:after="0"/>
        <w:jc w:val="center"/>
        <w:rPr>
          <w:rFonts w:ascii="Times New Roman" w:hAnsi="Times New Roman" w:cs="Times New Roman"/>
        </w:rPr>
      </w:pPr>
      <w:r w:rsidRPr="00160913">
        <w:rPr>
          <w:rFonts w:ascii="Times New Roman" w:hAnsi="Times New Roman" w:cs="Times New Roman"/>
          <w:noProof/>
        </w:rPr>
        <w:lastRenderedPageBreak/>
        <w:drawing>
          <wp:inline distT="0" distB="0" distL="0" distR="0" wp14:anchorId="5CC5F550" wp14:editId="10162E8D">
            <wp:extent cx="4571111" cy="1426210"/>
            <wp:effectExtent l="0" t="0" r="127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menu.png"/>
                    <pic:cNvPicPr/>
                  </pic:nvPicPr>
                  <pic:blipFill rotWithShape="1">
                    <a:blip r:embed="rId15"/>
                    <a:srcRect t="16692"/>
                    <a:stretch>
                      <a:fillRect/>
                    </a:stretch>
                  </pic:blipFill>
                  <pic:spPr bwMode="auto">
                    <a:xfrm>
                      <a:off x="0" y="0"/>
                      <a:ext cx="4572000" cy="1426487"/>
                    </a:xfrm>
                    <a:prstGeom prst="rect">
                      <a:avLst/>
                    </a:prstGeom>
                    <a:ln>
                      <a:noFill/>
                    </a:ln>
                    <a:extLst>
                      <a:ext uri="{53640926-AAD7-44D8-BBD7-CCE9431645EC}">
                        <a14:shadowObscured xmlns:a14="http://schemas.microsoft.com/office/drawing/2010/main"/>
                      </a:ext>
                    </a:extLst>
                  </pic:spPr>
                </pic:pic>
              </a:graphicData>
            </a:graphic>
          </wp:inline>
        </w:drawing>
      </w:r>
    </w:p>
    <w:p w14:paraId="1BA91E17" w14:textId="1CA9D6E0" w:rsidR="00722BFE" w:rsidRPr="00A870D7" w:rsidRDefault="00000000" w:rsidP="00A870D7">
      <w:pPr>
        <w:spacing w:after="0"/>
        <w:jc w:val="center"/>
        <w:rPr>
          <w:rFonts w:ascii="Times New Roman" w:hAnsi="Times New Roman" w:cs="Times New Roman"/>
          <w:iCs/>
        </w:rPr>
      </w:pPr>
      <w:r w:rsidRPr="00A870D7">
        <w:rPr>
          <w:rFonts w:ascii="Times New Roman" w:hAnsi="Times New Roman" w:cs="Times New Roman"/>
          <w:b/>
          <w:bCs/>
          <w:iCs/>
          <w:sz w:val="18"/>
        </w:rPr>
        <w:t>Figure 7:</w:t>
      </w:r>
      <w:r w:rsidRPr="00A870D7">
        <w:rPr>
          <w:rFonts w:ascii="Times New Roman" w:hAnsi="Times New Roman" w:cs="Times New Roman"/>
          <w:iCs/>
          <w:sz w:val="18"/>
        </w:rPr>
        <w:t xml:space="preserve"> An invalid menu choice is handled safely (T11</w:t>
      </w:r>
      <w:proofErr w:type="gramStart"/>
      <w:r w:rsidRPr="00A870D7">
        <w:rPr>
          <w:rFonts w:ascii="Times New Roman" w:hAnsi="Times New Roman" w:cs="Times New Roman"/>
          <w:iCs/>
          <w:sz w:val="18"/>
        </w:rPr>
        <w:t>)</w:t>
      </w:r>
      <w:proofErr w:type="gramEnd"/>
      <w:r w:rsidRPr="00A870D7">
        <w:rPr>
          <w:rFonts w:ascii="Times New Roman" w:hAnsi="Times New Roman" w:cs="Times New Roman"/>
          <w:iCs/>
          <w:sz w:val="18"/>
        </w:rPr>
        <w:t xml:space="preserve"> and the program exits cleanly (T12)</w:t>
      </w:r>
    </w:p>
    <w:p w14:paraId="41F40BAE" w14:textId="08E386E3" w:rsidR="00722BFE" w:rsidRPr="00160913" w:rsidRDefault="001D6567" w:rsidP="00160913">
      <w:pPr>
        <w:spacing w:after="0"/>
        <w:jc w:val="both"/>
        <w:rPr>
          <w:rFonts w:ascii="Times New Roman" w:hAnsi="Times New Roman" w:cs="Times New Roman"/>
        </w:rPr>
      </w:pPr>
      <w:r>
        <w:rPr>
          <w:rFonts w:ascii="Times New Roman" w:hAnsi="Times New Roman" w:cs="Times New Roman"/>
        </w:rPr>
        <w:t xml:space="preserve">Figure 7 </w:t>
      </w:r>
      <w:r w:rsidRPr="001D6567">
        <w:rPr>
          <w:rFonts w:ascii="Times New Roman" w:hAnsi="Times New Roman" w:cs="Times New Roman"/>
        </w:rPr>
        <w:t xml:space="preserve">illustrates two behaviors, at the menu level: invalid input and system termination. First, the user types the number 9, which is not within the range of 1 - 5. This will be seen as an invalid option in the </w:t>
      </w:r>
      <w:proofErr w:type="gramStart"/>
      <w:r w:rsidRPr="001D6567">
        <w:rPr>
          <w:rFonts w:ascii="Times New Roman" w:hAnsi="Times New Roman" w:cs="Times New Roman"/>
        </w:rPr>
        <w:t>program</w:t>
      </w:r>
      <w:proofErr w:type="gramEnd"/>
      <w:r w:rsidRPr="001D6567">
        <w:rPr>
          <w:rFonts w:ascii="Times New Roman" w:hAnsi="Times New Roman" w:cs="Times New Roman"/>
        </w:rPr>
        <w:t xml:space="preserve"> and a suitable error message will be printed out to the screen, asking the user to enter a valid number. This avoids program </w:t>
      </w:r>
      <w:proofErr w:type="gramStart"/>
      <w:r w:rsidRPr="001D6567">
        <w:rPr>
          <w:rFonts w:ascii="Times New Roman" w:hAnsi="Times New Roman" w:cs="Times New Roman"/>
        </w:rPr>
        <w:t>crash</w:t>
      </w:r>
      <w:proofErr w:type="gramEnd"/>
      <w:r w:rsidRPr="001D6567">
        <w:rPr>
          <w:rFonts w:ascii="Times New Roman" w:hAnsi="Times New Roman" w:cs="Times New Roman"/>
        </w:rPr>
        <w:t xml:space="preserve"> and/or undefined </w:t>
      </w:r>
      <w:proofErr w:type="gramStart"/>
      <w:r w:rsidRPr="001D6567">
        <w:rPr>
          <w:rFonts w:ascii="Times New Roman" w:hAnsi="Times New Roman" w:cs="Times New Roman"/>
        </w:rPr>
        <w:t>operation</w:t>
      </w:r>
      <w:proofErr w:type="gramEnd"/>
      <w:r w:rsidRPr="001D6567">
        <w:rPr>
          <w:rFonts w:ascii="Times New Roman" w:hAnsi="Times New Roman" w:cs="Times New Roman"/>
        </w:rPr>
        <w:t xml:space="preserve">. Then the user types in 5 which causes the exit function to be activated. The system responds with a message: “Exiting the Smart Home Device Manager. Goodbye!” This is a verification of a controlled and </w:t>
      </w:r>
      <w:proofErr w:type="gramStart"/>
      <w:r w:rsidRPr="001D6567">
        <w:rPr>
          <w:rFonts w:ascii="Times New Roman" w:hAnsi="Times New Roman" w:cs="Times New Roman"/>
        </w:rPr>
        <w:t>user friendly</w:t>
      </w:r>
      <w:proofErr w:type="gramEnd"/>
      <w:r w:rsidRPr="001D6567">
        <w:rPr>
          <w:rFonts w:ascii="Times New Roman" w:hAnsi="Times New Roman" w:cs="Times New Roman"/>
        </w:rPr>
        <w:t xml:space="preserve"> termination process of the program</w:t>
      </w:r>
      <w:r>
        <w:rPr>
          <w:rFonts w:ascii="Times New Roman" w:hAnsi="Times New Roman" w:cs="Times New Roman"/>
        </w:rPr>
        <w:t xml:space="preserve"> </w:t>
      </w:r>
      <w:r w:rsidR="00A97410" w:rsidRPr="00A97410">
        <w:rPr>
          <w:rFonts w:ascii="Times New Roman" w:hAnsi="Times New Roman" w:cs="Times New Roman"/>
        </w:rPr>
        <w:t xml:space="preserve">The images shown above are from the program running in the console. They each represent the test IDs in Table 2 showing correct validation </w:t>
      </w:r>
      <w:proofErr w:type="spellStart"/>
      <w:r w:rsidR="00A97410" w:rsidRPr="00A97410">
        <w:rPr>
          <w:rFonts w:ascii="Times New Roman" w:hAnsi="Times New Roman" w:cs="Times New Roman"/>
        </w:rPr>
        <w:t>behaviour</w:t>
      </w:r>
      <w:proofErr w:type="spellEnd"/>
      <w:r w:rsidR="00A97410" w:rsidRPr="00A97410">
        <w:rPr>
          <w:rFonts w:ascii="Times New Roman" w:hAnsi="Times New Roman" w:cs="Times New Roman"/>
        </w:rPr>
        <w:t xml:space="preserve"> for valid and invalid / edge cases</w:t>
      </w:r>
      <w:r w:rsidR="00A97410" w:rsidRPr="00160913">
        <w:rPr>
          <w:rFonts w:ascii="Times New Roman" w:hAnsi="Times New Roman" w:cs="Times New Roman"/>
        </w:rPr>
        <w:t>.</w:t>
      </w:r>
    </w:p>
    <w:p w14:paraId="4A70FC4F" w14:textId="77777777" w:rsidR="00722BFE" w:rsidRPr="00160913" w:rsidRDefault="00000000" w:rsidP="00160913">
      <w:pPr>
        <w:pStyle w:val="Heading1"/>
        <w:spacing w:before="0"/>
        <w:jc w:val="both"/>
        <w:rPr>
          <w:rFonts w:ascii="Times New Roman" w:hAnsi="Times New Roman" w:cs="Times New Roman"/>
          <w:color w:val="auto"/>
        </w:rPr>
      </w:pPr>
      <w:bookmarkStart w:id="16" w:name="_Toc233895769"/>
      <w:r w:rsidRPr="00160913">
        <w:rPr>
          <w:rFonts w:ascii="Times New Roman" w:hAnsi="Times New Roman" w:cs="Times New Roman"/>
          <w:color w:val="auto"/>
        </w:rPr>
        <w:t>4. Evaluation</w:t>
      </w:r>
      <w:bookmarkEnd w:id="16"/>
    </w:p>
    <w:p w14:paraId="6B8C4454" w14:textId="77777777" w:rsidR="00722BFE" w:rsidRPr="00160913" w:rsidRDefault="00000000" w:rsidP="00160913">
      <w:pPr>
        <w:pStyle w:val="Heading2"/>
        <w:spacing w:before="0"/>
        <w:jc w:val="both"/>
        <w:rPr>
          <w:rFonts w:ascii="Times New Roman" w:hAnsi="Times New Roman" w:cs="Times New Roman"/>
          <w:color w:val="auto"/>
        </w:rPr>
      </w:pPr>
      <w:bookmarkStart w:id="17" w:name="_Toc233895770"/>
      <w:r w:rsidRPr="00160913">
        <w:rPr>
          <w:rFonts w:ascii="Times New Roman" w:hAnsi="Times New Roman" w:cs="Times New Roman"/>
          <w:color w:val="auto"/>
        </w:rPr>
        <w:t>4.1 Challenges Faced</w:t>
      </w:r>
      <w:bookmarkEnd w:id="17"/>
    </w:p>
    <w:p w14:paraId="7F263E5A" w14:textId="77777777" w:rsidR="00722BFE" w:rsidRPr="00160913" w:rsidRDefault="00000000" w:rsidP="00160913">
      <w:pPr>
        <w:spacing w:after="0"/>
        <w:jc w:val="both"/>
        <w:rPr>
          <w:rFonts w:ascii="Times New Roman" w:hAnsi="Times New Roman" w:cs="Times New Roman"/>
        </w:rPr>
      </w:pPr>
      <w:r w:rsidRPr="00160913">
        <w:rPr>
          <w:rFonts w:ascii="Times New Roman" w:hAnsi="Times New Roman" w:cs="Times New Roman"/>
        </w:rPr>
        <w:t xml:space="preserve">The first real challenge was choosing the right data structure. It was tempting to follow the parallel-list sample </w:t>
      </w:r>
      <w:proofErr w:type="gramStart"/>
      <w:r w:rsidRPr="00160913">
        <w:rPr>
          <w:rFonts w:ascii="Times New Roman" w:hAnsi="Times New Roman" w:cs="Times New Roman"/>
        </w:rPr>
        <w:t>directly, but</w:t>
      </w:r>
      <w:proofErr w:type="gramEnd"/>
      <w:r w:rsidRPr="00160913">
        <w:rPr>
          <w:rFonts w:ascii="Times New Roman" w:hAnsi="Times New Roman" w:cs="Times New Roman"/>
        </w:rPr>
        <w:t xml:space="preserve"> working through how a deletion or an out-of-order edit would misalign the lists showed how fragile that approach becomes once each device carries several attributes. This was addressed by moving to a dictionary of dictionaries, which keeps each device’s data together and </w:t>
      </w:r>
      <w:proofErr w:type="gramStart"/>
      <w:r w:rsidRPr="00160913">
        <w:rPr>
          <w:rFonts w:ascii="Times New Roman" w:hAnsi="Times New Roman" w:cs="Times New Roman"/>
        </w:rPr>
        <w:t>removed</w:t>
      </w:r>
      <w:proofErr w:type="gramEnd"/>
      <w:r w:rsidRPr="00160913">
        <w:rPr>
          <w:rFonts w:ascii="Times New Roman" w:hAnsi="Times New Roman" w:cs="Times New Roman"/>
        </w:rPr>
        <w:t xml:space="preserve"> the alignment problem entirely. A second challenge was making validation thorough without making the code hard to read; the answer was to use early-return guard </w:t>
      </w:r>
      <w:proofErr w:type="gramStart"/>
      <w:r w:rsidRPr="00160913">
        <w:rPr>
          <w:rFonts w:ascii="Times New Roman" w:hAnsi="Times New Roman" w:cs="Times New Roman"/>
        </w:rPr>
        <w:t>clauses</w:t>
      </w:r>
      <w:proofErr w:type="gramEnd"/>
      <w:r w:rsidRPr="00160913">
        <w:rPr>
          <w:rFonts w:ascii="Times New Roman" w:hAnsi="Times New Roman" w:cs="Times New Roman"/>
        </w:rPr>
        <w:t xml:space="preserve"> so each rule is checked in one clear place. A third, smaller challenge was deciding how far validation should go — for example, making search case-insensitive so staff are not </w:t>
      </w:r>
      <w:proofErr w:type="spellStart"/>
      <w:r w:rsidRPr="00160913">
        <w:rPr>
          <w:rFonts w:ascii="Times New Roman" w:hAnsi="Times New Roman" w:cs="Times New Roman"/>
        </w:rPr>
        <w:t>penalised</w:t>
      </w:r>
      <w:proofErr w:type="spellEnd"/>
      <w:r w:rsidRPr="00160913">
        <w:rPr>
          <w:rFonts w:ascii="Times New Roman" w:hAnsi="Times New Roman" w:cs="Times New Roman"/>
        </w:rPr>
        <w:t xml:space="preserve"> for </w:t>
      </w:r>
      <w:proofErr w:type="spellStart"/>
      <w:r w:rsidRPr="00160913">
        <w:rPr>
          <w:rFonts w:ascii="Times New Roman" w:hAnsi="Times New Roman" w:cs="Times New Roman"/>
        </w:rPr>
        <w:t>capitalisation</w:t>
      </w:r>
      <w:proofErr w:type="spellEnd"/>
      <w:r w:rsidRPr="00160913">
        <w:rPr>
          <w:rFonts w:ascii="Times New Roman" w:hAnsi="Times New Roman" w:cs="Times New Roman"/>
        </w:rPr>
        <w:t xml:space="preserve"> — which was resolved by testing the program the way a real, occasionally careless user would.</w:t>
      </w:r>
    </w:p>
    <w:p w14:paraId="7932FC00" w14:textId="77777777" w:rsidR="00722BFE" w:rsidRPr="00160913" w:rsidRDefault="00000000" w:rsidP="00160913">
      <w:pPr>
        <w:pStyle w:val="Heading2"/>
        <w:spacing w:before="0"/>
        <w:jc w:val="both"/>
        <w:rPr>
          <w:rFonts w:ascii="Times New Roman" w:hAnsi="Times New Roman" w:cs="Times New Roman"/>
          <w:color w:val="auto"/>
        </w:rPr>
      </w:pPr>
      <w:bookmarkStart w:id="18" w:name="_Toc233895771"/>
      <w:r w:rsidRPr="00160913">
        <w:rPr>
          <w:rFonts w:ascii="Times New Roman" w:hAnsi="Times New Roman" w:cs="Times New Roman"/>
          <w:color w:val="auto"/>
        </w:rPr>
        <w:t>4.2 Future Improvements</w:t>
      </w:r>
      <w:bookmarkEnd w:id="18"/>
    </w:p>
    <w:p w14:paraId="33FA8F33" w14:textId="0AA2E3B0"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 xml:space="preserve">Persistent storage: </w:t>
      </w:r>
      <w:r w:rsidR="00A97410" w:rsidRPr="00A97410">
        <w:rPr>
          <w:rFonts w:ascii="Times New Roman" w:hAnsi="Times New Roman" w:cs="Times New Roman"/>
        </w:rPr>
        <w:t>save the dictionary to a JSON or CSV file and the data will persist between sessions (currently not supported)</w:t>
      </w:r>
      <w:r w:rsidRPr="00160913">
        <w:rPr>
          <w:rFonts w:ascii="Times New Roman" w:hAnsi="Times New Roman" w:cs="Times New Roman"/>
        </w:rPr>
        <w:t>.</w:t>
      </w:r>
    </w:p>
    <w:p w14:paraId="2E547377" w14:textId="5E945028"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 xml:space="preserve">Delete and edit device details: </w:t>
      </w:r>
      <w:r w:rsidR="00A97410" w:rsidRPr="00A97410">
        <w:rPr>
          <w:rFonts w:ascii="Times New Roman" w:hAnsi="Times New Roman" w:cs="Times New Roman"/>
        </w:rPr>
        <w:t>enable staff to remove a decommissioned device or update the room not only the device status</w:t>
      </w:r>
      <w:r w:rsidRPr="00160913">
        <w:rPr>
          <w:rFonts w:ascii="Times New Roman" w:hAnsi="Times New Roman" w:cs="Times New Roman"/>
        </w:rPr>
        <w:t>.</w:t>
      </w:r>
    </w:p>
    <w:p w14:paraId="78DE7132" w14:textId="7D37F1BC"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 xml:space="preserve">A last-used timestamp: </w:t>
      </w:r>
      <w:r w:rsidR="00A97410" w:rsidRPr="00A97410">
        <w:rPr>
          <w:rFonts w:ascii="Times New Roman" w:hAnsi="Times New Roman" w:cs="Times New Roman"/>
        </w:rPr>
        <w:t>record when each device was last online, to meet the Academy's initial request for a last used date for each device</w:t>
      </w:r>
      <w:r w:rsidRPr="00160913">
        <w:rPr>
          <w:rFonts w:ascii="Times New Roman" w:hAnsi="Times New Roman" w:cs="Times New Roman"/>
        </w:rPr>
        <w:t>.</w:t>
      </w:r>
    </w:p>
    <w:p w14:paraId="08A98A9F" w14:textId="5C8B7203"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 xml:space="preserve">Filtering and reporting: </w:t>
      </w:r>
      <w:r w:rsidR="00A97410" w:rsidRPr="00A97410">
        <w:rPr>
          <w:rFonts w:ascii="Times New Roman" w:hAnsi="Times New Roman" w:cs="Times New Roman"/>
        </w:rPr>
        <w:t xml:space="preserve">only display the devices in a selected room or only show devices in maintenance to accelerate the </w:t>
      </w:r>
      <w:r w:rsidR="006B1F77" w:rsidRPr="00A97410">
        <w:rPr>
          <w:rFonts w:ascii="Times New Roman" w:hAnsi="Times New Roman" w:cs="Times New Roman"/>
        </w:rPr>
        <w:t>fault-finding</w:t>
      </w:r>
      <w:r w:rsidR="00A97410" w:rsidRPr="00A97410">
        <w:rPr>
          <w:rFonts w:ascii="Times New Roman" w:hAnsi="Times New Roman" w:cs="Times New Roman"/>
        </w:rPr>
        <w:t xml:space="preserve"> process</w:t>
      </w:r>
      <w:r w:rsidRPr="00160913">
        <w:rPr>
          <w:rFonts w:ascii="Times New Roman" w:hAnsi="Times New Roman" w:cs="Times New Roman"/>
        </w:rPr>
        <w:t>.</w:t>
      </w:r>
    </w:p>
    <w:p w14:paraId="6B37A830" w14:textId="180E807A" w:rsidR="00722BFE" w:rsidRPr="00160913" w:rsidRDefault="00000000" w:rsidP="00160913">
      <w:pPr>
        <w:pStyle w:val="ListBullet"/>
        <w:spacing w:after="0"/>
        <w:jc w:val="both"/>
        <w:rPr>
          <w:rFonts w:ascii="Times New Roman" w:hAnsi="Times New Roman" w:cs="Times New Roman"/>
        </w:rPr>
      </w:pPr>
      <w:r w:rsidRPr="00160913">
        <w:rPr>
          <w:rFonts w:ascii="Times New Roman" w:hAnsi="Times New Roman" w:cs="Times New Roman"/>
        </w:rPr>
        <w:t xml:space="preserve">A graphical interface: </w:t>
      </w:r>
      <w:r w:rsidR="006B1F77" w:rsidRPr="006B1F77">
        <w:rPr>
          <w:rFonts w:ascii="Times New Roman" w:hAnsi="Times New Roman" w:cs="Times New Roman"/>
        </w:rPr>
        <w:t>a basic GUI (</w:t>
      </w:r>
      <w:proofErr w:type="spellStart"/>
      <w:r w:rsidR="006B1F77" w:rsidRPr="006B1F77">
        <w:rPr>
          <w:rFonts w:ascii="Times New Roman" w:hAnsi="Times New Roman" w:cs="Times New Roman"/>
        </w:rPr>
        <w:t>Tkinter</w:t>
      </w:r>
      <w:proofErr w:type="spellEnd"/>
      <w:r w:rsidR="006B1F77" w:rsidRPr="006B1F77">
        <w:rPr>
          <w:rFonts w:ascii="Times New Roman" w:hAnsi="Times New Roman" w:cs="Times New Roman"/>
        </w:rPr>
        <w:t>) or web front end would be helpful for non-technical staff</w:t>
      </w:r>
      <w:r w:rsidRPr="00160913">
        <w:rPr>
          <w:rFonts w:ascii="Times New Roman" w:hAnsi="Times New Roman" w:cs="Times New Roman"/>
        </w:rPr>
        <w:t>.</w:t>
      </w:r>
    </w:p>
    <w:p w14:paraId="513C1CA4" w14:textId="77777777" w:rsidR="00722BFE" w:rsidRPr="00160913" w:rsidRDefault="00000000" w:rsidP="00160913">
      <w:pPr>
        <w:pStyle w:val="Heading2"/>
        <w:spacing w:before="0"/>
        <w:jc w:val="both"/>
        <w:rPr>
          <w:rFonts w:ascii="Times New Roman" w:hAnsi="Times New Roman" w:cs="Times New Roman"/>
          <w:color w:val="auto"/>
        </w:rPr>
      </w:pPr>
      <w:bookmarkStart w:id="19" w:name="_Toc233895772"/>
      <w:r w:rsidRPr="00160913">
        <w:rPr>
          <w:rFonts w:ascii="Times New Roman" w:hAnsi="Times New Roman" w:cs="Times New Roman"/>
          <w:color w:val="auto"/>
        </w:rPr>
        <w:t>4.3 Self-Reflection</w:t>
      </w:r>
      <w:bookmarkEnd w:id="19"/>
    </w:p>
    <w:p w14:paraId="0A23AC4D" w14:textId="48138614" w:rsidR="00722BFE" w:rsidRPr="00160913" w:rsidRDefault="006B1F77" w:rsidP="00160913">
      <w:pPr>
        <w:spacing w:after="0"/>
        <w:jc w:val="both"/>
        <w:rPr>
          <w:rFonts w:ascii="Times New Roman" w:hAnsi="Times New Roman" w:cs="Times New Roman"/>
        </w:rPr>
      </w:pPr>
      <w:r w:rsidRPr="006B1F77">
        <w:rPr>
          <w:rFonts w:ascii="Times New Roman" w:hAnsi="Times New Roman" w:cs="Times New Roman"/>
        </w:rPr>
        <w:t xml:space="preserve">The project reinforced the point that programming is not only about writing code, but also about making decisions. It gave me a better sense of what it means to be correct and efficient, instead of </w:t>
      </w:r>
      <w:r w:rsidRPr="006B1F77">
        <w:rPr>
          <w:rFonts w:ascii="Times New Roman" w:hAnsi="Times New Roman" w:cs="Times New Roman"/>
        </w:rPr>
        <w:lastRenderedPageBreak/>
        <w:t xml:space="preserve">‘what works’ when I made comparisons between the list and dictionary </w:t>
      </w:r>
      <w:proofErr w:type="gramStart"/>
      <w:r w:rsidRPr="006B1F77">
        <w:rPr>
          <w:rFonts w:ascii="Times New Roman" w:hAnsi="Times New Roman" w:cs="Times New Roman"/>
        </w:rPr>
        <w:t>approaches, and</w:t>
      </w:r>
      <w:proofErr w:type="gramEnd"/>
      <w:r w:rsidRPr="006B1F77">
        <w:rPr>
          <w:rFonts w:ascii="Times New Roman" w:hAnsi="Times New Roman" w:cs="Times New Roman"/>
        </w:rPr>
        <w:t xml:space="preserve"> had to explain why the one I chose was correct and efficient. Breaking the problem up into small functions was much easier to write and test than one large function, and sketching out pseudo-code and a flowchart first, allowed implementation to run smoothly and there was no logic to mess up. Most importantly, intentionally considering the wrong ways that names could be used, the duplicated ones, the bad ones, the statuses changed my thinking about robustness: a program is not finished until it also considers how it should behave with inputs that it shouldn't have been given. The project is complete and I'm more confident in being able to translate a real requirement into a clean, well-documented validated Python solution</w:t>
      </w:r>
      <w:r w:rsidRPr="00160913">
        <w:rPr>
          <w:rFonts w:ascii="Times New Roman" w:hAnsi="Times New Roman" w:cs="Times New Roman"/>
        </w:rPr>
        <w:t>.</w:t>
      </w:r>
    </w:p>
    <w:p w14:paraId="1595CEF5" w14:textId="77777777" w:rsidR="00722BFE" w:rsidRPr="00160913" w:rsidRDefault="00000000" w:rsidP="00160913">
      <w:pPr>
        <w:pStyle w:val="Heading1"/>
        <w:spacing w:before="0"/>
        <w:jc w:val="both"/>
        <w:rPr>
          <w:rFonts w:ascii="Times New Roman" w:hAnsi="Times New Roman" w:cs="Times New Roman"/>
          <w:color w:val="auto"/>
        </w:rPr>
      </w:pPr>
      <w:bookmarkStart w:id="20" w:name="_Toc233895773"/>
      <w:r w:rsidRPr="00160913">
        <w:rPr>
          <w:rFonts w:ascii="Times New Roman" w:hAnsi="Times New Roman" w:cs="Times New Roman"/>
          <w:color w:val="auto"/>
        </w:rPr>
        <w:t>5. References</w:t>
      </w:r>
      <w:bookmarkEnd w:id="20"/>
    </w:p>
    <w:p w14:paraId="2D8247E9" w14:textId="77777777" w:rsidR="00D85D3A" w:rsidRPr="00D85D3A" w:rsidRDefault="00D85D3A" w:rsidP="00D85D3A">
      <w:pPr>
        <w:jc w:val="both"/>
        <w:rPr>
          <w:rFonts w:ascii="Times New Roman" w:hAnsi="Times New Roman" w:cs="Times New Roman"/>
        </w:rPr>
      </w:pPr>
      <w:r w:rsidRPr="00D85D3A">
        <w:rPr>
          <w:rFonts w:ascii="Times New Roman" w:hAnsi="Times New Roman" w:cs="Times New Roman"/>
        </w:rPr>
        <w:t xml:space="preserve">[1] Majeed A, Ali M. How </w:t>
      </w:r>
      <w:proofErr w:type="gramStart"/>
      <w:r w:rsidRPr="00D85D3A">
        <w:rPr>
          <w:rFonts w:ascii="Times New Roman" w:hAnsi="Times New Roman" w:cs="Times New Roman"/>
        </w:rPr>
        <w:t>Internet</w:t>
      </w:r>
      <w:proofErr w:type="gramEnd"/>
      <w:r w:rsidRPr="00D85D3A">
        <w:rPr>
          <w:rFonts w:ascii="Times New Roman" w:hAnsi="Times New Roman" w:cs="Times New Roman"/>
        </w:rPr>
        <w:t xml:space="preserve">-of-Things (IoT) </w:t>
      </w:r>
      <w:proofErr w:type="gramStart"/>
      <w:r w:rsidRPr="00D85D3A">
        <w:rPr>
          <w:rFonts w:ascii="Times New Roman" w:hAnsi="Times New Roman" w:cs="Times New Roman"/>
        </w:rPr>
        <w:t>making</w:t>
      </w:r>
      <w:proofErr w:type="gramEnd"/>
      <w:r w:rsidRPr="00D85D3A">
        <w:rPr>
          <w:rFonts w:ascii="Times New Roman" w:hAnsi="Times New Roman" w:cs="Times New Roman"/>
        </w:rPr>
        <w:t xml:space="preserve"> the university campuses smart? QA higher education (QAHE) perspective. In2018 IEEE 8th annual computing and communication workshop and conference (CCWC) 2018 Jan 8 (pp. 646-648). IEEE.</w:t>
      </w:r>
    </w:p>
    <w:p w14:paraId="7A0D8777" w14:textId="77777777" w:rsidR="00D85D3A" w:rsidRPr="00D85D3A" w:rsidRDefault="00D85D3A" w:rsidP="00D85D3A">
      <w:pPr>
        <w:jc w:val="both"/>
        <w:rPr>
          <w:rFonts w:ascii="Times New Roman" w:hAnsi="Times New Roman" w:cs="Times New Roman"/>
        </w:rPr>
      </w:pPr>
      <w:r w:rsidRPr="00D85D3A">
        <w:rPr>
          <w:rFonts w:ascii="Times New Roman" w:hAnsi="Times New Roman" w:cs="Times New Roman"/>
        </w:rPr>
        <w:t>[2] Daniel S, Olaoye G. Improving Equipment Utilization and Maintenance Using IoT Sensors in Construction Projects.</w:t>
      </w:r>
    </w:p>
    <w:p w14:paraId="7412C78E" w14:textId="77777777" w:rsidR="00D85D3A" w:rsidRPr="00D85D3A" w:rsidRDefault="00D85D3A" w:rsidP="00D85D3A">
      <w:pPr>
        <w:jc w:val="both"/>
        <w:rPr>
          <w:rFonts w:ascii="Times New Roman" w:hAnsi="Times New Roman" w:cs="Times New Roman"/>
        </w:rPr>
      </w:pPr>
      <w:r w:rsidRPr="00D85D3A">
        <w:rPr>
          <w:rFonts w:ascii="Times New Roman" w:hAnsi="Times New Roman" w:cs="Times New Roman"/>
        </w:rPr>
        <w:t xml:space="preserve">[3] </w:t>
      </w:r>
      <w:proofErr w:type="spellStart"/>
      <w:r w:rsidRPr="00D85D3A">
        <w:rPr>
          <w:rFonts w:ascii="Times New Roman" w:hAnsi="Times New Roman" w:cs="Times New Roman"/>
        </w:rPr>
        <w:t>BAdapa</w:t>
      </w:r>
      <w:proofErr w:type="spellEnd"/>
      <w:r w:rsidRPr="00D85D3A">
        <w:rPr>
          <w:rFonts w:ascii="Times New Roman" w:hAnsi="Times New Roman" w:cs="Times New Roman"/>
        </w:rPr>
        <w:t xml:space="preserve"> CS. Eliminating duplicate medical records: How modern solutions are revolutionizing healthcare data management. Journal of Computer Science and Technology Studies. 2025 Apr 25;7(2):496-505.</w:t>
      </w:r>
    </w:p>
    <w:p w14:paraId="0F7E7F03" w14:textId="77777777" w:rsidR="00D85D3A" w:rsidRPr="00D85D3A" w:rsidRDefault="00D85D3A" w:rsidP="00D85D3A">
      <w:pPr>
        <w:jc w:val="both"/>
        <w:rPr>
          <w:rFonts w:ascii="Times New Roman" w:hAnsi="Times New Roman" w:cs="Times New Roman"/>
        </w:rPr>
      </w:pPr>
      <w:r w:rsidRPr="00D85D3A">
        <w:rPr>
          <w:rFonts w:ascii="Times New Roman" w:hAnsi="Times New Roman" w:cs="Times New Roman"/>
        </w:rPr>
        <w:t xml:space="preserve">[4] </w:t>
      </w:r>
      <w:proofErr w:type="spellStart"/>
      <w:r w:rsidRPr="00D85D3A">
        <w:rPr>
          <w:rFonts w:ascii="Times New Roman" w:hAnsi="Times New Roman" w:cs="Times New Roman"/>
        </w:rPr>
        <w:t>Vayadande</w:t>
      </w:r>
      <w:proofErr w:type="spellEnd"/>
      <w:r w:rsidRPr="00D85D3A">
        <w:rPr>
          <w:rFonts w:ascii="Times New Roman" w:hAnsi="Times New Roman" w:cs="Times New Roman"/>
        </w:rPr>
        <w:t xml:space="preserve"> K, </w:t>
      </w:r>
      <w:proofErr w:type="spellStart"/>
      <w:r w:rsidRPr="00D85D3A">
        <w:rPr>
          <w:rFonts w:ascii="Times New Roman" w:hAnsi="Times New Roman" w:cs="Times New Roman"/>
        </w:rPr>
        <w:t>Bailke</w:t>
      </w:r>
      <w:proofErr w:type="spellEnd"/>
      <w:r w:rsidRPr="00D85D3A">
        <w:rPr>
          <w:rFonts w:ascii="Times New Roman" w:hAnsi="Times New Roman" w:cs="Times New Roman"/>
        </w:rPr>
        <w:t xml:space="preserve"> PA, </w:t>
      </w:r>
      <w:proofErr w:type="spellStart"/>
      <w:r w:rsidRPr="00D85D3A">
        <w:rPr>
          <w:rFonts w:ascii="Times New Roman" w:hAnsi="Times New Roman" w:cs="Times New Roman"/>
        </w:rPr>
        <w:t>Dombale</w:t>
      </w:r>
      <w:proofErr w:type="spellEnd"/>
      <w:r w:rsidRPr="00D85D3A">
        <w:rPr>
          <w:rFonts w:ascii="Times New Roman" w:hAnsi="Times New Roman" w:cs="Times New Roman"/>
        </w:rPr>
        <w:t xml:space="preserve"> AB, Dange VR, Kulkarni AM. Converting pseudo code to code: A review. How Machine Learning is Innovating Today's World: A Concise Technical Guide. 2024 Jun 17:57-68.</w:t>
      </w:r>
    </w:p>
    <w:p w14:paraId="02DB4347" w14:textId="77777777" w:rsidR="00D85D3A" w:rsidRPr="00D85D3A" w:rsidRDefault="00D85D3A" w:rsidP="00D85D3A">
      <w:pPr>
        <w:jc w:val="both"/>
        <w:rPr>
          <w:rFonts w:ascii="Times New Roman" w:hAnsi="Times New Roman" w:cs="Times New Roman"/>
        </w:rPr>
      </w:pPr>
      <w:r w:rsidRPr="00D85D3A">
        <w:rPr>
          <w:rFonts w:ascii="Times New Roman" w:hAnsi="Times New Roman" w:cs="Times New Roman"/>
        </w:rPr>
        <w:t xml:space="preserve">[5] Fu Y, Sun H, Wu Y, Xin H, Deng B, Lin Z, Zhang H, Yin L, Bing X, Shang T, Yuan H. Design and Implementation of a Medical Device Data Dictionary System Based on Software Engineering Theory. IEEE Access. 2024 Aug </w:t>
      </w:r>
      <w:proofErr w:type="gramStart"/>
      <w:r w:rsidRPr="00D85D3A">
        <w:rPr>
          <w:rFonts w:ascii="Times New Roman" w:hAnsi="Times New Roman" w:cs="Times New Roman"/>
        </w:rPr>
        <w:t>12;12:113126</w:t>
      </w:r>
      <w:proofErr w:type="gramEnd"/>
      <w:r w:rsidRPr="00D85D3A">
        <w:rPr>
          <w:rFonts w:ascii="Times New Roman" w:hAnsi="Times New Roman" w:cs="Times New Roman"/>
        </w:rPr>
        <w:t>-37.</w:t>
      </w:r>
    </w:p>
    <w:p w14:paraId="30B09C36" w14:textId="77777777" w:rsidR="00D85D3A" w:rsidRPr="00D85D3A" w:rsidRDefault="00D85D3A" w:rsidP="00D85D3A">
      <w:pPr>
        <w:jc w:val="both"/>
        <w:rPr>
          <w:rFonts w:ascii="Times New Roman" w:hAnsi="Times New Roman" w:cs="Times New Roman"/>
        </w:rPr>
      </w:pPr>
      <w:r w:rsidRPr="00D85D3A">
        <w:rPr>
          <w:rFonts w:ascii="Times New Roman" w:hAnsi="Times New Roman" w:cs="Times New Roman"/>
        </w:rPr>
        <w:t xml:space="preserve">[6] </w:t>
      </w:r>
      <w:proofErr w:type="spellStart"/>
      <w:r w:rsidRPr="00D85D3A">
        <w:rPr>
          <w:rFonts w:ascii="Times New Roman" w:hAnsi="Times New Roman" w:cs="Times New Roman"/>
        </w:rPr>
        <w:t>Aniche</w:t>
      </w:r>
      <w:proofErr w:type="spellEnd"/>
      <w:r w:rsidRPr="00D85D3A">
        <w:rPr>
          <w:rFonts w:ascii="Times New Roman" w:hAnsi="Times New Roman" w:cs="Times New Roman"/>
        </w:rPr>
        <w:t xml:space="preserve"> M. Effective Software Testing: A developer's guide. Simon and Schuster; 2022 Apr 26.</w:t>
      </w:r>
    </w:p>
    <w:p w14:paraId="0A70B705" w14:textId="77777777" w:rsidR="00BB4A41" w:rsidRDefault="00D85D3A" w:rsidP="00D85D3A">
      <w:pPr>
        <w:jc w:val="both"/>
        <w:rPr>
          <w:rFonts w:ascii="Times New Roman" w:hAnsi="Times New Roman" w:cs="Times New Roman"/>
        </w:rPr>
      </w:pPr>
      <w:r w:rsidRPr="00D85D3A">
        <w:rPr>
          <w:rFonts w:ascii="Times New Roman" w:hAnsi="Times New Roman" w:cs="Times New Roman"/>
        </w:rPr>
        <w:t xml:space="preserve">[7] </w:t>
      </w:r>
      <w:proofErr w:type="spellStart"/>
      <w:r w:rsidRPr="00D85D3A">
        <w:rPr>
          <w:rFonts w:ascii="Times New Roman" w:hAnsi="Times New Roman" w:cs="Times New Roman"/>
        </w:rPr>
        <w:t>Solouki</w:t>
      </w:r>
      <w:proofErr w:type="spellEnd"/>
      <w:r w:rsidRPr="00D85D3A">
        <w:rPr>
          <w:rFonts w:ascii="Times New Roman" w:hAnsi="Times New Roman" w:cs="Times New Roman"/>
        </w:rPr>
        <w:t xml:space="preserve"> MA, </w:t>
      </w:r>
      <w:proofErr w:type="spellStart"/>
      <w:r w:rsidRPr="00D85D3A">
        <w:rPr>
          <w:rFonts w:ascii="Times New Roman" w:hAnsi="Times New Roman" w:cs="Times New Roman"/>
        </w:rPr>
        <w:t>Angizi</w:t>
      </w:r>
      <w:proofErr w:type="spellEnd"/>
      <w:r w:rsidRPr="00D85D3A">
        <w:rPr>
          <w:rFonts w:ascii="Times New Roman" w:hAnsi="Times New Roman" w:cs="Times New Roman"/>
        </w:rPr>
        <w:t xml:space="preserve"> S, Violante M. Dependability in embedded systems: a survey of fault tolerance methods and software-based mitigation techniques. IEEE Access. 2024 Dec </w:t>
      </w:r>
      <w:proofErr w:type="gramStart"/>
      <w:r w:rsidRPr="00D85D3A">
        <w:rPr>
          <w:rFonts w:ascii="Times New Roman" w:hAnsi="Times New Roman" w:cs="Times New Roman"/>
        </w:rPr>
        <w:t>2;12:180939</w:t>
      </w:r>
      <w:proofErr w:type="gramEnd"/>
      <w:r w:rsidRPr="00D85D3A">
        <w:rPr>
          <w:rFonts w:ascii="Times New Roman" w:hAnsi="Times New Roman" w:cs="Times New Roman"/>
        </w:rPr>
        <w:t>-67.</w:t>
      </w:r>
      <w:r w:rsidR="00E96E49">
        <w:rPr>
          <w:rFonts w:ascii="Times New Roman" w:hAnsi="Times New Roman" w:cs="Times New Roman"/>
        </w:rPr>
        <w:t xml:space="preserve"> </w:t>
      </w:r>
    </w:p>
    <w:p w14:paraId="3F11E9C8" w14:textId="71EF7537" w:rsidR="00D776C1" w:rsidRPr="00D85D3A" w:rsidRDefault="00D25A88" w:rsidP="00D85D3A">
      <w:pPr>
        <w:jc w:val="both"/>
        <w:rPr>
          <w:rFonts w:ascii="Times New Roman" w:eastAsiaTheme="majorEastAsia" w:hAnsi="Times New Roman" w:cs="Times New Roman"/>
          <w:b/>
          <w:bCs/>
          <w:color w:val="000000" w:themeColor="text1"/>
        </w:rPr>
      </w:pPr>
      <w:r>
        <w:rPr>
          <w:rFonts w:ascii="Times New Roman" w:eastAsiaTheme="majorEastAsia" w:hAnsi="Times New Roman" w:cs="Times New Roman"/>
          <w:b/>
          <w:bCs/>
          <w:color w:val="000000" w:themeColor="text1"/>
        </w:rPr>
        <w:t xml:space="preserve"> </w:t>
      </w:r>
    </w:p>
    <w:sectPr w:rsidR="00D776C1" w:rsidRPr="00D85D3A" w:rsidSect="00BC445B">
      <w:headerReference w:type="default" r:id="rId16"/>
      <w:footerReference w:type="default" r:id="rId17"/>
      <w:pgSz w:w="12240" w:h="15840"/>
      <w:pgMar w:top="1440" w:right="1797" w:bottom="1440" w:left="1797" w:header="720" w:footer="720" w:gutter="0"/>
      <w:pgBorders w:display="firstPage" w:offsetFrom="page">
        <w:top w:val="thinThickThinMediumGap" w:sz="24" w:space="24" w:color="7030A0"/>
        <w:left w:val="thinThickThinMediumGap" w:sz="24" w:space="24" w:color="7030A0"/>
        <w:bottom w:val="thinThickThinMediumGap" w:sz="24" w:space="24" w:color="7030A0"/>
        <w:right w:val="thinThickThinMediumGap" w:sz="24" w:space="24" w:color="7030A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F02A0" w14:textId="77777777" w:rsidR="00BF5984" w:rsidRDefault="00BF5984" w:rsidP="00300EB2">
      <w:pPr>
        <w:spacing w:after="0" w:line="240" w:lineRule="auto"/>
      </w:pPr>
      <w:r>
        <w:separator/>
      </w:r>
    </w:p>
  </w:endnote>
  <w:endnote w:type="continuationSeparator" w:id="0">
    <w:p w14:paraId="37E3EC78" w14:textId="77777777" w:rsidR="00BF5984" w:rsidRDefault="00BF5984" w:rsidP="00300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114007"/>
      <w:docPartObj>
        <w:docPartGallery w:val="Page Numbers (Bottom of Page)"/>
        <w:docPartUnique/>
      </w:docPartObj>
    </w:sdtPr>
    <w:sdtEndPr>
      <w:rPr>
        <w:noProof/>
      </w:rPr>
    </w:sdtEndPr>
    <w:sdtContent>
      <w:p w14:paraId="7E465752" w14:textId="6B753793" w:rsidR="00C91F4E" w:rsidRDefault="00C91F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DFC1CC" w14:textId="77777777" w:rsidR="00C91F4E" w:rsidRDefault="00C91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3CED9" w14:textId="77777777" w:rsidR="00BF5984" w:rsidRDefault="00BF5984" w:rsidP="00300EB2">
      <w:pPr>
        <w:spacing w:after="0" w:line="240" w:lineRule="auto"/>
      </w:pPr>
      <w:r>
        <w:separator/>
      </w:r>
    </w:p>
  </w:footnote>
  <w:footnote w:type="continuationSeparator" w:id="0">
    <w:p w14:paraId="7482BC69" w14:textId="77777777" w:rsidR="00BF5984" w:rsidRDefault="00BF5984" w:rsidP="00300E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5B41B" w14:textId="73DA667C" w:rsidR="00BC445B" w:rsidRPr="00BC445B" w:rsidRDefault="00BC445B">
    <w:pPr>
      <w:pStyle w:val="Header"/>
      <w:rPr>
        <w:lang w:val="en-GB"/>
      </w:rPr>
    </w:pPr>
    <w:r w:rsidRPr="00BC445B">
      <w:rPr>
        <w:lang w:val="en-GB"/>
      </w:rPr>
      <w:t>Taishee Khan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80168081">
    <w:abstractNumId w:val="8"/>
  </w:num>
  <w:num w:numId="2" w16cid:durableId="740518095">
    <w:abstractNumId w:val="6"/>
  </w:num>
  <w:num w:numId="3" w16cid:durableId="1024474854">
    <w:abstractNumId w:val="5"/>
  </w:num>
  <w:num w:numId="4" w16cid:durableId="548151385">
    <w:abstractNumId w:val="4"/>
  </w:num>
  <w:num w:numId="5" w16cid:durableId="703556766">
    <w:abstractNumId w:val="7"/>
  </w:num>
  <w:num w:numId="6" w16cid:durableId="62606399">
    <w:abstractNumId w:val="3"/>
  </w:num>
  <w:num w:numId="7" w16cid:durableId="93792059">
    <w:abstractNumId w:val="2"/>
  </w:num>
  <w:num w:numId="8" w16cid:durableId="1981693941">
    <w:abstractNumId w:val="1"/>
  </w:num>
  <w:num w:numId="9" w16cid:durableId="533156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D72"/>
    <w:rsid w:val="00034616"/>
    <w:rsid w:val="0006063C"/>
    <w:rsid w:val="000916E2"/>
    <w:rsid w:val="000E587A"/>
    <w:rsid w:val="0015074B"/>
    <w:rsid w:val="00160913"/>
    <w:rsid w:val="001C0FDA"/>
    <w:rsid w:val="001D6567"/>
    <w:rsid w:val="0029639D"/>
    <w:rsid w:val="00300EB2"/>
    <w:rsid w:val="00326F90"/>
    <w:rsid w:val="00343F54"/>
    <w:rsid w:val="003507E7"/>
    <w:rsid w:val="003D1473"/>
    <w:rsid w:val="004461BA"/>
    <w:rsid w:val="004A56F9"/>
    <w:rsid w:val="004F1567"/>
    <w:rsid w:val="0061042E"/>
    <w:rsid w:val="006B1F77"/>
    <w:rsid w:val="00722BFE"/>
    <w:rsid w:val="00787097"/>
    <w:rsid w:val="00827E22"/>
    <w:rsid w:val="00874A86"/>
    <w:rsid w:val="009E3425"/>
    <w:rsid w:val="009F07DE"/>
    <w:rsid w:val="009F0907"/>
    <w:rsid w:val="00A260CF"/>
    <w:rsid w:val="00A870D7"/>
    <w:rsid w:val="00A97410"/>
    <w:rsid w:val="00AA1D8D"/>
    <w:rsid w:val="00B47730"/>
    <w:rsid w:val="00B85059"/>
    <w:rsid w:val="00BB4A41"/>
    <w:rsid w:val="00BC445B"/>
    <w:rsid w:val="00BE2344"/>
    <w:rsid w:val="00BF5984"/>
    <w:rsid w:val="00C82CB6"/>
    <w:rsid w:val="00C91F4E"/>
    <w:rsid w:val="00CA7154"/>
    <w:rsid w:val="00CB0664"/>
    <w:rsid w:val="00CB1082"/>
    <w:rsid w:val="00CC7168"/>
    <w:rsid w:val="00CD3AD9"/>
    <w:rsid w:val="00CE7DC7"/>
    <w:rsid w:val="00CF2092"/>
    <w:rsid w:val="00CF6A74"/>
    <w:rsid w:val="00D25A88"/>
    <w:rsid w:val="00D532A6"/>
    <w:rsid w:val="00D776C1"/>
    <w:rsid w:val="00D85D3A"/>
    <w:rsid w:val="00E0631D"/>
    <w:rsid w:val="00E24367"/>
    <w:rsid w:val="00E96E49"/>
    <w:rsid w:val="00EF2BEA"/>
    <w:rsid w:val="00F45FFD"/>
    <w:rsid w:val="00FA404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77E548"/>
  <w14:defaultImageDpi w14:val="300"/>
  <w15:docId w15:val="{77A90800-80B8-4350-9014-76CFE8C6D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pPr>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3864"/>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3864"/>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3864"/>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160913"/>
    <w:pPr>
      <w:spacing w:after="100"/>
    </w:pPr>
  </w:style>
  <w:style w:type="paragraph" w:styleId="TOC2">
    <w:name w:val="toc 2"/>
    <w:basedOn w:val="Normal"/>
    <w:next w:val="Normal"/>
    <w:autoRedefine/>
    <w:uiPriority w:val="39"/>
    <w:unhideWhenUsed/>
    <w:rsid w:val="00160913"/>
    <w:pPr>
      <w:spacing w:after="100"/>
      <w:ind w:left="220"/>
    </w:pPr>
  </w:style>
  <w:style w:type="paragraph" w:styleId="TOC3">
    <w:name w:val="toc 3"/>
    <w:basedOn w:val="Normal"/>
    <w:next w:val="Normal"/>
    <w:autoRedefine/>
    <w:uiPriority w:val="39"/>
    <w:unhideWhenUsed/>
    <w:rsid w:val="00160913"/>
    <w:pPr>
      <w:spacing w:after="100"/>
      <w:ind w:left="440"/>
    </w:pPr>
  </w:style>
  <w:style w:type="character" w:styleId="Hyperlink">
    <w:name w:val="Hyperlink"/>
    <w:basedOn w:val="DefaultParagraphFont"/>
    <w:uiPriority w:val="99"/>
    <w:unhideWhenUsed/>
    <w:rsid w:val="00160913"/>
    <w:rPr>
      <w:color w:val="0000FF" w:themeColor="hyperlink"/>
      <w:u w:val="single"/>
    </w:rPr>
  </w:style>
  <w:style w:type="character" w:styleId="UnresolvedMention">
    <w:name w:val="Unresolved Mention"/>
    <w:basedOn w:val="DefaultParagraphFont"/>
    <w:uiPriority w:val="99"/>
    <w:semiHidden/>
    <w:unhideWhenUsed/>
    <w:rsid w:val="00787097"/>
    <w:rPr>
      <w:color w:val="605E5C"/>
      <w:shd w:val="clear" w:color="auto" w:fill="E1DFDD"/>
    </w:rPr>
  </w:style>
  <w:style w:type="character" w:styleId="FollowedHyperlink">
    <w:name w:val="FollowedHyperlink"/>
    <w:basedOn w:val="DefaultParagraphFont"/>
    <w:uiPriority w:val="99"/>
    <w:semiHidden/>
    <w:unhideWhenUsed/>
    <w:rsid w:val="003507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hub.com/taisheekhan/Scripting-and-Programing/commit/996b88b259b3b8ed271e14b0aac75ab3d97e98be"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5069</Words>
  <Characters>28895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33897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Taishee Khan</dc:creator>
  <cp:keywords/>
  <cp:lastModifiedBy>Taishee Khan</cp:lastModifiedBy>
  <cp:revision>37</cp:revision>
  <dcterms:created xsi:type="dcterms:W3CDTF">2026-07-06T08:57:00Z</dcterms:created>
  <dcterms:modified xsi:type="dcterms:W3CDTF">2026-07-09T13:50:00Z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0053b666-962f-4853-930f-747dba2b3b08</vt:lpwstr>
  </property>
</Properties>
</file>