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07D8AFA1" wp14:textId="77777777">
      <w:pPr>
        <w:pStyle w:val="Title"/>
      </w:pPr>
      <w:r>
        <w:t>Curriculum Vitae</w:t>
      </w:r>
    </w:p>
    <w:p xmlns:wp14="http://schemas.microsoft.com/office/word/2010/wordml" w:rsidP="2B2DDD07" w14:paraId="4D963570" wp14:textId="2FCD1D28">
      <w:pPr>
        <w:rPr>
          <w:sz w:val="22"/>
          <w:szCs w:val="22"/>
        </w:rPr>
      </w:pPr>
      <w:r w:rsidRPr="2B2DDD07" w:rsidR="7C61F16C">
        <w:rPr>
          <w:sz w:val="22"/>
          <w:szCs w:val="22"/>
        </w:rPr>
        <w:t>Lapusneanu</w:t>
      </w:r>
      <w:r w:rsidRPr="2B2DDD07" w:rsidR="7C61F16C">
        <w:rPr>
          <w:sz w:val="22"/>
          <w:szCs w:val="22"/>
        </w:rPr>
        <w:t xml:space="preserve"> Stefan-Emanuel</w:t>
      </w:r>
    </w:p>
    <w:p xmlns:wp14="http://schemas.microsoft.com/office/word/2010/wordml" w:rsidP="2B2DDD07" w14:paraId="0F78C4DC" wp14:textId="1294D084">
      <w:pPr>
        <w:rPr>
          <w:sz w:val="22"/>
          <w:szCs w:val="22"/>
        </w:rPr>
      </w:pPr>
      <w:r w:rsidRPr="2B2DDD07" w:rsidR="2B2DDD07">
        <w:rPr>
          <w:sz w:val="22"/>
          <w:szCs w:val="22"/>
        </w:rPr>
        <w:t>Phone</w:t>
      </w:r>
      <w:r w:rsidRPr="2B2DDD07" w:rsidR="6D4FD75C">
        <w:rPr>
          <w:sz w:val="22"/>
          <w:szCs w:val="22"/>
        </w:rPr>
        <w:t xml:space="preserve"> number</w:t>
      </w:r>
      <w:r w:rsidRPr="2B2DDD07" w:rsidR="2B2DDD07">
        <w:rPr>
          <w:sz w:val="22"/>
          <w:szCs w:val="22"/>
        </w:rPr>
        <w:t xml:space="preserve">: </w:t>
      </w:r>
      <w:r w:rsidRPr="2B2DDD07" w:rsidR="0F7C78EB">
        <w:rPr>
          <w:sz w:val="22"/>
          <w:szCs w:val="22"/>
        </w:rPr>
        <w:t>07901963393</w:t>
      </w:r>
    </w:p>
    <w:p xmlns:wp14="http://schemas.microsoft.com/office/word/2010/wordml" w14:paraId="6E0C4638" wp14:textId="15A4A6A5">
      <w:r w:rsidRPr="2B2DDD07" w:rsidR="2B2DDD07">
        <w:rPr>
          <w:sz w:val="22"/>
          <w:szCs w:val="22"/>
        </w:rPr>
        <w:t xml:space="preserve">Email: </w:t>
      </w:r>
      <w:r w:rsidRPr="2B2DDD07" w:rsidR="0BCD9FE0">
        <w:rPr>
          <w:sz w:val="22"/>
          <w:szCs w:val="22"/>
        </w:rPr>
        <w:t>S_lapusneanu@yahoo.com</w:t>
      </w:r>
    </w:p>
    <w:p xmlns:wp14="http://schemas.microsoft.com/office/word/2010/wordml" w14:paraId="65A3EEF3" wp14:textId="3CD401CA">
      <w:r w:rsidRPr="2B2DDD07" w:rsidR="2B2DDD07">
        <w:rPr>
          <w:sz w:val="22"/>
          <w:szCs w:val="22"/>
        </w:rPr>
        <w:t xml:space="preserve">Address: </w:t>
      </w:r>
      <w:r w:rsidRPr="2B2DDD07" w:rsidR="22215C1D">
        <w:rPr>
          <w:sz w:val="22"/>
          <w:szCs w:val="22"/>
        </w:rPr>
        <w:t>1 Robert’s Lane Merthyr Tydfil, CF47 8UF</w:t>
      </w:r>
    </w:p>
    <w:p xmlns:wp14="http://schemas.microsoft.com/office/word/2010/wordml" w14:paraId="513C4D1D" wp14:textId="77777777">
      <w:pPr>
        <w:pStyle w:val="Heading1"/>
      </w:pPr>
      <w:r>
        <w:t>Professional Summary</w:t>
      </w:r>
    </w:p>
    <w:p xmlns:wp14="http://schemas.microsoft.com/office/word/2010/wordml" w14:paraId="615C8B6B" wp14:textId="289BA302">
      <w:r w:rsidRPr="2B2DDD07" w:rsidR="2B2DDD07">
        <w:rPr>
          <w:sz w:val="22"/>
          <w:szCs w:val="22"/>
        </w:rPr>
        <w:t xml:space="preserve">Dynamic and results-driven Car Sales Executive with over </w:t>
      </w:r>
      <w:r w:rsidRPr="2B2DDD07" w:rsidR="051A91A8">
        <w:rPr>
          <w:sz w:val="22"/>
          <w:szCs w:val="22"/>
        </w:rPr>
        <w:t>5</w:t>
      </w:r>
      <w:r w:rsidRPr="2B2DDD07" w:rsidR="2B2DDD07">
        <w:rPr>
          <w:sz w:val="22"/>
          <w:szCs w:val="22"/>
        </w:rPr>
        <w:t xml:space="preserve"> years of experience in the automotive sales industry. Proven ability to build strong customer relationships, exceed sales targets, and deliver outstanding customer service. Skilled in upselling, negotiating, and managing the end-to-end sales process from </w:t>
      </w:r>
      <w:r w:rsidRPr="2B2DDD07" w:rsidR="2B2DDD07">
        <w:rPr>
          <w:sz w:val="22"/>
          <w:szCs w:val="22"/>
        </w:rPr>
        <w:t>initial</w:t>
      </w:r>
      <w:r w:rsidRPr="2B2DDD07" w:rsidR="2B2DDD07">
        <w:rPr>
          <w:sz w:val="22"/>
          <w:szCs w:val="22"/>
        </w:rPr>
        <w:t xml:space="preserve"> inquiry to final delivery.</w:t>
      </w:r>
    </w:p>
    <w:p xmlns:wp14="http://schemas.microsoft.com/office/word/2010/wordml" w14:paraId="0E1CEB7C" wp14:textId="77777777">
      <w:pPr>
        <w:pStyle w:val="Heading1"/>
      </w:pPr>
      <w:r>
        <w:t>Core Skills</w:t>
      </w:r>
    </w:p>
    <w:p xmlns:wp14="http://schemas.microsoft.com/office/word/2010/wordml" w14:paraId="4C8C451A" wp14:textId="77777777" wp14:noSpellErr="1">
      <w:pPr>
        <w:pStyle w:val="ListBullet"/>
        <w:rPr/>
      </w:pPr>
      <w:r w:rsidR="2B2DDD07">
        <w:rPr/>
        <w:t>• Automotive Sales &amp; Leasing</w:t>
      </w:r>
    </w:p>
    <w:p xmlns:wp14="http://schemas.microsoft.com/office/word/2010/wordml" w14:paraId="141B35D4" wp14:textId="77777777" wp14:noSpellErr="1">
      <w:pPr>
        <w:pStyle w:val="ListBullet"/>
        <w:rPr/>
      </w:pPr>
      <w:r w:rsidR="2B2DDD07">
        <w:rPr/>
        <w:t>• Customer Relationship Management (CRM)</w:t>
      </w:r>
    </w:p>
    <w:p xmlns:wp14="http://schemas.microsoft.com/office/word/2010/wordml" w14:paraId="72D3729B" wp14:textId="77777777" wp14:noSpellErr="1">
      <w:pPr>
        <w:pStyle w:val="ListBullet"/>
        <w:rPr/>
      </w:pPr>
      <w:r w:rsidR="2B2DDD07">
        <w:rPr/>
        <w:t>• Sales Target Achievement</w:t>
      </w:r>
    </w:p>
    <w:p xmlns:wp14="http://schemas.microsoft.com/office/word/2010/wordml" w14:paraId="6D60420E" wp14:textId="77777777" wp14:noSpellErr="1">
      <w:pPr>
        <w:pStyle w:val="ListBullet"/>
        <w:rPr/>
      </w:pPr>
      <w:r w:rsidR="2B2DDD07">
        <w:rPr/>
        <w:t>• Vehicle Financing &amp; Insurance</w:t>
      </w:r>
    </w:p>
    <w:p xmlns:wp14="http://schemas.microsoft.com/office/word/2010/wordml" w14:paraId="604434CB" wp14:textId="77777777" wp14:noSpellErr="1">
      <w:pPr>
        <w:pStyle w:val="ListBullet"/>
        <w:rPr/>
      </w:pPr>
      <w:r w:rsidR="2B2DDD07">
        <w:rPr/>
        <w:t>• Negotiation &amp; Closing Deals</w:t>
      </w:r>
    </w:p>
    <w:p xmlns:wp14="http://schemas.microsoft.com/office/word/2010/wordml" w14:paraId="3D1F1A7E" wp14:textId="77777777" wp14:noSpellErr="1">
      <w:pPr>
        <w:pStyle w:val="ListBullet"/>
        <w:rPr/>
      </w:pPr>
      <w:r w:rsidR="2B2DDD07">
        <w:rPr/>
        <w:t>• Product Knowledge (New &amp; Used Vehicles)</w:t>
      </w:r>
    </w:p>
    <w:p xmlns:wp14="http://schemas.microsoft.com/office/word/2010/wordml" w14:paraId="4A9C48A8" wp14:textId="77777777" wp14:noSpellErr="1">
      <w:pPr>
        <w:pStyle w:val="ListBullet"/>
        <w:rPr/>
      </w:pPr>
      <w:r w:rsidR="2B2DDD07">
        <w:rPr/>
        <w:t>• Test Drives &amp; Demonstrations</w:t>
      </w:r>
    </w:p>
    <w:p xmlns:wp14="http://schemas.microsoft.com/office/word/2010/wordml" w14:paraId="026D881E" wp14:textId="77777777" wp14:noSpellErr="1">
      <w:pPr>
        <w:pStyle w:val="ListBullet"/>
        <w:rPr/>
      </w:pPr>
      <w:r w:rsidR="2B2DDD07">
        <w:rPr/>
        <w:t>• Trade-in Evaluations</w:t>
      </w:r>
    </w:p>
    <w:p xmlns:wp14="http://schemas.microsoft.com/office/word/2010/wordml" w14:paraId="31D97CF2" wp14:textId="77777777" wp14:noSpellErr="1">
      <w:pPr>
        <w:pStyle w:val="ListBullet"/>
        <w:rPr/>
      </w:pPr>
      <w:r w:rsidR="2B2DDD07">
        <w:rPr/>
        <w:t>• After-Sales Support</w:t>
      </w:r>
    </w:p>
    <w:p xmlns:wp14="http://schemas.microsoft.com/office/word/2010/wordml" w14:paraId="6DE4543C" wp14:textId="77777777">
      <w:pPr>
        <w:pStyle w:val="Heading1"/>
      </w:pPr>
      <w:r>
        <w:t>Professional Experience</w:t>
      </w:r>
    </w:p>
    <w:p xmlns:wp14="http://schemas.microsoft.com/office/word/2010/wordml" w14:paraId="335FF417" wp14:textId="77777777">
      <w:r>
        <w:rPr>
          <w:b/>
          <w:sz w:val="22"/>
        </w:rPr>
        <w:t>Car Sales Executive</w:t>
      </w:r>
    </w:p>
    <w:p xmlns:wp14="http://schemas.microsoft.com/office/word/2010/wordml" w14:paraId="50674D2A" wp14:textId="32F4F7FB">
      <w:r w:rsidRPr="2B2DDD07" w:rsidR="2B2DDD07">
        <w:rPr>
          <w:sz w:val="22"/>
          <w:szCs w:val="22"/>
        </w:rPr>
        <w:t>AutoMax Motors, Swansea</w:t>
      </w:r>
    </w:p>
    <w:p xmlns:wp14="http://schemas.microsoft.com/office/word/2010/wordml" w14:paraId="4871E28D" wp14:textId="77777777">
      <w:r>
        <w:rPr>
          <w:sz w:val="22"/>
        </w:rPr>
        <w:t>Jan 2022 – Present</w:t>
      </w:r>
    </w:p>
    <w:p xmlns:wp14="http://schemas.microsoft.com/office/word/2010/wordml" w14:paraId="307BF43F" wp14:textId="77777777" wp14:noSpellErr="1">
      <w:pPr>
        <w:pStyle w:val="ListBullet"/>
        <w:rPr/>
      </w:pPr>
      <w:r w:rsidR="2B2DDD07">
        <w:rPr/>
        <w:t>• Delivered an average of 15+ vehicle sales per month, consistently exceeding monthly targets by 20%.</w:t>
      </w:r>
    </w:p>
    <w:p xmlns:wp14="http://schemas.microsoft.com/office/word/2010/wordml" w14:paraId="0AEA2E09" wp14:textId="77777777" wp14:noSpellErr="1">
      <w:pPr>
        <w:pStyle w:val="ListBullet"/>
        <w:rPr/>
      </w:pPr>
      <w:r w:rsidR="2B2DDD07">
        <w:rPr/>
        <w:t>• Conducted test drives, explained product features, and ensured a smooth buying process for customers.</w:t>
      </w:r>
    </w:p>
    <w:p xmlns:wp14="http://schemas.microsoft.com/office/word/2010/wordml" w14:paraId="6887AE5A" wp14:textId="77777777" wp14:noSpellErr="1">
      <w:pPr>
        <w:pStyle w:val="ListBullet"/>
        <w:rPr/>
      </w:pPr>
      <w:r w:rsidR="2B2DDD07">
        <w:rPr/>
        <w:t>• Built a loyal client base through excellent service and regular follow-ups.</w:t>
      </w:r>
    </w:p>
    <w:p xmlns:wp14="http://schemas.microsoft.com/office/word/2010/wordml" w14:paraId="6BEED11B" wp14:textId="77777777" wp14:noSpellErr="1">
      <w:pPr>
        <w:pStyle w:val="ListBullet"/>
        <w:rPr/>
      </w:pPr>
      <w:r w:rsidR="2B2DDD07">
        <w:rPr/>
        <w:t>• Coordinated with the finance department to secure loan and lease approvals for clients.</w:t>
      </w:r>
    </w:p>
    <w:p xmlns:wp14="http://schemas.microsoft.com/office/word/2010/wordml" w14:paraId="27EC7E14" wp14:textId="77777777" wp14:noSpellErr="1">
      <w:pPr>
        <w:pStyle w:val="ListBullet"/>
        <w:rPr/>
      </w:pPr>
      <w:r w:rsidR="2B2DDD07">
        <w:rPr/>
        <w:t xml:space="preserve">• </w:t>
      </w:r>
      <w:r w:rsidR="2B2DDD07">
        <w:rPr/>
        <w:t>Maintained</w:t>
      </w:r>
      <w:r w:rsidR="2B2DDD07">
        <w:rPr/>
        <w:t xml:space="preserve"> detailed knowledge of new models, promotions, and competitor activity.</w:t>
      </w:r>
    </w:p>
    <w:p xmlns:wp14="http://schemas.microsoft.com/office/word/2010/wordml" w14:paraId="5B1D6381" wp14:textId="77777777">
      <w:r>
        <w:rPr>
          <w:b/>
          <w:sz w:val="22"/>
        </w:rPr>
        <w:t>Sales Consultant</w:t>
      </w:r>
    </w:p>
    <w:p xmlns:wp14="http://schemas.microsoft.com/office/word/2010/wordml" w14:paraId="7CA2D220" wp14:textId="1D7A1F93">
      <w:r w:rsidRPr="2B2DDD07" w:rsidR="2B2DDD07">
        <w:rPr>
          <w:sz w:val="22"/>
          <w:szCs w:val="22"/>
        </w:rPr>
        <w:t>DrivePro</w:t>
      </w:r>
      <w:r w:rsidRPr="2B2DDD07" w:rsidR="2B2DDD07">
        <w:rPr>
          <w:sz w:val="22"/>
          <w:szCs w:val="22"/>
        </w:rPr>
        <w:t xml:space="preserve"> Auto Group, Merthyr Tydfil</w:t>
      </w:r>
    </w:p>
    <w:p xmlns:wp14="http://schemas.microsoft.com/office/word/2010/wordml" w14:paraId="6A4E63A0" wp14:textId="66C6F259">
      <w:r w:rsidRPr="2B2DDD07" w:rsidR="2B2DDD07">
        <w:rPr>
          <w:sz w:val="22"/>
          <w:szCs w:val="22"/>
        </w:rPr>
        <w:t>Jan 2025 – Present</w:t>
      </w:r>
    </w:p>
    <w:p xmlns:wp14="http://schemas.microsoft.com/office/word/2010/wordml" w14:paraId="43AF4D7C" wp14:textId="77777777" wp14:noSpellErr="1">
      <w:pPr>
        <w:pStyle w:val="ListBullet"/>
        <w:rPr/>
      </w:pPr>
      <w:r w:rsidR="2B2DDD07">
        <w:rPr/>
        <w:t>• Managed customer inquiries both online and in-store, converting leads into sales effectively.</w:t>
      </w:r>
    </w:p>
    <w:p xmlns:wp14="http://schemas.microsoft.com/office/word/2010/wordml" w14:paraId="79007E39" wp14:textId="77777777" wp14:noSpellErr="1">
      <w:pPr>
        <w:pStyle w:val="ListBullet"/>
        <w:rPr/>
      </w:pPr>
      <w:r w:rsidR="2B2DDD07">
        <w:rPr/>
        <w:t>• Promoted add-on products including extended warranties, insurance, and accessories.</w:t>
      </w:r>
    </w:p>
    <w:p xmlns:wp14="http://schemas.microsoft.com/office/word/2010/wordml" w14:paraId="5B02EF4F" wp14:textId="77777777" wp14:noSpellErr="1">
      <w:pPr>
        <w:pStyle w:val="ListBullet"/>
        <w:rPr/>
      </w:pPr>
      <w:r w:rsidR="2B2DDD07">
        <w:rPr/>
        <w:t>• Organized vehicle deliveries and ensured documentation accuracy.</w:t>
      </w:r>
    </w:p>
    <w:p xmlns:wp14="http://schemas.microsoft.com/office/word/2010/wordml" w14:paraId="6FDCCF62" wp14:textId="77777777" wp14:noSpellErr="1">
      <w:pPr>
        <w:pStyle w:val="ListBullet"/>
        <w:rPr/>
      </w:pPr>
      <w:r w:rsidR="2B2DDD07">
        <w:rPr/>
        <w:t xml:space="preserve">• Trained </w:t>
      </w:r>
      <w:r w:rsidR="2B2DDD07">
        <w:rPr/>
        <w:t>new staff</w:t>
      </w:r>
      <w:r w:rsidR="2B2DDD07">
        <w:rPr/>
        <w:t xml:space="preserve"> on sales systems and customer handling techniques.</w:t>
      </w:r>
    </w:p>
    <w:p xmlns:wp14="http://schemas.microsoft.com/office/word/2010/wordml" w14:paraId="69D0C959" wp14:textId="77777777">
      <w:pPr>
        <w:pStyle w:val="Heading1"/>
      </w:pPr>
      <w:r>
        <w:t>Education</w:t>
      </w:r>
    </w:p>
    <w:p xmlns:wp14="http://schemas.microsoft.com/office/word/2010/wordml" w14:paraId="1C09468B" wp14:textId="77777777">
      <w:r>
        <w:rPr>
          <w:sz w:val="22"/>
        </w:rPr>
        <w:t>Diploma in Sales &amp; Marketing</w:t>
      </w:r>
    </w:p>
    <w:p xmlns:wp14="http://schemas.microsoft.com/office/word/2010/wordml" w14:paraId="333BA1E9" wp14:textId="0D0047CE">
      <w:r w:rsidRPr="2B2DDD07" w:rsidR="2B2DDD07">
        <w:rPr>
          <w:sz w:val="22"/>
          <w:szCs w:val="22"/>
        </w:rPr>
        <w:t>Business Institute of Swansea</w:t>
      </w:r>
    </w:p>
    <w:p xmlns:wp14="http://schemas.microsoft.com/office/word/2010/wordml" w14:paraId="73B4708D" wp14:textId="485E6D44">
      <w:r w:rsidRPr="2B2DDD07" w:rsidR="2B2DDD07">
        <w:rPr>
          <w:sz w:val="22"/>
          <w:szCs w:val="22"/>
        </w:rPr>
        <w:t>2024 – 2025</w:t>
      </w:r>
    </w:p>
    <w:p xmlns:wp14="http://schemas.microsoft.com/office/word/2010/wordml" w14:paraId="5F782650" wp14:textId="77777777">
      <w:pPr>
        <w:pStyle w:val="Heading1"/>
      </w:pPr>
      <w:r>
        <w:t>Certifications</w:t>
      </w:r>
    </w:p>
    <w:p xmlns:wp14="http://schemas.microsoft.com/office/word/2010/wordml" w14:paraId="4F329497" wp14:textId="77777777" wp14:noSpellErr="1">
      <w:pPr>
        <w:pStyle w:val="ListBullet"/>
        <w:rPr/>
      </w:pPr>
      <w:r w:rsidR="2B2DDD07">
        <w:rPr/>
        <w:t>• Certified Automotive Sales Professional (CASP)</w:t>
      </w:r>
    </w:p>
    <w:p xmlns:wp14="http://schemas.microsoft.com/office/word/2010/wordml" w14:paraId="5C9B1820" wp14:textId="77777777" wp14:noSpellErr="1">
      <w:pPr>
        <w:pStyle w:val="ListBullet"/>
        <w:rPr/>
      </w:pPr>
      <w:r w:rsidR="2B2DDD07">
        <w:rPr/>
        <w:t>• Customer Service Excellence Certificate</w:t>
      </w:r>
    </w:p>
    <w:p xmlns:wp14="http://schemas.microsoft.com/office/word/2010/wordml" w14:paraId="76F1BADF" wp14:textId="77777777">
      <w:pPr>
        <w:pStyle w:val="Heading1"/>
      </w:pPr>
      <w:r>
        <w:t>Languages</w:t>
      </w:r>
    </w:p>
    <w:p xmlns:wp14="http://schemas.microsoft.com/office/word/2010/wordml" w14:paraId="658D64D3" wp14:textId="77777777" wp14:noSpellErr="1">
      <w:pPr>
        <w:pStyle w:val="ListBullet"/>
        <w:rPr/>
      </w:pPr>
      <w:r w:rsidR="2B2DDD07">
        <w:rPr/>
        <w:t>• English – Fluent</w:t>
      </w:r>
    </w:p>
    <w:p xmlns:wp14="http://schemas.microsoft.com/office/word/2010/wordml" w14:paraId="7BE06302" wp14:textId="31678179">
      <w:pPr>
        <w:pStyle w:val="ListBullet"/>
        <w:rPr/>
      </w:pPr>
      <w:r w:rsidR="2B2DDD07">
        <w:rPr/>
        <w:t>• Romanian – Fluent</w:t>
      </w:r>
    </w:p>
    <w:p w:rsidR="3C9EED96" w:rsidP="2B2DDD07" w:rsidRDefault="3C9EED96" w14:paraId="06B4E231" w14:textId="319ACF5B">
      <w:pPr>
        <w:pStyle w:val="ListBullet"/>
        <w:rPr/>
      </w:pPr>
      <w:r w:rsidR="3C9EED96">
        <w:rPr/>
        <w:t>• Italian – Medium</w:t>
      </w:r>
    </w:p>
    <w:p w:rsidR="2B2DDD07" w:rsidP="2B2DDD07" w:rsidRDefault="2B2DDD07" w14:paraId="15E4BE48" w14:textId="5501C615">
      <w:pPr>
        <w:pStyle w:val="ListBullet"/>
        <w:numPr>
          <w:ilvl w:val="0"/>
          <w:numId w:val="0"/>
        </w:numPr>
        <w:ind w:left="360"/>
      </w:pPr>
    </w:p>
    <w:p xmlns:wp14="http://schemas.microsoft.com/office/word/2010/wordml" w:rsidP="2B2DDD07" w14:paraId="3304E692" wp14:noSpellErr="1" wp14:textId="65E19696">
      <w:pPr>
        <w:rPr>
          <w:sz w:val="22"/>
          <w:szCs w:val="22"/>
        </w:rPr>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9">
    <w:nsid w:val="4fa3e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51A91A8"/>
    <w:rsid w:val="0BCD9FE0"/>
    <w:rsid w:val="0F7C78EB"/>
    <w:rsid w:val="10B0E928"/>
    <w:rsid w:val="12DB9423"/>
    <w:rsid w:val="12DB9423"/>
    <w:rsid w:val="17569E41"/>
    <w:rsid w:val="1FE5B923"/>
    <w:rsid w:val="1FE5B923"/>
    <w:rsid w:val="22215C1D"/>
    <w:rsid w:val="2B2DDD07"/>
    <w:rsid w:val="3C9EED96"/>
    <w:rsid w:val="412CA62F"/>
    <w:rsid w:val="586F7095"/>
    <w:rsid w:val="66A7DADF"/>
    <w:rsid w:val="6D4FD75C"/>
    <w:rsid w:val="7625C7A0"/>
    <w:rsid w:val="7C61F1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57F6F648-3804-4978-A70E-46B9C8A08E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Lapusneanu Stefan-emanuel</lastModifiedBy>
  <revision>2</revision>
  <dcterms:created xsi:type="dcterms:W3CDTF">2013-12-23T23:15:00.0000000Z</dcterms:created>
  <dcterms:modified xsi:type="dcterms:W3CDTF">2025-07-04T23:40:26.2573902Z</dcterms:modified>
  <category/>
</coreProperties>
</file>