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91935" w14:textId="77777777" w:rsidR="003147F5" w:rsidRPr="000C4743" w:rsidRDefault="00000000">
      <w:pPr>
        <w:pStyle w:val="Title"/>
        <w:jc w:val="center"/>
        <w:rPr>
          <w:rFonts w:cstheme="majorHAnsi"/>
          <w:b/>
          <w:bCs/>
          <w:color w:val="0070C0"/>
        </w:rPr>
      </w:pPr>
      <w:r w:rsidRPr="000C4743">
        <w:rPr>
          <w:rFonts w:cstheme="majorHAnsi"/>
          <w:b/>
          <w:bCs/>
          <w:color w:val="0070C0"/>
          <w:sz w:val="44"/>
        </w:rPr>
        <w:t>MOODLE RESOURCE TREASURE HUNT</w:t>
      </w:r>
    </w:p>
    <w:p w14:paraId="7CD8EBB4" w14:textId="77777777" w:rsidR="003147F5" w:rsidRPr="000C4743" w:rsidRDefault="00000000">
      <w:pPr>
        <w:jc w:val="center"/>
        <w:rPr>
          <w:rFonts w:asciiTheme="majorHAnsi" w:hAnsiTheme="majorHAnsi" w:cstheme="majorHAnsi"/>
        </w:rPr>
      </w:pPr>
      <w:r w:rsidRPr="000C4743">
        <w:rPr>
          <w:rFonts w:ascii="Segoe UI Emoji" w:hAnsi="Segoe UI Emoji" w:cs="Segoe UI Emoji"/>
          <w:b/>
          <w:color w:val="FF6600"/>
          <w:sz w:val="28"/>
        </w:rPr>
        <w:t>⏱️</w:t>
      </w:r>
      <w:r w:rsidRPr="000C4743">
        <w:rPr>
          <w:rFonts w:asciiTheme="majorHAnsi" w:hAnsiTheme="majorHAnsi" w:cstheme="majorHAnsi"/>
          <w:b/>
          <w:color w:val="FF6600"/>
          <w:sz w:val="28"/>
        </w:rPr>
        <w:t xml:space="preserve"> 20-MINUTE CHALLENGE </w:t>
      </w:r>
      <w:r w:rsidRPr="000C4743">
        <w:rPr>
          <w:rFonts w:ascii="Segoe UI Emoji" w:hAnsi="Segoe UI Emoji" w:cs="Segoe UI Emoji"/>
          <w:b/>
          <w:color w:val="FF6600"/>
          <w:sz w:val="28"/>
        </w:rPr>
        <w:t>⏱️</w:t>
      </w:r>
    </w:p>
    <w:tbl>
      <w:tblPr>
        <w:tblStyle w:val="LightGrid-Accent1"/>
        <w:tblW w:w="0" w:type="auto"/>
        <w:tblLook w:val="04A0" w:firstRow="1" w:lastRow="0" w:firstColumn="1" w:lastColumn="0" w:noHBand="0" w:noVBand="1"/>
      </w:tblPr>
      <w:tblGrid>
        <w:gridCol w:w="1951"/>
        <w:gridCol w:w="8489"/>
      </w:tblGrid>
      <w:tr w:rsidR="003147F5" w:rsidRPr="000C4743" w14:paraId="1035BA61" w14:textId="77777777" w:rsidTr="004248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1" w:type="dxa"/>
            <w:shd w:val="clear" w:color="auto" w:fill="B8CCE4" w:themeFill="accent1" w:themeFillTint="66"/>
          </w:tcPr>
          <w:p w14:paraId="681854D8" w14:textId="77777777" w:rsidR="003147F5" w:rsidRPr="000C4743" w:rsidRDefault="00000000">
            <w:pPr>
              <w:rPr>
                <w:rFonts w:cstheme="majorHAnsi"/>
              </w:rPr>
            </w:pPr>
            <w:r w:rsidRPr="000C4743">
              <w:rPr>
                <w:rFonts w:cstheme="majorHAnsi"/>
              </w:rPr>
              <w:t>Team Name:</w:t>
            </w:r>
          </w:p>
        </w:tc>
        <w:tc>
          <w:tcPr>
            <w:tcW w:w="8489" w:type="dxa"/>
          </w:tcPr>
          <w:p w14:paraId="087BCB5F" w14:textId="77777777" w:rsidR="003147F5" w:rsidRPr="000C4743" w:rsidRDefault="003147F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</w:p>
        </w:tc>
      </w:tr>
      <w:tr w:rsidR="003147F5" w:rsidRPr="000C4743" w14:paraId="23C5ED70" w14:textId="77777777" w:rsidTr="004248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1" w:type="dxa"/>
            <w:shd w:val="clear" w:color="auto" w:fill="B8CCE4" w:themeFill="accent1" w:themeFillTint="66"/>
          </w:tcPr>
          <w:p w14:paraId="783BDDEC" w14:textId="77777777" w:rsidR="003147F5" w:rsidRPr="000C4743" w:rsidRDefault="00000000">
            <w:pPr>
              <w:rPr>
                <w:rFonts w:cstheme="majorHAnsi"/>
              </w:rPr>
            </w:pPr>
            <w:r w:rsidRPr="000C4743">
              <w:rPr>
                <w:rFonts w:cstheme="majorHAnsi"/>
              </w:rPr>
              <w:t>Team Members:</w:t>
            </w:r>
          </w:p>
        </w:tc>
        <w:tc>
          <w:tcPr>
            <w:tcW w:w="8489" w:type="dxa"/>
            <w:shd w:val="clear" w:color="auto" w:fill="auto"/>
          </w:tcPr>
          <w:p w14:paraId="2BBD99E7" w14:textId="77777777" w:rsidR="003147F5" w:rsidRPr="000C4743" w:rsidRDefault="003147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</w:p>
        </w:tc>
      </w:tr>
    </w:tbl>
    <w:p w14:paraId="6384E4E5" w14:textId="77777777" w:rsidR="003147F5" w:rsidRPr="000C4743" w:rsidRDefault="00000000">
      <w:pPr>
        <w:pStyle w:val="Heading1"/>
        <w:rPr>
          <w:rFonts w:cstheme="majorHAnsi"/>
          <w:color w:val="0070C0"/>
        </w:rPr>
      </w:pPr>
      <w:r w:rsidRPr="000C4743">
        <w:rPr>
          <w:rFonts w:ascii="Segoe UI Emoji" w:hAnsi="Segoe UI Emoji" w:cs="Segoe UI Emoji"/>
          <w:color w:val="0070C0"/>
        </w:rPr>
        <w:t>🎯</w:t>
      </w:r>
      <w:r w:rsidRPr="000C4743">
        <w:rPr>
          <w:rFonts w:cstheme="majorHAnsi"/>
          <w:color w:val="0070C0"/>
        </w:rPr>
        <w:t xml:space="preserve"> YOUR MISSION</w:t>
      </w:r>
    </w:p>
    <w:p w14:paraId="7C4E16B4" w14:textId="5CB63C89" w:rsidR="003147F5" w:rsidRPr="000C4743" w:rsidRDefault="00000000">
      <w:pPr>
        <w:rPr>
          <w:rFonts w:asciiTheme="majorHAnsi" w:hAnsiTheme="majorHAnsi" w:cstheme="majorHAnsi"/>
        </w:rPr>
      </w:pPr>
      <w:r w:rsidRPr="000C4743">
        <w:rPr>
          <w:rFonts w:asciiTheme="majorHAnsi" w:hAnsiTheme="majorHAnsi" w:cstheme="majorHAnsi"/>
          <w:b/>
        </w:rPr>
        <w:t xml:space="preserve">You have 20 minutes to explore your </w:t>
      </w:r>
      <w:r w:rsidR="000C4743" w:rsidRPr="000C4743">
        <w:rPr>
          <w:rFonts w:asciiTheme="majorHAnsi" w:hAnsiTheme="majorHAnsi" w:cstheme="majorHAnsi"/>
          <w:b/>
        </w:rPr>
        <w:t xml:space="preserve">chosen </w:t>
      </w:r>
      <w:r w:rsidRPr="000C4743">
        <w:rPr>
          <w:rFonts w:asciiTheme="majorHAnsi" w:hAnsiTheme="majorHAnsi" w:cstheme="majorHAnsi"/>
          <w:b/>
        </w:rPr>
        <w:t xml:space="preserve">module's Moodle page and complete as many challenges as possible. </w:t>
      </w:r>
      <w:r w:rsidRPr="000C4743">
        <w:rPr>
          <w:rFonts w:asciiTheme="majorHAnsi" w:hAnsiTheme="majorHAnsi" w:cstheme="majorHAnsi"/>
        </w:rPr>
        <w:t>Each completed challenge = 1 point. The team with the most points wins! Work fast, work smart, and actually EXPLORE the resources</w:t>
      </w:r>
      <w:r w:rsidR="000C4743" w:rsidRPr="000C4743">
        <w:rPr>
          <w:rFonts w:asciiTheme="majorHAnsi" w:hAnsiTheme="majorHAnsi" w:cstheme="majorHAnsi"/>
        </w:rPr>
        <w:t xml:space="preserve">. </w:t>
      </w:r>
    </w:p>
    <w:p w14:paraId="123D67C2" w14:textId="77777777" w:rsidR="003147F5" w:rsidRPr="000C4743" w:rsidRDefault="00000000">
      <w:pPr>
        <w:pStyle w:val="Heading2"/>
        <w:rPr>
          <w:rFonts w:cstheme="majorHAnsi"/>
          <w:color w:val="0070C0"/>
        </w:rPr>
      </w:pPr>
      <w:r w:rsidRPr="000C4743">
        <w:rPr>
          <w:rFonts w:ascii="Segoe UI Emoji" w:hAnsi="Segoe UI Emoji" w:cs="Segoe UI Emoji"/>
          <w:color w:val="0070C0"/>
          <w:sz w:val="24"/>
        </w:rPr>
        <w:t>📜</w:t>
      </w:r>
      <w:r w:rsidRPr="000C4743">
        <w:rPr>
          <w:rFonts w:cstheme="majorHAnsi"/>
          <w:color w:val="0070C0"/>
          <w:sz w:val="24"/>
        </w:rPr>
        <w:t xml:space="preserve"> RULES</w:t>
      </w:r>
    </w:p>
    <w:p w14:paraId="58C23692" w14:textId="5E8C6A26" w:rsidR="003147F5" w:rsidRPr="000C4743" w:rsidRDefault="00000000">
      <w:pPr>
        <w:pStyle w:val="ListBullet"/>
        <w:rPr>
          <w:rFonts w:asciiTheme="majorHAnsi" w:hAnsiTheme="majorHAnsi" w:cstheme="majorHAnsi"/>
        </w:rPr>
      </w:pPr>
      <w:r w:rsidRPr="000C4743">
        <w:rPr>
          <w:rFonts w:asciiTheme="majorHAnsi" w:hAnsiTheme="majorHAnsi" w:cstheme="majorHAnsi"/>
        </w:rPr>
        <w:t>You MUST actually click into each resource (no guessing!)</w:t>
      </w:r>
    </w:p>
    <w:p w14:paraId="2DB4689D" w14:textId="2D7E2AB1" w:rsidR="003147F5" w:rsidRPr="000C4743" w:rsidRDefault="00000000">
      <w:pPr>
        <w:pStyle w:val="ListBullet"/>
        <w:rPr>
          <w:rFonts w:asciiTheme="majorHAnsi" w:hAnsiTheme="majorHAnsi" w:cstheme="majorHAnsi"/>
        </w:rPr>
      </w:pPr>
      <w:r w:rsidRPr="000C4743">
        <w:rPr>
          <w:rFonts w:asciiTheme="majorHAnsi" w:hAnsiTheme="majorHAnsi" w:cstheme="majorHAnsi"/>
        </w:rPr>
        <w:t>Write down specific details to prove you found it</w:t>
      </w:r>
    </w:p>
    <w:p w14:paraId="7D1E2640" w14:textId="03E7AE4C" w:rsidR="003147F5" w:rsidRPr="000C4743" w:rsidRDefault="00000000">
      <w:pPr>
        <w:pStyle w:val="ListBullet"/>
        <w:rPr>
          <w:rFonts w:asciiTheme="majorHAnsi" w:hAnsiTheme="majorHAnsi" w:cstheme="majorHAnsi"/>
        </w:rPr>
      </w:pPr>
      <w:r w:rsidRPr="000C4743">
        <w:rPr>
          <w:rFonts w:asciiTheme="majorHAnsi" w:hAnsiTheme="majorHAnsi" w:cstheme="majorHAnsi"/>
        </w:rPr>
        <w:t>Help each other – teamwork counts!</w:t>
      </w:r>
    </w:p>
    <w:p w14:paraId="08AE4F94" w14:textId="744A7A27" w:rsidR="003147F5" w:rsidRPr="000C4743" w:rsidRDefault="00000000">
      <w:pPr>
        <w:pStyle w:val="ListBullet"/>
        <w:rPr>
          <w:rFonts w:asciiTheme="majorHAnsi" w:hAnsiTheme="majorHAnsi" w:cstheme="majorHAnsi"/>
        </w:rPr>
      </w:pPr>
      <w:r w:rsidRPr="000C4743">
        <w:rPr>
          <w:rFonts w:asciiTheme="majorHAnsi" w:hAnsiTheme="majorHAnsi" w:cstheme="majorHAnsi"/>
        </w:rPr>
        <w:t>First team to complete ALL challenges gets bonus points</w:t>
      </w:r>
    </w:p>
    <w:p w14:paraId="222F8AA7" w14:textId="798F6AA8" w:rsidR="003147F5" w:rsidRDefault="00000000" w:rsidP="000C4743">
      <w:pPr>
        <w:pStyle w:val="ListBullet"/>
        <w:spacing w:after="0"/>
        <w:rPr>
          <w:rFonts w:asciiTheme="majorHAnsi" w:hAnsiTheme="majorHAnsi" w:cstheme="majorHAnsi"/>
        </w:rPr>
      </w:pPr>
      <w:r w:rsidRPr="000C4743">
        <w:rPr>
          <w:rFonts w:asciiTheme="majorHAnsi" w:hAnsiTheme="majorHAnsi" w:cstheme="majorHAnsi"/>
        </w:rPr>
        <w:t xml:space="preserve">Quality over speed – </w:t>
      </w:r>
      <w:r w:rsidR="00424899" w:rsidRPr="000C4743">
        <w:rPr>
          <w:rFonts w:asciiTheme="majorHAnsi" w:hAnsiTheme="majorHAnsi" w:cstheme="majorHAnsi"/>
        </w:rPr>
        <w:t>lecturer</w:t>
      </w:r>
      <w:r w:rsidRPr="000C4743">
        <w:rPr>
          <w:rFonts w:asciiTheme="majorHAnsi" w:hAnsiTheme="majorHAnsi" w:cstheme="majorHAnsi"/>
        </w:rPr>
        <w:t xml:space="preserve"> will </w:t>
      </w:r>
      <w:r w:rsidR="00424899" w:rsidRPr="000C4743">
        <w:rPr>
          <w:rFonts w:asciiTheme="majorHAnsi" w:hAnsiTheme="majorHAnsi" w:cstheme="majorHAnsi"/>
        </w:rPr>
        <w:t>random-</w:t>
      </w:r>
      <w:r w:rsidRPr="000C4743">
        <w:rPr>
          <w:rFonts w:asciiTheme="majorHAnsi" w:hAnsiTheme="majorHAnsi" w:cstheme="majorHAnsi"/>
        </w:rPr>
        <w:t>check your answers</w:t>
      </w:r>
    </w:p>
    <w:p w14:paraId="1014AEF3" w14:textId="77777777" w:rsidR="000C4743" w:rsidRPr="000C4743" w:rsidRDefault="000C4743" w:rsidP="000C4743">
      <w:pPr>
        <w:pStyle w:val="ListBullet"/>
        <w:numPr>
          <w:ilvl w:val="0"/>
          <w:numId w:val="0"/>
        </w:numPr>
        <w:spacing w:after="0"/>
        <w:ind w:left="360"/>
        <w:rPr>
          <w:rFonts w:asciiTheme="majorHAnsi" w:hAnsiTheme="majorHAnsi" w:cstheme="majorHAnsi"/>
        </w:rPr>
      </w:pPr>
    </w:p>
    <w:p w14:paraId="7AAEC58C" w14:textId="04885E2C" w:rsidR="003147F5" w:rsidRPr="000C4743" w:rsidRDefault="00000000" w:rsidP="000C4743">
      <w:pPr>
        <w:pStyle w:val="Heading1"/>
        <w:spacing w:before="0"/>
        <w:rPr>
          <w:rFonts w:cstheme="majorHAnsi"/>
          <w:color w:val="0070C0"/>
        </w:rPr>
      </w:pPr>
      <w:r w:rsidRPr="000C4743">
        <w:rPr>
          <w:rFonts w:ascii="Segoe UI Emoji" w:hAnsi="Segoe UI Emoji" w:cs="Segoe UI Emoji"/>
          <w:color w:val="0070C0"/>
        </w:rPr>
        <w:t>🔍</w:t>
      </w:r>
      <w:r w:rsidRPr="000C4743">
        <w:rPr>
          <w:rFonts w:cstheme="majorHAnsi"/>
          <w:color w:val="0070C0"/>
        </w:rPr>
        <w:t xml:space="preserve"> THE CHALLENGE</w:t>
      </w:r>
    </w:p>
    <w:p w14:paraId="1DDD76DC" w14:textId="44C9D608" w:rsidR="003147F5" w:rsidRPr="000C4743" w:rsidRDefault="000C4743">
      <w:pPr>
        <w:rPr>
          <w:rFonts w:asciiTheme="majorHAnsi" w:hAnsiTheme="majorHAnsi" w:cstheme="majorHAnsi"/>
        </w:rPr>
      </w:pPr>
      <w:r w:rsidRPr="000C4743">
        <w:rPr>
          <w:rFonts w:asciiTheme="majorHAnsi" w:hAnsiTheme="majorHAnsi" w:cstheme="majorHAnsi"/>
        </w:rPr>
        <w:t>F</w:t>
      </w:r>
      <w:r w:rsidR="00000000" w:rsidRPr="000C4743">
        <w:rPr>
          <w:rFonts w:asciiTheme="majorHAnsi" w:hAnsiTheme="majorHAnsi" w:cstheme="majorHAnsi"/>
        </w:rPr>
        <w:t>ill in the required information</w:t>
      </w:r>
      <w:r w:rsidRPr="000C4743">
        <w:rPr>
          <w:rFonts w:asciiTheme="majorHAnsi" w:hAnsiTheme="majorHAnsi" w:cstheme="majorHAnsi"/>
        </w:rPr>
        <w:t xml:space="preserve"> by looking at relevant sources on your chosen Moodle page. </w:t>
      </w:r>
    </w:p>
    <w:p w14:paraId="54259815" w14:textId="77777777" w:rsidR="003147F5" w:rsidRPr="000C4743" w:rsidRDefault="003147F5">
      <w:pPr>
        <w:rPr>
          <w:rFonts w:asciiTheme="majorHAnsi" w:hAnsiTheme="majorHAnsi" w:cstheme="majorHAnsi"/>
        </w:rPr>
      </w:pPr>
    </w:p>
    <w:p w14:paraId="41484661" w14:textId="77777777" w:rsidR="003147F5" w:rsidRPr="00826AE1" w:rsidRDefault="00000000" w:rsidP="00826AE1">
      <w:pPr>
        <w:pStyle w:val="Heading2"/>
        <w:jc w:val="center"/>
        <w:rPr>
          <w:rFonts w:cstheme="majorHAnsi"/>
          <w:color w:val="0070C0"/>
          <w:u w:val="single"/>
        </w:rPr>
      </w:pPr>
      <w:r w:rsidRPr="00826AE1">
        <w:rPr>
          <w:rFonts w:cstheme="majorHAnsi"/>
          <w:color w:val="0070C0"/>
          <w:sz w:val="24"/>
          <w:u w:val="single"/>
        </w:rPr>
        <w:t>GETTING STARTED (Easy - 1 point each)</w:t>
      </w: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10224"/>
      </w:tblGrid>
      <w:tr w:rsidR="003147F5" w:rsidRPr="000C4743" w14:paraId="5BC00255" w14:textId="77777777" w:rsidTr="003147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FFF0F5"/>
          </w:tcPr>
          <w:p w14:paraId="0CC0CE88" w14:textId="1D0D39AB" w:rsidR="003147F5" w:rsidRPr="000C4743" w:rsidRDefault="00000000" w:rsidP="000C4743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color w:val="000000" w:themeColor="text1"/>
              </w:rPr>
              <w:t>Find the Module Handbook/Guide</w:t>
            </w:r>
          </w:p>
        </w:tc>
      </w:tr>
      <w:tr w:rsidR="003147F5" w:rsidRPr="000C4743" w14:paraId="0CA24A1A" w14:textId="77777777" w:rsidTr="003147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</w:tcPr>
          <w:p w14:paraId="7026694B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color w:val="FF6600"/>
              </w:rPr>
              <w:t xml:space="preserve">PROVE IT: </w:t>
            </w:r>
            <w:r w:rsidRPr="000C4743">
              <w:rPr>
                <w:rFonts w:asciiTheme="majorHAnsi" w:hAnsiTheme="majorHAnsi" w:cstheme="majorHAnsi"/>
              </w:rPr>
              <w:t>Where is it located? (Section name)</w:t>
            </w:r>
          </w:p>
        </w:tc>
      </w:tr>
      <w:tr w:rsidR="003147F5" w:rsidRPr="000C4743" w14:paraId="27B701BB" w14:textId="77777777" w:rsidTr="003147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FFFEF0"/>
          </w:tcPr>
          <w:p w14:paraId="490171A1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i/>
              </w:rPr>
              <w:t xml:space="preserve">YOUR ANSWER: </w:t>
            </w:r>
          </w:p>
          <w:p w14:paraId="57711171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</w:rPr>
              <w:t>________________________________________________________________________________</w:t>
            </w:r>
          </w:p>
        </w:tc>
      </w:tr>
      <w:tr w:rsidR="003147F5" w:rsidRPr="000C4743" w14:paraId="10964B9E" w14:textId="77777777" w:rsidTr="003147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E6F3FF"/>
          </w:tcPr>
          <w:p w14:paraId="32CA2911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="Segoe UI Emoji" w:hAnsi="Segoe UI Emoji" w:cs="Segoe UI Emoji"/>
                <w:sz w:val="18"/>
              </w:rPr>
              <w:t>💡</w:t>
            </w:r>
            <w:r w:rsidRPr="000C4743">
              <w:rPr>
                <w:rFonts w:asciiTheme="majorHAnsi" w:hAnsiTheme="majorHAnsi" w:cstheme="majorHAnsi"/>
                <w:sz w:val="18"/>
              </w:rPr>
              <w:t xml:space="preserve"> WHY THIS MATTERS: </w:t>
            </w:r>
            <w:r w:rsidRPr="000C4743">
              <w:rPr>
                <w:rFonts w:asciiTheme="majorHAnsi" w:hAnsiTheme="majorHAnsi" w:cstheme="majorHAnsi"/>
                <w:i/>
                <w:sz w:val="18"/>
              </w:rPr>
              <w:t>This is your roadmap for the entire module</w:t>
            </w:r>
          </w:p>
        </w:tc>
      </w:tr>
    </w:tbl>
    <w:p w14:paraId="70DFA916" w14:textId="77777777" w:rsidR="003147F5" w:rsidRPr="000C4743" w:rsidRDefault="003147F5">
      <w:pPr>
        <w:rPr>
          <w:rFonts w:asciiTheme="majorHAnsi" w:hAnsiTheme="majorHAnsi" w:cstheme="majorHAnsi"/>
        </w:rPr>
      </w:pP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10224"/>
      </w:tblGrid>
      <w:tr w:rsidR="003147F5" w:rsidRPr="000C4743" w14:paraId="32665460" w14:textId="77777777" w:rsidTr="003147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FFF0F5"/>
          </w:tcPr>
          <w:p w14:paraId="4F66B624" w14:textId="05FC0EB5" w:rsidR="003147F5" w:rsidRPr="000C4743" w:rsidRDefault="00000000" w:rsidP="000C4743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color w:val="000000" w:themeColor="text1"/>
              </w:rPr>
              <w:t>Locate the Ass</w:t>
            </w:r>
            <w:r w:rsidR="000C4743">
              <w:rPr>
                <w:rFonts w:asciiTheme="majorHAnsi" w:hAnsiTheme="majorHAnsi" w:cstheme="majorHAnsi"/>
                <w:color w:val="000000" w:themeColor="text1"/>
              </w:rPr>
              <w:t>essment</w:t>
            </w:r>
            <w:r w:rsidRPr="000C4743">
              <w:rPr>
                <w:rFonts w:asciiTheme="majorHAnsi" w:hAnsiTheme="majorHAnsi" w:cstheme="majorHAnsi"/>
                <w:color w:val="000000" w:themeColor="text1"/>
              </w:rPr>
              <w:t xml:space="preserve"> Brief for your first assessment</w:t>
            </w:r>
          </w:p>
        </w:tc>
      </w:tr>
      <w:tr w:rsidR="003147F5" w:rsidRPr="000C4743" w14:paraId="49C6D8DA" w14:textId="77777777" w:rsidTr="003147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</w:tcPr>
          <w:p w14:paraId="1ABFC3CA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color w:val="FF6600"/>
              </w:rPr>
              <w:t xml:space="preserve">PROVE IT: </w:t>
            </w:r>
            <w:r w:rsidRPr="000C4743">
              <w:rPr>
                <w:rFonts w:asciiTheme="majorHAnsi" w:hAnsiTheme="majorHAnsi" w:cstheme="majorHAnsi"/>
              </w:rPr>
              <w:t>What is the submission deadline?</w:t>
            </w:r>
          </w:p>
        </w:tc>
      </w:tr>
      <w:tr w:rsidR="003147F5" w:rsidRPr="000C4743" w14:paraId="478CC34E" w14:textId="77777777" w:rsidTr="003147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FFFEF0"/>
          </w:tcPr>
          <w:p w14:paraId="6C79ED12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i/>
              </w:rPr>
              <w:t xml:space="preserve">YOUR ANSWER: </w:t>
            </w:r>
          </w:p>
          <w:p w14:paraId="1C88CF7E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</w:rPr>
              <w:t>________________________________________________________________________________</w:t>
            </w:r>
          </w:p>
        </w:tc>
      </w:tr>
      <w:tr w:rsidR="003147F5" w:rsidRPr="000C4743" w14:paraId="2CCDBA57" w14:textId="77777777" w:rsidTr="003147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E6F3FF"/>
          </w:tcPr>
          <w:p w14:paraId="7E2D5974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="Segoe UI Emoji" w:hAnsi="Segoe UI Emoji" w:cs="Segoe UI Emoji"/>
                <w:sz w:val="18"/>
              </w:rPr>
              <w:t>💡</w:t>
            </w:r>
            <w:r w:rsidRPr="000C4743">
              <w:rPr>
                <w:rFonts w:asciiTheme="majorHAnsi" w:hAnsiTheme="majorHAnsi" w:cstheme="majorHAnsi"/>
                <w:sz w:val="18"/>
              </w:rPr>
              <w:t xml:space="preserve"> WHY THIS MATTERS: </w:t>
            </w:r>
            <w:r w:rsidRPr="000C4743">
              <w:rPr>
                <w:rFonts w:asciiTheme="majorHAnsi" w:hAnsiTheme="majorHAnsi" w:cstheme="majorHAnsi"/>
                <w:i/>
                <w:sz w:val="18"/>
              </w:rPr>
              <w:t>Knowing deadlines prevents nasty surprises</w:t>
            </w:r>
          </w:p>
        </w:tc>
      </w:tr>
    </w:tbl>
    <w:p w14:paraId="059A34C1" w14:textId="77777777" w:rsidR="000C4743" w:rsidRPr="000C4743" w:rsidRDefault="000C4743">
      <w:pPr>
        <w:rPr>
          <w:rFonts w:asciiTheme="majorHAnsi" w:hAnsiTheme="majorHAnsi" w:cstheme="majorHAnsi"/>
        </w:rPr>
      </w:pP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10224"/>
      </w:tblGrid>
      <w:tr w:rsidR="003147F5" w:rsidRPr="000C4743" w14:paraId="1D298279" w14:textId="77777777" w:rsidTr="003147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FFF0F5"/>
          </w:tcPr>
          <w:p w14:paraId="2160E478" w14:textId="64BF2136" w:rsidR="003147F5" w:rsidRPr="00CE6A51" w:rsidRDefault="00000000" w:rsidP="00CE6A51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CE6A51">
              <w:rPr>
                <w:rFonts w:asciiTheme="majorHAnsi" w:hAnsiTheme="majorHAnsi" w:cstheme="majorHAnsi"/>
                <w:color w:val="000000" w:themeColor="text1"/>
              </w:rPr>
              <w:t xml:space="preserve">Find the </w:t>
            </w:r>
            <w:r w:rsidR="00CE6A51">
              <w:rPr>
                <w:rFonts w:asciiTheme="majorHAnsi" w:hAnsiTheme="majorHAnsi" w:cstheme="majorHAnsi"/>
                <w:color w:val="000000" w:themeColor="text1"/>
              </w:rPr>
              <w:t xml:space="preserve">Online </w:t>
            </w:r>
            <w:r w:rsidRPr="00CE6A51">
              <w:rPr>
                <w:rFonts w:asciiTheme="majorHAnsi" w:hAnsiTheme="majorHAnsi" w:cstheme="majorHAnsi"/>
                <w:color w:val="000000" w:themeColor="text1"/>
              </w:rPr>
              <w:t>Re</w:t>
            </w:r>
            <w:r w:rsidR="00CE6A51">
              <w:rPr>
                <w:rFonts w:asciiTheme="majorHAnsi" w:hAnsiTheme="majorHAnsi" w:cstheme="majorHAnsi"/>
                <w:color w:val="000000" w:themeColor="text1"/>
              </w:rPr>
              <w:t>sources</w:t>
            </w:r>
            <w:r w:rsidRPr="00CE6A51">
              <w:rPr>
                <w:rFonts w:asciiTheme="majorHAnsi" w:hAnsiTheme="majorHAnsi" w:cstheme="majorHAnsi"/>
                <w:color w:val="000000" w:themeColor="text1"/>
              </w:rPr>
              <w:t xml:space="preserve"> List</w:t>
            </w:r>
          </w:p>
        </w:tc>
      </w:tr>
      <w:tr w:rsidR="003147F5" w:rsidRPr="000C4743" w14:paraId="136B70E2" w14:textId="77777777" w:rsidTr="003147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</w:tcPr>
          <w:p w14:paraId="5C7F1C3E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color w:val="FF6600"/>
              </w:rPr>
              <w:t xml:space="preserve">PROVE IT: </w:t>
            </w:r>
            <w:r w:rsidRPr="000C4743">
              <w:rPr>
                <w:rFonts w:asciiTheme="majorHAnsi" w:hAnsiTheme="majorHAnsi" w:cstheme="majorHAnsi"/>
              </w:rPr>
              <w:t>Name TWO resources from the list</w:t>
            </w:r>
          </w:p>
        </w:tc>
      </w:tr>
      <w:tr w:rsidR="003147F5" w:rsidRPr="000C4743" w14:paraId="3E156D6B" w14:textId="77777777" w:rsidTr="003147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FFFEF0"/>
          </w:tcPr>
          <w:p w14:paraId="1BD65955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i/>
              </w:rPr>
              <w:t xml:space="preserve">YOUR ANSWER: </w:t>
            </w:r>
          </w:p>
          <w:p w14:paraId="092DD372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</w:rPr>
              <w:t>________________________________________________________________________________</w:t>
            </w:r>
          </w:p>
        </w:tc>
      </w:tr>
      <w:tr w:rsidR="003147F5" w:rsidRPr="000C4743" w14:paraId="204D1480" w14:textId="77777777" w:rsidTr="003147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E6F3FF"/>
          </w:tcPr>
          <w:p w14:paraId="571373C4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="Segoe UI Emoji" w:hAnsi="Segoe UI Emoji" w:cs="Segoe UI Emoji"/>
                <w:sz w:val="18"/>
              </w:rPr>
              <w:t>💡</w:t>
            </w:r>
            <w:r w:rsidRPr="000C4743">
              <w:rPr>
                <w:rFonts w:asciiTheme="majorHAnsi" w:hAnsiTheme="majorHAnsi" w:cstheme="majorHAnsi"/>
                <w:sz w:val="18"/>
              </w:rPr>
              <w:t xml:space="preserve"> WHY THIS MATTERS: </w:t>
            </w:r>
            <w:r w:rsidRPr="000C4743">
              <w:rPr>
                <w:rFonts w:asciiTheme="majorHAnsi" w:hAnsiTheme="majorHAnsi" w:cstheme="majorHAnsi"/>
                <w:i/>
                <w:sz w:val="18"/>
              </w:rPr>
              <w:t>Your go-to for deeper learning</w:t>
            </w:r>
          </w:p>
        </w:tc>
      </w:tr>
    </w:tbl>
    <w:p w14:paraId="4818345D" w14:textId="77777777" w:rsidR="003147F5" w:rsidRDefault="003147F5">
      <w:pPr>
        <w:rPr>
          <w:rFonts w:asciiTheme="majorHAnsi" w:hAnsiTheme="majorHAnsi" w:cstheme="majorHAnsi"/>
        </w:rPr>
      </w:pPr>
    </w:p>
    <w:p w14:paraId="1CD2EDDF" w14:textId="77777777" w:rsidR="00826AE1" w:rsidRPr="000C4743" w:rsidRDefault="00826AE1">
      <w:pPr>
        <w:rPr>
          <w:rFonts w:asciiTheme="majorHAnsi" w:hAnsiTheme="majorHAnsi" w:cstheme="majorHAnsi"/>
        </w:rPr>
      </w:pP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10224"/>
      </w:tblGrid>
      <w:tr w:rsidR="003147F5" w:rsidRPr="000C4743" w14:paraId="31295B2C" w14:textId="77777777" w:rsidTr="003147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FFF0F5"/>
          </w:tcPr>
          <w:p w14:paraId="639DA0A9" w14:textId="5AE91E12" w:rsidR="003147F5" w:rsidRPr="00334067" w:rsidRDefault="00000000" w:rsidP="00334067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</w:rPr>
            </w:pPr>
            <w:r w:rsidRPr="00334067">
              <w:rPr>
                <w:rFonts w:asciiTheme="majorHAnsi" w:hAnsiTheme="majorHAnsi" w:cstheme="majorHAnsi"/>
                <w:color w:val="000000" w:themeColor="text1"/>
              </w:rPr>
              <w:lastRenderedPageBreak/>
              <w:t>Discover the Discussion Forum</w:t>
            </w:r>
            <w:r w:rsidR="00334067">
              <w:rPr>
                <w:rFonts w:asciiTheme="majorHAnsi" w:hAnsiTheme="majorHAnsi" w:cstheme="majorHAnsi"/>
                <w:color w:val="000000" w:themeColor="text1"/>
              </w:rPr>
              <w:t xml:space="preserve"> (</w:t>
            </w:r>
            <w:r w:rsidR="00334067" w:rsidRPr="00334067">
              <w:rPr>
                <w:rFonts w:asciiTheme="majorHAnsi" w:hAnsiTheme="majorHAnsi" w:cstheme="majorHAnsi"/>
                <w:i/>
                <w:iCs/>
                <w:color w:val="000000" w:themeColor="text1"/>
              </w:rPr>
              <w:t>aka</w:t>
            </w:r>
            <w:r w:rsidR="00334067">
              <w:rPr>
                <w:rFonts w:asciiTheme="majorHAnsi" w:hAnsiTheme="majorHAnsi" w:cstheme="majorHAnsi"/>
                <w:color w:val="000000" w:themeColor="text1"/>
              </w:rPr>
              <w:t xml:space="preserve"> Announcements) </w:t>
            </w:r>
          </w:p>
        </w:tc>
      </w:tr>
      <w:tr w:rsidR="003147F5" w:rsidRPr="000C4743" w14:paraId="58346CA5" w14:textId="77777777" w:rsidTr="003147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</w:tcPr>
          <w:p w14:paraId="1A9B706B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color w:val="FF6600"/>
              </w:rPr>
              <w:t xml:space="preserve">PROVE IT: </w:t>
            </w:r>
            <w:r w:rsidRPr="000C4743">
              <w:rPr>
                <w:rFonts w:asciiTheme="majorHAnsi" w:hAnsiTheme="majorHAnsi" w:cstheme="majorHAnsi"/>
              </w:rPr>
              <w:t>What is it called? How many topics are posted?</w:t>
            </w:r>
          </w:p>
        </w:tc>
      </w:tr>
      <w:tr w:rsidR="003147F5" w:rsidRPr="000C4743" w14:paraId="0A65223A" w14:textId="77777777" w:rsidTr="003147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FFFEF0"/>
          </w:tcPr>
          <w:p w14:paraId="6E38E37C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i/>
              </w:rPr>
              <w:t xml:space="preserve">YOUR ANSWER: </w:t>
            </w:r>
          </w:p>
          <w:p w14:paraId="177BFB51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</w:rPr>
              <w:t>________________________________________________________________________________</w:t>
            </w:r>
          </w:p>
        </w:tc>
      </w:tr>
      <w:tr w:rsidR="003147F5" w:rsidRPr="000C4743" w14:paraId="52D314EA" w14:textId="77777777" w:rsidTr="003147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E6F3FF"/>
          </w:tcPr>
          <w:p w14:paraId="64DECFB4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="Segoe UI Emoji" w:hAnsi="Segoe UI Emoji" w:cs="Segoe UI Emoji"/>
                <w:sz w:val="18"/>
              </w:rPr>
              <w:t>💡</w:t>
            </w:r>
            <w:r w:rsidRPr="000C4743">
              <w:rPr>
                <w:rFonts w:asciiTheme="majorHAnsi" w:hAnsiTheme="majorHAnsi" w:cstheme="majorHAnsi"/>
                <w:sz w:val="18"/>
              </w:rPr>
              <w:t xml:space="preserve"> WHY THIS MATTERS: </w:t>
            </w:r>
            <w:r w:rsidRPr="000C4743">
              <w:rPr>
                <w:rFonts w:asciiTheme="majorHAnsi" w:hAnsiTheme="majorHAnsi" w:cstheme="majorHAnsi"/>
                <w:i/>
                <w:sz w:val="18"/>
              </w:rPr>
              <w:t>Connect with classmates, ask questions</w:t>
            </w:r>
          </w:p>
        </w:tc>
      </w:tr>
    </w:tbl>
    <w:p w14:paraId="06D63DC3" w14:textId="77777777" w:rsidR="003147F5" w:rsidRPr="000C4743" w:rsidRDefault="003147F5">
      <w:pPr>
        <w:rPr>
          <w:rFonts w:asciiTheme="majorHAnsi" w:hAnsiTheme="majorHAnsi" w:cstheme="majorHAnsi"/>
        </w:rPr>
      </w:pPr>
    </w:p>
    <w:p w14:paraId="640C12C4" w14:textId="77777777" w:rsidR="003147F5" w:rsidRPr="00826AE1" w:rsidRDefault="00000000" w:rsidP="00826AE1">
      <w:pPr>
        <w:pStyle w:val="Heading2"/>
        <w:jc w:val="center"/>
        <w:rPr>
          <w:rFonts w:cstheme="majorHAnsi"/>
          <w:color w:val="0070C0"/>
          <w:u w:val="single"/>
        </w:rPr>
      </w:pPr>
      <w:r w:rsidRPr="00826AE1">
        <w:rPr>
          <w:rFonts w:cstheme="majorHAnsi"/>
          <w:color w:val="0070C0"/>
          <w:sz w:val="24"/>
          <w:u w:val="single"/>
        </w:rPr>
        <w:t>DIGGING DEEPER (Medium - 2 points each)</w:t>
      </w: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10224"/>
      </w:tblGrid>
      <w:tr w:rsidR="003147F5" w:rsidRPr="000C4743" w14:paraId="26230631" w14:textId="77777777" w:rsidTr="003147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FFF0F5"/>
          </w:tcPr>
          <w:p w14:paraId="3E38DA7F" w14:textId="2CFB3A48" w:rsidR="003147F5" w:rsidRPr="000C4743" w:rsidRDefault="00334067">
            <w:pPr>
              <w:rPr>
                <w:rFonts w:asciiTheme="majorHAnsi" w:hAnsiTheme="majorHAnsi" w:cstheme="majorHAnsi"/>
              </w:rPr>
            </w:pPr>
            <w:r w:rsidRPr="00370281">
              <w:rPr>
                <w:rFonts w:asciiTheme="majorHAnsi" w:hAnsiTheme="majorHAnsi" w:cstheme="majorHAnsi"/>
                <w:color w:val="000000" w:themeColor="text1"/>
              </w:rPr>
              <w:t>5.</w:t>
            </w:r>
            <w:r w:rsidR="00000000" w:rsidRPr="000C4743">
              <w:rPr>
                <w:rFonts w:asciiTheme="majorHAnsi" w:hAnsiTheme="majorHAnsi" w:cstheme="majorHAnsi"/>
                <w:color w:val="000000" w:themeColor="text1"/>
                <w:sz w:val="32"/>
              </w:rPr>
              <w:t xml:space="preserve">  </w:t>
            </w:r>
            <w:r w:rsidR="00000000" w:rsidRPr="000C4743">
              <w:rPr>
                <w:rFonts w:asciiTheme="majorHAnsi" w:hAnsiTheme="majorHAnsi" w:cstheme="majorHAnsi"/>
                <w:color w:val="000000" w:themeColor="text1"/>
              </w:rPr>
              <w:t>Find lecture slides/recordings from the most recent session</w:t>
            </w:r>
          </w:p>
        </w:tc>
      </w:tr>
      <w:tr w:rsidR="003147F5" w:rsidRPr="000C4743" w14:paraId="3408B248" w14:textId="77777777" w:rsidTr="003147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</w:tcPr>
          <w:p w14:paraId="28B1474A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color w:val="FF6600"/>
              </w:rPr>
              <w:t xml:space="preserve">PROVE IT: </w:t>
            </w:r>
            <w:r w:rsidRPr="000C4743">
              <w:rPr>
                <w:rFonts w:asciiTheme="majorHAnsi" w:hAnsiTheme="majorHAnsi" w:cstheme="majorHAnsi"/>
              </w:rPr>
              <w:t>What topic was covered? Where are they stored?</w:t>
            </w:r>
          </w:p>
        </w:tc>
      </w:tr>
      <w:tr w:rsidR="003147F5" w:rsidRPr="000C4743" w14:paraId="72ECF4A9" w14:textId="77777777" w:rsidTr="003147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FFFEF0"/>
          </w:tcPr>
          <w:p w14:paraId="4CAC4A2C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i/>
              </w:rPr>
              <w:t xml:space="preserve">YOUR ANSWER: </w:t>
            </w:r>
          </w:p>
          <w:p w14:paraId="08A667E8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</w:rPr>
              <w:t>________________________________________________________________________________</w:t>
            </w:r>
          </w:p>
        </w:tc>
      </w:tr>
      <w:tr w:rsidR="003147F5" w:rsidRPr="000C4743" w14:paraId="61B6AD23" w14:textId="77777777" w:rsidTr="003147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E6F3FF"/>
          </w:tcPr>
          <w:p w14:paraId="0772FF3E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="Segoe UI Emoji" w:hAnsi="Segoe UI Emoji" w:cs="Segoe UI Emoji"/>
                <w:sz w:val="18"/>
              </w:rPr>
              <w:t>💡</w:t>
            </w:r>
            <w:r w:rsidRPr="000C4743">
              <w:rPr>
                <w:rFonts w:asciiTheme="majorHAnsi" w:hAnsiTheme="majorHAnsi" w:cstheme="majorHAnsi"/>
                <w:sz w:val="18"/>
              </w:rPr>
              <w:t xml:space="preserve"> WHY THIS MATTERS: </w:t>
            </w:r>
            <w:r w:rsidRPr="000C4743">
              <w:rPr>
                <w:rFonts w:asciiTheme="majorHAnsi" w:hAnsiTheme="majorHAnsi" w:cstheme="majorHAnsi"/>
                <w:i/>
                <w:sz w:val="18"/>
              </w:rPr>
              <w:t>Review and reinforce learning</w:t>
            </w:r>
          </w:p>
        </w:tc>
      </w:tr>
    </w:tbl>
    <w:p w14:paraId="381CF9B9" w14:textId="77777777" w:rsidR="003147F5" w:rsidRPr="000C4743" w:rsidRDefault="003147F5">
      <w:pPr>
        <w:rPr>
          <w:rFonts w:asciiTheme="majorHAnsi" w:hAnsiTheme="majorHAnsi" w:cstheme="majorHAnsi"/>
        </w:rPr>
      </w:pP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10224"/>
      </w:tblGrid>
      <w:tr w:rsidR="003147F5" w:rsidRPr="000C4743" w14:paraId="35D12173" w14:textId="77777777" w:rsidTr="003147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FFF0F5"/>
          </w:tcPr>
          <w:p w14:paraId="4AA4F829" w14:textId="6A739275" w:rsidR="003147F5" w:rsidRPr="00370281" w:rsidRDefault="00370281" w:rsidP="0037028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6.   </w:t>
            </w:r>
            <w:r w:rsidR="00000000" w:rsidRPr="00370281">
              <w:rPr>
                <w:rFonts w:asciiTheme="majorHAnsi" w:hAnsiTheme="majorHAnsi" w:cstheme="majorHAnsi"/>
                <w:color w:val="000000" w:themeColor="text1"/>
              </w:rPr>
              <w:t>Locate any supplementary materials (videos, articles, podcasts)</w:t>
            </w:r>
          </w:p>
        </w:tc>
      </w:tr>
      <w:tr w:rsidR="003147F5" w:rsidRPr="000C4743" w14:paraId="306158D9" w14:textId="77777777" w:rsidTr="003147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</w:tcPr>
          <w:p w14:paraId="32FD097A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color w:val="FF6600"/>
              </w:rPr>
              <w:t xml:space="preserve">PROVE IT: </w:t>
            </w:r>
            <w:r w:rsidRPr="000C4743">
              <w:rPr>
                <w:rFonts w:asciiTheme="majorHAnsi" w:hAnsiTheme="majorHAnsi" w:cstheme="majorHAnsi"/>
              </w:rPr>
              <w:t>Name ONE and describe what it covers</w:t>
            </w:r>
          </w:p>
        </w:tc>
      </w:tr>
      <w:tr w:rsidR="003147F5" w:rsidRPr="000C4743" w14:paraId="5D8770AC" w14:textId="77777777" w:rsidTr="003147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FFFEF0"/>
          </w:tcPr>
          <w:p w14:paraId="219A5A45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i/>
              </w:rPr>
              <w:t xml:space="preserve">YOUR ANSWER: </w:t>
            </w:r>
          </w:p>
          <w:p w14:paraId="3985CFF3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</w:rPr>
              <w:t>________________________________________________________________________________</w:t>
            </w:r>
          </w:p>
        </w:tc>
      </w:tr>
      <w:tr w:rsidR="003147F5" w:rsidRPr="000C4743" w14:paraId="31DCA6D5" w14:textId="77777777" w:rsidTr="003147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E6F3FF"/>
          </w:tcPr>
          <w:p w14:paraId="2FFA56B2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="Segoe UI Emoji" w:hAnsi="Segoe UI Emoji" w:cs="Segoe UI Emoji"/>
                <w:sz w:val="18"/>
              </w:rPr>
              <w:t>💡</w:t>
            </w:r>
            <w:r w:rsidRPr="000C4743">
              <w:rPr>
                <w:rFonts w:asciiTheme="majorHAnsi" w:hAnsiTheme="majorHAnsi" w:cstheme="majorHAnsi"/>
                <w:sz w:val="18"/>
              </w:rPr>
              <w:t xml:space="preserve"> WHY THIS MATTERS: </w:t>
            </w:r>
            <w:r w:rsidRPr="000C4743">
              <w:rPr>
                <w:rFonts w:asciiTheme="majorHAnsi" w:hAnsiTheme="majorHAnsi" w:cstheme="majorHAnsi"/>
                <w:i/>
                <w:sz w:val="18"/>
              </w:rPr>
              <w:t>Alternative explanations can unlock understanding</w:t>
            </w:r>
          </w:p>
        </w:tc>
      </w:tr>
    </w:tbl>
    <w:p w14:paraId="78F90DBF" w14:textId="77777777" w:rsidR="003147F5" w:rsidRPr="000C4743" w:rsidRDefault="003147F5">
      <w:pPr>
        <w:rPr>
          <w:rFonts w:asciiTheme="majorHAnsi" w:hAnsiTheme="majorHAnsi" w:cstheme="majorHAnsi"/>
        </w:rPr>
      </w:pP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10224"/>
      </w:tblGrid>
      <w:tr w:rsidR="003147F5" w:rsidRPr="000C4743" w14:paraId="2658AF69" w14:textId="77777777" w:rsidTr="003147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FFF0F5"/>
          </w:tcPr>
          <w:p w14:paraId="1018E6BE" w14:textId="4B70A4BD" w:rsidR="003147F5" w:rsidRPr="000C4743" w:rsidRDefault="00826AE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7. </w:t>
            </w:r>
            <w:r w:rsidR="00000000" w:rsidRPr="000C4743">
              <w:rPr>
                <w:rFonts w:asciiTheme="majorHAnsi" w:hAnsiTheme="majorHAnsi" w:cstheme="majorHAnsi"/>
                <w:color w:val="000000" w:themeColor="text1"/>
              </w:rPr>
              <w:t>Find contact information for your module leader/tutor</w:t>
            </w:r>
          </w:p>
        </w:tc>
      </w:tr>
      <w:tr w:rsidR="003147F5" w:rsidRPr="000C4743" w14:paraId="57FA438E" w14:textId="77777777" w:rsidTr="003147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</w:tcPr>
          <w:p w14:paraId="334E2550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color w:val="FF6600"/>
              </w:rPr>
              <w:t xml:space="preserve">PROVE IT: </w:t>
            </w:r>
            <w:r w:rsidRPr="000C4743">
              <w:rPr>
                <w:rFonts w:asciiTheme="majorHAnsi" w:hAnsiTheme="majorHAnsi" w:cstheme="majorHAnsi"/>
              </w:rPr>
              <w:t>Name and email address</w:t>
            </w:r>
          </w:p>
        </w:tc>
      </w:tr>
      <w:tr w:rsidR="003147F5" w:rsidRPr="000C4743" w14:paraId="6E57EF59" w14:textId="77777777" w:rsidTr="003147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FFFEF0"/>
          </w:tcPr>
          <w:p w14:paraId="36FE8217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i/>
              </w:rPr>
              <w:t xml:space="preserve">YOUR ANSWER: </w:t>
            </w:r>
          </w:p>
          <w:p w14:paraId="5CD18E96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</w:rPr>
              <w:t>________________________________________________________________________________</w:t>
            </w:r>
          </w:p>
        </w:tc>
      </w:tr>
      <w:tr w:rsidR="003147F5" w:rsidRPr="000C4743" w14:paraId="3BB5015D" w14:textId="77777777" w:rsidTr="003147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E6F3FF"/>
          </w:tcPr>
          <w:p w14:paraId="3E8627E3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="Segoe UI Emoji" w:hAnsi="Segoe UI Emoji" w:cs="Segoe UI Emoji"/>
                <w:sz w:val="18"/>
              </w:rPr>
              <w:t>💡</w:t>
            </w:r>
            <w:r w:rsidRPr="000C4743">
              <w:rPr>
                <w:rFonts w:asciiTheme="majorHAnsi" w:hAnsiTheme="majorHAnsi" w:cstheme="majorHAnsi"/>
                <w:sz w:val="18"/>
              </w:rPr>
              <w:t xml:space="preserve"> WHY THIS MATTERS: </w:t>
            </w:r>
            <w:r w:rsidRPr="000C4743">
              <w:rPr>
                <w:rFonts w:asciiTheme="majorHAnsi" w:hAnsiTheme="majorHAnsi" w:cstheme="majorHAnsi"/>
                <w:i/>
                <w:sz w:val="18"/>
              </w:rPr>
              <w:t>Know who to ask when you need help</w:t>
            </w:r>
          </w:p>
        </w:tc>
      </w:tr>
    </w:tbl>
    <w:p w14:paraId="2A0214B8" w14:textId="77777777" w:rsidR="003147F5" w:rsidRPr="000C4743" w:rsidRDefault="003147F5">
      <w:pPr>
        <w:rPr>
          <w:rFonts w:asciiTheme="majorHAnsi" w:hAnsiTheme="majorHAnsi" w:cstheme="majorHAnsi"/>
        </w:rPr>
      </w:pPr>
    </w:p>
    <w:p w14:paraId="2CE198B5" w14:textId="77777777" w:rsidR="003147F5" w:rsidRPr="00315896" w:rsidRDefault="00000000" w:rsidP="00315896">
      <w:pPr>
        <w:pStyle w:val="Heading2"/>
        <w:jc w:val="center"/>
        <w:rPr>
          <w:rFonts w:cstheme="majorHAnsi"/>
          <w:color w:val="0070C0"/>
          <w:u w:val="single"/>
        </w:rPr>
      </w:pPr>
      <w:r w:rsidRPr="00315896">
        <w:rPr>
          <w:rFonts w:cstheme="majorHAnsi"/>
          <w:color w:val="0070C0"/>
          <w:sz w:val="24"/>
          <w:u w:val="single"/>
        </w:rPr>
        <w:t>EXPERT LEVEL (Hard - 3 points each)</w:t>
      </w: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10224"/>
      </w:tblGrid>
      <w:tr w:rsidR="003147F5" w:rsidRPr="000C4743" w14:paraId="18061C44" w14:textId="77777777" w:rsidTr="003147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FFF0F5"/>
          </w:tcPr>
          <w:p w14:paraId="65AC24A1" w14:textId="44D8428C" w:rsidR="003147F5" w:rsidRPr="000C4743" w:rsidRDefault="0031589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8. </w:t>
            </w:r>
            <w:r w:rsidR="00000000" w:rsidRPr="000C4743">
              <w:rPr>
                <w:rFonts w:asciiTheme="majorHAnsi" w:hAnsiTheme="majorHAnsi" w:cstheme="majorHAnsi"/>
                <w:color w:val="000000" w:themeColor="text1"/>
              </w:rPr>
              <w:t xml:space="preserve">Find </w:t>
            </w:r>
            <w:r w:rsidR="00AA344D">
              <w:rPr>
                <w:rFonts w:asciiTheme="majorHAnsi" w:hAnsiTheme="majorHAnsi" w:cstheme="majorHAnsi"/>
                <w:color w:val="000000" w:themeColor="text1"/>
              </w:rPr>
              <w:t>an additional source that could be relevant to your module but is NOT on the is (use the library)</w:t>
            </w:r>
          </w:p>
        </w:tc>
      </w:tr>
      <w:tr w:rsidR="003147F5" w:rsidRPr="000C4743" w14:paraId="1EFEC07E" w14:textId="77777777" w:rsidTr="003147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</w:tcPr>
          <w:p w14:paraId="3D772622" w14:textId="788CD9DC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color w:val="FF6600"/>
              </w:rPr>
              <w:t xml:space="preserve">PROVE IT: </w:t>
            </w:r>
            <w:r w:rsidR="00AA344D">
              <w:rPr>
                <w:rFonts w:asciiTheme="majorHAnsi" w:hAnsiTheme="majorHAnsi" w:cstheme="majorHAnsi"/>
              </w:rPr>
              <w:t xml:space="preserve">provide a title and author name </w:t>
            </w:r>
          </w:p>
        </w:tc>
      </w:tr>
      <w:tr w:rsidR="003147F5" w:rsidRPr="000C4743" w14:paraId="38E1855E" w14:textId="77777777" w:rsidTr="003147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FFFEF0"/>
          </w:tcPr>
          <w:p w14:paraId="2E2B68F5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i/>
              </w:rPr>
              <w:t xml:space="preserve">YOUR ANSWER: </w:t>
            </w:r>
          </w:p>
          <w:p w14:paraId="526647E9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</w:rPr>
              <w:t>________________________________________________________________________________</w:t>
            </w:r>
          </w:p>
        </w:tc>
      </w:tr>
      <w:tr w:rsidR="003147F5" w:rsidRPr="000C4743" w14:paraId="583EE9FE" w14:textId="77777777" w:rsidTr="003147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E6F3FF"/>
          </w:tcPr>
          <w:p w14:paraId="3EC64B2E" w14:textId="4808478D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="Segoe UI Emoji" w:hAnsi="Segoe UI Emoji" w:cs="Segoe UI Emoji"/>
                <w:sz w:val="18"/>
              </w:rPr>
              <w:t>💡</w:t>
            </w:r>
            <w:r w:rsidRPr="000C4743">
              <w:rPr>
                <w:rFonts w:asciiTheme="majorHAnsi" w:hAnsiTheme="majorHAnsi" w:cstheme="majorHAnsi"/>
                <w:sz w:val="18"/>
              </w:rPr>
              <w:t xml:space="preserve"> WHY THIS MATTERS: </w:t>
            </w:r>
            <w:r w:rsidR="00AA344D">
              <w:rPr>
                <w:rFonts w:asciiTheme="majorHAnsi" w:hAnsiTheme="majorHAnsi" w:cstheme="majorHAnsi"/>
                <w:i/>
                <w:sz w:val="18"/>
              </w:rPr>
              <w:t xml:space="preserve">Being able to find relevant sources is a key academic skill </w:t>
            </w:r>
          </w:p>
        </w:tc>
      </w:tr>
    </w:tbl>
    <w:p w14:paraId="00A39DA7" w14:textId="77777777" w:rsidR="003147F5" w:rsidRPr="000C4743" w:rsidRDefault="003147F5">
      <w:pPr>
        <w:rPr>
          <w:rFonts w:asciiTheme="majorHAnsi" w:hAnsiTheme="majorHAnsi" w:cstheme="majorHAnsi"/>
        </w:rPr>
      </w:pP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10224"/>
      </w:tblGrid>
      <w:tr w:rsidR="003147F5" w:rsidRPr="000C4743" w14:paraId="7FE7926E" w14:textId="77777777" w:rsidTr="003147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FFF0F5"/>
          </w:tcPr>
          <w:p w14:paraId="1FE3C41F" w14:textId="1237385F" w:rsidR="003147F5" w:rsidRPr="000C4743" w:rsidRDefault="0031589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9</w:t>
            </w:r>
            <w:r>
              <w:rPr>
                <w:rFonts w:asciiTheme="majorHAnsi" w:hAnsiTheme="majorHAnsi" w:cstheme="majorHAnsi"/>
                <w:color w:val="000000" w:themeColor="text1"/>
              </w:rPr>
              <w:t xml:space="preserve">. </w:t>
            </w:r>
            <w:r w:rsidR="00000000" w:rsidRPr="000C4743">
              <w:rPr>
                <w:rFonts w:asciiTheme="majorHAnsi" w:hAnsiTheme="majorHAnsi" w:cstheme="majorHAnsi"/>
                <w:color w:val="000000" w:themeColor="text1"/>
              </w:rPr>
              <w:t>Locate any practice quizzes, self-tests, or formative assessments</w:t>
            </w:r>
          </w:p>
        </w:tc>
      </w:tr>
      <w:tr w:rsidR="003147F5" w:rsidRPr="000C4743" w14:paraId="262D4226" w14:textId="77777777" w:rsidTr="003147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</w:tcPr>
          <w:p w14:paraId="71E98201" w14:textId="6158F999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color w:val="FF6600"/>
              </w:rPr>
              <w:t xml:space="preserve">PROVE IT: </w:t>
            </w:r>
            <w:r w:rsidR="00AA344D">
              <w:rPr>
                <w:rFonts w:asciiTheme="majorHAnsi" w:hAnsiTheme="majorHAnsi" w:cstheme="majorHAnsi"/>
              </w:rPr>
              <w:t>Where are they?</w:t>
            </w:r>
            <w:r w:rsidRPr="000C4743">
              <w:rPr>
                <w:rFonts w:asciiTheme="majorHAnsi" w:hAnsiTheme="majorHAnsi" w:cstheme="majorHAnsi"/>
              </w:rPr>
              <w:t xml:space="preserve"> What topics</w:t>
            </w:r>
            <w:r w:rsidR="00AA344D">
              <w:rPr>
                <w:rFonts w:asciiTheme="majorHAnsi" w:hAnsiTheme="majorHAnsi" w:cstheme="majorHAnsi"/>
              </w:rPr>
              <w:t xml:space="preserve"> do they cover</w:t>
            </w:r>
            <w:r w:rsidRPr="000C4743">
              <w:rPr>
                <w:rFonts w:asciiTheme="majorHAnsi" w:hAnsiTheme="majorHAnsi" w:cstheme="majorHAnsi"/>
              </w:rPr>
              <w:t>?</w:t>
            </w:r>
          </w:p>
        </w:tc>
      </w:tr>
      <w:tr w:rsidR="003147F5" w:rsidRPr="000C4743" w14:paraId="1F439E01" w14:textId="77777777" w:rsidTr="003147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FFFEF0"/>
          </w:tcPr>
          <w:p w14:paraId="314F60EE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i/>
              </w:rPr>
              <w:t xml:space="preserve">YOUR ANSWER: </w:t>
            </w:r>
          </w:p>
          <w:p w14:paraId="4D465BFC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</w:rPr>
              <w:t>________________________________________________________________________________</w:t>
            </w:r>
          </w:p>
        </w:tc>
      </w:tr>
      <w:tr w:rsidR="003147F5" w:rsidRPr="000C4743" w14:paraId="30499299" w14:textId="77777777" w:rsidTr="003147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E6F3FF"/>
          </w:tcPr>
          <w:p w14:paraId="00113C79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="Segoe UI Emoji" w:hAnsi="Segoe UI Emoji" w:cs="Segoe UI Emoji"/>
                <w:sz w:val="18"/>
              </w:rPr>
              <w:t>💡</w:t>
            </w:r>
            <w:r w:rsidRPr="000C4743">
              <w:rPr>
                <w:rFonts w:asciiTheme="majorHAnsi" w:hAnsiTheme="majorHAnsi" w:cstheme="majorHAnsi"/>
                <w:sz w:val="18"/>
              </w:rPr>
              <w:t xml:space="preserve"> WHY THIS MATTERS: </w:t>
            </w:r>
            <w:r w:rsidRPr="000C4743">
              <w:rPr>
                <w:rFonts w:asciiTheme="majorHAnsi" w:hAnsiTheme="majorHAnsi" w:cstheme="majorHAnsi"/>
                <w:i/>
                <w:sz w:val="18"/>
              </w:rPr>
              <w:t>Test your knowledge before the real thing</w:t>
            </w:r>
          </w:p>
        </w:tc>
      </w:tr>
    </w:tbl>
    <w:p w14:paraId="1189CA9B" w14:textId="77777777" w:rsidR="003147F5" w:rsidRPr="000C4743" w:rsidRDefault="003147F5">
      <w:pPr>
        <w:rPr>
          <w:rFonts w:asciiTheme="majorHAnsi" w:hAnsiTheme="majorHAnsi" w:cstheme="majorHAnsi"/>
        </w:rPr>
      </w:pP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10224"/>
      </w:tblGrid>
      <w:tr w:rsidR="003147F5" w:rsidRPr="000C4743" w14:paraId="7542CB64" w14:textId="77777777" w:rsidTr="003147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FFF0F5"/>
          </w:tcPr>
          <w:p w14:paraId="29FD4B69" w14:textId="14863EA1" w:rsidR="003147F5" w:rsidRPr="000C4743" w:rsidRDefault="0031589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10. </w:t>
            </w:r>
            <w:r w:rsidR="00000000" w:rsidRPr="000C4743">
              <w:rPr>
                <w:rFonts w:asciiTheme="majorHAnsi" w:hAnsiTheme="majorHAnsi" w:cstheme="majorHAnsi"/>
                <w:color w:val="000000" w:themeColor="text1"/>
              </w:rPr>
              <w:t>Find the Academic Support/Skills links</w:t>
            </w:r>
            <w:r>
              <w:rPr>
                <w:rFonts w:asciiTheme="majorHAnsi" w:hAnsiTheme="majorHAnsi" w:cstheme="majorHAnsi"/>
                <w:color w:val="000000" w:themeColor="text1"/>
              </w:rPr>
              <w:t>/tile</w:t>
            </w:r>
            <w:r w:rsidR="00000000" w:rsidRPr="000C4743">
              <w:rPr>
                <w:rFonts w:asciiTheme="majorHAnsi" w:hAnsiTheme="majorHAnsi" w:cstheme="majorHAnsi"/>
                <w:color w:val="000000" w:themeColor="text1"/>
              </w:rPr>
              <w:t xml:space="preserve"> embedded in your module</w:t>
            </w:r>
          </w:p>
        </w:tc>
      </w:tr>
      <w:tr w:rsidR="003147F5" w:rsidRPr="000C4743" w14:paraId="6F5AE0E0" w14:textId="77777777" w:rsidTr="003147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</w:tcPr>
          <w:p w14:paraId="1E81A9C6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color w:val="FF6600"/>
              </w:rPr>
              <w:t xml:space="preserve">PROVE IT: </w:t>
            </w:r>
            <w:r w:rsidRPr="000C4743">
              <w:rPr>
                <w:rFonts w:asciiTheme="majorHAnsi" w:hAnsiTheme="majorHAnsi" w:cstheme="majorHAnsi"/>
              </w:rPr>
              <w:t>What support is offered? (e.g., writing skills, referencing)</w:t>
            </w:r>
          </w:p>
        </w:tc>
      </w:tr>
      <w:tr w:rsidR="003147F5" w:rsidRPr="000C4743" w14:paraId="13691E6D" w14:textId="77777777" w:rsidTr="003147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FFFEF0"/>
          </w:tcPr>
          <w:p w14:paraId="0C71EA50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i/>
              </w:rPr>
              <w:t xml:space="preserve">YOUR ANSWER: </w:t>
            </w:r>
          </w:p>
          <w:p w14:paraId="0936B923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</w:rPr>
              <w:t>________________________________________________________________________________</w:t>
            </w:r>
          </w:p>
        </w:tc>
      </w:tr>
      <w:tr w:rsidR="003147F5" w:rsidRPr="000C4743" w14:paraId="01B41A25" w14:textId="77777777" w:rsidTr="003147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E6F3FF"/>
          </w:tcPr>
          <w:p w14:paraId="42C1039B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="Segoe UI Emoji" w:hAnsi="Segoe UI Emoji" w:cs="Segoe UI Emoji"/>
                <w:sz w:val="18"/>
              </w:rPr>
              <w:t>💡</w:t>
            </w:r>
            <w:r w:rsidRPr="000C4743">
              <w:rPr>
                <w:rFonts w:asciiTheme="majorHAnsi" w:hAnsiTheme="majorHAnsi" w:cstheme="majorHAnsi"/>
                <w:sz w:val="18"/>
              </w:rPr>
              <w:t xml:space="preserve"> WHY THIS MATTERS: </w:t>
            </w:r>
            <w:r w:rsidRPr="000C4743">
              <w:rPr>
                <w:rFonts w:asciiTheme="majorHAnsi" w:hAnsiTheme="majorHAnsi" w:cstheme="majorHAnsi"/>
                <w:i/>
                <w:sz w:val="18"/>
              </w:rPr>
              <w:t>Extra help when you need it</w:t>
            </w:r>
          </w:p>
        </w:tc>
      </w:tr>
    </w:tbl>
    <w:p w14:paraId="755B9FD5" w14:textId="77777777" w:rsidR="003147F5" w:rsidRPr="000C4743" w:rsidRDefault="003147F5">
      <w:pPr>
        <w:rPr>
          <w:rFonts w:asciiTheme="majorHAnsi" w:hAnsiTheme="majorHAnsi" w:cstheme="majorHAnsi"/>
        </w:rPr>
      </w:pPr>
    </w:p>
    <w:p w14:paraId="570F9688" w14:textId="65C8A673" w:rsidR="003147F5" w:rsidRPr="00A5255C" w:rsidRDefault="00000000" w:rsidP="00A5255C">
      <w:pPr>
        <w:pStyle w:val="Heading2"/>
        <w:jc w:val="center"/>
        <w:rPr>
          <w:rFonts w:cstheme="majorHAnsi"/>
          <w:color w:val="0070C0"/>
          <w:u w:val="single"/>
        </w:rPr>
      </w:pPr>
      <w:r w:rsidRPr="00A5255C">
        <w:rPr>
          <w:rFonts w:cstheme="majorHAnsi"/>
          <w:color w:val="0070C0"/>
          <w:sz w:val="24"/>
          <w:u w:val="single"/>
        </w:rPr>
        <w:lastRenderedPageBreak/>
        <w:t>BONUS CHALLENGE (5 points - HARD!)</w:t>
      </w: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10224"/>
      </w:tblGrid>
      <w:tr w:rsidR="003147F5" w:rsidRPr="000C4743" w14:paraId="148D8DEE" w14:textId="77777777" w:rsidTr="003147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FFF0F5"/>
          </w:tcPr>
          <w:p w14:paraId="19E580DE" w14:textId="33F6725D" w:rsidR="003147F5" w:rsidRPr="000C4743" w:rsidRDefault="00A5255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11. </w:t>
            </w:r>
            <w:r w:rsidR="00000000" w:rsidRPr="000C4743">
              <w:rPr>
                <w:rFonts w:asciiTheme="majorHAnsi" w:hAnsiTheme="majorHAnsi" w:cstheme="majorHAnsi"/>
                <w:color w:val="000000" w:themeColor="text1"/>
              </w:rPr>
              <w:t>Identify the most useful resource you didn't know existed before today</w:t>
            </w:r>
          </w:p>
        </w:tc>
      </w:tr>
      <w:tr w:rsidR="003147F5" w:rsidRPr="000C4743" w14:paraId="0481DC30" w14:textId="77777777" w:rsidTr="003147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</w:tcPr>
          <w:p w14:paraId="158AAFAA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color w:val="FF6600"/>
              </w:rPr>
              <w:t xml:space="preserve">PROVE IT: </w:t>
            </w:r>
            <w:r w:rsidRPr="000C4743">
              <w:rPr>
                <w:rFonts w:asciiTheme="majorHAnsi" w:hAnsiTheme="majorHAnsi" w:cstheme="majorHAnsi"/>
              </w:rPr>
              <w:t>What is it? Why will you use it?</w:t>
            </w:r>
          </w:p>
        </w:tc>
      </w:tr>
      <w:tr w:rsidR="003147F5" w:rsidRPr="000C4743" w14:paraId="5A89B867" w14:textId="77777777" w:rsidTr="003147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FFFEF0"/>
          </w:tcPr>
          <w:p w14:paraId="04E8BF3C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i/>
              </w:rPr>
              <w:t xml:space="preserve">YOUR ANSWER: </w:t>
            </w:r>
          </w:p>
          <w:p w14:paraId="6FFD1133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</w:rPr>
              <w:t>________________________________________________________________________________</w:t>
            </w:r>
          </w:p>
        </w:tc>
      </w:tr>
      <w:tr w:rsidR="003147F5" w:rsidRPr="000C4743" w14:paraId="34715887" w14:textId="77777777" w:rsidTr="003147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shd w:val="clear" w:color="auto" w:fill="E6F3FF"/>
          </w:tcPr>
          <w:p w14:paraId="70743064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="Segoe UI Emoji" w:hAnsi="Segoe UI Emoji" w:cs="Segoe UI Emoji"/>
                <w:sz w:val="18"/>
              </w:rPr>
              <w:t>💡</w:t>
            </w:r>
            <w:r w:rsidRPr="000C4743">
              <w:rPr>
                <w:rFonts w:asciiTheme="majorHAnsi" w:hAnsiTheme="majorHAnsi" w:cstheme="majorHAnsi"/>
                <w:sz w:val="18"/>
              </w:rPr>
              <w:t xml:space="preserve"> WHY THIS MATTERS: </w:t>
            </w:r>
            <w:r w:rsidRPr="000C4743">
              <w:rPr>
                <w:rFonts w:asciiTheme="majorHAnsi" w:hAnsiTheme="majorHAnsi" w:cstheme="majorHAnsi"/>
                <w:i/>
                <w:sz w:val="18"/>
              </w:rPr>
              <w:t>Discovery leads to better learning</w:t>
            </w:r>
          </w:p>
        </w:tc>
      </w:tr>
    </w:tbl>
    <w:p w14:paraId="7B5DF19B" w14:textId="77777777" w:rsidR="003147F5" w:rsidRDefault="003147F5">
      <w:pPr>
        <w:rPr>
          <w:rFonts w:asciiTheme="majorHAnsi" w:hAnsiTheme="majorHAnsi" w:cstheme="majorHAnsi"/>
        </w:rPr>
      </w:pPr>
    </w:p>
    <w:p w14:paraId="65FCE48B" w14:textId="7B2D28E4" w:rsidR="00A5255C" w:rsidRPr="000C4743" w:rsidRDefault="00A5255C" w:rsidP="00A5255C">
      <w:pPr>
        <w:jc w:val="center"/>
        <w:rPr>
          <w:rFonts w:asciiTheme="majorHAnsi" w:hAnsiTheme="majorHAnsi" w:cstheme="majorHAnsi"/>
        </w:rPr>
      </w:pPr>
      <w:r w:rsidRPr="000C4743">
        <w:rPr>
          <w:rFonts w:ascii="Segoe UI Emoji" w:hAnsi="Segoe UI Emoji" w:cs="Segoe UI Emoji"/>
          <w:b/>
          <w:color w:val="FF6600"/>
          <w:sz w:val="28"/>
        </w:rPr>
        <w:t>⏱️</w:t>
      </w:r>
      <w:r w:rsidRPr="000C4743">
        <w:rPr>
          <w:rFonts w:asciiTheme="majorHAnsi" w:hAnsiTheme="majorHAnsi" w:cstheme="majorHAnsi"/>
          <w:b/>
          <w:color w:val="FF6600"/>
          <w:sz w:val="28"/>
        </w:rPr>
        <w:t xml:space="preserve"> </w:t>
      </w:r>
      <w:r>
        <w:rPr>
          <w:rFonts w:asciiTheme="majorHAnsi" w:hAnsiTheme="majorHAnsi" w:cstheme="majorHAnsi"/>
          <w:b/>
          <w:color w:val="FF6600"/>
          <w:sz w:val="28"/>
        </w:rPr>
        <w:t>END OF</w:t>
      </w:r>
      <w:r w:rsidRPr="000C4743">
        <w:rPr>
          <w:rFonts w:asciiTheme="majorHAnsi" w:hAnsiTheme="majorHAnsi" w:cstheme="majorHAnsi"/>
          <w:b/>
          <w:color w:val="FF6600"/>
          <w:sz w:val="28"/>
        </w:rPr>
        <w:t xml:space="preserve"> CHALLENGE </w:t>
      </w:r>
      <w:r w:rsidRPr="000C4743">
        <w:rPr>
          <w:rFonts w:ascii="Segoe UI Emoji" w:hAnsi="Segoe UI Emoji" w:cs="Segoe UI Emoji"/>
          <w:b/>
          <w:color w:val="FF6600"/>
          <w:sz w:val="28"/>
        </w:rPr>
        <w:t>⏱️</w:t>
      </w:r>
    </w:p>
    <w:p w14:paraId="471D8F20" w14:textId="77777777" w:rsidR="00A5255C" w:rsidRDefault="00A5255C">
      <w:pPr>
        <w:rPr>
          <w:rFonts w:asciiTheme="majorHAnsi" w:hAnsiTheme="majorHAnsi" w:cstheme="majorHAnsi"/>
        </w:rPr>
      </w:pPr>
    </w:p>
    <w:tbl>
      <w:tblPr>
        <w:tblStyle w:val="MediumGrid3-Accent1"/>
        <w:tblW w:w="0" w:type="auto"/>
        <w:tblLook w:val="04A0" w:firstRow="1" w:lastRow="0" w:firstColumn="1" w:lastColumn="0" w:noHBand="0" w:noVBand="1"/>
      </w:tblPr>
      <w:tblGrid>
        <w:gridCol w:w="5112"/>
        <w:gridCol w:w="5112"/>
      </w:tblGrid>
      <w:tr w:rsidR="00826AE1" w:rsidRPr="000C4743" w14:paraId="5DB158B1" w14:textId="77777777" w:rsidTr="004746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4" w:type="dxa"/>
            <w:gridSpan w:val="2"/>
            <w:shd w:val="clear" w:color="auto" w:fill="DBE5F1" w:themeFill="accent1" w:themeFillTint="33"/>
          </w:tcPr>
          <w:p w14:paraId="5C665AAC" w14:textId="543FAAF3" w:rsidR="00826AE1" w:rsidRPr="000C4743" w:rsidRDefault="00000000" w:rsidP="00826AE1">
            <w:pPr>
              <w:jc w:val="center"/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</w:rPr>
              <w:br w:type="page"/>
            </w:r>
            <w:r w:rsidR="00826AE1" w:rsidRPr="00826AE1">
              <w:rPr>
                <w:rFonts w:ascii="Segoe UI Emoji" w:hAnsi="Segoe UI Emoji" w:cs="Segoe UI Emoji"/>
                <w:color w:val="E36C0A" w:themeColor="accent6" w:themeShade="BF"/>
                <w:sz w:val="28"/>
                <w:szCs w:val="28"/>
              </w:rPr>
              <w:t>📊</w:t>
            </w:r>
            <w:r w:rsidR="00826AE1" w:rsidRPr="00826AE1">
              <w:rPr>
                <w:rFonts w:asciiTheme="majorHAnsi" w:hAnsiTheme="majorHAnsi" w:cstheme="majorHAnsi"/>
                <w:color w:val="E36C0A" w:themeColor="accent6" w:themeShade="BF"/>
                <w:sz w:val="28"/>
                <w:szCs w:val="28"/>
              </w:rPr>
              <w:t xml:space="preserve"> FINAL SCORE</w:t>
            </w:r>
          </w:p>
        </w:tc>
      </w:tr>
      <w:tr w:rsidR="00826AE1" w:rsidRPr="000C4743" w14:paraId="3F6E6AC0" w14:textId="77777777" w:rsidTr="003147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2" w:type="dxa"/>
          </w:tcPr>
          <w:p w14:paraId="544ADC67" w14:textId="2803C680" w:rsidR="00826AE1" w:rsidRPr="000C4743" w:rsidRDefault="00826AE1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</w:rPr>
              <w:t>Easy Challenges (1 pt each)</w:t>
            </w:r>
          </w:p>
        </w:tc>
        <w:tc>
          <w:tcPr>
            <w:tcW w:w="5112" w:type="dxa"/>
          </w:tcPr>
          <w:p w14:paraId="56F63C26" w14:textId="244901A4" w:rsidR="00826AE1" w:rsidRPr="000C4743" w:rsidRDefault="00826A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</w:rPr>
              <w:t>_____ × 1 = _____</w:t>
            </w:r>
          </w:p>
        </w:tc>
      </w:tr>
      <w:tr w:rsidR="003147F5" w:rsidRPr="000C4743" w14:paraId="09B4509C" w14:textId="77777777" w:rsidTr="003147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2" w:type="dxa"/>
          </w:tcPr>
          <w:p w14:paraId="77A460D4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</w:rPr>
              <w:t>Medium Challenges (2 pts each)</w:t>
            </w:r>
          </w:p>
        </w:tc>
        <w:tc>
          <w:tcPr>
            <w:tcW w:w="5112" w:type="dxa"/>
          </w:tcPr>
          <w:p w14:paraId="78239FBF" w14:textId="77777777" w:rsidR="003147F5" w:rsidRPr="000C4743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</w:rPr>
              <w:t>_____ × 2 = _____</w:t>
            </w:r>
          </w:p>
        </w:tc>
      </w:tr>
      <w:tr w:rsidR="003147F5" w:rsidRPr="000C4743" w14:paraId="20E959C7" w14:textId="77777777" w:rsidTr="003147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2" w:type="dxa"/>
          </w:tcPr>
          <w:p w14:paraId="65852BA3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</w:rPr>
              <w:t>Hard Challenges (3 pts each)</w:t>
            </w:r>
          </w:p>
        </w:tc>
        <w:tc>
          <w:tcPr>
            <w:tcW w:w="5112" w:type="dxa"/>
          </w:tcPr>
          <w:p w14:paraId="40E80A8B" w14:textId="77777777" w:rsidR="003147F5" w:rsidRPr="000C4743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</w:rPr>
              <w:t>_____ × 3 = _____</w:t>
            </w:r>
          </w:p>
        </w:tc>
      </w:tr>
      <w:tr w:rsidR="003147F5" w:rsidRPr="000C4743" w14:paraId="1FF076D5" w14:textId="77777777" w:rsidTr="003147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2" w:type="dxa"/>
          </w:tcPr>
          <w:p w14:paraId="3325F49F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</w:rPr>
              <w:t>Bonus Challenges (5 pts each)</w:t>
            </w:r>
          </w:p>
        </w:tc>
        <w:tc>
          <w:tcPr>
            <w:tcW w:w="5112" w:type="dxa"/>
          </w:tcPr>
          <w:p w14:paraId="52263C9F" w14:textId="77777777" w:rsidR="003147F5" w:rsidRPr="000C4743" w:rsidRDefault="000000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</w:rPr>
              <w:t>_____ × 5 = _____</w:t>
            </w:r>
          </w:p>
        </w:tc>
      </w:tr>
      <w:tr w:rsidR="003147F5" w:rsidRPr="000C4743" w14:paraId="4CC6541B" w14:textId="77777777" w:rsidTr="00826A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2" w:type="dxa"/>
            <w:shd w:val="clear" w:color="auto" w:fill="E36C0A" w:themeFill="accent6" w:themeFillShade="BF"/>
          </w:tcPr>
          <w:p w14:paraId="670B7F66" w14:textId="77777777" w:rsidR="003147F5" w:rsidRPr="000C4743" w:rsidRDefault="00000000">
            <w:pPr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sz w:val="28"/>
              </w:rPr>
              <w:t>TOTAL SCORE</w:t>
            </w:r>
          </w:p>
        </w:tc>
        <w:tc>
          <w:tcPr>
            <w:tcW w:w="5112" w:type="dxa"/>
            <w:shd w:val="clear" w:color="auto" w:fill="E36C0A" w:themeFill="accent6" w:themeFillShade="BF"/>
          </w:tcPr>
          <w:p w14:paraId="3F236AD5" w14:textId="77777777" w:rsidR="003147F5" w:rsidRPr="000C4743" w:rsidRDefault="00000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C4743">
              <w:rPr>
                <w:rFonts w:asciiTheme="majorHAnsi" w:hAnsiTheme="majorHAnsi" w:cstheme="majorHAnsi"/>
                <w:b/>
                <w:sz w:val="28"/>
              </w:rPr>
              <w:t>_____</w:t>
            </w:r>
          </w:p>
        </w:tc>
      </w:tr>
    </w:tbl>
    <w:p w14:paraId="4BEF8EC1" w14:textId="77777777" w:rsidR="003147F5" w:rsidRPr="000C4743" w:rsidRDefault="003147F5">
      <w:pPr>
        <w:rPr>
          <w:rFonts w:asciiTheme="majorHAnsi" w:hAnsiTheme="majorHAnsi" w:cstheme="majorHAnsi"/>
        </w:rPr>
      </w:pPr>
    </w:p>
    <w:p w14:paraId="404461A6" w14:textId="77777777" w:rsidR="003147F5" w:rsidRPr="000C4743" w:rsidRDefault="003147F5">
      <w:pPr>
        <w:rPr>
          <w:rFonts w:asciiTheme="majorHAnsi" w:hAnsiTheme="majorHAnsi" w:cstheme="majorHAnsi"/>
        </w:rPr>
      </w:pPr>
    </w:p>
    <w:p w14:paraId="1A62E77C" w14:textId="77777777" w:rsidR="003147F5" w:rsidRPr="00826AE1" w:rsidRDefault="00000000">
      <w:pPr>
        <w:pStyle w:val="Heading1"/>
        <w:rPr>
          <w:rFonts w:cstheme="majorHAnsi"/>
          <w:color w:val="E36C0A" w:themeColor="accent6" w:themeShade="BF"/>
        </w:rPr>
      </w:pPr>
      <w:r w:rsidRPr="00826AE1">
        <w:rPr>
          <w:rFonts w:ascii="Segoe UI Emoji" w:hAnsi="Segoe UI Emoji" w:cs="Segoe UI Emoji"/>
          <w:color w:val="E36C0A" w:themeColor="accent6" w:themeShade="BF"/>
        </w:rPr>
        <w:t>🤔</w:t>
      </w:r>
      <w:r w:rsidRPr="00826AE1">
        <w:rPr>
          <w:rFonts w:cstheme="majorHAnsi"/>
          <w:color w:val="E36C0A" w:themeColor="accent6" w:themeShade="BF"/>
        </w:rPr>
        <w:t xml:space="preserve"> QUICK REFLECTION (After the Hunt)</w:t>
      </w:r>
    </w:p>
    <w:p w14:paraId="5F575324" w14:textId="77777777" w:rsidR="003147F5" w:rsidRPr="000C4743" w:rsidRDefault="00000000">
      <w:pPr>
        <w:rPr>
          <w:rFonts w:asciiTheme="majorHAnsi" w:hAnsiTheme="majorHAnsi" w:cstheme="majorHAnsi"/>
        </w:rPr>
      </w:pPr>
      <w:r w:rsidRPr="000C4743">
        <w:rPr>
          <w:rFonts w:asciiTheme="majorHAnsi" w:hAnsiTheme="majorHAnsi" w:cstheme="majorHAnsi"/>
          <w:b/>
        </w:rPr>
        <w:t>• What surprised you most about what's available on your module page?</w:t>
      </w:r>
    </w:p>
    <w:p w14:paraId="341D76C7" w14:textId="0CB53F85" w:rsidR="003147F5" w:rsidRPr="000C4743" w:rsidRDefault="00000000">
      <w:pPr>
        <w:rPr>
          <w:rFonts w:asciiTheme="majorHAnsi" w:hAnsiTheme="majorHAnsi" w:cstheme="majorHAnsi"/>
        </w:rPr>
      </w:pPr>
      <w:r w:rsidRPr="000C4743">
        <w:rPr>
          <w:rFonts w:asciiTheme="majorHAnsi" w:hAnsiTheme="majorHAnsi" w:cstheme="majorHAnsi"/>
        </w:rPr>
        <w:t>_____________________________________________________________________________________________</w:t>
      </w:r>
    </w:p>
    <w:p w14:paraId="69627CF1" w14:textId="20528133" w:rsidR="003147F5" w:rsidRPr="000C4743" w:rsidRDefault="00000000">
      <w:pPr>
        <w:rPr>
          <w:rFonts w:asciiTheme="majorHAnsi" w:hAnsiTheme="majorHAnsi" w:cstheme="majorHAnsi"/>
        </w:rPr>
      </w:pPr>
      <w:r w:rsidRPr="000C4743">
        <w:rPr>
          <w:rFonts w:asciiTheme="majorHAnsi" w:hAnsiTheme="majorHAnsi" w:cstheme="majorHAnsi"/>
        </w:rPr>
        <w:t>_____________________________________________________________________________________________</w:t>
      </w:r>
    </w:p>
    <w:p w14:paraId="026022CA" w14:textId="77777777" w:rsidR="003147F5" w:rsidRPr="000C4743" w:rsidRDefault="00000000">
      <w:pPr>
        <w:rPr>
          <w:rFonts w:asciiTheme="majorHAnsi" w:hAnsiTheme="majorHAnsi" w:cstheme="majorHAnsi"/>
        </w:rPr>
      </w:pPr>
      <w:r w:rsidRPr="000C4743">
        <w:rPr>
          <w:rFonts w:asciiTheme="majorHAnsi" w:hAnsiTheme="majorHAnsi" w:cstheme="majorHAnsi"/>
          <w:b/>
        </w:rPr>
        <w:t>• Which resource will you use THIS WEEK? Why?</w:t>
      </w:r>
    </w:p>
    <w:p w14:paraId="3D234ED0" w14:textId="183337A1" w:rsidR="003147F5" w:rsidRPr="000C4743" w:rsidRDefault="00000000">
      <w:pPr>
        <w:rPr>
          <w:rFonts w:asciiTheme="majorHAnsi" w:hAnsiTheme="majorHAnsi" w:cstheme="majorHAnsi"/>
        </w:rPr>
      </w:pPr>
      <w:r w:rsidRPr="000C4743">
        <w:rPr>
          <w:rFonts w:asciiTheme="majorHAnsi" w:hAnsiTheme="majorHAnsi" w:cstheme="majorHAnsi"/>
        </w:rPr>
        <w:t>_____________________________________________________________________________________________</w:t>
      </w:r>
    </w:p>
    <w:p w14:paraId="0E935A95" w14:textId="7FE9D481" w:rsidR="003147F5" w:rsidRPr="000C4743" w:rsidRDefault="00000000">
      <w:pPr>
        <w:rPr>
          <w:rFonts w:asciiTheme="majorHAnsi" w:hAnsiTheme="majorHAnsi" w:cstheme="majorHAnsi"/>
        </w:rPr>
      </w:pPr>
      <w:r w:rsidRPr="000C4743">
        <w:rPr>
          <w:rFonts w:asciiTheme="majorHAnsi" w:hAnsiTheme="majorHAnsi" w:cstheme="majorHAnsi"/>
        </w:rPr>
        <w:t>_____________________________________________________________________________________________</w:t>
      </w:r>
    </w:p>
    <w:p w14:paraId="4606C884" w14:textId="77777777" w:rsidR="003147F5" w:rsidRPr="000C4743" w:rsidRDefault="00000000">
      <w:pPr>
        <w:rPr>
          <w:rFonts w:asciiTheme="majorHAnsi" w:hAnsiTheme="majorHAnsi" w:cstheme="majorHAnsi"/>
        </w:rPr>
      </w:pPr>
      <w:r w:rsidRPr="000C4743">
        <w:rPr>
          <w:rFonts w:asciiTheme="majorHAnsi" w:hAnsiTheme="majorHAnsi" w:cstheme="majorHAnsi"/>
          <w:b/>
        </w:rPr>
        <w:t>• What's one thing you wish was easier to find on Moodle?</w:t>
      </w:r>
    </w:p>
    <w:p w14:paraId="0D47473F" w14:textId="488A61D5" w:rsidR="003147F5" w:rsidRPr="000C4743" w:rsidRDefault="00000000">
      <w:pPr>
        <w:rPr>
          <w:rFonts w:asciiTheme="majorHAnsi" w:hAnsiTheme="majorHAnsi" w:cstheme="majorHAnsi"/>
        </w:rPr>
      </w:pPr>
      <w:r w:rsidRPr="000C4743">
        <w:rPr>
          <w:rFonts w:asciiTheme="majorHAnsi" w:hAnsiTheme="majorHAnsi" w:cstheme="majorHAnsi"/>
        </w:rPr>
        <w:t>_____________________________________________________________________________________________</w:t>
      </w:r>
    </w:p>
    <w:p w14:paraId="028506D2" w14:textId="7FD803B7" w:rsidR="003147F5" w:rsidRPr="000C4743" w:rsidRDefault="00000000">
      <w:pPr>
        <w:rPr>
          <w:rFonts w:asciiTheme="majorHAnsi" w:hAnsiTheme="majorHAnsi" w:cstheme="majorHAnsi"/>
        </w:rPr>
      </w:pPr>
      <w:r w:rsidRPr="000C4743">
        <w:rPr>
          <w:rFonts w:asciiTheme="majorHAnsi" w:hAnsiTheme="majorHAnsi" w:cstheme="majorHAnsi"/>
        </w:rPr>
        <w:t>_____________________________________________________________________________________________</w:t>
      </w:r>
    </w:p>
    <w:sectPr w:rsidR="003147F5" w:rsidRPr="000C4743" w:rsidSect="00034616">
      <w:pgSz w:w="12240" w:h="15840"/>
      <w:pgMar w:top="720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11D2AD9"/>
    <w:multiLevelType w:val="hybridMultilevel"/>
    <w:tmpl w:val="5F829046"/>
    <w:lvl w:ilvl="0" w:tplc="BEAA0D08">
      <w:start w:val="1"/>
      <w:numFmt w:val="decimal"/>
      <w:lvlText w:val="%1."/>
      <w:lvlJc w:val="left"/>
      <w:pPr>
        <w:ind w:left="465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 w15:restartNumberingAfterBreak="0">
    <w:nsid w:val="786D2CC4"/>
    <w:multiLevelType w:val="hybridMultilevel"/>
    <w:tmpl w:val="8C1ED84A"/>
    <w:lvl w:ilvl="0" w:tplc="7ED05FA4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9793324">
    <w:abstractNumId w:val="8"/>
  </w:num>
  <w:num w:numId="2" w16cid:durableId="2144275291">
    <w:abstractNumId w:val="6"/>
  </w:num>
  <w:num w:numId="3" w16cid:durableId="2043942320">
    <w:abstractNumId w:val="5"/>
  </w:num>
  <w:num w:numId="4" w16cid:durableId="684793035">
    <w:abstractNumId w:val="4"/>
  </w:num>
  <w:num w:numId="5" w16cid:durableId="1379431351">
    <w:abstractNumId w:val="7"/>
  </w:num>
  <w:num w:numId="6" w16cid:durableId="388576066">
    <w:abstractNumId w:val="3"/>
  </w:num>
  <w:num w:numId="7" w16cid:durableId="193466272">
    <w:abstractNumId w:val="2"/>
  </w:num>
  <w:num w:numId="8" w16cid:durableId="1330401798">
    <w:abstractNumId w:val="1"/>
  </w:num>
  <w:num w:numId="9" w16cid:durableId="283579764">
    <w:abstractNumId w:val="0"/>
  </w:num>
  <w:num w:numId="10" w16cid:durableId="644507003">
    <w:abstractNumId w:val="9"/>
  </w:num>
  <w:num w:numId="11" w16cid:durableId="6758901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4743"/>
    <w:rsid w:val="0015074B"/>
    <w:rsid w:val="00194B65"/>
    <w:rsid w:val="0029639D"/>
    <w:rsid w:val="003147F5"/>
    <w:rsid w:val="00315896"/>
    <w:rsid w:val="00326F90"/>
    <w:rsid w:val="00334067"/>
    <w:rsid w:val="00370281"/>
    <w:rsid w:val="00424899"/>
    <w:rsid w:val="00826AE1"/>
    <w:rsid w:val="008B4C0C"/>
    <w:rsid w:val="00A01168"/>
    <w:rsid w:val="00A5255C"/>
    <w:rsid w:val="00AA1D8D"/>
    <w:rsid w:val="00AA344D"/>
    <w:rsid w:val="00B47730"/>
    <w:rsid w:val="00CB0664"/>
    <w:rsid w:val="00CE6A5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63EF6B"/>
  <w14:defaultImageDpi w14:val="300"/>
  <w15:docId w15:val="{6FD9413E-0AB0-4E7A-91D8-382C97B3F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4117</Characters>
  <Application>Microsoft Office Word</Application>
  <DocSecurity>0</DocSecurity>
  <Lines>111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Sylvia Hoffmann</cp:lastModifiedBy>
  <cp:revision>8</cp:revision>
  <dcterms:created xsi:type="dcterms:W3CDTF">2013-12-23T23:15:00Z</dcterms:created>
  <dcterms:modified xsi:type="dcterms:W3CDTF">2026-02-06T15:16:00Z</dcterms:modified>
  <cp:category/>
</cp:coreProperties>
</file>