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1974B" w14:textId="77777777" w:rsidR="0005760A" w:rsidRPr="00A85B25" w:rsidRDefault="00000000">
      <w:pPr>
        <w:rPr>
          <w:rFonts w:ascii="Aptos" w:hAnsi="Aptos"/>
        </w:rPr>
      </w:pPr>
      <w:r w:rsidRPr="00A85B25">
        <w:rPr>
          <w:rFonts w:ascii="Aptos" w:hAnsi="Aptos"/>
        </w:rPr>
        <w:t>AI Acknowledgement Statement</w:t>
      </w:r>
    </w:p>
    <w:p w14:paraId="543600EC" w14:textId="77777777" w:rsidR="0005760A" w:rsidRPr="00A85B25" w:rsidRDefault="00000000">
      <w:pPr>
        <w:rPr>
          <w:rFonts w:ascii="Aptos" w:hAnsi="Aptos"/>
        </w:rPr>
      </w:pPr>
      <w:r w:rsidRPr="00A85B25">
        <w:rPr>
          <w:rFonts w:ascii="Aptos" w:hAnsi="Aptos"/>
        </w:rPr>
        <w:t xml:space="preserve">I acknowledge the use of ChatGPT (https://chat.openai.com) on 27/10/2025 to support the structuring, proofreading, and formatting of my e-portfolio. </w:t>
      </w:r>
    </w:p>
    <w:p w14:paraId="36CE2E0F" w14:textId="77777777" w:rsidR="0005760A" w:rsidRPr="00A85B25" w:rsidRDefault="00000000">
      <w:pPr>
        <w:rPr>
          <w:rFonts w:ascii="Aptos" w:hAnsi="Aptos"/>
        </w:rPr>
      </w:pPr>
      <w:r w:rsidRPr="00A85B25">
        <w:rPr>
          <w:rFonts w:ascii="Aptos" w:hAnsi="Aptos"/>
        </w:rPr>
        <w:t>I confirm that no AI-generated text has been presented as my own work, and all content has been critically reviewed, edited, and verified by me.</w:t>
      </w:r>
    </w:p>
    <w:p w14:paraId="1EC9C480" w14:textId="77777777" w:rsidR="0005760A" w:rsidRPr="00A85B25" w:rsidRDefault="0005760A">
      <w:pPr>
        <w:rPr>
          <w:rFonts w:ascii="Aptos" w:hAnsi="Aptos"/>
        </w:rPr>
      </w:pPr>
    </w:p>
    <w:p w14:paraId="3D842E2E" w14:textId="77777777" w:rsidR="0005760A" w:rsidRPr="00A85B25" w:rsidRDefault="00000000">
      <w:pPr>
        <w:rPr>
          <w:rFonts w:ascii="Aptos" w:hAnsi="Aptos"/>
        </w:rPr>
      </w:pPr>
      <w:r w:rsidRPr="00A85B25">
        <w:rPr>
          <w:rFonts w:ascii="Aptos" w:hAnsi="Aptos"/>
        </w:rPr>
        <w:t>Signed: Zachary Robin Karakaya Ashburner</w:t>
      </w:r>
    </w:p>
    <w:p w14:paraId="12EC5FB9" w14:textId="77777777" w:rsidR="0005760A" w:rsidRPr="00A85B25" w:rsidRDefault="00000000">
      <w:pPr>
        <w:rPr>
          <w:rFonts w:ascii="Aptos" w:hAnsi="Aptos"/>
        </w:rPr>
      </w:pPr>
      <w:r w:rsidRPr="00A85B25">
        <w:rPr>
          <w:rFonts w:ascii="Aptos" w:hAnsi="Aptos"/>
        </w:rPr>
        <w:t>Student Number: 2407497</w:t>
      </w:r>
    </w:p>
    <w:p w14:paraId="073191FD" w14:textId="77777777" w:rsidR="0005760A" w:rsidRPr="00A85B25" w:rsidRDefault="0005760A">
      <w:pPr>
        <w:rPr>
          <w:rFonts w:ascii="Aptos" w:hAnsi="Aptos"/>
        </w:rPr>
      </w:pPr>
    </w:p>
    <w:p w14:paraId="13BA503C" w14:textId="77777777" w:rsidR="0005760A" w:rsidRPr="00A85B25" w:rsidRDefault="00000000">
      <w:pPr>
        <w:rPr>
          <w:rFonts w:ascii="Aptos" w:hAnsi="Aptos"/>
        </w:rPr>
      </w:pPr>
      <w:r w:rsidRPr="00A85B25">
        <w:rPr>
          <w:rFonts w:ascii="Aptos" w:hAnsi="Aptos"/>
        </w:rPr>
        <w:t>E-Portfolio: Work Placement / CPD Pathway</w:t>
      </w:r>
    </w:p>
    <w:p w14:paraId="6DA4BF8C" w14:textId="77777777" w:rsidR="0005760A" w:rsidRPr="00A85B25" w:rsidRDefault="0005760A">
      <w:pPr>
        <w:rPr>
          <w:rFonts w:ascii="Aptos" w:hAnsi="Aptos"/>
        </w:rPr>
      </w:pPr>
    </w:p>
    <w:p w14:paraId="64554F13" w14:textId="77777777" w:rsidR="0005760A" w:rsidRPr="00A85B25" w:rsidRDefault="00000000">
      <w:pPr>
        <w:rPr>
          <w:rFonts w:ascii="Aptos" w:hAnsi="Aptos"/>
        </w:rPr>
      </w:pPr>
      <w:r w:rsidRPr="00A85B25">
        <w:rPr>
          <w:rFonts w:ascii="Aptos" w:hAnsi="Aptos"/>
        </w:rPr>
        <w:t>Name: Zachary Robin Karakaya Ashburner</w:t>
      </w:r>
    </w:p>
    <w:p w14:paraId="37C7776D" w14:textId="77777777" w:rsidR="0005760A" w:rsidRPr="00A85B25" w:rsidRDefault="00000000">
      <w:pPr>
        <w:rPr>
          <w:rFonts w:ascii="Aptos" w:hAnsi="Aptos"/>
        </w:rPr>
      </w:pPr>
      <w:r w:rsidRPr="00A85B25">
        <w:rPr>
          <w:rFonts w:ascii="Aptos" w:hAnsi="Aptos"/>
        </w:rPr>
        <w:t>Student Number: 2407497</w:t>
      </w:r>
    </w:p>
    <w:p w14:paraId="7A3D5D2C" w14:textId="77777777" w:rsidR="0005760A" w:rsidRPr="00A85B25" w:rsidRDefault="00000000">
      <w:pPr>
        <w:rPr>
          <w:rFonts w:ascii="Aptos" w:hAnsi="Aptos"/>
        </w:rPr>
      </w:pPr>
      <w:r w:rsidRPr="00A85B25">
        <w:rPr>
          <w:rFonts w:ascii="Aptos" w:hAnsi="Aptos"/>
        </w:rPr>
        <w:t>Course: BSc (Hons) Sport and Exercise Science, UWTSD Swansea</w:t>
      </w:r>
    </w:p>
    <w:p w14:paraId="1F2C5341" w14:textId="77777777" w:rsidR="0005760A" w:rsidRPr="00A85B25" w:rsidRDefault="00000000">
      <w:pPr>
        <w:rPr>
          <w:rFonts w:ascii="Aptos" w:hAnsi="Aptos"/>
        </w:rPr>
      </w:pPr>
      <w:r w:rsidRPr="00A85B25">
        <w:rPr>
          <w:rFonts w:ascii="Aptos" w:hAnsi="Aptos"/>
        </w:rPr>
        <w:t>Placement: ATiC Biomechanics Internship</w:t>
      </w:r>
    </w:p>
    <w:p w14:paraId="0282983E" w14:textId="77777777" w:rsidR="0005760A" w:rsidRPr="00A85B25" w:rsidRDefault="00000000">
      <w:pPr>
        <w:rPr>
          <w:rFonts w:ascii="Aptos" w:hAnsi="Aptos"/>
        </w:rPr>
      </w:pPr>
      <w:r w:rsidRPr="00A85B25">
        <w:rPr>
          <w:rFonts w:ascii="Aptos" w:hAnsi="Aptos"/>
        </w:rPr>
        <w:t>Module Code: BMSS5007 – Work Placement and Professional Development</w:t>
      </w:r>
    </w:p>
    <w:p w14:paraId="67173BC4" w14:textId="77777777" w:rsidR="0005760A" w:rsidRPr="00A85B25" w:rsidRDefault="00000000">
      <w:pPr>
        <w:rPr>
          <w:rFonts w:ascii="Aptos" w:hAnsi="Aptos"/>
        </w:rPr>
      </w:pPr>
      <w:r w:rsidRPr="00A85B25">
        <w:rPr>
          <w:rFonts w:ascii="Aptos" w:hAnsi="Aptos"/>
        </w:rPr>
        <w:t>Word Count: 1208 (excluding CV &amp; references)</w:t>
      </w:r>
    </w:p>
    <w:p w14:paraId="015CC5B8" w14:textId="77777777" w:rsidR="0005760A" w:rsidRPr="00A85B25" w:rsidRDefault="0005760A">
      <w:pPr>
        <w:rPr>
          <w:rFonts w:ascii="Aptos" w:hAnsi="Aptos"/>
        </w:rPr>
      </w:pPr>
    </w:p>
    <w:p w14:paraId="7F37E182" w14:textId="77777777" w:rsidR="0005760A" w:rsidRPr="00A85B25" w:rsidRDefault="0005760A">
      <w:pPr>
        <w:rPr>
          <w:rFonts w:ascii="Aptos" w:hAnsi="Aptos"/>
        </w:rPr>
      </w:pPr>
    </w:p>
    <w:p w14:paraId="112D2340" w14:textId="77777777" w:rsidR="00A85B25" w:rsidRPr="00A85B25" w:rsidRDefault="00A85B25">
      <w:pPr>
        <w:rPr>
          <w:rFonts w:ascii="Aptos" w:hAnsi="Aptos"/>
        </w:rPr>
      </w:pPr>
    </w:p>
    <w:p w14:paraId="30D22839" w14:textId="77777777" w:rsidR="00A85B25" w:rsidRPr="00A85B25" w:rsidRDefault="00A85B25">
      <w:pPr>
        <w:rPr>
          <w:rFonts w:ascii="Aptos" w:hAnsi="Aptos"/>
        </w:rPr>
      </w:pPr>
    </w:p>
    <w:p w14:paraId="6FDEAFD8" w14:textId="77777777" w:rsidR="00A85B25" w:rsidRPr="00A85B25" w:rsidRDefault="00A85B25">
      <w:pPr>
        <w:rPr>
          <w:rFonts w:ascii="Aptos" w:hAnsi="Aptos"/>
        </w:rPr>
      </w:pPr>
    </w:p>
    <w:p w14:paraId="0294FCC6" w14:textId="77777777" w:rsidR="00A85B25" w:rsidRPr="00A85B25" w:rsidRDefault="00A85B25">
      <w:pPr>
        <w:rPr>
          <w:rFonts w:ascii="Aptos" w:hAnsi="Aptos"/>
        </w:rPr>
      </w:pPr>
    </w:p>
    <w:p w14:paraId="4B05B8F3" w14:textId="77777777" w:rsidR="00A85B25" w:rsidRPr="00A85B25" w:rsidRDefault="00A85B25">
      <w:pPr>
        <w:rPr>
          <w:rFonts w:ascii="Aptos" w:hAnsi="Aptos"/>
        </w:rPr>
      </w:pPr>
    </w:p>
    <w:p w14:paraId="6C469767" w14:textId="77777777" w:rsidR="00A85B25" w:rsidRDefault="00A85B25">
      <w:pPr>
        <w:rPr>
          <w:rFonts w:ascii="Aptos" w:hAnsi="Aptos"/>
        </w:rPr>
      </w:pPr>
    </w:p>
    <w:p w14:paraId="1DD33403" w14:textId="45872295" w:rsidR="0005760A" w:rsidRPr="00A85B25" w:rsidRDefault="00000000">
      <w:pPr>
        <w:rPr>
          <w:rFonts w:ascii="Aptos" w:hAnsi="Aptos"/>
        </w:rPr>
      </w:pPr>
      <w:r w:rsidRPr="00A85B25">
        <w:rPr>
          <w:rFonts w:ascii="Aptos" w:hAnsi="Aptos"/>
        </w:rPr>
        <w:lastRenderedPageBreak/>
        <w:t>Introduction</w:t>
      </w:r>
    </w:p>
    <w:p w14:paraId="072CA9B2" w14:textId="770E461F" w:rsidR="0005760A" w:rsidRPr="00A85B25" w:rsidRDefault="00000000">
      <w:pPr>
        <w:rPr>
          <w:rFonts w:ascii="Aptos" w:hAnsi="Aptos"/>
        </w:rPr>
      </w:pPr>
      <w:r w:rsidRPr="00A85B25">
        <w:rPr>
          <w:rFonts w:ascii="Aptos" w:hAnsi="Aptos"/>
        </w:rPr>
        <w:t>This e-portfolio presents evidence of my readiness for professional practice within the sport and exercise science industry. It includes a CV summary, personal statement, and focus statement/CPD rationale, each demonstrating self-awareness, professional reflection, and forward planning. The content aligns with established professional frameworks including BASES (2022), CIMSPA (2023), UKSCA (2022), and the internationally recognised NSCA (2023) standards. These collectively define the competencies, ethics, and professional values expected of practitioners in sport science and strength and conditioning.</w:t>
      </w:r>
    </w:p>
    <w:p w14:paraId="0327FFBC" w14:textId="72489C11" w:rsidR="0005760A" w:rsidRPr="00A85B25" w:rsidRDefault="00000000">
      <w:pPr>
        <w:rPr>
          <w:rFonts w:ascii="Aptos" w:hAnsi="Aptos"/>
        </w:rPr>
      </w:pPr>
      <w:r w:rsidRPr="00A85B25">
        <w:rPr>
          <w:rFonts w:ascii="Aptos" w:hAnsi="Aptos"/>
        </w:rPr>
        <w:t>The evidence and reflections presented are based on my current Biomechanics Internship at ATiC, through which I am developing applied research and analytical skills. This experience is foundational to my aspiration to become a specialist, biomechanics-based performance trainer working within elite and professional sport environments.</w:t>
      </w:r>
    </w:p>
    <w:p w14:paraId="4EAAA1E0" w14:textId="77777777" w:rsidR="0005760A" w:rsidRPr="00A85B25" w:rsidRDefault="0005760A">
      <w:pPr>
        <w:rPr>
          <w:rFonts w:ascii="Aptos" w:hAnsi="Aptos"/>
        </w:rPr>
      </w:pPr>
    </w:p>
    <w:p w14:paraId="0310FCF9" w14:textId="77777777" w:rsidR="0005760A" w:rsidRPr="00A85B25" w:rsidRDefault="00000000">
      <w:pPr>
        <w:rPr>
          <w:rFonts w:ascii="Aptos" w:hAnsi="Aptos"/>
        </w:rPr>
      </w:pPr>
      <w:r w:rsidRPr="00A85B25">
        <w:rPr>
          <w:rFonts w:ascii="Aptos" w:hAnsi="Aptos"/>
        </w:rPr>
        <w:t>1. CV Summary (Employability Profile)</w:t>
      </w:r>
    </w:p>
    <w:p w14:paraId="5FC50EC6" w14:textId="6B2B2C1F" w:rsidR="0005760A" w:rsidRPr="00A85B25" w:rsidRDefault="00000000">
      <w:pPr>
        <w:rPr>
          <w:rFonts w:ascii="Aptos" w:hAnsi="Aptos"/>
        </w:rPr>
      </w:pPr>
      <w:r w:rsidRPr="00A85B25">
        <w:rPr>
          <w:rFonts w:ascii="Aptos" w:hAnsi="Aptos"/>
        </w:rPr>
        <w:t>I am a motivated and analytical Sport and Exercise Science undergraduate at the University of Wales Trinity Saint David (UWTSD), currently completing a Biomechanics Internship at ATiC Swansea. This placement has given me practical experience in human movement assessment, gait analysis, and data interpretation. My long-term goal is to specialise in applied biomechanics and strength and conditioning, integrating scientific methods with practical coaching to enhance athletic performance and reduce injury risk.</w:t>
      </w:r>
    </w:p>
    <w:p w14:paraId="686B861B" w14:textId="66982D49" w:rsidR="0005760A" w:rsidRPr="00A85B25" w:rsidRDefault="00000000">
      <w:pPr>
        <w:rPr>
          <w:rFonts w:ascii="Aptos" w:hAnsi="Aptos"/>
        </w:rPr>
      </w:pPr>
      <w:r w:rsidRPr="00A85B25">
        <w:rPr>
          <w:rFonts w:ascii="Aptos" w:hAnsi="Aptos"/>
        </w:rPr>
        <w:t>I hold Level 2 Gym Instructor and Level 3 Personal Trainer qualifications and have trained alongside professional bodybuilders, boxers, and martial artists. These experiences have deepened my understanding of movement technique, training periodisation, and biomechanical efficiency. My diverse employment background—from customer service and construction to academic research—has strengthened my communication, teamwork, and problem-solving abilities.</w:t>
      </w:r>
    </w:p>
    <w:p w14:paraId="243EEA4D" w14:textId="77777777" w:rsidR="00A85B25" w:rsidRDefault="00000000">
      <w:pPr>
        <w:rPr>
          <w:rFonts w:ascii="Aptos" w:hAnsi="Aptos"/>
        </w:rPr>
      </w:pPr>
      <w:r w:rsidRPr="00A85B25">
        <w:rPr>
          <w:rFonts w:ascii="Aptos" w:hAnsi="Aptos"/>
        </w:rPr>
        <w:t>I am committed to continuous learning and professional development through frameworks such as BASES, CIMSPA, and the NSCA, which promote evidence-based practice and global professional standards. My current academic and experiential learning reflects a strong work ethic, reliability, and ambition to contribute meaningfully to the sport and exercise science profession.</w:t>
      </w:r>
    </w:p>
    <w:p w14:paraId="02A7D6B8" w14:textId="4D4D2986" w:rsidR="0005760A" w:rsidRPr="00A85B25" w:rsidRDefault="00000000">
      <w:pPr>
        <w:rPr>
          <w:rFonts w:ascii="Aptos" w:hAnsi="Aptos"/>
        </w:rPr>
      </w:pPr>
      <w:r w:rsidRPr="00A85B25">
        <w:rPr>
          <w:rFonts w:ascii="Aptos" w:hAnsi="Aptos"/>
        </w:rPr>
        <w:lastRenderedPageBreak/>
        <w:t>2. Personal Statement / Cover Letter</w:t>
      </w:r>
    </w:p>
    <w:p w14:paraId="192ECEA2" w14:textId="1CAF3FAD" w:rsidR="0005760A" w:rsidRPr="00A85B25" w:rsidRDefault="00000000">
      <w:pPr>
        <w:rPr>
          <w:rFonts w:ascii="Aptos" w:hAnsi="Aptos"/>
        </w:rPr>
      </w:pPr>
      <w:r w:rsidRPr="00A85B25">
        <w:rPr>
          <w:rFonts w:ascii="Aptos" w:hAnsi="Aptos"/>
        </w:rPr>
        <w:t>Dear Placement Coordinator,</w:t>
      </w:r>
    </w:p>
    <w:p w14:paraId="7D3758A1" w14:textId="0A2A9011" w:rsidR="0005760A" w:rsidRPr="00A85B25" w:rsidRDefault="00000000">
      <w:pPr>
        <w:rPr>
          <w:rFonts w:ascii="Aptos" w:hAnsi="Aptos"/>
        </w:rPr>
      </w:pPr>
      <w:r w:rsidRPr="00A85B25">
        <w:rPr>
          <w:rFonts w:ascii="Aptos" w:hAnsi="Aptos"/>
        </w:rPr>
        <w:t>I am writing to express my enthusiasm for continuing my professional development through the Biomechanics Internship at ATiC, UWTSD Swansea. My long-term ambition is to integrate biomechanical research with applied strength and conditioning to become a specialist performance trainer and analyst who supports professional athletes in optimising movement efficiency and preventing injury.</w:t>
      </w:r>
    </w:p>
    <w:p w14:paraId="4D885ECA" w14:textId="1DE582D7" w:rsidR="0005760A" w:rsidRPr="00A85B25" w:rsidRDefault="00000000">
      <w:pPr>
        <w:rPr>
          <w:rFonts w:ascii="Aptos" w:hAnsi="Aptos"/>
        </w:rPr>
      </w:pPr>
      <w:r w:rsidRPr="00A85B25">
        <w:rPr>
          <w:rFonts w:ascii="Aptos" w:hAnsi="Aptos"/>
        </w:rPr>
        <w:t>Through my BSc (Hons) Sport and Exercise Science degree, I have built a strong foundation in biomechanics, physiology, and functional anatomy. My placement at ATiC has enhanced my technical and analytical understanding, allowing me to apply theoretical knowledge through GAIT analysis, motion capture, and kinematic data assessment. This experience has strengthened my ability to evaluate human performance and understand how biomechanics can inform training prescription and rehabilitation.</w:t>
      </w:r>
    </w:p>
    <w:p w14:paraId="1235B1D6" w14:textId="56AC2409" w:rsidR="0005760A" w:rsidRPr="00A85B25" w:rsidRDefault="00000000">
      <w:pPr>
        <w:rPr>
          <w:rFonts w:ascii="Aptos" w:hAnsi="Aptos"/>
        </w:rPr>
      </w:pPr>
      <w:r w:rsidRPr="00A85B25">
        <w:rPr>
          <w:rFonts w:ascii="Aptos" w:hAnsi="Aptos"/>
        </w:rPr>
        <w:t>Having trained alongside professional athletes, I have observed firsthand how small biomechanical improvements can significantly influence performance outcomes. Although I have not yet worked formally as a personal trainer, I have supported peers in various sports by providing advice on movement technique and exercise structure. This has developed my observational and communication skills and deepened my understanding of athlete-</w:t>
      </w:r>
      <w:proofErr w:type="spellStart"/>
      <w:r w:rsidR="00BC17B0" w:rsidRPr="00A85B25">
        <w:rPr>
          <w:rFonts w:ascii="Aptos" w:hAnsi="Aptos"/>
        </w:rPr>
        <w:t>centred</w:t>
      </w:r>
      <w:proofErr w:type="spellEnd"/>
      <w:r w:rsidRPr="00A85B25">
        <w:rPr>
          <w:rFonts w:ascii="Aptos" w:hAnsi="Aptos"/>
        </w:rPr>
        <w:t xml:space="preserve"> coaching.</w:t>
      </w:r>
    </w:p>
    <w:p w14:paraId="30F41657" w14:textId="77777777" w:rsidR="0005760A" w:rsidRPr="00A85B25" w:rsidRDefault="00000000">
      <w:pPr>
        <w:rPr>
          <w:rFonts w:ascii="Aptos" w:hAnsi="Aptos"/>
        </w:rPr>
      </w:pPr>
      <w:r w:rsidRPr="00A85B25">
        <w:rPr>
          <w:rFonts w:ascii="Aptos" w:hAnsi="Aptos"/>
        </w:rPr>
        <w:t>I aim to align my development with international professional frameworks such as BASES (2022), CIMSPA (2023), UKSCA (2022), and the NSCA (2023), which collectively emphasise evidence-based practice, ethical conduct, and reflective professionalism. My next steps include advancing my technical competence with analytical software (e.g. MATLAB, Vicon, Dartfish) and completing recognised certifications such as NSCA-CSCS and UKSCA accreditation. I believe my work ethic, reliability, and growing technical expertise make me a valuable contributor to ATiC and to the broader sport science community.</w:t>
      </w:r>
    </w:p>
    <w:p w14:paraId="1F09D8E8" w14:textId="77777777" w:rsidR="0005760A" w:rsidRPr="00A85B25" w:rsidRDefault="0005760A">
      <w:pPr>
        <w:rPr>
          <w:rFonts w:ascii="Aptos" w:hAnsi="Aptos"/>
        </w:rPr>
      </w:pPr>
    </w:p>
    <w:p w14:paraId="57D2F2D4" w14:textId="77777777" w:rsidR="0005760A" w:rsidRPr="00A85B25" w:rsidRDefault="00000000">
      <w:pPr>
        <w:rPr>
          <w:rFonts w:ascii="Aptos" w:hAnsi="Aptos"/>
        </w:rPr>
      </w:pPr>
      <w:r w:rsidRPr="00A85B25">
        <w:rPr>
          <w:rFonts w:ascii="Aptos" w:hAnsi="Aptos"/>
        </w:rPr>
        <w:t>Yours sincerely,</w:t>
      </w:r>
    </w:p>
    <w:p w14:paraId="52BA91D8" w14:textId="77777777" w:rsidR="0005760A" w:rsidRPr="00A85B25" w:rsidRDefault="00000000">
      <w:pPr>
        <w:rPr>
          <w:rFonts w:ascii="Aptos" w:hAnsi="Aptos"/>
        </w:rPr>
      </w:pPr>
      <w:r w:rsidRPr="00A85B25">
        <w:rPr>
          <w:rFonts w:ascii="Aptos" w:hAnsi="Aptos"/>
        </w:rPr>
        <w:t>Zachary Ashburner</w:t>
      </w:r>
    </w:p>
    <w:p w14:paraId="4A8EEF30" w14:textId="77777777" w:rsidR="00A85B25" w:rsidRDefault="00A85B25">
      <w:pPr>
        <w:rPr>
          <w:rFonts w:ascii="Aptos" w:hAnsi="Aptos"/>
        </w:rPr>
      </w:pPr>
    </w:p>
    <w:p w14:paraId="63F31AC5" w14:textId="11B0E6B2" w:rsidR="0005760A" w:rsidRPr="00A85B25" w:rsidRDefault="00000000">
      <w:pPr>
        <w:rPr>
          <w:rFonts w:ascii="Aptos" w:hAnsi="Aptos"/>
        </w:rPr>
      </w:pPr>
      <w:r w:rsidRPr="00A85B25">
        <w:rPr>
          <w:rFonts w:ascii="Aptos" w:hAnsi="Aptos"/>
        </w:rPr>
        <w:lastRenderedPageBreak/>
        <w:t>3. Focus Statement / CPD Rationale</w:t>
      </w:r>
    </w:p>
    <w:p w14:paraId="0056D887" w14:textId="5B48B763" w:rsidR="0005760A" w:rsidRPr="00A85B25" w:rsidRDefault="00000000">
      <w:pPr>
        <w:rPr>
          <w:rFonts w:ascii="Aptos" w:hAnsi="Aptos"/>
        </w:rPr>
      </w:pPr>
      <w:r w:rsidRPr="00A85B25">
        <w:rPr>
          <w:rFonts w:ascii="Aptos" w:hAnsi="Aptos"/>
        </w:rPr>
        <w:t xml:space="preserve">The following focus statement </w:t>
      </w:r>
      <w:r w:rsidR="00BC17B0">
        <w:rPr>
          <w:rFonts w:ascii="Aptos" w:hAnsi="Aptos"/>
        </w:rPr>
        <w:t>assesses my current competencies and outlines a structured plan for my ongoing</w:t>
      </w:r>
      <w:r w:rsidRPr="00A85B25">
        <w:rPr>
          <w:rFonts w:ascii="Aptos" w:hAnsi="Aptos"/>
        </w:rPr>
        <w:t xml:space="preserve"> professional and personal development. It integrates reflection through SWOT analysis, a training needs audit, and an action plan, aligned with professional frameworks including BASES, CIMSPA, UKSCA, and the NSCA. This reflective process supports lifelong learning and accountability — key principles of professional practice (Clegg &amp; Bryan, 2019</w:t>
      </w:r>
      <w:r w:rsidR="00BC17B0">
        <w:rPr>
          <w:rFonts w:ascii="Aptos" w:hAnsi="Aptos"/>
        </w:rPr>
        <w:t>)</w:t>
      </w:r>
      <w:r w:rsidRPr="00A85B25">
        <w:rPr>
          <w:rFonts w:ascii="Aptos" w:hAnsi="Aptos"/>
        </w:rPr>
        <w:t xml:space="preserve"> </w:t>
      </w:r>
      <w:r w:rsidR="00BC17B0">
        <w:rPr>
          <w:rFonts w:ascii="Aptos" w:hAnsi="Aptos"/>
        </w:rPr>
        <w:t>(</w:t>
      </w:r>
      <w:r w:rsidRPr="00A85B25">
        <w:rPr>
          <w:rFonts w:ascii="Aptos" w:hAnsi="Aptos"/>
        </w:rPr>
        <w:t>Moon, 2013</w:t>
      </w:r>
      <w:r w:rsidR="00BC17B0">
        <w:rPr>
          <w:rFonts w:ascii="Aptos" w:hAnsi="Aptos"/>
        </w:rPr>
        <w:t>)</w:t>
      </w:r>
      <w:r w:rsidRPr="00A85B25">
        <w:rPr>
          <w:rFonts w:ascii="Aptos" w:hAnsi="Aptos"/>
        </w:rPr>
        <w:t xml:space="preserve"> </w:t>
      </w:r>
      <w:r w:rsidR="00BC17B0">
        <w:rPr>
          <w:rFonts w:ascii="Aptos" w:hAnsi="Aptos"/>
        </w:rPr>
        <w:t>(</w:t>
      </w:r>
      <w:r w:rsidRPr="00A85B25">
        <w:rPr>
          <w:rFonts w:ascii="Aptos" w:hAnsi="Aptos"/>
        </w:rPr>
        <w:t>Schön, 1983).</w:t>
      </w:r>
    </w:p>
    <w:p w14:paraId="1EBD682B" w14:textId="77777777" w:rsidR="0005760A" w:rsidRPr="00A85B25" w:rsidRDefault="0005760A">
      <w:pPr>
        <w:rPr>
          <w:rFonts w:ascii="Aptos" w:hAnsi="Aptos"/>
        </w:rPr>
      </w:pPr>
    </w:p>
    <w:p w14:paraId="63520B25" w14:textId="77777777" w:rsidR="0005760A" w:rsidRPr="00A85B25" w:rsidRDefault="00000000">
      <w:pPr>
        <w:rPr>
          <w:rFonts w:ascii="Aptos" w:hAnsi="Aptos"/>
        </w:rPr>
      </w:pPr>
      <w:r w:rsidRPr="00A85B25">
        <w:rPr>
          <w:rFonts w:ascii="Aptos" w:hAnsi="Aptos"/>
        </w:rPr>
        <w:t>SWOT Analysis</w:t>
      </w:r>
    </w:p>
    <w:p w14:paraId="5D826447" w14:textId="77777777" w:rsidR="0005760A" w:rsidRPr="00A85B25" w:rsidRDefault="00000000">
      <w:pPr>
        <w:rPr>
          <w:rFonts w:ascii="Aptos" w:hAnsi="Aptos"/>
        </w:rPr>
      </w:pPr>
      <w:r w:rsidRPr="00A85B25">
        <w:rPr>
          <w:rFonts w:ascii="Aptos" w:hAnsi="Aptos"/>
        </w:rPr>
        <w:t>Strengths:</w:t>
      </w:r>
    </w:p>
    <w:p w14:paraId="6E4DEFD3" w14:textId="77777777" w:rsidR="0005760A" w:rsidRPr="00A85B25" w:rsidRDefault="00000000">
      <w:pPr>
        <w:rPr>
          <w:rFonts w:ascii="Aptos" w:hAnsi="Aptos"/>
        </w:rPr>
      </w:pPr>
      <w:r w:rsidRPr="00A85B25">
        <w:rPr>
          <w:rFonts w:ascii="Aptos" w:hAnsi="Aptos"/>
        </w:rPr>
        <w:t>- Solid theoretical and practical foundation in biomechanics and exercise science.</w:t>
      </w:r>
    </w:p>
    <w:p w14:paraId="3EF67168" w14:textId="77777777" w:rsidR="0005760A" w:rsidRPr="00A85B25" w:rsidRDefault="00000000">
      <w:pPr>
        <w:rPr>
          <w:rFonts w:ascii="Aptos" w:hAnsi="Aptos"/>
        </w:rPr>
      </w:pPr>
      <w:r w:rsidRPr="00A85B25">
        <w:rPr>
          <w:rFonts w:ascii="Aptos" w:hAnsi="Aptos"/>
        </w:rPr>
        <w:t>- Current applied experience through ATiC research and laboratory work.</w:t>
      </w:r>
    </w:p>
    <w:p w14:paraId="0F697116" w14:textId="77777777" w:rsidR="0005760A" w:rsidRPr="00A85B25" w:rsidRDefault="00000000">
      <w:pPr>
        <w:rPr>
          <w:rFonts w:ascii="Aptos" w:hAnsi="Aptos"/>
        </w:rPr>
      </w:pPr>
      <w:r w:rsidRPr="00A85B25">
        <w:rPr>
          <w:rFonts w:ascii="Aptos" w:hAnsi="Aptos"/>
        </w:rPr>
        <w:t>- Strong discipline, motivation, and ability to work collaboratively.</w:t>
      </w:r>
    </w:p>
    <w:p w14:paraId="5B240559" w14:textId="77777777" w:rsidR="0005760A" w:rsidRPr="00A85B25" w:rsidRDefault="00000000">
      <w:pPr>
        <w:rPr>
          <w:rFonts w:ascii="Aptos" w:hAnsi="Aptos"/>
        </w:rPr>
      </w:pPr>
      <w:r w:rsidRPr="00A85B25">
        <w:rPr>
          <w:rFonts w:ascii="Aptos" w:hAnsi="Aptos"/>
        </w:rPr>
        <w:t>- Excellent interpersonal and communication skills.</w:t>
      </w:r>
    </w:p>
    <w:p w14:paraId="0FEE158E" w14:textId="77777777" w:rsidR="0005760A" w:rsidRPr="00A85B25" w:rsidRDefault="0005760A">
      <w:pPr>
        <w:rPr>
          <w:rFonts w:ascii="Aptos" w:hAnsi="Aptos"/>
        </w:rPr>
      </w:pPr>
    </w:p>
    <w:p w14:paraId="3BBDA37B" w14:textId="77777777" w:rsidR="0005760A" w:rsidRPr="00A85B25" w:rsidRDefault="00000000">
      <w:pPr>
        <w:rPr>
          <w:rFonts w:ascii="Aptos" w:hAnsi="Aptos"/>
        </w:rPr>
      </w:pPr>
      <w:r w:rsidRPr="00A85B25">
        <w:rPr>
          <w:rFonts w:ascii="Aptos" w:hAnsi="Aptos"/>
        </w:rPr>
        <w:t>Weaknesses:</w:t>
      </w:r>
    </w:p>
    <w:p w14:paraId="753576AE" w14:textId="77777777" w:rsidR="0005760A" w:rsidRPr="00A85B25" w:rsidRDefault="00000000">
      <w:pPr>
        <w:rPr>
          <w:rFonts w:ascii="Aptos" w:hAnsi="Aptos"/>
        </w:rPr>
      </w:pPr>
      <w:r w:rsidRPr="00A85B25">
        <w:rPr>
          <w:rFonts w:ascii="Aptos" w:hAnsi="Aptos"/>
        </w:rPr>
        <w:t>- Limited professional experience coaching clients.</w:t>
      </w:r>
    </w:p>
    <w:p w14:paraId="1F16D89D" w14:textId="77777777" w:rsidR="0005760A" w:rsidRPr="00A85B25" w:rsidRDefault="00000000">
      <w:pPr>
        <w:rPr>
          <w:rFonts w:ascii="Aptos" w:hAnsi="Aptos"/>
        </w:rPr>
      </w:pPr>
      <w:r w:rsidRPr="00A85B25">
        <w:rPr>
          <w:rFonts w:ascii="Aptos" w:hAnsi="Aptos"/>
        </w:rPr>
        <w:t>- Developing confidence in advanced data processing and interpretation.</w:t>
      </w:r>
    </w:p>
    <w:p w14:paraId="4A80CBFC" w14:textId="77777777" w:rsidR="0005760A" w:rsidRPr="00A85B25" w:rsidRDefault="00000000">
      <w:pPr>
        <w:rPr>
          <w:rFonts w:ascii="Aptos" w:hAnsi="Aptos"/>
        </w:rPr>
      </w:pPr>
      <w:r w:rsidRPr="00A85B25">
        <w:rPr>
          <w:rFonts w:ascii="Aptos" w:hAnsi="Aptos"/>
        </w:rPr>
        <w:t>- Need to expand knowledge of professional ethics and international practice standards.</w:t>
      </w:r>
    </w:p>
    <w:p w14:paraId="4A1E714A" w14:textId="77777777" w:rsidR="0005760A" w:rsidRPr="00A85B25" w:rsidRDefault="0005760A">
      <w:pPr>
        <w:rPr>
          <w:rFonts w:ascii="Aptos" w:hAnsi="Aptos"/>
        </w:rPr>
      </w:pPr>
    </w:p>
    <w:p w14:paraId="0CED0F8F" w14:textId="77777777" w:rsidR="0005760A" w:rsidRPr="00A85B25" w:rsidRDefault="00000000">
      <w:pPr>
        <w:rPr>
          <w:rFonts w:ascii="Aptos" w:hAnsi="Aptos"/>
        </w:rPr>
      </w:pPr>
      <w:r w:rsidRPr="00A85B25">
        <w:rPr>
          <w:rFonts w:ascii="Aptos" w:hAnsi="Aptos"/>
        </w:rPr>
        <w:t>Opportunities:</w:t>
      </w:r>
    </w:p>
    <w:p w14:paraId="7D7A9519" w14:textId="77777777" w:rsidR="0005760A" w:rsidRPr="00A85B25" w:rsidRDefault="00000000">
      <w:pPr>
        <w:rPr>
          <w:rFonts w:ascii="Aptos" w:hAnsi="Aptos"/>
        </w:rPr>
      </w:pPr>
      <w:r w:rsidRPr="00A85B25">
        <w:rPr>
          <w:rFonts w:ascii="Aptos" w:hAnsi="Aptos"/>
        </w:rPr>
        <w:t>- Access to ATiC research mentors and biomechanics facilities.</w:t>
      </w:r>
    </w:p>
    <w:p w14:paraId="62B6CA1B" w14:textId="77777777" w:rsidR="0005760A" w:rsidRPr="00A85B25" w:rsidRDefault="00000000">
      <w:pPr>
        <w:rPr>
          <w:rFonts w:ascii="Aptos" w:hAnsi="Aptos"/>
        </w:rPr>
      </w:pPr>
      <w:r w:rsidRPr="00A85B25">
        <w:rPr>
          <w:rFonts w:ascii="Aptos" w:hAnsi="Aptos"/>
        </w:rPr>
        <w:t>- Eligibility for BASES Supervised Experience, UKSCA, and NSCA-CSCS certification.</w:t>
      </w:r>
    </w:p>
    <w:p w14:paraId="1974488D" w14:textId="77777777" w:rsidR="0005760A" w:rsidRPr="00A85B25" w:rsidRDefault="00000000">
      <w:pPr>
        <w:rPr>
          <w:rFonts w:ascii="Aptos" w:hAnsi="Aptos"/>
        </w:rPr>
      </w:pPr>
      <w:r w:rsidRPr="00A85B25">
        <w:rPr>
          <w:rFonts w:ascii="Aptos" w:hAnsi="Aptos"/>
        </w:rPr>
        <w:t>- Growing demand for evidence-based biomechanical analysis in sport performance.</w:t>
      </w:r>
    </w:p>
    <w:p w14:paraId="092D52E7" w14:textId="77777777" w:rsidR="0005760A" w:rsidRPr="00A85B25" w:rsidRDefault="00000000">
      <w:pPr>
        <w:rPr>
          <w:rFonts w:ascii="Aptos" w:hAnsi="Aptos"/>
        </w:rPr>
      </w:pPr>
      <w:r w:rsidRPr="00A85B25">
        <w:rPr>
          <w:rFonts w:ascii="Aptos" w:hAnsi="Aptos"/>
        </w:rPr>
        <w:lastRenderedPageBreak/>
        <w:t>Threats:</w:t>
      </w:r>
    </w:p>
    <w:p w14:paraId="2AD21447" w14:textId="77777777" w:rsidR="0005760A" w:rsidRPr="00A85B25" w:rsidRDefault="00000000">
      <w:pPr>
        <w:rPr>
          <w:rFonts w:ascii="Aptos" w:hAnsi="Aptos"/>
        </w:rPr>
      </w:pPr>
      <w:r w:rsidRPr="00A85B25">
        <w:rPr>
          <w:rFonts w:ascii="Aptos" w:hAnsi="Aptos"/>
        </w:rPr>
        <w:t>- Competitive job market for applied sport scientists.</w:t>
      </w:r>
    </w:p>
    <w:p w14:paraId="5860AFA6" w14:textId="77777777" w:rsidR="0005760A" w:rsidRPr="00A85B25" w:rsidRDefault="00000000">
      <w:pPr>
        <w:rPr>
          <w:rFonts w:ascii="Aptos" w:hAnsi="Aptos"/>
        </w:rPr>
      </w:pPr>
      <w:r w:rsidRPr="00A85B25">
        <w:rPr>
          <w:rFonts w:ascii="Aptos" w:hAnsi="Aptos"/>
        </w:rPr>
        <w:t>- Balancing placement, CPD, and academic workload.</w:t>
      </w:r>
    </w:p>
    <w:p w14:paraId="103F5491" w14:textId="77777777" w:rsidR="0005760A" w:rsidRPr="00A85B25" w:rsidRDefault="00000000">
      <w:pPr>
        <w:rPr>
          <w:rFonts w:ascii="Aptos" w:hAnsi="Aptos"/>
        </w:rPr>
      </w:pPr>
      <w:r w:rsidRPr="00A85B25">
        <w:rPr>
          <w:rFonts w:ascii="Aptos" w:hAnsi="Aptos"/>
        </w:rPr>
        <w:t>- Rapid technological advancement requires continual upskilling.</w:t>
      </w:r>
    </w:p>
    <w:p w14:paraId="689BE94F" w14:textId="77777777" w:rsidR="0005760A" w:rsidRPr="00A85B25" w:rsidRDefault="0005760A">
      <w:pPr>
        <w:rPr>
          <w:rFonts w:ascii="Aptos" w:hAnsi="Aptos"/>
        </w:rPr>
      </w:pPr>
    </w:p>
    <w:p w14:paraId="4052631A" w14:textId="77777777" w:rsidR="0005760A" w:rsidRPr="00A85B25" w:rsidRDefault="00000000">
      <w:pPr>
        <w:rPr>
          <w:rFonts w:ascii="Aptos" w:hAnsi="Aptos"/>
        </w:rPr>
      </w:pPr>
      <w:r w:rsidRPr="00A85B25">
        <w:rPr>
          <w:rFonts w:ascii="Aptos" w:hAnsi="Aptos"/>
        </w:rPr>
        <w:t>Training Needs and Skills Awareness Audit</w:t>
      </w:r>
    </w:p>
    <w:p w14:paraId="33B0A966" w14:textId="77777777" w:rsidR="0005760A" w:rsidRPr="00A85B25" w:rsidRDefault="00000000">
      <w:pPr>
        <w:rPr>
          <w:rFonts w:ascii="Aptos" w:hAnsi="Aptos"/>
        </w:rPr>
      </w:pPr>
      <w:r w:rsidRPr="00A85B25">
        <w:rPr>
          <w:rFonts w:ascii="Aptos" w:hAnsi="Aptos"/>
        </w:rPr>
        <w:t>To achieve international professional recognition, I aim to strengthen both my technical and coaching competencies. Key development areas include motion analysis, force plate testing, and software literacy (MATLAB, Vicon, and Excel), as well as refining my understanding of biomechanical modelling and statistical analysis. In line with NSCA (2023) and BASES (2022) standards, I also intend to expand my applied strength and conditioning knowledge to ensure my biomechanical expertise translates effectively to athletic performance settings.</w:t>
      </w:r>
    </w:p>
    <w:p w14:paraId="1B5F7670" w14:textId="77777777" w:rsidR="0005760A" w:rsidRPr="00A85B25" w:rsidRDefault="0005760A">
      <w:pPr>
        <w:rPr>
          <w:rFonts w:ascii="Aptos" w:hAnsi="Aptos"/>
        </w:rPr>
      </w:pPr>
    </w:p>
    <w:p w14:paraId="384F6BFF" w14:textId="77777777" w:rsidR="0005760A" w:rsidRPr="00A85B25" w:rsidRDefault="00000000">
      <w:pPr>
        <w:rPr>
          <w:rFonts w:ascii="Aptos" w:hAnsi="Aptos"/>
        </w:rPr>
      </w:pPr>
      <w:r w:rsidRPr="00A85B25">
        <w:rPr>
          <w:rFonts w:ascii="Aptos" w:hAnsi="Aptos"/>
        </w:rPr>
        <w:t>Building communication and leadership skills is equally important to meet CIMSPA (2023) and UKSCA (2022) expectations around professionalism, reflective practice, and athlete welfare. Maintaining a detailed CPD record will allow me to demonstrate ongoing competence in both technical and interpersonal domains.</w:t>
      </w:r>
    </w:p>
    <w:p w14:paraId="59EEF026" w14:textId="77777777" w:rsidR="0005760A" w:rsidRPr="00A85B25" w:rsidRDefault="0005760A">
      <w:pPr>
        <w:rPr>
          <w:rFonts w:ascii="Aptos" w:hAnsi="Aptos"/>
        </w:rPr>
      </w:pPr>
    </w:p>
    <w:p w14:paraId="3E7FCBD4" w14:textId="77777777" w:rsidR="0005760A" w:rsidRPr="00A85B25" w:rsidRDefault="00000000">
      <w:pPr>
        <w:rPr>
          <w:rFonts w:ascii="Aptos" w:hAnsi="Aptos"/>
        </w:rPr>
      </w:pPr>
      <w:r w:rsidRPr="00A85B25">
        <w:rPr>
          <w:rFonts w:ascii="Aptos" w:hAnsi="Aptos"/>
        </w:rPr>
        <w:t>Action Plan for Professional Development</w:t>
      </w:r>
    </w:p>
    <w:p w14:paraId="47BB5EAE" w14:textId="77777777" w:rsidR="0005760A" w:rsidRPr="00A85B25" w:rsidRDefault="00000000">
      <w:pPr>
        <w:rPr>
          <w:rFonts w:ascii="Aptos" w:hAnsi="Aptos"/>
        </w:rPr>
      </w:pPr>
      <w:r w:rsidRPr="00A85B25">
        <w:rPr>
          <w:rFonts w:ascii="Aptos" w:hAnsi="Aptos"/>
        </w:rPr>
        <w:t>1. Technical Proficiency: Continue developing biomechanics testing and analytical skills at ATiC through practical engagement with research projects.</w:t>
      </w:r>
    </w:p>
    <w:p w14:paraId="7A2C0ACE" w14:textId="77777777" w:rsidR="0005760A" w:rsidRPr="00A85B25" w:rsidRDefault="00000000">
      <w:pPr>
        <w:rPr>
          <w:rFonts w:ascii="Aptos" w:hAnsi="Aptos"/>
        </w:rPr>
      </w:pPr>
      <w:r w:rsidRPr="00A85B25">
        <w:rPr>
          <w:rFonts w:ascii="Aptos" w:hAnsi="Aptos"/>
        </w:rPr>
        <w:t>2. Applied Coaching: Gain supervised coaching experience to apply biomechanical analysis to athletic training environments.</w:t>
      </w:r>
    </w:p>
    <w:p w14:paraId="06A779A0" w14:textId="77777777" w:rsidR="0005760A" w:rsidRPr="00A85B25" w:rsidRDefault="00000000">
      <w:pPr>
        <w:rPr>
          <w:rFonts w:ascii="Aptos" w:hAnsi="Aptos"/>
        </w:rPr>
      </w:pPr>
      <w:r w:rsidRPr="00A85B25">
        <w:rPr>
          <w:rFonts w:ascii="Aptos" w:hAnsi="Aptos"/>
        </w:rPr>
        <w:t>3. Accreditation Pathway: Complete the NSCA Certified Strength and Conditioning Specialist (CSCS) qualification and pursue BASES or UKSCA accreditation within 18 months.</w:t>
      </w:r>
    </w:p>
    <w:p w14:paraId="61F19B1B" w14:textId="77777777" w:rsidR="0005760A" w:rsidRPr="00A85B25" w:rsidRDefault="00000000">
      <w:pPr>
        <w:rPr>
          <w:rFonts w:ascii="Aptos" w:hAnsi="Aptos"/>
        </w:rPr>
      </w:pPr>
      <w:r w:rsidRPr="00A85B25">
        <w:rPr>
          <w:rFonts w:ascii="Aptos" w:hAnsi="Aptos"/>
        </w:rPr>
        <w:t>4. Reflective CPD Portfolio: Maintain ongoing reflective documentation aligning with CIMSPA standards and demonstrating measurable progression.</w:t>
      </w:r>
    </w:p>
    <w:p w14:paraId="0CD84C8E" w14:textId="77777777" w:rsidR="0005760A" w:rsidRPr="00A85B25" w:rsidRDefault="00000000">
      <w:pPr>
        <w:rPr>
          <w:rFonts w:ascii="Aptos" w:hAnsi="Aptos"/>
        </w:rPr>
      </w:pPr>
      <w:r w:rsidRPr="00A85B25">
        <w:rPr>
          <w:rFonts w:ascii="Aptos" w:hAnsi="Aptos"/>
        </w:rPr>
        <w:lastRenderedPageBreak/>
        <w:t>5. Networking and Learning: Attend relevant seminars, webinars, and conferences (e.g., BASES Annual Conference, NSCA Symposium) to expand my professional network and knowledge base.</w:t>
      </w:r>
    </w:p>
    <w:p w14:paraId="60FD8CB8" w14:textId="77777777" w:rsidR="0005760A" w:rsidRPr="00A85B25" w:rsidRDefault="0005760A">
      <w:pPr>
        <w:rPr>
          <w:rFonts w:ascii="Aptos" w:hAnsi="Aptos"/>
        </w:rPr>
      </w:pPr>
    </w:p>
    <w:p w14:paraId="7A0C6454" w14:textId="77777777" w:rsidR="0005760A" w:rsidRPr="00A85B25" w:rsidRDefault="00000000">
      <w:pPr>
        <w:rPr>
          <w:rFonts w:ascii="Aptos" w:hAnsi="Aptos"/>
        </w:rPr>
      </w:pPr>
      <w:r w:rsidRPr="00A85B25">
        <w:rPr>
          <w:rFonts w:ascii="Aptos" w:hAnsi="Aptos"/>
        </w:rPr>
        <w:t>Focus Statement</w:t>
      </w:r>
    </w:p>
    <w:p w14:paraId="54327301" w14:textId="0FB034CF" w:rsidR="0005760A" w:rsidRPr="00A85B25" w:rsidRDefault="00000000">
      <w:pPr>
        <w:rPr>
          <w:rFonts w:ascii="Aptos" w:hAnsi="Aptos"/>
        </w:rPr>
      </w:pPr>
      <w:r w:rsidRPr="00A85B25">
        <w:rPr>
          <w:rFonts w:ascii="Aptos" w:hAnsi="Aptos"/>
        </w:rPr>
        <w:t>My long-term focus is to integrate scientific biomechanics with practical strength and conditioning to become a specialist biomechanics-based performance trainer with internationally recognised credentials. The ATiC internship supports this goal by providing direct experience in motion analysis, data interpretation, and applied human performance testing.</w:t>
      </w:r>
    </w:p>
    <w:p w14:paraId="2E72D9B6" w14:textId="77777777" w:rsidR="0005760A" w:rsidRPr="00A85B25" w:rsidRDefault="00000000">
      <w:pPr>
        <w:rPr>
          <w:rFonts w:ascii="Aptos" w:hAnsi="Aptos"/>
        </w:rPr>
      </w:pPr>
      <w:r w:rsidRPr="00A85B25">
        <w:rPr>
          <w:rFonts w:ascii="Aptos" w:hAnsi="Aptos"/>
        </w:rPr>
        <w:t>By aligning my development with BASES, UKSCA, and NSCA professional standards, I aim to establish both national and international credibility. This will ensure that my future practice is grounded in evidence-based methodology, reflective professionalism, and ethical integrity. Through sustained CPD engagement and lifelong learning (Moon, 2013; Schön, 1983), I will progress from academic competence to applied expertise, bridging the gap between sport science research and real-world performance enhancement.</w:t>
      </w:r>
    </w:p>
    <w:p w14:paraId="0716E79F" w14:textId="77777777" w:rsidR="0005760A" w:rsidRPr="00A85B25" w:rsidRDefault="0005760A">
      <w:pPr>
        <w:rPr>
          <w:rFonts w:ascii="Aptos" w:hAnsi="Aptos"/>
        </w:rPr>
      </w:pPr>
    </w:p>
    <w:p w14:paraId="388921B3" w14:textId="77777777" w:rsidR="0005760A" w:rsidRPr="00A85B25" w:rsidRDefault="0005760A">
      <w:pPr>
        <w:rPr>
          <w:rFonts w:ascii="Aptos" w:hAnsi="Aptos"/>
        </w:rPr>
      </w:pPr>
    </w:p>
    <w:p w14:paraId="4E93E59C" w14:textId="77777777" w:rsidR="00A85B25" w:rsidRDefault="00A85B25">
      <w:pPr>
        <w:rPr>
          <w:rFonts w:ascii="Aptos" w:hAnsi="Aptos"/>
        </w:rPr>
      </w:pPr>
    </w:p>
    <w:p w14:paraId="1420FD42" w14:textId="77777777" w:rsidR="00A85B25" w:rsidRDefault="00A85B25">
      <w:pPr>
        <w:rPr>
          <w:rFonts w:ascii="Aptos" w:hAnsi="Aptos"/>
        </w:rPr>
      </w:pPr>
    </w:p>
    <w:p w14:paraId="391C0BED" w14:textId="77777777" w:rsidR="00A85B25" w:rsidRDefault="00A85B25">
      <w:pPr>
        <w:rPr>
          <w:rFonts w:ascii="Aptos" w:hAnsi="Aptos"/>
        </w:rPr>
      </w:pPr>
    </w:p>
    <w:p w14:paraId="66757A3C" w14:textId="77777777" w:rsidR="00A85B25" w:rsidRDefault="00A85B25">
      <w:pPr>
        <w:rPr>
          <w:rFonts w:ascii="Aptos" w:hAnsi="Aptos"/>
        </w:rPr>
      </w:pPr>
    </w:p>
    <w:p w14:paraId="637E01B0" w14:textId="77777777" w:rsidR="00A85B25" w:rsidRDefault="00A85B25">
      <w:pPr>
        <w:rPr>
          <w:rFonts w:ascii="Aptos" w:hAnsi="Aptos"/>
        </w:rPr>
      </w:pPr>
    </w:p>
    <w:p w14:paraId="2F7AB73B" w14:textId="77777777" w:rsidR="00A85B25" w:rsidRDefault="00A85B25">
      <w:pPr>
        <w:rPr>
          <w:rFonts w:ascii="Aptos" w:hAnsi="Aptos"/>
        </w:rPr>
      </w:pPr>
    </w:p>
    <w:p w14:paraId="34EEB0AC" w14:textId="77777777" w:rsidR="00A85B25" w:rsidRDefault="00A85B25">
      <w:pPr>
        <w:rPr>
          <w:rFonts w:ascii="Aptos" w:hAnsi="Aptos"/>
        </w:rPr>
      </w:pPr>
    </w:p>
    <w:p w14:paraId="2E2BE6F5" w14:textId="77777777" w:rsidR="00BC17B0" w:rsidRDefault="00BC17B0">
      <w:pPr>
        <w:rPr>
          <w:rFonts w:ascii="Aptos" w:hAnsi="Aptos"/>
        </w:rPr>
      </w:pPr>
    </w:p>
    <w:p w14:paraId="17A97A9D" w14:textId="77777777" w:rsidR="00BC17B0" w:rsidRDefault="00BC17B0">
      <w:pPr>
        <w:rPr>
          <w:rFonts w:ascii="Aptos" w:hAnsi="Aptos"/>
        </w:rPr>
      </w:pPr>
    </w:p>
    <w:p w14:paraId="12A63CA4" w14:textId="77777777" w:rsidR="00BC17B0" w:rsidRDefault="00BC17B0">
      <w:pPr>
        <w:rPr>
          <w:rFonts w:ascii="Aptos" w:hAnsi="Aptos"/>
        </w:rPr>
      </w:pPr>
    </w:p>
    <w:p w14:paraId="7FDEA84A" w14:textId="3EC8B5AE" w:rsidR="0005760A" w:rsidRPr="00A85B25" w:rsidRDefault="00000000">
      <w:pPr>
        <w:rPr>
          <w:rFonts w:ascii="Aptos" w:hAnsi="Aptos"/>
        </w:rPr>
      </w:pPr>
      <w:r w:rsidRPr="00A85B25">
        <w:rPr>
          <w:rFonts w:ascii="Aptos" w:hAnsi="Aptos"/>
        </w:rPr>
        <w:lastRenderedPageBreak/>
        <w:t>References</w:t>
      </w:r>
    </w:p>
    <w:p w14:paraId="1BEB1E0A" w14:textId="77777777" w:rsidR="0005760A" w:rsidRPr="00A85B25" w:rsidRDefault="00000000">
      <w:pPr>
        <w:rPr>
          <w:rFonts w:ascii="Aptos" w:hAnsi="Aptos"/>
        </w:rPr>
      </w:pPr>
      <w:r w:rsidRPr="00A85B25">
        <w:rPr>
          <w:rFonts w:ascii="Aptos" w:hAnsi="Aptos"/>
        </w:rPr>
        <w:t>BASES (2022) Professional Standards and Guidelines. British Association of Sport and Exercise Sciences.</w:t>
      </w:r>
    </w:p>
    <w:p w14:paraId="25EC228D" w14:textId="77777777" w:rsidR="0005760A" w:rsidRPr="00A85B25" w:rsidRDefault="00000000">
      <w:pPr>
        <w:rPr>
          <w:rFonts w:ascii="Aptos" w:hAnsi="Aptos"/>
        </w:rPr>
      </w:pPr>
      <w:r w:rsidRPr="00A85B25">
        <w:rPr>
          <w:rFonts w:ascii="Aptos" w:hAnsi="Aptos"/>
        </w:rPr>
        <w:t>CIMSPA (2023) Professional Framework for Personal Trainers and Strength and Conditioning Coaches. Chartered Institute for the Management of Sport and Physical Activity.</w:t>
      </w:r>
    </w:p>
    <w:p w14:paraId="6EF6488C" w14:textId="77777777" w:rsidR="0005760A" w:rsidRPr="00A85B25" w:rsidRDefault="00000000">
      <w:pPr>
        <w:rPr>
          <w:rFonts w:ascii="Aptos" w:hAnsi="Aptos"/>
        </w:rPr>
      </w:pPr>
      <w:r w:rsidRPr="00A85B25">
        <w:rPr>
          <w:rFonts w:ascii="Aptos" w:hAnsi="Aptos"/>
        </w:rPr>
        <w:t>Clegg, S. and Bryan, C. (2019) Reflective Learning in Professional Practice. Routledge.</w:t>
      </w:r>
    </w:p>
    <w:p w14:paraId="794A0E14" w14:textId="77777777" w:rsidR="0005760A" w:rsidRPr="00A85B25" w:rsidRDefault="00000000">
      <w:pPr>
        <w:rPr>
          <w:rFonts w:ascii="Aptos" w:hAnsi="Aptos"/>
        </w:rPr>
      </w:pPr>
      <w:r w:rsidRPr="00A85B25">
        <w:rPr>
          <w:rFonts w:ascii="Aptos" w:hAnsi="Aptos"/>
        </w:rPr>
        <w:t>Moon, J. (2013) Reflection and Employability: Learning Through Experience. Routledge.</w:t>
      </w:r>
    </w:p>
    <w:p w14:paraId="290B12C6" w14:textId="77777777" w:rsidR="0005760A" w:rsidRPr="00A85B25" w:rsidRDefault="00000000">
      <w:pPr>
        <w:rPr>
          <w:rFonts w:ascii="Aptos" w:hAnsi="Aptos"/>
        </w:rPr>
      </w:pPr>
      <w:r w:rsidRPr="00A85B25">
        <w:rPr>
          <w:rFonts w:ascii="Aptos" w:hAnsi="Aptos"/>
        </w:rPr>
        <w:t>NSCA (2023) Professional Standards and Guidelines. National Strength and Conditioning Association.</w:t>
      </w:r>
    </w:p>
    <w:p w14:paraId="28DBF2FF" w14:textId="77777777" w:rsidR="0005760A" w:rsidRPr="00A85B25" w:rsidRDefault="00000000">
      <w:pPr>
        <w:rPr>
          <w:rFonts w:ascii="Aptos" w:hAnsi="Aptos"/>
        </w:rPr>
      </w:pPr>
      <w:r w:rsidRPr="00A85B25">
        <w:rPr>
          <w:rFonts w:ascii="Aptos" w:hAnsi="Aptos"/>
        </w:rPr>
        <w:t>UKSCA (2022) Professional Competency Framework. UK Strength and Conditioning Association.</w:t>
      </w:r>
    </w:p>
    <w:p w14:paraId="1905FBE7" w14:textId="77777777" w:rsidR="0005760A" w:rsidRPr="00A85B25" w:rsidRDefault="0005760A">
      <w:pPr>
        <w:rPr>
          <w:rFonts w:ascii="Aptos" w:hAnsi="Aptos"/>
        </w:rPr>
      </w:pPr>
    </w:p>
    <w:p w14:paraId="57B22496" w14:textId="77777777" w:rsidR="0005760A" w:rsidRPr="00A85B25" w:rsidRDefault="0005760A">
      <w:pPr>
        <w:rPr>
          <w:rFonts w:ascii="Aptos" w:hAnsi="Aptos"/>
        </w:rPr>
      </w:pPr>
    </w:p>
    <w:p w14:paraId="683263D5" w14:textId="77777777" w:rsidR="0005760A" w:rsidRPr="00A85B25" w:rsidRDefault="00000000">
      <w:pPr>
        <w:rPr>
          <w:rFonts w:ascii="Aptos" w:hAnsi="Aptos"/>
        </w:rPr>
      </w:pPr>
      <w:r w:rsidRPr="00A85B25">
        <w:rPr>
          <w:rFonts w:ascii="Aptos" w:hAnsi="Aptos"/>
        </w:rPr>
        <w:t>Appendix A: Curriculum Vitae (Not Included in Word Count)</w:t>
      </w:r>
    </w:p>
    <w:p w14:paraId="702CDE4F" w14:textId="0915515F" w:rsidR="0005760A" w:rsidRPr="00A85B25" w:rsidRDefault="00000000">
      <w:pPr>
        <w:rPr>
          <w:rFonts w:ascii="Aptos" w:hAnsi="Aptos"/>
        </w:rPr>
      </w:pPr>
      <w:r w:rsidRPr="00A85B25">
        <w:rPr>
          <w:rFonts w:ascii="Aptos" w:hAnsi="Aptos"/>
        </w:rPr>
        <w:t>See separate CV document</w:t>
      </w:r>
      <w:r w:rsidR="00A85B25" w:rsidRPr="00A85B25">
        <w:rPr>
          <w:rFonts w:ascii="Aptos" w:hAnsi="Aptos"/>
        </w:rPr>
        <w:t xml:space="preserve"> below</w:t>
      </w:r>
      <w:r w:rsidRPr="00A85B25">
        <w:rPr>
          <w:rFonts w:ascii="Aptos" w:hAnsi="Aptos"/>
        </w:rPr>
        <w:t>: 'Zachary Ashburner CV October 2025.docx'</w:t>
      </w:r>
    </w:p>
    <w:p w14:paraId="2269A8FA"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5055F392"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71737B9E"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015AABD2"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1D495B6A"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40A66032"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2C4BF3CC"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0FC889A5"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322ADA20"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3A329233"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6F01EF60"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6711E409"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4A64E0BF"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254B6540"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119B96BB"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222D0753"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7BF27D2A" w14:textId="77777777" w:rsidR="00A85B25" w:rsidRDefault="00A85B25" w:rsidP="00A85B25">
      <w:pPr>
        <w:autoSpaceDE w:val="0"/>
        <w:autoSpaceDN w:val="0"/>
        <w:adjustRightInd w:val="0"/>
        <w:spacing w:after="0" w:line="262" w:lineRule="exact"/>
        <w:ind w:left="3600" w:firstLine="70"/>
        <w:rPr>
          <w:rFonts w:cs="Palatino Linotype"/>
          <w:color w:val="000000" w:themeColor="text1"/>
        </w:rPr>
      </w:pPr>
    </w:p>
    <w:p w14:paraId="57CBDF96" w14:textId="347EB4FF" w:rsidR="00A85B25" w:rsidRDefault="00A85B25" w:rsidP="00A85B25">
      <w:pPr>
        <w:autoSpaceDE w:val="0"/>
        <w:autoSpaceDN w:val="0"/>
        <w:adjustRightInd w:val="0"/>
        <w:spacing w:after="0" w:line="262" w:lineRule="exact"/>
        <w:ind w:left="3600" w:firstLine="70"/>
        <w:rPr>
          <w:rFonts w:cs="Palatino Linotype"/>
          <w:b/>
          <w:bCs/>
          <w:color w:val="000000" w:themeColor="text1"/>
          <w:sz w:val="32"/>
          <w:szCs w:val="32"/>
        </w:rPr>
      </w:pPr>
      <w:r w:rsidRPr="755A57F1">
        <w:rPr>
          <w:rFonts w:cs="Palatino Linotype"/>
          <w:color w:val="000000" w:themeColor="text1"/>
        </w:rPr>
        <w:lastRenderedPageBreak/>
        <w:t>Curriculum Vitae</w:t>
      </w:r>
      <w:r w:rsidRPr="755A57F1">
        <w:rPr>
          <w:rFonts w:cs="Palatino Linotype"/>
          <w:b/>
          <w:bCs/>
          <w:color w:val="000000" w:themeColor="text1"/>
          <w:sz w:val="32"/>
          <w:szCs w:val="32"/>
        </w:rPr>
        <w:t xml:space="preserve"> </w:t>
      </w:r>
    </w:p>
    <w:p w14:paraId="434D6AD0" w14:textId="77777777" w:rsidR="00A85B25" w:rsidRDefault="00A85B25" w:rsidP="00A85B25">
      <w:pPr>
        <w:autoSpaceDE w:val="0"/>
        <w:autoSpaceDN w:val="0"/>
        <w:adjustRightInd w:val="0"/>
        <w:spacing w:after="0" w:line="262" w:lineRule="exact"/>
        <w:rPr>
          <w:rFonts w:cs="Palatino Linotype"/>
          <w:b/>
          <w:bCs/>
          <w:color w:val="000000" w:themeColor="text1"/>
          <w:sz w:val="32"/>
          <w:szCs w:val="32"/>
        </w:rPr>
      </w:pPr>
    </w:p>
    <w:p w14:paraId="0C0787EE" w14:textId="77777777" w:rsidR="00A85B25" w:rsidRDefault="00A85B25" w:rsidP="00A85B25">
      <w:pPr>
        <w:autoSpaceDE w:val="0"/>
        <w:autoSpaceDN w:val="0"/>
        <w:adjustRightInd w:val="0"/>
        <w:spacing w:after="0" w:line="262" w:lineRule="exact"/>
        <w:jc w:val="center"/>
        <w:rPr>
          <w:rFonts w:cs="Palatino Linotype"/>
          <w:b/>
          <w:bCs/>
          <w:color w:val="000000" w:themeColor="text1"/>
          <w:sz w:val="32"/>
          <w:szCs w:val="32"/>
        </w:rPr>
      </w:pPr>
      <w:r w:rsidRPr="000C6F0E">
        <w:rPr>
          <w:rFonts w:cs="Palatino Linotype"/>
          <w:b/>
          <w:bCs/>
          <w:color w:val="000000" w:themeColor="text1"/>
          <w:sz w:val="32"/>
          <w:szCs w:val="32"/>
          <w:u w:val="single"/>
        </w:rPr>
        <w:t>Zac</w:t>
      </w:r>
      <w:r>
        <w:rPr>
          <w:rFonts w:cs="Palatino Linotype"/>
          <w:b/>
          <w:bCs/>
          <w:color w:val="000000" w:themeColor="text1"/>
          <w:sz w:val="32"/>
          <w:szCs w:val="32"/>
        </w:rPr>
        <w:t>hary Robin Karakaya Ashburner</w:t>
      </w:r>
    </w:p>
    <w:p w14:paraId="17F66B30" w14:textId="77777777" w:rsidR="00A85B25" w:rsidRDefault="00A85B25" w:rsidP="00A85B25">
      <w:pPr>
        <w:autoSpaceDE w:val="0"/>
        <w:autoSpaceDN w:val="0"/>
        <w:adjustRightInd w:val="0"/>
        <w:spacing w:after="0" w:line="262" w:lineRule="exact"/>
        <w:ind w:left="3600" w:firstLine="70"/>
        <w:rPr>
          <w:rFonts w:cs="Palatino Linotype"/>
          <w:b/>
          <w:bCs/>
          <w:color w:val="000000" w:themeColor="text1"/>
          <w:sz w:val="32"/>
          <w:szCs w:val="32"/>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3"/>
        <w:gridCol w:w="5155"/>
      </w:tblGrid>
      <w:tr w:rsidR="00A85B25" w14:paraId="043E2716" w14:textId="77777777" w:rsidTr="001C0D0A">
        <w:trPr>
          <w:trHeight w:val="646"/>
        </w:trPr>
        <w:tc>
          <w:tcPr>
            <w:tcW w:w="4865" w:type="dxa"/>
          </w:tcPr>
          <w:p w14:paraId="637ACCFA" w14:textId="77777777" w:rsidR="00A85B25" w:rsidRPr="00C73D11" w:rsidRDefault="00A85B25" w:rsidP="001C0D0A">
            <w:pPr>
              <w:autoSpaceDE w:val="0"/>
              <w:autoSpaceDN w:val="0"/>
              <w:adjustRightInd w:val="0"/>
              <w:spacing w:line="262" w:lineRule="exact"/>
              <w:ind w:left="25"/>
              <w:jc w:val="right"/>
              <w:rPr>
                <w:rFonts w:cs="Palatino Linotype"/>
                <w:color w:val="000000" w:themeColor="text1"/>
                <w:sz w:val="20"/>
                <w:szCs w:val="20"/>
              </w:rPr>
            </w:pPr>
            <w:r w:rsidRPr="00C73D11">
              <w:rPr>
                <w:rFonts w:cs="Palatino Linotype"/>
                <w:color w:val="000000" w:themeColor="text1"/>
                <w:sz w:val="20"/>
                <w:szCs w:val="20"/>
              </w:rPr>
              <w:t>27 Mount Crescent</w:t>
            </w:r>
          </w:p>
          <w:p w14:paraId="79168A07" w14:textId="77777777" w:rsidR="00A85B25" w:rsidRPr="00C73D11" w:rsidRDefault="00A85B25" w:rsidP="001C0D0A">
            <w:pPr>
              <w:autoSpaceDE w:val="0"/>
              <w:autoSpaceDN w:val="0"/>
              <w:adjustRightInd w:val="0"/>
              <w:spacing w:line="262" w:lineRule="exact"/>
              <w:ind w:left="25"/>
              <w:jc w:val="right"/>
              <w:rPr>
                <w:rFonts w:cs="Palatino Linotype"/>
                <w:color w:val="000000" w:themeColor="text1"/>
                <w:sz w:val="20"/>
                <w:szCs w:val="20"/>
              </w:rPr>
            </w:pPr>
            <w:r w:rsidRPr="00C73D11">
              <w:rPr>
                <w:rFonts w:cs="Palatino Linotype"/>
                <w:color w:val="000000" w:themeColor="text1"/>
                <w:sz w:val="20"/>
                <w:szCs w:val="20"/>
              </w:rPr>
              <w:t>Morriston</w:t>
            </w:r>
          </w:p>
          <w:p w14:paraId="70BA2E5E" w14:textId="77777777" w:rsidR="00A85B25" w:rsidRPr="00C73D11" w:rsidRDefault="00A85B25" w:rsidP="001C0D0A">
            <w:pPr>
              <w:autoSpaceDE w:val="0"/>
              <w:autoSpaceDN w:val="0"/>
              <w:adjustRightInd w:val="0"/>
              <w:spacing w:line="262" w:lineRule="exact"/>
              <w:ind w:left="25"/>
              <w:jc w:val="right"/>
              <w:rPr>
                <w:rFonts w:cs="Palatino Linotype"/>
                <w:color w:val="000000" w:themeColor="text1"/>
                <w:sz w:val="20"/>
                <w:szCs w:val="20"/>
              </w:rPr>
            </w:pPr>
            <w:r w:rsidRPr="00C73D11">
              <w:rPr>
                <w:rFonts w:cs="Palatino Linotype"/>
                <w:color w:val="000000" w:themeColor="text1"/>
                <w:sz w:val="20"/>
                <w:szCs w:val="20"/>
              </w:rPr>
              <w:t>SA6 6AP</w:t>
            </w:r>
          </w:p>
          <w:p w14:paraId="3191C7DB" w14:textId="77777777" w:rsidR="00A85B25" w:rsidRPr="00C73D11" w:rsidRDefault="00A85B25" w:rsidP="001C0D0A">
            <w:pPr>
              <w:autoSpaceDE w:val="0"/>
              <w:autoSpaceDN w:val="0"/>
              <w:adjustRightInd w:val="0"/>
              <w:spacing w:line="262" w:lineRule="exact"/>
              <w:ind w:left="25"/>
              <w:jc w:val="right"/>
              <w:rPr>
                <w:rFonts w:cs="Palatino Linotype"/>
                <w:color w:val="000000" w:themeColor="text1"/>
                <w:sz w:val="20"/>
                <w:szCs w:val="20"/>
              </w:rPr>
            </w:pPr>
          </w:p>
        </w:tc>
        <w:tc>
          <w:tcPr>
            <w:tcW w:w="6077" w:type="dxa"/>
          </w:tcPr>
          <w:p w14:paraId="40ACF234" w14:textId="77777777" w:rsidR="00A85B25" w:rsidRPr="00C73D11" w:rsidRDefault="00A85B25" w:rsidP="001C0D0A">
            <w:pPr>
              <w:autoSpaceDE w:val="0"/>
              <w:autoSpaceDN w:val="0"/>
              <w:adjustRightInd w:val="0"/>
              <w:spacing w:line="262" w:lineRule="exact"/>
              <w:ind w:left="25"/>
              <w:rPr>
                <w:rFonts w:cs="Palatino Linotype"/>
                <w:color w:val="000000" w:themeColor="text1"/>
                <w:sz w:val="20"/>
                <w:szCs w:val="20"/>
              </w:rPr>
            </w:pPr>
            <w:r w:rsidRPr="00C73D11">
              <w:rPr>
                <w:rFonts w:cs="Palatino Linotype"/>
                <w:color w:val="000000" w:themeColor="text1"/>
                <w:sz w:val="20"/>
                <w:szCs w:val="20"/>
              </w:rPr>
              <w:t>Mobile</w:t>
            </w:r>
            <w:proofErr w:type="gramStart"/>
            <w:r w:rsidRPr="00C73D11">
              <w:rPr>
                <w:rFonts w:cs="Palatino Linotype"/>
                <w:color w:val="000000" w:themeColor="text1"/>
                <w:sz w:val="20"/>
                <w:szCs w:val="20"/>
              </w:rPr>
              <w:t>:  07864</w:t>
            </w:r>
            <w:proofErr w:type="gramEnd"/>
            <w:r w:rsidRPr="00C73D11">
              <w:rPr>
                <w:rFonts w:cs="Palatino Linotype"/>
                <w:color w:val="000000" w:themeColor="text1"/>
                <w:sz w:val="20"/>
                <w:szCs w:val="20"/>
              </w:rPr>
              <w:t xml:space="preserve"> 637 051</w:t>
            </w:r>
          </w:p>
          <w:p w14:paraId="45D47FF8" w14:textId="77777777" w:rsidR="00A85B25" w:rsidRPr="00C73D11" w:rsidRDefault="00A85B25" w:rsidP="001C0D0A">
            <w:pPr>
              <w:autoSpaceDE w:val="0"/>
              <w:autoSpaceDN w:val="0"/>
              <w:adjustRightInd w:val="0"/>
              <w:spacing w:line="262" w:lineRule="exact"/>
              <w:rPr>
                <w:rFonts w:cs="Palatino Linotype"/>
                <w:color w:val="000000" w:themeColor="text1"/>
                <w:sz w:val="20"/>
                <w:szCs w:val="20"/>
              </w:rPr>
            </w:pPr>
            <w:r w:rsidRPr="00C73D11">
              <w:rPr>
                <w:rFonts w:cs="Palatino Linotype"/>
                <w:color w:val="000000" w:themeColor="text1"/>
                <w:sz w:val="20"/>
                <w:szCs w:val="20"/>
              </w:rPr>
              <w:t xml:space="preserve">Email:  </w:t>
            </w:r>
            <w:r w:rsidRPr="00C73D11">
              <w:rPr>
                <w:rFonts w:cs="Palatino Linotype"/>
                <w:sz w:val="20"/>
                <w:szCs w:val="20"/>
              </w:rPr>
              <w:t>zachary211199@hotmail.com</w:t>
            </w:r>
          </w:p>
        </w:tc>
      </w:tr>
    </w:tbl>
    <w:p w14:paraId="5F6E303C" w14:textId="77777777" w:rsidR="00A85B25" w:rsidRPr="005456A9" w:rsidRDefault="00A85B25" w:rsidP="00A85B25">
      <w:pPr>
        <w:pStyle w:val="NoSpacing"/>
        <w:rPr>
          <w:sz w:val="20"/>
          <w:szCs w:val="20"/>
          <w:u w:val="single"/>
        </w:rPr>
      </w:pPr>
      <w:r w:rsidRPr="005456A9">
        <w:rPr>
          <w:sz w:val="20"/>
          <w:szCs w:val="20"/>
          <w:u w:val="single"/>
        </w:rPr>
        <w:t>Summary</w:t>
      </w:r>
    </w:p>
    <w:p w14:paraId="213D654F" w14:textId="77777777" w:rsidR="00A85B25" w:rsidRPr="005456A9" w:rsidRDefault="00A85B25" w:rsidP="00A85B25">
      <w:pPr>
        <w:pStyle w:val="NoSpacing"/>
        <w:rPr>
          <w:sz w:val="20"/>
          <w:szCs w:val="20"/>
        </w:rPr>
      </w:pPr>
    </w:p>
    <w:p w14:paraId="4B6456AC" w14:textId="77777777" w:rsidR="00A85B25" w:rsidRPr="004B49D3" w:rsidRDefault="00A85B25" w:rsidP="00A85B25">
      <w:pPr>
        <w:pStyle w:val="NoSpacing"/>
        <w:rPr>
          <w:sz w:val="20"/>
          <w:szCs w:val="20"/>
        </w:rPr>
      </w:pPr>
      <w:r w:rsidRPr="004B49D3">
        <w:rPr>
          <w:sz w:val="20"/>
          <w:szCs w:val="20"/>
        </w:rPr>
        <w:t xml:space="preserve">I am a motivated and analytical individual currently studying BSc Sport and Exercise Science at UWTSD Swansea, with hands-on experience supporting biomechanics research through my internship at </w:t>
      </w:r>
      <w:proofErr w:type="spellStart"/>
      <w:r w:rsidRPr="004B49D3">
        <w:rPr>
          <w:sz w:val="20"/>
          <w:szCs w:val="20"/>
        </w:rPr>
        <w:t>ATiC</w:t>
      </w:r>
      <w:proofErr w:type="spellEnd"/>
      <w:r w:rsidRPr="004B49D3">
        <w:rPr>
          <w:sz w:val="20"/>
          <w:szCs w:val="20"/>
        </w:rPr>
        <w:t xml:space="preserve">. My goal is to </w:t>
      </w:r>
      <w:proofErr w:type="spellStart"/>
      <w:r w:rsidRPr="004B49D3">
        <w:rPr>
          <w:sz w:val="20"/>
          <w:szCs w:val="20"/>
        </w:rPr>
        <w:t>specialise</w:t>
      </w:r>
      <w:proofErr w:type="spellEnd"/>
      <w:r w:rsidRPr="004B49D3">
        <w:rPr>
          <w:sz w:val="20"/>
          <w:szCs w:val="20"/>
        </w:rPr>
        <w:t xml:space="preserve"> in applied biomechanics and human performance to become a specialist trainer capable of </w:t>
      </w:r>
      <w:proofErr w:type="spellStart"/>
      <w:r w:rsidRPr="004B49D3">
        <w:rPr>
          <w:sz w:val="20"/>
          <w:szCs w:val="20"/>
        </w:rPr>
        <w:t>analysing</w:t>
      </w:r>
      <w:proofErr w:type="spellEnd"/>
      <w:r w:rsidRPr="004B49D3">
        <w:rPr>
          <w:sz w:val="20"/>
          <w:szCs w:val="20"/>
        </w:rPr>
        <w:t xml:space="preserve"> and enhancing the movement efficiency of professional athletes.</w:t>
      </w:r>
    </w:p>
    <w:p w14:paraId="635DEF8E" w14:textId="77777777" w:rsidR="00A85B25" w:rsidRPr="004B49D3" w:rsidRDefault="00A85B25" w:rsidP="00A85B25">
      <w:pPr>
        <w:pStyle w:val="NoSpacing"/>
        <w:rPr>
          <w:sz w:val="20"/>
          <w:szCs w:val="20"/>
        </w:rPr>
      </w:pPr>
    </w:p>
    <w:p w14:paraId="25BC0A15" w14:textId="77777777" w:rsidR="00A85B25" w:rsidRDefault="00A85B25" w:rsidP="00A85B25">
      <w:pPr>
        <w:pStyle w:val="NoSpacing"/>
        <w:rPr>
          <w:sz w:val="20"/>
          <w:szCs w:val="20"/>
        </w:rPr>
      </w:pPr>
      <w:r w:rsidRPr="004B49D3">
        <w:rPr>
          <w:sz w:val="20"/>
          <w:szCs w:val="20"/>
        </w:rPr>
        <w:t>I hold Level 2 Gym Instructor and Level 3 Personal Trainer qualifications and have trained alongside professional bodybuilders, boxers, and martial artists. These experiences have deepened my understanding of technique, biomechanics, and athletic performance. My diverse employment background — from construction and customer service to research support — has built strong discipline, teamwork, and problem-solving abilities. I am reliable, hardworking, and dedicated to continuous professional and personal growth within the sport and exercise science field.</w:t>
      </w:r>
    </w:p>
    <w:p w14:paraId="39DB85E5" w14:textId="77777777" w:rsidR="00A85B25" w:rsidRPr="005456A9" w:rsidRDefault="00A85B25" w:rsidP="00A85B25">
      <w:pPr>
        <w:pStyle w:val="NoSpacing"/>
        <w:rPr>
          <w:sz w:val="20"/>
          <w:szCs w:val="20"/>
        </w:rPr>
      </w:pPr>
    </w:p>
    <w:p w14:paraId="35AC79DC" w14:textId="77777777" w:rsidR="00A85B25" w:rsidRPr="005456A9" w:rsidRDefault="00A85B25" w:rsidP="00A85B25">
      <w:pPr>
        <w:pStyle w:val="NoSpacing"/>
        <w:rPr>
          <w:sz w:val="20"/>
          <w:szCs w:val="20"/>
          <w:u w:val="single"/>
        </w:rPr>
      </w:pPr>
      <w:r w:rsidRPr="005456A9">
        <w:rPr>
          <w:color w:val="000000"/>
          <w:spacing w:val="-6"/>
          <w:sz w:val="20"/>
          <w:szCs w:val="20"/>
          <w:u w:val="single"/>
        </w:rPr>
        <w:t>Skills</w:t>
      </w:r>
      <w:r w:rsidRPr="005456A9">
        <w:rPr>
          <w:color w:val="000000"/>
          <w:spacing w:val="-6"/>
          <w:sz w:val="20"/>
          <w:szCs w:val="20"/>
          <w:u w:val="single"/>
        </w:rPr>
        <w:br/>
      </w: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2"/>
        <w:gridCol w:w="2932"/>
        <w:gridCol w:w="2894"/>
      </w:tblGrid>
      <w:tr w:rsidR="00A85B25" w:rsidRPr="005456A9" w14:paraId="39329C22" w14:textId="77777777" w:rsidTr="001C0D0A">
        <w:tc>
          <w:tcPr>
            <w:tcW w:w="3539" w:type="dxa"/>
          </w:tcPr>
          <w:p w14:paraId="34CBB454" w14:textId="77777777" w:rsidR="00A85B25" w:rsidRPr="005456A9" w:rsidRDefault="00A85B25" w:rsidP="001C0D0A">
            <w:pPr>
              <w:pStyle w:val="NoSpacing"/>
              <w:rPr>
                <w:sz w:val="20"/>
                <w:szCs w:val="20"/>
              </w:rPr>
            </w:pPr>
            <w:r w:rsidRPr="005456A9">
              <w:rPr>
                <w:color w:val="000000"/>
                <w:spacing w:val="6"/>
                <w:sz w:val="20"/>
                <w:szCs w:val="20"/>
              </w:rPr>
              <w:t>Independent</w:t>
            </w:r>
          </w:p>
          <w:p w14:paraId="05D1D854" w14:textId="77777777" w:rsidR="00A85B25" w:rsidRPr="005456A9" w:rsidRDefault="00A85B25" w:rsidP="001C0D0A">
            <w:pPr>
              <w:pStyle w:val="NoSpacing"/>
              <w:rPr>
                <w:sz w:val="20"/>
                <w:szCs w:val="20"/>
              </w:rPr>
            </w:pPr>
            <w:r w:rsidRPr="005456A9">
              <w:rPr>
                <w:color w:val="000000"/>
                <w:spacing w:val="3"/>
                <w:sz w:val="20"/>
                <w:szCs w:val="20"/>
              </w:rPr>
              <w:t>Numerate</w:t>
            </w:r>
          </w:p>
          <w:p w14:paraId="5E64D1E0" w14:textId="77777777" w:rsidR="00A85B25" w:rsidRPr="005456A9" w:rsidRDefault="00A85B25" w:rsidP="001C0D0A">
            <w:pPr>
              <w:pStyle w:val="NoSpacing"/>
              <w:rPr>
                <w:sz w:val="20"/>
                <w:szCs w:val="20"/>
              </w:rPr>
            </w:pPr>
            <w:r w:rsidRPr="005456A9">
              <w:rPr>
                <w:color w:val="000000"/>
                <w:spacing w:val="-2"/>
                <w:sz w:val="20"/>
                <w:szCs w:val="20"/>
              </w:rPr>
              <w:t>Excellent social skills</w:t>
            </w:r>
          </w:p>
          <w:p w14:paraId="5CD46387" w14:textId="77777777" w:rsidR="00A85B25" w:rsidRPr="005456A9" w:rsidRDefault="00A85B25" w:rsidP="001C0D0A">
            <w:pPr>
              <w:pStyle w:val="NoSpacing"/>
              <w:rPr>
                <w:sz w:val="20"/>
                <w:szCs w:val="20"/>
              </w:rPr>
            </w:pPr>
            <w:r w:rsidRPr="005456A9">
              <w:rPr>
                <w:color w:val="000000"/>
                <w:spacing w:val="-1"/>
                <w:sz w:val="20"/>
                <w:szCs w:val="20"/>
              </w:rPr>
              <w:t>Work well alone or as part of a team</w:t>
            </w:r>
          </w:p>
          <w:p w14:paraId="5AFB141F" w14:textId="77777777" w:rsidR="00A85B25" w:rsidRPr="005456A9" w:rsidRDefault="00A85B25" w:rsidP="001C0D0A">
            <w:pPr>
              <w:pStyle w:val="NoSpacing"/>
              <w:rPr>
                <w:sz w:val="20"/>
                <w:szCs w:val="20"/>
              </w:rPr>
            </w:pPr>
            <w:r w:rsidRPr="005456A9">
              <w:rPr>
                <w:color w:val="000000"/>
                <w:spacing w:val="1"/>
                <w:sz w:val="20"/>
                <w:szCs w:val="20"/>
              </w:rPr>
              <w:t>Strong work ethic</w:t>
            </w:r>
          </w:p>
        </w:tc>
        <w:tc>
          <w:tcPr>
            <w:tcW w:w="3261" w:type="dxa"/>
          </w:tcPr>
          <w:p w14:paraId="6D3FE08C" w14:textId="77777777" w:rsidR="00A85B25" w:rsidRPr="005456A9" w:rsidRDefault="00A85B25" w:rsidP="001C0D0A">
            <w:pPr>
              <w:pStyle w:val="NoSpacing"/>
              <w:rPr>
                <w:sz w:val="20"/>
                <w:szCs w:val="20"/>
              </w:rPr>
            </w:pPr>
            <w:r w:rsidRPr="005456A9">
              <w:rPr>
                <w:color w:val="000000"/>
                <w:spacing w:val="1"/>
                <w:position w:val="3"/>
                <w:sz w:val="20"/>
                <w:szCs w:val="20"/>
              </w:rPr>
              <w:t>Excellent self-presentation</w:t>
            </w:r>
          </w:p>
          <w:p w14:paraId="46963B4B" w14:textId="77777777" w:rsidR="00A85B25" w:rsidRPr="005456A9" w:rsidRDefault="00A85B25" w:rsidP="001C0D0A">
            <w:pPr>
              <w:pStyle w:val="NoSpacing"/>
              <w:rPr>
                <w:sz w:val="20"/>
                <w:szCs w:val="20"/>
              </w:rPr>
            </w:pPr>
            <w:r w:rsidRPr="005456A9">
              <w:rPr>
                <w:color w:val="000000"/>
                <w:spacing w:val="1"/>
                <w:position w:val="3"/>
                <w:sz w:val="20"/>
                <w:szCs w:val="20"/>
              </w:rPr>
              <w:t>Strong leadership skills</w:t>
            </w:r>
          </w:p>
          <w:p w14:paraId="0C6D7D66" w14:textId="77777777" w:rsidR="00A85B25" w:rsidRPr="005456A9" w:rsidRDefault="00A85B25" w:rsidP="001C0D0A">
            <w:pPr>
              <w:pStyle w:val="NoSpacing"/>
              <w:rPr>
                <w:sz w:val="20"/>
                <w:szCs w:val="20"/>
              </w:rPr>
            </w:pPr>
            <w:r w:rsidRPr="005456A9">
              <w:rPr>
                <w:color w:val="000000"/>
                <w:spacing w:val="1"/>
                <w:position w:val="3"/>
                <w:sz w:val="20"/>
                <w:szCs w:val="20"/>
              </w:rPr>
              <w:t>Dependable</w:t>
            </w:r>
          </w:p>
          <w:p w14:paraId="5F705AAA" w14:textId="77777777" w:rsidR="00A85B25" w:rsidRPr="005456A9" w:rsidRDefault="00A85B25" w:rsidP="001C0D0A">
            <w:pPr>
              <w:pStyle w:val="NoSpacing"/>
              <w:rPr>
                <w:sz w:val="20"/>
                <w:szCs w:val="20"/>
              </w:rPr>
            </w:pPr>
            <w:r w:rsidRPr="005456A9">
              <w:rPr>
                <w:color w:val="000000"/>
                <w:spacing w:val="-4"/>
                <w:sz w:val="20"/>
                <w:szCs w:val="20"/>
              </w:rPr>
              <w:t>Reliable</w:t>
            </w:r>
          </w:p>
          <w:p w14:paraId="745316D4" w14:textId="77777777" w:rsidR="00A85B25" w:rsidRPr="005456A9" w:rsidRDefault="00A85B25" w:rsidP="001C0D0A">
            <w:pPr>
              <w:pStyle w:val="NoSpacing"/>
              <w:rPr>
                <w:sz w:val="20"/>
                <w:szCs w:val="20"/>
              </w:rPr>
            </w:pPr>
            <w:r w:rsidRPr="005456A9">
              <w:rPr>
                <w:color w:val="000000"/>
                <w:spacing w:val="1"/>
                <w:position w:val="3"/>
                <w:sz w:val="20"/>
                <w:szCs w:val="20"/>
              </w:rPr>
              <w:t>Honest</w:t>
            </w:r>
          </w:p>
        </w:tc>
        <w:tc>
          <w:tcPr>
            <w:tcW w:w="3261" w:type="dxa"/>
          </w:tcPr>
          <w:p w14:paraId="329FB283" w14:textId="77777777" w:rsidR="00A85B25" w:rsidRPr="005456A9" w:rsidRDefault="00A85B25" w:rsidP="001C0D0A">
            <w:pPr>
              <w:pStyle w:val="NoSpacing"/>
              <w:rPr>
                <w:color w:val="000000"/>
                <w:spacing w:val="3"/>
                <w:sz w:val="20"/>
                <w:szCs w:val="20"/>
              </w:rPr>
            </w:pPr>
            <w:r w:rsidRPr="005456A9">
              <w:rPr>
                <w:color w:val="000000"/>
                <w:spacing w:val="3"/>
                <w:sz w:val="20"/>
                <w:szCs w:val="20"/>
              </w:rPr>
              <w:t>Articulate</w:t>
            </w:r>
          </w:p>
          <w:p w14:paraId="339009DB" w14:textId="77777777" w:rsidR="00A85B25" w:rsidRPr="005456A9" w:rsidRDefault="00A85B25" w:rsidP="001C0D0A">
            <w:pPr>
              <w:pStyle w:val="NoSpacing"/>
              <w:rPr>
                <w:sz w:val="20"/>
                <w:szCs w:val="20"/>
              </w:rPr>
            </w:pPr>
            <w:r w:rsidRPr="005456A9">
              <w:rPr>
                <w:color w:val="000000"/>
                <w:spacing w:val="3"/>
                <w:sz w:val="20"/>
                <w:szCs w:val="20"/>
              </w:rPr>
              <w:t>Mature</w:t>
            </w:r>
          </w:p>
          <w:p w14:paraId="37D6EE3A" w14:textId="77777777" w:rsidR="00A85B25" w:rsidRPr="005456A9" w:rsidRDefault="00A85B25" w:rsidP="001C0D0A">
            <w:pPr>
              <w:pStyle w:val="NoSpacing"/>
              <w:rPr>
                <w:sz w:val="20"/>
                <w:szCs w:val="20"/>
              </w:rPr>
            </w:pPr>
            <w:r w:rsidRPr="005456A9">
              <w:rPr>
                <w:sz w:val="20"/>
                <w:szCs w:val="20"/>
              </w:rPr>
              <w:t>Discreet</w:t>
            </w:r>
          </w:p>
          <w:p w14:paraId="4B7DEE7A" w14:textId="77777777" w:rsidR="00A85B25" w:rsidRPr="005456A9" w:rsidRDefault="00A85B25" w:rsidP="001C0D0A">
            <w:pPr>
              <w:pStyle w:val="NoSpacing"/>
              <w:rPr>
                <w:sz w:val="20"/>
                <w:szCs w:val="20"/>
              </w:rPr>
            </w:pPr>
            <w:r w:rsidRPr="005456A9">
              <w:rPr>
                <w:sz w:val="20"/>
                <w:szCs w:val="20"/>
              </w:rPr>
              <w:t>A good listener</w:t>
            </w:r>
          </w:p>
        </w:tc>
      </w:tr>
    </w:tbl>
    <w:p w14:paraId="659C87B6" w14:textId="77777777" w:rsidR="00A85B25" w:rsidRPr="005456A9" w:rsidRDefault="00A85B25" w:rsidP="00A85B25">
      <w:pPr>
        <w:pStyle w:val="NoSpacing"/>
        <w:rPr>
          <w:rFonts w:cs="PalatinoLinotype-Bold"/>
          <w:color w:val="000000"/>
          <w:sz w:val="20"/>
          <w:szCs w:val="20"/>
        </w:rPr>
      </w:pPr>
    </w:p>
    <w:p w14:paraId="410F3645" w14:textId="77777777" w:rsidR="00A85B25" w:rsidRPr="005456A9" w:rsidRDefault="00A85B25" w:rsidP="00A85B25">
      <w:pPr>
        <w:pStyle w:val="NoSpacing"/>
        <w:rPr>
          <w:rFonts w:cs="PalatinoLinotype-Bold"/>
          <w:sz w:val="20"/>
          <w:szCs w:val="20"/>
        </w:rPr>
      </w:pPr>
      <w:proofErr w:type="gramStart"/>
      <w:r w:rsidRPr="005456A9">
        <w:rPr>
          <w:rFonts w:cs="PalatinoLinotype-Bold"/>
          <w:color w:val="000000"/>
          <w:sz w:val="20"/>
          <w:szCs w:val="20"/>
          <w:u w:val="single"/>
        </w:rPr>
        <w:t>Accomplishments</w:t>
      </w:r>
      <w:r w:rsidRPr="005456A9">
        <w:rPr>
          <w:rFonts w:cs="PalatinoLinotype-Bold"/>
          <w:color w:val="000000"/>
          <w:sz w:val="20"/>
          <w:szCs w:val="20"/>
        </w:rPr>
        <w:tab/>
      </w:r>
      <w:r w:rsidRPr="005456A9">
        <w:rPr>
          <w:rFonts w:cs="PalatinoLinotype-Bold"/>
          <w:color w:val="000000"/>
          <w:sz w:val="20"/>
          <w:szCs w:val="20"/>
        </w:rPr>
        <w:tab/>
      </w:r>
      <w:r w:rsidRPr="005456A9">
        <w:rPr>
          <w:rFonts w:cs="PalatinoLinotype-Bold"/>
          <w:color w:val="000000"/>
          <w:sz w:val="20"/>
          <w:szCs w:val="20"/>
        </w:rPr>
        <w:tab/>
        <w:t xml:space="preserve">      </w:t>
      </w:r>
      <w:r w:rsidRPr="005456A9">
        <w:rPr>
          <w:rFonts w:cs="PalatinoLinotype-Bold"/>
          <w:color w:val="000000"/>
          <w:sz w:val="20"/>
          <w:szCs w:val="20"/>
        </w:rPr>
        <w:tab/>
        <w:t xml:space="preserve">         </w:t>
      </w:r>
      <w:r w:rsidRPr="005456A9">
        <w:rPr>
          <w:rFonts w:cs="PalatinoLinotype-Bold"/>
          <w:color w:val="000000"/>
          <w:sz w:val="20"/>
          <w:szCs w:val="20"/>
          <w:u w:val="single"/>
        </w:rPr>
        <w:t>Education</w:t>
      </w:r>
      <w:proofErr w:type="gramEnd"/>
      <w:r w:rsidRPr="005456A9">
        <w:rPr>
          <w:rFonts w:cs="PalatinoLinotype-Bold"/>
          <w:color w:val="000000"/>
          <w:sz w:val="20"/>
          <w:szCs w:val="20"/>
          <w:u w:val="single"/>
        </w:rPr>
        <w:t>, GCSEs</w:t>
      </w:r>
      <w:r w:rsidRPr="005456A9">
        <w:rPr>
          <w:rFonts w:cs="PalatinoLinotype-Bold"/>
          <w:color w:val="000000"/>
          <w:sz w:val="20"/>
          <w:szCs w:val="20"/>
        </w:rPr>
        <w:br/>
      </w: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0"/>
        <w:gridCol w:w="5023"/>
      </w:tblGrid>
      <w:tr w:rsidR="00A85B25" w:rsidRPr="005456A9" w14:paraId="4108FF17" w14:textId="77777777" w:rsidTr="001C0D0A">
        <w:tc>
          <w:tcPr>
            <w:tcW w:w="4825" w:type="dxa"/>
          </w:tcPr>
          <w:p w14:paraId="7FA1D725" w14:textId="77777777" w:rsidR="00A85B25" w:rsidRPr="005456A9" w:rsidRDefault="00A85B25" w:rsidP="001C0D0A">
            <w:pPr>
              <w:pStyle w:val="NoSpacing"/>
              <w:rPr>
                <w:sz w:val="20"/>
                <w:szCs w:val="20"/>
              </w:rPr>
            </w:pPr>
            <w:r w:rsidRPr="005456A9">
              <w:rPr>
                <w:color w:val="000000"/>
                <w:spacing w:val="1"/>
                <w:sz w:val="20"/>
                <w:szCs w:val="20"/>
              </w:rPr>
              <w:t>Open Water scuba diving certificate (to 18m)</w:t>
            </w:r>
          </w:p>
          <w:p w14:paraId="7EC79DB9" w14:textId="77777777" w:rsidR="00A85B25" w:rsidRPr="005456A9" w:rsidRDefault="00A85B25" w:rsidP="001C0D0A">
            <w:pPr>
              <w:pStyle w:val="NoSpacing"/>
              <w:rPr>
                <w:sz w:val="20"/>
                <w:szCs w:val="20"/>
              </w:rPr>
            </w:pPr>
            <w:r w:rsidRPr="005456A9">
              <w:rPr>
                <w:color w:val="000000"/>
                <w:spacing w:val="-1"/>
                <w:sz w:val="20"/>
                <w:szCs w:val="20"/>
              </w:rPr>
              <w:t xml:space="preserve">Welsh Novice Boxing Champion (age </w:t>
            </w:r>
            <w:proofErr w:type="gramStart"/>
            <w:r w:rsidRPr="005456A9">
              <w:rPr>
                <w:color w:val="000000"/>
                <w:spacing w:val="-1"/>
                <w:sz w:val="20"/>
                <w:szCs w:val="20"/>
              </w:rPr>
              <w:t>15 year</w:t>
            </w:r>
            <w:proofErr w:type="gramEnd"/>
            <w:r w:rsidRPr="005456A9">
              <w:rPr>
                <w:color w:val="000000"/>
                <w:spacing w:val="-1"/>
                <w:sz w:val="20"/>
                <w:szCs w:val="20"/>
              </w:rPr>
              <w:t xml:space="preserve"> group), May 2015</w:t>
            </w:r>
          </w:p>
          <w:p w14:paraId="4AFAC901" w14:textId="77777777" w:rsidR="00A85B25" w:rsidRPr="005456A9" w:rsidRDefault="00A85B25" w:rsidP="001C0D0A">
            <w:pPr>
              <w:pStyle w:val="NoSpacing"/>
              <w:rPr>
                <w:color w:val="000000"/>
                <w:spacing w:val="1"/>
                <w:sz w:val="20"/>
                <w:szCs w:val="20"/>
              </w:rPr>
            </w:pPr>
            <w:r w:rsidRPr="005456A9">
              <w:rPr>
                <w:color w:val="000000"/>
                <w:spacing w:val="1"/>
                <w:sz w:val="20"/>
                <w:szCs w:val="20"/>
              </w:rPr>
              <w:t>First Aid certificate, 2015</w:t>
            </w:r>
          </w:p>
          <w:p w14:paraId="11FDFC84" w14:textId="77777777" w:rsidR="00A85B25" w:rsidRPr="005456A9" w:rsidRDefault="00A85B25" w:rsidP="001C0D0A">
            <w:pPr>
              <w:pStyle w:val="NoSpacing"/>
              <w:rPr>
                <w:sz w:val="20"/>
                <w:szCs w:val="20"/>
              </w:rPr>
            </w:pPr>
          </w:p>
        </w:tc>
        <w:tc>
          <w:tcPr>
            <w:tcW w:w="6122" w:type="dxa"/>
          </w:tcPr>
          <w:p w14:paraId="57CCFC90" w14:textId="77777777" w:rsidR="00A85B25" w:rsidRPr="005456A9" w:rsidRDefault="00A85B25" w:rsidP="001C0D0A">
            <w:pPr>
              <w:pStyle w:val="NoSpacing"/>
              <w:rPr>
                <w:rFonts w:cs="PalatinoLinotype-Bold"/>
                <w:color w:val="000000"/>
                <w:sz w:val="20"/>
                <w:szCs w:val="20"/>
              </w:rPr>
            </w:pPr>
            <w:r w:rsidRPr="005456A9">
              <w:rPr>
                <w:sz w:val="20"/>
                <w:szCs w:val="20"/>
              </w:rPr>
              <w:t>Triple science: biology (B), chemistry (C) and physics (B)</w:t>
            </w:r>
          </w:p>
          <w:p w14:paraId="6E020B62" w14:textId="77777777" w:rsidR="00A85B25" w:rsidRPr="005456A9" w:rsidRDefault="00A85B25" w:rsidP="001C0D0A">
            <w:pPr>
              <w:pStyle w:val="NoSpacing"/>
              <w:rPr>
                <w:rFonts w:cs="PalatinoLinotype-Bold"/>
                <w:sz w:val="20"/>
                <w:szCs w:val="20"/>
              </w:rPr>
            </w:pPr>
            <w:r w:rsidRPr="005456A9">
              <w:rPr>
                <w:sz w:val="20"/>
                <w:szCs w:val="20"/>
              </w:rPr>
              <w:t>Physical education (B)</w:t>
            </w:r>
          </w:p>
          <w:p w14:paraId="5F7B9E18" w14:textId="77777777" w:rsidR="00A85B25" w:rsidRPr="005456A9" w:rsidRDefault="00A85B25" w:rsidP="001C0D0A">
            <w:pPr>
              <w:pStyle w:val="NoSpacing"/>
              <w:rPr>
                <w:rFonts w:cs="PalatinoLinotype-Bold"/>
                <w:sz w:val="20"/>
                <w:szCs w:val="20"/>
              </w:rPr>
            </w:pPr>
            <w:r w:rsidRPr="005456A9">
              <w:rPr>
                <w:sz w:val="20"/>
                <w:szCs w:val="20"/>
              </w:rPr>
              <w:t>Mathematics (B)</w:t>
            </w:r>
          </w:p>
          <w:p w14:paraId="246CE359" w14:textId="77777777" w:rsidR="00A85B25" w:rsidRPr="005456A9" w:rsidRDefault="00A85B25" w:rsidP="001C0D0A">
            <w:pPr>
              <w:pStyle w:val="NoSpacing"/>
              <w:rPr>
                <w:rFonts w:cs="PalatinoLinotype-Bold"/>
                <w:sz w:val="20"/>
                <w:szCs w:val="20"/>
              </w:rPr>
            </w:pPr>
            <w:r w:rsidRPr="005456A9">
              <w:rPr>
                <w:sz w:val="20"/>
                <w:szCs w:val="20"/>
              </w:rPr>
              <w:t xml:space="preserve">Welsh </w:t>
            </w:r>
            <w:proofErr w:type="spellStart"/>
            <w:r w:rsidRPr="005456A9">
              <w:rPr>
                <w:sz w:val="20"/>
                <w:szCs w:val="20"/>
              </w:rPr>
              <w:t>Bacc</w:t>
            </w:r>
            <w:proofErr w:type="spellEnd"/>
            <w:r w:rsidRPr="005456A9">
              <w:rPr>
                <w:sz w:val="20"/>
                <w:szCs w:val="20"/>
              </w:rPr>
              <w:t xml:space="preserve"> (Pass)</w:t>
            </w:r>
          </w:p>
          <w:p w14:paraId="005AA501" w14:textId="77777777" w:rsidR="00A85B25" w:rsidRPr="005456A9" w:rsidRDefault="00A85B25" w:rsidP="001C0D0A">
            <w:pPr>
              <w:pStyle w:val="NoSpacing"/>
              <w:rPr>
                <w:sz w:val="20"/>
                <w:szCs w:val="20"/>
              </w:rPr>
            </w:pPr>
            <w:r w:rsidRPr="005456A9">
              <w:rPr>
                <w:sz w:val="20"/>
                <w:szCs w:val="20"/>
              </w:rPr>
              <w:t>English literature (B) and language (B)</w:t>
            </w:r>
          </w:p>
          <w:p w14:paraId="3078B868" w14:textId="77777777" w:rsidR="00A85B25" w:rsidRPr="005456A9" w:rsidRDefault="00A85B25" w:rsidP="001C0D0A">
            <w:pPr>
              <w:pStyle w:val="NoSpacing"/>
              <w:rPr>
                <w:sz w:val="20"/>
                <w:szCs w:val="20"/>
              </w:rPr>
            </w:pPr>
            <w:r w:rsidRPr="005456A9">
              <w:rPr>
                <w:sz w:val="20"/>
                <w:szCs w:val="20"/>
              </w:rPr>
              <w:t>Level 2 site carpentry and bench joinery</w:t>
            </w:r>
          </w:p>
          <w:p w14:paraId="22474B98" w14:textId="77777777" w:rsidR="00A85B25" w:rsidRPr="007369DC" w:rsidRDefault="00A85B25" w:rsidP="001C0D0A">
            <w:pPr>
              <w:pStyle w:val="NoSpacing"/>
              <w:rPr>
                <w:sz w:val="20"/>
                <w:szCs w:val="20"/>
              </w:rPr>
            </w:pPr>
            <w:r w:rsidRPr="005456A9">
              <w:rPr>
                <w:sz w:val="20"/>
                <w:szCs w:val="20"/>
              </w:rPr>
              <w:t>Level 2 Gym Instructor</w:t>
            </w:r>
            <w:r>
              <w:rPr>
                <w:sz w:val="20"/>
                <w:szCs w:val="20"/>
              </w:rPr>
              <w:t xml:space="preserve"> &amp; Level 3 Personal Trainer</w:t>
            </w:r>
          </w:p>
          <w:p w14:paraId="242BD7F8" w14:textId="77777777" w:rsidR="00A85B25" w:rsidRPr="005456A9" w:rsidRDefault="00A85B25" w:rsidP="001C0D0A">
            <w:pPr>
              <w:pStyle w:val="NoSpacing"/>
              <w:rPr>
                <w:rFonts w:cs="PalatinoLinotype-Bold"/>
                <w:sz w:val="20"/>
                <w:szCs w:val="20"/>
              </w:rPr>
            </w:pPr>
            <w:r>
              <w:rPr>
                <w:rFonts w:cs="PalatinoLinotype-Bold"/>
                <w:sz w:val="20"/>
                <w:szCs w:val="20"/>
              </w:rPr>
              <w:t>BSc Sport and Exercise Science (current level 5 student)</w:t>
            </w:r>
          </w:p>
        </w:tc>
      </w:tr>
    </w:tbl>
    <w:p w14:paraId="112EDF76" w14:textId="77777777" w:rsidR="00A85B25" w:rsidRPr="005456A9" w:rsidRDefault="00A85B25" w:rsidP="00A85B25">
      <w:pPr>
        <w:pStyle w:val="NoSpacing"/>
        <w:rPr>
          <w:noProof/>
          <w:sz w:val="20"/>
          <w:szCs w:val="20"/>
          <w:u w:val="single"/>
        </w:rPr>
      </w:pPr>
    </w:p>
    <w:p w14:paraId="681E0E21" w14:textId="77777777" w:rsidR="00A85B25" w:rsidRDefault="00A85B25" w:rsidP="00A85B25">
      <w:pPr>
        <w:pStyle w:val="NoSpacing"/>
        <w:rPr>
          <w:noProof/>
          <w:sz w:val="20"/>
          <w:szCs w:val="20"/>
          <w:u w:val="single"/>
        </w:rPr>
      </w:pPr>
    </w:p>
    <w:p w14:paraId="4E3F7DFE" w14:textId="20B8AEFE" w:rsidR="00A85B25" w:rsidRPr="005456A9" w:rsidRDefault="00A85B25" w:rsidP="00A85B25">
      <w:pPr>
        <w:pStyle w:val="NoSpacing"/>
        <w:rPr>
          <w:noProof/>
          <w:sz w:val="20"/>
          <w:szCs w:val="20"/>
          <w:u w:val="single"/>
        </w:rPr>
      </w:pPr>
      <w:r w:rsidRPr="005456A9">
        <w:rPr>
          <w:noProof/>
          <w:sz w:val="20"/>
          <w:szCs w:val="20"/>
          <w:u w:val="single"/>
        </w:rPr>
        <w:t>Work experience to date</w:t>
      </w:r>
    </w:p>
    <w:p w14:paraId="74D16817" w14:textId="77777777" w:rsidR="00A85B25" w:rsidRPr="005456A9" w:rsidRDefault="00A85B25" w:rsidP="00A85B25">
      <w:pPr>
        <w:pStyle w:val="NoSpacing"/>
        <w:rPr>
          <w:noProof/>
          <w:sz w:val="20"/>
          <w:szCs w:val="20"/>
          <w:u w:val="single"/>
        </w:rPr>
      </w:pPr>
    </w:p>
    <w:p w14:paraId="20932CFF" w14:textId="77777777" w:rsidR="00A85B25" w:rsidRPr="005456A9" w:rsidRDefault="00A85B25" w:rsidP="00A85B25">
      <w:pPr>
        <w:pStyle w:val="NoSpacing"/>
        <w:rPr>
          <w:b/>
          <w:bCs/>
          <w:noProof/>
          <w:sz w:val="20"/>
          <w:szCs w:val="20"/>
        </w:rPr>
      </w:pPr>
      <w:r w:rsidRPr="005456A9">
        <w:rPr>
          <w:b/>
          <w:bCs/>
          <w:noProof/>
          <w:sz w:val="20"/>
          <w:szCs w:val="20"/>
        </w:rPr>
        <w:t>ATiC Internship, June 2025 to present</w:t>
      </w:r>
    </w:p>
    <w:p w14:paraId="4932092E" w14:textId="77777777" w:rsidR="00A85B25" w:rsidRPr="005456A9" w:rsidRDefault="00A85B25" w:rsidP="00A85B25">
      <w:pPr>
        <w:pStyle w:val="NoSpacing"/>
        <w:rPr>
          <w:noProof/>
          <w:sz w:val="20"/>
          <w:szCs w:val="20"/>
        </w:rPr>
      </w:pPr>
      <w:r w:rsidRPr="005456A9">
        <w:rPr>
          <w:noProof/>
          <w:sz w:val="20"/>
          <w:szCs w:val="20"/>
        </w:rPr>
        <w:t>Assisting in research studies related to biomechanics, incorporating testing methods such as GAIT analysis</w:t>
      </w:r>
    </w:p>
    <w:p w14:paraId="1F96FBAF" w14:textId="77777777" w:rsidR="00A85B25" w:rsidRDefault="00A85B25" w:rsidP="00A85B25">
      <w:pPr>
        <w:pStyle w:val="NoSpacing"/>
        <w:rPr>
          <w:noProof/>
          <w:sz w:val="20"/>
          <w:szCs w:val="20"/>
          <w:u w:val="single"/>
        </w:rPr>
      </w:pPr>
    </w:p>
    <w:p w14:paraId="77D0E6E2" w14:textId="77777777" w:rsidR="00A85B25" w:rsidRPr="005456A9" w:rsidRDefault="00A85B25" w:rsidP="00A85B25">
      <w:pPr>
        <w:pStyle w:val="NoSpacing"/>
        <w:rPr>
          <w:noProof/>
          <w:sz w:val="20"/>
          <w:szCs w:val="20"/>
          <w:u w:val="single"/>
        </w:rPr>
      </w:pPr>
    </w:p>
    <w:p w14:paraId="7E423778" w14:textId="77777777" w:rsidR="00A85B25" w:rsidRPr="005456A9" w:rsidRDefault="00A85B25" w:rsidP="00A85B25">
      <w:pPr>
        <w:pStyle w:val="NoSpacing"/>
        <w:rPr>
          <w:b/>
          <w:bCs/>
          <w:noProof/>
          <w:sz w:val="20"/>
          <w:szCs w:val="20"/>
        </w:rPr>
      </w:pPr>
      <w:r w:rsidRPr="005456A9">
        <w:rPr>
          <w:b/>
          <w:bCs/>
          <w:noProof/>
          <w:sz w:val="20"/>
          <w:szCs w:val="20"/>
        </w:rPr>
        <w:t>Evri Parcel Courier, May 2023 to March 2024</w:t>
      </w:r>
    </w:p>
    <w:p w14:paraId="1DD09011" w14:textId="05C23D2A" w:rsidR="00A85B25" w:rsidRPr="005456A9" w:rsidRDefault="00A85B25" w:rsidP="00A85B25">
      <w:pPr>
        <w:pStyle w:val="NoSpacing"/>
        <w:rPr>
          <w:noProof/>
          <w:sz w:val="20"/>
          <w:szCs w:val="20"/>
        </w:rPr>
      </w:pPr>
      <w:r w:rsidRPr="005456A9">
        <w:rPr>
          <w:noProof/>
          <w:sz w:val="20"/>
          <w:szCs w:val="20"/>
        </w:rPr>
        <w:t>Delivering up to 150 parcels per day in an allocated local area.</w:t>
      </w:r>
    </w:p>
    <w:p w14:paraId="65339A11" w14:textId="77777777" w:rsidR="00A85B25" w:rsidRPr="005456A9" w:rsidRDefault="00A85B25" w:rsidP="00A85B25">
      <w:pPr>
        <w:pStyle w:val="NoSpacing"/>
        <w:ind w:left="-42"/>
        <w:rPr>
          <w:b/>
          <w:bCs/>
          <w:noProof/>
          <w:sz w:val="20"/>
          <w:szCs w:val="20"/>
        </w:rPr>
      </w:pPr>
      <w:r w:rsidRPr="005456A9">
        <w:rPr>
          <w:b/>
          <w:bCs/>
          <w:noProof/>
          <w:sz w:val="20"/>
          <w:szCs w:val="20"/>
        </w:rPr>
        <w:lastRenderedPageBreak/>
        <w:t>Apprentice Carpenter, November 2022 to April 2023</w:t>
      </w:r>
    </w:p>
    <w:p w14:paraId="07AA595E" w14:textId="77777777" w:rsidR="00A85B25" w:rsidRPr="005456A9" w:rsidRDefault="00A85B25" w:rsidP="00A85B25">
      <w:pPr>
        <w:pStyle w:val="NoSpacing"/>
        <w:ind w:left="-42"/>
        <w:rPr>
          <w:b/>
          <w:bCs/>
          <w:noProof/>
          <w:sz w:val="20"/>
          <w:szCs w:val="20"/>
        </w:rPr>
      </w:pPr>
      <w:r w:rsidRPr="005456A9">
        <w:rPr>
          <w:b/>
          <w:bCs/>
          <w:noProof/>
          <w:sz w:val="20"/>
          <w:szCs w:val="20"/>
        </w:rPr>
        <w:t>Green’s Carpentry, Swansea</w:t>
      </w:r>
    </w:p>
    <w:p w14:paraId="2D3320CC" w14:textId="77777777" w:rsidR="00A85B25" w:rsidRPr="005456A9" w:rsidRDefault="00A85B25" w:rsidP="00A85B25">
      <w:pPr>
        <w:pStyle w:val="NoSpacing"/>
        <w:ind w:left="-42"/>
        <w:rPr>
          <w:noProof/>
          <w:sz w:val="20"/>
          <w:szCs w:val="20"/>
        </w:rPr>
      </w:pPr>
      <w:r w:rsidRPr="005456A9">
        <w:rPr>
          <w:noProof/>
          <w:sz w:val="20"/>
          <w:szCs w:val="20"/>
        </w:rPr>
        <w:t>Worked on large scale full renovations and bespoke new builds. Reason for leaving: far to travel, lack of work related to my apprenticeship at the time</w:t>
      </w:r>
    </w:p>
    <w:p w14:paraId="532E48D0" w14:textId="77777777" w:rsidR="00A85B25" w:rsidRPr="005456A9" w:rsidRDefault="00A85B25" w:rsidP="00A85B25">
      <w:pPr>
        <w:pStyle w:val="NoSpacing"/>
        <w:rPr>
          <w:noProof/>
          <w:sz w:val="20"/>
          <w:szCs w:val="20"/>
        </w:rPr>
      </w:pPr>
    </w:p>
    <w:p w14:paraId="465E872C" w14:textId="77777777" w:rsidR="00A85B25" w:rsidRDefault="00A85B25" w:rsidP="00A85B25">
      <w:pPr>
        <w:pStyle w:val="NoSpacing"/>
        <w:rPr>
          <w:b/>
          <w:bCs/>
          <w:noProof/>
          <w:sz w:val="20"/>
          <w:szCs w:val="20"/>
        </w:rPr>
      </w:pPr>
      <w:r w:rsidRPr="005456A9">
        <w:rPr>
          <w:b/>
          <w:bCs/>
          <w:noProof/>
          <w:sz w:val="20"/>
          <w:szCs w:val="20"/>
        </w:rPr>
        <w:t>Apprentice Carpenter, September 2019 to July 2022</w:t>
      </w:r>
    </w:p>
    <w:p w14:paraId="3374793A" w14:textId="77777777" w:rsidR="00A85B25" w:rsidRPr="005456A9" w:rsidRDefault="00A85B25" w:rsidP="00A85B25">
      <w:pPr>
        <w:pStyle w:val="NoSpacing"/>
        <w:rPr>
          <w:b/>
          <w:bCs/>
          <w:noProof/>
          <w:sz w:val="20"/>
          <w:szCs w:val="20"/>
        </w:rPr>
      </w:pPr>
      <w:r w:rsidRPr="005456A9">
        <w:rPr>
          <w:b/>
          <w:bCs/>
          <w:noProof/>
          <w:sz w:val="20"/>
          <w:szCs w:val="20"/>
        </w:rPr>
        <w:t>Red Dragon Services, Swansea</w:t>
      </w:r>
    </w:p>
    <w:p w14:paraId="165B8289" w14:textId="77777777" w:rsidR="00A85B25" w:rsidRPr="005456A9" w:rsidRDefault="00A85B25" w:rsidP="00A85B25">
      <w:pPr>
        <w:pStyle w:val="NoSpacing"/>
        <w:ind w:left="-42"/>
        <w:rPr>
          <w:noProof/>
          <w:sz w:val="20"/>
          <w:szCs w:val="20"/>
        </w:rPr>
      </w:pPr>
      <w:r w:rsidRPr="005456A9">
        <w:rPr>
          <w:noProof/>
          <w:sz w:val="20"/>
          <w:szCs w:val="20"/>
        </w:rPr>
        <w:t>Completed Level 2 NVQ carpentry working on small scale domestic jobs, as well as experience on various independent jobs. Reason for leaving: personal reasons/lack of work beneficial to my growth and development in carpentry</w:t>
      </w:r>
    </w:p>
    <w:p w14:paraId="38789602" w14:textId="77777777" w:rsidR="00A85B25" w:rsidRPr="005456A9" w:rsidRDefault="00A85B25" w:rsidP="00A85B25">
      <w:pPr>
        <w:pStyle w:val="NoSpacing"/>
        <w:rPr>
          <w:rFonts w:cs="PalatinoLinotype-Bold"/>
          <w:b/>
          <w:bCs/>
          <w:color w:val="000000"/>
          <w:spacing w:val="3"/>
          <w:sz w:val="20"/>
          <w:szCs w:val="20"/>
        </w:rPr>
      </w:pPr>
    </w:p>
    <w:p w14:paraId="009279FE" w14:textId="77777777" w:rsidR="00A85B25" w:rsidRPr="005456A9" w:rsidRDefault="00A85B25" w:rsidP="00A85B25">
      <w:pPr>
        <w:pStyle w:val="NoSpacing"/>
        <w:ind w:left="-42"/>
        <w:rPr>
          <w:rFonts w:cs="PalatinoLinotype-Bold"/>
          <w:b/>
          <w:bCs/>
          <w:color w:val="000000"/>
          <w:spacing w:val="3"/>
          <w:sz w:val="20"/>
          <w:szCs w:val="20"/>
        </w:rPr>
      </w:pPr>
      <w:proofErr w:type="spellStart"/>
      <w:r w:rsidRPr="005456A9">
        <w:rPr>
          <w:rFonts w:cs="PalatinoLinotype-Bold"/>
          <w:b/>
          <w:bCs/>
          <w:color w:val="000000"/>
          <w:spacing w:val="3"/>
          <w:sz w:val="20"/>
          <w:szCs w:val="20"/>
        </w:rPr>
        <w:t>Telesales</w:t>
      </w:r>
      <w:proofErr w:type="spellEnd"/>
      <w:r w:rsidRPr="005456A9">
        <w:rPr>
          <w:rFonts w:cs="PalatinoLinotype-Bold"/>
          <w:b/>
          <w:bCs/>
          <w:color w:val="000000"/>
          <w:spacing w:val="3"/>
          <w:sz w:val="20"/>
          <w:szCs w:val="20"/>
        </w:rPr>
        <w:t xml:space="preserve"> operative, June to August 2019</w:t>
      </w:r>
    </w:p>
    <w:p w14:paraId="0E5EBA40" w14:textId="77777777" w:rsidR="00A85B25" w:rsidRPr="005456A9" w:rsidRDefault="00A85B25" w:rsidP="00A85B25">
      <w:pPr>
        <w:pStyle w:val="NoSpacing"/>
        <w:ind w:left="-42"/>
        <w:rPr>
          <w:rFonts w:cs="PalatinoLinotype-Bold"/>
          <w:color w:val="000000"/>
          <w:spacing w:val="3"/>
          <w:sz w:val="20"/>
          <w:szCs w:val="20"/>
        </w:rPr>
      </w:pPr>
      <w:r w:rsidRPr="005456A9">
        <w:rPr>
          <w:rFonts w:cs="PalatinoLinotype-Bold"/>
          <w:b/>
          <w:bCs/>
          <w:color w:val="000000"/>
          <w:spacing w:val="3"/>
          <w:sz w:val="20"/>
          <w:szCs w:val="20"/>
        </w:rPr>
        <w:t>Octopus Energy, Swansea</w:t>
      </w:r>
    </w:p>
    <w:p w14:paraId="2A12FF2F" w14:textId="3DB98E71" w:rsidR="00A85B25" w:rsidRDefault="00A85B25" w:rsidP="00A85B25">
      <w:pPr>
        <w:pStyle w:val="NoSpacing"/>
        <w:rPr>
          <w:rFonts w:cs="PalatinoLinotype-Bold"/>
          <w:color w:val="000000"/>
          <w:spacing w:val="3"/>
          <w:sz w:val="20"/>
          <w:szCs w:val="20"/>
        </w:rPr>
      </w:pPr>
      <w:r w:rsidRPr="005456A9">
        <w:rPr>
          <w:rFonts w:cs="PalatinoLinotype-Bold"/>
          <w:color w:val="000000"/>
          <w:spacing w:val="3"/>
          <w:sz w:val="20"/>
          <w:szCs w:val="20"/>
        </w:rPr>
        <w:t xml:space="preserve">Fully trained </w:t>
      </w:r>
      <w:proofErr w:type="gramStart"/>
      <w:r w:rsidRPr="005456A9">
        <w:rPr>
          <w:rFonts w:cs="PalatinoLinotype-Bold"/>
          <w:color w:val="000000"/>
          <w:spacing w:val="3"/>
          <w:sz w:val="20"/>
          <w:szCs w:val="20"/>
        </w:rPr>
        <w:t>on</w:t>
      </w:r>
      <w:proofErr w:type="gramEnd"/>
      <w:r w:rsidRPr="005456A9">
        <w:rPr>
          <w:rFonts w:cs="PalatinoLinotype-Bold"/>
          <w:color w:val="000000"/>
          <w:spacing w:val="3"/>
          <w:sz w:val="20"/>
          <w:szCs w:val="20"/>
        </w:rPr>
        <w:t xml:space="preserve"> sales and script for two weeks before working on live client leads offering the option to change to Octopus as energy provider with saving incentives or single and dual fuel options.  Reason for leaving</w:t>
      </w:r>
      <w:proofErr w:type="gramStart"/>
      <w:r w:rsidRPr="005456A9">
        <w:rPr>
          <w:rFonts w:cs="PalatinoLinotype-Bold"/>
          <w:color w:val="000000"/>
          <w:spacing w:val="3"/>
          <w:sz w:val="20"/>
          <w:szCs w:val="20"/>
        </w:rPr>
        <w:t>:  to</w:t>
      </w:r>
      <w:proofErr w:type="gramEnd"/>
      <w:r w:rsidRPr="005456A9">
        <w:rPr>
          <w:rFonts w:cs="PalatinoLinotype-Bold"/>
          <w:color w:val="000000"/>
          <w:spacing w:val="3"/>
          <w:sz w:val="20"/>
          <w:szCs w:val="20"/>
        </w:rPr>
        <w:t xml:space="preserve"> follow ambitions of woodwork, construction and design</w:t>
      </w:r>
    </w:p>
    <w:p w14:paraId="443D7BC6" w14:textId="77777777" w:rsidR="00A85B25" w:rsidRPr="00A85B25" w:rsidRDefault="00A85B25" w:rsidP="00A85B25">
      <w:pPr>
        <w:pStyle w:val="NoSpacing"/>
        <w:rPr>
          <w:rFonts w:cs="PalatinoLinotype-Bold"/>
          <w:color w:val="000000"/>
          <w:spacing w:val="3"/>
          <w:sz w:val="20"/>
          <w:szCs w:val="20"/>
        </w:rPr>
      </w:pPr>
    </w:p>
    <w:p w14:paraId="284C5798" w14:textId="77777777" w:rsidR="00A85B25" w:rsidRPr="005456A9" w:rsidRDefault="00A85B25" w:rsidP="00A85B25">
      <w:pPr>
        <w:pStyle w:val="NoSpacing"/>
        <w:ind w:left="-42"/>
        <w:rPr>
          <w:rFonts w:cs="PalatinoLinotype-Bold"/>
          <w:b/>
          <w:bCs/>
          <w:color w:val="000000"/>
          <w:spacing w:val="3"/>
          <w:sz w:val="20"/>
          <w:szCs w:val="20"/>
        </w:rPr>
      </w:pPr>
      <w:r w:rsidRPr="005456A9">
        <w:rPr>
          <w:rFonts w:cs="PalatinoLinotype-Bold"/>
          <w:b/>
          <w:bCs/>
          <w:color w:val="000000"/>
          <w:spacing w:val="3"/>
          <w:sz w:val="20"/>
          <w:szCs w:val="20"/>
        </w:rPr>
        <w:t>Drainage engineer, July 2018 to May 2019</w:t>
      </w:r>
    </w:p>
    <w:p w14:paraId="13C924FC" w14:textId="77777777" w:rsidR="00A85B25" w:rsidRPr="005456A9" w:rsidRDefault="00A85B25" w:rsidP="00A85B25">
      <w:pPr>
        <w:pStyle w:val="NoSpacing"/>
        <w:ind w:left="-42"/>
        <w:rPr>
          <w:rFonts w:cs="PalatinoLinotype-Bold"/>
          <w:b/>
          <w:bCs/>
          <w:color w:val="000000" w:themeColor="text1"/>
          <w:sz w:val="20"/>
          <w:szCs w:val="20"/>
        </w:rPr>
      </w:pPr>
      <w:r w:rsidRPr="005456A9">
        <w:rPr>
          <w:rFonts w:cs="PalatinoLinotype-Bold"/>
          <w:b/>
          <w:bCs/>
          <w:color w:val="000000" w:themeColor="text1"/>
          <w:sz w:val="20"/>
          <w:szCs w:val="20"/>
        </w:rPr>
        <w:t>JF Drainage, Blackpool and Swansea</w:t>
      </w:r>
    </w:p>
    <w:p w14:paraId="269C84F5" w14:textId="77777777" w:rsidR="00A85B25" w:rsidRPr="005456A9" w:rsidRDefault="00A85B25" w:rsidP="00A85B25">
      <w:pPr>
        <w:pStyle w:val="NoSpacing"/>
        <w:rPr>
          <w:rFonts w:cs="PalatinoLinotype-Bold"/>
          <w:color w:val="000000"/>
          <w:spacing w:val="3"/>
          <w:sz w:val="20"/>
          <w:szCs w:val="20"/>
        </w:rPr>
      </w:pPr>
      <w:r w:rsidRPr="005456A9">
        <w:rPr>
          <w:rFonts w:cs="PalatinoLinotype-Bold"/>
          <w:color w:val="000000"/>
          <w:spacing w:val="3"/>
          <w:sz w:val="20"/>
          <w:szCs w:val="20"/>
        </w:rPr>
        <w:t xml:space="preserve">Manual </w:t>
      </w:r>
      <w:proofErr w:type="spellStart"/>
      <w:r w:rsidRPr="005456A9">
        <w:rPr>
          <w:rFonts w:cs="PalatinoLinotype-Bold"/>
          <w:color w:val="000000"/>
          <w:spacing w:val="3"/>
          <w:sz w:val="20"/>
          <w:szCs w:val="20"/>
        </w:rPr>
        <w:t>labour</w:t>
      </w:r>
      <w:proofErr w:type="spellEnd"/>
      <w:r w:rsidRPr="005456A9">
        <w:rPr>
          <w:rFonts w:cs="PalatinoLinotype-Bold"/>
          <w:color w:val="000000"/>
          <w:spacing w:val="3"/>
          <w:sz w:val="20"/>
          <w:szCs w:val="20"/>
        </w:rPr>
        <w:t xml:space="preserve"> and domestic work, mostly </w:t>
      </w:r>
      <w:proofErr w:type="gramStart"/>
      <w:r w:rsidRPr="005456A9">
        <w:rPr>
          <w:rFonts w:cs="PalatinoLinotype-Bold"/>
          <w:color w:val="000000"/>
          <w:spacing w:val="3"/>
          <w:sz w:val="20"/>
          <w:szCs w:val="20"/>
        </w:rPr>
        <w:t>involving</w:t>
      </w:r>
      <w:proofErr w:type="gramEnd"/>
      <w:r w:rsidRPr="005456A9">
        <w:rPr>
          <w:rFonts w:cs="PalatinoLinotype-Bold"/>
          <w:color w:val="000000"/>
          <w:spacing w:val="3"/>
          <w:sz w:val="20"/>
          <w:szCs w:val="20"/>
        </w:rPr>
        <w:t xml:space="preserve"> blockages, drainage repairs, and planning and fitting new drainage systems. Contracted work with a large company (Thompsons) to build drainage and sewage system at Oxford University for 10 weeks.  Use of heavy plant machinery and working in extremely dirty and </w:t>
      </w:r>
      <w:proofErr w:type="spellStart"/>
      <w:r w:rsidRPr="005456A9">
        <w:rPr>
          <w:rFonts w:cs="PalatinoLinotype-Bold"/>
          <w:color w:val="000000"/>
          <w:spacing w:val="3"/>
          <w:sz w:val="20"/>
          <w:szCs w:val="20"/>
        </w:rPr>
        <w:t>labour</w:t>
      </w:r>
      <w:proofErr w:type="spellEnd"/>
      <w:r w:rsidRPr="005456A9">
        <w:rPr>
          <w:rFonts w:cs="PalatinoLinotype-Bold"/>
          <w:color w:val="000000"/>
          <w:spacing w:val="3"/>
          <w:sz w:val="20"/>
          <w:szCs w:val="20"/>
        </w:rPr>
        <w:t xml:space="preserve"> intensive outdoor and indoor building sites. Reason for </w:t>
      </w:r>
      <w:proofErr w:type="gramStart"/>
      <w:r w:rsidRPr="005456A9">
        <w:rPr>
          <w:rFonts w:cs="PalatinoLinotype-Bold"/>
          <w:color w:val="000000"/>
          <w:spacing w:val="3"/>
          <w:sz w:val="20"/>
          <w:szCs w:val="20"/>
        </w:rPr>
        <w:t>leaving:</w:t>
      </w:r>
      <w:proofErr w:type="gramEnd"/>
      <w:r w:rsidRPr="005456A9">
        <w:rPr>
          <w:rFonts w:cs="PalatinoLinotype-Bold"/>
          <w:color w:val="000000"/>
          <w:spacing w:val="3"/>
          <w:sz w:val="20"/>
          <w:szCs w:val="20"/>
        </w:rPr>
        <w:t xml:space="preserve"> ongoing employment</w:t>
      </w:r>
    </w:p>
    <w:p w14:paraId="358E8C42" w14:textId="77777777" w:rsidR="00A85B25" w:rsidRPr="005456A9" w:rsidRDefault="00A85B25" w:rsidP="00A85B25">
      <w:pPr>
        <w:pStyle w:val="NoSpacing"/>
        <w:rPr>
          <w:rFonts w:cs="PalatinoLinotype-Bold"/>
          <w:color w:val="000000"/>
          <w:spacing w:val="3"/>
          <w:sz w:val="20"/>
          <w:szCs w:val="20"/>
        </w:rPr>
      </w:pPr>
    </w:p>
    <w:p w14:paraId="2C93A171" w14:textId="77777777" w:rsidR="00A85B25" w:rsidRPr="005456A9" w:rsidRDefault="00A85B25" w:rsidP="00A85B25">
      <w:pPr>
        <w:pStyle w:val="NoSpacing"/>
        <w:ind w:left="-42"/>
        <w:rPr>
          <w:rFonts w:cs="PalatinoLinotype-Bold"/>
          <w:b/>
          <w:bCs/>
          <w:color w:val="000000" w:themeColor="text1"/>
          <w:sz w:val="20"/>
          <w:szCs w:val="20"/>
        </w:rPr>
      </w:pPr>
      <w:r w:rsidRPr="005456A9">
        <w:rPr>
          <w:rFonts w:cs="PalatinoLinotype-Bold"/>
          <w:b/>
          <w:bCs/>
          <w:color w:val="000000"/>
          <w:spacing w:val="3"/>
          <w:sz w:val="20"/>
          <w:szCs w:val="20"/>
        </w:rPr>
        <w:t xml:space="preserve">Construction </w:t>
      </w:r>
      <w:proofErr w:type="spellStart"/>
      <w:r w:rsidRPr="005456A9">
        <w:rPr>
          <w:rFonts w:cs="PalatinoLinotype-Bold"/>
          <w:b/>
          <w:bCs/>
          <w:color w:val="000000"/>
          <w:spacing w:val="3"/>
          <w:sz w:val="20"/>
          <w:szCs w:val="20"/>
        </w:rPr>
        <w:t>Labourer</w:t>
      </w:r>
      <w:proofErr w:type="spellEnd"/>
      <w:r w:rsidRPr="005456A9">
        <w:rPr>
          <w:rFonts w:cs="PalatinoLinotype-Bold"/>
          <w:b/>
          <w:bCs/>
          <w:color w:val="000000"/>
          <w:spacing w:val="3"/>
          <w:sz w:val="20"/>
          <w:szCs w:val="20"/>
        </w:rPr>
        <w:t>, June to September 2018</w:t>
      </w:r>
    </w:p>
    <w:p w14:paraId="36A5424B" w14:textId="77777777" w:rsidR="00A85B25" w:rsidRPr="005456A9" w:rsidRDefault="00A85B25" w:rsidP="00A85B25">
      <w:pPr>
        <w:pStyle w:val="NoSpacing"/>
        <w:ind w:left="-42"/>
        <w:rPr>
          <w:rFonts w:cs="PalatinoLinotype-Bold"/>
          <w:b/>
          <w:bCs/>
          <w:color w:val="000000"/>
          <w:spacing w:val="3"/>
          <w:sz w:val="20"/>
          <w:szCs w:val="20"/>
        </w:rPr>
      </w:pPr>
      <w:r w:rsidRPr="005456A9">
        <w:rPr>
          <w:rFonts w:cs="PalatinoLinotype-Bold"/>
          <w:b/>
          <w:bCs/>
          <w:color w:val="000000"/>
          <w:spacing w:val="3"/>
          <w:sz w:val="20"/>
          <w:szCs w:val="20"/>
        </w:rPr>
        <w:t>Players Industrial Estate, Swansea</w:t>
      </w:r>
    </w:p>
    <w:p w14:paraId="7CED13B4" w14:textId="77777777" w:rsidR="00A85B25" w:rsidRPr="005456A9" w:rsidRDefault="00A85B25" w:rsidP="00A85B25">
      <w:pPr>
        <w:pStyle w:val="NoSpacing"/>
        <w:rPr>
          <w:rFonts w:cs="PalatinoLinotype-Bold"/>
          <w:color w:val="000000" w:themeColor="text1"/>
          <w:sz w:val="20"/>
          <w:szCs w:val="20"/>
        </w:rPr>
      </w:pPr>
      <w:r w:rsidRPr="005456A9">
        <w:rPr>
          <w:rFonts w:cs="PalatinoLinotype-Bold"/>
          <w:color w:val="000000"/>
          <w:spacing w:val="3"/>
          <w:sz w:val="20"/>
          <w:szCs w:val="20"/>
        </w:rPr>
        <w:t xml:space="preserve">Manual </w:t>
      </w:r>
      <w:proofErr w:type="spellStart"/>
      <w:r w:rsidRPr="005456A9">
        <w:rPr>
          <w:rFonts w:cs="PalatinoLinotype-Bold"/>
          <w:color w:val="000000"/>
          <w:spacing w:val="3"/>
          <w:sz w:val="20"/>
          <w:szCs w:val="20"/>
        </w:rPr>
        <w:t>labour</w:t>
      </w:r>
      <w:proofErr w:type="spellEnd"/>
      <w:r w:rsidRPr="005456A9">
        <w:rPr>
          <w:rFonts w:cs="PalatinoLinotype-Bold"/>
          <w:color w:val="000000"/>
          <w:spacing w:val="3"/>
          <w:sz w:val="20"/>
          <w:szCs w:val="20"/>
        </w:rPr>
        <w:t>.  Tree surgery, driving diggers and forklift plant machinery, bricklaying, plastering, painting, joinery and basic carpentry. Reason for leaving; Lack of work available</w:t>
      </w:r>
    </w:p>
    <w:p w14:paraId="0FA82567" w14:textId="77777777" w:rsidR="00A85B25" w:rsidRPr="005456A9" w:rsidRDefault="00A85B25" w:rsidP="00A85B25">
      <w:pPr>
        <w:pStyle w:val="NoSpacing"/>
        <w:rPr>
          <w:rFonts w:cs="PalatinoLinotype-Bold"/>
          <w:color w:val="000000" w:themeColor="text1"/>
          <w:sz w:val="20"/>
          <w:szCs w:val="20"/>
        </w:rPr>
      </w:pPr>
    </w:p>
    <w:p w14:paraId="329EAF66" w14:textId="77777777" w:rsidR="00A85B25" w:rsidRPr="005456A9" w:rsidRDefault="00A85B25" w:rsidP="00A85B25">
      <w:pPr>
        <w:pStyle w:val="NoSpacing"/>
        <w:ind w:left="-42"/>
        <w:rPr>
          <w:rFonts w:cs="PalatinoLinotype-Bold"/>
          <w:b/>
          <w:bCs/>
          <w:color w:val="000000" w:themeColor="text1"/>
          <w:sz w:val="20"/>
          <w:szCs w:val="20"/>
        </w:rPr>
      </w:pPr>
      <w:r w:rsidRPr="005456A9">
        <w:rPr>
          <w:rFonts w:cs="PalatinoLinotype-Bold"/>
          <w:b/>
          <w:bCs/>
          <w:color w:val="000000"/>
          <w:spacing w:val="3"/>
          <w:sz w:val="20"/>
          <w:szCs w:val="20"/>
        </w:rPr>
        <w:t>Flagpole Technician, April 2018 to July 2022</w:t>
      </w:r>
    </w:p>
    <w:p w14:paraId="0CBB9800" w14:textId="77777777" w:rsidR="00A85B25" w:rsidRPr="005456A9" w:rsidRDefault="00A85B25" w:rsidP="00A85B25">
      <w:pPr>
        <w:pStyle w:val="NoSpacing"/>
        <w:ind w:left="-42"/>
        <w:rPr>
          <w:rFonts w:cs="PalatinoLinotype-Bold"/>
          <w:b/>
          <w:bCs/>
          <w:color w:val="000000"/>
          <w:spacing w:val="3"/>
          <w:sz w:val="20"/>
          <w:szCs w:val="20"/>
        </w:rPr>
      </w:pPr>
      <w:r w:rsidRPr="005456A9">
        <w:rPr>
          <w:rFonts w:cs="PalatinoLinotype-Bold"/>
          <w:b/>
          <w:bCs/>
          <w:color w:val="000000"/>
          <w:spacing w:val="3"/>
          <w:sz w:val="20"/>
          <w:szCs w:val="20"/>
        </w:rPr>
        <w:t>Red Dragon Flagmakers, Swansea</w:t>
      </w:r>
    </w:p>
    <w:p w14:paraId="13C2F778" w14:textId="77777777" w:rsidR="00A85B25" w:rsidRPr="005456A9" w:rsidRDefault="00A85B25" w:rsidP="00A85B25">
      <w:pPr>
        <w:pStyle w:val="NoSpacing"/>
        <w:rPr>
          <w:rFonts w:cs="PalatinoLinotype-Bold"/>
          <w:color w:val="000000" w:themeColor="text1"/>
          <w:sz w:val="20"/>
          <w:szCs w:val="20"/>
        </w:rPr>
      </w:pPr>
      <w:r w:rsidRPr="005456A9">
        <w:rPr>
          <w:rFonts w:cs="PalatinoLinotype-Bold"/>
          <w:color w:val="000000"/>
          <w:spacing w:val="3"/>
          <w:sz w:val="20"/>
          <w:szCs w:val="20"/>
        </w:rPr>
        <w:t xml:space="preserve">Manual </w:t>
      </w:r>
      <w:proofErr w:type="spellStart"/>
      <w:r w:rsidRPr="005456A9">
        <w:rPr>
          <w:rFonts w:cs="PalatinoLinotype-Bold"/>
          <w:color w:val="000000"/>
          <w:spacing w:val="3"/>
          <w:sz w:val="20"/>
          <w:szCs w:val="20"/>
        </w:rPr>
        <w:t>labour</w:t>
      </w:r>
      <w:proofErr w:type="spellEnd"/>
      <w:r w:rsidRPr="005456A9">
        <w:rPr>
          <w:rFonts w:cs="PalatinoLinotype-Bold"/>
          <w:color w:val="000000"/>
          <w:spacing w:val="3"/>
          <w:sz w:val="20"/>
          <w:szCs w:val="20"/>
        </w:rPr>
        <w:t xml:space="preserve">.  Digging through concrete, clay, gravel, soil. Carrying large items, mixing concrete and setting pole bases.  Assembling and erecting flagpoles, flags and banners (recent jobs: St Fagan’s Museum Cardiff, Sony Bridgend). Reason for </w:t>
      </w:r>
      <w:proofErr w:type="gramStart"/>
      <w:r w:rsidRPr="005456A9">
        <w:rPr>
          <w:rFonts w:cs="PalatinoLinotype-Bold"/>
          <w:color w:val="000000"/>
          <w:spacing w:val="3"/>
          <w:sz w:val="20"/>
          <w:szCs w:val="20"/>
        </w:rPr>
        <w:t>leaving:</w:t>
      </w:r>
      <w:proofErr w:type="gramEnd"/>
      <w:r w:rsidRPr="005456A9">
        <w:rPr>
          <w:rFonts w:cs="PalatinoLinotype-Bold"/>
          <w:color w:val="000000"/>
          <w:spacing w:val="3"/>
          <w:sz w:val="20"/>
          <w:szCs w:val="20"/>
        </w:rPr>
        <w:t xml:space="preserve"> business closure.</w:t>
      </w:r>
    </w:p>
    <w:p w14:paraId="2E5E809C" w14:textId="77777777" w:rsidR="00A85B25" w:rsidRPr="005456A9" w:rsidRDefault="00A85B25" w:rsidP="00A85B25">
      <w:pPr>
        <w:pStyle w:val="NoSpacing"/>
        <w:rPr>
          <w:rFonts w:cs="PalatinoLinotype-Bold"/>
          <w:color w:val="000000" w:themeColor="text1"/>
          <w:sz w:val="20"/>
          <w:szCs w:val="20"/>
        </w:rPr>
      </w:pPr>
    </w:p>
    <w:p w14:paraId="3FC0B02B" w14:textId="77777777" w:rsidR="00A85B25" w:rsidRPr="005456A9" w:rsidRDefault="00A85B25" w:rsidP="00A85B25">
      <w:pPr>
        <w:pStyle w:val="NoSpacing"/>
        <w:ind w:left="-42"/>
        <w:rPr>
          <w:rFonts w:cs="PalatinoLinotype-Bold"/>
          <w:b/>
          <w:bCs/>
          <w:color w:val="000000" w:themeColor="text1"/>
          <w:sz w:val="20"/>
          <w:szCs w:val="20"/>
        </w:rPr>
      </w:pPr>
      <w:r w:rsidRPr="005456A9">
        <w:rPr>
          <w:rFonts w:cs="PalatinoLinotype-Bold"/>
          <w:b/>
          <w:bCs/>
          <w:color w:val="000000"/>
          <w:spacing w:val="3"/>
          <w:sz w:val="20"/>
          <w:szCs w:val="20"/>
        </w:rPr>
        <w:t>Gym Assistant, January to April 2018</w:t>
      </w:r>
    </w:p>
    <w:p w14:paraId="5E33456D" w14:textId="77777777" w:rsidR="00A85B25" w:rsidRPr="005456A9" w:rsidRDefault="00A85B25" w:rsidP="00A85B25">
      <w:pPr>
        <w:pStyle w:val="NoSpacing"/>
        <w:ind w:left="-42"/>
        <w:rPr>
          <w:rFonts w:cs="PalatinoLinotype-Bold"/>
          <w:color w:val="000000"/>
          <w:spacing w:val="3"/>
          <w:sz w:val="20"/>
          <w:szCs w:val="20"/>
        </w:rPr>
      </w:pPr>
      <w:r w:rsidRPr="005456A9">
        <w:rPr>
          <w:rFonts w:cs="PalatinoLinotype-Bold"/>
          <w:b/>
          <w:bCs/>
          <w:color w:val="000000"/>
          <w:spacing w:val="3"/>
          <w:sz w:val="20"/>
          <w:szCs w:val="20"/>
        </w:rPr>
        <w:t>Fitness Studio, Swansea</w:t>
      </w:r>
    </w:p>
    <w:p w14:paraId="6FFB3E56" w14:textId="77777777" w:rsidR="00A85B25" w:rsidRPr="005456A9" w:rsidRDefault="00A85B25" w:rsidP="00A85B25">
      <w:pPr>
        <w:pStyle w:val="NoSpacing"/>
        <w:rPr>
          <w:rFonts w:cs="PalatinoLinotype-Bold"/>
          <w:color w:val="000000" w:themeColor="text1"/>
          <w:sz w:val="20"/>
          <w:szCs w:val="20"/>
        </w:rPr>
      </w:pPr>
      <w:r w:rsidRPr="005456A9">
        <w:rPr>
          <w:rFonts w:cs="PalatinoLinotype-Bold"/>
          <w:color w:val="000000"/>
          <w:spacing w:val="3"/>
          <w:sz w:val="20"/>
          <w:szCs w:val="20"/>
        </w:rPr>
        <w:t>Responsibilities included</w:t>
      </w:r>
      <w:proofErr w:type="gramStart"/>
      <w:r w:rsidRPr="005456A9">
        <w:rPr>
          <w:rFonts w:cs="PalatinoLinotype-Bold"/>
          <w:color w:val="000000"/>
          <w:spacing w:val="3"/>
          <w:sz w:val="20"/>
          <w:szCs w:val="20"/>
        </w:rPr>
        <w:t>:  ensuring</w:t>
      </w:r>
      <w:proofErr w:type="gramEnd"/>
      <w:r w:rsidRPr="005456A9">
        <w:rPr>
          <w:rFonts w:cs="PalatinoLinotype-Bold"/>
          <w:color w:val="000000"/>
          <w:spacing w:val="3"/>
          <w:sz w:val="20"/>
          <w:szCs w:val="20"/>
        </w:rPr>
        <w:t xml:space="preserve"> the men’s changing rooms, sauna, toilets and steam room were clean and fit for use.  </w:t>
      </w:r>
      <w:proofErr w:type="spellStart"/>
      <w:r w:rsidRPr="005456A9">
        <w:rPr>
          <w:rFonts w:cs="PalatinoLinotype-Bold"/>
          <w:color w:val="000000"/>
          <w:spacing w:val="3"/>
          <w:sz w:val="20"/>
          <w:szCs w:val="20"/>
        </w:rPr>
        <w:t>Organisation</w:t>
      </w:r>
      <w:proofErr w:type="spellEnd"/>
      <w:r w:rsidRPr="005456A9">
        <w:rPr>
          <w:rFonts w:cs="PalatinoLinotype-Bold"/>
          <w:color w:val="000000"/>
          <w:spacing w:val="3"/>
          <w:sz w:val="20"/>
          <w:szCs w:val="20"/>
        </w:rPr>
        <w:t xml:space="preserve"> of the gym equipment while the gym was in use.  Being on hand to help clients with any queries.  Show new clients around.  Make the odd repair on gym equipment.  Reason for leaving</w:t>
      </w:r>
      <w:proofErr w:type="gramStart"/>
      <w:r w:rsidRPr="005456A9">
        <w:rPr>
          <w:rFonts w:cs="PalatinoLinotype-Bold"/>
          <w:color w:val="000000"/>
          <w:spacing w:val="3"/>
          <w:sz w:val="20"/>
          <w:szCs w:val="20"/>
        </w:rPr>
        <w:t>:  to</w:t>
      </w:r>
      <w:proofErr w:type="gramEnd"/>
      <w:r w:rsidRPr="005456A9">
        <w:rPr>
          <w:rFonts w:cs="PalatinoLinotype-Bold"/>
          <w:color w:val="000000"/>
          <w:spacing w:val="3"/>
          <w:sz w:val="20"/>
          <w:szCs w:val="20"/>
        </w:rPr>
        <w:t xml:space="preserve"> concentrate on college studies.</w:t>
      </w:r>
    </w:p>
    <w:p w14:paraId="02FCF7C2" w14:textId="77777777" w:rsidR="00A85B25" w:rsidRPr="005456A9" w:rsidRDefault="00A85B25" w:rsidP="00A85B25">
      <w:pPr>
        <w:pStyle w:val="NoSpacing"/>
        <w:rPr>
          <w:rFonts w:cs="PalatinoLinotype-Bold"/>
          <w:color w:val="000000" w:themeColor="text1"/>
          <w:sz w:val="20"/>
          <w:szCs w:val="20"/>
        </w:rPr>
      </w:pPr>
    </w:p>
    <w:p w14:paraId="74894005" w14:textId="77777777" w:rsidR="00A85B25" w:rsidRPr="005456A9" w:rsidRDefault="00A85B25" w:rsidP="00A85B25">
      <w:pPr>
        <w:pStyle w:val="NoSpacing"/>
        <w:ind w:left="-42"/>
        <w:rPr>
          <w:rFonts w:cs="PalatinoLinotype-Bold"/>
          <w:b/>
          <w:bCs/>
          <w:color w:val="000000" w:themeColor="text1"/>
          <w:sz w:val="20"/>
          <w:szCs w:val="20"/>
        </w:rPr>
      </w:pPr>
      <w:r w:rsidRPr="005456A9">
        <w:rPr>
          <w:rFonts w:cs="PalatinoLinotype-Bold"/>
          <w:b/>
          <w:bCs/>
          <w:color w:val="000000"/>
          <w:spacing w:val="3"/>
          <w:sz w:val="20"/>
          <w:szCs w:val="20"/>
        </w:rPr>
        <w:t xml:space="preserve">Barista, bar staff and waiting staff, </w:t>
      </w:r>
      <w:r w:rsidRPr="005456A9">
        <w:rPr>
          <w:rFonts w:cs="PalatinoLinotype-Bold"/>
          <w:b/>
          <w:bCs/>
          <w:color w:val="000000" w:themeColor="text1"/>
          <w:sz w:val="20"/>
          <w:szCs w:val="20"/>
        </w:rPr>
        <w:t>August and September 2017</w:t>
      </w:r>
    </w:p>
    <w:p w14:paraId="5069F7DA" w14:textId="77777777" w:rsidR="00A85B25" w:rsidRPr="005456A9" w:rsidRDefault="00A85B25" w:rsidP="00A85B25">
      <w:pPr>
        <w:pStyle w:val="NoSpacing"/>
        <w:ind w:left="-42"/>
        <w:rPr>
          <w:rFonts w:cs="PalatinoLinotype-Bold"/>
          <w:b/>
          <w:bCs/>
          <w:color w:val="000000"/>
          <w:spacing w:val="3"/>
          <w:sz w:val="20"/>
          <w:szCs w:val="20"/>
        </w:rPr>
      </w:pPr>
      <w:r w:rsidRPr="005456A9">
        <w:rPr>
          <w:rFonts w:cs="PalatinoLinotype-Bold"/>
          <w:b/>
          <w:bCs/>
          <w:color w:val="000000"/>
          <w:spacing w:val="3"/>
          <w:sz w:val="20"/>
          <w:szCs w:val="20"/>
        </w:rPr>
        <w:t>The Optimist, Swansea</w:t>
      </w:r>
    </w:p>
    <w:p w14:paraId="0C563FBD" w14:textId="77777777" w:rsidR="00A85B25" w:rsidRPr="005456A9" w:rsidRDefault="00A85B25" w:rsidP="00A85B25">
      <w:pPr>
        <w:pStyle w:val="NoSpacing"/>
        <w:rPr>
          <w:rFonts w:cs="PalatinoLinotype-Bold"/>
          <w:color w:val="000000" w:themeColor="text1"/>
          <w:sz w:val="20"/>
          <w:szCs w:val="20"/>
        </w:rPr>
      </w:pPr>
      <w:r w:rsidRPr="005456A9">
        <w:rPr>
          <w:rFonts w:cs="PalatinoLinotype-Bold"/>
          <w:color w:val="000000"/>
          <w:spacing w:val="3"/>
          <w:sz w:val="20"/>
          <w:szCs w:val="20"/>
        </w:rPr>
        <w:t xml:space="preserve">Trained as barista with Coal Town Coffee in Ammanford.  Responsibilities included: making cocktails, serving wine (sommelier) and pouring pints.  Waited on table and at the bar.  Handled cash and card payments at register. Cleaned tables and end of shift </w:t>
      </w:r>
      <w:proofErr w:type="spellStart"/>
      <w:r w:rsidRPr="005456A9">
        <w:rPr>
          <w:rFonts w:cs="PalatinoLinotype-Bold"/>
          <w:color w:val="000000"/>
          <w:spacing w:val="3"/>
          <w:sz w:val="20"/>
          <w:szCs w:val="20"/>
        </w:rPr>
        <w:t>organisational</w:t>
      </w:r>
      <w:proofErr w:type="spellEnd"/>
      <w:r w:rsidRPr="005456A9">
        <w:rPr>
          <w:rFonts w:cs="PalatinoLinotype-Bold"/>
          <w:color w:val="000000"/>
          <w:spacing w:val="3"/>
          <w:sz w:val="20"/>
          <w:szCs w:val="20"/>
        </w:rPr>
        <w:t xml:space="preserve"> duties.  Reason for </w:t>
      </w:r>
      <w:proofErr w:type="gramStart"/>
      <w:r w:rsidRPr="005456A9">
        <w:rPr>
          <w:rFonts w:cs="PalatinoLinotype-Bold"/>
          <w:color w:val="000000"/>
          <w:spacing w:val="3"/>
          <w:sz w:val="20"/>
          <w:szCs w:val="20"/>
        </w:rPr>
        <w:t>leaving:</w:t>
      </w:r>
      <w:proofErr w:type="gramEnd"/>
      <w:r w:rsidRPr="005456A9">
        <w:rPr>
          <w:rFonts w:cs="PalatinoLinotype-Bold"/>
          <w:color w:val="000000"/>
          <w:spacing w:val="3"/>
          <w:sz w:val="20"/>
          <w:szCs w:val="20"/>
        </w:rPr>
        <w:t xml:space="preserve"> irregular shifts and short notice which clashed with college and studies.</w:t>
      </w:r>
    </w:p>
    <w:p w14:paraId="63D7EB75" w14:textId="77777777" w:rsidR="00A85B25" w:rsidRPr="005456A9" w:rsidRDefault="00A85B25" w:rsidP="00A85B25">
      <w:pPr>
        <w:pStyle w:val="NoSpacing"/>
        <w:rPr>
          <w:rFonts w:cs="PalatinoLinotype-Bold"/>
          <w:b/>
          <w:bCs/>
          <w:color w:val="000000"/>
          <w:spacing w:val="3"/>
          <w:sz w:val="20"/>
          <w:szCs w:val="20"/>
        </w:rPr>
      </w:pPr>
    </w:p>
    <w:p w14:paraId="330EC04E" w14:textId="77777777" w:rsidR="00A85B25" w:rsidRDefault="00A85B25" w:rsidP="00A85B25">
      <w:pPr>
        <w:pStyle w:val="NoSpacing"/>
        <w:ind w:left="-42"/>
        <w:rPr>
          <w:rFonts w:cs="PalatinoLinotype-Bold"/>
          <w:b/>
          <w:bCs/>
          <w:color w:val="000000"/>
          <w:spacing w:val="3"/>
          <w:sz w:val="20"/>
          <w:szCs w:val="20"/>
        </w:rPr>
      </w:pPr>
    </w:p>
    <w:p w14:paraId="509ADFDB" w14:textId="77777777" w:rsidR="00A85B25" w:rsidRDefault="00A85B25" w:rsidP="00A85B25">
      <w:pPr>
        <w:pStyle w:val="NoSpacing"/>
        <w:ind w:left="-42"/>
        <w:rPr>
          <w:rFonts w:cs="PalatinoLinotype-Bold"/>
          <w:b/>
          <w:bCs/>
          <w:color w:val="000000"/>
          <w:spacing w:val="3"/>
          <w:sz w:val="20"/>
          <w:szCs w:val="20"/>
        </w:rPr>
      </w:pPr>
    </w:p>
    <w:p w14:paraId="461750C8" w14:textId="77777777" w:rsidR="00A85B25" w:rsidRDefault="00A85B25" w:rsidP="00A85B25">
      <w:pPr>
        <w:pStyle w:val="NoSpacing"/>
        <w:ind w:left="-42"/>
        <w:rPr>
          <w:rFonts w:cs="PalatinoLinotype-Bold"/>
          <w:b/>
          <w:bCs/>
          <w:color w:val="000000"/>
          <w:spacing w:val="3"/>
          <w:sz w:val="20"/>
          <w:szCs w:val="20"/>
        </w:rPr>
      </w:pPr>
    </w:p>
    <w:p w14:paraId="45D5B5AD" w14:textId="77777777" w:rsidR="00A85B25" w:rsidRDefault="00A85B25" w:rsidP="00A85B25">
      <w:pPr>
        <w:pStyle w:val="NoSpacing"/>
        <w:ind w:left="-42"/>
        <w:rPr>
          <w:rFonts w:cs="PalatinoLinotype-Bold"/>
          <w:b/>
          <w:bCs/>
          <w:color w:val="000000"/>
          <w:spacing w:val="3"/>
          <w:sz w:val="20"/>
          <w:szCs w:val="20"/>
        </w:rPr>
      </w:pPr>
    </w:p>
    <w:p w14:paraId="5FD0DF53" w14:textId="77777777" w:rsidR="00A85B25" w:rsidRDefault="00A85B25" w:rsidP="00A85B25">
      <w:pPr>
        <w:pStyle w:val="NoSpacing"/>
        <w:ind w:left="-42"/>
        <w:rPr>
          <w:rFonts w:cs="PalatinoLinotype-Bold"/>
          <w:b/>
          <w:bCs/>
          <w:color w:val="000000"/>
          <w:spacing w:val="3"/>
          <w:sz w:val="20"/>
          <w:szCs w:val="20"/>
        </w:rPr>
      </w:pPr>
    </w:p>
    <w:p w14:paraId="6D70D160" w14:textId="32A7861D" w:rsidR="00A85B25" w:rsidRPr="005456A9" w:rsidRDefault="00A85B25" w:rsidP="00A85B25">
      <w:pPr>
        <w:pStyle w:val="NoSpacing"/>
        <w:ind w:left="-42"/>
        <w:rPr>
          <w:rFonts w:cs="PalatinoLinotype-Bold"/>
          <w:b/>
          <w:bCs/>
          <w:color w:val="000000" w:themeColor="text1"/>
          <w:sz w:val="20"/>
          <w:szCs w:val="20"/>
        </w:rPr>
      </w:pPr>
      <w:r w:rsidRPr="005456A9">
        <w:rPr>
          <w:rFonts w:cs="PalatinoLinotype-Bold"/>
          <w:b/>
          <w:bCs/>
          <w:color w:val="000000"/>
          <w:spacing w:val="3"/>
          <w:sz w:val="20"/>
          <w:szCs w:val="20"/>
        </w:rPr>
        <w:lastRenderedPageBreak/>
        <w:t>Construction worker/assistant (work experience), March 2015</w:t>
      </w:r>
    </w:p>
    <w:p w14:paraId="1C1D42F8" w14:textId="77777777" w:rsidR="00A85B25" w:rsidRPr="005456A9" w:rsidRDefault="00A85B25" w:rsidP="00A85B25">
      <w:pPr>
        <w:pStyle w:val="NoSpacing"/>
        <w:ind w:left="-42"/>
        <w:rPr>
          <w:rFonts w:cs="PalatinoLinotype-Bold"/>
          <w:b/>
          <w:bCs/>
          <w:color w:val="000000"/>
          <w:spacing w:val="3"/>
          <w:sz w:val="20"/>
          <w:szCs w:val="20"/>
        </w:rPr>
      </w:pPr>
      <w:r w:rsidRPr="005456A9">
        <w:rPr>
          <w:rFonts w:cs="PalatinoLinotype-Bold"/>
          <w:b/>
          <w:bCs/>
          <w:color w:val="000000"/>
          <w:spacing w:val="3"/>
          <w:sz w:val="20"/>
          <w:szCs w:val="20"/>
        </w:rPr>
        <w:t>JE Thomas &amp; Son, Swansea</w:t>
      </w:r>
    </w:p>
    <w:p w14:paraId="299ED792" w14:textId="77777777" w:rsidR="00A85B25" w:rsidRPr="005456A9" w:rsidRDefault="00A85B25" w:rsidP="00A85B25">
      <w:pPr>
        <w:pStyle w:val="NoSpacing"/>
        <w:ind w:left="-42"/>
        <w:rPr>
          <w:rFonts w:cs="Palatino Linotype"/>
          <w:color w:val="000000" w:themeColor="text1"/>
          <w:sz w:val="20"/>
          <w:szCs w:val="20"/>
        </w:rPr>
      </w:pPr>
      <w:r w:rsidRPr="005456A9">
        <w:rPr>
          <w:rFonts w:cs="Palatino Linotype"/>
          <w:color w:val="000000"/>
          <w:sz w:val="20"/>
          <w:szCs w:val="20"/>
        </w:rPr>
        <w:t xml:space="preserve">During this week of work experience, I assisted in the construction of housing extensions, interior renovation and the instalment of disability equipment. This enabled me to develop my </w:t>
      </w:r>
      <w:proofErr w:type="spellStart"/>
      <w:r w:rsidRPr="005456A9">
        <w:rPr>
          <w:rFonts w:cs="Palatino Linotype"/>
          <w:color w:val="000000"/>
          <w:sz w:val="20"/>
          <w:szCs w:val="20"/>
        </w:rPr>
        <w:t>organisational</w:t>
      </w:r>
      <w:proofErr w:type="spellEnd"/>
      <w:r w:rsidRPr="005456A9">
        <w:rPr>
          <w:rFonts w:cs="Palatino Linotype"/>
          <w:color w:val="000000"/>
          <w:sz w:val="20"/>
          <w:szCs w:val="20"/>
        </w:rPr>
        <w:t>, planning, hands on practical</w:t>
      </w:r>
      <w:r w:rsidRPr="005456A9">
        <w:rPr>
          <w:sz w:val="20"/>
          <w:szCs w:val="20"/>
        </w:rPr>
        <w:t xml:space="preserve">, </w:t>
      </w:r>
      <w:r w:rsidRPr="005456A9">
        <w:rPr>
          <w:rFonts w:cs="Palatino Linotype"/>
          <w:color w:val="000000"/>
          <w:spacing w:val="-1"/>
          <w:sz w:val="20"/>
          <w:szCs w:val="20"/>
        </w:rPr>
        <w:t>communication and teamwork skills with both work colleagues and the property landlords.</w:t>
      </w:r>
    </w:p>
    <w:p w14:paraId="4DC0CDB6" w14:textId="77777777" w:rsidR="00A85B25" w:rsidRPr="005456A9" w:rsidRDefault="00A85B25" w:rsidP="00A85B25">
      <w:pPr>
        <w:pStyle w:val="NoSpacing"/>
        <w:ind w:left="-42"/>
        <w:rPr>
          <w:rFonts w:cs="PalatinoLinotype-Bold"/>
          <w:color w:val="000000" w:themeColor="text1"/>
          <w:sz w:val="20"/>
          <w:szCs w:val="20"/>
        </w:rPr>
      </w:pPr>
    </w:p>
    <w:p w14:paraId="78A09881" w14:textId="77777777" w:rsidR="00A85B25" w:rsidRPr="005456A9" w:rsidRDefault="00A85B25" w:rsidP="00A85B25">
      <w:pPr>
        <w:pStyle w:val="NoSpacing"/>
        <w:ind w:left="-42"/>
        <w:rPr>
          <w:rFonts w:cs="Palatino Linotype"/>
          <w:b/>
          <w:bCs/>
          <w:color w:val="000000" w:themeColor="text1"/>
          <w:sz w:val="20"/>
          <w:szCs w:val="20"/>
        </w:rPr>
      </w:pPr>
      <w:r w:rsidRPr="005456A9">
        <w:rPr>
          <w:rFonts w:cs="PalatinoLinotype-Bold"/>
          <w:b/>
          <w:bCs/>
          <w:color w:val="000000"/>
          <w:spacing w:val="4"/>
          <w:sz w:val="20"/>
          <w:szCs w:val="20"/>
        </w:rPr>
        <w:t>Diving Assistant</w:t>
      </w:r>
      <w:r w:rsidRPr="005456A9">
        <w:rPr>
          <w:rFonts w:cs="Palatino Linotype"/>
          <w:b/>
          <w:bCs/>
          <w:color w:val="000000"/>
          <w:spacing w:val="2"/>
          <w:sz w:val="20"/>
          <w:szCs w:val="20"/>
        </w:rPr>
        <w:t>, August 2013</w:t>
      </w:r>
    </w:p>
    <w:p w14:paraId="44078174" w14:textId="77777777" w:rsidR="00A85B25" w:rsidRPr="005456A9" w:rsidRDefault="00A85B25" w:rsidP="00A85B25">
      <w:pPr>
        <w:pStyle w:val="NoSpacing"/>
        <w:ind w:left="-42"/>
        <w:rPr>
          <w:rFonts w:cs="Palatino Linotype"/>
          <w:b/>
          <w:bCs/>
          <w:color w:val="000000"/>
          <w:spacing w:val="-1"/>
          <w:sz w:val="20"/>
          <w:szCs w:val="20"/>
        </w:rPr>
      </w:pPr>
      <w:r w:rsidRPr="005456A9">
        <w:rPr>
          <w:rFonts w:cs="Palatino Linotype"/>
          <w:b/>
          <w:bCs/>
          <w:color w:val="000000"/>
          <w:spacing w:val="-3"/>
          <w:sz w:val="20"/>
          <w:szCs w:val="20"/>
        </w:rPr>
        <w:t>Calypso Diving School</w:t>
      </w:r>
      <w:r w:rsidRPr="005456A9">
        <w:rPr>
          <w:rFonts w:cs="Palatino Linotype"/>
          <w:b/>
          <w:bCs/>
          <w:color w:val="000000"/>
          <w:spacing w:val="-2"/>
          <w:sz w:val="20"/>
          <w:szCs w:val="20"/>
        </w:rPr>
        <w:t xml:space="preserve">, </w:t>
      </w:r>
      <w:r w:rsidRPr="005456A9">
        <w:rPr>
          <w:rFonts w:cs="Palatino Linotype"/>
          <w:b/>
          <w:bCs/>
          <w:color w:val="000000"/>
          <w:spacing w:val="1"/>
          <w:sz w:val="20"/>
          <w:szCs w:val="20"/>
        </w:rPr>
        <w:t>Lanzarote</w:t>
      </w:r>
    </w:p>
    <w:p w14:paraId="6EFE0AE4" w14:textId="77777777" w:rsidR="00A85B25" w:rsidRDefault="00A85B25" w:rsidP="00A85B25">
      <w:pPr>
        <w:pStyle w:val="NoSpacing"/>
        <w:rPr>
          <w:rFonts w:cs="Palatino Linotype"/>
          <w:color w:val="000000"/>
          <w:spacing w:val="-1"/>
          <w:sz w:val="20"/>
          <w:szCs w:val="20"/>
        </w:rPr>
      </w:pPr>
      <w:r w:rsidRPr="005456A9">
        <w:rPr>
          <w:rFonts w:cs="Palatino Linotype"/>
          <w:color w:val="000000"/>
          <w:spacing w:val="-1"/>
          <w:sz w:val="20"/>
          <w:szCs w:val="20"/>
        </w:rPr>
        <w:t>I worked as Diving Assistant at a diving school in Lanzarote which developed my social skills and communication, as well as my ability to work as part of a team.</w:t>
      </w:r>
    </w:p>
    <w:p w14:paraId="22F4BF2C" w14:textId="77777777" w:rsidR="00A85B25" w:rsidRPr="005456A9" w:rsidRDefault="00A85B25" w:rsidP="00A85B25">
      <w:pPr>
        <w:pStyle w:val="NoSpacing"/>
        <w:rPr>
          <w:rFonts w:cs="Palatino Linotype"/>
          <w:color w:val="000000"/>
          <w:sz w:val="20"/>
          <w:szCs w:val="20"/>
        </w:rPr>
      </w:pPr>
      <w:r w:rsidRPr="005456A9">
        <w:rPr>
          <w:rFonts w:cs="Palatino Linotype"/>
          <w:color w:val="000000"/>
          <w:spacing w:val="-1"/>
          <w:sz w:val="20"/>
          <w:szCs w:val="20"/>
        </w:rPr>
        <w:t xml:space="preserve"> My responsibilities included t</w:t>
      </w:r>
      <w:r w:rsidRPr="005456A9">
        <w:rPr>
          <w:rFonts w:cs="Palatino Linotype"/>
          <w:color w:val="000000"/>
          <w:sz w:val="20"/>
          <w:szCs w:val="20"/>
        </w:rPr>
        <w:t xml:space="preserve">aking care of diving equipment, dismantling and assembling buoyancy control devices, refilling air </w:t>
      </w:r>
      <w:r w:rsidRPr="005456A9">
        <w:rPr>
          <w:rFonts w:cs="Palatino Linotype"/>
          <w:color w:val="000000"/>
          <w:spacing w:val="-1"/>
          <w:sz w:val="20"/>
          <w:szCs w:val="20"/>
        </w:rPr>
        <w:t xml:space="preserve">tanks, checking quality of equipment to ensure it is safe for use, assisting with diving </w:t>
      </w:r>
      <w:proofErr w:type="gramStart"/>
      <w:r w:rsidRPr="005456A9">
        <w:rPr>
          <w:rFonts w:cs="Palatino Linotype"/>
          <w:color w:val="000000"/>
          <w:spacing w:val="-1"/>
          <w:sz w:val="20"/>
          <w:szCs w:val="20"/>
        </w:rPr>
        <w:t>lessons</w:t>
      </w:r>
      <w:proofErr w:type="gramEnd"/>
      <w:r w:rsidRPr="005456A9">
        <w:rPr>
          <w:rFonts w:cs="Palatino Linotype"/>
          <w:color w:val="000000"/>
          <w:spacing w:val="-1"/>
          <w:sz w:val="20"/>
          <w:szCs w:val="20"/>
        </w:rPr>
        <w:t xml:space="preserve"> checking that </w:t>
      </w:r>
      <w:r w:rsidRPr="005456A9">
        <w:rPr>
          <w:rFonts w:cs="Palatino Linotype"/>
          <w:color w:val="000000"/>
          <w:sz w:val="20"/>
          <w:szCs w:val="20"/>
        </w:rPr>
        <w:t xml:space="preserve">customers were properly equipped, assisting customers and the main instructor when required.  This was a </w:t>
      </w:r>
      <w:proofErr w:type="gramStart"/>
      <w:r w:rsidRPr="005456A9">
        <w:rPr>
          <w:rFonts w:cs="Palatino Linotype"/>
          <w:color w:val="000000"/>
          <w:sz w:val="20"/>
          <w:szCs w:val="20"/>
        </w:rPr>
        <w:t>valued</w:t>
      </w:r>
      <w:proofErr w:type="gramEnd"/>
      <w:r w:rsidRPr="005456A9">
        <w:rPr>
          <w:rFonts w:cs="Palatino Linotype"/>
          <w:color w:val="000000"/>
          <w:sz w:val="20"/>
          <w:szCs w:val="20"/>
        </w:rPr>
        <w:t xml:space="preserve"> experience which complemented my Open Water diving qualifications.</w:t>
      </w:r>
    </w:p>
    <w:p w14:paraId="2256B5A8" w14:textId="77777777" w:rsidR="00A85B25" w:rsidRPr="005456A9" w:rsidRDefault="00A85B25" w:rsidP="00A85B25">
      <w:pPr>
        <w:pStyle w:val="NoSpacing"/>
        <w:ind w:left="-42"/>
        <w:rPr>
          <w:rFonts w:cs="Palatino Linotype"/>
          <w:color w:val="000000"/>
          <w:sz w:val="20"/>
          <w:szCs w:val="20"/>
        </w:rPr>
      </w:pPr>
    </w:p>
    <w:p w14:paraId="7383AA1F" w14:textId="77777777" w:rsidR="00A85B25" w:rsidRPr="005456A9" w:rsidRDefault="00A85B25" w:rsidP="00A85B25">
      <w:pPr>
        <w:pStyle w:val="NoSpacing"/>
        <w:ind w:left="-42"/>
        <w:rPr>
          <w:rFonts w:cs="PalatinoLinotype-Bold"/>
          <w:b/>
          <w:bCs/>
          <w:color w:val="000000" w:themeColor="text1"/>
          <w:sz w:val="20"/>
          <w:szCs w:val="20"/>
        </w:rPr>
      </w:pPr>
      <w:r w:rsidRPr="005456A9">
        <w:rPr>
          <w:rFonts w:cs="Palatino Linotype"/>
          <w:b/>
          <w:bCs/>
          <w:color w:val="000000"/>
          <w:sz w:val="20"/>
          <w:szCs w:val="20"/>
        </w:rPr>
        <w:t>References available on request.</w:t>
      </w:r>
    </w:p>
    <w:p w14:paraId="0459672D" w14:textId="77777777" w:rsidR="0005760A" w:rsidRPr="00A85B25" w:rsidRDefault="0005760A">
      <w:pPr>
        <w:rPr>
          <w:rFonts w:ascii="Aptos" w:hAnsi="Aptos"/>
        </w:rPr>
      </w:pPr>
    </w:p>
    <w:sectPr w:rsidR="0005760A" w:rsidRPr="00A85B2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PalatinoLinotype-Bold">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9775552">
    <w:abstractNumId w:val="8"/>
  </w:num>
  <w:num w:numId="2" w16cid:durableId="645430850">
    <w:abstractNumId w:val="6"/>
  </w:num>
  <w:num w:numId="3" w16cid:durableId="817039282">
    <w:abstractNumId w:val="5"/>
  </w:num>
  <w:num w:numId="4" w16cid:durableId="149755397">
    <w:abstractNumId w:val="4"/>
  </w:num>
  <w:num w:numId="5" w16cid:durableId="354573571">
    <w:abstractNumId w:val="7"/>
  </w:num>
  <w:num w:numId="6" w16cid:durableId="1684474684">
    <w:abstractNumId w:val="3"/>
  </w:num>
  <w:num w:numId="7" w16cid:durableId="1455631873">
    <w:abstractNumId w:val="2"/>
  </w:num>
  <w:num w:numId="8" w16cid:durableId="790130911">
    <w:abstractNumId w:val="1"/>
  </w:num>
  <w:num w:numId="9" w16cid:durableId="1038969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60A"/>
    <w:rsid w:val="0006063C"/>
    <w:rsid w:val="0015074B"/>
    <w:rsid w:val="0029639D"/>
    <w:rsid w:val="002E3161"/>
    <w:rsid w:val="00326F90"/>
    <w:rsid w:val="003C50BF"/>
    <w:rsid w:val="00A85B25"/>
    <w:rsid w:val="00AA1D8D"/>
    <w:rsid w:val="00B47730"/>
    <w:rsid w:val="00BC17B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1C8F7B"/>
  <w14:defaultImageDpi w14:val="300"/>
  <w15:docId w15:val="{396C24D1-F85A-4ED0-978A-70E434B2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10</Pages>
  <Words>2340</Words>
  <Characters>13666</Characters>
  <Application>Microsoft Office Word</Application>
  <DocSecurity>0</DocSecurity>
  <Lines>359</Lines>
  <Paragraphs>231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Zac Ashburner</cp:lastModifiedBy>
  <cp:revision>3</cp:revision>
  <dcterms:created xsi:type="dcterms:W3CDTF">2025-10-31T01:11:00Z</dcterms:created>
  <dcterms:modified xsi:type="dcterms:W3CDTF">2025-10-31T01:11:00Z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a0189bfd-5864-435a-b09f-d1be9b2f35fe</vt:lpwstr>
  </property>
</Properties>
</file>