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FF4F8" w14:textId="77777777" w:rsidR="00640FE0" w:rsidRDefault="00640FE0"/>
    <w:tbl>
      <w:tblPr>
        <w:tblStyle w:val="TableGrid"/>
        <w:tblW w:w="14850" w:type="dxa"/>
        <w:tblLook w:val="0000" w:firstRow="0" w:lastRow="0" w:firstColumn="0" w:lastColumn="0" w:noHBand="0" w:noVBand="0"/>
      </w:tblPr>
      <w:tblGrid>
        <w:gridCol w:w="14850"/>
      </w:tblGrid>
      <w:tr w:rsidR="0008508C" w14:paraId="4C41E635" w14:textId="77777777" w:rsidTr="00D9682F">
        <w:trPr>
          <w:trHeight w:val="9810"/>
        </w:trPr>
        <w:tc>
          <w:tcPr>
            <w:tcW w:w="14850" w:type="dxa"/>
          </w:tcPr>
          <w:p w14:paraId="63B91B31" w14:textId="77777777" w:rsidR="00640FE0" w:rsidRPr="00FB1F41" w:rsidRDefault="00640FE0" w:rsidP="00640FE0">
            <w:pPr>
              <w:rPr>
                <w:b/>
                <w:sz w:val="30"/>
                <w:szCs w:val="2"/>
              </w:rPr>
            </w:pPr>
          </w:p>
          <w:p w14:paraId="336686FC" w14:textId="3FDE2CCC" w:rsidR="0008508C" w:rsidRPr="00200F1D" w:rsidRDefault="00D9682F" w:rsidP="00D9682F">
            <w:pPr>
              <w:rPr>
                <w:b/>
                <w:sz w:val="32"/>
                <w:szCs w:val="4"/>
              </w:rPr>
            </w:pPr>
            <w:r>
              <w:rPr>
                <w:b/>
                <w:sz w:val="32"/>
                <w:szCs w:val="4"/>
              </w:rPr>
              <w:t xml:space="preserve">                                     </w:t>
            </w:r>
            <w:r w:rsidR="00E7588D" w:rsidRPr="00200F1D">
              <w:rPr>
                <w:b/>
                <w:sz w:val="32"/>
                <w:szCs w:val="4"/>
              </w:rPr>
              <w:t>Assignment</w:t>
            </w:r>
            <w:r w:rsidR="004A324C" w:rsidRPr="00200F1D">
              <w:rPr>
                <w:b/>
                <w:sz w:val="32"/>
                <w:szCs w:val="4"/>
              </w:rPr>
              <w:t xml:space="preserve"> Title:</w:t>
            </w:r>
            <w:r w:rsidR="00640FE0" w:rsidRPr="00200F1D">
              <w:rPr>
                <w:b/>
                <w:sz w:val="32"/>
                <w:szCs w:val="4"/>
              </w:rPr>
              <w:t xml:space="preserve"> </w:t>
            </w:r>
            <w:r w:rsidR="004A324C" w:rsidRPr="00200F1D">
              <w:rPr>
                <w:b/>
                <w:sz w:val="32"/>
                <w:szCs w:val="4"/>
              </w:rPr>
              <w:t>User</w:t>
            </w:r>
            <w:r w:rsidR="00640FE0" w:rsidRPr="00200F1D">
              <w:rPr>
                <w:b/>
                <w:sz w:val="32"/>
                <w:szCs w:val="4"/>
              </w:rPr>
              <w:t xml:space="preserve"> Requirement and Prototype</w:t>
            </w:r>
          </w:p>
          <w:p w14:paraId="04995599" w14:textId="1BA7BF3B" w:rsidR="00502857" w:rsidRPr="00FB1F41" w:rsidRDefault="00FB1F41" w:rsidP="00FB1F41">
            <w:pPr>
              <w:rPr>
                <w:b/>
                <w:sz w:val="36"/>
                <w:szCs w:val="6"/>
              </w:rPr>
            </w:pPr>
            <w:r>
              <w:rPr>
                <w:b/>
                <w:sz w:val="36"/>
                <w:szCs w:val="6"/>
              </w:rPr>
              <w:t xml:space="preserve">                                 </w:t>
            </w:r>
            <w:proofErr w:type="spellStart"/>
            <w:r w:rsidR="006A7CF6" w:rsidRPr="00FB1F41">
              <w:rPr>
                <w:b/>
                <w:sz w:val="36"/>
                <w:szCs w:val="6"/>
              </w:rPr>
              <w:t>Programme</w:t>
            </w:r>
            <w:proofErr w:type="spellEnd"/>
            <w:r w:rsidR="006A7CF6" w:rsidRPr="00FB1F41">
              <w:rPr>
                <w:b/>
                <w:sz w:val="36"/>
                <w:szCs w:val="6"/>
              </w:rPr>
              <w:t>:</w:t>
            </w:r>
            <w:r w:rsidR="00EE0D01" w:rsidRPr="00FB1F41">
              <w:rPr>
                <w:b/>
                <w:sz w:val="36"/>
                <w:szCs w:val="6"/>
              </w:rPr>
              <w:t xml:space="preserve"> </w:t>
            </w:r>
            <w:r>
              <w:rPr>
                <w:b/>
                <w:sz w:val="36"/>
                <w:szCs w:val="6"/>
              </w:rPr>
              <w:t xml:space="preserve">……………  </w:t>
            </w:r>
            <w:r w:rsidR="00EE0D01" w:rsidRPr="00FB1F41">
              <w:rPr>
                <w:b/>
                <w:sz w:val="36"/>
                <w:szCs w:val="6"/>
              </w:rPr>
              <w:t>BSc Applied Computing</w:t>
            </w:r>
          </w:p>
          <w:p w14:paraId="5970E9A6" w14:textId="54549015" w:rsidR="00E150FA" w:rsidRPr="00FB1F41" w:rsidRDefault="00E150FA" w:rsidP="00E150FA">
            <w:pPr>
              <w:rPr>
                <w:b/>
                <w:sz w:val="36"/>
                <w:szCs w:val="6"/>
              </w:rPr>
            </w:pPr>
            <w:r w:rsidRPr="00FB1F41">
              <w:rPr>
                <w:b/>
                <w:sz w:val="36"/>
                <w:szCs w:val="6"/>
              </w:rPr>
              <w:t xml:space="preserve">                                 </w:t>
            </w:r>
            <w:proofErr w:type="gramStart"/>
            <w:r w:rsidR="00AC523E" w:rsidRPr="00FB1F41">
              <w:rPr>
                <w:b/>
                <w:sz w:val="36"/>
                <w:szCs w:val="6"/>
              </w:rPr>
              <w:t>Module:</w:t>
            </w:r>
            <w:r w:rsidR="00200F1D">
              <w:rPr>
                <w:b/>
                <w:sz w:val="36"/>
                <w:szCs w:val="6"/>
              </w:rPr>
              <w:t>…</w:t>
            </w:r>
            <w:proofErr w:type="gramEnd"/>
            <w:r w:rsidR="00200F1D">
              <w:rPr>
                <w:b/>
                <w:sz w:val="36"/>
                <w:szCs w:val="6"/>
              </w:rPr>
              <w:t>……………</w:t>
            </w:r>
            <w:r w:rsidR="00AC523E">
              <w:rPr>
                <w:b/>
                <w:sz w:val="36"/>
                <w:szCs w:val="6"/>
              </w:rPr>
              <w:t>….</w:t>
            </w:r>
            <w:r w:rsidR="00FB1F41">
              <w:rPr>
                <w:b/>
                <w:sz w:val="36"/>
                <w:szCs w:val="6"/>
              </w:rPr>
              <w:t xml:space="preserve">  </w:t>
            </w:r>
            <w:r w:rsidR="003859D8" w:rsidRPr="00FB1F41">
              <w:rPr>
                <w:b/>
                <w:sz w:val="36"/>
                <w:szCs w:val="6"/>
              </w:rPr>
              <w:t>Usability Engineering</w:t>
            </w:r>
          </w:p>
          <w:p w14:paraId="66551D47" w14:textId="60280DBB" w:rsidR="003859D8" w:rsidRPr="00FB1F41" w:rsidRDefault="003859D8" w:rsidP="00E150FA">
            <w:pPr>
              <w:rPr>
                <w:b/>
                <w:sz w:val="36"/>
                <w:szCs w:val="6"/>
              </w:rPr>
            </w:pPr>
            <w:r w:rsidRPr="00FB1F41">
              <w:rPr>
                <w:b/>
                <w:sz w:val="36"/>
                <w:szCs w:val="6"/>
              </w:rPr>
              <w:t xml:space="preserve">                                 Module Code:</w:t>
            </w:r>
            <w:r w:rsidR="00FB1F41">
              <w:rPr>
                <w:b/>
                <w:sz w:val="36"/>
                <w:szCs w:val="6"/>
              </w:rPr>
              <w:t xml:space="preserve"> </w:t>
            </w:r>
            <w:r w:rsidR="00200F1D">
              <w:rPr>
                <w:b/>
                <w:sz w:val="36"/>
                <w:szCs w:val="6"/>
              </w:rPr>
              <w:t>…………………….</w:t>
            </w:r>
            <w:r w:rsidR="00FB1F41">
              <w:rPr>
                <w:b/>
                <w:sz w:val="36"/>
                <w:szCs w:val="6"/>
              </w:rPr>
              <w:t xml:space="preserve"> </w:t>
            </w:r>
            <w:r w:rsidR="00995168" w:rsidRPr="00FB1F41">
              <w:rPr>
                <w:b/>
                <w:sz w:val="36"/>
                <w:szCs w:val="6"/>
              </w:rPr>
              <w:t>ACCB6017</w:t>
            </w:r>
          </w:p>
          <w:p w14:paraId="19A7DB93" w14:textId="7B4B0702" w:rsidR="00995168" w:rsidRPr="00FB1F41" w:rsidRDefault="00995168" w:rsidP="00E150FA">
            <w:pPr>
              <w:rPr>
                <w:b/>
                <w:sz w:val="36"/>
                <w:szCs w:val="6"/>
              </w:rPr>
            </w:pPr>
            <w:r w:rsidRPr="00FB1F41">
              <w:rPr>
                <w:b/>
                <w:sz w:val="36"/>
                <w:szCs w:val="6"/>
              </w:rPr>
              <w:t xml:space="preserve">                                  Lecturer:</w:t>
            </w:r>
            <w:r w:rsidR="00FB1F41">
              <w:rPr>
                <w:b/>
                <w:sz w:val="36"/>
                <w:szCs w:val="6"/>
              </w:rPr>
              <w:t xml:space="preserve"> </w:t>
            </w:r>
            <w:r w:rsidR="00200F1D">
              <w:rPr>
                <w:b/>
                <w:sz w:val="36"/>
                <w:szCs w:val="6"/>
              </w:rPr>
              <w:t>………………………….</w:t>
            </w:r>
            <w:r w:rsidR="00FB1F41">
              <w:rPr>
                <w:b/>
                <w:sz w:val="36"/>
                <w:szCs w:val="6"/>
              </w:rPr>
              <w:t xml:space="preserve"> </w:t>
            </w:r>
            <w:r w:rsidRPr="00FB1F41">
              <w:rPr>
                <w:b/>
                <w:sz w:val="36"/>
                <w:szCs w:val="6"/>
              </w:rPr>
              <w:t xml:space="preserve"> Fahad</w:t>
            </w:r>
            <w:r w:rsidR="00E02FC2" w:rsidRPr="00FB1F41">
              <w:rPr>
                <w:b/>
                <w:sz w:val="36"/>
                <w:szCs w:val="6"/>
              </w:rPr>
              <w:t xml:space="preserve"> Ahmed</w:t>
            </w:r>
          </w:p>
          <w:p w14:paraId="06247DEF" w14:textId="3433B968" w:rsidR="00C15342" w:rsidRPr="00FB1F41" w:rsidRDefault="00C15342" w:rsidP="00E150FA">
            <w:pPr>
              <w:rPr>
                <w:b/>
                <w:sz w:val="36"/>
                <w:szCs w:val="6"/>
              </w:rPr>
            </w:pPr>
            <w:r w:rsidRPr="00FB1F41">
              <w:rPr>
                <w:b/>
                <w:sz w:val="36"/>
                <w:szCs w:val="6"/>
              </w:rPr>
              <w:t xml:space="preserve">                                    Submitted By: Md Gulam Hafiz</w:t>
            </w:r>
          </w:p>
          <w:p w14:paraId="5D71EF0B" w14:textId="45CA8F42" w:rsidR="00CD7415" w:rsidRPr="00FB1F41" w:rsidRDefault="00CD7415" w:rsidP="00E150FA">
            <w:pPr>
              <w:rPr>
                <w:b/>
                <w:sz w:val="36"/>
                <w:szCs w:val="6"/>
              </w:rPr>
            </w:pPr>
            <w:r w:rsidRPr="00FB1F41">
              <w:rPr>
                <w:b/>
                <w:sz w:val="36"/>
                <w:szCs w:val="6"/>
              </w:rPr>
              <w:t xml:space="preserve">                                           Student ID:2232603</w:t>
            </w:r>
          </w:p>
          <w:p w14:paraId="1949FFA9" w14:textId="6DDC444C" w:rsidR="00F64F70" w:rsidRDefault="00F64F70" w:rsidP="00E150FA">
            <w:pPr>
              <w:rPr>
                <w:b/>
                <w:sz w:val="38"/>
                <w:szCs w:val="8"/>
              </w:rPr>
            </w:pPr>
            <w:r>
              <w:rPr>
                <w:b/>
                <w:sz w:val="38"/>
                <w:szCs w:val="8"/>
              </w:rPr>
              <w:t xml:space="preserve">                </w:t>
            </w:r>
            <w:r w:rsidR="00E36163">
              <w:rPr>
                <w:b/>
                <w:sz w:val="38"/>
                <w:szCs w:val="8"/>
              </w:rPr>
              <w:t xml:space="preserve">             </w:t>
            </w:r>
            <w:r w:rsidR="0005061C">
              <w:rPr>
                <w:b/>
                <w:sz w:val="38"/>
                <w:szCs w:val="8"/>
              </w:rPr>
              <w:t xml:space="preserve">   </w:t>
            </w:r>
            <w:r w:rsidR="00E36163">
              <w:rPr>
                <w:b/>
                <w:sz w:val="38"/>
                <w:szCs w:val="8"/>
              </w:rPr>
              <w:t xml:space="preserve"> </w:t>
            </w:r>
            <w:r>
              <w:rPr>
                <w:b/>
                <w:sz w:val="38"/>
                <w:szCs w:val="8"/>
              </w:rPr>
              <w:t xml:space="preserve">  </w:t>
            </w:r>
            <w:r w:rsidR="00E36163" w:rsidRPr="00275751">
              <w:rPr>
                <w:b/>
                <w:noProof/>
                <w:sz w:val="38"/>
                <w:szCs w:val="8"/>
              </w:rPr>
              <w:drawing>
                <wp:inline distT="0" distB="0" distL="0" distR="0" wp14:anchorId="12C36DDB" wp14:editId="38D3F3C0">
                  <wp:extent cx="3582537" cy="2592705"/>
                  <wp:effectExtent l="0" t="0" r="0" b="0"/>
                  <wp:docPr id="8731612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4237" cy="2630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BA163B" w14:textId="77777777" w:rsidR="0005061C" w:rsidRDefault="0005061C" w:rsidP="00E150FA">
            <w:pPr>
              <w:rPr>
                <w:b/>
                <w:sz w:val="38"/>
                <w:szCs w:val="8"/>
              </w:rPr>
            </w:pPr>
          </w:p>
          <w:p w14:paraId="2B1AD91D" w14:textId="6D8A18BE" w:rsidR="00F64F70" w:rsidRDefault="0005061C" w:rsidP="00E150FA">
            <w:pPr>
              <w:rPr>
                <w:b/>
                <w:sz w:val="38"/>
                <w:szCs w:val="8"/>
              </w:rPr>
            </w:pPr>
            <w:r>
              <w:rPr>
                <w:b/>
                <w:sz w:val="38"/>
                <w:szCs w:val="8"/>
              </w:rPr>
              <w:t xml:space="preserve">                                                              LONDON</w:t>
            </w:r>
          </w:p>
          <w:p w14:paraId="6EF2FB0B" w14:textId="7BFDABED" w:rsidR="004815DB" w:rsidRPr="00E02FC2" w:rsidRDefault="00F64F70" w:rsidP="00E150FA">
            <w:pPr>
              <w:rPr>
                <w:b/>
                <w:sz w:val="38"/>
                <w:szCs w:val="8"/>
              </w:rPr>
            </w:pPr>
            <w:r>
              <w:rPr>
                <w:b/>
                <w:sz w:val="38"/>
                <w:szCs w:val="8"/>
              </w:rPr>
              <w:t xml:space="preserve">                          </w:t>
            </w:r>
            <w:r w:rsidR="004815DB">
              <w:rPr>
                <w:b/>
                <w:sz w:val="38"/>
                <w:szCs w:val="8"/>
              </w:rPr>
              <w:t>University of Wales Trinity Saint David London</w:t>
            </w:r>
          </w:p>
          <w:p w14:paraId="47456509" w14:textId="2512067D" w:rsidR="00EE0D01" w:rsidRDefault="00EE0D01" w:rsidP="0008508C">
            <w:pPr>
              <w:spacing w:after="100" w:line="276" w:lineRule="auto"/>
              <w:jc w:val="center"/>
              <w:rPr>
                <w:b/>
                <w:sz w:val="32"/>
                <w:szCs w:val="2"/>
              </w:rPr>
            </w:pPr>
          </w:p>
        </w:tc>
      </w:tr>
    </w:tbl>
    <w:p w14:paraId="033ECF65" w14:textId="77777777" w:rsidR="00340AF0" w:rsidRDefault="00340AF0" w:rsidP="0008508C">
      <w:pPr>
        <w:rPr>
          <w:b/>
          <w:sz w:val="32"/>
          <w:szCs w:val="2"/>
        </w:rPr>
      </w:pPr>
    </w:p>
    <w:p w14:paraId="7A568A49" w14:textId="77777777" w:rsidR="00340AF0" w:rsidRDefault="00340AF0" w:rsidP="0008508C">
      <w:pPr>
        <w:rPr>
          <w:b/>
          <w:sz w:val="32"/>
          <w:szCs w:val="2"/>
        </w:rPr>
      </w:pPr>
    </w:p>
    <w:p w14:paraId="1204600B" w14:textId="776AE5AD" w:rsidR="00FA1945" w:rsidRPr="0043775F" w:rsidRDefault="00BA552D" w:rsidP="00BA552D">
      <w:pPr>
        <w:rPr>
          <w:b/>
          <w:sz w:val="22"/>
          <w:szCs w:val="2"/>
        </w:rPr>
      </w:pPr>
      <w:r>
        <w:rPr>
          <w:b/>
          <w:sz w:val="22"/>
          <w:szCs w:val="2"/>
        </w:rPr>
        <w:t xml:space="preserve">                                                                                                                  </w:t>
      </w:r>
      <w:r w:rsidRPr="0043775F">
        <w:rPr>
          <w:b/>
          <w:sz w:val="22"/>
          <w:szCs w:val="2"/>
        </w:rPr>
        <w:t>UWTSD CAMPUS CRISIS</w:t>
      </w:r>
    </w:p>
    <w:p w14:paraId="6975D51D" w14:textId="67E8DBEC" w:rsidR="00073750" w:rsidRPr="00305821" w:rsidRDefault="00643646" w:rsidP="00643646">
      <w:pPr>
        <w:rPr>
          <w:b/>
          <w:sz w:val="22"/>
          <w:szCs w:val="2"/>
        </w:rPr>
      </w:pPr>
      <w:r>
        <w:rPr>
          <w:b/>
          <w:sz w:val="22"/>
          <w:szCs w:val="2"/>
        </w:rPr>
        <w:t xml:space="preserve">                                                                                                                  </w:t>
      </w:r>
      <w:r w:rsidR="00423527" w:rsidRPr="00073750">
        <w:rPr>
          <w:b/>
          <w:sz w:val="22"/>
          <w:szCs w:val="2"/>
        </w:rPr>
        <w:t>Initial users research</w:t>
      </w:r>
      <w:r w:rsidR="000C7202" w:rsidRPr="00073750">
        <w:rPr>
          <w:b/>
          <w:sz w:val="22"/>
          <w:szCs w:val="2"/>
        </w:rPr>
        <w:t>,</w:t>
      </w:r>
    </w:p>
    <w:p w14:paraId="0F79188A" w14:textId="1AB908CB" w:rsidR="00FA1945" w:rsidRPr="0043775F" w:rsidRDefault="00423527" w:rsidP="0043775F">
      <w:pPr>
        <w:jc w:val="center"/>
        <w:rPr>
          <w:sz w:val="8"/>
          <w:szCs w:val="2"/>
        </w:rPr>
      </w:pPr>
      <w:r w:rsidRPr="0043775F">
        <w:rPr>
          <w:b/>
          <w:sz w:val="26"/>
          <w:szCs w:val="2"/>
        </w:rPr>
        <w:t xml:space="preserve">Usability </w:t>
      </w:r>
      <w:r w:rsidR="000C7202" w:rsidRPr="0043775F">
        <w:rPr>
          <w:b/>
          <w:sz w:val="26"/>
          <w:szCs w:val="2"/>
        </w:rPr>
        <w:t xml:space="preserve">&amp; </w:t>
      </w:r>
      <w:r w:rsidR="00D06B38" w:rsidRPr="0043775F">
        <w:rPr>
          <w:b/>
          <w:sz w:val="26"/>
          <w:szCs w:val="2"/>
        </w:rPr>
        <w:t>Low fidelity wireframe Storyboard report</w:t>
      </w:r>
      <w:r w:rsidR="00DD3237" w:rsidRPr="0043775F">
        <w:rPr>
          <w:b/>
          <w:sz w:val="26"/>
          <w:szCs w:val="2"/>
        </w:rPr>
        <w:t>:</w:t>
      </w:r>
    </w:p>
    <w:p w14:paraId="35F06F19" w14:textId="6B2C9EA5" w:rsidR="00FA1945" w:rsidRPr="0043775F" w:rsidRDefault="009517EE" w:rsidP="00E848F3">
      <w:pPr>
        <w:jc w:val="center"/>
        <w:rPr>
          <w:b/>
          <w:bCs/>
          <w:sz w:val="26"/>
          <w:szCs w:val="22"/>
        </w:rPr>
      </w:pPr>
      <w:r w:rsidRPr="0043775F">
        <w:rPr>
          <w:b/>
          <w:bCs/>
          <w:sz w:val="26"/>
          <w:szCs w:val="22"/>
        </w:rPr>
        <w:t>Pandemic</w:t>
      </w:r>
      <w:r w:rsidR="00DF5F09" w:rsidRPr="0043775F">
        <w:rPr>
          <w:b/>
          <w:bCs/>
          <w:sz w:val="26"/>
          <w:szCs w:val="22"/>
        </w:rPr>
        <w:t xml:space="preserve"> inspired </w:t>
      </w:r>
      <w:r w:rsidRPr="0043775F">
        <w:rPr>
          <w:b/>
          <w:bCs/>
          <w:sz w:val="26"/>
          <w:szCs w:val="22"/>
        </w:rPr>
        <w:t xml:space="preserve">UWTSD </w:t>
      </w:r>
      <w:r w:rsidR="00E42B40" w:rsidRPr="0043775F">
        <w:rPr>
          <w:b/>
          <w:bCs/>
          <w:sz w:val="26"/>
          <w:szCs w:val="22"/>
        </w:rPr>
        <w:t>cooperative strategic Mobile Game.</w:t>
      </w:r>
    </w:p>
    <w:p w14:paraId="08D226F8" w14:textId="77777777" w:rsidR="007D17F8" w:rsidRDefault="0008508C" w:rsidP="0008508C">
      <w:pPr>
        <w:rPr>
          <w:b/>
          <w:sz w:val="26"/>
          <w:szCs w:val="36"/>
        </w:rPr>
      </w:pPr>
      <w:r w:rsidRPr="00DF5F09">
        <w:rPr>
          <w:noProof/>
        </w:rPr>
        <w:drawing>
          <wp:inline distT="0" distB="0" distL="0" distR="0" wp14:anchorId="22A4EEAF" wp14:editId="2C65782E">
            <wp:extent cx="8410575" cy="5095875"/>
            <wp:effectExtent l="0" t="0" r="9525" b="9525"/>
            <wp:docPr id="10651521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0522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10575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F89C4" w14:textId="5267B8DD" w:rsidR="0008508C" w:rsidRDefault="00340AF0" w:rsidP="0008508C">
      <w:r>
        <w:rPr>
          <w:b/>
          <w:sz w:val="26"/>
          <w:szCs w:val="36"/>
        </w:rPr>
        <w:t xml:space="preserve">                                        </w:t>
      </w:r>
      <w:r w:rsidR="0008508C" w:rsidRPr="00C10542">
        <w:rPr>
          <w:b/>
          <w:sz w:val="26"/>
          <w:szCs w:val="36"/>
        </w:rPr>
        <w:t xml:space="preserve">Fig 1: </w:t>
      </w:r>
      <w:r w:rsidR="0093614E">
        <w:rPr>
          <w:b/>
          <w:sz w:val="26"/>
          <w:szCs w:val="36"/>
        </w:rPr>
        <w:t xml:space="preserve">FIG </w:t>
      </w:r>
      <w:r w:rsidR="0008508C" w:rsidRPr="009C30FC">
        <w:rPr>
          <w:bCs/>
          <w:sz w:val="26"/>
          <w:szCs w:val="36"/>
        </w:rPr>
        <w:t>High Profile Architecture of the Proposed Game.</w:t>
      </w:r>
    </w:p>
    <w:p w14:paraId="3C3A16AC" w14:textId="77777777" w:rsidR="0008508C" w:rsidRPr="00C1050D" w:rsidRDefault="0008508C" w:rsidP="00E848F3">
      <w:pPr>
        <w:jc w:val="center"/>
        <w:rPr>
          <w:b/>
          <w:bCs/>
          <w:sz w:val="23"/>
          <w:szCs w:val="24"/>
        </w:rPr>
      </w:pPr>
    </w:p>
    <w:p w14:paraId="4D1CD1BC" w14:textId="77777777" w:rsidR="0093614E" w:rsidRDefault="00DE1D9A" w:rsidP="0010301C">
      <w:pPr>
        <w:pStyle w:val="Heading1"/>
      </w:pPr>
      <w:r>
        <w:t xml:space="preserve">   </w:t>
      </w:r>
    </w:p>
    <w:p w14:paraId="536C1E8A" w14:textId="45FB19E2" w:rsidR="005D0807" w:rsidRDefault="00DE1D9A" w:rsidP="0010301C">
      <w:pPr>
        <w:pStyle w:val="Heading1"/>
      </w:pPr>
      <w:r>
        <w:t xml:space="preserve">         </w:t>
      </w:r>
      <w:r w:rsidR="00281DBF">
        <w:t xml:space="preserve">          </w:t>
      </w:r>
    </w:p>
    <w:p w14:paraId="31A84FCA" w14:textId="398CB082" w:rsidR="003E48DB" w:rsidRPr="00E65EA9" w:rsidRDefault="00E04012" w:rsidP="002B4D94">
      <w:pPr>
        <w:pStyle w:val="Heading1"/>
        <w:spacing w:line="360" w:lineRule="auto"/>
        <w:jc w:val="both"/>
      </w:pPr>
      <w:r>
        <w:t xml:space="preserve">                                          </w:t>
      </w:r>
      <w:r w:rsidR="00281DBF">
        <w:t xml:space="preserve"> </w:t>
      </w:r>
      <w:bookmarkStart w:id="0" w:name="_Toc235666966"/>
      <w:r w:rsidR="00512DEC" w:rsidRPr="00DE2137">
        <w:t xml:space="preserve">Statement of </w:t>
      </w:r>
      <w:r w:rsidR="001A4EFF" w:rsidRPr="00DE2137">
        <w:t xml:space="preserve">Academic </w:t>
      </w:r>
      <w:r w:rsidR="00D231C8" w:rsidRPr="00DE2137">
        <w:t xml:space="preserve">honesty and </w:t>
      </w:r>
      <w:r w:rsidR="00EE3428" w:rsidRPr="00DE2137">
        <w:t>Integrity</w:t>
      </w:r>
      <w:r w:rsidR="006554DE" w:rsidRPr="00DE2137">
        <w:t>:</w:t>
      </w:r>
      <w:bookmarkEnd w:id="0"/>
    </w:p>
    <w:p w14:paraId="4E2365C2" w14:textId="64ABE620" w:rsidR="00E77B52" w:rsidRPr="00E04012" w:rsidRDefault="00C11C34" w:rsidP="00E04012">
      <w:pPr>
        <w:spacing w:line="360" w:lineRule="auto"/>
        <w:jc w:val="both"/>
        <w:rPr>
          <w:sz w:val="28"/>
          <w:szCs w:val="36"/>
        </w:rPr>
      </w:pPr>
      <w:r w:rsidRPr="00E04012">
        <w:rPr>
          <w:sz w:val="28"/>
          <w:szCs w:val="36"/>
        </w:rPr>
        <w:t xml:space="preserve">In this report </w:t>
      </w:r>
      <w:r w:rsidR="009852A3" w:rsidRPr="00E04012">
        <w:rPr>
          <w:sz w:val="28"/>
          <w:szCs w:val="36"/>
        </w:rPr>
        <w:t xml:space="preserve">for UWTSD </w:t>
      </w:r>
      <w:r w:rsidR="006B57AD" w:rsidRPr="00E04012">
        <w:rPr>
          <w:sz w:val="28"/>
          <w:szCs w:val="36"/>
        </w:rPr>
        <w:t>primary research</w:t>
      </w:r>
      <w:r w:rsidR="009852A3" w:rsidRPr="00E04012">
        <w:rPr>
          <w:sz w:val="28"/>
          <w:szCs w:val="36"/>
        </w:rPr>
        <w:t xml:space="preserve"> </w:t>
      </w:r>
      <w:r w:rsidR="0088076A" w:rsidRPr="00E04012">
        <w:rPr>
          <w:sz w:val="28"/>
          <w:szCs w:val="36"/>
        </w:rPr>
        <w:t xml:space="preserve">based </w:t>
      </w:r>
      <w:r w:rsidR="006B57AD" w:rsidRPr="00E04012">
        <w:rPr>
          <w:sz w:val="28"/>
          <w:szCs w:val="36"/>
        </w:rPr>
        <w:t xml:space="preserve">cooperative strategic </w:t>
      </w:r>
      <w:r w:rsidR="00075519" w:rsidRPr="00E04012">
        <w:rPr>
          <w:sz w:val="28"/>
          <w:szCs w:val="36"/>
        </w:rPr>
        <w:t>game design has been presented.</w:t>
      </w:r>
    </w:p>
    <w:p w14:paraId="748CB9E6" w14:textId="37093B0F" w:rsidR="002C28E1" w:rsidRPr="00E04012" w:rsidRDefault="002C28E1" w:rsidP="00E04012">
      <w:pPr>
        <w:spacing w:line="360" w:lineRule="auto"/>
        <w:jc w:val="both"/>
        <w:rPr>
          <w:sz w:val="28"/>
          <w:szCs w:val="36"/>
        </w:rPr>
      </w:pPr>
      <w:r w:rsidRPr="00E04012">
        <w:rPr>
          <w:sz w:val="28"/>
          <w:szCs w:val="36"/>
        </w:rPr>
        <w:t xml:space="preserve">The personas are </w:t>
      </w:r>
      <w:r w:rsidR="002B123F" w:rsidRPr="00E04012">
        <w:rPr>
          <w:sz w:val="28"/>
          <w:szCs w:val="36"/>
        </w:rPr>
        <w:t>designed</w:t>
      </w:r>
      <w:r w:rsidR="0078036F" w:rsidRPr="00E04012">
        <w:rPr>
          <w:sz w:val="28"/>
          <w:szCs w:val="36"/>
        </w:rPr>
        <w:t xml:space="preserve"> </w:t>
      </w:r>
      <w:r w:rsidR="00E25C4B" w:rsidRPr="00E04012">
        <w:rPr>
          <w:sz w:val="28"/>
          <w:szCs w:val="36"/>
        </w:rPr>
        <w:t>artifacts based on evidence</w:t>
      </w:r>
      <w:r w:rsidR="00166BF5" w:rsidRPr="00E04012">
        <w:rPr>
          <w:sz w:val="28"/>
          <w:szCs w:val="36"/>
        </w:rPr>
        <w:t xml:space="preserve">, relevant </w:t>
      </w:r>
      <w:r w:rsidR="00ED4102" w:rsidRPr="00E04012">
        <w:rPr>
          <w:sz w:val="28"/>
          <w:szCs w:val="36"/>
        </w:rPr>
        <w:t>users</w:t>
      </w:r>
      <w:r w:rsidR="00ED4102" w:rsidRPr="00E04012">
        <w:rPr>
          <w:rFonts w:hint="cs"/>
          <w:sz w:val="28"/>
          <w:szCs w:val="36"/>
        </w:rPr>
        <w:t>’</w:t>
      </w:r>
      <w:r w:rsidR="00166BF5" w:rsidRPr="00E04012">
        <w:rPr>
          <w:sz w:val="28"/>
          <w:szCs w:val="36"/>
        </w:rPr>
        <w:t xml:space="preserve"> groups and</w:t>
      </w:r>
      <w:r w:rsidR="000B3AD2" w:rsidRPr="00E04012">
        <w:rPr>
          <w:sz w:val="28"/>
          <w:szCs w:val="36"/>
        </w:rPr>
        <w:t xml:space="preserve"> human</w:t>
      </w:r>
      <w:r w:rsidR="00ED4102" w:rsidRPr="00E04012">
        <w:rPr>
          <w:sz w:val="28"/>
          <w:szCs w:val="36"/>
        </w:rPr>
        <w:t xml:space="preserve">- </w:t>
      </w:r>
      <w:r w:rsidR="000B3AD2" w:rsidRPr="00E04012">
        <w:rPr>
          <w:sz w:val="28"/>
          <w:szCs w:val="36"/>
        </w:rPr>
        <w:t xml:space="preserve">computer </w:t>
      </w:r>
      <w:r w:rsidR="00ED4102" w:rsidRPr="00E04012">
        <w:rPr>
          <w:sz w:val="28"/>
          <w:szCs w:val="36"/>
        </w:rPr>
        <w:t>interaction literature</w:t>
      </w:r>
      <w:r w:rsidR="002B123F" w:rsidRPr="00E04012">
        <w:rPr>
          <w:sz w:val="28"/>
          <w:szCs w:val="36"/>
        </w:rPr>
        <w:t xml:space="preserve"> but </w:t>
      </w:r>
      <w:r w:rsidR="00F0305C" w:rsidRPr="00E04012">
        <w:rPr>
          <w:sz w:val="28"/>
          <w:szCs w:val="36"/>
        </w:rPr>
        <w:t xml:space="preserve">quotation of the </w:t>
      </w:r>
      <w:r w:rsidR="007B6CD0" w:rsidRPr="00E04012">
        <w:rPr>
          <w:sz w:val="28"/>
          <w:szCs w:val="36"/>
        </w:rPr>
        <w:t>participants,</w:t>
      </w:r>
      <w:r w:rsidR="009C6BEF" w:rsidRPr="00E04012">
        <w:rPr>
          <w:sz w:val="28"/>
          <w:szCs w:val="36"/>
        </w:rPr>
        <w:t xml:space="preserve"> questionaries, </w:t>
      </w:r>
      <w:r w:rsidR="00B610C6" w:rsidRPr="00E04012">
        <w:rPr>
          <w:sz w:val="28"/>
          <w:szCs w:val="36"/>
        </w:rPr>
        <w:t xml:space="preserve">total and </w:t>
      </w:r>
      <w:r w:rsidR="00EC2705" w:rsidRPr="00E04012">
        <w:rPr>
          <w:sz w:val="28"/>
          <w:szCs w:val="36"/>
        </w:rPr>
        <w:t xml:space="preserve">pair evaluation power should </w:t>
      </w:r>
      <w:r w:rsidR="009F6190" w:rsidRPr="00E04012">
        <w:rPr>
          <w:sz w:val="28"/>
          <w:szCs w:val="36"/>
        </w:rPr>
        <w:t>be collected from the real participant</w:t>
      </w:r>
      <w:r w:rsidR="00EA1647" w:rsidRPr="00E04012">
        <w:rPr>
          <w:sz w:val="28"/>
          <w:szCs w:val="36"/>
        </w:rPr>
        <w:t xml:space="preserve">s. </w:t>
      </w:r>
      <w:r w:rsidR="003E48DB" w:rsidRPr="00E04012">
        <w:rPr>
          <w:sz w:val="28"/>
          <w:szCs w:val="36"/>
        </w:rPr>
        <w:t>Therefore,</w:t>
      </w:r>
      <w:r w:rsidR="00DD7629" w:rsidRPr="00E04012">
        <w:rPr>
          <w:sz w:val="28"/>
          <w:szCs w:val="36"/>
        </w:rPr>
        <w:t xml:space="preserve"> in section</w:t>
      </w:r>
      <w:r w:rsidR="00EA1647" w:rsidRPr="00E04012">
        <w:rPr>
          <w:sz w:val="28"/>
          <w:szCs w:val="36"/>
        </w:rPr>
        <w:t xml:space="preserve"> 7 and 8 </w:t>
      </w:r>
      <w:r w:rsidR="00DD7629" w:rsidRPr="00E04012">
        <w:rPr>
          <w:sz w:val="28"/>
          <w:szCs w:val="36"/>
        </w:rPr>
        <w:t xml:space="preserve">a clear </w:t>
      </w:r>
      <w:r w:rsidR="000E2A45" w:rsidRPr="00E04012">
        <w:rPr>
          <w:sz w:val="28"/>
          <w:szCs w:val="36"/>
        </w:rPr>
        <w:t>format for evaluation</w:t>
      </w:r>
      <w:r w:rsidR="003D2373" w:rsidRPr="00E04012">
        <w:rPr>
          <w:sz w:val="28"/>
          <w:szCs w:val="36"/>
        </w:rPr>
        <w:t xml:space="preserve"> process</w:t>
      </w:r>
      <w:r w:rsidR="000448C2" w:rsidRPr="00E04012">
        <w:rPr>
          <w:sz w:val="28"/>
          <w:szCs w:val="36"/>
        </w:rPr>
        <w:t xml:space="preserve">, </w:t>
      </w:r>
      <w:r w:rsidR="003E48DB" w:rsidRPr="00E04012">
        <w:rPr>
          <w:sz w:val="28"/>
          <w:szCs w:val="36"/>
        </w:rPr>
        <w:t>for example structure</w:t>
      </w:r>
      <w:r w:rsidR="003E39BF" w:rsidRPr="00E04012">
        <w:rPr>
          <w:sz w:val="28"/>
          <w:szCs w:val="36"/>
        </w:rPr>
        <w:t xml:space="preserve"> for result</w:t>
      </w:r>
      <w:r w:rsidR="00646878" w:rsidRPr="00E04012">
        <w:rPr>
          <w:sz w:val="28"/>
          <w:szCs w:val="36"/>
        </w:rPr>
        <w:t xml:space="preserve"> </w:t>
      </w:r>
      <w:r w:rsidR="003E48DB" w:rsidRPr="00E04012">
        <w:rPr>
          <w:sz w:val="28"/>
          <w:szCs w:val="36"/>
        </w:rPr>
        <w:t>record has</w:t>
      </w:r>
      <w:r w:rsidR="003E39BF" w:rsidRPr="00E04012">
        <w:rPr>
          <w:sz w:val="28"/>
          <w:szCs w:val="36"/>
        </w:rPr>
        <w:t xml:space="preserve"> been </w:t>
      </w:r>
      <w:r w:rsidR="00646878" w:rsidRPr="00E04012">
        <w:rPr>
          <w:sz w:val="28"/>
          <w:szCs w:val="36"/>
        </w:rPr>
        <w:t>given</w:t>
      </w:r>
      <w:r w:rsidR="00E95C17" w:rsidRPr="00E04012">
        <w:rPr>
          <w:sz w:val="28"/>
          <w:szCs w:val="36"/>
        </w:rPr>
        <w:t xml:space="preserve"> which needs to be updated after completing the research</w:t>
      </w:r>
      <w:r w:rsidR="00A8550C" w:rsidRPr="00E04012">
        <w:rPr>
          <w:sz w:val="28"/>
          <w:szCs w:val="36"/>
        </w:rPr>
        <w:t xml:space="preserve">. </w:t>
      </w:r>
      <w:r w:rsidR="00D200AC" w:rsidRPr="00E04012">
        <w:rPr>
          <w:sz w:val="28"/>
          <w:szCs w:val="36"/>
        </w:rPr>
        <w:t xml:space="preserve">Presenting </w:t>
      </w:r>
      <w:r w:rsidR="00046827" w:rsidRPr="00E04012">
        <w:rPr>
          <w:sz w:val="28"/>
          <w:szCs w:val="36"/>
        </w:rPr>
        <w:t xml:space="preserve">invented feedback of the participants </w:t>
      </w:r>
      <w:r w:rsidR="0095568B" w:rsidRPr="00E04012">
        <w:rPr>
          <w:sz w:val="28"/>
          <w:szCs w:val="36"/>
        </w:rPr>
        <w:t xml:space="preserve">as a real research result is </w:t>
      </w:r>
      <w:r w:rsidR="003E48DB" w:rsidRPr="00E04012">
        <w:rPr>
          <w:sz w:val="28"/>
          <w:szCs w:val="36"/>
        </w:rPr>
        <w:t>inappropriate academically.</w:t>
      </w:r>
    </w:p>
    <w:sdt>
      <w:sdtPr>
        <w:rPr>
          <w:rFonts w:ascii="Noto Sans Bengali" w:eastAsia="Noto Sans Bengali" w:hAnsi="Noto Sans Bengali" w:cstheme="minorBidi"/>
          <w:b/>
          <w:bCs/>
          <w:color w:val="auto"/>
          <w:sz w:val="21"/>
          <w:szCs w:val="22"/>
        </w:rPr>
        <w:id w:val="12143979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/>
          <w:b w:val="0"/>
          <w:bCs w:val="0"/>
          <w:noProof/>
          <w:sz w:val="32"/>
          <w:szCs w:val="36"/>
        </w:rPr>
      </w:sdtEndPr>
      <w:sdtContent>
        <w:p w14:paraId="3FB60DEC" w14:textId="1B3842FD" w:rsidR="0021391F" w:rsidRPr="00D86A03" w:rsidRDefault="0021391F" w:rsidP="003C0A39">
          <w:pPr>
            <w:pStyle w:val="TOCHeading"/>
            <w:spacing w:line="360" w:lineRule="auto"/>
            <w:jc w:val="both"/>
            <w:rPr>
              <w:sz w:val="40"/>
              <w:szCs w:val="36"/>
            </w:rPr>
          </w:pPr>
          <w:r w:rsidRPr="00D86A03">
            <w:rPr>
              <w:sz w:val="40"/>
              <w:szCs w:val="36"/>
            </w:rPr>
            <w:t>Table of Contents</w:t>
          </w:r>
          <w:r w:rsidR="00FB5F4C" w:rsidRPr="00D86A03">
            <w:rPr>
              <w:sz w:val="40"/>
              <w:szCs w:val="36"/>
            </w:rPr>
            <w:t>:</w:t>
          </w:r>
        </w:p>
        <w:p w14:paraId="7059C3A6" w14:textId="23FB9FEC" w:rsidR="00CB3C9F" w:rsidRPr="00C023B8" w:rsidRDefault="0021391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r w:rsidRPr="00C023B8">
            <w:rPr>
              <w:sz w:val="36"/>
              <w:szCs w:val="44"/>
            </w:rPr>
            <w:fldChar w:fldCharType="begin"/>
          </w:r>
          <w:r w:rsidRPr="00C023B8">
            <w:rPr>
              <w:sz w:val="36"/>
              <w:szCs w:val="44"/>
            </w:rPr>
            <w:instrText xml:space="preserve"> TOC \o "1-3" \h \z \u </w:instrText>
          </w:r>
          <w:r w:rsidRPr="00C023B8">
            <w:rPr>
              <w:sz w:val="36"/>
              <w:szCs w:val="44"/>
            </w:rPr>
            <w:fldChar w:fldCharType="separate"/>
          </w:r>
          <w:hyperlink w:anchor="_Toc235666966" w:history="1">
            <w:r w:rsidR="00CB3C9F" w:rsidRPr="00C023B8">
              <w:rPr>
                <w:rStyle w:val="Hyperlink"/>
                <w:noProof/>
                <w:sz w:val="24"/>
                <w:szCs w:val="24"/>
              </w:rPr>
              <w:t>Statement of Academic honesty and Integrity:</w:t>
            </w:r>
            <w:r w:rsidR="00CB3C9F" w:rsidRPr="00C023B8">
              <w:rPr>
                <w:noProof/>
                <w:webHidden/>
                <w:sz w:val="24"/>
                <w:szCs w:val="24"/>
              </w:rPr>
              <w:tab/>
            </w:r>
            <w:r w:rsidR="00CB3C9F"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="00CB3C9F" w:rsidRPr="00C023B8">
              <w:rPr>
                <w:noProof/>
                <w:webHidden/>
                <w:sz w:val="24"/>
                <w:szCs w:val="24"/>
              </w:rPr>
              <w:instrText xml:space="preserve"> PAGEREF _Toc235666966 \h </w:instrText>
            </w:r>
            <w:r w:rsidR="00CB3C9F" w:rsidRPr="00C023B8">
              <w:rPr>
                <w:noProof/>
                <w:webHidden/>
                <w:sz w:val="24"/>
                <w:szCs w:val="24"/>
              </w:rPr>
            </w:r>
            <w:r w:rsidR="00CB3C9F"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="00CB3C9F" w:rsidRPr="00C023B8">
              <w:rPr>
                <w:noProof/>
                <w:webHidden/>
                <w:sz w:val="24"/>
                <w:szCs w:val="24"/>
              </w:rPr>
              <w:t>3</w:t>
            </w:r>
            <w:r w:rsidR="00CB3C9F"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B3B316" w14:textId="44D5C3D9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67" w:history="1">
            <w:r w:rsidRPr="00C023B8">
              <w:rPr>
                <w:rStyle w:val="Hyperlink"/>
                <w:noProof/>
                <w:sz w:val="24"/>
                <w:szCs w:val="24"/>
              </w:rPr>
              <w:t>1.Introduction &amp; Game Idea: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_Toc235666967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6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EEA2F88" w14:textId="113A6F76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68" w:history="1">
            <w:r w:rsidRPr="00C023B8">
              <w:rPr>
                <w:rStyle w:val="Hyperlink"/>
                <w:noProof/>
                <w:sz w:val="24"/>
                <w:szCs w:val="24"/>
              </w:rPr>
              <w:t>2. Gathering information to create personas: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_Toc235666968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7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92E3465" w14:textId="731F272A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69" w:history="1">
            <w:r w:rsidRPr="00C023B8">
              <w:rPr>
                <w:rStyle w:val="Hyperlink"/>
                <w:noProof/>
                <w:sz w:val="24"/>
                <w:szCs w:val="24"/>
              </w:rPr>
              <w:t>2.1Proposed Research Questionaries: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_Toc235666969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8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9CE52E" w14:textId="49108F5F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0" w:history="1">
            <w:r w:rsidRPr="00C023B8">
              <w:rPr>
                <w:rStyle w:val="Hyperlink"/>
                <w:noProof/>
                <w:sz w:val="24"/>
                <w:szCs w:val="24"/>
              </w:rPr>
              <w:t>3.Four experimental personas, scenario &amp; experience requirements: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_Toc235666970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8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10CB0F" w14:textId="42FC2588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1" w:history="1">
            <w:r w:rsidRPr="00C023B8">
              <w:rPr>
                <w:rStyle w:val="Hyperlink"/>
                <w:noProof/>
                <w:sz w:val="24"/>
                <w:szCs w:val="24"/>
              </w:rPr>
              <w:t>3.1 Farah Ahmed — Mature International Computer Student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_Toc235666971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8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4AE4E0" w14:textId="3C4C400E" w:rsidR="00CB3C9F" w:rsidRPr="00C023B8" w:rsidRDefault="00CB3C9F" w:rsidP="00C023B8">
          <w:pPr>
            <w:pStyle w:val="TOC3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2" w:history="1">
            <w:r w:rsidRPr="00C023B8">
              <w:rPr>
                <w:rStyle w:val="Hyperlink"/>
                <w:noProof/>
                <w:sz w:val="24"/>
                <w:szCs w:val="24"/>
              </w:rPr>
              <w:t>Design implications (provisional):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_Toc235666972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9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3B4AE7" w14:textId="0991AC51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3" w:history="1">
            <w:r w:rsidRPr="00C023B8">
              <w:rPr>
                <w:rStyle w:val="Hyperlink"/>
                <w:noProof/>
                <w:sz w:val="24"/>
                <w:szCs w:val="24"/>
              </w:rPr>
              <w:t>3.2 David Morgan — Experienced Young Strategy Gamer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_Toc235666973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9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B55E8E" w14:textId="08ADFE90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4" w:history="1">
            <w:r w:rsidRPr="00C023B8">
              <w:rPr>
                <w:rStyle w:val="Hyperlink"/>
                <w:noProof/>
                <w:sz w:val="24"/>
                <w:szCs w:val="24"/>
              </w:rPr>
              <w:t>3.3 MS Rehman Siddique— Part-time Lecturer and Occasional Gamer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_Toc235666974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11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AF930DF" w14:textId="5761CC7D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5" w:history="1">
            <w:r w:rsidRPr="00C023B8">
              <w:rPr>
                <w:rStyle w:val="Hyperlink"/>
                <w:noProof/>
                <w:sz w:val="24"/>
                <w:szCs w:val="24"/>
              </w:rPr>
              <w:t>3.4 M Islam — Postgraduate Student Using Alternative Input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_Toc235666975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12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D4B933" w14:textId="2BA4F84F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6" w:history="1">
            <w:r w:rsidRPr="00C023B8">
              <w:rPr>
                <w:rStyle w:val="Hyperlink"/>
                <w:noProof/>
                <w:sz w:val="24"/>
                <w:szCs w:val="24"/>
              </w:rPr>
              <w:t>Persona validation and traceability: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_Toc235666976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13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D1995F" w14:textId="31547049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7" w:history="1">
            <w:r w:rsidRPr="00C023B8">
              <w:rPr>
                <w:rStyle w:val="Hyperlink"/>
                <w:noProof/>
                <w:sz w:val="24"/>
                <w:szCs w:val="24"/>
              </w:rPr>
              <w:t>4. Consolidated users and experience requirements: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_Toc235666977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13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F57BB1" w14:textId="1A7DC6B4" w:rsidR="00CB3C9F" w:rsidRPr="00C023B8" w:rsidRDefault="00CB3C9F" w:rsidP="00C023B8">
          <w:pPr>
            <w:pStyle w:val="TOC3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8" w:history="1">
            <w:r w:rsidRPr="00C023B8">
              <w:rPr>
                <w:rStyle w:val="Hyperlink"/>
                <w:noProof/>
                <w:sz w:val="24"/>
                <w:szCs w:val="24"/>
              </w:rPr>
              <w:t>General Functional Requirements are………...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_Toc235666978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13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973F9E" w14:textId="3F897740" w:rsidR="00CB3C9F" w:rsidRPr="00C023B8" w:rsidRDefault="00CB3C9F" w:rsidP="00C023B8">
          <w:pPr>
            <w:pStyle w:val="TOC3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79" w:history="1">
            <w:r w:rsidRPr="00C023B8">
              <w:rPr>
                <w:rStyle w:val="Hyperlink"/>
                <w:noProof/>
                <w:sz w:val="24"/>
                <w:szCs w:val="24"/>
              </w:rPr>
              <w:t>Main Experience requirements………….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_Toc235666979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14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70763A" w14:textId="6EAD0CB3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0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5. Usability and accessibility Design: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_Toc235666980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15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746324" w14:textId="7AD0DC40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1" w:history="1">
            <w:r w:rsidRPr="00C023B8">
              <w:rPr>
                <w:rStyle w:val="Hyperlink"/>
                <w:noProof/>
                <w:sz w:val="24"/>
                <w:szCs w:val="24"/>
              </w:rPr>
              <w:t>5.1 Keeping System status visible: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_Toc235666981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15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0C2E47" w14:textId="1011D74E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2" w:history="1">
            <w:r w:rsidRPr="00C023B8">
              <w:rPr>
                <w:rStyle w:val="Hyperlink"/>
                <w:noProof/>
                <w:sz w:val="24"/>
                <w:szCs w:val="24"/>
              </w:rPr>
              <w:t>5.2 Recognition rather than recall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_Toc235666982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15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58173B" w14:textId="473CC34A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3" w:history="1">
            <w:r w:rsidRPr="00C023B8">
              <w:rPr>
                <w:rStyle w:val="Hyperlink"/>
                <w:noProof/>
                <w:sz w:val="24"/>
                <w:szCs w:val="24"/>
              </w:rPr>
              <w:t>5.3 Error prevention and recovery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_Toc235666983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15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803089" w14:textId="4AC497BF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4" w:history="1">
            <w:r w:rsidRPr="00C023B8">
              <w:rPr>
                <w:rStyle w:val="Hyperlink"/>
                <w:noProof/>
                <w:sz w:val="24"/>
                <w:szCs w:val="24"/>
              </w:rPr>
              <w:t>5.4 Mobile accessibility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_Toc235666984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15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D2EC83" w14:textId="21B5B4ED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5" w:history="1">
            <w:r w:rsidRPr="00C023B8">
              <w:rPr>
                <w:rStyle w:val="Hyperlink"/>
                <w:noProof/>
                <w:sz w:val="24"/>
                <w:szCs w:val="24"/>
              </w:rPr>
              <w:t>5.5 Emotional Experience: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_Toc235666985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15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EC810EA" w14:textId="0D98A57E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6" w:history="1">
            <w:r w:rsidRPr="00C023B8">
              <w:rPr>
                <w:rStyle w:val="Hyperlink"/>
                <w:noProof/>
                <w:sz w:val="24"/>
                <w:szCs w:val="24"/>
              </w:rPr>
              <w:t>Designing Low-fidelity storyboard: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_Toc235666986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18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3DCB1C" w14:textId="1E6C6187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7" w:history="1">
            <w:r w:rsidRPr="00C023B8">
              <w:rPr>
                <w:rStyle w:val="Hyperlink"/>
                <w:noProof/>
                <w:sz w:val="24"/>
                <w:szCs w:val="24"/>
              </w:rPr>
              <w:t>7.</w:t>
            </w:r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 xml:space="preserve"> </w:t>
            </w:r>
            <w:r w:rsidRPr="00C023B8">
              <w:rPr>
                <w:rStyle w:val="Hyperlink"/>
                <w:noProof/>
                <w:sz w:val="24"/>
                <w:szCs w:val="24"/>
              </w:rPr>
              <w:t>Prototype and process of feedback collection: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_Toc235666987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19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9A5AC71" w14:textId="23B52A3A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8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8. Feedback analysis &amp; development plan.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_Toc235666988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20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D53887" w14:textId="3EEACFED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89" w:history="1">
            <w:r w:rsidRPr="00C023B8">
              <w:rPr>
                <w:rStyle w:val="Hyperlink"/>
                <w:noProof/>
                <w:sz w:val="24"/>
                <w:szCs w:val="24"/>
              </w:rPr>
              <w:t>8.1 Probable positive result: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_Toc235666989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20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E665D7" w14:textId="5CC88CF6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0" w:history="1">
            <w:r w:rsidRPr="00C023B8">
              <w:rPr>
                <w:rStyle w:val="Hyperlink"/>
                <w:noProof/>
                <w:sz w:val="24"/>
                <w:szCs w:val="24"/>
              </w:rPr>
              <w:t>8.2 Probable Negative result: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_Toc235666990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20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DDB7EE" w14:textId="3ABB62F1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1" w:history="1">
            <w:r w:rsidRPr="00C023B8">
              <w:rPr>
                <w:rStyle w:val="Hyperlink"/>
                <w:noProof/>
                <w:sz w:val="24"/>
                <w:szCs w:val="24"/>
              </w:rPr>
              <w:t>8.3 Proposed correction: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_Toc235666991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20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E60298" w14:textId="541D6E95" w:rsidR="00CB3C9F" w:rsidRPr="00C023B8" w:rsidRDefault="00CB3C9F" w:rsidP="00C023B8">
          <w:pPr>
            <w:pStyle w:val="TOC2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2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8.4 Judging Peer feedback: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_Toc235666992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20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FE78F4" w14:textId="0ADB4606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3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9. Conclusion: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_Toc235666993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21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5730CAC" w14:textId="159C159B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4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References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_Toc235666994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22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B9E8C5" w14:textId="29B5CF3B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5" w:history="1">
            <w:r w:rsidRPr="00C023B8">
              <w:rPr>
                <w:rStyle w:val="Hyperlink"/>
                <w:noProof/>
                <w:sz w:val="24"/>
                <w:szCs w:val="24"/>
              </w:rPr>
              <w:t>Appendixes: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_Toc235666995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23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238F95" w14:textId="0F846026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6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Appendix 1: MoSCoW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_Toc235666996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24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47FB94" w14:textId="33CD8143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7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Appendix 2. Full Low-Fidelity Wireframe Storyboard</w:t>
            </w:r>
            <w:r w:rsidRPr="00C023B8">
              <w:rPr>
                <w:rStyle w:val="Hyperlink"/>
                <w:rFonts w:ascii="Segoe UI Emoji" w:eastAsia="Segoe UI Emoji" w:hAnsi="Segoe UI Emoji" w:cs="Segoe UI Emoji"/>
                <w:noProof/>
                <w:sz w:val="24"/>
                <w:szCs w:val="24"/>
              </w:rPr>
              <w:t>(A).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_Toc235666997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25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8B3C4D" w14:textId="7B9A55F7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8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Appendix 3: Full Low-Fidelity Wireframe Storyboard (B)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_Toc235666998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29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952027" w14:textId="518A6D42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6999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Appendix 4: Full Low-Fidelity Wireframe Storyboard(C)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_Toc235666999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30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FF4B44" w14:textId="602944A1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7000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Appendix 5: Full Low-Fidelity Wireframe Storyboard (D)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_Toc235667000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31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AF7340B" w14:textId="27D1631B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7001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Appendix 6: Full Low-Fidelity Wireframe Storyboard (E).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_Toc235667001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32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943049" w14:textId="236C5B8A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7002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Appendix 7: Full Low-Fidelity Wireframe Storyboard (F)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_Toc235667002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33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0D3363" w14:textId="1F9F1A54" w:rsidR="00CB3C9F" w:rsidRPr="00C023B8" w:rsidRDefault="00CB3C9F" w:rsidP="00C023B8">
          <w:pPr>
            <w:pStyle w:val="TOC1"/>
            <w:tabs>
              <w:tab w:val="right" w:leader="dot" w:pos="14356"/>
            </w:tabs>
            <w:spacing w:line="360" w:lineRule="auto"/>
            <w:rPr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anchor="_Toc235667003" w:history="1">
            <w:r w:rsidRPr="00C023B8">
              <w:rPr>
                <w:rStyle w:val="Hyperlink"/>
                <w:rFonts w:ascii="Noto Sans Bengali" w:eastAsia="Noto Sans Bengali" w:hAnsi="Noto Sans Bengali"/>
                <w:noProof/>
                <w:sz w:val="24"/>
                <w:szCs w:val="24"/>
              </w:rPr>
              <w:t>Appendix 8: Survey questionaries and users’ responding record.</w:t>
            </w:r>
            <w:r w:rsidRPr="00C023B8">
              <w:rPr>
                <w:noProof/>
                <w:webHidden/>
                <w:sz w:val="24"/>
                <w:szCs w:val="24"/>
              </w:rPr>
              <w:tab/>
            </w:r>
            <w:r w:rsidRPr="00C023B8">
              <w:rPr>
                <w:noProof/>
                <w:webHidden/>
                <w:sz w:val="24"/>
                <w:szCs w:val="24"/>
              </w:rPr>
              <w:fldChar w:fldCharType="begin"/>
            </w:r>
            <w:r w:rsidRPr="00C023B8">
              <w:rPr>
                <w:noProof/>
                <w:webHidden/>
                <w:sz w:val="24"/>
                <w:szCs w:val="24"/>
              </w:rPr>
              <w:instrText xml:space="preserve"> PAGEREF _Toc235667003 \h </w:instrText>
            </w:r>
            <w:r w:rsidRPr="00C023B8">
              <w:rPr>
                <w:noProof/>
                <w:webHidden/>
                <w:sz w:val="24"/>
                <w:szCs w:val="24"/>
              </w:rPr>
            </w:r>
            <w:r w:rsidRPr="00C023B8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C023B8">
              <w:rPr>
                <w:noProof/>
                <w:webHidden/>
                <w:sz w:val="24"/>
                <w:szCs w:val="24"/>
              </w:rPr>
              <w:t>34</w:t>
            </w:r>
            <w:r w:rsidRPr="00C023B8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640E9AE" w14:textId="2D79591F" w:rsidR="0021391F" w:rsidRPr="00C023B8" w:rsidRDefault="0021391F" w:rsidP="00C023B8">
          <w:pPr>
            <w:spacing w:line="360" w:lineRule="auto"/>
            <w:jc w:val="both"/>
            <w:rPr>
              <w:sz w:val="32"/>
              <w:szCs w:val="36"/>
            </w:rPr>
          </w:pPr>
          <w:r w:rsidRPr="00C023B8">
            <w:rPr>
              <w:b/>
              <w:bCs/>
              <w:noProof/>
              <w:sz w:val="36"/>
              <w:szCs w:val="44"/>
            </w:rPr>
            <w:fldChar w:fldCharType="end"/>
          </w:r>
        </w:p>
      </w:sdtContent>
    </w:sdt>
    <w:p w14:paraId="36B8AF21" w14:textId="43E4DE7F" w:rsidR="00FA1945" w:rsidRPr="00AF698E" w:rsidRDefault="00FA1945" w:rsidP="003C0A39">
      <w:pPr>
        <w:pStyle w:val="Heading1"/>
        <w:spacing w:line="360" w:lineRule="auto"/>
        <w:jc w:val="both"/>
        <w:rPr>
          <w:sz w:val="40"/>
          <w:szCs w:val="36"/>
        </w:rPr>
      </w:pPr>
    </w:p>
    <w:p w14:paraId="66235370" w14:textId="77777777" w:rsidR="00FA1945" w:rsidRPr="00AF698E" w:rsidRDefault="009517EE" w:rsidP="003C0A39">
      <w:pPr>
        <w:spacing w:line="360" w:lineRule="auto"/>
        <w:jc w:val="both"/>
        <w:rPr>
          <w:sz w:val="25"/>
          <w:szCs w:val="28"/>
        </w:rPr>
      </w:pPr>
      <w:r w:rsidRPr="00AF698E">
        <w:rPr>
          <w:sz w:val="25"/>
          <w:szCs w:val="28"/>
        </w:rPr>
        <w:br w:type="page"/>
      </w:r>
    </w:p>
    <w:p w14:paraId="7E6CB3ED" w14:textId="03C39038" w:rsidR="004E3E20" w:rsidRDefault="008602E9" w:rsidP="003C0A39">
      <w:pPr>
        <w:pStyle w:val="Heading1"/>
        <w:spacing w:line="360" w:lineRule="auto"/>
        <w:jc w:val="both"/>
        <w:rPr>
          <w:sz w:val="36"/>
        </w:rPr>
      </w:pPr>
      <w:bookmarkStart w:id="1" w:name="_Toc235666967"/>
      <w:r w:rsidRPr="008602E9">
        <w:rPr>
          <w:sz w:val="36"/>
        </w:rPr>
        <w:lastRenderedPageBreak/>
        <w:t>1.</w:t>
      </w:r>
      <w:r w:rsidR="004E3E20" w:rsidRPr="008602E9">
        <w:rPr>
          <w:sz w:val="36"/>
        </w:rPr>
        <w:t xml:space="preserve">Introduction </w:t>
      </w:r>
      <w:r w:rsidR="00861870" w:rsidRPr="008602E9">
        <w:rPr>
          <w:sz w:val="36"/>
        </w:rPr>
        <w:t>&amp; Game Idea:</w:t>
      </w:r>
      <w:bookmarkEnd w:id="1"/>
    </w:p>
    <w:p w14:paraId="58527E03" w14:textId="028A7FD2" w:rsidR="008602E9" w:rsidRPr="00C023B8" w:rsidRDefault="002C4D56" w:rsidP="003C0A39">
      <w:pPr>
        <w:spacing w:line="360" w:lineRule="auto"/>
        <w:jc w:val="both"/>
        <w:rPr>
          <w:sz w:val="28"/>
          <w:szCs w:val="36"/>
        </w:rPr>
      </w:pPr>
      <w:r w:rsidRPr="00C023B8">
        <w:rPr>
          <w:sz w:val="28"/>
          <w:szCs w:val="36"/>
        </w:rPr>
        <w:t>Pandemic</w:t>
      </w:r>
      <w:r w:rsidR="00DA1A81" w:rsidRPr="00C023B8">
        <w:rPr>
          <w:sz w:val="28"/>
          <w:szCs w:val="36"/>
        </w:rPr>
        <w:t xml:space="preserve"> is a cooperative strategic Board</w:t>
      </w:r>
      <w:r w:rsidR="00750A36" w:rsidRPr="00C023B8">
        <w:rPr>
          <w:sz w:val="28"/>
          <w:szCs w:val="36"/>
        </w:rPr>
        <w:t xml:space="preserve"> Game</w:t>
      </w:r>
      <w:r w:rsidR="00F35C53" w:rsidRPr="00C023B8">
        <w:rPr>
          <w:sz w:val="28"/>
          <w:szCs w:val="36"/>
        </w:rPr>
        <w:t xml:space="preserve">, </w:t>
      </w:r>
      <w:r w:rsidR="008B186C" w:rsidRPr="00C023B8">
        <w:rPr>
          <w:sz w:val="28"/>
          <w:szCs w:val="36"/>
        </w:rPr>
        <w:t xml:space="preserve">in </w:t>
      </w:r>
      <w:r w:rsidR="00312EF7" w:rsidRPr="00C023B8">
        <w:rPr>
          <w:sz w:val="28"/>
          <w:szCs w:val="36"/>
        </w:rPr>
        <w:t>which leading</w:t>
      </w:r>
      <w:r w:rsidR="00F35C53" w:rsidRPr="00C023B8">
        <w:rPr>
          <w:sz w:val="28"/>
          <w:szCs w:val="36"/>
        </w:rPr>
        <w:t xml:space="preserve"> expert player</w:t>
      </w:r>
      <w:r w:rsidR="006B2500" w:rsidRPr="00C023B8">
        <w:rPr>
          <w:sz w:val="28"/>
          <w:szCs w:val="36"/>
        </w:rPr>
        <w:t>s</w:t>
      </w:r>
      <w:r w:rsidR="00F35C53" w:rsidRPr="00C023B8">
        <w:rPr>
          <w:sz w:val="28"/>
          <w:szCs w:val="36"/>
        </w:rPr>
        <w:t xml:space="preserve"> </w:t>
      </w:r>
      <w:r w:rsidR="002C73DB" w:rsidRPr="00C023B8">
        <w:rPr>
          <w:sz w:val="28"/>
          <w:szCs w:val="36"/>
        </w:rPr>
        <w:t>using limited resources travel different pl</w:t>
      </w:r>
      <w:r w:rsidR="00871458" w:rsidRPr="00C023B8">
        <w:rPr>
          <w:sz w:val="28"/>
          <w:szCs w:val="36"/>
        </w:rPr>
        <w:t>aces</w:t>
      </w:r>
      <w:r w:rsidR="00DB4892" w:rsidRPr="00C023B8">
        <w:rPr>
          <w:sz w:val="28"/>
          <w:szCs w:val="36"/>
        </w:rPr>
        <w:t xml:space="preserve">, contain </w:t>
      </w:r>
      <w:r w:rsidR="008A22A6" w:rsidRPr="00C023B8">
        <w:rPr>
          <w:sz w:val="28"/>
          <w:szCs w:val="36"/>
        </w:rPr>
        <w:t>escalating outbreak</w:t>
      </w:r>
      <w:r w:rsidR="00526852" w:rsidRPr="00C023B8">
        <w:rPr>
          <w:sz w:val="28"/>
          <w:szCs w:val="36"/>
        </w:rPr>
        <w:t xml:space="preserve"> </w:t>
      </w:r>
      <w:r w:rsidR="00E23006" w:rsidRPr="00C023B8">
        <w:rPr>
          <w:sz w:val="28"/>
          <w:szCs w:val="36"/>
        </w:rPr>
        <w:t xml:space="preserve">and work </w:t>
      </w:r>
      <w:r w:rsidR="00E46EDD" w:rsidRPr="00C023B8">
        <w:rPr>
          <w:sz w:val="28"/>
          <w:szCs w:val="36"/>
        </w:rPr>
        <w:t xml:space="preserve">collectively </w:t>
      </w:r>
      <w:r w:rsidR="002B685E" w:rsidRPr="00C023B8">
        <w:rPr>
          <w:sz w:val="28"/>
          <w:szCs w:val="36"/>
        </w:rPr>
        <w:t>to find out the solutions</w:t>
      </w:r>
      <w:r w:rsidR="00C77348" w:rsidRPr="00C023B8">
        <w:rPr>
          <w:sz w:val="28"/>
          <w:szCs w:val="36"/>
        </w:rPr>
        <w:t xml:space="preserve"> before the time</w:t>
      </w:r>
      <w:r w:rsidR="003918D9" w:rsidRPr="00C023B8">
        <w:rPr>
          <w:sz w:val="28"/>
          <w:szCs w:val="36"/>
        </w:rPr>
        <w:t xml:space="preserve"> </w:t>
      </w:r>
      <w:r w:rsidR="00EB5768" w:rsidRPr="00C023B8">
        <w:rPr>
          <w:sz w:val="28"/>
          <w:szCs w:val="36"/>
        </w:rPr>
        <w:t xml:space="preserve">finishes </w:t>
      </w:r>
      <w:r w:rsidR="003918D9" w:rsidRPr="00C023B8">
        <w:rPr>
          <w:sz w:val="28"/>
          <w:szCs w:val="36"/>
        </w:rPr>
        <w:t>[1].</w:t>
      </w:r>
      <w:r w:rsidR="008A22A6" w:rsidRPr="00C023B8">
        <w:rPr>
          <w:sz w:val="28"/>
          <w:szCs w:val="36"/>
        </w:rPr>
        <w:t xml:space="preserve"> </w:t>
      </w:r>
      <w:r w:rsidR="00A523D3" w:rsidRPr="00C023B8">
        <w:rPr>
          <w:sz w:val="28"/>
          <w:szCs w:val="36"/>
        </w:rPr>
        <w:t xml:space="preserve"> The value of </w:t>
      </w:r>
      <w:r w:rsidR="002F06CC" w:rsidRPr="00C023B8">
        <w:rPr>
          <w:sz w:val="28"/>
          <w:szCs w:val="36"/>
        </w:rPr>
        <w:t xml:space="preserve">the </w:t>
      </w:r>
      <w:r w:rsidR="00997554" w:rsidRPr="00C023B8">
        <w:rPr>
          <w:sz w:val="28"/>
          <w:szCs w:val="36"/>
        </w:rPr>
        <w:t xml:space="preserve">origin </w:t>
      </w:r>
      <w:r w:rsidR="002F06CC" w:rsidRPr="00C023B8">
        <w:rPr>
          <w:sz w:val="28"/>
          <w:szCs w:val="36"/>
        </w:rPr>
        <w:t xml:space="preserve">game of this project is </w:t>
      </w:r>
      <w:r w:rsidR="009C5BB7" w:rsidRPr="00C023B8">
        <w:rPr>
          <w:sz w:val="28"/>
          <w:szCs w:val="36"/>
        </w:rPr>
        <w:t>not its visual identity</w:t>
      </w:r>
      <w:r w:rsidR="00A16724" w:rsidRPr="00C023B8">
        <w:rPr>
          <w:sz w:val="28"/>
          <w:szCs w:val="36"/>
        </w:rPr>
        <w:t xml:space="preserve"> which will not be copied but </w:t>
      </w:r>
      <w:r w:rsidR="00730825" w:rsidRPr="00C023B8">
        <w:rPr>
          <w:sz w:val="28"/>
          <w:szCs w:val="36"/>
        </w:rPr>
        <w:t xml:space="preserve">the underline pattern </w:t>
      </w:r>
      <w:r w:rsidR="00B95C4B" w:rsidRPr="00C023B8">
        <w:rPr>
          <w:sz w:val="28"/>
          <w:szCs w:val="36"/>
        </w:rPr>
        <w:t xml:space="preserve">that means interpersonal </w:t>
      </w:r>
      <w:r w:rsidR="001B69BC" w:rsidRPr="00C023B8">
        <w:rPr>
          <w:sz w:val="28"/>
          <w:szCs w:val="36"/>
        </w:rPr>
        <w:t>dependency,</w:t>
      </w:r>
      <w:r w:rsidR="00AF2185" w:rsidRPr="00C023B8">
        <w:rPr>
          <w:sz w:val="28"/>
          <w:szCs w:val="36"/>
        </w:rPr>
        <w:t xml:space="preserve"> specialized role,</w:t>
      </w:r>
      <w:r w:rsidR="007D190F" w:rsidRPr="00C023B8">
        <w:rPr>
          <w:sz w:val="28"/>
          <w:szCs w:val="36"/>
        </w:rPr>
        <w:t xml:space="preserve"> uncertainty, l</w:t>
      </w:r>
      <w:r w:rsidR="00F925CE" w:rsidRPr="00C023B8">
        <w:rPr>
          <w:sz w:val="28"/>
          <w:szCs w:val="36"/>
        </w:rPr>
        <w:t xml:space="preserve">imited action and combined </w:t>
      </w:r>
      <w:r w:rsidR="00657FA7" w:rsidRPr="00C023B8">
        <w:rPr>
          <w:sz w:val="28"/>
          <w:szCs w:val="36"/>
        </w:rPr>
        <w:t xml:space="preserve">win or loss </w:t>
      </w:r>
      <w:r w:rsidR="00455CD7" w:rsidRPr="00C023B8">
        <w:rPr>
          <w:sz w:val="28"/>
          <w:szCs w:val="36"/>
        </w:rPr>
        <w:t>interaction will be used [15].</w:t>
      </w:r>
    </w:p>
    <w:p w14:paraId="4F9D8783" w14:textId="77777777" w:rsidR="00027E4B" w:rsidRPr="00C023B8" w:rsidRDefault="00A7274C" w:rsidP="003C0A39">
      <w:pPr>
        <w:spacing w:line="360" w:lineRule="auto"/>
        <w:jc w:val="both"/>
        <w:rPr>
          <w:sz w:val="28"/>
          <w:szCs w:val="36"/>
        </w:rPr>
      </w:pPr>
      <w:r w:rsidRPr="00C023B8">
        <w:rPr>
          <w:sz w:val="28"/>
          <w:szCs w:val="36"/>
        </w:rPr>
        <w:t>The proposed name of the computer game is</w:t>
      </w:r>
      <w:r w:rsidR="00971568" w:rsidRPr="00C023B8">
        <w:rPr>
          <w:sz w:val="28"/>
          <w:szCs w:val="36"/>
        </w:rPr>
        <w:t xml:space="preserve"> </w:t>
      </w:r>
      <w:r w:rsidR="00911188" w:rsidRPr="00C023B8">
        <w:rPr>
          <w:sz w:val="28"/>
          <w:szCs w:val="36"/>
        </w:rPr>
        <w:t>“UWTSD</w:t>
      </w:r>
      <w:r w:rsidR="009F7375" w:rsidRPr="00C023B8">
        <w:rPr>
          <w:sz w:val="28"/>
          <w:szCs w:val="36"/>
        </w:rPr>
        <w:t xml:space="preserve"> Campus Crisis”</w:t>
      </w:r>
      <w:r w:rsidR="00911188" w:rsidRPr="00C023B8">
        <w:rPr>
          <w:sz w:val="28"/>
          <w:szCs w:val="36"/>
        </w:rPr>
        <w:t>. This is a</w:t>
      </w:r>
      <w:r w:rsidR="00E2179E" w:rsidRPr="00C023B8">
        <w:rPr>
          <w:sz w:val="28"/>
          <w:szCs w:val="36"/>
        </w:rPr>
        <w:t xml:space="preserve"> mobile-first cooperative strategy</w:t>
      </w:r>
      <w:r w:rsidR="006F17FA" w:rsidRPr="00C023B8">
        <w:rPr>
          <w:sz w:val="28"/>
          <w:szCs w:val="36"/>
        </w:rPr>
        <w:t xml:space="preserve"> game,</w:t>
      </w:r>
      <w:r w:rsidR="00050612" w:rsidRPr="00C023B8">
        <w:rPr>
          <w:sz w:val="28"/>
          <w:szCs w:val="36"/>
        </w:rPr>
        <w:t xml:space="preserve"> </w:t>
      </w:r>
      <w:r w:rsidR="00C4029B" w:rsidRPr="00C023B8">
        <w:rPr>
          <w:sz w:val="28"/>
          <w:szCs w:val="36"/>
        </w:rPr>
        <w:t>where maximum</w:t>
      </w:r>
      <w:r w:rsidR="00D76B9E" w:rsidRPr="00C023B8">
        <w:rPr>
          <w:sz w:val="28"/>
          <w:szCs w:val="36"/>
        </w:rPr>
        <w:t xml:space="preserve"> </w:t>
      </w:r>
      <w:r w:rsidR="00066BCE" w:rsidRPr="00C023B8">
        <w:rPr>
          <w:sz w:val="28"/>
          <w:szCs w:val="36"/>
        </w:rPr>
        <w:t xml:space="preserve">number of players will be six and they </w:t>
      </w:r>
      <w:r w:rsidR="00B56085" w:rsidRPr="00C023B8">
        <w:rPr>
          <w:sz w:val="28"/>
          <w:szCs w:val="36"/>
        </w:rPr>
        <w:t xml:space="preserve">will perform different </w:t>
      </w:r>
      <w:r w:rsidR="00CB61FD" w:rsidRPr="00C023B8">
        <w:rPr>
          <w:sz w:val="28"/>
          <w:szCs w:val="36"/>
        </w:rPr>
        <w:t>roles</w:t>
      </w:r>
      <w:r w:rsidR="00B56085" w:rsidRPr="00C023B8">
        <w:rPr>
          <w:sz w:val="28"/>
          <w:szCs w:val="36"/>
        </w:rPr>
        <w:t xml:space="preserve"> </w:t>
      </w:r>
      <w:r w:rsidR="00B8797B" w:rsidRPr="00C023B8">
        <w:rPr>
          <w:sz w:val="28"/>
          <w:szCs w:val="36"/>
        </w:rPr>
        <w:t>in</w:t>
      </w:r>
      <w:r w:rsidR="003A5B2B" w:rsidRPr="00C023B8">
        <w:rPr>
          <w:sz w:val="28"/>
          <w:szCs w:val="36"/>
        </w:rPr>
        <w:t xml:space="preserve"> different departments.</w:t>
      </w:r>
      <w:r w:rsidR="00CB61FD" w:rsidRPr="00C023B8">
        <w:rPr>
          <w:sz w:val="28"/>
          <w:szCs w:val="36"/>
        </w:rPr>
        <w:t xml:space="preserve"> In the </w:t>
      </w:r>
      <w:r w:rsidR="0019335F" w:rsidRPr="00C023B8">
        <w:rPr>
          <w:sz w:val="28"/>
          <w:szCs w:val="36"/>
        </w:rPr>
        <w:t xml:space="preserve">map of this game there will </w:t>
      </w:r>
      <w:r w:rsidR="00C8321B" w:rsidRPr="00C023B8">
        <w:rPr>
          <w:sz w:val="28"/>
          <w:szCs w:val="36"/>
        </w:rPr>
        <w:t>be</w:t>
      </w:r>
      <w:r w:rsidR="003124F3" w:rsidRPr="00C023B8">
        <w:rPr>
          <w:sz w:val="28"/>
          <w:szCs w:val="36"/>
        </w:rPr>
        <w:t xml:space="preserve"> Swansea, Carmarthen, Cardiff</w:t>
      </w:r>
      <w:r w:rsidR="00D13D5A" w:rsidRPr="00C023B8">
        <w:rPr>
          <w:sz w:val="28"/>
          <w:szCs w:val="36"/>
        </w:rPr>
        <w:t>, London and Birming</w:t>
      </w:r>
      <w:r w:rsidR="00D74E53" w:rsidRPr="00C023B8">
        <w:rPr>
          <w:sz w:val="28"/>
          <w:szCs w:val="36"/>
        </w:rPr>
        <w:t xml:space="preserve">ham campus beside </w:t>
      </w:r>
      <w:r w:rsidR="00C8321B" w:rsidRPr="00C023B8">
        <w:rPr>
          <w:sz w:val="28"/>
          <w:szCs w:val="36"/>
        </w:rPr>
        <w:t>that campus</w:t>
      </w:r>
      <w:r w:rsidR="00E3559C" w:rsidRPr="00C023B8">
        <w:rPr>
          <w:sz w:val="28"/>
          <w:szCs w:val="36"/>
        </w:rPr>
        <w:t xml:space="preserve"> there will be </w:t>
      </w:r>
      <w:r w:rsidR="00FF31E3" w:rsidRPr="00C023B8">
        <w:rPr>
          <w:sz w:val="28"/>
          <w:szCs w:val="36"/>
        </w:rPr>
        <w:t>a</w:t>
      </w:r>
      <w:r w:rsidR="006A4B49" w:rsidRPr="00C023B8">
        <w:rPr>
          <w:sz w:val="28"/>
          <w:szCs w:val="36"/>
        </w:rPr>
        <w:t>n</w:t>
      </w:r>
      <w:r w:rsidR="00FF31E3" w:rsidRPr="00C023B8">
        <w:rPr>
          <w:sz w:val="28"/>
          <w:szCs w:val="36"/>
        </w:rPr>
        <w:t xml:space="preserve"> imaginary Learning Hub</w:t>
      </w:r>
      <w:r w:rsidR="00B24400" w:rsidRPr="00C023B8">
        <w:rPr>
          <w:sz w:val="28"/>
          <w:szCs w:val="36"/>
        </w:rPr>
        <w:t xml:space="preserve"> [2].</w:t>
      </w:r>
      <w:r w:rsidR="006A4B49" w:rsidRPr="00C023B8">
        <w:rPr>
          <w:sz w:val="28"/>
          <w:szCs w:val="36"/>
        </w:rPr>
        <w:t xml:space="preserve"> The role of the players will be</w:t>
      </w:r>
      <w:r w:rsidR="00F377DF" w:rsidRPr="00C023B8">
        <w:rPr>
          <w:sz w:val="28"/>
          <w:szCs w:val="36"/>
        </w:rPr>
        <w:t>;</w:t>
      </w:r>
    </w:p>
    <w:p w14:paraId="042FADC7" w14:textId="77777777" w:rsidR="005164F5" w:rsidRPr="00C023B8" w:rsidRDefault="00027E4B" w:rsidP="003C0A39">
      <w:pPr>
        <w:spacing w:line="360" w:lineRule="auto"/>
        <w:jc w:val="both"/>
        <w:rPr>
          <w:sz w:val="28"/>
          <w:szCs w:val="36"/>
        </w:rPr>
      </w:pPr>
      <w:r w:rsidRPr="00C023B8">
        <w:rPr>
          <w:sz w:val="28"/>
          <w:szCs w:val="36"/>
        </w:rPr>
        <w:t>1.</w:t>
      </w:r>
      <w:r w:rsidR="006A4B49" w:rsidRPr="00C023B8">
        <w:rPr>
          <w:sz w:val="28"/>
          <w:szCs w:val="36"/>
        </w:rPr>
        <w:t>Student Representative</w:t>
      </w:r>
      <w:r w:rsidR="00EE5635" w:rsidRPr="00C023B8">
        <w:rPr>
          <w:sz w:val="28"/>
          <w:szCs w:val="36"/>
        </w:rPr>
        <w:t xml:space="preserve">, </w:t>
      </w:r>
    </w:p>
    <w:p w14:paraId="60686E17" w14:textId="77777777" w:rsidR="005164F5" w:rsidRPr="00C023B8" w:rsidRDefault="00027E4B" w:rsidP="003C0A39">
      <w:pPr>
        <w:spacing w:line="360" w:lineRule="auto"/>
        <w:jc w:val="both"/>
        <w:rPr>
          <w:sz w:val="28"/>
          <w:szCs w:val="36"/>
        </w:rPr>
      </w:pPr>
      <w:r w:rsidRPr="00C023B8">
        <w:rPr>
          <w:sz w:val="28"/>
          <w:szCs w:val="36"/>
        </w:rPr>
        <w:t>2.</w:t>
      </w:r>
      <w:r w:rsidR="00EE5635" w:rsidRPr="00C023B8">
        <w:rPr>
          <w:sz w:val="28"/>
          <w:szCs w:val="36"/>
        </w:rPr>
        <w:t xml:space="preserve">lecturer, </w:t>
      </w:r>
    </w:p>
    <w:p w14:paraId="5C50CF63" w14:textId="77777777" w:rsidR="005164F5" w:rsidRPr="00C023B8" w:rsidRDefault="005164F5" w:rsidP="003C0A39">
      <w:pPr>
        <w:spacing w:line="360" w:lineRule="auto"/>
        <w:jc w:val="both"/>
        <w:rPr>
          <w:sz w:val="28"/>
          <w:szCs w:val="36"/>
        </w:rPr>
      </w:pPr>
      <w:r w:rsidRPr="00C023B8">
        <w:rPr>
          <w:sz w:val="28"/>
          <w:szCs w:val="36"/>
        </w:rPr>
        <w:t>3.</w:t>
      </w:r>
      <w:r w:rsidR="001C2DF6" w:rsidRPr="00C023B8">
        <w:rPr>
          <w:sz w:val="28"/>
          <w:szCs w:val="36"/>
        </w:rPr>
        <w:t xml:space="preserve">It </w:t>
      </w:r>
      <w:r w:rsidR="002813D6" w:rsidRPr="00C023B8">
        <w:rPr>
          <w:sz w:val="28"/>
          <w:szCs w:val="36"/>
        </w:rPr>
        <w:t>Services specialist</w:t>
      </w:r>
      <w:r w:rsidR="00AB639D" w:rsidRPr="00C023B8">
        <w:rPr>
          <w:sz w:val="28"/>
          <w:szCs w:val="36"/>
        </w:rPr>
        <w:t>,</w:t>
      </w:r>
    </w:p>
    <w:p w14:paraId="1E18E5D4" w14:textId="77777777" w:rsidR="005164F5" w:rsidRPr="00C023B8" w:rsidRDefault="00AB639D" w:rsidP="003C0A39">
      <w:pPr>
        <w:spacing w:line="360" w:lineRule="auto"/>
        <w:jc w:val="both"/>
        <w:rPr>
          <w:sz w:val="28"/>
          <w:szCs w:val="36"/>
        </w:rPr>
      </w:pPr>
      <w:r w:rsidRPr="00C023B8">
        <w:rPr>
          <w:sz w:val="28"/>
          <w:szCs w:val="36"/>
        </w:rPr>
        <w:t xml:space="preserve"> </w:t>
      </w:r>
      <w:r w:rsidR="005164F5" w:rsidRPr="00C023B8">
        <w:rPr>
          <w:sz w:val="28"/>
          <w:szCs w:val="36"/>
        </w:rPr>
        <w:t>4.</w:t>
      </w:r>
      <w:r w:rsidR="00BC615B" w:rsidRPr="00C023B8">
        <w:rPr>
          <w:sz w:val="28"/>
          <w:szCs w:val="36"/>
        </w:rPr>
        <w:t>Wellbeing</w:t>
      </w:r>
      <w:r w:rsidRPr="00C023B8">
        <w:rPr>
          <w:sz w:val="28"/>
          <w:szCs w:val="36"/>
        </w:rPr>
        <w:t xml:space="preserve"> Adviser,</w:t>
      </w:r>
    </w:p>
    <w:p w14:paraId="23499B9E" w14:textId="77777777" w:rsidR="005164F5" w:rsidRPr="00C023B8" w:rsidRDefault="00AB639D" w:rsidP="003C0A39">
      <w:pPr>
        <w:spacing w:line="360" w:lineRule="auto"/>
        <w:jc w:val="both"/>
        <w:rPr>
          <w:sz w:val="28"/>
          <w:szCs w:val="36"/>
        </w:rPr>
      </w:pPr>
      <w:r w:rsidRPr="00C023B8">
        <w:rPr>
          <w:sz w:val="28"/>
          <w:szCs w:val="36"/>
        </w:rPr>
        <w:t xml:space="preserve"> </w:t>
      </w:r>
      <w:r w:rsidR="005164F5" w:rsidRPr="00C023B8">
        <w:rPr>
          <w:sz w:val="28"/>
          <w:szCs w:val="36"/>
        </w:rPr>
        <w:t>5.</w:t>
      </w:r>
      <w:r w:rsidRPr="00C023B8">
        <w:rPr>
          <w:sz w:val="28"/>
          <w:szCs w:val="36"/>
        </w:rPr>
        <w:t>Fa</w:t>
      </w:r>
      <w:r w:rsidR="00A20245" w:rsidRPr="00C023B8">
        <w:rPr>
          <w:sz w:val="28"/>
          <w:szCs w:val="36"/>
        </w:rPr>
        <w:t>c</w:t>
      </w:r>
      <w:r w:rsidRPr="00C023B8">
        <w:rPr>
          <w:sz w:val="28"/>
          <w:szCs w:val="36"/>
        </w:rPr>
        <w:t>ilities Officer</w:t>
      </w:r>
      <w:r w:rsidR="00A20245" w:rsidRPr="00C023B8">
        <w:rPr>
          <w:sz w:val="28"/>
          <w:szCs w:val="36"/>
        </w:rPr>
        <w:t xml:space="preserve"> and </w:t>
      </w:r>
    </w:p>
    <w:p w14:paraId="10153921" w14:textId="77777777" w:rsidR="008900BF" w:rsidRPr="00C023B8" w:rsidRDefault="005164F5" w:rsidP="003C0A39">
      <w:pPr>
        <w:spacing w:line="360" w:lineRule="auto"/>
        <w:jc w:val="both"/>
        <w:rPr>
          <w:sz w:val="28"/>
          <w:szCs w:val="36"/>
        </w:rPr>
      </w:pPr>
      <w:r w:rsidRPr="00C023B8">
        <w:rPr>
          <w:sz w:val="28"/>
          <w:szCs w:val="36"/>
        </w:rPr>
        <w:t>6.</w:t>
      </w:r>
      <w:r w:rsidR="00A20245" w:rsidRPr="00C023B8">
        <w:rPr>
          <w:sz w:val="28"/>
          <w:szCs w:val="36"/>
        </w:rPr>
        <w:t xml:space="preserve">Library &amp; </w:t>
      </w:r>
      <w:r w:rsidR="00BC615B" w:rsidRPr="00C023B8">
        <w:rPr>
          <w:sz w:val="28"/>
          <w:szCs w:val="36"/>
        </w:rPr>
        <w:t>Learning Resources Officer.</w:t>
      </w:r>
    </w:p>
    <w:p w14:paraId="09E47230" w14:textId="69475520" w:rsidR="00455CD7" w:rsidRPr="00C023B8" w:rsidRDefault="002813D6" w:rsidP="003C0A39">
      <w:pPr>
        <w:spacing w:line="360" w:lineRule="auto"/>
        <w:jc w:val="both"/>
        <w:rPr>
          <w:sz w:val="28"/>
          <w:szCs w:val="36"/>
        </w:rPr>
      </w:pPr>
      <w:r w:rsidRPr="00C023B8">
        <w:rPr>
          <w:sz w:val="28"/>
          <w:szCs w:val="36"/>
        </w:rPr>
        <w:t xml:space="preserve"> </w:t>
      </w:r>
      <w:r w:rsidR="00F37F68" w:rsidRPr="00C023B8">
        <w:rPr>
          <w:sz w:val="28"/>
          <w:szCs w:val="36"/>
        </w:rPr>
        <w:t>Instead,</w:t>
      </w:r>
      <w:r w:rsidRPr="00C023B8">
        <w:rPr>
          <w:sz w:val="28"/>
          <w:szCs w:val="36"/>
        </w:rPr>
        <w:t xml:space="preserve"> </w:t>
      </w:r>
      <w:r w:rsidR="00F37F68" w:rsidRPr="00C023B8">
        <w:rPr>
          <w:sz w:val="28"/>
          <w:szCs w:val="36"/>
        </w:rPr>
        <w:t>four types of university diseases</w:t>
      </w:r>
      <w:r w:rsidR="00481ED1" w:rsidRPr="00C023B8">
        <w:rPr>
          <w:sz w:val="28"/>
          <w:szCs w:val="36"/>
        </w:rPr>
        <w:t xml:space="preserve"> will be used: Cyber </w:t>
      </w:r>
      <w:r w:rsidR="00F42AE5" w:rsidRPr="00C023B8">
        <w:rPr>
          <w:sz w:val="28"/>
          <w:szCs w:val="36"/>
        </w:rPr>
        <w:t>failure, resource shortage</w:t>
      </w:r>
      <w:r w:rsidR="0071653A" w:rsidRPr="00C023B8">
        <w:rPr>
          <w:sz w:val="28"/>
          <w:szCs w:val="36"/>
        </w:rPr>
        <w:t>, wellbeing pressure and transport disruption</w:t>
      </w:r>
      <w:r w:rsidR="006D3A2F" w:rsidRPr="00C023B8">
        <w:rPr>
          <w:sz w:val="28"/>
          <w:szCs w:val="36"/>
        </w:rPr>
        <w:t>.</w:t>
      </w:r>
      <w:r w:rsidR="003B1CB1" w:rsidRPr="00C023B8">
        <w:rPr>
          <w:sz w:val="28"/>
          <w:szCs w:val="36"/>
        </w:rPr>
        <w:t xml:space="preserve"> </w:t>
      </w:r>
      <w:r w:rsidR="00F37F68" w:rsidRPr="00C023B8">
        <w:rPr>
          <w:sz w:val="28"/>
          <w:szCs w:val="36"/>
        </w:rPr>
        <w:t xml:space="preserve">The </w:t>
      </w:r>
      <w:r w:rsidR="00D674E4" w:rsidRPr="00C023B8">
        <w:rPr>
          <w:sz w:val="28"/>
          <w:szCs w:val="36"/>
        </w:rPr>
        <w:t xml:space="preserve">players </w:t>
      </w:r>
      <w:r w:rsidR="00164467" w:rsidRPr="00C023B8">
        <w:rPr>
          <w:sz w:val="28"/>
          <w:szCs w:val="36"/>
        </w:rPr>
        <w:t xml:space="preserve">will move in the campus, remove the </w:t>
      </w:r>
      <w:r w:rsidR="00284DE1" w:rsidRPr="00C023B8">
        <w:rPr>
          <w:sz w:val="28"/>
          <w:szCs w:val="36"/>
        </w:rPr>
        <w:t>disruption maker, distribute support cards</w:t>
      </w:r>
      <w:r w:rsidR="00790AD0" w:rsidRPr="00C023B8">
        <w:rPr>
          <w:sz w:val="28"/>
          <w:szCs w:val="36"/>
        </w:rPr>
        <w:t xml:space="preserve"> and </w:t>
      </w:r>
      <w:r w:rsidR="00790AD0" w:rsidRPr="00C023B8">
        <w:rPr>
          <w:sz w:val="28"/>
          <w:szCs w:val="36"/>
        </w:rPr>
        <w:lastRenderedPageBreak/>
        <w:t>will create four resil</w:t>
      </w:r>
      <w:r w:rsidR="0076271C" w:rsidRPr="00C023B8">
        <w:rPr>
          <w:sz w:val="28"/>
          <w:szCs w:val="36"/>
        </w:rPr>
        <w:t xml:space="preserve">ience </w:t>
      </w:r>
      <w:r w:rsidR="008900BF" w:rsidRPr="00C023B8">
        <w:rPr>
          <w:sz w:val="28"/>
          <w:szCs w:val="36"/>
        </w:rPr>
        <w:t>plans</w:t>
      </w:r>
      <w:r w:rsidR="0076271C" w:rsidRPr="00C023B8">
        <w:rPr>
          <w:sz w:val="28"/>
          <w:szCs w:val="36"/>
        </w:rPr>
        <w:t xml:space="preserve"> before the crisis </w:t>
      </w:r>
      <w:r w:rsidR="008900BF" w:rsidRPr="00C023B8">
        <w:rPr>
          <w:sz w:val="28"/>
          <w:szCs w:val="36"/>
        </w:rPr>
        <w:t>reaches</w:t>
      </w:r>
      <w:r w:rsidR="0076271C" w:rsidRPr="00C023B8">
        <w:rPr>
          <w:sz w:val="28"/>
          <w:szCs w:val="36"/>
        </w:rPr>
        <w:t xml:space="preserve"> its peak</w:t>
      </w:r>
      <w:r w:rsidR="00300905" w:rsidRPr="00C023B8">
        <w:rPr>
          <w:sz w:val="28"/>
          <w:szCs w:val="36"/>
        </w:rPr>
        <w:t>. As</w:t>
      </w:r>
      <w:r w:rsidR="00A57A31" w:rsidRPr="00C023B8">
        <w:rPr>
          <w:sz w:val="28"/>
          <w:szCs w:val="36"/>
        </w:rPr>
        <w:t xml:space="preserve"> a </w:t>
      </w:r>
      <w:proofErr w:type="gramStart"/>
      <w:r w:rsidR="00A57A31" w:rsidRPr="00C023B8">
        <w:rPr>
          <w:sz w:val="28"/>
          <w:szCs w:val="36"/>
        </w:rPr>
        <w:t>result</w:t>
      </w:r>
      <w:proofErr w:type="gramEnd"/>
      <w:r w:rsidR="00A57A31" w:rsidRPr="00C023B8">
        <w:rPr>
          <w:sz w:val="28"/>
          <w:szCs w:val="36"/>
        </w:rPr>
        <w:t xml:space="preserve"> the</w:t>
      </w:r>
      <w:r w:rsidR="004277E0" w:rsidRPr="00C023B8">
        <w:rPr>
          <w:sz w:val="28"/>
          <w:szCs w:val="36"/>
        </w:rPr>
        <w:t xml:space="preserve"> UWTSD cris</w:t>
      </w:r>
      <w:r w:rsidR="004B18FA" w:rsidRPr="00C023B8">
        <w:rPr>
          <w:sz w:val="28"/>
          <w:szCs w:val="36"/>
        </w:rPr>
        <w:t xml:space="preserve">is Game </w:t>
      </w:r>
      <w:r w:rsidR="00A57A31" w:rsidRPr="00C023B8">
        <w:rPr>
          <w:sz w:val="28"/>
          <w:szCs w:val="36"/>
        </w:rPr>
        <w:t xml:space="preserve">  will </w:t>
      </w:r>
      <w:r w:rsidR="004B18FA" w:rsidRPr="00C023B8">
        <w:rPr>
          <w:sz w:val="28"/>
          <w:szCs w:val="36"/>
        </w:rPr>
        <w:t xml:space="preserve">be </w:t>
      </w:r>
      <w:r w:rsidR="00E326BD" w:rsidRPr="00C023B8">
        <w:rPr>
          <w:sz w:val="28"/>
          <w:szCs w:val="36"/>
        </w:rPr>
        <w:t>independent and</w:t>
      </w:r>
      <w:r w:rsidR="004B18FA" w:rsidRPr="00C023B8">
        <w:rPr>
          <w:sz w:val="28"/>
          <w:szCs w:val="36"/>
        </w:rPr>
        <w:t xml:space="preserve"> releva</w:t>
      </w:r>
      <w:r w:rsidR="00125483" w:rsidRPr="00C023B8">
        <w:rPr>
          <w:sz w:val="28"/>
          <w:szCs w:val="36"/>
        </w:rPr>
        <w:t>nt though it uses the theme of the Pandemic Game</w:t>
      </w:r>
      <w:r w:rsidR="006D1FD5" w:rsidRPr="00C023B8">
        <w:rPr>
          <w:sz w:val="28"/>
          <w:szCs w:val="36"/>
        </w:rPr>
        <w:t xml:space="preserve"> [1],</w:t>
      </w:r>
      <w:r w:rsidR="00E326BD" w:rsidRPr="00C023B8">
        <w:rPr>
          <w:sz w:val="28"/>
          <w:szCs w:val="36"/>
        </w:rPr>
        <w:t>[15].</w:t>
      </w:r>
    </w:p>
    <w:p w14:paraId="72FE93ED" w14:textId="2C8688E1" w:rsidR="00E326BD" w:rsidRPr="00511B77" w:rsidRDefault="00957D02" w:rsidP="003C0A39">
      <w:pPr>
        <w:spacing w:line="360" w:lineRule="auto"/>
        <w:jc w:val="both"/>
        <w:rPr>
          <w:sz w:val="28"/>
          <w:szCs w:val="36"/>
        </w:rPr>
      </w:pPr>
      <w:r w:rsidRPr="00511B77">
        <w:rPr>
          <w:sz w:val="28"/>
          <w:szCs w:val="36"/>
        </w:rPr>
        <w:t>The mai</w:t>
      </w:r>
      <w:r w:rsidR="00E43266" w:rsidRPr="00511B77">
        <w:rPr>
          <w:sz w:val="28"/>
          <w:szCs w:val="36"/>
        </w:rPr>
        <w:t xml:space="preserve">n </w:t>
      </w:r>
      <w:r w:rsidR="00471D42" w:rsidRPr="00511B77">
        <w:rPr>
          <w:sz w:val="28"/>
          <w:szCs w:val="36"/>
        </w:rPr>
        <w:t>objective of</w:t>
      </w:r>
      <w:r w:rsidR="00E43266" w:rsidRPr="00511B77">
        <w:rPr>
          <w:sz w:val="28"/>
          <w:szCs w:val="36"/>
        </w:rPr>
        <w:t xml:space="preserve"> this game design is to make it </w:t>
      </w:r>
      <w:r w:rsidR="00185169" w:rsidRPr="00511B77">
        <w:rPr>
          <w:sz w:val="28"/>
          <w:szCs w:val="36"/>
        </w:rPr>
        <w:t xml:space="preserve">faster </w:t>
      </w:r>
      <w:r w:rsidR="0080566F" w:rsidRPr="00511B77">
        <w:rPr>
          <w:sz w:val="28"/>
          <w:szCs w:val="36"/>
        </w:rPr>
        <w:t>understandable, clear feedback</w:t>
      </w:r>
      <w:r w:rsidR="000B36FC" w:rsidRPr="00511B77">
        <w:rPr>
          <w:sz w:val="28"/>
          <w:szCs w:val="36"/>
        </w:rPr>
        <w:t xml:space="preserve">, </w:t>
      </w:r>
      <w:r w:rsidR="00A808BD" w:rsidRPr="00511B77">
        <w:rPr>
          <w:sz w:val="28"/>
          <w:szCs w:val="36"/>
        </w:rPr>
        <w:t>stay</w:t>
      </w:r>
      <w:r w:rsidR="000339A6" w:rsidRPr="00511B77">
        <w:rPr>
          <w:sz w:val="28"/>
          <w:szCs w:val="36"/>
        </w:rPr>
        <w:t xml:space="preserve"> cool</w:t>
      </w:r>
      <w:r w:rsidR="008F13EA" w:rsidRPr="00511B77">
        <w:rPr>
          <w:sz w:val="28"/>
          <w:szCs w:val="36"/>
        </w:rPr>
        <w:t xml:space="preserve"> &amp; </w:t>
      </w:r>
      <w:r w:rsidR="00A808BD" w:rsidRPr="00511B77">
        <w:rPr>
          <w:sz w:val="28"/>
          <w:szCs w:val="36"/>
        </w:rPr>
        <w:t>take</w:t>
      </w:r>
      <w:r w:rsidR="008F13EA" w:rsidRPr="00511B77">
        <w:rPr>
          <w:sz w:val="28"/>
          <w:szCs w:val="36"/>
        </w:rPr>
        <w:t xml:space="preserve"> decision</w:t>
      </w:r>
      <w:r w:rsidR="000339A6" w:rsidRPr="00511B77">
        <w:rPr>
          <w:sz w:val="28"/>
          <w:szCs w:val="36"/>
        </w:rPr>
        <w:t xml:space="preserve"> in the intense pres</w:t>
      </w:r>
      <w:r w:rsidR="008F13EA" w:rsidRPr="00511B77">
        <w:rPr>
          <w:sz w:val="28"/>
          <w:szCs w:val="36"/>
        </w:rPr>
        <w:t xml:space="preserve">sure and </w:t>
      </w:r>
      <w:r w:rsidR="009A210A" w:rsidRPr="00511B77">
        <w:rPr>
          <w:sz w:val="28"/>
          <w:szCs w:val="36"/>
        </w:rPr>
        <w:t>keep doing the teamwork.</w:t>
      </w:r>
      <w:r w:rsidR="00A808BD" w:rsidRPr="00511B77">
        <w:rPr>
          <w:sz w:val="28"/>
          <w:szCs w:val="36"/>
        </w:rPr>
        <w:t xml:space="preserve"> </w:t>
      </w:r>
      <w:r w:rsidR="00DA7232" w:rsidRPr="00511B77">
        <w:rPr>
          <w:sz w:val="28"/>
          <w:szCs w:val="36"/>
        </w:rPr>
        <w:t>This game</w:t>
      </w:r>
      <w:r w:rsidR="00A808BD" w:rsidRPr="00511B77">
        <w:rPr>
          <w:sz w:val="28"/>
          <w:szCs w:val="36"/>
        </w:rPr>
        <w:t xml:space="preserve"> </w:t>
      </w:r>
      <w:r w:rsidR="0063400D" w:rsidRPr="00511B77">
        <w:rPr>
          <w:sz w:val="28"/>
          <w:szCs w:val="36"/>
        </w:rPr>
        <w:t xml:space="preserve">will </w:t>
      </w:r>
      <w:r w:rsidR="00DA7232" w:rsidRPr="00511B77">
        <w:rPr>
          <w:sz w:val="28"/>
          <w:szCs w:val="36"/>
        </w:rPr>
        <w:t>be not</w:t>
      </w:r>
      <w:r w:rsidR="00A808BD" w:rsidRPr="00511B77">
        <w:rPr>
          <w:sz w:val="28"/>
          <w:szCs w:val="36"/>
        </w:rPr>
        <w:t xml:space="preserve"> only for </w:t>
      </w:r>
      <w:r w:rsidR="001B61F7" w:rsidRPr="00511B77">
        <w:rPr>
          <w:sz w:val="28"/>
          <w:szCs w:val="36"/>
        </w:rPr>
        <w:t xml:space="preserve">under aged or Expert </w:t>
      </w:r>
      <w:r w:rsidR="00A97266" w:rsidRPr="00511B77">
        <w:rPr>
          <w:sz w:val="28"/>
          <w:szCs w:val="36"/>
        </w:rPr>
        <w:t>gamers</w:t>
      </w:r>
      <w:r w:rsidR="00E675AB" w:rsidRPr="00511B77">
        <w:rPr>
          <w:sz w:val="28"/>
          <w:szCs w:val="36"/>
        </w:rPr>
        <w:t xml:space="preserve">; this </w:t>
      </w:r>
      <w:r w:rsidR="00B3311B" w:rsidRPr="00511B77">
        <w:rPr>
          <w:sz w:val="28"/>
          <w:szCs w:val="36"/>
        </w:rPr>
        <w:t>needs to be</w:t>
      </w:r>
      <w:r w:rsidR="00E675AB" w:rsidRPr="00511B77">
        <w:rPr>
          <w:sz w:val="28"/>
          <w:szCs w:val="36"/>
        </w:rPr>
        <w:t xml:space="preserve"> effective for</w:t>
      </w:r>
      <w:r w:rsidR="00601583" w:rsidRPr="00511B77">
        <w:rPr>
          <w:sz w:val="28"/>
          <w:szCs w:val="36"/>
        </w:rPr>
        <w:t xml:space="preserve"> all the people </w:t>
      </w:r>
      <w:r w:rsidR="00B3311B" w:rsidRPr="00511B77">
        <w:rPr>
          <w:sz w:val="28"/>
          <w:szCs w:val="36"/>
        </w:rPr>
        <w:t>including</w:t>
      </w:r>
      <w:r w:rsidR="00601583" w:rsidRPr="00511B77">
        <w:rPr>
          <w:sz w:val="28"/>
          <w:szCs w:val="36"/>
        </w:rPr>
        <w:t xml:space="preserve"> mature learner, commuter, international student</w:t>
      </w:r>
      <w:r w:rsidR="001903B5" w:rsidRPr="00511B77">
        <w:rPr>
          <w:sz w:val="28"/>
          <w:szCs w:val="36"/>
        </w:rPr>
        <w:t xml:space="preserve">, staff members, casual </w:t>
      </w:r>
      <w:r w:rsidR="00A97266" w:rsidRPr="00511B77">
        <w:rPr>
          <w:sz w:val="28"/>
          <w:szCs w:val="36"/>
        </w:rPr>
        <w:t>gamer</w:t>
      </w:r>
      <w:r w:rsidR="001903B5" w:rsidRPr="00511B77">
        <w:rPr>
          <w:sz w:val="28"/>
          <w:szCs w:val="36"/>
        </w:rPr>
        <w:t xml:space="preserve"> and assistive technology users</w:t>
      </w:r>
      <w:r w:rsidR="00DA7232" w:rsidRPr="00511B77">
        <w:rPr>
          <w:sz w:val="28"/>
          <w:szCs w:val="36"/>
        </w:rPr>
        <w:t xml:space="preserve">. According to </w:t>
      </w:r>
    </w:p>
    <w:p w14:paraId="7DC16BAA" w14:textId="695EC27E" w:rsidR="009A210A" w:rsidRPr="00511B77" w:rsidRDefault="00EF7E77" w:rsidP="003C0A39">
      <w:pPr>
        <w:spacing w:line="360" w:lineRule="auto"/>
        <w:jc w:val="both"/>
        <w:rPr>
          <w:sz w:val="28"/>
          <w:szCs w:val="36"/>
        </w:rPr>
      </w:pPr>
      <w:r w:rsidRPr="00511B77">
        <w:rPr>
          <w:sz w:val="28"/>
          <w:szCs w:val="36"/>
        </w:rPr>
        <w:t>ISO 9241-210</w:t>
      </w:r>
      <w:r w:rsidR="00372AA8" w:rsidRPr="00511B77">
        <w:rPr>
          <w:sz w:val="28"/>
          <w:szCs w:val="36"/>
        </w:rPr>
        <w:t xml:space="preserve"> in </w:t>
      </w:r>
      <w:r w:rsidR="00BD7615" w:rsidRPr="00511B77">
        <w:rPr>
          <w:sz w:val="28"/>
          <w:szCs w:val="36"/>
        </w:rPr>
        <w:t>a human</w:t>
      </w:r>
      <w:r w:rsidR="00372AA8" w:rsidRPr="00511B77">
        <w:rPr>
          <w:sz w:val="28"/>
          <w:szCs w:val="36"/>
        </w:rPr>
        <w:t>-</w:t>
      </w:r>
      <w:r w:rsidR="00BD7615" w:rsidRPr="00511B77">
        <w:rPr>
          <w:sz w:val="28"/>
          <w:szCs w:val="36"/>
        </w:rPr>
        <w:t>centered design</w:t>
      </w:r>
      <w:r w:rsidR="005179DA" w:rsidRPr="00511B77">
        <w:rPr>
          <w:sz w:val="28"/>
          <w:szCs w:val="36"/>
        </w:rPr>
        <w:t>,</w:t>
      </w:r>
      <w:r w:rsidR="00372AA8" w:rsidRPr="00511B77">
        <w:rPr>
          <w:sz w:val="28"/>
          <w:szCs w:val="36"/>
        </w:rPr>
        <w:t xml:space="preserve"> </w:t>
      </w:r>
      <w:r w:rsidR="0065030B" w:rsidRPr="00511B77">
        <w:rPr>
          <w:sz w:val="28"/>
          <w:szCs w:val="36"/>
        </w:rPr>
        <w:t>users, work, user environment</w:t>
      </w:r>
      <w:r w:rsidR="0086789D" w:rsidRPr="00511B77">
        <w:rPr>
          <w:sz w:val="28"/>
          <w:szCs w:val="36"/>
        </w:rPr>
        <w:t xml:space="preserve"> and </w:t>
      </w:r>
      <w:proofErr w:type="spellStart"/>
      <w:r w:rsidR="0086789D" w:rsidRPr="00511B77">
        <w:rPr>
          <w:sz w:val="28"/>
          <w:szCs w:val="36"/>
        </w:rPr>
        <w:t>analysing</w:t>
      </w:r>
      <w:proofErr w:type="spellEnd"/>
      <w:r w:rsidR="0086789D" w:rsidRPr="00511B77">
        <w:rPr>
          <w:sz w:val="28"/>
          <w:szCs w:val="36"/>
        </w:rPr>
        <w:t xml:space="preserve"> </w:t>
      </w:r>
      <w:r w:rsidR="006D7F3A" w:rsidRPr="00511B77">
        <w:rPr>
          <w:sz w:val="28"/>
          <w:szCs w:val="36"/>
        </w:rPr>
        <w:t>repetition should be</w:t>
      </w:r>
      <w:r w:rsidR="00957810" w:rsidRPr="00511B77">
        <w:rPr>
          <w:sz w:val="28"/>
          <w:szCs w:val="36"/>
        </w:rPr>
        <w:t xml:space="preserve"> considered </w:t>
      </w:r>
      <w:r w:rsidR="006D7F3A" w:rsidRPr="00511B77">
        <w:rPr>
          <w:sz w:val="28"/>
          <w:szCs w:val="36"/>
        </w:rPr>
        <w:t xml:space="preserve">  in full </w:t>
      </w:r>
      <w:r w:rsidR="00BD7615" w:rsidRPr="00511B77">
        <w:rPr>
          <w:sz w:val="28"/>
          <w:szCs w:val="36"/>
        </w:rPr>
        <w:t>life cycle</w:t>
      </w:r>
      <w:r w:rsidR="006D7F3A" w:rsidRPr="00511B77">
        <w:rPr>
          <w:sz w:val="28"/>
          <w:szCs w:val="36"/>
        </w:rPr>
        <w:t xml:space="preserve"> </w:t>
      </w:r>
      <w:r w:rsidR="00957810" w:rsidRPr="00511B77">
        <w:rPr>
          <w:sz w:val="28"/>
          <w:szCs w:val="36"/>
        </w:rPr>
        <w:t xml:space="preserve">of the </w:t>
      </w:r>
      <w:r w:rsidR="0041748D" w:rsidRPr="00511B77">
        <w:rPr>
          <w:sz w:val="28"/>
          <w:szCs w:val="36"/>
        </w:rPr>
        <w:t>design</w:t>
      </w:r>
      <w:r w:rsidR="00BD7615" w:rsidRPr="00511B77">
        <w:rPr>
          <w:sz w:val="28"/>
          <w:szCs w:val="36"/>
        </w:rPr>
        <w:t xml:space="preserve"> [3],[4].</w:t>
      </w:r>
    </w:p>
    <w:p w14:paraId="6B98661C" w14:textId="2A5131A8" w:rsidR="00690E15" w:rsidRDefault="00390FAA" w:rsidP="003C0A39">
      <w:pPr>
        <w:pStyle w:val="Heading1"/>
        <w:spacing w:line="360" w:lineRule="auto"/>
        <w:jc w:val="both"/>
      </w:pPr>
      <w:bookmarkStart w:id="2" w:name="_Toc235666968"/>
      <w:r>
        <w:t>2.</w:t>
      </w:r>
      <w:r w:rsidR="00A87753">
        <w:t xml:space="preserve"> </w:t>
      </w:r>
      <w:r w:rsidR="007A02F1">
        <w:t>Gathering information to create personas:</w:t>
      </w:r>
      <w:bookmarkEnd w:id="2"/>
      <w:r w:rsidR="00A87753">
        <w:t xml:space="preserve"> </w:t>
      </w:r>
    </w:p>
    <w:p w14:paraId="570B40F7" w14:textId="0CD2059F" w:rsidR="009964D5" w:rsidRPr="00511B77" w:rsidRDefault="009964D5" w:rsidP="003C0A39">
      <w:pPr>
        <w:spacing w:line="360" w:lineRule="auto"/>
        <w:jc w:val="both"/>
        <w:rPr>
          <w:sz w:val="28"/>
          <w:szCs w:val="36"/>
        </w:rPr>
      </w:pPr>
      <w:r w:rsidRPr="00511B77">
        <w:rPr>
          <w:sz w:val="28"/>
          <w:szCs w:val="36"/>
        </w:rPr>
        <w:t xml:space="preserve">The persona designer is not </w:t>
      </w:r>
      <w:r w:rsidR="00994E52" w:rsidRPr="00511B77">
        <w:rPr>
          <w:sz w:val="28"/>
          <w:szCs w:val="36"/>
        </w:rPr>
        <w:t xml:space="preserve">an imaginary </w:t>
      </w:r>
      <w:r w:rsidR="003D0422" w:rsidRPr="00511B77">
        <w:rPr>
          <w:sz w:val="28"/>
          <w:szCs w:val="36"/>
        </w:rPr>
        <w:t xml:space="preserve">person; </w:t>
      </w:r>
      <w:r w:rsidR="00B66F18" w:rsidRPr="00511B77">
        <w:rPr>
          <w:sz w:val="28"/>
          <w:szCs w:val="36"/>
        </w:rPr>
        <w:t xml:space="preserve">it is way of </w:t>
      </w:r>
      <w:r w:rsidR="009A718E" w:rsidRPr="00511B77">
        <w:rPr>
          <w:sz w:val="28"/>
          <w:szCs w:val="36"/>
        </w:rPr>
        <w:t>prese</w:t>
      </w:r>
      <w:r w:rsidR="00C61072" w:rsidRPr="00511B77">
        <w:rPr>
          <w:sz w:val="28"/>
          <w:szCs w:val="36"/>
        </w:rPr>
        <w:t xml:space="preserve">nting </w:t>
      </w:r>
      <w:r w:rsidR="00CA0A35" w:rsidRPr="00511B77">
        <w:rPr>
          <w:sz w:val="28"/>
          <w:szCs w:val="36"/>
        </w:rPr>
        <w:t>briefly in the c</w:t>
      </w:r>
      <w:r w:rsidR="00DC204D" w:rsidRPr="00511B77">
        <w:rPr>
          <w:sz w:val="28"/>
          <w:szCs w:val="36"/>
        </w:rPr>
        <w:t xml:space="preserve">ontext </w:t>
      </w:r>
      <w:r w:rsidR="003A3FD9" w:rsidRPr="00511B77">
        <w:rPr>
          <w:sz w:val="28"/>
          <w:szCs w:val="36"/>
        </w:rPr>
        <w:t>of various</w:t>
      </w:r>
      <w:r w:rsidR="00DC204D" w:rsidRPr="00511B77">
        <w:rPr>
          <w:sz w:val="28"/>
          <w:szCs w:val="36"/>
        </w:rPr>
        <w:t xml:space="preserve"> </w:t>
      </w:r>
      <w:r w:rsidR="005A74A3" w:rsidRPr="00511B77">
        <w:rPr>
          <w:sz w:val="28"/>
          <w:szCs w:val="36"/>
        </w:rPr>
        <w:t>behavior</w:t>
      </w:r>
      <w:r w:rsidR="00DC204D" w:rsidRPr="00511B77">
        <w:rPr>
          <w:sz w:val="28"/>
          <w:szCs w:val="36"/>
        </w:rPr>
        <w:t xml:space="preserve"> </w:t>
      </w:r>
      <w:r w:rsidR="005A74A3" w:rsidRPr="00511B77">
        <w:rPr>
          <w:sz w:val="28"/>
          <w:szCs w:val="36"/>
        </w:rPr>
        <w:t>and limitations [5],[16].</w:t>
      </w:r>
    </w:p>
    <w:p w14:paraId="5579ED79" w14:textId="0F905584" w:rsidR="00861870" w:rsidRPr="00511B77" w:rsidRDefault="002B0642" w:rsidP="003C0A39">
      <w:pPr>
        <w:spacing w:line="360" w:lineRule="auto"/>
        <w:jc w:val="both"/>
        <w:rPr>
          <w:sz w:val="28"/>
          <w:szCs w:val="36"/>
        </w:rPr>
      </w:pPr>
      <w:r w:rsidRPr="00511B77">
        <w:rPr>
          <w:sz w:val="28"/>
          <w:szCs w:val="36"/>
        </w:rPr>
        <w:t xml:space="preserve">So that before </w:t>
      </w:r>
      <w:proofErr w:type="spellStart"/>
      <w:r w:rsidR="00030664" w:rsidRPr="00511B77">
        <w:rPr>
          <w:sz w:val="28"/>
          <w:szCs w:val="36"/>
        </w:rPr>
        <w:t>finalising</w:t>
      </w:r>
      <w:proofErr w:type="spellEnd"/>
      <w:r w:rsidR="00535263" w:rsidRPr="00511B77">
        <w:rPr>
          <w:sz w:val="28"/>
          <w:szCs w:val="36"/>
        </w:rPr>
        <w:t xml:space="preserve"> the </w:t>
      </w:r>
      <w:r w:rsidR="008B7515" w:rsidRPr="00511B77">
        <w:rPr>
          <w:sz w:val="28"/>
          <w:szCs w:val="36"/>
        </w:rPr>
        <w:t xml:space="preserve">four personas real </w:t>
      </w:r>
      <w:r w:rsidR="00953D95" w:rsidRPr="00511B77">
        <w:rPr>
          <w:sz w:val="28"/>
          <w:szCs w:val="36"/>
        </w:rPr>
        <w:t>information</w:t>
      </w:r>
      <w:r w:rsidR="008B7515" w:rsidRPr="00511B77">
        <w:rPr>
          <w:sz w:val="28"/>
          <w:szCs w:val="36"/>
        </w:rPr>
        <w:t xml:space="preserve"> </w:t>
      </w:r>
      <w:r w:rsidR="00953D95" w:rsidRPr="00511B77">
        <w:rPr>
          <w:sz w:val="28"/>
          <w:szCs w:val="36"/>
        </w:rPr>
        <w:t>needs</w:t>
      </w:r>
      <w:r w:rsidR="008B7515" w:rsidRPr="00511B77">
        <w:rPr>
          <w:sz w:val="28"/>
          <w:szCs w:val="36"/>
        </w:rPr>
        <w:t xml:space="preserve"> to </w:t>
      </w:r>
      <w:r w:rsidR="00953D95" w:rsidRPr="00511B77">
        <w:rPr>
          <w:sz w:val="28"/>
          <w:szCs w:val="36"/>
        </w:rPr>
        <w:t xml:space="preserve">be collected from </w:t>
      </w:r>
      <w:r w:rsidR="00EE15B0" w:rsidRPr="00511B77">
        <w:rPr>
          <w:sz w:val="28"/>
          <w:szCs w:val="36"/>
        </w:rPr>
        <w:t>real</w:t>
      </w:r>
      <w:r w:rsidR="00953D95" w:rsidRPr="00511B77">
        <w:rPr>
          <w:sz w:val="28"/>
          <w:szCs w:val="36"/>
        </w:rPr>
        <w:t xml:space="preserve"> users.</w:t>
      </w:r>
      <w:r w:rsidR="0027475B" w:rsidRPr="00511B77">
        <w:rPr>
          <w:sz w:val="28"/>
          <w:szCs w:val="36"/>
        </w:rPr>
        <w:t xml:space="preserve"> For this task </w:t>
      </w:r>
      <w:r w:rsidR="008E14C3" w:rsidRPr="00511B77">
        <w:rPr>
          <w:sz w:val="28"/>
          <w:szCs w:val="36"/>
        </w:rPr>
        <w:t>using online questionnaires</w:t>
      </w:r>
      <w:r w:rsidR="0027475B" w:rsidRPr="00511B77">
        <w:rPr>
          <w:sz w:val="28"/>
          <w:szCs w:val="36"/>
        </w:rPr>
        <w:t xml:space="preserve"> </w:t>
      </w:r>
      <w:r w:rsidR="00BA4992" w:rsidRPr="00511B77">
        <w:rPr>
          <w:sz w:val="28"/>
          <w:szCs w:val="36"/>
        </w:rPr>
        <w:t xml:space="preserve">and semi-structured </w:t>
      </w:r>
      <w:r w:rsidR="006756CA" w:rsidRPr="00511B77">
        <w:rPr>
          <w:sz w:val="28"/>
          <w:szCs w:val="36"/>
        </w:rPr>
        <w:t>interviews</w:t>
      </w:r>
      <w:r w:rsidR="009539AE" w:rsidRPr="00511B77">
        <w:rPr>
          <w:sz w:val="28"/>
          <w:szCs w:val="36"/>
        </w:rPr>
        <w:t xml:space="preserve"> is appropriate</w:t>
      </w:r>
      <w:r w:rsidR="00C11B28" w:rsidRPr="00511B77">
        <w:rPr>
          <w:sz w:val="28"/>
          <w:szCs w:val="36"/>
        </w:rPr>
        <w:t>.</w:t>
      </w:r>
      <w:r w:rsidR="008E14C3" w:rsidRPr="00511B77">
        <w:rPr>
          <w:sz w:val="28"/>
          <w:szCs w:val="36"/>
        </w:rPr>
        <w:t xml:space="preserve"> In the questionary; age range</w:t>
      </w:r>
      <w:r w:rsidR="000D5F2F" w:rsidRPr="00511B77">
        <w:rPr>
          <w:sz w:val="28"/>
          <w:szCs w:val="36"/>
        </w:rPr>
        <w:t>, relation with UWTSD, campus or study model</w:t>
      </w:r>
      <w:r w:rsidR="00A32245" w:rsidRPr="00511B77">
        <w:rPr>
          <w:sz w:val="28"/>
          <w:szCs w:val="36"/>
        </w:rPr>
        <w:t>, mobile and board-game experience, gaming frequency</w:t>
      </w:r>
      <w:r w:rsidR="000512EC" w:rsidRPr="00511B77">
        <w:rPr>
          <w:sz w:val="28"/>
          <w:szCs w:val="36"/>
        </w:rPr>
        <w:t>. Preferred device, accessibility requirement</w:t>
      </w:r>
      <w:r w:rsidR="00C10EEF" w:rsidRPr="00511B77">
        <w:rPr>
          <w:sz w:val="28"/>
          <w:szCs w:val="36"/>
        </w:rPr>
        <w:t>s, preferred session length</w:t>
      </w:r>
      <w:r w:rsidR="00CC4874" w:rsidRPr="00511B77">
        <w:rPr>
          <w:sz w:val="28"/>
          <w:szCs w:val="36"/>
        </w:rPr>
        <w:t xml:space="preserve">, </w:t>
      </w:r>
      <w:r w:rsidR="009C57B3" w:rsidRPr="00511B77">
        <w:rPr>
          <w:sz w:val="28"/>
          <w:szCs w:val="36"/>
        </w:rPr>
        <w:t xml:space="preserve">opinion </w:t>
      </w:r>
      <w:r w:rsidR="00222BA9" w:rsidRPr="00511B77">
        <w:rPr>
          <w:sz w:val="28"/>
          <w:szCs w:val="36"/>
        </w:rPr>
        <w:t xml:space="preserve">regarding </w:t>
      </w:r>
      <w:r w:rsidR="00CC4874" w:rsidRPr="00511B77">
        <w:rPr>
          <w:sz w:val="28"/>
          <w:szCs w:val="36"/>
        </w:rPr>
        <w:t xml:space="preserve">cooperative gameplay </w:t>
      </w:r>
      <w:r w:rsidR="00222BA9" w:rsidRPr="00511B77">
        <w:rPr>
          <w:sz w:val="28"/>
          <w:szCs w:val="36"/>
        </w:rPr>
        <w:t>and proble</w:t>
      </w:r>
      <w:r w:rsidR="0052475B" w:rsidRPr="00511B77">
        <w:rPr>
          <w:sz w:val="28"/>
          <w:szCs w:val="36"/>
        </w:rPr>
        <w:t xml:space="preserve">ms of </w:t>
      </w:r>
      <w:r w:rsidR="009C72FC" w:rsidRPr="00511B77">
        <w:rPr>
          <w:sz w:val="28"/>
          <w:szCs w:val="36"/>
        </w:rPr>
        <w:t xml:space="preserve">learning </w:t>
      </w:r>
      <w:r w:rsidR="0052475B" w:rsidRPr="00511B77">
        <w:rPr>
          <w:sz w:val="28"/>
          <w:szCs w:val="36"/>
        </w:rPr>
        <w:t>new application related question can be asked</w:t>
      </w:r>
      <w:r w:rsidR="009C72FC" w:rsidRPr="00511B77">
        <w:rPr>
          <w:sz w:val="28"/>
          <w:szCs w:val="36"/>
        </w:rPr>
        <w:t xml:space="preserve"> [6]</w:t>
      </w:r>
      <w:r w:rsidR="005E65E3" w:rsidRPr="00511B77">
        <w:rPr>
          <w:sz w:val="28"/>
          <w:szCs w:val="36"/>
        </w:rPr>
        <w:t xml:space="preserve">. Unnecessary sensitive information should not be </w:t>
      </w:r>
      <w:r w:rsidR="00883646" w:rsidRPr="00511B77">
        <w:rPr>
          <w:sz w:val="28"/>
          <w:szCs w:val="36"/>
        </w:rPr>
        <w:t xml:space="preserve">gathered and there should </w:t>
      </w:r>
      <w:r w:rsidR="00046E77" w:rsidRPr="00511B77">
        <w:rPr>
          <w:sz w:val="28"/>
          <w:szCs w:val="36"/>
        </w:rPr>
        <w:t>be</w:t>
      </w:r>
      <w:r w:rsidR="00883646" w:rsidRPr="00511B77">
        <w:rPr>
          <w:sz w:val="28"/>
          <w:szCs w:val="36"/>
        </w:rPr>
        <w:t xml:space="preserve"> </w:t>
      </w:r>
      <w:r w:rsidR="00046E77" w:rsidRPr="00511B77">
        <w:rPr>
          <w:sz w:val="28"/>
          <w:szCs w:val="36"/>
        </w:rPr>
        <w:t>an</w:t>
      </w:r>
      <w:r w:rsidR="00883646" w:rsidRPr="00511B77">
        <w:rPr>
          <w:sz w:val="28"/>
          <w:szCs w:val="36"/>
        </w:rPr>
        <w:t xml:space="preserve"> option for </w:t>
      </w:r>
      <w:r w:rsidR="00FB16CB" w:rsidRPr="00511B77">
        <w:rPr>
          <w:sz w:val="28"/>
          <w:szCs w:val="36"/>
        </w:rPr>
        <w:t>skipping the question for the participant.</w:t>
      </w:r>
    </w:p>
    <w:p w14:paraId="25B9B70A" w14:textId="7AAD5695" w:rsidR="00393181" w:rsidRPr="00511B77" w:rsidRDefault="001D0FF0" w:rsidP="003C0A39">
      <w:pPr>
        <w:spacing w:line="360" w:lineRule="auto"/>
        <w:jc w:val="both"/>
        <w:rPr>
          <w:sz w:val="28"/>
          <w:szCs w:val="36"/>
        </w:rPr>
      </w:pPr>
      <w:r w:rsidRPr="00511B77">
        <w:rPr>
          <w:sz w:val="28"/>
          <w:szCs w:val="36"/>
        </w:rPr>
        <w:t xml:space="preserve">Nearly 10-15 questionary </w:t>
      </w:r>
      <w:r w:rsidR="00FB022A" w:rsidRPr="00511B77">
        <w:rPr>
          <w:sz w:val="28"/>
          <w:szCs w:val="36"/>
        </w:rPr>
        <w:t>respondents</w:t>
      </w:r>
      <w:r w:rsidRPr="00511B77">
        <w:rPr>
          <w:sz w:val="28"/>
          <w:szCs w:val="36"/>
        </w:rPr>
        <w:t xml:space="preserve"> and </w:t>
      </w:r>
      <w:r w:rsidR="00CC121D" w:rsidRPr="00511B77">
        <w:rPr>
          <w:sz w:val="28"/>
          <w:szCs w:val="36"/>
        </w:rPr>
        <w:t xml:space="preserve">5-6 interview </w:t>
      </w:r>
      <w:r w:rsidR="00FB022A" w:rsidRPr="00511B77">
        <w:rPr>
          <w:sz w:val="28"/>
          <w:szCs w:val="36"/>
        </w:rPr>
        <w:t>participants</w:t>
      </w:r>
      <w:r w:rsidR="00CC121D" w:rsidRPr="00511B77">
        <w:rPr>
          <w:sz w:val="28"/>
          <w:szCs w:val="36"/>
        </w:rPr>
        <w:t xml:space="preserve"> can be realist </w:t>
      </w:r>
      <w:r w:rsidR="00137F28" w:rsidRPr="00511B77">
        <w:rPr>
          <w:sz w:val="28"/>
          <w:szCs w:val="36"/>
        </w:rPr>
        <w:t xml:space="preserve">sample </w:t>
      </w:r>
      <w:r w:rsidR="006C0926" w:rsidRPr="00511B77">
        <w:rPr>
          <w:sz w:val="28"/>
          <w:szCs w:val="36"/>
        </w:rPr>
        <w:t>tasks</w:t>
      </w:r>
      <w:r w:rsidR="00137F28" w:rsidRPr="00511B77">
        <w:rPr>
          <w:sz w:val="28"/>
          <w:szCs w:val="36"/>
        </w:rPr>
        <w:t xml:space="preserve"> </w:t>
      </w:r>
      <w:r w:rsidR="00CC121D" w:rsidRPr="00511B77">
        <w:rPr>
          <w:sz w:val="28"/>
          <w:szCs w:val="36"/>
        </w:rPr>
        <w:t>f</w:t>
      </w:r>
      <w:r w:rsidR="00CB76E0" w:rsidRPr="00511B77">
        <w:rPr>
          <w:sz w:val="28"/>
          <w:szCs w:val="36"/>
        </w:rPr>
        <w:t xml:space="preserve">or </w:t>
      </w:r>
      <w:r w:rsidR="00A04569" w:rsidRPr="00511B77">
        <w:rPr>
          <w:sz w:val="28"/>
          <w:szCs w:val="36"/>
        </w:rPr>
        <w:t>this project.</w:t>
      </w:r>
      <w:r w:rsidR="00CB76E0" w:rsidRPr="00511B77">
        <w:rPr>
          <w:sz w:val="28"/>
          <w:szCs w:val="36"/>
        </w:rPr>
        <w:t xml:space="preserve"> </w:t>
      </w:r>
    </w:p>
    <w:p w14:paraId="4E67FA94" w14:textId="77777777" w:rsidR="00FC33FB" w:rsidRPr="00511B77" w:rsidRDefault="00FC33FB" w:rsidP="003C0A39">
      <w:pPr>
        <w:spacing w:line="360" w:lineRule="auto"/>
        <w:jc w:val="both"/>
        <w:rPr>
          <w:sz w:val="28"/>
          <w:szCs w:val="36"/>
        </w:rPr>
      </w:pPr>
    </w:p>
    <w:p w14:paraId="393EF705" w14:textId="4031E396" w:rsidR="00FA1945" w:rsidRPr="00511B77" w:rsidRDefault="00CB76E0" w:rsidP="003C0A39">
      <w:pPr>
        <w:spacing w:line="360" w:lineRule="auto"/>
        <w:jc w:val="both"/>
        <w:rPr>
          <w:sz w:val="28"/>
          <w:szCs w:val="36"/>
        </w:rPr>
      </w:pPr>
      <w:r w:rsidRPr="00511B77">
        <w:rPr>
          <w:sz w:val="28"/>
          <w:szCs w:val="36"/>
        </w:rPr>
        <w:lastRenderedPageBreak/>
        <w:t xml:space="preserve">Using purposive sampling should </w:t>
      </w:r>
      <w:r w:rsidR="00FB022A" w:rsidRPr="00511B77">
        <w:rPr>
          <w:sz w:val="28"/>
          <w:szCs w:val="36"/>
        </w:rPr>
        <w:t>include residential</w:t>
      </w:r>
      <w:r w:rsidRPr="00511B77">
        <w:rPr>
          <w:sz w:val="28"/>
          <w:szCs w:val="36"/>
        </w:rPr>
        <w:t xml:space="preserve"> </w:t>
      </w:r>
      <w:r w:rsidR="00FB022A" w:rsidRPr="00511B77">
        <w:rPr>
          <w:sz w:val="28"/>
          <w:szCs w:val="36"/>
        </w:rPr>
        <w:t>students</w:t>
      </w:r>
      <w:r w:rsidRPr="00511B77">
        <w:rPr>
          <w:sz w:val="28"/>
          <w:szCs w:val="36"/>
        </w:rPr>
        <w:t xml:space="preserve">, </w:t>
      </w:r>
      <w:r w:rsidR="00FB022A" w:rsidRPr="00511B77">
        <w:rPr>
          <w:sz w:val="28"/>
          <w:szCs w:val="36"/>
        </w:rPr>
        <w:t>commuters</w:t>
      </w:r>
      <w:r w:rsidRPr="00511B77">
        <w:rPr>
          <w:sz w:val="28"/>
          <w:szCs w:val="36"/>
        </w:rPr>
        <w:t xml:space="preserve">, mature </w:t>
      </w:r>
      <w:r w:rsidR="00FB022A" w:rsidRPr="00511B77">
        <w:rPr>
          <w:sz w:val="28"/>
          <w:szCs w:val="36"/>
        </w:rPr>
        <w:t>students</w:t>
      </w:r>
      <w:r w:rsidRPr="00511B77">
        <w:rPr>
          <w:sz w:val="28"/>
          <w:szCs w:val="36"/>
        </w:rPr>
        <w:t xml:space="preserve">, international </w:t>
      </w:r>
      <w:r w:rsidR="00FB022A" w:rsidRPr="00511B77">
        <w:rPr>
          <w:sz w:val="28"/>
          <w:szCs w:val="36"/>
        </w:rPr>
        <w:t>learners</w:t>
      </w:r>
      <w:r w:rsidRPr="00511B77">
        <w:rPr>
          <w:sz w:val="28"/>
          <w:szCs w:val="36"/>
        </w:rPr>
        <w:t xml:space="preserve">, staff </w:t>
      </w:r>
      <w:r w:rsidR="00FB022A" w:rsidRPr="00511B77">
        <w:rPr>
          <w:sz w:val="28"/>
          <w:szCs w:val="36"/>
        </w:rPr>
        <w:t>members</w:t>
      </w:r>
      <w:r w:rsidRPr="00511B77">
        <w:rPr>
          <w:sz w:val="28"/>
          <w:szCs w:val="36"/>
        </w:rPr>
        <w:t xml:space="preserve">, experienced </w:t>
      </w:r>
      <w:r w:rsidR="00FB022A" w:rsidRPr="00511B77">
        <w:rPr>
          <w:sz w:val="28"/>
          <w:szCs w:val="36"/>
        </w:rPr>
        <w:t>gamers</w:t>
      </w:r>
      <w:r w:rsidRPr="00511B77">
        <w:rPr>
          <w:sz w:val="28"/>
          <w:szCs w:val="36"/>
        </w:rPr>
        <w:t xml:space="preserve">, non-gamer and accessibility </w:t>
      </w:r>
      <w:r w:rsidR="00FB022A" w:rsidRPr="00511B77">
        <w:rPr>
          <w:sz w:val="28"/>
          <w:szCs w:val="36"/>
        </w:rPr>
        <w:t>features</w:t>
      </w:r>
      <w:r w:rsidR="003616F0" w:rsidRPr="00511B77">
        <w:rPr>
          <w:sz w:val="28"/>
          <w:szCs w:val="36"/>
        </w:rPr>
        <w:t xml:space="preserve">. The persona diversity will be </w:t>
      </w:r>
      <w:r w:rsidR="00F76E26" w:rsidRPr="00511B77">
        <w:rPr>
          <w:sz w:val="28"/>
          <w:szCs w:val="36"/>
        </w:rPr>
        <w:t xml:space="preserve">weaker if same age and friends of </w:t>
      </w:r>
      <w:r w:rsidR="00FB022A" w:rsidRPr="00511B77">
        <w:rPr>
          <w:sz w:val="28"/>
          <w:szCs w:val="36"/>
        </w:rPr>
        <w:t>the same</w:t>
      </w:r>
      <w:r w:rsidR="00F76E26" w:rsidRPr="00511B77">
        <w:rPr>
          <w:sz w:val="28"/>
          <w:szCs w:val="36"/>
        </w:rPr>
        <w:t xml:space="preserve"> course</w:t>
      </w:r>
      <w:r w:rsidR="00FB022A" w:rsidRPr="00511B77">
        <w:rPr>
          <w:sz w:val="28"/>
          <w:szCs w:val="36"/>
        </w:rPr>
        <w:t xml:space="preserve"> are used.</w:t>
      </w:r>
      <w:r w:rsidR="00C173BE" w:rsidRPr="00511B77">
        <w:rPr>
          <w:sz w:val="28"/>
          <w:szCs w:val="36"/>
        </w:rPr>
        <w:t xml:space="preserve"> Questionary data can be saved by number</w:t>
      </w:r>
      <w:r w:rsidR="007A7386" w:rsidRPr="00511B77">
        <w:rPr>
          <w:sz w:val="28"/>
          <w:szCs w:val="36"/>
        </w:rPr>
        <w:t>s, percentage, and by general chart</w:t>
      </w:r>
      <w:r w:rsidR="006854A4" w:rsidRPr="00511B77">
        <w:rPr>
          <w:sz w:val="28"/>
          <w:szCs w:val="36"/>
        </w:rPr>
        <w:t>.</w:t>
      </w:r>
      <w:r w:rsidRPr="00511B77">
        <w:rPr>
          <w:sz w:val="28"/>
          <w:szCs w:val="36"/>
        </w:rPr>
        <w:t xml:space="preserve"> </w:t>
      </w:r>
      <w:r w:rsidR="00D71037" w:rsidRPr="00511B77">
        <w:rPr>
          <w:sz w:val="28"/>
          <w:szCs w:val="36"/>
        </w:rPr>
        <w:t>The</w:t>
      </w:r>
      <w:r w:rsidR="00997264" w:rsidRPr="00511B77">
        <w:rPr>
          <w:sz w:val="28"/>
          <w:szCs w:val="36"/>
        </w:rPr>
        <w:t xml:space="preserve"> questionary can </w:t>
      </w:r>
      <w:r w:rsidR="00D93836" w:rsidRPr="00511B77">
        <w:rPr>
          <w:sz w:val="28"/>
          <w:szCs w:val="36"/>
        </w:rPr>
        <w:t xml:space="preserve">be divided </w:t>
      </w:r>
      <w:r w:rsidR="006854A4" w:rsidRPr="00511B77">
        <w:rPr>
          <w:sz w:val="28"/>
          <w:szCs w:val="36"/>
        </w:rPr>
        <w:t xml:space="preserve">by using </w:t>
      </w:r>
      <w:r w:rsidRPr="00511B77">
        <w:rPr>
          <w:sz w:val="28"/>
          <w:szCs w:val="36"/>
        </w:rPr>
        <w:t>Interview note thematic coding</w:t>
      </w:r>
      <w:r w:rsidR="00F37C57" w:rsidRPr="00511B77">
        <w:rPr>
          <w:sz w:val="28"/>
          <w:szCs w:val="36"/>
        </w:rPr>
        <w:t xml:space="preserve">, </w:t>
      </w:r>
      <w:r w:rsidRPr="00511B77">
        <w:rPr>
          <w:sz w:val="28"/>
          <w:szCs w:val="36"/>
        </w:rPr>
        <w:t xml:space="preserve">learnability, collaboration, pace, accessibility, emotional pressure, confidence </w:t>
      </w:r>
      <w:r w:rsidR="006C0926" w:rsidRPr="00511B77">
        <w:rPr>
          <w:sz w:val="28"/>
          <w:szCs w:val="36"/>
        </w:rPr>
        <w:t>&amp; trust [</w:t>
      </w:r>
      <w:r w:rsidRPr="00511B77">
        <w:rPr>
          <w:sz w:val="28"/>
          <w:szCs w:val="36"/>
        </w:rPr>
        <w:t>6]</w:t>
      </w:r>
      <w:r w:rsidR="003A153C" w:rsidRPr="00511B77">
        <w:rPr>
          <w:sz w:val="28"/>
          <w:szCs w:val="36"/>
        </w:rPr>
        <w:t>.</w:t>
      </w:r>
      <w:r w:rsidR="00213404" w:rsidRPr="00511B77">
        <w:rPr>
          <w:sz w:val="28"/>
          <w:szCs w:val="36"/>
        </w:rPr>
        <w:t xml:space="preserve"> Contradictory opinion should be kept also because the experienced </w:t>
      </w:r>
      <w:r w:rsidR="00E33D1C" w:rsidRPr="00511B77">
        <w:rPr>
          <w:sz w:val="28"/>
          <w:szCs w:val="36"/>
        </w:rPr>
        <w:t>gamer</w:t>
      </w:r>
      <w:r w:rsidR="00213404" w:rsidRPr="00511B77">
        <w:rPr>
          <w:sz w:val="28"/>
          <w:szCs w:val="36"/>
        </w:rPr>
        <w:t xml:space="preserve"> may </w:t>
      </w:r>
      <w:r w:rsidR="006C0926" w:rsidRPr="00511B77">
        <w:rPr>
          <w:sz w:val="28"/>
          <w:szCs w:val="36"/>
        </w:rPr>
        <w:t>ask for</w:t>
      </w:r>
      <w:r w:rsidR="00213404" w:rsidRPr="00511B77">
        <w:rPr>
          <w:sz w:val="28"/>
          <w:szCs w:val="36"/>
        </w:rPr>
        <w:t xml:space="preserve"> </w:t>
      </w:r>
      <w:r w:rsidR="00E33D1C" w:rsidRPr="00511B77">
        <w:rPr>
          <w:sz w:val="28"/>
          <w:szCs w:val="36"/>
        </w:rPr>
        <w:t xml:space="preserve">informative </w:t>
      </w:r>
      <w:r w:rsidR="004178F7" w:rsidRPr="00511B77">
        <w:rPr>
          <w:sz w:val="28"/>
          <w:szCs w:val="36"/>
        </w:rPr>
        <w:t xml:space="preserve">interface </w:t>
      </w:r>
      <w:r w:rsidR="006C0926" w:rsidRPr="00511B77">
        <w:rPr>
          <w:sz w:val="28"/>
          <w:szCs w:val="36"/>
        </w:rPr>
        <w:t>quickly</w:t>
      </w:r>
      <w:r w:rsidR="004178F7" w:rsidRPr="00511B77">
        <w:rPr>
          <w:sz w:val="28"/>
          <w:szCs w:val="36"/>
        </w:rPr>
        <w:t xml:space="preserve"> on the </w:t>
      </w:r>
      <w:r w:rsidR="006C0926" w:rsidRPr="00511B77">
        <w:rPr>
          <w:sz w:val="28"/>
          <w:szCs w:val="36"/>
        </w:rPr>
        <w:t>other hand</w:t>
      </w:r>
      <w:r w:rsidR="004178F7" w:rsidRPr="00511B77">
        <w:rPr>
          <w:sz w:val="28"/>
          <w:szCs w:val="36"/>
        </w:rPr>
        <w:t xml:space="preserve"> novice user may </w:t>
      </w:r>
      <w:r w:rsidR="006C0926" w:rsidRPr="00511B77">
        <w:rPr>
          <w:sz w:val="28"/>
          <w:szCs w:val="36"/>
        </w:rPr>
        <w:t>ask for an</w:t>
      </w:r>
      <w:r w:rsidR="00FD4A10" w:rsidRPr="00511B77">
        <w:rPr>
          <w:sz w:val="28"/>
          <w:szCs w:val="36"/>
        </w:rPr>
        <w:t xml:space="preserve"> </w:t>
      </w:r>
      <w:r w:rsidR="006C0926" w:rsidRPr="00511B77">
        <w:rPr>
          <w:sz w:val="28"/>
          <w:szCs w:val="36"/>
        </w:rPr>
        <w:t>explanation step by step.</w:t>
      </w:r>
    </w:p>
    <w:p w14:paraId="3F974E5D" w14:textId="7520BBCE" w:rsidR="00FA1945" w:rsidRDefault="00936F6E" w:rsidP="00936F6E">
      <w:pPr>
        <w:pStyle w:val="Heading1"/>
      </w:pPr>
      <w:bookmarkStart w:id="3" w:name="_Toc235666969"/>
      <w:r>
        <w:t>2.1</w:t>
      </w:r>
      <w:r w:rsidR="00B373F7">
        <w:t>Proposed Research Questionaries:</w:t>
      </w:r>
      <w:bookmarkEnd w:id="3"/>
    </w:p>
    <w:p w14:paraId="27B0B2E9" w14:textId="77777777" w:rsidR="003D7CA3" w:rsidRPr="003D7CA3" w:rsidRDefault="003D7CA3" w:rsidP="003D7CA3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49"/>
        <w:gridCol w:w="3249"/>
        <w:gridCol w:w="3249"/>
      </w:tblGrid>
      <w:tr w:rsidR="00FA1945" w14:paraId="6A2958DB" w14:textId="77777777">
        <w:trPr>
          <w:tblHeader/>
          <w:jc w:val="center"/>
        </w:trPr>
        <w:tc>
          <w:tcPr>
            <w:tcW w:w="3249" w:type="dxa"/>
            <w:shd w:val="clear" w:color="auto" w:fill="D9E1F2"/>
          </w:tcPr>
          <w:p w14:paraId="2AA60D91" w14:textId="5E79891F" w:rsidR="00FA1945" w:rsidRPr="00936F6E" w:rsidRDefault="00BD7FA3">
            <w:pPr>
              <w:rPr>
                <w:sz w:val="27"/>
                <w:szCs w:val="32"/>
              </w:rPr>
            </w:pPr>
            <w:r w:rsidRPr="00936F6E">
              <w:rPr>
                <w:sz w:val="27"/>
                <w:szCs w:val="32"/>
              </w:rPr>
              <w:t>Topic</w:t>
            </w:r>
          </w:p>
        </w:tc>
        <w:tc>
          <w:tcPr>
            <w:tcW w:w="3249" w:type="dxa"/>
            <w:shd w:val="clear" w:color="auto" w:fill="D9E1F2"/>
          </w:tcPr>
          <w:p w14:paraId="3F634DF7" w14:textId="2815313B" w:rsidR="00FA1945" w:rsidRPr="00936F6E" w:rsidRDefault="00BD7FA3">
            <w:pPr>
              <w:rPr>
                <w:sz w:val="27"/>
                <w:szCs w:val="32"/>
              </w:rPr>
            </w:pPr>
            <w:r w:rsidRPr="00936F6E">
              <w:rPr>
                <w:sz w:val="27"/>
                <w:szCs w:val="32"/>
              </w:rPr>
              <w:t xml:space="preserve">Question </w:t>
            </w:r>
          </w:p>
        </w:tc>
        <w:tc>
          <w:tcPr>
            <w:tcW w:w="3249" w:type="dxa"/>
            <w:shd w:val="clear" w:color="auto" w:fill="D9E1F2"/>
          </w:tcPr>
          <w:p w14:paraId="5FB2D1D9" w14:textId="164EF7F4" w:rsidR="00FA1945" w:rsidRPr="00936F6E" w:rsidRDefault="00696B13">
            <w:pPr>
              <w:rPr>
                <w:sz w:val="27"/>
                <w:szCs w:val="32"/>
              </w:rPr>
            </w:pPr>
            <w:r w:rsidRPr="00936F6E">
              <w:rPr>
                <w:sz w:val="27"/>
                <w:szCs w:val="32"/>
              </w:rPr>
              <w:t>U</w:t>
            </w:r>
            <w:r w:rsidR="00154F7A" w:rsidRPr="00936F6E">
              <w:rPr>
                <w:sz w:val="27"/>
                <w:szCs w:val="32"/>
              </w:rPr>
              <w:t>s</w:t>
            </w:r>
            <w:r w:rsidRPr="00936F6E">
              <w:rPr>
                <w:sz w:val="27"/>
                <w:szCs w:val="32"/>
              </w:rPr>
              <w:t>es in Design</w:t>
            </w:r>
          </w:p>
        </w:tc>
      </w:tr>
      <w:tr w:rsidR="00FA1945" w14:paraId="63915B10" w14:textId="77777777">
        <w:trPr>
          <w:jc w:val="center"/>
        </w:trPr>
        <w:tc>
          <w:tcPr>
            <w:tcW w:w="3249" w:type="dxa"/>
          </w:tcPr>
          <w:p w14:paraId="4F42C065" w14:textId="39473483" w:rsidR="00FA1945" w:rsidRPr="003D7CA3" w:rsidRDefault="00BB006A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>Game experience</w:t>
            </w:r>
          </w:p>
        </w:tc>
        <w:tc>
          <w:tcPr>
            <w:tcW w:w="3249" w:type="dxa"/>
          </w:tcPr>
          <w:p w14:paraId="4EDBBFAD" w14:textId="6EDA1B6D" w:rsidR="00FA1945" w:rsidRPr="003D7CA3" w:rsidRDefault="00FD2C62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 xml:space="preserve">How frequently </w:t>
            </w:r>
            <w:r w:rsidR="006C7C58" w:rsidRPr="003D7CA3">
              <w:rPr>
                <w:sz w:val="28"/>
                <w:szCs w:val="36"/>
              </w:rPr>
              <w:t>do you</w:t>
            </w:r>
            <w:r w:rsidRPr="003D7CA3">
              <w:rPr>
                <w:sz w:val="28"/>
                <w:szCs w:val="36"/>
              </w:rPr>
              <w:t xml:space="preserve"> </w:t>
            </w:r>
            <w:r w:rsidR="006C7C58" w:rsidRPr="003D7CA3">
              <w:rPr>
                <w:sz w:val="28"/>
                <w:szCs w:val="36"/>
              </w:rPr>
              <w:t>play mobile</w:t>
            </w:r>
            <w:r w:rsidRPr="003D7CA3">
              <w:rPr>
                <w:sz w:val="28"/>
                <w:szCs w:val="36"/>
              </w:rPr>
              <w:t xml:space="preserve"> </w:t>
            </w:r>
            <w:r w:rsidR="00D26E93" w:rsidRPr="003D7CA3">
              <w:rPr>
                <w:sz w:val="28"/>
                <w:szCs w:val="36"/>
              </w:rPr>
              <w:t>or board</w:t>
            </w:r>
            <w:r w:rsidRPr="003D7CA3">
              <w:rPr>
                <w:sz w:val="28"/>
                <w:szCs w:val="36"/>
              </w:rPr>
              <w:t xml:space="preserve"> game</w:t>
            </w:r>
            <w:r w:rsidR="006C7C58" w:rsidRPr="003D7CA3">
              <w:rPr>
                <w:sz w:val="28"/>
                <w:szCs w:val="36"/>
              </w:rPr>
              <w:t>?</w:t>
            </w:r>
          </w:p>
        </w:tc>
        <w:tc>
          <w:tcPr>
            <w:tcW w:w="3249" w:type="dxa"/>
          </w:tcPr>
          <w:p w14:paraId="5F5539A5" w14:textId="29300E14" w:rsidR="00FA1945" w:rsidRPr="003D7CA3" w:rsidRDefault="009517EE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 xml:space="preserve">tutorial </w:t>
            </w:r>
            <w:r w:rsidR="006C7C58" w:rsidRPr="003D7CA3">
              <w:rPr>
                <w:sz w:val="28"/>
                <w:szCs w:val="36"/>
              </w:rPr>
              <w:t>&amp; information</w:t>
            </w:r>
            <w:r w:rsidRPr="003D7CA3">
              <w:rPr>
                <w:sz w:val="28"/>
                <w:szCs w:val="36"/>
              </w:rPr>
              <w:t xml:space="preserve"> density</w:t>
            </w:r>
          </w:p>
        </w:tc>
      </w:tr>
      <w:tr w:rsidR="00FA1945" w14:paraId="6C867803" w14:textId="77777777">
        <w:trPr>
          <w:jc w:val="center"/>
        </w:trPr>
        <w:tc>
          <w:tcPr>
            <w:tcW w:w="3249" w:type="dxa"/>
          </w:tcPr>
          <w:p w14:paraId="5A5F52C5" w14:textId="42FE1B3C" w:rsidR="00FA1945" w:rsidRPr="003D7CA3" w:rsidRDefault="00D729B6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>Seeking helps</w:t>
            </w:r>
          </w:p>
        </w:tc>
        <w:tc>
          <w:tcPr>
            <w:tcW w:w="3249" w:type="dxa"/>
          </w:tcPr>
          <w:p w14:paraId="15F7473B" w14:textId="28A08505" w:rsidR="00FA1945" w:rsidRPr="003D7CA3" w:rsidRDefault="00DE5730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>How do you prefe</w:t>
            </w:r>
            <w:r w:rsidR="00C73379" w:rsidRPr="003D7CA3">
              <w:rPr>
                <w:sz w:val="28"/>
                <w:szCs w:val="36"/>
              </w:rPr>
              <w:t xml:space="preserve">r to communicate </w:t>
            </w:r>
            <w:r w:rsidR="002D53B0" w:rsidRPr="003D7CA3">
              <w:rPr>
                <w:sz w:val="28"/>
                <w:szCs w:val="36"/>
              </w:rPr>
              <w:t>to receive</w:t>
            </w:r>
            <w:r w:rsidR="00C73379" w:rsidRPr="003D7CA3">
              <w:rPr>
                <w:sz w:val="28"/>
                <w:szCs w:val="36"/>
              </w:rPr>
              <w:t xml:space="preserve"> the team </w:t>
            </w:r>
            <w:r w:rsidR="002D53B0" w:rsidRPr="003D7CA3">
              <w:rPr>
                <w:sz w:val="28"/>
                <w:szCs w:val="36"/>
              </w:rPr>
              <w:t>decisions?</w:t>
            </w:r>
          </w:p>
        </w:tc>
        <w:tc>
          <w:tcPr>
            <w:tcW w:w="3249" w:type="dxa"/>
          </w:tcPr>
          <w:p w14:paraId="4A7458FB" w14:textId="5FCEC571" w:rsidR="00FA1945" w:rsidRPr="003D7CA3" w:rsidRDefault="009517EE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 xml:space="preserve">quick message </w:t>
            </w:r>
            <w:r w:rsidR="007331ED" w:rsidRPr="003D7CA3">
              <w:rPr>
                <w:sz w:val="28"/>
                <w:szCs w:val="36"/>
              </w:rPr>
              <w:t>and proposal</w:t>
            </w:r>
            <w:r w:rsidRPr="003D7CA3">
              <w:rPr>
                <w:sz w:val="28"/>
                <w:szCs w:val="36"/>
              </w:rPr>
              <w:t xml:space="preserve"> tool</w:t>
            </w:r>
          </w:p>
        </w:tc>
      </w:tr>
      <w:tr w:rsidR="00FA1945" w14:paraId="3C75049A" w14:textId="77777777">
        <w:trPr>
          <w:jc w:val="center"/>
        </w:trPr>
        <w:tc>
          <w:tcPr>
            <w:tcW w:w="3249" w:type="dxa"/>
          </w:tcPr>
          <w:p w14:paraId="7DB6FB54" w14:textId="77777777" w:rsidR="00FA1945" w:rsidRPr="003D7CA3" w:rsidRDefault="009517EE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>Accessibility</w:t>
            </w:r>
          </w:p>
        </w:tc>
        <w:tc>
          <w:tcPr>
            <w:tcW w:w="3249" w:type="dxa"/>
          </w:tcPr>
          <w:p w14:paraId="6FD4C99D" w14:textId="2CAA8B59" w:rsidR="00FA1945" w:rsidRPr="003D7CA3" w:rsidRDefault="00CB26C5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 xml:space="preserve"> </w:t>
            </w:r>
            <w:r w:rsidR="005351F2" w:rsidRPr="003D7CA3">
              <w:rPr>
                <w:sz w:val="28"/>
                <w:szCs w:val="36"/>
              </w:rPr>
              <w:t>What problem</w:t>
            </w:r>
            <w:r w:rsidR="009F52DF" w:rsidRPr="003D7CA3">
              <w:rPr>
                <w:sz w:val="28"/>
                <w:szCs w:val="36"/>
              </w:rPr>
              <w:t xml:space="preserve"> </w:t>
            </w:r>
            <w:r w:rsidR="005351F2" w:rsidRPr="003D7CA3">
              <w:rPr>
                <w:sz w:val="28"/>
                <w:szCs w:val="36"/>
              </w:rPr>
              <w:t>creates small target</w:t>
            </w:r>
            <w:r w:rsidRPr="003D7CA3">
              <w:rPr>
                <w:sz w:val="28"/>
                <w:szCs w:val="36"/>
              </w:rPr>
              <w:t xml:space="preserve">, drag, timer </w:t>
            </w:r>
            <w:r w:rsidR="00E36A3E" w:rsidRPr="003D7CA3">
              <w:rPr>
                <w:sz w:val="28"/>
                <w:szCs w:val="36"/>
              </w:rPr>
              <w:t xml:space="preserve">or </w:t>
            </w:r>
            <w:r w:rsidRPr="003D7CA3">
              <w:rPr>
                <w:sz w:val="28"/>
                <w:szCs w:val="36"/>
              </w:rPr>
              <w:t>animation</w:t>
            </w:r>
            <w:r w:rsidR="005351F2" w:rsidRPr="003D7CA3">
              <w:rPr>
                <w:sz w:val="28"/>
                <w:szCs w:val="36"/>
              </w:rPr>
              <w:t>?</w:t>
            </w:r>
          </w:p>
        </w:tc>
        <w:tc>
          <w:tcPr>
            <w:tcW w:w="3249" w:type="dxa"/>
          </w:tcPr>
          <w:p w14:paraId="51476EDD" w14:textId="53371035" w:rsidR="00FA1945" w:rsidRPr="003D7CA3" w:rsidRDefault="009517EE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 xml:space="preserve">alternative </w:t>
            </w:r>
            <w:r w:rsidR="00BA5AD7" w:rsidRPr="003D7CA3">
              <w:rPr>
                <w:sz w:val="28"/>
                <w:szCs w:val="36"/>
              </w:rPr>
              <w:t>input and adjustable</w:t>
            </w:r>
            <w:r w:rsidRPr="003D7CA3">
              <w:rPr>
                <w:sz w:val="28"/>
                <w:szCs w:val="36"/>
              </w:rPr>
              <w:t xml:space="preserve"> settings</w:t>
            </w:r>
          </w:p>
        </w:tc>
      </w:tr>
      <w:tr w:rsidR="00FA1945" w14:paraId="2018D965" w14:textId="77777777">
        <w:trPr>
          <w:jc w:val="center"/>
        </w:trPr>
        <w:tc>
          <w:tcPr>
            <w:tcW w:w="3249" w:type="dxa"/>
          </w:tcPr>
          <w:p w14:paraId="703E6C7F" w14:textId="4B3D18EA" w:rsidR="00FA1945" w:rsidRPr="003D7CA3" w:rsidRDefault="00BA5AD7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>Emotion</w:t>
            </w:r>
          </w:p>
        </w:tc>
        <w:tc>
          <w:tcPr>
            <w:tcW w:w="3249" w:type="dxa"/>
          </w:tcPr>
          <w:p w14:paraId="25D53B33" w14:textId="57F3D799" w:rsidR="00FA1945" w:rsidRPr="003D7CA3" w:rsidRDefault="00646B6B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 xml:space="preserve"> What</w:t>
            </w:r>
            <w:r w:rsidR="00B85E96" w:rsidRPr="003D7CA3">
              <w:rPr>
                <w:sz w:val="28"/>
                <w:szCs w:val="36"/>
              </w:rPr>
              <w:t xml:space="preserve"> make</w:t>
            </w:r>
            <w:r w:rsidR="00936F6E" w:rsidRPr="003D7CA3">
              <w:rPr>
                <w:sz w:val="28"/>
                <w:szCs w:val="36"/>
              </w:rPr>
              <w:t>s</w:t>
            </w:r>
            <w:r w:rsidR="00B85E96" w:rsidRPr="003D7CA3">
              <w:rPr>
                <w:sz w:val="28"/>
                <w:szCs w:val="36"/>
              </w:rPr>
              <w:t xml:space="preserve"> the game </w:t>
            </w:r>
            <w:r w:rsidR="00936F6E" w:rsidRPr="003D7CA3">
              <w:rPr>
                <w:sz w:val="28"/>
                <w:szCs w:val="36"/>
              </w:rPr>
              <w:t>exciting</w:t>
            </w:r>
            <w:r w:rsidR="00B85E96" w:rsidRPr="003D7CA3">
              <w:rPr>
                <w:sz w:val="28"/>
                <w:szCs w:val="36"/>
              </w:rPr>
              <w:t xml:space="preserve"> but pressure free?</w:t>
            </w:r>
            <w:r w:rsidRPr="003D7CA3">
              <w:rPr>
                <w:sz w:val="28"/>
                <w:szCs w:val="36"/>
              </w:rPr>
              <w:t xml:space="preserve"> </w:t>
            </w:r>
          </w:p>
        </w:tc>
        <w:tc>
          <w:tcPr>
            <w:tcW w:w="3249" w:type="dxa"/>
          </w:tcPr>
          <w:p w14:paraId="004CDF22" w14:textId="77777777" w:rsidR="00FA1945" w:rsidRPr="003D7CA3" w:rsidRDefault="009517EE">
            <w:pPr>
              <w:rPr>
                <w:sz w:val="28"/>
                <w:szCs w:val="36"/>
              </w:rPr>
            </w:pPr>
            <w:r w:rsidRPr="003D7CA3">
              <w:rPr>
                <w:sz w:val="28"/>
                <w:szCs w:val="36"/>
              </w:rPr>
              <w:t xml:space="preserve">feedback tone </w:t>
            </w:r>
            <w:r w:rsidRPr="003D7CA3">
              <w:rPr>
                <w:rFonts w:ascii="Nirmala UI" w:hAnsi="Nirmala UI" w:cs="Nirmala UI"/>
                <w:sz w:val="28"/>
                <w:szCs w:val="36"/>
              </w:rPr>
              <w:t>ও</w:t>
            </w:r>
            <w:r w:rsidRPr="003D7CA3">
              <w:rPr>
                <w:sz w:val="28"/>
                <w:szCs w:val="36"/>
              </w:rPr>
              <w:t xml:space="preserve"> event presentation</w:t>
            </w:r>
          </w:p>
        </w:tc>
      </w:tr>
    </w:tbl>
    <w:p w14:paraId="7458BA73" w14:textId="4B6F8B8E" w:rsidR="00FA1945" w:rsidRDefault="009340E0" w:rsidP="00793780">
      <w:pPr>
        <w:pStyle w:val="Heading1"/>
      </w:pPr>
      <w:bookmarkStart w:id="4" w:name="_Toc235666970"/>
      <w:r w:rsidRPr="00793780">
        <w:t>3.</w:t>
      </w:r>
      <w:r w:rsidR="00793780" w:rsidRPr="00793780">
        <w:t>F</w:t>
      </w:r>
      <w:r w:rsidRPr="00793780">
        <w:t xml:space="preserve">our </w:t>
      </w:r>
      <w:r w:rsidR="00D85EFB" w:rsidRPr="00793780">
        <w:t>experimental persona</w:t>
      </w:r>
      <w:r w:rsidR="00095F7A">
        <w:t>s,</w:t>
      </w:r>
      <w:r w:rsidR="00A9187C">
        <w:t xml:space="preserve"> </w:t>
      </w:r>
      <w:r w:rsidR="00793780" w:rsidRPr="00793780">
        <w:t>scenario</w:t>
      </w:r>
      <w:r w:rsidR="00A9187C">
        <w:t xml:space="preserve"> &amp; experience requirements:</w:t>
      </w:r>
      <w:bookmarkEnd w:id="4"/>
    </w:p>
    <w:p w14:paraId="3D03010F" w14:textId="196B5A8D" w:rsidR="00936D79" w:rsidRPr="00804FCC" w:rsidRDefault="007C2BE1" w:rsidP="005536E7">
      <w:pPr>
        <w:pStyle w:val="Heading2"/>
        <w:spacing w:line="360" w:lineRule="auto"/>
        <w:rPr>
          <w:sz w:val="24"/>
          <w:szCs w:val="24"/>
        </w:rPr>
      </w:pPr>
      <w:bookmarkStart w:id="5" w:name="_Toc235666971"/>
      <w:r w:rsidRPr="003C3D3B">
        <w:rPr>
          <w:sz w:val="32"/>
          <w:szCs w:val="32"/>
        </w:rPr>
        <w:t>3.1</w:t>
      </w:r>
      <w:r w:rsidR="0081618E" w:rsidRPr="003C3D3B">
        <w:rPr>
          <w:sz w:val="32"/>
          <w:szCs w:val="32"/>
        </w:rPr>
        <w:t xml:space="preserve"> </w:t>
      </w:r>
      <w:r w:rsidR="00936D79" w:rsidRPr="003C3D3B">
        <w:rPr>
          <w:sz w:val="32"/>
          <w:szCs w:val="32"/>
        </w:rPr>
        <w:t xml:space="preserve">Farah Ahmed — </w:t>
      </w:r>
      <w:r w:rsidR="00936D79" w:rsidRPr="00804FCC">
        <w:t>Mature International Com</w:t>
      </w:r>
      <w:r w:rsidR="003C3D3B" w:rsidRPr="00804FCC">
        <w:t>p</w:t>
      </w:r>
      <w:r w:rsidR="00936D79" w:rsidRPr="00804FCC">
        <w:t>uter Student</w:t>
      </w:r>
      <w:bookmarkEnd w:id="5"/>
    </w:p>
    <w:p w14:paraId="374C6D99" w14:textId="48A93F82" w:rsidR="00936D79" w:rsidRPr="00621B59" w:rsidRDefault="00936D79" w:rsidP="005536E7">
      <w:pPr>
        <w:spacing w:line="360" w:lineRule="auto"/>
        <w:rPr>
          <w:sz w:val="28"/>
          <w:szCs w:val="36"/>
        </w:rPr>
      </w:pPr>
      <w:r w:rsidRPr="008F1510">
        <w:rPr>
          <w:b/>
          <w:sz w:val="29"/>
          <w:szCs w:val="36"/>
        </w:rPr>
        <w:t xml:space="preserve">Persona type: </w:t>
      </w:r>
      <w:r w:rsidRPr="00804FCC">
        <w:rPr>
          <w:sz w:val="28"/>
          <w:szCs w:val="36"/>
        </w:rPr>
        <w:t xml:space="preserve">Provisional </w:t>
      </w:r>
      <w:r w:rsidR="00C13CFA" w:rsidRPr="00804FCC">
        <w:rPr>
          <w:sz w:val="28"/>
          <w:szCs w:val="36"/>
        </w:rPr>
        <w:t>behavioral</w:t>
      </w:r>
      <w:r w:rsidRPr="00804FCC">
        <w:rPr>
          <w:sz w:val="28"/>
          <w:szCs w:val="36"/>
        </w:rPr>
        <w:t xml:space="preserve"> cluster; research validation required</w:t>
      </w:r>
      <w:r>
        <w:br/>
      </w:r>
      <w:r w:rsidRPr="008F1510">
        <w:rPr>
          <w:b/>
          <w:sz w:val="29"/>
          <w:szCs w:val="36"/>
        </w:rPr>
        <w:t>Indicative context</w:t>
      </w:r>
      <w:r w:rsidRPr="008F1510">
        <w:rPr>
          <w:b/>
          <w:sz w:val="33"/>
          <w:szCs w:val="44"/>
        </w:rPr>
        <w:t xml:space="preserve">: </w:t>
      </w:r>
      <w:r w:rsidRPr="00804FCC">
        <w:rPr>
          <w:sz w:val="28"/>
          <w:szCs w:val="32"/>
        </w:rPr>
        <w:t xml:space="preserve">London Campus computing student; part-time </w:t>
      </w:r>
      <w:r w:rsidR="00D353B5" w:rsidRPr="00804FCC">
        <w:rPr>
          <w:sz w:val="28"/>
          <w:szCs w:val="32"/>
        </w:rPr>
        <w:t>employment and caring responsibilities.</w:t>
      </w:r>
      <w:r w:rsidRPr="008F1510">
        <w:rPr>
          <w:sz w:val="25"/>
          <w:szCs w:val="28"/>
        </w:rPr>
        <w:br/>
      </w:r>
      <w:r w:rsidR="005536E7" w:rsidRPr="008F1510">
        <w:rPr>
          <w:b/>
          <w:sz w:val="29"/>
          <w:szCs w:val="36"/>
        </w:rPr>
        <w:lastRenderedPageBreak/>
        <w:t>Tech comfort</w:t>
      </w:r>
      <w:r w:rsidRPr="008F1510">
        <w:rPr>
          <w:b/>
          <w:sz w:val="29"/>
          <w:szCs w:val="36"/>
        </w:rPr>
        <w:t>:</w:t>
      </w:r>
      <w:r w:rsidR="005E094F" w:rsidRPr="00804FCC">
        <w:rPr>
          <w:b/>
          <w:sz w:val="32"/>
          <w:szCs w:val="40"/>
        </w:rPr>
        <w:t xml:space="preserve"> </w:t>
      </w:r>
      <w:r w:rsidRPr="00804FCC">
        <w:rPr>
          <w:sz w:val="28"/>
          <w:szCs w:val="36"/>
        </w:rPr>
        <w:t>Medium</w:t>
      </w:r>
      <w:r>
        <w:br/>
      </w:r>
      <w:r w:rsidRPr="008F1510">
        <w:rPr>
          <w:b/>
          <w:sz w:val="29"/>
          <w:szCs w:val="36"/>
        </w:rPr>
        <w:t>Game experience:</w:t>
      </w:r>
      <w:r w:rsidRPr="008F1510">
        <w:rPr>
          <w:b/>
          <w:sz w:val="35"/>
          <w:szCs w:val="48"/>
        </w:rPr>
        <w:t xml:space="preserve"> </w:t>
      </w:r>
      <w:r w:rsidRPr="00804FCC">
        <w:rPr>
          <w:sz w:val="28"/>
          <w:szCs w:val="36"/>
        </w:rPr>
        <w:t>Low</w:t>
      </w:r>
      <w:r>
        <w:br/>
      </w:r>
      <w:r w:rsidRPr="008F1510">
        <w:rPr>
          <w:b/>
          <w:sz w:val="29"/>
          <w:szCs w:val="36"/>
        </w:rPr>
        <w:t>Primary device/context</w:t>
      </w:r>
      <w:r w:rsidRPr="00621B59">
        <w:rPr>
          <w:b/>
          <w:sz w:val="32"/>
          <w:szCs w:val="40"/>
        </w:rPr>
        <w:t>:</w:t>
      </w:r>
      <w:r w:rsidR="00621B59" w:rsidRPr="00621B59">
        <w:rPr>
          <w:b/>
          <w:sz w:val="32"/>
          <w:szCs w:val="40"/>
        </w:rPr>
        <w:t xml:space="preserve"> </w:t>
      </w:r>
      <w:r w:rsidRPr="00621B59">
        <w:rPr>
          <w:b/>
          <w:sz w:val="32"/>
          <w:szCs w:val="40"/>
        </w:rPr>
        <w:t xml:space="preserve"> </w:t>
      </w:r>
      <w:r w:rsidRPr="00621B59">
        <w:rPr>
          <w:sz w:val="28"/>
          <w:szCs w:val="36"/>
        </w:rPr>
        <w:t>Android smartphone; short sessions while commuting or between study and family duties</w:t>
      </w:r>
      <w:r w:rsidR="009400F4" w:rsidRPr="00621B59">
        <w:rPr>
          <w:sz w:val="28"/>
          <w:szCs w:val="36"/>
        </w:rPr>
        <w:t xml:space="preserve"> and she says,</w:t>
      </w:r>
    </w:p>
    <w:p w14:paraId="0A15558F" w14:textId="7E4D8007" w:rsidR="00936D79" w:rsidRPr="00D71A5C" w:rsidRDefault="001E67B2" w:rsidP="005536E7">
      <w:pPr>
        <w:pStyle w:val="Quote"/>
        <w:spacing w:line="360" w:lineRule="auto"/>
        <w:rPr>
          <w:b/>
          <w:bCs/>
          <w:sz w:val="35"/>
          <w:szCs w:val="48"/>
        </w:rPr>
      </w:pPr>
      <w:r>
        <w:rPr>
          <w:sz w:val="35"/>
          <w:szCs w:val="48"/>
        </w:rPr>
        <w:t xml:space="preserve">             </w:t>
      </w:r>
      <w:r w:rsidRPr="00D71A5C">
        <w:rPr>
          <w:b/>
          <w:bCs/>
          <w:sz w:val="35"/>
          <w:szCs w:val="48"/>
        </w:rPr>
        <w:t xml:space="preserve"> </w:t>
      </w:r>
      <w:r w:rsidR="00936D79" w:rsidRPr="00D71A5C">
        <w:rPr>
          <w:b/>
          <w:bCs/>
          <w:sz w:val="35"/>
          <w:szCs w:val="48"/>
        </w:rPr>
        <w:t>“</w:t>
      </w:r>
      <w:r w:rsidR="00CB2076" w:rsidRPr="00D71A5C">
        <w:rPr>
          <w:b/>
          <w:bCs/>
          <w:sz w:val="35"/>
          <w:szCs w:val="48"/>
        </w:rPr>
        <w:t xml:space="preserve">I like </w:t>
      </w:r>
      <w:r w:rsidR="00A529EA" w:rsidRPr="00D71A5C">
        <w:rPr>
          <w:b/>
          <w:bCs/>
          <w:sz w:val="35"/>
          <w:szCs w:val="48"/>
        </w:rPr>
        <w:t>to work in a team and simple instruction</w:t>
      </w:r>
      <w:r w:rsidR="009D60F2" w:rsidRPr="00D71A5C">
        <w:rPr>
          <w:b/>
          <w:bCs/>
          <w:sz w:val="35"/>
          <w:szCs w:val="48"/>
        </w:rPr>
        <w:t>.</w:t>
      </w:r>
      <w:r w:rsidR="00936D79" w:rsidRPr="00D71A5C">
        <w:rPr>
          <w:b/>
          <w:bCs/>
          <w:sz w:val="35"/>
          <w:szCs w:val="48"/>
        </w:rPr>
        <w:t>”</w:t>
      </w:r>
    </w:p>
    <w:p w14:paraId="6F8013A8" w14:textId="36A9D477" w:rsidR="00936D79" w:rsidRPr="00621B59" w:rsidRDefault="00936D79" w:rsidP="005536E7">
      <w:pPr>
        <w:spacing w:line="360" w:lineRule="auto"/>
        <w:rPr>
          <w:sz w:val="28"/>
          <w:szCs w:val="36"/>
        </w:rPr>
      </w:pPr>
      <w:r w:rsidRPr="00851EB7">
        <w:rPr>
          <w:bCs/>
          <w:color w:val="388600"/>
          <w:sz w:val="29"/>
          <w:szCs w:val="36"/>
        </w:rPr>
        <w:t>P</w:t>
      </w:r>
      <w:r w:rsidR="00A51279" w:rsidRPr="00851EB7">
        <w:rPr>
          <w:bCs/>
          <w:color w:val="388600"/>
          <w:sz w:val="29"/>
          <w:szCs w:val="36"/>
        </w:rPr>
        <w:t>rimary Goal:</w:t>
      </w:r>
      <w:r>
        <w:rPr>
          <w:b/>
        </w:rPr>
        <w:br/>
      </w:r>
      <w:r w:rsidR="008C26FF" w:rsidRPr="00621B59">
        <w:rPr>
          <w:sz w:val="28"/>
          <w:szCs w:val="36"/>
        </w:rPr>
        <w:t xml:space="preserve">Complete a valid turn of the game </w:t>
      </w:r>
      <w:r w:rsidR="00BC39FE" w:rsidRPr="00621B59">
        <w:rPr>
          <w:sz w:val="28"/>
          <w:szCs w:val="36"/>
        </w:rPr>
        <w:t xml:space="preserve">only understanding own role </w:t>
      </w:r>
      <w:r w:rsidR="00D27197" w:rsidRPr="00621B59">
        <w:rPr>
          <w:sz w:val="28"/>
          <w:szCs w:val="36"/>
        </w:rPr>
        <w:t>not reading the long and boring</w:t>
      </w:r>
      <w:r w:rsidR="00936E72" w:rsidRPr="00621B59">
        <w:rPr>
          <w:sz w:val="28"/>
          <w:szCs w:val="36"/>
        </w:rPr>
        <w:t xml:space="preserve"> rule book</w:t>
      </w:r>
    </w:p>
    <w:p w14:paraId="2E4DB8FB" w14:textId="77777777" w:rsidR="00161218" w:rsidRDefault="00851EB7" w:rsidP="00514009">
      <w:pPr>
        <w:spacing w:line="360" w:lineRule="auto"/>
        <w:rPr>
          <w:b/>
        </w:rPr>
      </w:pPr>
      <w:r w:rsidRPr="00851EB7">
        <w:rPr>
          <w:bCs/>
          <w:color w:val="0070C0"/>
          <w:sz w:val="29"/>
          <w:szCs w:val="36"/>
        </w:rPr>
        <w:t>Secondary Goal</w:t>
      </w:r>
      <w:r w:rsidR="00A51279" w:rsidRPr="00851EB7">
        <w:rPr>
          <w:bCs/>
          <w:color w:val="0070C0"/>
          <w:sz w:val="29"/>
          <w:szCs w:val="36"/>
        </w:rPr>
        <w:t>:</w:t>
      </w:r>
    </w:p>
    <w:p w14:paraId="7F6E0373" w14:textId="0432DCD0" w:rsidR="00514009" w:rsidRPr="00621B59" w:rsidRDefault="00D26F2B" w:rsidP="00514009">
      <w:pPr>
        <w:spacing w:line="360" w:lineRule="auto"/>
        <w:rPr>
          <w:sz w:val="22"/>
          <w:szCs w:val="22"/>
        </w:rPr>
      </w:pPr>
      <w:r w:rsidRPr="00621B59">
        <w:rPr>
          <w:sz w:val="28"/>
          <w:szCs w:val="36"/>
        </w:rPr>
        <w:t>After f</w:t>
      </w:r>
      <w:r w:rsidR="00936D79" w:rsidRPr="00621B59">
        <w:rPr>
          <w:sz w:val="28"/>
          <w:szCs w:val="36"/>
        </w:rPr>
        <w:t xml:space="preserve">amily </w:t>
      </w:r>
      <w:r w:rsidRPr="00621B59">
        <w:rPr>
          <w:sz w:val="28"/>
          <w:szCs w:val="36"/>
        </w:rPr>
        <w:t xml:space="preserve">or </w:t>
      </w:r>
      <w:r w:rsidR="00936D79" w:rsidRPr="00621B59">
        <w:rPr>
          <w:sz w:val="28"/>
          <w:szCs w:val="36"/>
        </w:rPr>
        <w:t>work interruption-</w:t>
      </w:r>
      <w:r w:rsidR="007F22ED" w:rsidRPr="00621B59">
        <w:rPr>
          <w:sz w:val="28"/>
          <w:szCs w:val="36"/>
        </w:rPr>
        <w:t xml:space="preserve">easily re-join in the game without </w:t>
      </w:r>
      <w:r w:rsidR="00A51279" w:rsidRPr="00621B59">
        <w:rPr>
          <w:sz w:val="28"/>
          <w:szCs w:val="36"/>
        </w:rPr>
        <w:t>losing</w:t>
      </w:r>
      <w:r w:rsidR="00936D79" w:rsidRPr="00621B59">
        <w:rPr>
          <w:sz w:val="28"/>
          <w:szCs w:val="36"/>
        </w:rPr>
        <w:t xml:space="preserve"> game state</w:t>
      </w:r>
    </w:p>
    <w:p w14:paraId="6770E98D" w14:textId="77777777" w:rsidR="007D554A" w:rsidRDefault="00936D79" w:rsidP="00514009">
      <w:pPr>
        <w:spacing w:line="360" w:lineRule="auto"/>
        <w:rPr>
          <w:b/>
          <w:color w:val="388600"/>
          <w:sz w:val="31"/>
          <w:szCs w:val="40"/>
        </w:rPr>
      </w:pPr>
      <w:r w:rsidRPr="00FE13C9">
        <w:rPr>
          <w:bCs/>
          <w:color w:val="055B81"/>
          <w:sz w:val="31"/>
          <w:szCs w:val="40"/>
        </w:rPr>
        <w:t>Context and scenario:</w:t>
      </w:r>
      <w:r w:rsidRPr="00FE13C9">
        <w:rPr>
          <w:b/>
          <w:color w:val="388600"/>
          <w:sz w:val="31"/>
          <w:szCs w:val="40"/>
        </w:rPr>
        <w:t xml:space="preserve"> </w:t>
      </w:r>
    </w:p>
    <w:p w14:paraId="66B7104E" w14:textId="3E47E6E0" w:rsidR="00936D79" w:rsidRPr="00621B59" w:rsidRDefault="00936D79" w:rsidP="00514009">
      <w:pPr>
        <w:spacing w:line="360" w:lineRule="auto"/>
        <w:rPr>
          <w:sz w:val="22"/>
          <w:szCs w:val="22"/>
        </w:rPr>
      </w:pPr>
      <w:r w:rsidRPr="00621B59">
        <w:rPr>
          <w:sz w:val="28"/>
          <w:szCs w:val="36"/>
        </w:rPr>
        <w:t>Farah</w:t>
      </w:r>
      <w:r w:rsidR="00A46015" w:rsidRPr="00621B59">
        <w:rPr>
          <w:sz w:val="28"/>
          <w:szCs w:val="36"/>
        </w:rPr>
        <w:t xml:space="preserve"> takes </w:t>
      </w:r>
      <w:r w:rsidR="00843406" w:rsidRPr="00621B59">
        <w:rPr>
          <w:sz w:val="28"/>
          <w:szCs w:val="36"/>
        </w:rPr>
        <w:t>the role</w:t>
      </w:r>
      <w:r w:rsidR="000F0D1A" w:rsidRPr="00621B59">
        <w:rPr>
          <w:sz w:val="28"/>
          <w:szCs w:val="36"/>
        </w:rPr>
        <w:t xml:space="preserve"> of </w:t>
      </w:r>
      <w:r w:rsidR="007E5022" w:rsidRPr="00621B59">
        <w:rPr>
          <w:sz w:val="28"/>
          <w:szCs w:val="36"/>
        </w:rPr>
        <w:t xml:space="preserve">a </w:t>
      </w:r>
      <w:r w:rsidR="00843406" w:rsidRPr="00621B59">
        <w:rPr>
          <w:sz w:val="28"/>
          <w:szCs w:val="36"/>
        </w:rPr>
        <w:t>Wellbeing</w:t>
      </w:r>
      <w:r w:rsidR="007E5022" w:rsidRPr="00621B59">
        <w:rPr>
          <w:sz w:val="28"/>
          <w:szCs w:val="36"/>
        </w:rPr>
        <w:t xml:space="preserve"> Advisor</w:t>
      </w:r>
      <w:r w:rsidR="00417A49" w:rsidRPr="00621B59">
        <w:rPr>
          <w:sz w:val="28"/>
          <w:szCs w:val="36"/>
        </w:rPr>
        <w:t xml:space="preserve"> </w:t>
      </w:r>
      <w:r w:rsidR="00843406" w:rsidRPr="00621B59">
        <w:rPr>
          <w:sz w:val="28"/>
          <w:szCs w:val="36"/>
        </w:rPr>
        <w:t xml:space="preserve">consisting </w:t>
      </w:r>
      <w:r w:rsidR="006F5968" w:rsidRPr="00621B59">
        <w:rPr>
          <w:sz w:val="28"/>
          <w:szCs w:val="36"/>
        </w:rPr>
        <w:t>of 4</w:t>
      </w:r>
      <w:r w:rsidR="00A70878" w:rsidRPr="00621B59">
        <w:rPr>
          <w:sz w:val="28"/>
          <w:szCs w:val="36"/>
        </w:rPr>
        <w:t xml:space="preserve"> people </w:t>
      </w:r>
      <w:r w:rsidR="006F5968" w:rsidRPr="00621B59">
        <w:rPr>
          <w:sz w:val="28"/>
          <w:szCs w:val="36"/>
        </w:rPr>
        <w:t>group by</w:t>
      </w:r>
      <w:r w:rsidR="00591BC9" w:rsidRPr="00621B59">
        <w:rPr>
          <w:sz w:val="28"/>
          <w:szCs w:val="36"/>
        </w:rPr>
        <w:t xml:space="preserve"> the invitation of her classmate.</w:t>
      </w:r>
      <w:r w:rsidRPr="00621B59">
        <w:rPr>
          <w:sz w:val="28"/>
          <w:szCs w:val="36"/>
        </w:rPr>
        <w:t xml:space="preserve"> English </w:t>
      </w:r>
      <w:r w:rsidR="00C12404" w:rsidRPr="00621B59">
        <w:rPr>
          <w:sz w:val="28"/>
          <w:szCs w:val="36"/>
        </w:rPr>
        <w:t xml:space="preserve">may be her </w:t>
      </w:r>
      <w:r w:rsidRPr="00621B59">
        <w:rPr>
          <w:sz w:val="28"/>
          <w:szCs w:val="36"/>
        </w:rPr>
        <w:t xml:space="preserve">additional </w:t>
      </w:r>
      <w:r w:rsidR="00843406" w:rsidRPr="00621B59">
        <w:rPr>
          <w:sz w:val="28"/>
          <w:szCs w:val="36"/>
        </w:rPr>
        <w:t>language,</w:t>
      </w:r>
      <w:r w:rsidRPr="00621B59">
        <w:rPr>
          <w:sz w:val="28"/>
          <w:szCs w:val="36"/>
        </w:rPr>
        <w:t xml:space="preserve"> </w:t>
      </w:r>
      <w:r w:rsidR="00843406" w:rsidRPr="00621B59">
        <w:rPr>
          <w:sz w:val="28"/>
          <w:szCs w:val="36"/>
        </w:rPr>
        <w:t>and available</w:t>
      </w:r>
      <w:r w:rsidRPr="00621B59">
        <w:rPr>
          <w:sz w:val="28"/>
          <w:szCs w:val="36"/>
        </w:rPr>
        <w:t xml:space="preserve"> play time </w:t>
      </w:r>
      <w:r w:rsidR="00C12404" w:rsidRPr="00621B59">
        <w:rPr>
          <w:sz w:val="28"/>
          <w:szCs w:val="36"/>
        </w:rPr>
        <w:t xml:space="preserve">is </w:t>
      </w:r>
      <w:r w:rsidR="006F5968" w:rsidRPr="00621B59">
        <w:rPr>
          <w:sz w:val="28"/>
          <w:szCs w:val="36"/>
        </w:rPr>
        <w:t>limited. After</w:t>
      </w:r>
      <w:r w:rsidR="001C45F4" w:rsidRPr="00621B59">
        <w:rPr>
          <w:sz w:val="28"/>
          <w:szCs w:val="36"/>
        </w:rPr>
        <w:t xml:space="preserve"> coming from an important phone </w:t>
      </w:r>
      <w:r w:rsidR="006F5968" w:rsidRPr="00621B59">
        <w:rPr>
          <w:sz w:val="28"/>
          <w:szCs w:val="36"/>
        </w:rPr>
        <w:t>call,</w:t>
      </w:r>
      <w:r w:rsidR="00DD4C7C" w:rsidRPr="00621B59">
        <w:rPr>
          <w:sz w:val="28"/>
          <w:szCs w:val="36"/>
        </w:rPr>
        <w:t xml:space="preserve"> she needs to understand quickly </w:t>
      </w:r>
      <w:r w:rsidRPr="00621B59">
        <w:rPr>
          <w:sz w:val="28"/>
          <w:szCs w:val="36"/>
        </w:rPr>
        <w:t xml:space="preserve">shared </w:t>
      </w:r>
      <w:r w:rsidR="006F5968" w:rsidRPr="00621B59">
        <w:rPr>
          <w:sz w:val="28"/>
          <w:szCs w:val="36"/>
        </w:rPr>
        <w:t>objectives</w:t>
      </w:r>
      <w:r w:rsidRPr="00621B59">
        <w:rPr>
          <w:sz w:val="28"/>
          <w:szCs w:val="36"/>
        </w:rPr>
        <w:t xml:space="preserve">, current crisis </w:t>
      </w:r>
      <w:r w:rsidR="00843406" w:rsidRPr="00621B59">
        <w:rPr>
          <w:sz w:val="28"/>
          <w:szCs w:val="36"/>
        </w:rPr>
        <w:t xml:space="preserve">and </w:t>
      </w:r>
      <w:r w:rsidRPr="00621B59">
        <w:rPr>
          <w:sz w:val="28"/>
          <w:szCs w:val="36"/>
        </w:rPr>
        <w:t>remaining actions</w:t>
      </w:r>
      <w:r w:rsidR="00843406" w:rsidRPr="00621B59">
        <w:rPr>
          <w:sz w:val="28"/>
          <w:szCs w:val="36"/>
        </w:rPr>
        <w:t>.</w:t>
      </w:r>
    </w:p>
    <w:p w14:paraId="17F97E5E" w14:textId="42E42ABB" w:rsidR="00936D79" w:rsidRPr="00013BBE" w:rsidRDefault="00936D79" w:rsidP="00936D79">
      <w:pPr>
        <w:rPr>
          <w:sz w:val="29"/>
          <w:szCs w:val="36"/>
        </w:rPr>
      </w:pPr>
      <w:r w:rsidRPr="00013BBE">
        <w:rPr>
          <w:b/>
          <w:sz w:val="29"/>
          <w:szCs w:val="36"/>
        </w:rPr>
        <w:t xml:space="preserve">Pain points and </w:t>
      </w:r>
      <w:r w:rsidR="00760B97" w:rsidRPr="00013BBE">
        <w:rPr>
          <w:b/>
          <w:sz w:val="29"/>
          <w:szCs w:val="36"/>
        </w:rPr>
        <w:t>behaviors</w:t>
      </w:r>
      <w:r w:rsidRPr="00013BBE">
        <w:rPr>
          <w:b/>
          <w:sz w:val="29"/>
          <w:szCs w:val="36"/>
        </w:rPr>
        <w:t xml:space="preserve"> to validate through research:</w:t>
      </w:r>
    </w:p>
    <w:p w14:paraId="5971A38E" w14:textId="758E24FD" w:rsidR="00936D79" w:rsidRPr="00621B59" w:rsidRDefault="00E806F7" w:rsidP="003D1BFF">
      <w:pPr>
        <w:pStyle w:val="ListBullet"/>
        <w:numPr>
          <w:ilvl w:val="0"/>
          <w:numId w:val="12"/>
        </w:numPr>
        <w:spacing w:line="360" w:lineRule="auto"/>
        <w:jc w:val="both"/>
        <w:rPr>
          <w:sz w:val="28"/>
          <w:szCs w:val="36"/>
        </w:rPr>
      </w:pPr>
      <w:r w:rsidRPr="00621B59">
        <w:rPr>
          <w:sz w:val="28"/>
          <w:szCs w:val="36"/>
        </w:rPr>
        <w:t xml:space="preserve">Does </w:t>
      </w:r>
      <w:r w:rsidR="00650F41" w:rsidRPr="00621B59">
        <w:rPr>
          <w:sz w:val="28"/>
          <w:szCs w:val="36"/>
        </w:rPr>
        <w:t>l</w:t>
      </w:r>
      <w:r w:rsidR="00936D79" w:rsidRPr="00621B59">
        <w:rPr>
          <w:sz w:val="28"/>
          <w:szCs w:val="36"/>
        </w:rPr>
        <w:t xml:space="preserve">ong onboarding, unfamiliar terminology </w:t>
      </w:r>
      <w:r w:rsidR="00F11777" w:rsidRPr="00621B59">
        <w:rPr>
          <w:sz w:val="28"/>
          <w:szCs w:val="36"/>
        </w:rPr>
        <w:t>and dense</w:t>
      </w:r>
      <w:r w:rsidR="00936D79" w:rsidRPr="00621B59">
        <w:rPr>
          <w:sz w:val="28"/>
          <w:szCs w:val="36"/>
        </w:rPr>
        <w:t xml:space="preserve"> text </w:t>
      </w:r>
      <w:r w:rsidR="00F11777" w:rsidRPr="00621B59">
        <w:rPr>
          <w:sz w:val="28"/>
          <w:szCs w:val="36"/>
        </w:rPr>
        <w:t>make</w:t>
      </w:r>
      <w:r w:rsidR="00083402" w:rsidRPr="00621B59">
        <w:rPr>
          <w:sz w:val="28"/>
          <w:szCs w:val="36"/>
        </w:rPr>
        <w:t xml:space="preserve"> her delay </w:t>
      </w:r>
      <w:r w:rsidR="00F11777" w:rsidRPr="00621B59">
        <w:rPr>
          <w:sz w:val="28"/>
          <w:szCs w:val="36"/>
        </w:rPr>
        <w:t>starting</w:t>
      </w:r>
      <w:r w:rsidR="00083402" w:rsidRPr="00621B59">
        <w:rPr>
          <w:sz w:val="28"/>
          <w:szCs w:val="36"/>
        </w:rPr>
        <w:t xml:space="preserve"> her </w:t>
      </w:r>
      <w:r w:rsidR="00936D79" w:rsidRPr="00621B59">
        <w:rPr>
          <w:sz w:val="28"/>
          <w:szCs w:val="36"/>
        </w:rPr>
        <w:t>turn</w:t>
      </w:r>
      <w:r w:rsidR="00083402" w:rsidRPr="00621B59">
        <w:rPr>
          <w:sz w:val="28"/>
          <w:szCs w:val="36"/>
        </w:rPr>
        <w:t>.</w:t>
      </w:r>
    </w:p>
    <w:p w14:paraId="779C5C65" w14:textId="3AB881EE" w:rsidR="00936D79" w:rsidRPr="00621B59" w:rsidRDefault="00AF6DA0" w:rsidP="003D1BFF">
      <w:pPr>
        <w:pStyle w:val="ListBullet"/>
        <w:numPr>
          <w:ilvl w:val="0"/>
          <w:numId w:val="12"/>
        </w:numPr>
        <w:spacing w:line="360" w:lineRule="auto"/>
        <w:jc w:val="both"/>
        <w:rPr>
          <w:sz w:val="28"/>
          <w:szCs w:val="36"/>
        </w:rPr>
      </w:pPr>
      <w:r w:rsidRPr="00621B59">
        <w:rPr>
          <w:sz w:val="28"/>
          <w:szCs w:val="36"/>
        </w:rPr>
        <w:t xml:space="preserve">Instead </w:t>
      </w:r>
      <w:r w:rsidR="00F11777" w:rsidRPr="00621B59">
        <w:rPr>
          <w:sz w:val="28"/>
          <w:szCs w:val="36"/>
        </w:rPr>
        <w:t xml:space="preserve">of reading instructions </w:t>
      </w:r>
      <w:r w:rsidR="00EB46A8" w:rsidRPr="00621B59">
        <w:rPr>
          <w:sz w:val="28"/>
          <w:szCs w:val="36"/>
        </w:rPr>
        <w:t>completely does</w:t>
      </w:r>
      <w:r w:rsidRPr="00621B59">
        <w:rPr>
          <w:sz w:val="28"/>
          <w:szCs w:val="36"/>
        </w:rPr>
        <w:t xml:space="preserve"> she </w:t>
      </w:r>
      <w:proofErr w:type="gramStart"/>
      <w:r w:rsidR="00161218" w:rsidRPr="00621B59">
        <w:rPr>
          <w:sz w:val="28"/>
          <w:szCs w:val="36"/>
        </w:rPr>
        <w:t>follows</w:t>
      </w:r>
      <w:proofErr w:type="gramEnd"/>
      <w:r w:rsidR="004E54CF" w:rsidRPr="00621B59">
        <w:rPr>
          <w:sz w:val="28"/>
          <w:szCs w:val="36"/>
        </w:rPr>
        <w:t xml:space="preserve"> </w:t>
      </w:r>
      <w:r w:rsidR="00936D79" w:rsidRPr="00621B59">
        <w:rPr>
          <w:sz w:val="28"/>
          <w:szCs w:val="36"/>
        </w:rPr>
        <w:t xml:space="preserve">example, icon label </w:t>
      </w:r>
      <w:r w:rsidR="00F11777" w:rsidRPr="00621B59">
        <w:rPr>
          <w:sz w:val="28"/>
          <w:szCs w:val="36"/>
        </w:rPr>
        <w:t>or step</w:t>
      </w:r>
      <w:r w:rsidR="00936D79" w:rsidRPr="00621B59">
        <w:rPr>
          <w:sz w:val="28"/>
          <w:szCs w:val="36"/>
        </w:rPr>
        <w:t>-by-step prompt</w:t>
      </w:r>
    </w:p>
    <w:p w14:paraId="4491786A" w14:textId="46D73304" w:rsidR="00936D79" w:rsidRPr="00621B59" w:rsidRDefault="00527A6C" w:rsidP="003D1BFF">
      <w:pPr>
        <w:pStyle w:val="ListBullet"/>
        <w:numPr>
          <w:ilvl w:val="0"/>
          <w:numId w:val="12"/>
        </w:numPr>
        <w:spacing w:line="360" w:lineRule="auto"/>
        <w:jc w:val="both"/>
        <w:rPr>
          <w:sz w:val="22"/>
          <w:szCs w:val="22"/>
        </w:rPr>
      </w:pPr>
      <w:r w:rsidRPr="00621B59">
        <w:rPr>
          <w:sz w:val="28"/>
          <w:szCs w:val="36"/>
        </w:rPr>
        <w:t xml:space="preserve">Does she </w:t>
      </w:r>
      <w:r w:rsidR="009F6B10" w:rsidRPr="00621B59">
        <w:rPr>
          <w:sz w:val="28"/>
          <w:szCs w:val="36"/>
        </w:rPr>
        <w:t xml:space="preserve">depend on the help of the other </w:t>
      </w:r>
      <w:r w:rsidR="00EB46A8" w:rsidRPr="00621B59">
        <w:rPr>
          <w:sz w:val="28"/>
          <w:szCs w:val="36"/>
        </w:rPr>
        <w:t xml:space="preserve">players, if there is no recap after the </w:t>
      </w:r>
      <w:r w:rsidR="00936D79" w:rsidRPr="00621B59">
        <w:rPr>
          <w:sz w:val="28"/>
          <w:szCs w:val="36"/>
        </w:rPr>
        <w:t>Interruption</w:t>
      </w:r>
      <w:r w:rsidR="00EB46A8" w:rsidRPr="00621B59">
        <w:rPr>
          <w:sz w:val="22"/>
          <w:szCs w:val="22"/>
        </w:rPr>
        <w:t>.</w:t>
      </w:r>
    </w:p>
    <w:p w14:paraId="1BC55FBD" w14:textId="0B7091A5" w:rsidR="00936D79" w:rsidRPr="006C7374" w:rsidRDefault="00936D79" w:rsidP="006C7374">
      <w:pPr>
        <w:spacing w:line="360" w:lineRule="auto"/>
        <w:jc w:val="both"/>
        <w:rPr>
          <w:sz w:val="27"/>
          <w:szCs w:val="32"/>
        </w:rPr>
      </w:pPr>
      <w:bookmarkStart w:id="6" w:name="_Toc235666972"/>
      <w:r w:rsidRPr="00CB4E47">
        <w:rPr>
          <w:rStyle w:val="Heading3Char"/>
          <w:sz w:val="32"/>
          <w:szCs w:val="36"/>
        </w:rPr>
        <w:t>Design implications (provisional):</w:t>
      </w:r>
      <w:bookmarkEnd w:id="6"/>
      <w:r w:rsidRPr="00CB4E47">
        <w:rPr>
          <w:b/>
          <w:sz w:val="37"/>
          <w:szCs w:val="52"/>
        </w:rPr>
        <w:t xml:space="preserve"> </w:t>
      </w:r>
      <w:r w:rsidRPr="00621B59">
        <w:rPr>
          <w:sz w:val="28"/>
          <w:szCs w:val="36"/>
        </w:rPr>
        <w:t xml:space="preserve">Two-minute progressive tutorial, plain language, persistent shared objective, session-duration estimate, safe reconnection </w:t>
      </w:r>
      <w:r w:rsidR="00716F48" w:rsidRPr="00621B59">
        <w:rPr>
          <w:sz w:val="28"/>
          <w:szCs w:val="36"/>
        </w:rPr>
        <w:t xml:space="preserve">and before </w:t>
      </w:r>
      <w:r w:rsidR="006C7374" w:rsidRPr="00621B59">
        <w:rPr>
          <w:sz w:val="28"/>
          <w:szCs w:val="36"/>
        </w:rPr>
        <w:t>using rare</w:t>
      </w:r>
      <w:r w:rsidRPr="00621B59">
        <w:rPr>
          <w:sz w:val="28"/>
          <w:szCs w:val="36"/>
        </w:rPr>
        <w:t xml:space="preserve"> card </w:t>
      </w:r>
      <w:r w:rsidR="006C7374" w:rsidRPr="00621B59">
        <w:rPr>
          <w:sz w:val="28"/>
          <w:szCs w:val="36"/>
        </w:rPr>
        <w:t xml:space="preserve">needs </w:t>
      </w:r>
      <w:r w:rsidRPr="00621B59">
        <w:rPr>
          <w:sz w:val="28"/>
          <w:szCs w:val="36"/>
        </w:rPr>
        <w:t>clear confirmation</w:t>
      </w:r>
      <w:r w:rsidR="006C7374" w:rsidRPr="006C7374">
        <w:rPr>
          <w:sz w:val="27"/>
          <w:szCs w:val="32"/>
        </w:rPr>
        <w:t>.</w:t>
      </w:r>
    </w:p>
    <w:p w14:paraId="7DF69858" w14:textId="665C867C" w:rsidR="00936D79" w:rsidRPr="00B60F99" w:rsidRDefault="00936D79" w:rsidP="00936D79">
      <w:pPr>
        <w:rPr>
          <w:sz w:val="27"/>
          <w:szCs w:val="32"/>
        </w:rPr>
      </w:pPr>
      <w:r w:rsidRPr="00161218">
        <w:rPr>
          <w:b/>
          <w:sz w:val="29"/>
          <w:szCs w:val="36"/>
        </w:rPr>
        <w:lastRenderedPageBreak/>
        <w:t xml:space="preserve">User story: </w:t>
      </w:r>
      <w:r w:rsidRPr="00621B59">
        <w:rPr>
          <w:sz w:val="28"/>
          <w:szCs w:val="36"/>
        </w:rPr>
        <w:t>“</w:t>
      </w:r>
      <w:r w:rsidR="00257447" w:rsidRPr="00621B59">
        <w:rPr>
          <w:sz w:val="28"/>
          <w:szCs w:val="36"/>
        </w:rPr>
        <w:t xml:space="preserve">As </w:t>
      </w:r>
      <w:r w:rsidRPr="00621B59">
        <w:rPr>
          <w:sz w:val="28"/>
          <w:szCs w:val="36"/>
        </w:rPr>
        <w:t xml:space="preserve">Farah </w:t>
      </w:r>
      <w:r w:rsidR="00257447" w:rsidRPr="00621B59">
        <w:rPr>
          <w:sz w:val="28"/>
          <w:szCs w:val="36"/>
        </w:rPr>
        <w:t xml:space="preserve">I would like to </w:t>
      </w:r>
      <w:r w:rsidR="002D4E50" w:rsidRPr="00621B59">
        <w:rPr>
          <w:sz w:val="28"/>
          <w:szCs w:val="36"/>
        </w:rPr>
        <w:t xml:space="preserve">understand quickly my role </w:t>
      </w:r>
      <w:r w:rsidR="00B60F99" w:rsidRPr="00621B59">
        <w:rPr>
          <w:sz w:val="28"/>
          <w:szCs w:val="36"/>
        </w:rPr>
        <w:t>and available</w:t>
      </w:r>
      <w:r w:rsidRPr="00621B59">
        <w:rPr>
          <w:sz w:val="28"/>
          <w:szCs w:val="36"/>
        </w:rPr>
        <w:t xml:space="preserve"> actions </w:t>
      </w:r>
      <w:r w:rsidR="009C3AFF" w:rsidRPr="00621B59">
        <w:rPr>
          <w:sz w:val="28"/>
          <w:szCs w:val="36"/>
        </w:rPr>
        <w:t xml:space="preserve">so that </w:t>
      </w:r>
      <w:r w:rsidR="0057045C" w:rsidRPr="00621B59">
        <w:rPr>
          <w:sz w:val="28"/>
          <w:szCs w:val="36"/>
        </w:rPr>
        <w:t xml:space="preserve">I can contribute to my </w:t>
      </w:r>
      <w:r w:rsidR="004912FB" w:rsidRPr="00621B59">
        <w:rPr>
          <w:sz w:val="28"/>
          <w:szCs w:val="36"/>
        </w:rPr>
        <w:t>team without</w:t>
      </w:r>
      <w:r w:rsidR="00B60F99" w:rsidRPr="00621B59">
        <w:rPr>
          <w:sz w:val="28"/>
          <w:szCs w:val="36"/>
        </w:rPr>
        <w:t xml:space="preserve"> embarrassment with experienced</w:t>
      </w:r>
      <w:r w:rsidRPr="00621B59">
        <w:rPr>
          <w:sz w:val="28"/>
          <w:szCs w:val="36"/>
        </w:rPr>
        <w:t xml:space="preserve"> players</w:t>
      </w:r>
      <w:r w:rsidR="00B60F99" w:rsidRPr="00B60F99">
        <w:rPr>
          <w:sz w:val="27"/>
          <w:szCs w:val="32"/>
        </w:rPr>
        <w:t>”</w:t>
      </w:r>
    </w:p>
    <w:p w14:paraId="783F5B21" w14:textId="73105565" w:rsidR="00936D79" w:rsidRPr="008E3561" w:rsidRDefault="00035524" w:rsidP="008E3561">
      <w:pPr>
        <w:pStyle w:val="Heading2"/>
        <w:rPr>
          <w:sz w:val="32"/>
          <w:szCs w:val="32"/>
        </w:rPr>
      </w:pPr>
      <w:bookmarkStart w:id="7" w:name="_Toc235666973"/>
      <w:r w:rsidRPr="00AD36A1">
        <w:rPr>
          <w:sz w:val="32"/>
          <w:szCs w:val="32"/>
        </w:rPr>
        <w:t xml:space="preserve">3.2 </w:t>
      </w:r>
      <w:r w:rsidR="008E3561" w:rsidRPr="00AD36A1">
        <w:rPr>
          <w:sz w:val="32"/>
          <w:szCs w:val="32"/>
        </w:rPr>
        <w:t>David</w:t>
      </w:r>
      <w:r w:rsidR="00936D79" w:rsidRPr="00AD36A1">
        <w:rPr>
          <w:sz w:val="32"/>
          <w:szCs w:val="32"/>
        </w:rPr>
        <w:t xml:space="preserve"> Morgan</w:t>
      </w:r>
      <w:r w:rsidR="00936D79" w:rsidRPr="00AD36A1">
        <w:rPr>
          <w:sz w:val="40"/>
          <w:szCs w:val="40"/>
        </w:rPr>
        <w:t xml:space="preserve"> </w:t>
      </w:r>
      <w:r w:rsidR="00936D79" w:rsidRPr="00A424E2">
        <w:rPr>
          <w:sz w:val="32"/>
          <w:szCs w:val="32"/>
        </w:rPr>
        <w:t xml:space="preserve">— </w:t>
      </w:r>
      <w:r w:rsidR="00936D79" w:rsidRPr="00B2206A">
        <w:t>Experienced Young Strategy Gamer</w:t>
      </w:r>
      <w:bookmarkEnd w:id="7"/>
    </w:p>
    <w:p w14:paraId="3198083C" w14:textId="147C1843" w:rsidR="00936D79" w:rsidRPr="00621B59" w:rsidRDefault="00936D79" w:rsidP="00206ED4">
      <w:pPr>
        <w:spacing w:line="360" w:lineRule="auto"/>
        <w:rPr>
          <w:sz w:val="22"/>
          <w:szCs w:val="22"/>
        </w:rPr>
      </w:pPr>
      <w:r w:rsidRPr="003640D6">
        <w:rPr>
          <w:b/>
          <w:sz w:val="31"/>
          <w:szCs w:val="40"/>
        </w:rPr>
        <w:t>Persona type</w:t>
      </w:r>
      <w:r w:rsidRPr="003640D6">
        <w:rPr>
          <w:b/>
          <w:sz w:val="35"/>
          <w:szCs w:val="48"/>
        </w:rPr>
        <w:t xml:space="preserve">: </w:t>
      </w:r>
      <w:r w:rsidRPr="00621B59">
        <w:rPr>
          <w:sz w:val="28"/>
          <w:szCs w:val="36"/>
        </w:rPr>
        <w:t xml:space="preserve">Provisional </w:t>
      </w:r>
      <w:r w:rsidR="00001DD1" w:rsidRPr="00621B59">
        <w:rPr>
          <w:sz w:val="28"/>
          <w:szCs w:val="36"/>
        </w:rPr>
        <w:t>behavioral</w:t>
      </w:r>
      <w:r w:rsidRPr="00621B59">
        <w:rPr>
          <w:sz w:val="28"/>
          <w:szCs w:val="36"/>
        </w:rPr>
        <w:t xml:space="preserve"> cluster; research validation required</w:t>
      </w:r>
      <w:r w:rsidRPr="00621B59">
        <w:rPr>
          <w:sz w:val="24"/>
          <w:szCs w:val="28"/>
        </w:rPr>
        <w:br/>
      </w:r>
      <w:r w:rsidRPr="00143132">
        <w:rPr>
          <w:b/>
          <w:sz w:val="29"/>
          <w:szCs w:val="36"/>
        </w:rPr>
        <w:t xml:space="preserve">Indicative context: </w:t>
      </w:r>
      <w:r w:rsidRPr="00621B59">
        <w:rPr>
          <w:sz w:val="28"/>
          <w:szCs w:val="32"/>
        </w:rPr>
        <w:t>Young learner living near Swansea Campus</w:t>
      </w:r>
      <w:r w:rsidR="000660BB" w:rsidRPr="00621B59">
        <w:rPr>
          <w:sz w:val="28"/>
          <w:szCs w:val="32"/>
        </w:rPr>
        <w:t>.</w:t>
      </w:r>
      <w:r w:rsidRPr="00621B59">
        <w:rPr>
          <w:sz w:val="18"/>
          <w:szCs w:val="18"/>
        </w:rPr>
        <w:br/>
      </w:r>
      <w:r w:rsidRPr="0028554A">
        <w:rPr>
          <w:b/>
          <w:sz w:val="29"/>
          <w:szCs w:val="36"/>
        </w:rPr>
        <w:t xml:space="preserve">Tech comfort: </w:t>
      </w:r>
      <w:r w:rsidRPr="00621B59">
        <w:rPr>
          <w:sz w:val="28"/>
          <w:szCs w:val="36"/>
        </w:rPr>
        <w:t>High</w:t>
      </w:r>
      <w:r>
        <w:br/>
      </w:r>
      <w:r w:rsidRPr="000660BB">
        <w:rPr>
          <w:b/>
          <w:sz w:val="29"/>
          <w:szCs w:val="36"/>
        </w:rPr>
        <w:t xml:space="preserve">Game experience: </w:t>
      </w:r>
      <w:r w:rsidRPr="00621B59">
        <w:rPr>
          <w:sz w:val="28"/>
          <w:szCs w:val="36"/>
        </w:rPr>
        <w:t>High; regular mobile and tabletop strategy pla</w:t>
      </w:r>
      <w:r w:rsidR="00C572C8" w:rsidRPr="00621B59">
        <w:rPr>
          <w:sz w:val="28"/>
          <w:szCs w:val="36"/>
        </w:rPr>
        <w:t>yer.</w:t>
      </w:r>
      <w:r w:rsidRPr="00C572C8">
        <w:rPr>
          <w:sz w:val="27"/>
          <w:szCs w:val="32"/>
        </w:rPr>
        <w:br/>
      </w:r>
      <w:r w:rsidRPr="000660BB">
        <w:rPr>
          <w:b/>
          <w:sz w:val="29"/>
          <w:szCs w:val="36"/>
        </w:rPr>
        <w:t>Primary device/context</w:t>
      </w:r>
      <w:r w:rsidRPr="002360B9">
        <w:rPr>
          <w:b/>
          <w:sz w:val="27"/>
          <w:szCs w:val="32"/>
        </w:rPr>
        <w:t xml:space="preserve">: </w:t>
      </w:r>
      <w:r w:rsidRPr="00621B59">
        <w:rPr>
          <w:sz w:val="28"/>
          <w:szCs w:val="36"/>
        </w:rPr>
        <w:t>Smartphone or laptop; planned multiplayer sessions with classmates</w:t>
      </w:r>
      <w:r w:rsidR="002360B9" w:rsidRPr="00621B59">
        <w:rPr>
          <w:sz w:val="28"/>
          <w:szCs w:val="36"/>
        </w:rPr>
        <w:t>.</w:t>
      </w:r>
      <w:r w:rsidR="00A3301F" w:rsidRPr="00621B59">
        <w:rPr>
          <w:sz w:val="28"/>
          <w:szCs w:val="36"/>
        </w:rPr>
        <w:t xml:space="preserve"> His expectation of game is as he says,</w:t>
      </w:r>
    </w:p>
    <w:p w14:paraId="3080BA64" w14:textId="57F9A939" w:rsidR="00936D79" w:rsidRPr="00B74898" w:rsidRDefault="00D71A5C" w:rsidP="00936D79">
      <w:pPr>
        <w:pStyle w:val="Quote"/>
        <w:rPr>
          <w:b/>
          <w:bCs/>
          <w:sz w:val="28"/>
          <w:szCs w:val="36"/>
        </w:rPr>
      </w:pPr>
      <w:r w:rsidRPr="00B74898">
        <w:rPr>
          <w:b/>
          <w:bCs/>
          <w:sz w:val="28"/>
          <w:szCs w:val="36"/>
        </w:rPr>
        <w:t>“I</w:t>
      </w:r>
      <w:r w:rsidR="00F0557B" w:rsidRPr="00B74898">
        <w:rPr>
          <w:b/>
          <w:bCs/>
          <w:sz w:val="28"/>
          <w:szCs w:val="36"/>
        </w:rPr>
        <w:t xml:space="preserve"> would improve the graphics</w:t>
      </w:r>
      <w:r w:rsidRPr="00B74898">
        <w:rPr>
          <w:b/>
          <w:bCs/>
          <w:sz w:val="28"/>
          <w:szCs w:val="36"/>
        </w:rPr>
        <w:t>, make the control more responsive</w:t>
      </w:r>
      <w:r w:rsidR="00936D79" w:rsidRPr="00B74898">
        <w:rPr>
          <w:b/>
          <w:bCs/>
          <w:sz w:val="28"/>
          <w:szCs w:val="36"/>
        </w:rPr>
        <w:t>”</w:t>
      </w:r>
    </w:p>
    <w:p w14:paraId="557B6AF0" w14:textId="5D339B36" w:rsidR="00936D79" w:rsidRPr="00B74898" w:rsidRDefault="004B1F74" w:rsidP="004B1F74">
      <w:pPr>
        <w:rPr>
          <w:sz w:val="22"/>
          <w:szCs w:val="22"/>
        </w:rPr>
      </w:pPr>
      <w:r w:rsidRPr="00110E0F">
        <w:rPr>
          <w:b/>
          <w:color w:val="388600"/>
          <w:sz w:val="31"/>
          <w:szCs w:val="40"/>
        </w:rPr>
        <w:t>Primary Goal</w:t>
      </w:r>
      <w:r w:rsidR="003E7358" w:rsidRPr="00110E0F">
        <w:rPr>
          <w:b/>
          <w:color w:val="388600"/>
          <w:sz w:val="31"/>
          <w:szCs w:val="40"/>
        </w:rPr>
        <w:t>:</w:t>
      </w:r>
      <w:r w:rsidR="00936D79">
        <w:rPr>
          <w:b/>
        </w:rPr>
        <w:br/>
      </w:r>
      <w:r w:rsidR="007A1E4A" w:rsidRPr="00B74898">
        <w:rPr>
          <w:sz w:val="28"/>
          <w:szCs w:val="36"/>
        </w:rPr>
        <w:t>Using d</w:t>
      </w:r>
      <w:r w:rsidR="00936D79" w:rsidRPr="00B74898">
        <w:rPr>
          <w:sz w:val="28"/>
          <w:szCs w:val="36"/>
        </w:rPr>
        <w:t>etailed game information</w:t>
      </w:r>
      <w:r w:rsidR="00391DC3" w:rsidRPr="00B74898">
        <w:rPr>
          <w:sz w:val="28"/>
          <w:szCs w:val="36"/>
        </w:rPr>
        <w:t xml:space="preserve"> plan team strategy before </w:t>
      </w:r>
      <w:r w:rsidR="004008A0" w:rsidRPr="00B74898">
        <w:rPr>
          <w:sz w:val="28"/>
          <w:szCs w:val="36"/>
        </w:rPr>
        <w:t>couple of turns.</w:t>
      </w:r>
    </w:p>
    <w:p w14:paraId="167B3F40" w14:textId="311BDAFB" w:rsidR="00B16D0F" w:rsidRPr="00110E0F" w:rsidRDefault="00936D79" w:rsidP="00936D79">
      <w:pPr>
        <w:rPr>
          <w:b/>
          <w:sz w:val="23"/>
          <w:szCs w:val="24"/>
        </w:rPr>
      </w:pPr>
      <w:r w:rsidRPr="00110E0F">
        <w:rPr>
          <w:b/>
          <w:color w:val="0070C0"/>
          <w:sz w:val="31"/>
          <w:szCs w:val="40"/>
        </w:rPr>
        <w:t>S</w:t>
      </w:r>
      <w:r w:rsidR="007D2601" w:rsidRPr="00110E0F">
        <w:rPr>
          <w:b/>
          <w:color w:val="0070C0"/>
          <w:sz w:val="31"/>
          <w:szCs w:val="40"/>
        </w:rPr>
        <w:t>econdar</w:t>
      </w:r>
      <w:r w:rsidR="00110E0F">
        <w:rPr>
          <w:b/>
          <w:color w:val="0070C0"/>
          <w:sz w:val="31"/>
          <w:szCs w:val="40"/>
        </w:rPr>
        <w:t>y</w:t>
      </w:r>
      <w:r w:rsidRPr="00110E0F">
        <w:rPr>
          <w:b/>
          <w:color w:val="0070C0"/>
          <w:sz w:val="31"/>
          <w:szCs w:val="40"/>
        </w:rPr>
        <w:t xml:space="preserve"> G</w:t>
      </w:r>
      <w:r w:rsidR="007D2601" w:rsidRPr="00110E0F">
        <w:rPr>
          <w:b/>
          <w:color w:val="0070C0"/>
          <w:sz w:val="31"/>
          <w:szCs w:val="40"/>
        </w:rPr>
        <w:t>oal:</w:t>
      </w:r>
    </w:p>
    <w:p w14:paraId="7AC26681" w14:textId="1B6F8733" w:rsidR="00936D79" w:rsidRDefault="00936D79" w:rsidP="00206ED4">
      <w:pPr>
        <w:spacing w:line="360" w:lineRule="auto"/>
        <w:jc w:val="both"/>
      </w:pPr>
      <w:r>
        <w:t xml:space="preserve"> </w:t>
      </w:r>
      <w:r w:rsidR="004F665F" w:rsidRPr="00B74898">
        <w:rPr>
          <w:sz w:val="28"/>
          <w:szCs w:val="36"/>
        </w:rPr>
        <w:t>A</w:t>
      </w:r>
      <w:r w:rsidR="006F15B3" w:rsidRPr="00B74898">
        <w:rPr>
          <w:sz w:val="28"/>
          <w:szCs w:val="36"/>
        </w:rPr>
        <w:t xml:space="preserve">dding </w:t>
      </w:r>
      <w:r w:rsidR="00E872F4" w:rsidRPr="00B74898">
        <w:rPr>
          <w:sz w:val="28"/>
          <w:szCs w:val="36"/>
        </w:rPr>
        <w:t xml:space="preserve">new </w:t>
      </w:r>
      <w:r w:rsidRPr="00B74898">
        <w:rPr>
          <w:sz w:val="28"/>
          <w:szCs w:val="36"/>
        </w:rPr>
        <w:t xml:space="preserve">role combinations </w:t>
      </w:r>
      <w:r w:rsidR="00E872F4" w:rsidRPr="00B74898">
        <w:rPr>
          <w:sz w:val="28"/>
          <w:szCs w:val="36"/>
        </w:rPr>
        <w:t>in repeated play</w:t>
      </w:r>
      <w:r w:rsidR="00B16D0F" w:rsidRPr="00B74898">
        <w:rPr>
          <w:sz w:val="28"/>
          <w:szCs w:val="36"/>
        </w:rPr>
        <w:t xml:space="preserve"> and </w:t>
      </w:r>
      <w:r w:rsidR="004F665F" w:rsidRPr="00B74898">
        <w:rPr>
          <w:sz w:val="28"/>
          <w:szCs w:val="36"/>
        </w:rPr>
        <w:t>getting</w:t>
      </w:r>
      <w:r w:rsidR="00152471" w:rsidRPr="00B74898">
        <w:rPr>
          <w:sz w:val="28"/>
          <w:szCs w:val="36"/>
        </w:rPr>
        <w:t xml:space="preserve"> meaningful challenge </w:t>
      </w:r>
      <w:r w:rsidR="004F665F" w:rsidRPr="00B74898">
        <w:rPr>
          <w:sz w:val="28"/>
          <w:szCs w:val="36"/>
        </w:rPr>
        <w:t>from higher</w:t>
      </w:r>
      <w:r w:rsidRPr="00B74898">
        <w:rPr>
          <w:sz w:val="28"/>
          <w:szCs w:val="36"/>
        </w:rPr>
        <w:t xml:space="preserve"> difficulty</w:t>
      </w:r>
      <w:r w:rsidR="004F665F">
        <w:t>.</w:t>
      </w:r>
    </w:p>
    <w:p w14:paraId="47647018" w14:textId="77777777" w:rsidR="001D5ED2" w:rsidRDefault="00936D79" w:rsidP="00936D79">
      <w:pPr>
        <w:rPr>
          <w:b/>
          <w:color w:val="007BB8"/>
          <w:sz w:val="31"/>
          <w:szCs w:val="40"/>
        </w:rPr>
      </w:pPr>
      <w:r w:rsidRPr="003F4F11">
        <w:rPr>
          <w:b/>
          <w:color w:val="007BB8"/>
          <w:sz w:val="31"/>
          <w:szCs w:val="40"/>
        </w:rPr>
        <w:t>Context and scenario:</w:t>
      </w:r>
      <w:r w:rsidR="00D86015">
        <w:rPr>
          <w:b/>
          <w:color w:val="007BB8"/>
          <w:sz w:val="31"/>
          <w:szCs w:val="40"/>
        </w:rPr>
        <w:t xml:space="preserve"> </w:t>
      </w:r>
    </w:p>
    <w:p w14:paraId="0EE36398" w14:textId="0B0D9B44" w:rsidR="00936D79" w:rsidRPr="000F563B" w:rsidRDefault="001D5ED2" w:rsidP="00EA6094">
      <w:pPr>
        <w:spacing w:line="360" w:lineRule="auto"/>
        <w:jc w:val="both"/>
        <w:rPr>
          <w:sz w:val="28"/>
          <w:szCs w:val="36"/>
        </w:rPr>
      </w:pPr>
      <w:r w:rsidRPr="000F563B">
        <w:rPr>
          <w:sz w:val="32"/>
          <w:szCs w:val="40"/>
        </w:rPr>
        <w:t>Creating</w:t>
      </w:r>
      <w:r w:rsidR="00EC2470" w:rsidRPr="000F563B">
        <w:rPr>
          <w:sz w:val="32"/>
          <w:szCs w:val="40"/>
        </w:rPr>
        <w:t xml:space="preserve"> </w:t>
      </w:r>
      <w:r w:rsidR="00C61613" w:rsidRPr="000F563B">
        <w:rPr>
          <w:sz w:val="32"/>
          <w:szCs w:val="40"/>
        </w:rPr>
        <w:t xml:space="preserve">an </w:t>
      </w:r>
      <w:r w:rsidR="00F35407" w:rsidRPr="000F563B">
        <w:rPr>
          <w:sz w:val="32"/>
          <w:szCs w:val="40"/>
        </w:rPr>
        <w:t>advanced</w:t>
      </w:r>
      <w:r w:rsidR="00C61613" w:rsidRPr="000F563B">
        <w:rPr>
          <w:sz w:val="32"/>
          <w:szCs w:val="40"/>
        </w:rPr>
        <w:t xml:space="preserve"> game of 6 people </w:t>
      </w:r>
      <w:r w:rsidR="00EC2470" w:rsidRPr="000F563B">
        <w:rPr>
          <w:color w:val="000000" w:themeColor="text1"/>
          <w:sz w:val="32"/>
          <w:szCs w:val="44"/>
        </w:rPr>
        <w:t>Da</w:t>
      </w:r>
      <w:r w:rsidR="00243C66" w:rsidRPr="000F563B">
        <w:rPr>
          <w:color w:val="000000" w:themeColor="text1"/>
          <w:sz w:val="32"/>
          <w:szCs w:val="44"/>
        </w:rPr>
        <w:t xml:space="preserve">vid </w:t>
      </w:r>
      <w:r w:rsidR="00936D79" w:rsidRPr="000F563B">
        <w:rPr>
          <w:sz w:val="28"/>
          <w:szCs w:val="36"/>
        </w:rPr>
        <w:t xml:space="preserve">advanced </w:t>
      </w:r>
      <w:r w:rsidR="00602BDE" w:rsidRPr="000F563B">
        <w:rPr>
          <w:sz w:val="28"/>
          <w:szCs w:val="36"/>
        </w:rPr>
        <w:t xml:space="preserve">game </w:t>
      </w:r>
      <w:r w:rsidR="00602BDE" w:rsidRPr="000F563B">
        <w:rPr>
          <w:rFonts w:ascii="Nirmala UI" w:hAnsi="Nirmala UI" w:cs="Nirmala UI"/>
          <w:sz w:val="32"/>
          <w:szCs w:val="36"/>
        </w:rPr>
        <w:t>selects</w:t>
      </w:r>
      <w:r w:rsidR="00243C66" w:rsidRPr="000F563B">
        <w:rPr>
          <w:rFonts w:ascii="Nirmala UI" w:hAnsi="Nirmala UI" w:cs="Nirmala UI"/>
          <w:sz w:val="32"/>
          <w:szCs w:val="36"/>
        </w:rPr>
        <w:t xml:space="preserve"> </w:t>
      </w:r>
      <w:r w:rsidR="00936D79" w:rsidRPr="000F563B">
        <w:rPr>
          <w:sz w:val="28"/>
          <w:szCs w:val="36"/>
        </w:rPr>
        <w:t>Digital Services Specialist role</w:t>
      </w:r>
      <w:r w:rsidR="00C12278" w:rsidRPr="000F563B">
        <w:rPr>
          <w:sz w:val="28"/>
          <w:szCs w:val="36"/>
        </w:rPr>
        <w:t xml:space="preserve"> during the </w:t>
      </w:r>
      <w:r w:rsidR="00936D79" w:rsidRPr="000F563B">
        <w:rPr>
          <w:sz w:val="28"/>
          <w:szCs w:val="36"/>
        </w:rPr>
        <w:t xml:space="preserve">  Cyber disruption </w:t>
      </w:r>
      <w:r w:rsidR="00C12278" w:rsidRPr="000F563B">
        <w:rPr>
          <w:rFonts w:ascii="Nirmala UI" w:hAnsi="Nirmala UI" w:cs="Nirmala UI"/>
          <w:sz w:val="32"/>
          <w:szCs w:val="36"/>
        </w:rPr>
        <w:t xml:space="preserve">he </w:t>
      </w:r>
      <w:r w:rsidR="00602BDE" w:rsidRPr="000F563B">
        <w:rPr>
          <w:rFonts w:ascii="Nirmala UI" w:hAnsi="Nirmala UI" w:cs="Nirmala UI"/>
          <w:sz w:val="32"/>
          <w:szCs w:val="36"/>
        </w:rPr>
        <w:t xml:space="preserve">is comparing </w:t>
      </w:r>
      <w:r w:rsidR="00602BDE" w:rsidRPr="000F563B">
        <w:rPr>
          <w:sz w:val="28"/>
          <w:szCs w:val="36"/>
        </w:rPr>
        <w:t>campus</w:t>
      </w:r>
      <w:r w:rsidR="00936D79" w:rsidRPr="000F563B">
        <w:rPr>
          <w:sz w:val="28"/>
          <w:szCs w:val="36"/>
        </w:rPr>
        <w:t xml:space="preserve"> routes, action consequences </w:t>
      </w:r>
      <w:r w:rsidR="003844BB" w:rsidRPr="000F563B">
        <w:rPr>
          <w:rFonts w:ascii="Nirmala UI" w:hAnsi="Nirmala UI" w:cs="Nirmala UI"/>
          <w:sz w:val="32"/>
          <w:szCs w:val="36"/>
        </w:rPr>
        <w:t xml:space="preserve">and </w:t>
      </w:r>
      <w:r w:rsidR="00936D79" w:rsidRPr="000F563B">
        <w:rPr>
          <w:sz w:val="28"/>
          <w:szCs w:val="36"/>
        </w:rPr>
        <w:t xml:space="preserve">available resources </w:t>
      </w:r>
      <w:r w:rsidR="00DB1D86" w:rsidRPr="000F563B">
        <w:rPr>
          <w:rFonts w:ascii="Nirmala UI" w:hAnsi="Nirmala UI" w:cs="Nirmala UI"/>
          <w:sz w:val="32"/>
          <w:szCs w:val="36"/>
        </w:rPr>
        <w:t xml:space="preserve">by </w:t>
      </w:r>
      <w:r w:rsidR="00936D79" w:rsidRPr="000F563B">
        <w:rPr>
          <w:sz w:val="28"/>
          <w:szCs w:val="36"/>
        </w:rPr>
        <w:t>proposal tool</w:t>
      </w:r>
      <w:r w:rsidR="00DB1D86" w:rsidRPr="000F563B">
        <w:rPr>
          <w:sz w:val="28"/>
          <w:szCs w:val="36"/>
        </w:rPr>
        <w:t xml:space="preserve"> sends plan to his team.</w:t>
      </w:r>
    </w:p>
    <w:p w14:paraId="44707418" w14:textId="7A81F71B" w:rsidR="00936D79" w:rsidRPr="00052D87" w:rsidRDefault="00936D79" w:rsidP="00936D79">
      <w:pPr>
        <w:rPr>
          <w:sz w:val="31"/>
          <w:szCs w:val="40"/>
        </w:rPr>
      </w:pPr>
      <w:r w:rsidRPr="00052D87">
        <w:rPr>
          <w:b/>
          <w:sz w:val="31"/>
          <w:szCs w:val="40"/>
        </w:rPr>
        <w:t xml:space="preserve">Pain points and </w:t>
      </w:r>
      <w:r w:rsidR="00760F53" w:rsidRPr="00052D87">
        <w:rPr>
          <w:b/>
          <w:sz w:val="31"/>
          <w:szCs w:val="40"/>
        </w:rPr>
        <w:t>behaviors</w:t>
      </w:r>
      <w:r w:rsidRPr="00052D87">
        <w:rPr>
          <w:b/>
          <w:sz w:val="31"/>
          <w:szCs w:val="40"/>
        </w:rPr>
        <w:t xml:space="preserve"> to validate through research:</w:t>
      </w:r>
    </w:p>
    <w:p w14:paraId="29228733" w14:textId="18F4AD93" w:rsidR="00936D79" w:rsidRPr="000F563B" w:rsidRDefault="00EE4456" w:rsidP="00B4602E">
      <w:pPr>
        <w:pStyle w:val="ListBullet"/>
        <w:spacing w:line="360" w:lineRule="auto"/>
        <w:jc w:val="both"/>
        <w:rPr>
          <w:sz w:val="28"/>
          <w:szCs w:val="36"/>
        </w:rPr>
      </w:pPr>
      <w:r w:rsidRPr="000F563B">
        <w:rPr>
          <w:sz w:val="28"/>
          <w:szCs w:val="36"/>
        </w:rPr>
        <w:t>Does u</w:t>
      </w:r>
      <w:r w:rsidR="00936D79" w:rsidRPr="000F563B">
        <w:rPr>
          <w:sz w:val="28"/>
          <w:szCs w:val="36"/>
        </w:rPr>
        <w:t>n</w:t>
      </w:r>
      <w:r w:rsidRPr="000F563B">
        <w:rPr>
          <w:sz w:val="28"/>
          <w:szCs w:val="36"/>
        </w:rPr>
        <w:t>-</w:t>
      </w:r>
      <w:r w:rsidR="00936D79" w:rsidRPr="000F563B">
        <w:rPr>
          <w:sz w:val="28"/>
          <w:szCs w:val="36"/>
        </w:rPr>
        <w:t xml:space="preserve">skippable tutorial, slow animation </w:t>
      </w:r>
      <w:r w:rsidR="00EE59FE" w:rsidRPr="000F563B">
        <w:rPr>
          <w:sz w:val="28"/>
          <w:szCs w:val="36"/>
        </w:rPr>
        <w:t>and hidden</w:t>
      </w:r>
      <w:r w:rsidR="00936D79" w:rsidRPr="000F563B">
        <w:rPr>
          <w:sz w:val="28"/>
          <w:szCs w:val="36"/>
        </w:rPr>
        <w:t xml:space="preserve"> numerical effects </w:t>
      </w:r>
      <w:r w:rsidR="00986F8C" w:rsidRPr="000F563B">
        <w:rPr>
          <w:sz w:val="28"/>
          <w:szCs w:val="36"/>
        </w:rPr>
        <w:t>disturb him or not.</w:t>
      </w:r>
    </w:p>
    <w:p w14:paraId="2CA97822" w14:textId="38645BA5" w:rsidR="00936D79" w:rsidRPr="000F563B" w:rsidRDefault="005C7F55" w:rsidP="00B4602E">
      <w:pPr>
        <w:pStyle w:val="ListBullet"/>
        <w:spacing w:line="360" w:lineRule="auto"/>
        <w:jc w:val="both"/>
        <w:rPr>
          <w:sz w:val="28"/>
          <w:szCs w:val="36"/>
        </w:rPr>
      </w:pPr>
      <w:r w:rsidRPr="000F563B">
        <w:rPr>
          <w:sz w:val="28"/>
          <w:szCs w:val="36"/>
        </w:rPr>
        <w:lastRenderedPageBreak/>
        <w:t xml:space="preserve">Dose he </w:t>
      </w:r>
      <w:r w:rsidR="00EE59FE" w:rsidRPr="000F563B">
        <w:rPr>
          <w:sz w:val="28"/>
          <w:szCs w:val="36"/>
        </w:rPr>
        <w:t>compares</w:t>
      </w:r>
      <w:r w:rsidRPr="000F563B">
        <w:rPr>
          <w:sz w:val="28"/>
          <w:szCs w:val="36"/>
        </w:rPr>
        <w:t xml:space="preserve"> the decisions </w:t>
      </w:r>
      <w:r w:rsidR="00EE59FE" w:rsidRPr="000F563B">
        <w:rPr>
          <w:sz w:val="28"/>
          <w:szCs w:val="36"/>
        </w:rPr>
        <w:t>by opening statistics</w:t>
      </w:r>
      <w:r w:rsidR="00936D79" w:rsidRPr="000F563B">
        <w:rPr>
          <w:sz w:val="28"/>
          <w:szCs w:val="36"/>
        </w:rPr>
        <w:t xml:space="preserve">, forecast </w:t>
      </w:r>
      <w:r w:rsidR="00EE59FE" w:rsidRPr="000F563B">
        <w:rPr>
          <w:sz w:val="28"/>
          <w:szCs w:val="36"/>
        </w:rPr>
        <w:t>and action</w:t>
      </w:r>
      <w:r w:rsidR="00936D79" w:rsidRPr="000F563B">
        <w:rPr>
          <w:sz w:val="28"/>
          <w:szCs w:val="36"/>
        </w:rPr>
        <w:t xml:space="preserve"> history</w:t>
      </w:r>
      <w:r w:rsidR="00EE59FE" w:rsidRPr="000F563B">
        <w:rPr>
          <w:sz w:val="28"/>
          <w:szCs w:val="36"/>
        </w:rPr>
        <w:t>.</w:t>
      </w:r>
    </w:p>
    <w:p w14:paraId="7C728A90" w14:textId="4A4387F1" w:rsidR="00936D79" w:rsidRPr="000F563B" w:rsidRDefault="00875622" w:rsidP="00B4602E">
      <w:pPr>
        <w:pStyle w:val="ListBullet"/>
        <w:spacing w:line="360" w:lineRule="auto"/>
        <w:jc w:val="both"/>
        <w:rPr>
          <w:sz w:val="28"/>
          <w:szCs w:val="36"/>
        </w:rPr>
      </w:pPr>
      <w:r w:rsidRPr="000F563B">
        <w:rPr>
          <w:sz w:val="28"/>
          <w:szCs w:val="36"/>
        </w:rPr>
        <w:t xml:space="preserve">Does he </w:t>
      </w:r>
      <w:r w:rsidR="00B4602E" w:rsidRPr="000F563B">
        <w:rPr>
          <w:sz w:val="28"/>
          <w:szCs w:val="36"/>
        </w:rPr>
        <w:t>try</w:t>
      </w:r>
      <w:r w:rsidRPr="000F563B">
        <w:rPr>
          <w:sz w:val="28"/>
          <w:szCs w:val="36"/>
        </w:rPr>
        <w:t xml:space="preserve"> to control the turn of other players due to his h</w:t>
      </w:r>
      <w:r w:rsidR="00936D79" w:rsidRPr="000F563B">
        <w:rPr>
          <w:sz w:val="28"/>
          <w:szCs w:val="36"/>
        </w:rPr>
        <w:t>igh experience</w:t>
      </w:r>
      <w:r w:rsidRPr="000F563B">
        <w:rPr>
          <w:sz w:val="28"/>
          <w:szCs w:val="36"/>
        </w:rPr>
        <w:t>.</w:t>
      </w:r>
    </w:p>
    <w:p w14:paraId="513AAAD3" w14:textId="3E0C01AB" w:rsidR="00936D79" w:rsidRPr="00BF3558" w:rsidRDefault="00936D79" w:rsidP="00D1469A">
      <w:pPr>
        <w:spacing w:line="360" w:lineRule="auto"/>
        <w:jc w:val="both"/>
        <w:rPr>
          <w:sz w:val="22"/>
          <w:szCs w:val="22"/>
        </w:rPr>
      </w:pPr>
      <w:r w:rsidRPr="00FE6251">
        <w:rPr>
          <w:b/>
          <w:sz w:val="29"/>
          <w:szCs w:val="36"/>
        </w:rPr>
        <w:t xml:space="preserve">Design implications (provisional): </w:t>
      </w:r>
      <w:r w:rsidRPr="00BF3558">
        <w:rPr>
          <w:sz w:val="28"/>
          <w:szCs w:val="36"/>
        </w:rPr>
        <w:t xml:space="preserve">Skippable onboarding, fast navigation, </w:t>
      </w:r>
      <w:r w:rsidR="00715756" w:rsidRPr="00BF3558">
        <w:rPr>
          <w:sz w:val="28"/>
          <w:szCs w:val="36"/>
        </w:rPr>
        <w:t>advanced optional</w:t>
      </w:r>
      <w:r w:rsidRPr="00BF3558">
        <w:rPr>
          <w:sz w:val="28"/>
          <w:szCs w:val="36"/>
        </w:rPr>
        <w:t xml:space="preserve"> statistics, action preview, adjustable difficulty </w:t>
      </w:r>
      <w:r w:rsidR="00FE6251" w:rsidRPr="00BF3558">
        <w:rPr>
          <w:sz w:val="28"/>
          <w:szCs w:val="36"/>
        </w:rPr>
        <w:t xml:space="preserve">and </w:t>
      </w:r>
      <w:r w:rsidRPr="00BF3558">
        <w:rPr>
          <w:sz w:val="28"/>
          <w:szCs w:val="36"/>
        </w:rPr>
        <w:t>post-game team summary</w:t>
      </w:r>
      <w:r w:rsidR="00715756" w:rsidRPr="00BF3558">
        <w:rPr>
          <w:sz w:val="28"/>
          <w:szCs w:val="36"/>
        </w:rPr>
        <w:t xml:space="preserve"> should be kept.</w:t>
      </w:r>
      <w:r w:rsidRPr="00BF3558">
        <w:rPr>
          <w:sz w:val="28"/>
          <w:szCs w:val="36"/>
        </w:rPr>
        <w:t xml:space="preserve"> Proposal feature</w:t>
      </w:r>
      <w:r w:rsidR="00E277AC" w:rsidRPr="00BF3558">
        <w:rPr>
          <w:sz w:val="28"/>
          <w:szCs w:val="36"/>
        </w:rPr>
        <w:t xml:space="preserve"> will </w:t>
      </w:r>
      <w:r w:rsidR="00332C79" w:rsidRPr="00BF3558">
        <w:rPr>
          <w:sz w:val="28"/>
          <w:szCs w:val="36"/>
        </w:rPr>
        <w:t xml:space="preserve">give </w:t>
      </w:r>
      <w:r w:rsidR="00822C4D" w:rsidRPr="00BF3558">
        <w:rPr>
          <w:sz w:val="28"/>
          <w:szCs w:val="36"/>
        </w:rPr>
        <w:t>advice but</w:t>
      </w:r>
      <w:r w:rsidR="000243FA" w:rsidRPr="00BF3558">
        <w:rPr>
          <w:sz w:val="28"/>
          <w:szCs w:val="36"/>
        </w:rPr>
        <w:t xml:space="preserve"> will not select </w:t>
      </w:r>
      <w:r w:rsidR="00332C79" w:rsidRPr="00BF3558">
        <w:rPr>
          <w:sz w:val="28"/>
          <w:szCs w:val="36"/>
        </w:rPr>
        <w:t>the action of other players</w:t>
      </w:r>
      <w:r w:rsidR="00332C79" w:rsidRPr="00BF3558">
        <w:rPr>
          <w:sz w:val="22"/>
          <w:szCs w:val="22"/>
        </w:rPr>
        <w:t>.</w:t>
      </w:r>
    </w:p>
    <w:p w14:paraId="52B84BE0" w14:textId="46155DB5" w:rsidR="00936D79" w:rsidRPr="00BF3558" w:rsidRDefault="00936D79" w:rsidP="001A6537">
      <w:pPr>
        <w:spacing w:line="360" w:lineRule="auto"/>
        <w:jc w:val="both"/>
        <w:rPr>
          <w:sz w:val="22"/>
          <w:szCs w:val="22"/>
        </w:rPr>
      </w:pPr>
      <w:r w:rsidRPr="00EE0736">
        <w:rPr>
          <w:b/>
          <w:sz w:val="29"/>
          <w:szCs w:val="36"/>
        </w:rPr>
        <w:t xml:space="preserve">User story: </w:t>
      </w:r>
      <w:r w:rsidR="0004498A" w:rsidRPr="00BF3558">
        <w:rPr>
          <w:sz w:val="28"/>
          <w:szCs w:val="36"/>
        </w:rPr>
        <w:t>“David</w:t>
      </w:r>
      <w:r w:rsidR="00C84ACA" w:rsidRPr="00BF3558">
        <w:rPr>
          <w:sz w:val="28"/>
          <w:szCs w:val="36"/>
        </w:rPr>
        <w:t>,</w:t>
      </w:r>
      <w:r w:rsidR="000E1923" w:rsidRPr="00BF3558">
        <w:rPr>
          <w:sz w:val="28"/>
          <w:szCs w:val="36"/>
        </w:rPr>
        <w:t xml:space="preserve"> </w:t>
      </w:r>
      <w:r w:rsidR="002A5118" w:rsidRPr="00BF3558">
        <w:rPr>
          <w:sz w:val="28"/>
          <w:szCs w:val="36"/>
        </w:rPr>
        <w:t xml:space="preserve">I </w:t>
      </w:r>
      <w:r w:rsidR="00085AA2" w:rsidRPr="00BF3558">
        <w:rPr>
          <w:sz w:val="28"/>
          <w:szCs w:val="36"/>
        </w:rPr>
        <w:t xml:space="preserve">would like the game </w:t>
      </w:r>
      <w:r w:rsidR="003306C3" w:rsidRPr="00BF3558">
        <w:rPr>
          <w:sz w:val="28"/>
          <w:szCs w:val="36"/>
        </w:rPr>
        <w:t xml:space="preserve">to include </w:t>
      </w:r>
      <w:r w:rsidR="00203BC3" w:rsidRPr="00BF3558">
        <w:rPr>
          <w:sz w:val="28"/>
          <w:szCs w:val="36"/>
        </w:rPr>
        <w:t>different</w:t>
      </w:r>
      <w:r w:rsidR="003306C3" w:rsidRPr="00BF3558">
        <w:rPr>
          <w:sz w:val="28"/>
          <w:szCs w:val="36"/>
        </w:rPr>
        <w:t xml:space="preserve"> emergency scenario</w:t>
      </w:r>
      <w:r w:rsidR="000506DD" w:rsidRPr="00BF3558">
        <w:rPr>
          <w:sz w:val="28"/>
          <w:szCs w:val="36"/>
        </w:rPr>
        <w:t>s, clear objection and hint</w:t>
      </w:r>
      <w:r w:rsidR="00203BC3" w:rsidRPr="00BF3558">
        <w:rPr>
          <w:sz w:val="28"/>
          <w:szCs w:val="36"/>
        </w:rPr>
        <w:t>s for new player</w:t>
      </w:r>
      <w:r w:rsidR="004E2E9A" w:rsidRPr="00BF3558">
        <w:rPr>
          <w:sz w:val="28"/>
          <w:szCs w:val="36"/>
        </w:rPr>
        <w:t>.</w:t>
      </w:r>
      <w:r w:rsidRPr="00BF3558">
        <w:rPr>
          <w:sz w:val="28"/>
          <w:szCs w:val="36"/>
        </w:rPr>
        <w:t>”</w:t>
      </w:r>
    </w:p>
    <w:p w14:paraId="0343A772" w14:textId="22506141" w:rsidR="00936D79" w:rsidRPr="00E736A0" w:rsidRDefault="006A7CEC" w:rsidP="00E736A0">
      <w:pPr>
        <w:pStyle w:val="Heading2"/>
        <w:rPr>
          <w:sz w:val="32"/>
          <w:szCs w:val="32"/>
        </w:rPr>
      </w:pPr>
      <w:bookmarkStart w:id="8" w:name="_Toc235666974"/>
      <w:r w:rsidRPr="00AD36A1">
        <w:rPr>
          <w:sz w:val="32"/>
          <w:szCs w:val="32"/>
        </w:rPr>
        <w:t>3.3</w:t>
      </w:r>
      <w:r w:rsidR="00936D79" w:rsidRPr="00AD36A1">
        <w:rPr>
          <w:sz w:val="32"/>
          <w:szCs w:val="32"/>
        </w:rPr>
        <w:t xml:space="preserve"> </w:t>
      </w:r>
      <w:r w:rsidR="00DD355E">
        <w:rPr>
          <w:sz w:val="32"/>
          <w:szCs w:val="32"/>
        </w:rPr>
        <w:t xml:space="preserve">MS </w:t>
      </w:r>
      <w:r w:rsidR="001E65DD" w:rsidRPr="00AD36A1">
        <w:rPr>
          <w:sz w:val="32"/>
          <w:szCs w:val="32"/>
        </w:rPr>
        <w:t>Rehman Siddique</w:t>
      </w:r>
      <w:r w:rsidR="00936D79" w:rsidRPr="00AD36A1">
        <w:rPr>
          <w:sz w:val="32"/>
          <w:szCs w:val="32"/>
        </w:rPr>
        <w:t xml:space="preserve">— </w:t>
      </w:r>
      <w:r w:rsidR="00936D79" w:rsidRPr="00BF3558">
        <w:t>Part-time Lecturer and Occasional Gamer</w:t>
      </w:r>
      <w:bookmarkEnd w:id="8"/>
    </w:p>
    <w:p w14:paraId="557B7670" w14:textId="4770BFCC" w:rsidR="00936D79" w:rsidRPr="00BF3558" w:rsidRDefault="00936D79" w:rsidP="006E63DA">
      <w:pPr>
        <w:spacing w:line="360" w:lineRule="auto"/>
        <w:rPr>
          <w:sz w:val="28"/>
          <w:szCs w:val="36"/>
        </w:rPr>
      </w:pPr>
      <w:r w:rsidRPr="00E47EBD">
        <w:rPr>
          <w:b/>
          <w:sz w:val="29"/>
          <w:szCs w:val="36"/>
        </w:rPr>
        <w:t xml:space="preserve">Persona type: </w:t>
      </w:r>
      <w:r w:rsidRPr="00BF3558">
        <w:rPr>
          <w:sz w:val="28"/>
          <w:szCs w:val="36"/>
        </w:rPr>
        <w:t xml:space="preserve">Provisional </w:t>
      </w:r>
      <w:r w:rsidR="00751B02" w:rsidRPr="00BF3558">
        <w:rPr>
          <w:sz w:val="28"/>
          <w:szCs w:val="36"/>
        </w:rPr>
        <w:t>behavioral</w:t>
      </w:r>
      <w:r w:rsidRPr="00BF3558">
        <w:rPr>
          <w:sz w:val="28"/>
          <w:szCs w:val="36"/>
        </w:rPr>
        <w:t xml:space="preserve"> cluster; research validation required</w:t>
      </w:r>
      <w:r w:rsidR="00293B88" w:rsidRPr="00BF3558">
        <w:rPr>
          <w:sz w:val="28"/>
          <w:szCs w:val="36"/>
        </w:rPr>
        <w:t>.</w:t>
      </w:r>
      <w:r w:rsidRPr="00BF3558">
        <w:rPr>
          <w:sz w:val="22"/>
          <w:szCs w:val="22"/>
        </w:rPr>
        <w:br/>
      </w:r>
      <w:r w:rsidRPr="00293B88">
        <w:rPr>
          <w:b/>
          <w:sz w:val="29"/>
          <w:szCs w:val="36"/>
        </w:rPr>
        <w:t xml:space="preserve">Indicative context: </w:t>
      </w:r>
      <w:r w:rsidRPr="00BF3558">
        <w:rPr>
          <w:sz w:val="28"/>
          <w:szCs w:val="36"/>
        </w:rPr>
        <w:t>Part-time lecturer at Carmarthen Campus</w:t>
      </w:r>
      <w:r w:rsidRPr="00BF3558">
        <w:rPr>
          <w:b/>
          <w:sz w:val="29"/>
          <w:szCs w:val="36"/>
        </w:rPr>
        <w:br/>
      </w:r>
      <w:r w:rsidRPr="00C03002">
        <w:rPr>
          <w:b/>
          <w:sz w:val="29"/>
          <w:szCs w:val="36"/>
        </w:rPr>
        <w:t xml:space="preserve">Tech comfort: </w:t>
      </w:r>
      <w:r w:rsidR="00C03002">
        <w:rPr>
          <w:b/>
          <w:sz w:val="29"/>
          <w:szCs w:val="36"/>
        </w:rPr>
        <w:t xml:space="preserve">  </w:t>
      </w:r>
      <w:r w:rsidRPr="00BF3558">
        <w:rPr>
          <w:sz w:val="28"/>
          <w:szCs w:val="36"/>
        </w:rPr>
        <w:t>Medium with familiar applications</w:t>
      </w:r>
      <w:r>
        <w:br/>
      </w:r>
      <w:r w:rsidRPr="00C25076">
        <w:rPr>
          <w:b/>
          <w:sz w:val="29"/>
          <w:szCs w:val="36"/>
        </w:rPr>
        <w:t>Game experience</w:t>
      </w:r>
      <w:r w:rsidRPr="00C25076">
        <w:rPr>
          <w:b/>
          <w:sz w:val="35"/>
          <w:szCs w:val="48"/>
        </w:rPr>
        <w:t xml:space="preserve">: </w:t>
      </w:r>
      <w:r w:rsidRPr="00BF3558">
        <w:rPr>
          <w:sz w:val="28"/>
          <w:szCs w:val="36"/>
        </w:rPr>
        <w:t>Low; limited familiarity with gaming conventions</w:t>
      </w:r>
      <w:r w:rsidR="00E736A0" w:rsidRPr="00BF3558">
        <w:rPr>
          <w:sz w:val="28"/>
          <w:szCs w:val="36"/>
        </w:rPr>
        <w:t>.</w:t>
      </w:r>
      <w:r w:rsidRPr="00BF3558">
        <w:rPr>
          <w:sz w:val="22"/>
          <w:szCs w:val="22"/>
        </w:rPr>
        <w:br/>
      </w:r>
      <w:r w:rsidRPr="00773032">
        <w:rPr>
          <w:b/>
          <w:sz w:val="29"/>
          <w:szCs w:val="36"/>
        </w:rPr>
        <w:t xml:space="preserve">Primary device/context: </w:t>
      </w:r>
      <w:r w:rsidRPr="00BF3558">
        <w:rPr>
          <w:sz w:val="28"/>
          <w:szCs w:val="36"/>
        </w:rPr>
        <w:t>Smartphone or university laptop during an induction or staff–student activity</w:t>
      </w:r>
      <w:r w:rsidR="00930440" w:rsidRPr="00BF3558">
        <w:rPr>
          <w:sz w:val="28"/>
          <w:szCs w:val="36"/>
        </w:rPr>
        <w:t>. She says,</w:t>
      </w:r>
    </w:p>
    <w:p w14:paraId="7C7B7F1A" w14:textId="43DA757F" w:rsidR="00936D79" w:rsidRPr="00DB7580" w:rsidRDefault="00936D79" w:rsidP="006540D4">
      <w:pPr>
        <w:pStyle w:val="Quote"/>
        <w:spacing w:line="360" w:lineRule="auto"/>
        <w:rPr>
          <w:b/>
          <w:bCs/>
          <w:sz w:val="29"/>
          <w:szCs w:val="36"/>
        </w:rPr>
      </w:pPr>
      <w:r w:rsidRPr="00DB7580">
        <w:rPr>
          <w:b/>
          <w:bCs/>
          <w:sz w:val="29"/>
          <w:szCs w:val="36"/>
        </w:rPr>
        <w:t>“</w:t>
      </w:r>
      <w:r w:rsidR="0004498A" w:rsidRPr="00DB7580">
        <w:rPr>
          <w:b/>
          <w:bCs/>
          <w:sz w:val="29"/>
          <w:szCs w:val="36"/>
        </w:rPr>
        <w:t xml:space="preserve">I would like simple controls and </w:t>
      </w:r>
      <w:r w:rsidR="00DB7580" w:rsidRPr="00DB7580">
        <w:rPr>
          <w:b/>
          <w:bCs/>
          <w:sz w:val="29"/>
          <w:szCs w:val="36"/>
        </w:rPr>
        <w:t>instruction</w:t>
      </w:r>
      <w:r w:rsidRPr="00DB7580">
        <w:rPr>
          <w:b/>
          <w:bCs/>
          <w:sz w:val="29"/>
          <w:szCs w:val="36"/>
        </w:rPr>
        <w:t>”</w:t>
      </w:r>
    </w:p>
    <w:p w14:paraId="28C8062D" w14:textId="0E8F72C8" w:rsidR="00936D79" w:rsidRDefault="00936D79" w:rsidP="006540D4">
      <w:pPr>
        <w:spacing w:line="360" w:lineRule="auto"/>
      </w:pPr>
      <w:r w:rsidRPr="00A21B79">
        <w:rPr>
          <w:b/>
          <w:sz w:val="29"/>
          <w:szCs w:val="36"/>
          <w:highlight w:val="cyan"/>
        </w:rPr>
        <w:t>P</w:t>
      </w:r>
      <w:r w:rsidR="005B0FE6" w:rsidRPr="00A21B79">
        <w:rPr>
          <w:b/>
          <w:sz w:val="29"/>
          <w:szCs w:val="36"/>
          <w:highlight w:val="cyan"/>
        </w:rPr>
        <w:t>rimary Goal:</w:t>
      </w:r>
      <w:r>
        <w:rPr>
          <w:b/>
        </w:rPr>
        <w:br/>
      </w:r>
      <w:r w:rsidR="00875D31">
        <w:t xml:space="preserve"> </w:t>
      </w:r>
      <w:r w:rsidR="004570D0" w:rsidRPr="004B46BA">
        <w:rPr>
          <w:sz w:val="28"/>
          <w:szCs w:val="36"/>
        </w:rPr>
        <w:t>O</w:t>
      </w:r>
      <w:r w:rsidR="0040547C" w:rsidRPr="004B46BA">
        <w:rPr>
          <w:sz w:val="28"/>
          <w:szCs w:val="36"/>
        </w:rPr>
        <w:t>nly</w:t>
      </w:r>
      <w:r w:rsidR="0040547C" w:rsidRPr="004B46BA">
        <w:rPr>
          <w:sz w:val="22"/>
          <w:szCs w:val="22"/>
        </w:rPr>
        <w:t xml:space="preserve"> </w:t>
      </w:r>
      <w:r w:rsidR="0040547C" w:rsidRPr="004B46BA">
        <w:rPr>
          <w:sz w:val="28"/>
          <w:szCs w:val="36"/>
        </w:rPr>
        <w:t>understanding the</w:t>
      </w:r>
      <w:r w:rsidR="00875D31" w:rsidRPr="004B46BA">
        <w:rPr>
          <w:sz w:val="28"/>
          <w:szCs w:val="36"/>
        </w:rPr>
        <w:t xml:space="preserve"> </w:t>
      </w:r>
      <w:r w:rsidR="0040547C" w:rsidRPr="004B46BA">
        <w:rPr>
          <w:sz w:val="28"/>
          <w:szCs w:val="36"/>
        </w:rPr>
        <w:t>role</w:t>
      </w:r>
      <w:r w:rsidR="004570D0" w:rsidRPr="004B46BA">
        <w:rPr>
          <w:sz w:val="28"/>
          <w:szCs w:val="36"/>
        </w:rPr>
        <w:t xml:space="preserve">; </w:t>
      </w:r>
      <w:r w:rsidR="00875D31" w:rsidRPr="004B46BA">
        <w:rPr>
          <w:sz w:val="28"/>
          <w:szCs w:val="36"/>
        </w:rPr>
        <w:t xml:space="preserve">taking </w:t>
      </w:r>
      <w:r w:rsidR="005E51B2" w:rsidRPr="004B46BA">
        <w:rPr>
          <w:sz w:val="28"/>
          <w:szCs w:val="36"/>
        </w:rPr>
        <w:t xml:space="preserve">confident </w:t>
      </w:r>
      <w:r w:rsidR="00170782" w:rsidRPr="004B46BA">
        <w:rPr>
          <w:sz w:val="28"/>
          <w:szCs w:val="36"/>
        </w:rPr>
        <w:t>decisions</w:t>
      </w:r>
      <w:r w:rsidR="005E51B2" w:rsidRPr="004B46BA">
        <w:rPr>
          <w:sz w:val="28"/>
          <w:szCs w:val="36"/>
        </w:rPr>
        <w:t xml:space="preserve"> without </w:t>
      </w:r>
      <w:r w:rsidR="0040547C" w:rsidRPr="004B46BA">
        <w:rPr>
          <w:sz w:val="28"/>
          <w:szCs w:val="36"/>
        </w:rPr>
        <w:t xml:space="preserve">knowing </w:t>
      </w:r>
      <w:r w:rsidRPr="004B46BA">
        <w:rPr>
          <w:sz w:val="28"/>
          <w:szCs w:val="36"/>
        </w:rPr>
        <w:t>Gaming jargon</w:t>
      </w:r>
      <w:r w:rsidR="0040547C" w:rsidRPr="004B46BA">
        <w:rPr>
          <w:sz w:val="28"/>
          <w:szCs w:val="36"/>
        </w:rPr>
        <w:t>.</w:t>
      </w:r>
    </w:p>
    <w:p w14:paraId="1CA1BE66" w14:textId="378BF497" w:rsidR="00936D79" w:rsidRPr="004B46BA" w:rsidRDefault="00936D79" w:rsidP="006540D4">
      <w:pPr>
        <w:spacing w:line="360" w:lineRule="auto"/>
        <w:rPr>
          <w:sz w:val="22"/>
          <w:szCs w:val="22"/>
        </w:rPr>
      </w:pPr>
      <w:r w:rsidRPr="00A21B79">
        <w:rPr>
          <w:b/>
          <w:sz w:val="27"/>
          <w:szCs w:val="32"/>
          <w:highlight w:val="green"/>
        </w:rPr>
        <w:t>S</w:t>
      </w:r>
      <w:r w:rsidR="00A21B79" w:rsidRPr="00A21B79">
        <w:rPr>
          <w:b/>
          <w:sz w:val="27"/>
          <w:szCs w:val="32"/>
          <w:highlight w:val="green"/>
        </w:rPr>
        <w:t>econdary</w:t>
      </w:r>
      <w:r w:rsidRPr="00A21B79">
        <w:rPr>
          <w:b/>
          <w:sz w:val="27"/>
          <w:szCs w:val="32"/>
          <w:highlight w:val="green"/>
        </w:rPr>
        <w:t xml:space="preserve"> G</w:t>
      </w:r>
      <w:r w:rsidR="00A21B79" w:rsidRPr="00A21B79">
        <w:rPr>
          <w:b/>
          <w:sz w:val="27"/>
          <w:szCs w:val="32"/>
          <w:highlight w:val="green"/>
        </w:rPr>
        <w:t>oal</w:t>
      </w:r>
      <w:r>
        <w:rPr>
          <w:b/>
        </w:rPr>
        <w:br/>
      </w:r>
      <w:r w:rsidR="00170782" w:rsidRPr="004B46BA">
        <w:rPr>
          <w:sz w:val="28"/>
          <w:szCs w:val="36"/>
        </w:rPr>
        <w:t>O</w:t>
      </w:r>
      <w:r w:rsidR="008A2B4A" w:rsidRPr="004B46BA">
        <w:rPr>
          <w:sz w:val="28"/>
          <w:szCs w:val="36"/>
        </w:rPr>
        <w:t xml:space="preserve">bserving the changes in interface </w:t>
      </w:r>
      <w:r w:rsidR="00C532FC" w:rsidRPr="004B46BA">
        <w:rPr>
          <w:sz w:val="28"/>
          <w:szCs w:val="36"/>
        </w:rPr>
        <w:t>and following the system feedback</w:t>
      </w:r>
      <w:r w:rsidR="009657D3" w:rsidRPr="004B46BA">
        <w:rPr>
          <w:sz w:val="28"/>
          <w:szCs w:val="36"/>
        </w:rPr>
        <w:t xml:space="preserve"> do</w:t>
      </w:r>
      <w:r w:rsidR="004B5BBE" w:rsidRPr="004B46BA">
        <w:rPr>
          <w:sz w:val="28"/>
          <w:szCs w:val="36"/>
        </w:rPr>
        <w:t xml:space="preserve"> meaningful</w:t>
      </w:r>
      <w:r w:rsidR="009657D3" w:rsidRPr="004B46BA">
        <w:rPr>
          <w:sz w:val="28"/>
          <w:szCs w:val="36"/>
        </w:rPr>
        <w:t xml:space="preserve"> contribute </w:t>
      </w:r>
      <w:r w:rsidR="004B5BBE" w:rsidRPr="004B46BA">
        <w:rPr>
          <w:sz w:val="28"/>
          <w:szCs w:val="36"/>
        </w:rPr>
        <w:t xml:space="preserve">to </w:t>
      </w:r>
      <w:r w:rsidR="00170782" w:rsidRPr="004B46BA">
        <w:rPr>
          <w:sz w:val="28"/>
          <w:szCs w:val="36"/>
        </w:rPr>
        <w:t>socially</w:t>
      </w:r>
      <w:r w:rsidR="00170782" w:rsidRPr="004B46BA">
        <w:rPr>
          <w:sz w:val="22"/>
          <w:szCs w:val="22"/>
        </w:rPr>
        <w:t>.</w:t>
      </w:r>
    </w:p>
    <w:p w14:paraId="0411FE90" w14:textId="3A723575" w:rsidR="00936D79" w:rsidRPr="004B46BA" w:rsidRDefault="00936D79" w:rsidP="00D732EC">
      <w:pPr>
        <w:spacing w:line="360" w:lineRule="auto"/>
        <w:jc w:val="both"/>
        <w:rPr>
          <w:sz w:val="22"/>
          <w:szCs w:val="22"/>
        </w:rPr>
      </w:pPr>
      <w:r w:rsidRPr="004B46BA">
        <w:rPr>
          <w:b/>
          <w:sz w:val="28"/>
          <w:szCs w:val="32"/>
        </w:rPr>
        <w:lastRenderedPageBreak/>
        <w:t xml:space="preserve">Context and scenario: </w:t>
      </w:r>
      <w:r w:rsidR="00273A96" w:rsidRPr="004B46BA">
        <w:rPr>
          <w:bCs/>
          <w:sz w:val="28"/>
          <w:szCs w:val="36"/>
        </w:rPr>
        <w:t>I</w:t>
      </w:r>
      <w:r w:rsidR="00E17E42" w:rsidRPr="004B46BA">
        <w:rPr>
          <w:bCs/>
          <w:sz w:val="28"/>
          <w:szCs w:val="36"/>
        </w:rPr>
        <w:t xml:space="preserve">n an induction </w:t>
      </w:r>
      <w:r w:rsidR="00E17E42" w:rsidRPr="004B46BA">
        <w:rPr>
          <w:bCs/>
          <w:sz w:val="36"/>
          <w:szCs w:val="48"/>
        </w:rPr>
        <w:t>session</w:t>
      </w:r>
      <w:r w:rsidR="00E17E42" w:rsidRPr="004B46BA">
        <w:rPr>
          <w:b/>
          <w:sz w:val="36"/>
          <w:szCs w:val="48"/>
        </w:rPr>
        <w:t xml:space="preserve"> </w:t>
      </w:r>
      <w:r w:rsidR="00273A96" w:rsidRPr="004B46BA">
        <w:rPr>
          <w:sz w:val="28"/>
          <w:szCs w:val="36"/>
        </w:rPr>
        <w:t xml:space="preserve">Ellin </w:t>
      </w:r>
      <w:r w:rsidR="00AC060F" w:rsidRPr="004B46BA">
        <w:rPr>
          <w:sz w:val="28"/>
          <w:szCs w:val="36"/>
        </w:rPr>
        <w:t xml:space="preserve">took </w:t>
      </w:r>
      <w:r w:rsidR="00CD301B" w:rsidRPr="004B46BA">
        <w:rPr>
          <w:sz w:val="28"/>
          <w:szCs w:val="36"/>
        </w:rPr>
        <w:t>the role</w:t>
      </w:r>
      <w:r w:rsidR="00AC060F" w:rsidRPr="004B46BA">
        <w:rPr>
          <w:sz w:val="28"/>
          <w:szCs w:val="36"/>
        </w:rPr>
        <w:t xml:space="preserve"> of a </w:t>
      </w:r>
      <w:r w:rsidR="00676A1C" w:rsidRPr="004B46BA">
        <w:rPr>
          <w:sz w:val="28"/>
          <w:szCs w:val="36"/>
        </w:rPr>
        <w:t>lecturer. She</w:t>
      </w:r>
      <w:r w:rsidR="000861FF" w:rsidRPr="004B46BA">
        <w:rPr>
          <w:sz w:val="28"/>
          <w:szCs w:val="36"/>
        </w:rPr>
        <w:t xml:space="preserve"> witnessed a suggested action </w:t>
      </w:r>
      <w:r w:rsidR="00365FD2" w:rsidRPr="004B46BA">
        <w:rPr>
          <w:sz w:val="28"/>
          <w:szCs w:val="36"/>
        </w:rPr>
        <w:t>and</w:t>
      </w:r>
      <w:r w:rsidR="0038224B" w:rsidRPr="004B46BA">
        <w:rPr>
          <w:sz w:val="28"/>
          <w:szCs w:val="36"/>
        </w:rPr>
        <w:t xml:space="preserve"> </w:t>
      </w:r>
      <w:r w:rsidR="00DC2F3E" w:rsidRPr="004B46BA">
        <w:rPr>
          <w:sz w:val="28"/>
          <w:szCs w:val="36"/>
        </w:rPr>
        <w:t>asked for help</w:t>
      </w:r>
      <w:r w:rsidR="00BD3C13" w:rsidRPr="004B46BA">
        <w:rPr>
          <w:sz w:val="28"/>
          <w:szCs w:val="36"/>
        </w:rPr>
        <w:t xml:space="preserve"> to know </w:t>
      </w:r>
      <w:r w:rsidR="00365FD2" w:rsidRPr="004B46BA">
        <w:rPr>
          <w:sz w:val="28"/>
          <w:szCs w:val="36"/>
        </w:rPr>
        <w:t>why a</w:t>
      </w:r>
      <w:r w:rsidR="00B50660" w:rsidRPr="004B46BA">
        <w:rPr>
          <w:sz w:val="28"/>
          <w:szCs w:val="36"/>
        </w:rPr>
        <w:t xml:space="preserve"> campus</w:t>
      </w:r>
      <w:r w:rsidR="0038224B" w:rsidRPr="004B46BA">
        <w:rPr>
          <w:sz w:val="28"/>
          <w:szCs w:val="36"/>
        </w:rPr>
        <w:t xml:space="preserve"> i</w:t>
      </w:r>
      <w:r w:rsidR="00193F76" w:rsidRPr="004B46BA">
        <w:rPr>
          <w:sz w:val="28"/>
          <w:szCs w:val="36"/>
        </w:rPr>
        <w:t>s flashing</w:t>
      </w:r>
      <w:r w:rsidR="00056611" w:rsidRPr="004B46BA">
        <w:rPr>
          <w:sz w:val="28"/>
          <w:szCs w:val="36"/>
        </w:rPr>
        <w:t>.</w:t>
      </w:r>
      <w:r w:rsidR="00CA0F2E" w:rsidRPr="004B46BA">
        <w:rPr>
          <w:sz w:val="28"/>
          <w:szCs w:val="36"/>
        </w:rPr>
        <w:t xml:space="preserve"> Without blaming her </w:t>
      </w:r>
      <w:r w:rsidR="00DC2F3E" w:rsidRPr="004B46BA">
        <w:rPr>
          <w:sz w:val="28"/>
          <w:szCs w:val="36"/>
        </w:rPr>
        <w:t>for making</w:t>
      </w:r>
      <w:r w:rsidR="00CA0F2E" w:rsidRPr="004B46BA">
        <w:rPr>
          <w:sz w:val="28"/>
          <w:szCs w:val="36"/>
        </w:rPr>
        <w:t xml:space="preserve"> </w:t>
      </w:r>
      <w:r w:rsidR="00DC2F3E" w:rsidRPr="004B46BA">
        <w:rPr>
          <w:sz w:val="28"/>
          <w:szCs w:val="36"/>
        </w:rPr>
        <w:t>mistakes</w:t>
      </w:r>
      <w:r w:rsidR="00CA0F2E" w:rsidRPr="004B46BA">
        <w:rPr>
          <w:sz w:val="28"/>
          <w:szCs w:val="36"/>
        </w:rPr>
        <w:t xml:space="preserve"> will </w:t>
      </w:r>
      <w:r w:rsidR="00C71330" w:rsidRPr="004B46BA">
        <w:rPr>
          <w:sz w:val="28"/>
          <w:szCs w:val="36"/>
        </w:rPr>
        <w:t xml:space="preserve">make her understand the current state and </w:t>
      </w:r>
      <w:r w:rsidR="009308CF" w:rsidRPr="004B46BA">
        <w:rPr>
          <w:sz w:val="28"/>
          <w:szCs w:val="36"/>
        </w:rPr>
        <w:t>available recovery option</w:t>
      </w:r>
      <w:r w:rsidR="009308CF" w:rsidRPr="004B46BA">
        <w:rPr>
          <w:sz w:val="22"/>
          <w:szCs w:val="22"/>
        </w:rPr>
        <w:t>.</w:t>
      </w:r>
    </w:p>
    <w:p w14:paraId="415F93EF" w14:textId="090F5E1E" w:rsidR="00936D79" w:rsidRPr="00407CC5" w:rsidRDefault="00936D79" w:rsidP="006540D4">
      <w:pPr>
        <w:spacing w:line="360" w:lineRule="auto"/>
        <w:rPr>
          <w:sz w:val="29"/>
          <w:szCs w:val="36"/>
        </w:rPr>
      </w:pPr>
      <w:r w:rsidRPr="00407CC5">
        <w:rPr>
          <w:b/>
          <w:sz w:val="29"/>
          <w:szCs w:val="36"/>
        </w:rPr>
        <w:t xml:space="preserve">Pain points and </w:t>
      </w:r>
      <w:r w:rsidR="00407CC5" w:rsidRPr="00407CC5">
        <w:rPr>
          <w:b/>
          <w:sz w:val="29"/>
          <w:szCs w:val="36"/>
        </w:rPr>
        <w:t>behaviors</w:t>
      </w:r>
      <w:r w:rsidRPr="00407CC5">
        <w:rPr>
          <w:b/>
          <w:sz w:val="29"/>
          <w:szCs w:val="36"/>
        </w:rPr>
        <w:t xml:space="preserve"> to validate through research:</w:t>
      </w:r>
    </w:p>
    <w:p w14:paraId="0ABB0574" w14:textId="15560219" w:rsidR="00936D79" w:rsidRPr="004B46BA" w:rsidRDefault="00407CC5" w:rsidP="0005517A">
      <w:pPr>
        <w:pStyle w:val="ListBullet"/>
        <w:numPr>
          <w:ilvl w:val="0"/>
          <w:numId w:val="14"/>
        </w:numPr>
        <w:spacing w:line="360" w:lineRule="auto"/>
        <w:jc w:val="both"/>
        <w:rPr>
          <w:sz w:val="28"/>
          <w:szCs w:val="36"/>
        </w:rPr>
      </w:pPr>
      <w:r w:rsidRPr="004B46BA">
        <w:rPr>
          <w:sz w:val="28"/>
          <w:szCs w:val="36"/>
        </w:rPr>
        <w:t xml:space="preserve">Does </w:t>
      </w:r>
      <w:r w:rsidR="00936D79" w:rsidRPr="004B46BA">
        <w:rPr>
          <w:sz w:val="28"/>
          <w:szCs w:val="36"/>
        </w:rPr>
        <w:t xml:space="preserve">Small text, </w:t>
      </w:r>
      <w:r w:rsidRPr="004B46BA">
        <w:rPr>
          <w:sz w:val="28"/>
          <w:szCs w:val="36"/>
        </w:rPr>
        <w:t>unlabeled</w:t>
      </w:r>
      <w:r w:rsidR="00936D79" w:rsidRPr="004B46BA">
        <w:rPr>
          <w:sz w:val="28"/>
          <w:szCs w:val="36"/>
        </w:rPr>
        <w:t xml:space="preserve"> icons </w:t>
      </w:r>
      <w:r w:rsidRPr="004B46BA">
        <w:rPr>
          <w:sz w:val="28"/>
          <w:szCs w:val="36"/>
        </w:rPr>
        <w:t>and</w:t>
      </w:r>
      <w:r w:rsidR="00936D79" w:rsidRPr="004B46BA">
        <w:rPr>
          <w:sz w:val="28"/>
          <w:szCs w:val="36"/>
        </w:rPr>
        <w:t xml:space="preserve"> unexpected screen changes </w:t>
      </w:r>
      <w:r w:rsidR="001C0CD1" w:rsidRPr="004B46BA">
        <w:rPr>
          <w:sz w:val="28"/>
          <w:szCs w:val="36"/>
        </w:rPr>
        <w:t xml:space="preserve">reduce her </w:t>
      </w:r>
      <w:r w:rsidR="00936D79" w:rsidRPr="004B46BA">
        <w:rPr>
          <w:sz w:val="28"/>
          <w:szCs w:val="36"/>
        </w:rPr>
        <w:t>confidence</w:t>
      </w:r>
      <w:r w:rsidR="001C0CD1" w:rsidRPr="004B46BA">
        <w:rPr>
          <w:sz w:val="28"/>
          <w:szCs w:val="36"/>
        </w:rPr>
        <w:t>!</w:t>
      </w:r>
    </w:p>
    <w:p w14:paraId="43CCED83" w14:textId="373D80E2" w:rsidR="00936D79" w:rsidRPr="004B46BA" w:rsidRDefault="00D325E7" w:rsidP="0005517A">
      <w:pPr>
        <w:pStyle w:val="ListBullet"/>
        <w:numPr>
          <w:ilvl w:val="0"/>
          <w:numId w:val="1"/>
        </w:numPr>
        <w:spacing w:line="360" w:lineRule="auto"/>
        <w:jc w:val="both"/>
        <w:rPr>
          <w:sz w:val="28"/>
          <w:szCs w:val="36"/>
        </w:rPr>
      </w:pPr>
      <w:r w:rsidRPr="004B46BA">
        <w:rPr>
          <w:sz w:val="28"/>
          <w:szCs w:val="36"/>
        </w:rPr>
        <w:t xml:space="preserve">Does she want other players confirmation before </w:t>
      </w:r>
      <w:r w:rsidR="00272B7E" w:rsidRPr="004B46BA">
        <w:rPr>
          <w:sz w:val="28"/>
          <w:szCs w:val="36"/>
        </w:rPr>
        <w:t xml:space="preserve">doing any action or read </w:t>
      </w:r>
      <w:r w:rsidR="003749BB" w:rsidRPr="004B46BA">
        <w:rPr>
          <w:sz w:val="28"/>
          <w:szCs w:val="36"/>
        </w:rPr>
        <w:t>all</w:t>
      </w:r>
      <w:r w:rsidR="00BC32EE" w:rsidRPr="004B46BA">
        <w:rPr>
          <w:sz w:val="28"/>
          <w:szCs w:val="36"/>
        </w:rPr>
        <w:t xml:space="preserve"> instructions.</w:t>
      </w:r>
    </w:p>
    <w:p w14:paraId="27C0812D" w14:textId="5896848F" w:rsidR="00936D79" w:rsidRPr="004B46BA" w:rsidRDefault="004D5C7F" w:rsidP="0005517A">
      <w:pPr>
        <w:pStyle w:val="ListBullet"/>
        <w:numPr>
          <w:ilvl w:val="0"/>
          <w:numId w:val="1"/>
        </w:numPr>
        <w:spacing w:line="360" w:lineRule="auto"/>
        <w:jc w:val="both"/>
        <w:rPr>
          <w:sz w:val="28"/>
          <w:szCs w:val="36"/>
        </w:rPr>
      </w:pPr>
      <w:r w:rsidRPr="004B46BA">
        <w:rPr>
          <w:sz w:val="28"/>
          <w:szCs w:val="36"/>
        </w:rPr>
        <w:t xml:space="preserve">Does she miss any important </w:t>
      </w:r>
      <w:r w:rsidR="006F763E" w:rsidRPr="004B46BA">
        <w:rPr>
          <w:sz w:val="28"/>
          <w:szCs w:val="36"/>
        </w:rPr>
        <w:t xml:space="preserve">information due to time pressure or </w:t>
      </w:r>
      <w:r w:rsidR="00525BB4" w:rsidRPr="004B46BA">
        <w:rPr>
          <w:sz w:val="28"/>
          <w:szCs w:val="36"/>
        </w:rPr>
        <w:t>colo</w:t>
      </w:r>
      <w:r w:rsidR="003749BB" w:rsidRPr="004B46BA">
        <w:rPr>
          <w:sz w:val="28"/>
          <w:szCs w:val="36"/>
        </w:rPr>
        <w:t xml:space="preserve">r </w:t>
      </w:r>
      <w:r w:rsidR="0056310E" w:rsidRPr="004B46BA">
        <w:rPr>
          <w:sz w:val="28"/>
          <w:szCs w:val="36"/>
        </w:rPr>
        <w:t>only warning!</w:t>
      </w:r>
    </w:p>
    <w:p w14:paraId="1F2852DF" w14:textId="402C5C57" w:rsidR="00936D79" w:rsidRPr="00564156" w:rsidRDefault="00936D79" w:rsidP="00914898">
      <w:pPr>
        <w:spacing w:line="360" w:lineRule="auto"/>
        <w:jc w:val="both"/>
        <w:rPr>
          <w:sz w:val="28"/>
          <w:szCs w:val="36"/>
        </w:rPr>
      </w:pPr>
      <w:r w:rsidRPr="00564156">
        <w:rPr>
          <w:sz w:val="32"/>
          <w:szCs w:val="40"/>
        </w:rPr>
        <w:t>Design implications (provisional</w:t>
      </w:r>
      <w:r w:rsidRPr="00564156">
        <w:rPr>
          <w:sz w:val="22"/>
          <w:szCs w:val="22"/>
        </w:rPr>
        <w:t>):</w:t>
      </w:r>
      <w:r w:rsidRPr="00564156">
        <w:rPr>
          <w:b/>
          <w:sz w:val="32"/>
          <w:szCs w:val="40"/>
        </w:rPr>
        <w:t xml:space="preserve"> </w:t>
      </w:r>
      <w:r w:rsidR="00067AD3" w:rsidRPr="00564156">
        <w:rPr>
          <w:bCs/>
          <w:sz w:val="32"/>
          <w:szCs w:val="40"/>
        </w:rPr>
        <w:t>need</w:t>
      </w:r>
      <w:r w:rsidR="00067AD3" w:rsidRPr="00564156">
        <w:rPr>
          <w:sz w:val="22"/>
          <w:szCs w:val="22"/>
        </w:rPr>
        <w:t xml:space="preserve"> </w:t>
      </w:r>
      <w:r w:rsidR="00067AD3" w:rsidRPr="00564156">
        <w:rPr>
          <w:sz w:val="28"/>
          <w:szCs w:val="36"/>
        </w:rPr>
        <w:t>Scalable</w:t>
      </w:r>
      <w:r w:rsidRPr="00564156">
        <w:rPr>
          <w:sz w:val="28"/>
          <w:szCs w:val="36"/>
        </w:rPr>
        <w:t xml:space="preserve"> text, large targets, labelled icons, consistent navigation, visible contextual </w:t>
      </w:r>
      <w:r w:rsidR="005A54CE" w:rsidRPr="00564156">
        <w:rPr>
          <w:sz w:val="28"/>
          <w:szCs w:val="36"/>
        </w:rPr>
        <w:t>h</w:t>
      </w:r>
      <w:r w:rsidRPr="00564156">
        <w:rPr>
          <w:sz w:val="28"/>
          <w:szCs w:val="36"/>
        </w:rPr>
        <w:t xml:space="preserve">elp </w:t>
      </w:r>
      <w:r w:rsidR="005A54CE" w:rsidRPr="00564156">
        <w:rPr>
          <w:sz w:val="28"/>
          <w:szCs w:val="36"/>
        </w:rPr>
        <w:t>&amp;</w:t>
      </w:r>
      <w:r w:rsidR="00D014A9" w:rsidRPr="00564156">
        <w:rPr>
          <w:sz w:val="28"/>
          <w:szCs w:val="36"/>
        </w:rPr>
        <w:t>non-judgmental</w:t>
      </w:r>
      <w:r w:rsidRPr="00564156">
        <w:rPr>
          <w:sz w:val="28"/>
          <w:szCs w:val="36"/>
        </w:rPr>
        <w:t xml:space="preserve"> error messages</w:t>
      </w:r>
      <w:r w:rsidR="00D014A9" w:rsidRPr="00564156">
        <w:rPr>
          <w:sz w:val="28"/>
          <w:szCs w:val="36"/>
        </w:rPr>
        <w:t>.</w:t>
      </w:r>
      <w:r w:rsidRPr="00564156">
        <w:rPr>
          <w:sz w:val="28"/>
          <w:szCs w:val="36"/>
        </w:rPr>
        <w:t xml:space="preserve"> Essential information </w:t>
      </w:r>
      <w:r w:rsidR="005A4379" w:rsidRPr="00564156">
        <w:rPr>
          <w:sz w:val="28"/>
          <w:szCs w:val="36"/>
        </w:rPr>
        <w:t xml:space="preserve">will be </w:t>
      </w:r>
      <w:r w:rsidR="006F07C5" w:rsidRPr="00564156">
        <w:rPr>
          <w:sz w:val="28"/>
          <w:szCs w:val="36"/>
        </w:rPr>
        <w:t>on the main</w:t>
      </w:r>
      <w:r w:rsidRPr="00564156">
        <w:rPr>
          <w:sz w:val="28"/>
          <w:szCs w:val="36"/>
        </w:rPr>
        <w:t xml:space="preserve"> </w:t>
      </w:r>
      <w:r w:rsidR="006F07C5" w:rsidRPr="00564156">
        <w:rPr>
          <w:sz w:val="28"/>
          <w:szCs w:val="36"/>
        </w:rPr>
        <w:t>screen;</w:t>
      </w:r>
      <w:r w:rsidRPr="00564156">
        <w:rPr>
          <w:sz w:val="28"/>
          <w:szCs w:val="36"/>
        </w:rPr>
        <w:t xml:space="preserve"> additional </w:t>
      </w:r>
      <w:r w:rsidR="006F07C5" w:rsidRPr="00564156">
        <w:rPr>
          <w:sz w:val="28"/>
          <w:szCs w:val="36"/>
        </w:rPr>
        <w:t>details</w:t>
      </w:r>
      <w:r w:rsidRPr="00564156">
        <w:rPr>
          <w:sz w:val="28"/>
          <w:szCs w:val="36"/>
        </w:rPr>
        <w:t xml:space="preserve"> </w:t>
      </w:r>
      <w:r w:rsidR="006F07C5" w:rsidRPr="00564156">
        <w:rPr>
          <w:sz w:val="28"/>
          <w:szCs w:val="36"/>
        </w:rPr>
        <w:t>will be open on</w:t>
      </w:r>
      <w:r w:rsidRPr="00564156">
        <w:rPr>
          <w:sz w:val="28"/>
          <w:szCs w:val="36"/>
        </w:rPr>
        <w:t xml:space="preserve"> demand</w:t>
      </w:r>
      <w:r w:rsidR="006F07C5" w:rsidRPr="00564156">
        <w:rPr>
          <w:sz w:val="28"/>
          <w:szCs w:val="36"/>
        </w:rPr>
        <w:t>.</w:t>
      </w:r>
    </w:p>
    <w:p w14:paraId="68FFFF57" w14:textId="337D7089" w:rsidR="00936D79" w:rsidRPr="00564156" w:rsidRDefault="00936D79" w:rsidP="006540D4">
      <w:pPr>
        <w:spacing w:line="360" w:lineRule="auto"/>
        <w:rPr>
          <w:sz w:val="28"/>
          <w:szCs w:val="36"/>
        </w:rPr>
      </w:pPr>
      <w:r w:rsidRPr="006F07C5">
        <w:rPr>
          <w:b/>
          <w:sz w:val="29"/>
          <w:szCs w:val="36"/>
        </w:rPr>
        <w:t>User story</w:t>
      </w:r>
      <w:r w:rsidRPr="009256C9">
        <w:rPr>
          <w:b/>
          <w:sz w:val="35"/>
          <w:szCs w:val="48"/>
        </w:rPr>
        <w:t xml:space="preserve">: </w:t>
      </w:r>
      <w:r w:rsidRPr="00564156">
        <w:rPr>
          <w:sz w:val="28"/>
          <w:szCs w:val="36"/>
        </w:rPr>
        <w:t>“</w:t>
      </w:r>
      <w:r w:rsidR="00A17376" w:rsidRPr="00564156">
        <w:rPr>
          <w:sz w:val="28"/>
          <w:szCs w:val="36"/>
        </w:rPr>
        <w:t xml:space="preserve">As </w:t>
      </w:r>
      <w:r w:rsidRPr="00564156">
        <w:rPr>
          <w:sz w:val="28"/>
          <w:szCs w:val="36"/>
        </w:rPr>
        <w:t xml:space="preserve">Elin </w:t>
      </w:r>
      <w:r w:rsidR="00A17376" w:rsidRPr="00564156">
        <w:rPr>
          <w:sz w:val="28"/>
          <w:szCs w:val="36"/>
        </w:rPr>
        <w:t xml:space="preserve">I </w:t>
      </w:r>
      <w:r w:rsidR="009256C9" w:rsidRPr="00564156">
        <w:rPr>
          <w:sz w:val="28"/>
          <w:szCs w:val="36"/>
        </w:rPr>
        <w:t>want plain</w:t>
      </w:r>
      <w:r w:rsidRPr="00564156">
        <w:rPr>
          <w:sz w:val="28"/>
          <w:szCs w:val="36"/>
        </w:rPr>
        <w:t xml:space="preserve">-language explanation </w:t>
      </w:r>
      <w:r w:rsidR="00A304FB" w:rsidRPr="00564156">
        <w:rPr>
          <w:sz w:val="28"/>
          <w:szCs w:val="36"/>
        </w:rPr>
        <w:t xml:space="preserve">and </w:t>
      </w:r>
      <w:r w:rsidRPr="00564156">
        <w:rPr>
          <w:sz w:val="28"/>
          <w:szCs w:val="36"/>
        </w:rPr>
        <w:t xml:space="preserve">predictable controls </w:t>
      </w:r>
      <w:r w:rsidR="00A304FB" w:rsidRPr="00564156">
        <w:rPr>
          <w:sz w:val="28"/>
          <w:szCs w:val="36"/>
        </w:rPr>
        <w:t xml:space="preserve">so that I can finish my turn though </w:t>
      </w:r>
      <w:r w:rsidR="00BE05E5" w:rsidRPr="00564156">
        <w:rPr>
          <w:sz w:val="28"/>
          <w:szCs w:val="36"/>
        </w:rPr>
        <w:t>gaming experience is less</w:t>
      </w:r>
      <w:r w:rsidR="009256C9" w:rsidRPr="00564156">
        <w:rPr>
          <w:sz w:val="28"/>
          <w:szCs w:val="36"/>
        </w:rPr>
        <w:t>.</w:t>
      </w:r>
      <w:r w:rsidRPr="00564156">
        <w:rPr>
          <w:sz w:val="28"/>
          <w:szCs w:val="36"/>
        </w:rPr>
        <w:t>”</w:t>
      </w:r>
    </w:p>
    <w:p w14:paraId="3FF38DA3" w14:textId="2B198285" w:rsidR="00936D79" w:rsidRPr="00292275" w:rsidRDefault="00292275" w:rsidP="00D732EC">
      <w:pPr>
        <w:pStyle w:val="Heading2"/>
        <w:spacing w:line="360" w:lineRule="auto"/>
      </w:pPr>
      <w:bookmarkStart w:id="9" w:name="_Toc235666975"/>
      <w:r w:rsidRPr="00665781">
        <w:rPr>
          <w:sz w:val="32"/>
          <w:szCs w:val="32"/>
        </w:rPr>
        <w:t>3.4</w:t>
      </w:r>
      <w:r w:rsidR="00936D79" w:rsidRPr="00665781">
        <w:rPr>
          <w:sz w:val="32"/>
          <w:szCs w:val="32"/>
        </w:rPr>
        <w:t xml:space="preserve"> </w:t>
      </w:r>
      <w:r w:rsidR="00CC4C14" w:rsidRPr="00665781">
        <w:rPr>
          <w:sz w:val="32"/>
          <w:szCs w:val="32"/>
        </w:rPr>
        <w:t>M Islam</w:t>
      </w:r>
      <w:r w:rsidR="00936D79" w:rsidRPr="00665781">
        <w:rPr>
          <w:sz w:val="32"/>
          <w:szCs w:val="32"/>
        </w:rPr>
        <w:t xml:space="preserve"> </w:t>
      </w:r>
      <w:r w:rsidR="00936D79" w:rsidRPr="00292275">
        <w:t xml:space="preserve">— </w:t>
      </w:r>
      <w:r w:rsidR="00936D79" w:rsidRPr="00886BB3">
        <w:t>Postgraduate Student Using Alternative Input</w:t>
      </w:r>
      <w:bookmarkEnd w:id="9"/>
    </w:p>
    <w:p w14:paraId="7D8D88AB" w14:textId="5A422ED8" w:rsidR="00936D79" w:rsidRDefault="00936D79" w:rsidP="00D732EC">
      <w:pPr>
        <w:spacing w:line="360" w:lineRule="auto"/>
        <w:rPr>
          <w:sz w:val="27"/>
          <w:szCs w:val="32"/>
        </w:rPr>
      </w:pPr>
      <w:r w:rsidRPr="007B0B3C">
        <w:rPr>
          <w:b/>
          <w:sz w:val="31"/>
          <w:szCs w:val="40"/>
        </w:rPr>
        <w:t>Persona type</w:t>
      </w:r>
      <w:r w:rsidRPr="007B0B3C">
        <w:rPr>
          <w:b/>
          <w:sz w:val="29"/>
          <w:szCs w:val="36"/>
        </w:rPr>
        <w:t xml:space="preserve">: </w:t>
      </w:r>
      <w:r w:rsidRPr="00564156">
        <w:rPr>
          <w:sz w:val="28"/>
          <w:szCs w:val="36"/>
        </w:rPr>
        <w:t xml:space="preserve">Provisional accessibility-focused </w:t>
      </w:r>
      <w:r w:rsidR="00067FE7" w:rsidRPr="00564156">
        <w:rPr>
          <w:sz w:val="28"/>
          <w:szCs w:val="36"/>
        </w:rPr>
        <w:t>behavioral</w:t>
      </w:r>
      <w:r w:rsidRPr="00564156">
        <w:rPr>
          <w:sz w:val="28"/>
          <w:szCs w:val="36"/>
        </w:rPr>
        <w:t xml:space="preserve"> cluster; research validation required</w:t>
      </w:r>
      <w:r w:rsidRPr="00564156">
        <w:rPr>
          <w:b/>
          <w:sz w:val="29"/>
          <w:szCs w:val="36"/>
        </w:rPr>
        <w:br/>
      </w:r>
      <w:r w:rsidRPr="00131BA0">
        <w:rPr>
          <w:b/>
          <w:sz w:val="29"/>
          <w:szCs w:val="36"/>
        </w:rPr>
        <w:t xml:space="preserve">Indicative context: </w:t>
      </w:r>
      <w:r w:rsidRPr="00564156">
        <w:rPr>
          <w:sz w:val="28"/>
          <w:szCs w:val="36"/>
        </w:rPr>
        <w:t>Postgraduate student joining remotely</w:t>
      </w:r>
      <w:r>
        <w:br/>
      </w:r>
      <w:r w:rsidRPr="007B0B3C">
        <w:rPr>
          <w:b/>
          <w:sz w:val="31"/>
          <w:szCs w:val="40"/>
        </w:rPr>
        <w:t xml:space="preserve">Access context: </w:t>
      </w:r>
      <w:r w:rsidRPr="00564156">
        <w:rPr>
          <w:sz w:val="28"/>
          <w:szCs w:val="36"/>
        </w:rPr>
        <w:t>Limited fine-motor control; may use Android accessibility settings, voice control or switch access</w:t>
      </w:r>
      <w:r w:rsidRPr="005610A6">
        <w:rPr>
          <w:sz w:val="27"/>
          <w:szCs w:val="32"/>
        </w:rPr>
        <w:br/>
      </w:r>
      <w:r w:rsidRPr="007B0B3C">
        <w:rPr>
          <w:b/>
          <w:sz w:val="31"/>
          <w:szCs w:val="40"/>
        </w:rPr>
        <w:t>Game experience</w:t>
      </w:r>
      <w:r w:rsidRPr="007B0B3C">
        <w:rPr>
          <w:b/>
          <w:sz w:val="37"/>
          <w:szCs w:val="52"/>
        </w:rPr>
        <w:t xml:space="preserve">: </w:t>
      </w:r>
      <w:r w:rsidRPr="000036C9">
        <w:rPr>
          <w:sz w:val="28"/>
          <w:szCs w:val="36"/>
        </w:rPr>
        <w:t>To be established through research</w:t>
      </w:r>
      <w:r w:rsidRPr="000036C9">
        <w:rPr>
          <w:sz w:val="22"/>
          <w:szCs w:val="22"/>
        </w:rPr>
        <w:br/>
      </w:r>
      <w:r w:rsidRPr="00131BA0">
        <w:rPr>
          <w:b/>
          <w:sz w:val="29"/>
          <w:szCs w:val="36"/>
        </w:rPr>
        <w:t>Primary device/context</w:t>
      </w:r>
      <w:r w:rsidRPr="005610A6">
        <w:rPr>
          <w:b/>
          <w:sz w:val="35"/>
          <w:szCs w:val="48"/>
        </w:rPr>
        <w:t xml:space="preserve">: </w:t>
      </w:r>
      <w:r w:rsidRPr="000036C9">
        <w:rPr>
          <w:sz w:val="28"/>
          <w:szCs w:val="36"/>
        </w:rPr>
        <w:t xml:space="preserve">Android device with </w:t>
      </w:r>
      <w:r w:rsidR="00C7381A" w:rsidRPr="000036C9">
        <w:rPr>
          <w:sz w:val="28"/>
          <w:szCs w:val="36"/>
        </w:rPr>
        <w:t>personalized</w:t>
      </w:r>
      <w:r w:rsidRPr="000036C9">
        <w:rPr>
          <w:sz w:val="28"/>
          <w:szCs w:val="36"/>
        </w:rPr>
        <w:t xml:space="preserve"> accessibility settings</w:t>
      </w:r>
      <w:r w:rsidR="004236E6" w:rsidRPr="000036C9">
        <w:rPr>
          <w:sz w:val="28"/>
          <w:szCs w:val="36"/>
        </w:rPr>
        <w:t>.</w:t>
      </w:r>
    </w:p>
    <w:p w14:paraId="39C0FBE3" w14:textId="49A675AC" w:rsidR="00936D79" w:rsidRPr="000036C9" w:rsidRDefault="00620484" w:rsidP="00C1453F">
      <w:pPr>
        <w:spacing w:line="360" w:lineRule="auto"/>
        <w:rPr>
          <w:sz w:val="28"/>
          <w:szCs w:val="36"/>
        </w:rPr>
      </w:pPr>
      <w:r w:rsidRPr="000036C9">
        <w:rPr>
          <w:sz w:val="28"/>
          <w:szCs w:val="36"/>
        </w:rPr>
        <w:t xml:space="preserve">He </w:t>
      </w:r>
      <w:r w:rsidR="00975839" w:rsidRPr="000036C9">
        <w:rPr>
          <w:sz w:val="28"/>
          <w:szCs w:val="36"/>
        </w:rPr>
        <w:t>says, “I</w:t>
      </w:r>
      <w:r w:rsidR="00B459C6" w:rsidRPr="000036C9">
        <w:rPr>
          <w:sz w:val="28"/>
          <w:szCs w:val="36"/>
        </w:rPr>
        <w:t xml:space="preserve"> would like good navigation</w:t>
      </w:r>
      <w:r w:rsidR="00975839" w:rsidRPr="000036C9">
        <w:rPr>
          <w:sz w:val="28"/>
          <w:szCs w:val="36"/>
        </w:rPr>
        <w:t>, visible icons and Text”</w:t>
      </w:r>
    </w:p>
    <w:p w14:paraId="3B8BFF5E" w14:textId="7123B7B5" w:rsidR="00936D79" w:rsidRDefault="00A3535B" w:rsidP="00D732EC">
      <w:pPr>
        <w:spacing w:line="360" w:lineRule="auto"/>
      </w:pPr>
      <w:r w:rsidRPr="008F5CDD">
        <w:rPr>
          <w:b/>
          <w:sz w:val="29"/>
          <w:szCs w:val="36"/>
          <w:highlight w:val="cyan"/>
        </w:rPr>
        <w:lastRenderedPageBreak/>
        <w:t>Initial Goal:</w:t>
      </w:r>
      <w:r w:rsidR="00936D79">
        <w:rPr>
          <w:b/>
        </w:rPr>
        <w:br/>
      </w:r>
      <w:r w:rsidR="005C6758" w:rsidRPr="004F5402">
        <w:rPr>
          <w:sz w:val="28"/>
          <w:szCs w:val="36"/>
        </w:rPr>
        <w:t xml:space="preserve">Complete </w:t>
      </w:r>
      <w:r w:rsidR="0091151A" w:rsidRPr="004F5402">
        <w:rPr>
          <w:sz w:val="28"/>
          <w:szCs w:val="36"/>
        </w:rPr>
        <w:t xml:space="preserve">all </w:t>
      </w:r>
      <w:r w:rsidR="00D732EC" w:rsidRPr="004F5402">
        <w:rPr>
          <w:sz w:val="28"/>
          <w:szCs w:val="36"/>
        </w:rPr>
        <w:t>the core</w:t>
      </w:r>
      <w:r w:rsidR="005C6758" w:rsidRPr="004F5402">
        <w:rPr>
          <w:sz w:val="28"/>
          <w:szCs w:val="36"/>
        </w:rPr>
        <w:t xml:space="preserve"> </w:t>
      </w:r>
      <w:r w:rsidR="00876458" w:rsidRPr="004F5402">
        <w:rPr>
          <w:sz w:val="28"/>
          <w:szCs w:val="36"/>
        </w:rPr>
        <w:t xml:space="preserve">game action independently </w:t>
      </w:r>
      <w:r w:rsidR="00755ABC" w:rsidRPr="004F5402">
        <w:rPr>
          <w:sz w:val="28"/>
          <w:szCs w:val="36"/>
        </w:rPr>
        <w:t>without</w:t>
      </w:r>
      <w:r w:rsidR="00876458" w:rsidRPr="004F5402">
        <w:rPr>
          <w:sz w:val="28"/>
          <w:szCs w:val="36"/>
        </w:rPr>
        <w:t xml:space="preserve"> depend</w:t>
      </w:r>
      <w:r w:rsidR="00755ABC" w:rsidRPr="004F5402">
        <w:rPr>
          <w:sz w:val="28"/>
          <w:szCs w:val="36"/>
        </w:rPr>
        <w:t xml:space="preserve">ing on </w:t>
      </w:r>
      <w:r w:rsidR="00936D79" w:rsidRPr="004F5402">
        <w:rPr>
          <w:sz w:val="28"/>
          <w:szCs w:val="36"/>
        </w:rPr>
        <w:t xml:space="preserve">Drag gesture </w:t>
      </w:r>
      <w:r w:rsidR="00755ABC" w:rsidRPr="004F5402">
        <w:rPr>
          <w:sz w:val="28"/>
          <w:szCs w:val="36"/>
        </w:rPr>
        <w:t xml:space="preserve">or </w:t>
      </w:r>
      <w:r w:rsidR="00936D79" w:rsidRPr="004F5402">
        <w:rPr>
          <w:sz w:val="28"/>
          <w:szCs w:val="36"/>
        </w:rPr>
        <w:t>small hotspot</w:t>
      </w:r>
      <w:r w:rsidR="008D22E9" w:rsidRPr="004F5402">
        <w:rPr>
          <w:sz w:val="28"/>
          <w:szCs w:val="36"/>
        </w:rPr>
        <w:t>.</w:t>
      </w:r>
    </w:p>
    <w:p w14:paraId="04D09311" w14:textId="7668C222" w:rsidR="00936D79" w:rsidRPr="00D23887" w:rsidRDefault="00936D79" w:rsidP="00936D79">
      <w:pPr>
        <w:rPr>
          <w:sz w:val="27"/>
          <w:szCs w:val="32"/>
        </w:rPr>
      </w:pPr>
      <w:r w:rsidRPr="008F5CDD">
        <w:rPr>
          <w:b/>
          <w:sz w:val="23"/>
          <w:szCs w:val="24"/>
          <w:highlight w:val="green"/>
        </w:rPr>
        <w:t>SECONDARY GOAL</w:t>
      </w:r>
      <w:r>
        <w:rPr>
          <w:b/>
        </w:rPr>
        <w:br/>
      </w:r>
      <w:r w:rsidR="00D07D99" w:rsidRPr="004F5402">
        <w:rPr>
          <w:sz w:val="28"/>
          <w:szCs w:val="36"/>
        </w:rPr>
        <w:t>control of t</w:t>
      </w:r>
      <w:r w:rsidRPr="004F5402">
        <w:rPr>
          <w:sz w:val="28"/>
          <w:szCs w:val="36"/>
        </w:rPr>
        <w:t xml:space="preserve">eam communication </w:t>
      </w:r>
      <w:r w:rsidR="005F766D" w:rsidRPr="004F5402">
        <w:rPr>
          <w:sz w:val="28"/>
          <w:szCs w:val="36"/>
        </w:rPr>
        <w:t xml:space="preserve">and </w:t>
      </w:r>
      <w:r w:rsidRPr="004F5402">
        <w:rPr>
          <w:sz w:val="28"/>
          <w:szCs w:val="36"/>
        </w:rPr>
        <w:t xml:space="preserve">timing settings </w:t>
      </w:r>
      <w:r w:rsidR="005F766D" w:rsidRPr="004F5402">
        <w:rPr>
          <w:sz w:val="28"/>
          <w:szCs w:val="36"/>
        </w:rPr>
        <w:t xml:space="preserve">should be done without the help of </w:t>
      </w:r>
      <w:r w:rsidR="00D23887" w:rsidRPr="004F5402">
        <w:rPr>
          <w:sz w:val="28"/>
          <w:szCs w:val="36"/>
        </w:rPr>
        <w:t>others</w:t>
      </w:r>
      <w:r w:rsidR="00D23887" w:rsidRPr="00D23887">
        <w:rPr>
          <w:sz w:val="27"/>
          <w:szCs w:val="32"/>
        </w:rPr>
        <w:t>.</w:t>
      </w:r>
    </w:p>
    <w:p w14:paraId="50A6A574" w14:textId="28A43FD0" w:rsidR="00936D79" w:rsidRPr="004F5402" w:rsidRDefault="00936D79" w:rsidP="00473EF1">
      <w:pPr>
        <w:spacing w:line="360" w:lineRule="auto"/>
        <w:jc w:val="both"/>
        <w:rPr>
          <w:sz w:val="28"/>
          <w:szCs w:val="36"/>
        </w:rPr>
      </w:pPr>
      <w:r w:rsidRPr="00C417B9">
        <w:rPr>
          <w:b/>
          <w:sz w:val="33"/>
          <w:szCs w:val="44"/>
        </w:rPr>
        <w:t>Context and scenario</w:t>
      </w:r>
      <w:r w:rsidRPr="00C417B9">
        <w:rPr>
          <w:b/>
          <w:sz w:val="35"/>
          <w:szCs w:val="48"/>
        </w:rPr>
        <w:t xml:space="preserve">: </w:t>
      </w:r>
      <w:r w:rsidR="00E24CF7" w:rsidRPr="00F701B6">
        <w:rPr>
          <w:b/>
          <w:bCs/>
          <w:sz w:val="27"/>
          <w:szCs w:val="32"/>
        </w:rPr>
        <w:t>M Is</w:t>
      </w:r>
      <w:r w:rsidR="000908AE" w:rsidRPr="00F701B6">
        <w:rPr>
          <w:b/>
          <w:bCs/>
          <w:sz w:val="27"/>
          <w:szCs w:val="32"/>
        </w:rPr>
        <w:t>lam</w:t>
      </w:r>
      <w:r w:rsidR="000908AE" w:rsidRPr="00C417B9">
        <w:rPr>
          <w:sz w:val="27"/>
          <w:szCs w:val="32"/>
        </w:rPr>
        <w:t xml:space="preserve"> </w:t>
      </w:r>
      <w:r w:rsidR="000908AE" w:rsidRPr="004F5402">
        <w:rPr>
          <w:sz w:val="28"/>
          <w:szCs w:val="36"/>
        </w:rPr>
        <w:t xml:space="preserve">as </w:t>
      </w:r>
      <w:r w:rsidR="00E050D3" w:rsidRPr="004F5402">
        <w:rPr>
          <w:sz w:val="28"/>
          <w:szCs w:val="36"/>
        </w:rPr>
        <w:t>a Student</w:t>
      </w:r>
      <w:r w:rsidRPr="004F5402">
        <w:rPr>
          <w:sz w:val="28"/>
          <w:szCs w:val="36"/>
        </w:rPr>
        <w:t xml:space="preserve"> Representative </w:t>
      </w:r>
      <w:r w:rsidR="00B66941" w:rsidRPr="004F5402">
        <w:rPr>
          <w:sz w:val="28"/>
          <w:szCs w:val="36"/>
        </w:rPr>
        <w:t xml:space="preserve">join the </w:t>
      </w:r>
      <w:r w:rsidR="00E050D3" w:rsidRPr="004F5402">
        <w:rPr>
          <w:sz w:val="28"/>
          <w:szCs w:val="36"/>
        </w:rPr>
        <w:t>game remotely. Without dragging</w:t>
      </w:r>
      <w:r w:rsidR="00E7161B" w:rsidRPr="004F5402">
        <w:rPr>
          <w:sz w:val="28"/>
          <w:szCs w:val="36"/>
        </w:rPr>
        <w:t xml:space="preserve"> </w:t>
      </w:r>
      <w:r w:rsidR="00EE6684" w:rsidRPr="004F5402">
        <w:rPr>
          <w:sz w:val="28"/>
          <w:szCs w:val="36"/>
        </w:rPr>
        <w:t>map,</w:t>
      </w:r>
      <w:r w:rsidR="00E7161B" w:rsidRPr="004F5402">
        <w:rPr>
          <w:sz w:val="28"/>
          <w:szCs w:val="36"/>
        </w:rPr>
        <w:t xml:space="preserve"> he uses </w:t>
      </w:r>
      <w:r w:rsidR="00E050D3" w:rsidRPr="004F5402">
        <w:rPr>
          <w:sz w:val="28"/>
          <w:szCs w:val="36"/>
        </w:rPr>
        <w:t xml:space="preserve">campus </w:t>
      </w:r>
      <w:r w:rsidR="00C417B9" w:rsidRPr="004F5402">
        <w:rPr>
          <w:sz w:val="28"/>
          <w:szCs w:val="36"/>
        </w:rPr>
        <w:t>list,</w:t>
      </w:r>
      <w:r w:rsidRPr="004F5402">
        <w:rPr>
          <w:sz w:val="28"/>
          <w:szCs w:val="36"/>
        </w:rPr>
        <w:t xml:space="preserve"> </w:t>
      </w:r>
      <w:r w:rsidR="009244FE" w:rsidRPr="004F5402">
        <w:rPr>
          <w:sz w:val="28"/>
          <w:szCs w:val="36"/>
        </w:rPr>
        <w:t>opens action</w:t>
      </w:r>
      <w:r w:rsidRPr="004F5402">
        <w:rPr>
          <w:sz w:val="28"/>
          <w:szCs w:val="36"/>
        </w:rPr>
        <w:t xml:space="preserve"> </w:t>
      </w:r>
      <w:r w:rsidR="00765E9C" w:rsidRPr="004F5402">
        <w:rPr>
          <w:sz w:val="28"/>
          <w:szCs w:val="36"/>
        </w:rPr>
        <w:t>menu by</w:t>
      </w:r>
      <w:r w:rsidR="004A1027" w:rsidRPr="004F5402">
        <w:rPr>
          <w:sz w:val="28"/>
          <w:szCs w:val="36"/>
        </w:rPr>
        <w:t xml:space="preserve"> logi</w:t>
      </w:r>
      <w:r w:rsidR="009244FE" w:rsidRPr="004F5402">
        <w:rPr>
          <w:sz w:val="28"/>
          <w:szCs w:val="36"/>
        </w:rPr>
        <w:t xml:space="preserve">cal focus </w:t>
      </w:r>
      <w:r w:rsidR="00C67A1D" w:rsidRPr="004F5402">
        <w:rPr>
          <w:sz w:val="28"/>
          <w:szCs w:val="36"/>
        </w:rPr>
        <w:t xml:space="preserve">order, </w:t>
      </w:r>
      <w:r w:rsidR="00765E9C" w:rsidRPr="004F5402">
        <w:rPr>
          <w:sz w:val="28"/>
          <w:szCs w:val="36"/>
        </w:rPr>
        <w:t>gives confirmation</w:t>
      </w:r>
      <w:r w:rsidR="00460DFC" w:rsidRPr="004F5402">
        <w:rPr>
          <w:sz w:val="28"/>
          <w:szCs w:val="36"/>
        </w:rPr>
        <w:t xml:space="preserve">, </w:t>
      </w:r>
      <w:r w:rsidR="00765E9C" w:rsidRPr="004F5402">
        <w:rPr>
          <w:sz w:val="28"/>
          <w:szCs w:val="36"/>
        </w:rPr>
        <w:t>sends predefined</w:t>
      </w:r>
      <w:r w:rsidRPr="004F5402">
        <w:rPr>
          <w:sz w:val="28"/>
          <w:szCs w:val="36"/>
        </w:rPr>
        <w:t xml:space="preserve"> </w:t>
      </w:r>
      <w:r w:rsidR="00765E9C" w:rsidRPr="004F5402">
        <w:rPr>
          <w:sz w:val="28"/>
          <w:szCs w:val="36"/>
        </w:rPr>
        <w:t>messages and</w:t>
      </w:r>
      <w:r w:rsidR="00460DFC" w:rsidRPr="004F5402">
        <w:rPr>
          <w:sz w:val="28"/>
          <w:szCs w:val="36"/>
        </w:rPr>
        <w:t xml:space="preserve"> </w:t>
      </w:r>
      <w:r w:rsidR="00DF69E4" w:rsidRPr="004F5402">
        <w:rPr>
          <w:sz w:val="28"/>
          <w:szCs w:val="36"/>
        </w:rPr>
        <w:t xml:space="preserve">changes </w:t>
      </w:r>
      <w:r w:rsidRPr="004F5402">
        <w:rPr>
          <w:sz w:val="28"/>
          <w:szCs w:val="36"/>
        </w:rPr>
        <w:t xml:space="preserve">timer </w:t>
      </w:r>
      <w:r w:rsidR="00765E9C" w:rsidRPr="004F5402">
        <w:rPr>
          <w:sz w:val="28"/>
          <w:szCs w:val="36"/>
        </w:rPr>
        <w:t>and animation according to his own needs.</w:t>
      </w:r>
    </w:p>
    <w:p w14:paraId="24262869" w14:textId="3AAF3347" w:rsidR="00936D79" w:rsidRPr="00F701B6" w:rsidRDefault="00936D79" w:rsidP="00473EF1">
      <w:pPr>
        <w:spacing w:line="360" w:lineRule="auto"/>
        <w:jc w:val="both"/>
        <w:rPr>
          <w:sz w:val="31"/>
          <w:szCs w:val="40"/>
        </w:rPr>
      </w:pPr>
      <w:r w:rsidRPr="00F701B6">
        <w:rPr>
          <w:b/>
          <w:sz w:val="31"/>
          <w:szCs w:val="40"/>
        </w:rPr>
        <w:t xml:space="preserve">Pain points and </w:t>
      </w:r>
      <w:r w:rsidR="007046B4" w:rsidRPr="00F701B6">
        <w:rPr>
          <w:b/>
          <w:sz w:val="31"/>
          <w:szCs w:val="40"/>
        </w:rPr>
        <w:t>behaviors</w:t>
      </w:r>
      <w:r w:rsidRPr="00F701B6">
        <w:rPr>
          <w:b/>
          <w:sz w:val="31"/>
          <w:szCs w:val="40"/>
        </w:rPr>
        <w:t xml:space="preserve"> to validate through research:</w:t>
      </w:r>
    </w:p>
    <w:p w14:paraId="66E912BE" w14:textId="6543B0D7" w:rsidR="00936D79" w:rsidRPr="004F5402" w:rsidRDefault="00D925B5" w:rsidP="00473EF1">
      <w:pPr>
        <w:pStyle w:val="ListBullet"/>
        <w:spacing w:line="360" w:lineRule="auto"/>
        <w:jc w:val="both"/>
        <w:rPr>
          <w:sz w:val="28"/>
          <w:szCs w:val="36"/>
        </w:rPr>
      </w:pPr>
      <w:r w:rsidRPr="004F5402">
        <w:rPr>
          <w:sz w:val="28"/>
          <w:szCs w:val="36"/>
        </w:rPr>
        <w:t xml:space="preserve">Does it </w:t>
      </w:r>
      <w:r w:rsidR="001C4AED" w:rsidRPr="004F5402">
        <w:rPr>
          <w:sz w:val="28"/>
          <w:szCs w:val="36"/>
        </w:rPr>
        <w:t>inf</w:t>
      </w:r>
      <w:r w:rsidR="000224EF" w:rsidRPr="004F5402">
        <w:rPr>
          <w:sz w:val="28"/>
          <w:szCs w:val="36"/>
        </w:rPr>
        <w:t>luence s</w:t>
      </w:r>
      <w:r w:rsidR="00936D79" w:rsidRPr="004F5402">
        <w:rPr>
          <w:sz w:val="28"/>
          <w:szCs w:val="36"/>
        </w:rPr>
        <w:t xml:space="preserve">mall or closely spaced targets, drag-only interaction </w:t>
      </w:r>
      <w:r w:rsidR="008D5D78" w:rsidRPr="004F5402">
        <w:rPr>
          <w:sz w:val="28"/>
          <w:szCs w:val="36"/>
        </w:rPr>
        <w:t xml:space="preserve">&amp; </w:t>
      </w:r>
      <w:r w:rsidR="00936D79" w:rsidRPr="004F5402">
        <w:rPr>
          <w:sz w:val="28"/>
          <w:szCs w:val="36"/>
        </w:rPr>
        <w:t>strict timer task completion</w:t>
      </w:r>
      <w:r w:rsidR="00B53473" w:rsidRPr="004F5402">
        <w:rPr>
          <w:sz w:val="28"/>
          <w:szCs w:val="36"/>
        </w:rPr>
        <w:t>!</w:t>
      </w:r>
    </w:p>
    <w:p w14:paraId="6BC21822" w14:textId="7BD3F1E0" w:rsidR="00936D79" w:rsidRPr="004F5402" w:rsidRDefault="00936D79" w:rsidP="00473EF1">
      <w:pPr>
        <w:pStyle w:val="ListBullet"/>
        <w:spacing w:line="360" w:lineRule="auto"/>
        <w:jc w:val="both"/>
        <w:rPr>
          <w:sz w:val="28"/>
          <w:szCs w:val="36"/>
        </w:rPr>
      </w:pPr>
      <w:r w:rsidRPr="004F5402">
        <w:rPr>
          <w:sz w:val="28"/>
          <w:szCs w:val="36"/>
        </w:rPr>
        <w:t xml:space="preserve">Screen-reader labels, switch focus order </w:t>
      </w:r>
      <w:r w:rsidR="00251626" w:rsidRPr="004F5402">
        <w:rPr>
          <w:sz w:val="28"/>
          <w:szCs w:val="36"/>
        </w:rPr>
        <w:t>&amp; voice</w:t>
      </w:r>
      <w:r w:rsidRPr="004F5402">
        <w:rPr>
          <w:sz w:val="28"/>
          <w:szCs w:val="36"/>
        </w:rPr>
        <w:t xml:space="preserve"> commands </w:t>
      </w:r>
      <w:r w:rsidR="00251626" w:rsidRPr="004F5402">
        <w:rPr>
          <w:sz w:val="28"/>
          <w:szCs w:val="36"/>
        </w:rPr>
        <w:t>are all</w:t>
      </w:r>
      <w:r w:rsidR="000A4C98" w:rsidRPr="004F5402">
        <w:rPr>
          <w:sz w:val="28"/>
          <w:szCs w:val="36"/>
        </w:rPr>
        <w:t xml:space="preserve"> consistent in </w:t>
      </w:r>
      <w:r w:rsidRPr="004F5402">
        <w:rPr>
          <w:sz w:val="28"/>
          <w:szCs w:val="36"/>
        </w:rPr>
        <w:t>action</w:t>
      </w:r>
      <w:r w:rsidR="000A4C98" w:rsidRPr="004F5402">
        <w:rPr>
          <w:sz w:val="28"/>
          <w:szCs w:val="36"/>
        </w:rPr>
        <w:t>.</w:t>
      </w:r>
      <w:r w:rsidR="007308FA" w:rsidRPr="004F5402">
        <w:rPr>
          <w:sz w:val="28"/>
          <w:szCs w:val="36"/>
        </w:rPr>
        <w:t xml:space="preserve"> Does he get same information </w:t>
      </w:r>
      <w:r w:rsidR="00D20218" w:rsidRPr="004F5402">
        <w:rPr>
          <w:sz w:val="28"/>
          <w:szCs w:val="36"/>
        </w:rPr>
        <w:t>as</w:t>
      </w:r>
      <w:r w:rsidR="00075952" w:rsidRPr="004F5402">
        <w:rPr>
          <w:sz w:val="28"/>
          <w:szCs w:val="36"/>
        </w:rPr>
        <w:t xml:space="preserve"> visual map if he uses alternative map list</w:t>
      </w:r>
      <w:r w:rsidR="00251626" w:rsidRPr="004F5402">
        <w:rPr>
          <w:sz w:val="28"/>
          <w:szCs w:val="36"/>
        </w:rPr>
        <w:t>.</w:t>
      </w:r>
    </w:p>
    <w:p w14:paraId="1024B31C" w14:textId="42BFBBDC" w:rsidR="00936D79" w:rsidRPr="004F5402" w:rsidRDefault="00936D79" w:rsidP="00473EF1">
      <w:pPr>
        <w:spacing w:line="360" w:lineRule="auto"/>
        <w:jc w:val="both"/>
        <w:rPr>
          <w:sz w:val="28"/>
          <w:szCs w:val="36"/>
        </w:rPr>
      </w:pPr>
      <w:r w:rsidRPr="00944CD1">
        <w:rPr>
          <w:b/>
          <w:sz w:val="31"/>
          <w:szCs w:val="40"/>
        </w:rPr>
        <w:t xml:space="preserve">Design implications (provisional): </w:t>
      </w:r>
      <w:r w:rsidR="008F4EEF" w:rsidRPr="004F5402">
        <w:rPr>
          <w:sz w:val="28"/>
          <w:szCs w:val="36"/>
        </w:rPr>
        <w:t>All</w:t>
      </w:r>
      <w:r w:rsidRPr="004F5402">
        <w:rPr>
          <w:sz w:val="28"/>
          <w:szCs w:val="36"/>
        </w:rPr>
        <w:t xml:space="preserve"> drag</w:t>
      </w:r>
      <w:r w:rsidR="00B01DBF" w:rsidRPr="004F5402">
        <w:rPr>
          <w:sz w:val="28"/>
          <w:szCs w:val="36"/>
        </w:rPr>
        <w:t xml:space="preserve">s’ </w:t>
      </w:r>
      <w:r w:rsidRPr="004F5402">
        <w:rPr>
          <w:sz w:val="28"/>
          <w:szCs w:val="36"/>
        </w:rPr>
        <w:t xml:space="preserve">tap alternative, logical focus order, screen-reader labels, adjustable timing, </w:t>
      </w:r>
      <w:r w:rsidR="008F4EEF" w:rsidRPr="004F5402">
        <w:rPr>
          <w:sz w:val="28"/>
          <w:szCs w:val="36"/>
        </w:rPr>
        <w:t>large, separated</w:t>
      </w:r>
      <w:r w:rsidRPr="004F5402">
        <w:rPr>
          <w:sz w:val="28"/>
          <w:szCs w:val="36"/>
        </w:rPr>
        <w:t xml:space="preserve"> targets, reduced motion </w:t>
      </w:r>
      <w:r w:rsidR="00AC7FDD" w:rsidRPr="004F5402">
        <w:rPr>
          <w:sz w:val="28"/>
          <w:szCs w:val="36"/>
        </w:rPr>
        <w:t>and color</w:t>
      </w:r>
      <w:r w:rsidRPr="004F5402">
        <w:rPr>
          <w:sz w:val="28"/>
          <w:szCs w:val="36"/>
        </w:rPr>
        <w:t>-independent crisis indicators</w:t>
      </w:r>
      <w:r w:rsidR="008F4EEF" w:rsidRPr="004F5402">
        <w:rPr>
          <w:sz w:val="28"/>
          <w:szCs w:val="36"/>
        </w:rPr>
        <w:t xml:space="preserve"> will be used as </w:t>
      </w:r>
      <w:r w:rsidR="00AC7FDD" w:rsidRPr="004F5402">
        <w:rPr>
          <w:sz w:val="28"/>
          <w:szCs w:val="36"/>
        </w:rPr>
        <w:t>mandatory design</w:t>
      </w:r>
      <w:r w:rsidRPr="004F5402">
        <w:rPr>
          <w:sz w:val="28"/>
          <w:szCs w:val="36"/>
        </w:rPr>
        <w:t xml:space="preserve"> </w:t>
      </w:r>
      <w:r w:rsidR="00AC7FDD" w:rsidRPr="004F5402">
        <w:rPr>
          <w:sz w:val="28"/>
          <w:szCs w:val="36"/>
        </w:rPr>
        <w:t>constraints [</w:t>
      </w:r>
      <w:r w:rsidRPr="004F5402">
        <w:rPr>
          <w:sz w:val="28"/>
          <w:szCs w:val="36"/>
        </w:rPr>
        <w:t>1</w:t>
      </w:r>
      <w:r w:rsidR="00BB3EA0" w:rsidRPr="004F5402">
        <w:rPr>
          <w:sz w:val="28"/>
          <w:szCs w:val="36"/>
        </w:rPr>
        <w:t>,</w:t>
      </w:r>
      <w:r w:rsidRPr="004F5402">
        <w:rPr>
          <w:sz w:val="28"/>
          <w:szCs w:val="36"/>
        </w:rPr>
        <w:t>1], [12]</w:t>
      </w:r>
    </w:p>
    <w:p w14:paraId="6AF7FC3B" w14:textId="0FBDCB5F" w:rsidR="00936D79" w:rsidRPr="004F5402" w:rsidRDefault="00936D79" w:rsidP="00473EF1">
      <w:pPr>
        <w:spacing w:line="360" w:lineRule="auto"/>
        <w:jc w:val="both"/>
        <w:rPr>
          <w:sz w:val="28"/>
          <w:szCs w:val="36"/>
        </w:rPr>
      </w:pPr>
      <w:r w:rsidRPr="0069582D">
        <w:rPr>
          <w:b/>
          <w:sz w:val="31"/>
          <w:szCs w:val="40"/>
        </w:rPr>
        <w:t>User story</w:t>
      </w:r>
      <w:r>
        <w:rPr>
          <w:b/>
        </w:rPr>
        <w:t xml:space="preserve">: </w:t>
      </w:r>
      <w:r w:rsidRPr="004F5402">
        <w:rPr>
          <w:sz w:val="28"/>
          <w:szCs w:val="36"/>
        </w:rPr>
        <w:t>“</w:t>
      </w:r>
      <w:r w:rsidR="001F4C81" w:rsidRPr="004F5402">
        <w:rPr>
          <w:sz w:val="28"/>
          <w:szCs w:val="36"/>
        </w:rPr>
        <w:t xml:space="preserve">As </w:t>
      </w:r>
      <w:r w:rsidR="00CB09CC" w:rsidRPr="004F5402">
        <w:rPr>
          <w:sz w:val="28"/>
          <w:szCs w:val="36"/>
        </w:rPr>
        <w:t>I</w:t>
      </w:r>
      <w:r w:rsidR="00046226" w:rsidRPr="004F5402">
        <w:rPr>
          <w:sz w:val="28"/>
          <w:szCs w:val="36"/>
        </w:rPr>
        <w:t>slam</w:t>
      </w:r>
      <w:r w:rsidR="001F4C81" w:rsidRPr="004F5402">
        <w:rPr>
          <w:sz w:val="28"/>
          <w:szCs w:val="36"/>
        </w:rPr>
        <w:t xml:space="preserve"> I want to </w:t>
      </w:r>
      <w:r w:rsidR="00066D3E" w:rsidRPr="004F5402">
        <w:rPr>
          <w:sz w:val="28"/>
          <w:szCs w:val="36"/>
        </w:rPr>
        <w:t xml:space="preserve">use </w:t>
      </w:r>
      <w:r w:rsidRPr="004F5402">
        <w:rPr>
          <w:sz w:val="28"/>
          <w:szCs w:val="36"/>
        </w:rPr>
        <w:t xml:space="preserve">alternative input </w:t>
      </w:r>
      <w:r w:rsidR="00046226" w:rsidRPr="004F5402">
        <w:rPr>
          <w:sz w:val="28"/>
          <w:szCs w:val="36"/>
        </w:rPr>
        <w:t xml:space="preserve">to </w:t>
      </w:r>
      <w:r w:rsidR="003B2714" w:rsidRPr="004F5402">
        <w:rPr>
          <w:sz w:val="28"/>
          <w:szCs w:val="36"/>
        </w:rPr>
        <w:t>control</w:t>
      </w:r>
      <w:r w:rsidR="006F1381" w:rsidRPr="004F5402">
        <w:rPr>
          <w:sz w:val="28"/>
          <w:szCs w:val="36"/>
        </w:rPr>
        <w:t xml:space="preserve"> </w:t>
      </w:r>
      <w:r w:rsidR="00237B57" w:rsidRPr="004F5402">
        <w:rPr>
          <w:sz w:val="28"/>
          <w:szCs w:val="36"/>
        </w:rPr>
        <w:t>actions so</w:t>
      </w:r>
      <w:r w:rsidR="00C17BDB" w:rsidRPr="004F5402">
        <w:rPr>
          <w:sz w:val="28"/>
          <w:szCs w:val="36"/>
        </w:rPr>
        <w:t xml:space="preserve"> that without the help of other players I can complete my game</w:t>
      </w:r>
      <w:r w:rsidR="006F1381" w:rsidRPr="004F5402">
        <w:rPr>
          <w:sz w:val="28"/>
          <w:szCs w:val="36"/>
        </w:rPr>
        <w:t>.</w:t>
      </w:r>
      <w:r w:rsidRPr="004F5402">
        <w:rPr>
          <w:sz w:val="28"/>
          <w:szCs w:val="36"/>
        </w:rPr>
        <w:t>”</w:t>
      </w:r>
    </w:p>
    <w:p w14:paraId="46945314" w14:textId="0E46B134" w:rsidR="00936D79" w:rsidRPr="003B2714" w:rsidRDefault="00936D79" w:rsidP="00473EF1">
      <w:pPr>
        <w:pStyle w:val="Heading2"/>
        <w:spacing w:line="360" w:lineRule="auto"/>
        <w:jc w:val="both"/>
        <w:rPr>
          <w:sz w:val="32"/>
          <w:szCs w:val="32"/>
        </w:rPr>
      </w:pPr>
      <w:bookmarkStart w:id="10" w:name="_Toc235666976"/>
      <w:r w:rsidRPr="003B2714">
        <w:rPr>
          <w:sz w:val="32"/>
          <w:szCs w:val="32"/>
        </w:rPr>
        <w:t>Persona validation and traceability</w:t>
      </w:r>
      <w:r w:rsidR="00237B57">
        <w:rPr>
          <w:sz w:val="32"/>
          <w:szCs w:val="32"/>
        </w:rPr>
        <w:t>:</w:t>
      </w:r>
      <w:bookmarkEnd w:id="10"/>
    </w:p>
    <w:p w14:paraId="0C709624" w14:textId="563C8DA3" w:rsidR="00A207A3" w:rsidRPr="002C15A7" w:rsidRDefault="00936D79" w:rsidP="00921655">
      <w:pPr>
        <w:spacing w:line="360" w:lineRule="auto"/>
        <w:jc w:val="both"/>
        <w:rPr>
          <w:sz w:val="28"/>
          <w:szCs w:val="32"/>
        </w:rPr>
      </w:pPr>
      <w:proofErr w:type="spellStart"/>
      <w:r w:rsidRPr="00F81C13">
        <w:rPr>
          <w:b/>
          <w:sz w:val="29"/>
          <w:szCs w:val="36"/>
        </w:rPr>
        <w:t>Finalisation</w:t>
      </w:r>
      <w:proofErr w:type="spellEnd"/>
      <w:r w:rsidRPr="00F81C13">
        <w:rPr>
          <w:b/>
          <w:sz w:val="29"/>
          <w:szCs w:val="36"/>
        </w:rPr>
        <w:t xml:space="preserve"> rule: </w:t>
      </w:r>
      <w:r w:rsidR="007C057B" w:rsidRPr="002C15A7">
        <w:rPr>
          <w:bCs/>
          <w:sz w:val="28"/>
          <w:szCs w:val="36"/>
        </w:rPr>
        <w:t>A</w:t>
      </w:r>
      <w:r w:rsidR="00447DEF" w:rsidRPr="002C15A7">
        <w:rPr>
          <w:bCs/>
          <w:sz w:val="28"/>
          <w:szCs w:val="36"/>
        </w:rPr>
        <w:t xml:space="preserve">fter </w:t>
      </w:r>
      <w:r w:rsidR="00CC70ED" w:rsidRPr="002C15A7">
        <w:rPr>
          <w:bCs/>
          <w:sz w:val="28"/>
          <w:szCs w:val="36"/>
        </w:rPr>
        <w:t xml:space="preserve">completion of the </w:t>
      </w:r>
      <w:r w:rsidR="00D7522F" w:rsidRPr="002C15A7">
        <w:rPr>
          <w:bCs/>
          <w:sz w:val="28"/>
          <w:szCs w:val="36"/>
        </w:rPr>
        <w:t xml:space="preserve">research, </w:t>
      </w:r>
      <w:r w:rsidR="00D7522F" w:rsidRPr="002C15A7">
        <w:rPr>
          <w:sz w:val="28"/>
          <w:szCs w:val="32"/>
        </w:rPr>
        <w:t>it</w:t>
      </w:r>
      <w:r w:rsidR="00447DEF" w:rsidRPr="002C15A7">
        <w:rPr>
          <w:sz w:val="28"/>
          <w:szCs w:val="32"/>
        </w:rPr>
        <w:t xml:space="preserve"> </w:t>
      </w:r>
      <w:r w:rsidR="00447E6E" w:rsidRPr="002C15A7">
        <w:rPr>
          <w:sz w:val="28"/>
          <w:szCs w:val="32"/>
        </w:rPr>
        <w:t>needs</w:t>
      </w:r>
      <w:r w:rsidR="007C057B" w:rsidRPr="002C15A7">
        <w:rPr>
          <w:sz w:val="28"/>
          <w:szCs w:val="32"/>
        </w:rPr>
        <w:t xml:space="preserve"> t</w:t>
      </w:r>
      <w:r w:rsidR="00027D0B" w:rsidRPr="002C15A7">
        <w:rPr>
          <w:sz w:val="28"/>
          <w:szCs w:val="32"/>
        </w:rPr>
        <w:t xml:space="preserve">o </w:t>
      </w:r>
      <w:r w:rsidR="00D7522F" w:rsidRPr="002C15A7">
        <w:rPr>
          <w:sz w:val="28"/>
          <w:szCs w:val="32"/>
        </w:rPr>
        <w:t>be validated</w:t>
      </w:r>
      <w:r w:rsidR="00027D0B" w:rsidRPr="002C15A7">
        <w:rPr>
          <w:sz w:val="28"/>
          <w:szCs w:val="32"/>
        </w:rPr>
        <w:t xml:space="preserve"> with </w:t>
      </w:r>
      <w:r w:rsidRPr="002C15A7">
        <w:rPr>
          <w:sz w:val="28"/>
          <w:szCs w:val="32"/>
        </w:rPr>
        <w:t>age/context</w:t>
      </w:r>
      <w:r w:rsidR="0017782F" w:rsidRPr="002C15A7">
        <w:rPr>
          <w:sz w:val="28"/>
          <w:szCs w:val="32"/>
        </w:rPr>
        <w:t xml:space="preserve">, </w:t>
      </w:r>
      <w:r w:rsidRPr="002C15A7">
        <w:rPr>
          <w:sz w:val="28"/>
          <w:szCs w:val="32"/>
        </w:rPr>
        <w:t>descriptive detail</w:t>
      </w:r>
      <w:r w:rsidR="0017782F" w:rsidRPr="002C15A7">
        <w:rPr>
          <w:sz w:val="28"/>
          <w:szCs w:val="32"/>
        </w:rPr>
        <w:t xml:space="preserve"> and </w:t>
      </w:r>
      <w:r w:rsidRPr="002C15A7">
        <w:rPr>
          <w:sz w:val="28"/>
          <w:szCs w:val="32"/>
        </w:rPr>
        <w:t>participant cluster</w:t>
      </w:r>
      <w:r w:rsidR="0017782F" w:rsidRPr="002C15A7">
        <w:rPr>
          <w:sz w:val="28"/>
          <w:szCs w:val="32"/>
        </w:rPr>
        <w:t>.</w:t>
      </w:r>
      <w:r w:rsidRPr="002C15A7">
        <w:rPr>
          <w:sz w:val="28"/>
          <w:szCs w:val="32"/>
        </w:rPr>
        <w:t xml:space="preserve"> </w:t>
      </w:r>
      <w:r w:rsidR="00645604" w:rsidRPr="002C15A7">
        <w:rPr>
          <w:sz w:val="28"/>
          <w:szCs w:val="32"/>
        </w:rPr>
        <w:t xml:space="preserve">Every  </w:t>
      </w:r>
      <w:r w:rsidRPr="002C15A7">
        <w:rPr>
          <w:sz w:val="28"/>
          <w:szCs w:val="32"/>
        </w:rPr>
        <w:t xml:space="preserve"> final persona</w:t>
      </w:r>
      <w:r w:rsidR="006B165A" w:rsidRPr="002C15A7">
        <w:rPr>
          <w:sz w:val="28"/>
          <w:szCs w:val="32"/>
        </w:rPr>
        <w:t xml:space="preserve"> should have at least one</w:t>
      </w:r>
      <w:r w:rsidRPr="002C15A7">
        <w:rPr>
          <w:sz w:val="28"/>
          <w:szCs w:val="32"/>
        </w:rPr>
        <w:t xml:space="preserve"> </w:t>
      </w:r>
      <w:proofErr w:type="spellStart"/>
      <w:r w:rsidRPr="002C15A7">
        <w:rPr>
          <w:sz w:val="28"/>
          <w:szCs w:val="32"/>
        </w:rPr>
        <w:t>anonymised</w:t>
      </w:r>
      <w:proofErr w:type="spellEnd"/>
      <w:r w:rsidRPr="002C15A7">
        <w:rPr>
          <w:sz w:val="28"/>
          <w:szCs w:val="32"/>
        </w:rPr>
        <w:t xml:space="preserve"> direct quotation, primary </w:t>
      </w:r>
      <w:r w:rsidR="006B165A" w:rsidRPr="002C15A7">
        <w:rPr>
          <w:sz w:val="28"/>
          <w:szCs w:val="32"/>
        </w:rPr>
        <w:t xml:space="preserve">and </w:t>
      </w:r>
      <w:r w:rsidR="00D7522F" w:rsidRPr="002C15A7">
        <w:rPr>
          <w:sz w:val="28"/>
          <w:szCs w:val="32"/>
        </w:rPr>
        <w:t>evidence</w:t>
      </w:r>
      <w:r w:rsidR="002178A5" w:rsidRPr="002C15A7">
        <w:rPr>
          <w:sz w:val="28"/>
          <w:szCs w:val="32"/>
        </w:rPr>
        <w:t xml:space="preserve"> </w:t>
      </w:r>
      <w:r w:rsidR="00D7522F" w:rsidRPr="002C15A7">
        <w:rPr>
          <w:sz w:val="28"/>
          <w:szCs w:val="32"/>
        </w:rPr>
        <w:t xml:space="preserve">of </w:t>
      </w:r>
      <w:r w:rsidR="00D7522F" w:rsidRPr="002C15A7">
        <w:rPr>
          <w:sz w:val="28"/>
          <w:szCs w:val="32"/>
        </w:rPr>
        <w:lastRenderedPageBreak/>
        <w:t>secondary</w:t>
      </w:r>
      <w:r w:rsidRPr="002C15A7">
        <w:rPr>
          <w:sz w:val="28"/>
          <w:szCs w:val="32"/>
        </w:rPr>
        <w:t xml:space="preserve"> goal</w:t>
      </w:r>
      <w:r w:rsidR="002178A5" w:rsidRPr="002C15A7">
        <w:rPr>
          <w:sz w:val="28"/>
          <w:szCs w:val="32"/>
        </w:rPr>
        <w:t>,</w:t>
      </w:r>
      <w:r w:rsidRPr="002C15A7">
        <w:rPr>
          <w:sz w:val="28"/>
          <w:szCs w:val="32"/>
        </w:rPr>
        <w:t xml:space="preserve"> observed </w:t>
      </w:r>
      <w:r w:rsidR="00D7522F" w:rsidRPr="002C15A7">
        <w:rPr>
          <w:sz w:val="28"/>
          <w:szCs w:val="32"/>
        </w:rPr>
        <w:t>behavior</w:t>
      </w:r>
      <w:r w:rsidRPr="002C15A7">
        <w:rPr>
          <w:sz w:val="28"/>
          <w:szCs w:val="32"/>
        </w:rPr>
        <w:t xml:space="preserve">, pain point </w:t>
      </w:r>
      <w:r w:rsidR="006C32C8" w:rsidRPr="002C15A7">
        <w:rPr>
          <w:sz w:val="28"/>
          <w:szCs w:val="32"/>
        </w:rPr>
        <w:t xml:space="preserve">and </w:t>
      </w:r>
      <w:r w:rsidR="00447E6E" w:rsidRPr="002C15A7">
        <w:rPr>
          <w:sz w:val="28"/>
          <w:szCs w:val="32"/>
        </w:rPr>
        <w:t>reliable, related</w:t>
      </w:r>
      <w:r w:rsidR="00BC1C9F" w:rsidRPr="002C15A7">
        <w:rPr>
          <w:sz w:val="28"/>
          <w:szCs w:val="32"/>
        </w:rPr>
        <w:t xml:space="preserve"> </w:t>
      </w:r>
      <w:r w:rsidR="005D3E5B" w:rsidRPr="002C15A7">
        <w:rPr>
          <w:sz w:val="28"/>
          <w:szCs w:val="32"/>
        </w:rPr>
        <w:t>traceability note</w:t>
      </w:r>
      <w:r w:rsidR="006F4867" w:rsidRPr="002C15A7">
        <w:rPr>
          <w:sz w:val="28"/>
          <w:szCs w:val="32"/>
        </w:rPr>
        <w:t xml:space="preserve"> of </w:t>
      </w:r>
      <w:r w:rsidRPr="002C15A7">
        <w:rPr>
          <w:sz w:val="28"/>
          <w:szCs w:val="32"/>
        </w:rPr>
        <w:t xml:space="preserve">design </w:t>
      </w:r>
      <w:r w:rsidR="00D7522F" w:rsidRPr="002C15A7">
        <w:rPr>
          <w:sz w:val="28"/>
          <w:szCs w:val="32"/>
        </w:rPr>
        <w:t xml:space="preserve">implication. </w:t>
      </w:r>
      <w:r w:rsidR="00447E6E" w:rsidRPr="002C15A7">
        <w:rPr>
          <w:sz w:val="28"/>
          <w:szCs w:val="32"/>
        </w:rPr>
        <w:t>Un-</w:t>
      </w:r>
      <w:r w:rsidR="005F15A1" w:rsidRPr="002C15A7">
        <w:rPr>
          <w:sz w:val="28"/>
          <w:szCs w:val="32"/>
        </w:rPr>
        <w:t xml:space="preserve"> validated </w:t>
      </w:r>
      <w:r w:rsidR="00447E6E" w:rsidRPr="002C15A7">
        <w:rPr>
          <w:sz w:val="28"/>
          <w:szCs w:val="32"/>
        </w:rPr>
        <w:t>details</w:t>
      </w:r>
      <w:r w:rsidR="005F15A1" w:rsidRPr="002C15A7">
        <w:rPr>
          <w:sz w:val="28"/>
          <w:szCs w:val="32"/>
        </w:rPr>
        <w:t xml:space="preserve"> need to be deleted or </w:t>
      </w:r>
      <w:r w:rsidR="00D7522F" w:rsidRPr="002C15A7">
        <w:rPr>
          <w:sz w:val="28"/>
          <w:szCs w:val="32"/>
        </w:rPr>
        <w:t xml:space="preserve">be kept as </w:t>
      </w:r>
      <w:r w:rsidR="00447E6E" w:rsidRPr="002C15A7">
        <w:rPr>
          <w:sz w:val="28"/>
          <w:szCs w:val="32"/>
        </w:rPr>
        <w:t>hypothesis</w:t>
      </w:r>
      <w:r w:rsidR="00A207A3" w:rsidRPr="002C15A7">
        <w:rPr>
          <w:sz w:val="28"/>
          <w:szCs w:val="32"/>
        </w:rPr>
        <w:t>.</w:t>
      </w:r>
    </w:p>
    <w:p w14:paraId="20BF74C3" w14:textId="27C3D1F9" w:rsidR="00936D79" w:rsidRPr="001255FC" w:rsidRDefault="00A207A3" w:rsidP="001255FC">
      <w:pPr>
        <w:pStyle w:val="Heading1"/>
        <w:rPr>
          <w:sz w:val="36"/>
        </w:rPr>
      </w:pPr>
      <w:bookmarkStart w:id="11" w:name="_Toc235666977"/>
      <w:r w:rsidRPr="001255FC">
        <w:rPr>
          <w:sz w:val="36"/>
        </w:rPr>
        <w:t>4</w:t>
      </w:r>
      <w:r w:rsidR="00F033F4" w:rsidRPr="001255FC">
        <w:rPr>
          <w:sz w:val="36"/>
        </w:rPr>
        <w:t xml:space="preserve">. Consolidated users and </w:t>
      </w:r>
      <w:r w:rsidR="008279F0" w:rsidRPr="001255FC">
        <w:rPr>
          <w:sz w:val="36"/>
        </w:rPr>
        <w:t>experience requirements:</w:t>
      </w:r>
      <w:bookmarkEnd w:id="11"/>
    </w:p>
    <w:p w14:paraId="28B53068" w14:textId="60E6BFBA" w:rsidR="00643B13" w:rsidRPr="005B6C40" w:rsidRDefault="00643B13" w:rsidP="005B6C40">
      <w:pPr>
        <w:pStyle w:val="Heading3"/>
        <w:rPr>
          <w:sz w:val="28"/>
          <w:szCs w:val="28"/>
        </w:rPr>
      </w:pPr>
      <w:bookmarkStart w:id="12" w:name="_Toc235666978"/>
      <w:r w:rsidRPr="005B6C40">
        <w:rPr>
          <w:sz w:val="28"/>
          <w:szCs w:val="28"/>
        </w:rPr>
        <w:t>General Functional Requirements are………...</w:t>
      </w:r>
      <w:bookmarkEnd w:id="12"/>
    </w:p>
    <w:p w14:paraId="2C1AE0FA" w14:textId="4ADD962B" w:rsidR="00643B13" w:rsidRPr="002C15A7" w:rsidRDefault="004A1DF1" w:rsidP="004A1DF1">
      <w:pPr>
        <w:pStyle w:val="ListParagraph"/>
        <w:numPr>
          <w:ilvl w:val="0"/>
          <w:numId w:val="17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Game creation</w:t>
      </w:r>
      <w:r w:rsidR="009104FA" w:rsidRPr="002C15A7">
        <w:rPr>
          <w:sz w:val="28"/>
          <w:szCs w:val="36"/>
        </w:rPr>
        <w:t xml:space="preserve"> or Join</w:t>
      </w:r>
    </w:p>
    <w:p w14:paraId="15BC9F68" w14:textId="5E059755" w:rsidR="009104FA" w:rsidRPr="002C15A7" w:rsidRDefault="009104FA" w:rsidP="004A1DF1">
      <w:pPr>
        <w:pStyle w:val="ListParagraph"/>
        <w:numPr>
          <w:ilvl w:val="0"/>
          <w:numId w:val="17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Specialist role selection</w:t>
      </w:r>
    </w:p>
    <w:p w14:paraId="5DE976BE" w14:textId="3B9DF013" w:rsidR="009104FA" w:rsidRPr="002C15A7" w:rsidRDefault="00A843F5" w:rsidP="004A1DF1">
      <w:pPr>
        <w:pStyle w:val="ListParagraph"/>
        <w:numPr>
          <w:ilvl w:val="0"/>
          <w:numId w:val="17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Checked shared objective</w:t>
      </w:r>
    </w:p>
    <w:p w14:paraId="3AD12359" w14:textId="054B12F3" w:rsidR="00A843F5" w:rsidRPr="002C15A7" w:rsidRDefault="0065719E" w:rsidP="004A1DF1">
      <w:pPr>
        <w:pStyle w:val="ListParagraph"/>
        <w:numPr>
          <w:ilvl w:val="0"/>
          <w:numId w:val="17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Use list or campus map</w:t>
      </w:r>
    </w:p>
    <w:p w14:paraId="46907F8C" w14:textId="17F38B37" w:rsidR="0065719E" w:rsidRPr="002C15A7" w:rsidRDefault="004F6BC2" w:rsidP="004A1DF1">
      <w:pPr>
        <w:pStyle w:val="ListParagraph"/>
        <w:numPr>
          <w:ilvl w:val="0"/>
          <w:numId w:val="17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Complete valid action</w:t>
      </w:r>
    </w:p>
    <w:p w14:paraId="610EAAE1" w14:textId="128F2C10" w:rsidR="004F6BC2" w:rsidRPr="002C15A7" w:rsidRDefault="007572CA" w:rsidP="004A1DF1">
      <w:pPr>
        <w:pStyle w:val="ListParagraph"/>
        <w:numPr>
          <w:ilvl w:val="0"/>
          <w:numId w:val="17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exc</w:t>
      </w:r>
      <w:r w:rsidR="004F6BC2" w:rsidRPr="002C15A7">
        <w:rPr>
          <w:sz w:val="28"/>
          <w:szCs w:val="36"/>
        </w:rPr>
        <w:t xml:space="preserve">hange </w:t>
      </w:r>
      <w:r w:rsidRPr="002C15A7">
        <w:rPr>
          <w:sz w:val="28"/>
          <w:szCs w:val="36"/>
        </w:rPr>
        <w:t>cards</w:t>
      </w:r>
    </w:p>
    <w:p w14:paraId="1B8D3A78" w14:textId="6F0CD958" w:rsidR="004F6BC2" w:rsidRPr="002C15A7" w:rsidRDefault="007572CA" w:rsidP="004A1DF1">
      <w:pPr>
        <w:pStyle w:val="ListParagraph"/>
        <w:numPr>
          <w:ilvl w:val="0"/>
          <w:numId w:val="17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teammate communication</w:t>
      </w:r>
    </w:p>
    <w:p w14:paraId="6A476336" w14:textId="7D010CC1" w:rsidR="007572CA" w:rsidRPr="002C15A7" w:rsidRDefault="00902498" w:rsidP="004A1DF1">
      <w:pPr>
        <w:pStyle w:val="ListParagraph"/>
        <w:numPr>
          <w:ilvl w:val="0"/>
          <w:numId w:val="17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watch team status</w:t>
      </w:r>
    </w:p>
    <w:p w14:paraId="1354AE61" w14:textId="3218A916" w:rsidR="00902498" w:rsidRPr="002C15A7" w:rsidRDefault="007066E1" w:rsidP="004A1DF1">
      <w:pPr>
        <w:pStyle w:val="ListParagraph"/>
        <w:numPr>
          <w:ilvl w:val="0"/>
          <w:numId w:val="17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understand pause/reconnect</w:t>
      </w:r>
      <w:r w:rsidR="005D01F7" w:rsidRPr="002C15A7">
        <w:rPr>
          <w:sz w:val="28"/>
          <w:szCs w:val="36"/>
        </w:rPr>
        <w:t xml:space="preserve"> and victory/defeat.</w:t>
      </w:r>
    </w:p>
    <w:p w14:paraId="6BEF1CC0" w14:textId="44B2BBCC" w:rsidR="00936D79" w:rsidRDefault="00936D79" w:rsidP="005B6C40">
      <w:pPr>
        <w:pStyle w:val="Heading3"/>
        <w:rPr>
          <w:sz w:val="28"/>
          <w:szCs w:val="28"/>
        </w:rPr>
      </w:pPr>
      <w:r w:rsidRPr="005B6C40">
        <w:rPr>
          <w:sz w:val="28"/>
          <w:szCs w:val="28"/>
        </w:rPr>
        <w:t xml:space="preserve"> </w:t>
      </w:r>
      <w:bookmarkStart w:id="13" w:name="_Toc235666979"/>
      <w:r w:rsidR="00F27798" w:rsidRPr="005B6C40">
        <w:rPr>
          <w:sz w:val="28"/>
          <w:szCs w:val="28"/>
        </w:rPr>
        <w:t xml:space="preserve">Main Experience </w:t>
      </w:r>
      <w:r w:rsidR="001255FC" w:rsidRPr="005B6C40">
        <w:rPr>
          <w:sz w:val="28"/>
          <w:szCs w:val="28"/>
        </w:rPr>
        <w:t>requirements</w:t>
      </w:r>
      <w:r w:rsidR="00221F10">
        <w:rPr>
          <w:sz w:val="28"/>
          <w:szCs w:val="28"/>
        </w:rPr>
        <w:t>………….</w:t>
      </w:r>
      <w:bookmarkEnd w:id="13"/>
    </w:p>
    <w:p w14:paraId="54095BC9" w14:textId="345D5722" w:rsidR="00221F10" w:rsidRPr="002C15A7" w:rsidRDefault="00221F10" w:rsidP="0044547F">
      <w:pPr>
        <w:pStyle w:val="ListParagraph"/>
        <w:numPr>
          <w:ilvl w:val="0"/>
          <w:numId w:val="19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Clarity</w:t>
      </w:r>
    </w:p>
    <w:p w14:paraId="0803F9C1" w14:textId="005F7677" w:rsidR="00221F10" w:rsidRPr="002C15A7" w:rsidRDefault="00EA5A67" w:rsidP="0044547F">
      <w:pPr>
        <w:pStyle w:val="ListParagraph"/>
        <w:numPr>
          <w:ilvl w:val="0"/>
          <w:numId w:val="19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Inclusion</w:t>
      </w:r>
    </w:p>
    <w:p w14:paraId="4B224F34" w14:textId="6448C7B1" w:rsidR="00EA5A67" w:rsidRPr="002C15A7" w:rsidRDefault="00EA5A67" w:rsidP="0044547F">
      <w:pPr>
        <w:pStyle w:val="ListParagraph"/>
        <w:numPr>
          <w:ilvl w:val="0"/>
          <w:numId w:val="19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Competence</w:t>
      </w:r>
    </w:p>
    <w:p w14:paraId="68FD8779" w14:textId="349E1371" w:rsidR="00EA5A67" w:rsidRPr="002C15A7" w:rsidRDefault="00EA5A67" w:rsidP="0044547F">
      <w:pPr>
        <w:pStyle w:val="ListParagraph"/>
        <w:numPr>
          <w:ilvl w:val="0"/>
          <w:numId w:val="19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Teamwork</w:t>
      </w:r>
    </w:p>
    <w:p w14:paraId="604D0AE6" w14:textId="6DFDF3DC" w:rsidR="00BC58F7" w:rsidRPr="002C15A7" w:rsidRDefault="00EA5A67" w:rsidP="0044547F">
      <w:pPr>
        <w:pStyle w:val="ListParagraph"/>
        <w:numPr>
          <w:ilvl w:val="0"/>
          <w:numId w:val="19"/>
        </w:num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Mana</w:t>
      </w:r>
      <w:r w:rsidR="00BC58F7" w:rsidRPr="002C15A7">
        <w:rPr>
          <w:sz w:val="28"/>
          <w:szCs w:val="36"/>
        </w:rPr>
        <w:t>geable tension</w:t>
      </w:r>
      <w:r w:rsidR="00596DAA" w:rsidRPr="002C15A7">
        <w:rPr>
          <w:sz w:val="28"/>
          <w:szCs w:val="36"/>
        </w:rPr>
        <w:t xml:space="preserve"> and</w:t>
      </w:r>
    </w:p>
    <w:p w14:paraId="73D83AF0" w14:textId="7329FBD6" w:rsidR="00596DAA" w:rsidRPr="0082347D" w:rsidRDefault="00596DAA" w:rsidP="0044547F">
      <w:pPr>
        <w:pStyle w:val="ListParagraph"/>
        <w:numPr>
          <w:ilvl w:val="0"/>
          <w:numId w:val="19"/>
        </w:numPr>
        <w:spacing w:line="360" w:lineRule="auto"/>
        <w:jc w:val="both"/>
        <w:rPr>
          <w:sz w:val="27"/>
          <w:szCs w:val="32"/>
        </w:rPr>
      </w:pPr>
      <w:r w:rsidRPr="002C15A7">
        <w:rPr>
          <w:sz w:val="28"/>
          <w:szCs w:val="36"/>
        </w:rPr>
        <w:t>Trust</w:t>
      </w:r>
    </w:p>
    <w:p w14:paraId="4F2EEFA1" w14:textId="0127184E" w:rsidR="00936D79" w:rsidRPr="002C15A7" w:rsidRDefault="00837AAF" w:rsidP="0044547F">
      <w:pPr>
        <w:spacing w:line="360" w:lineRule="auto"/>
        <w:jc w:val="both"/>
        <w:rPr>
          <w:sz w:val="28"/>
          <w:szCs w:val="36"/>
        </w:rPr>
      </w:pPr>
      <w:r w:rsidRPr="002C15A7">
        <w:rPr>
          <w:rFonts w:ascii="Nirmala UI" w:hAnsi="Nirmala UI" w:cs="Nirmala UI"/>
          <w:sz w:val="32"/>
          <w:szCs w:val="36"/>
        </w:rPr>
        <w:lastRenderedPageBreak/>
        <w:t xml:space="preserve">David </w:t>
      </w:r>
      <w:r w:rsidR="00EF1F51" w:rsidRPr="002C15A7">
        <w:rPr>
          <w:rFonts w:ascii="Nirmala UI" w:hAnsi="Nirmala UI" w:cs="Nirmala UI"/>
          <w:sz w:val="32"/>
          <w:szCs w:val="36"/>
        </w:rPr>
        <w:t>wants</w:t>
      </w:r>
      <w:r w:rsidR="00655B5F" w:rsidRPr="002C15A7">
        <w:rPr>
          <w:rFonts w:ascii="Nirmala UI" w:hAnsi="Nirmala UI" w:cs="Nirmala UI"/>
          <w:sz w:val="32"/>
          <w:szCs w:val="36"/>
        </w:rPr>
        <w:t xml:space="preserve"> faster and</w:t>
      </w:r>
      <w:r w:rsidR="00723825" w:rsidRPr="002C15A7">
        <w:rPr>
          <w:rFonts w:ascii="Nirmala UI" w:hAnsi="Nirmala UI" w:cs="Nirmala UI"/>
          <w:sz w:val="32"/>
          <w:szCs w:val="36"/>
        </w:rPr>
        <w:t xml:space="preserve"> den</w:t>
      </w:r>
      <w:r w:rsidR="000B202E" w:rsidRPr="002C15A7">
        <w:rPr>
          <w:rFonts w:ascii="Nirmala UI" w:hAnsi="Nirmala UI" w:cs="Nirmala UI"/>
          <w:sz w:val="32"/>
          <w:szCs w:val="36"/>
        </w:rPr>
        <w:t>se on</w:t>
      </w:r>
      <w:r w:rsidR="009D6AC5" w:rsidRPr="002C15A7">
        <w:rPr>
          <w:rFonts w:ascii="Nirmala UI" w:hAnsi="Nirmala UI" w:cs="Nirmala UI"/>
          <w:sz w:val="32"/>
          <w:szCs w:val="36"/>
        </w:rPr>
        <w:t xml:space="preserve"> the other hand Farah and Islam want </w:t>
      </w:r>
      <w:r w:rsidR="006235DE" w:rsidRPr="002C15A7">
        <w:rPr>
          <w:rFonts w:ascii="Nirmala UI" w:hAnsi="Nirmala UI" w:cs="Nirmala UI"/>
          <w:sz w:val="32"/>
          <w:szCs w:val="36"/>
        </w:rPr>
        <w:t xml:space="preserve">instruction. This conflict will be resolved by </w:t>
      </w:r>
      <w:r w:rsidR="009C2962" w:rsidRPr="002C15A7">
        <w:rPr>
          <w:rFonts w:ascii="Nirmala UI" w:hAnsi="Nirmala UI" w:cs="Nirmala UI"/>
          <w:sz w:val="32"/>
          <w:szCs w:val="36"/>
        </w:rPr>
        <w:t>progressive disclosure.</w:t>
      </w:r>
      <w:r w:rsidR="008C02E7" w:rsidRPr="002C15A7">
        <w:rPr>
          <w:rFonts w:ascii="Nirmala UI" w:hAnsi="Nirmala UI" w:cs="Nirmala UI"/>
          <w:sz w:val="32"/>
          <w:szCs w:val="36"/>
        </w:rPr>
        <w:t xml:space="preserve"> In the main </w:t>
      </w:r>
      <w:r w:rsidR="00865EA6" w:rsidRPr="002C15A7">
        <w:rPr>
          <w:rFonts w:ascii="Nirmala UI" w:hAnsi="Nirmala UI" w:cs="Nirmala UI"/>
          <w:sz w:val="32"/>
          <w:szCs w:val="36"/>
        </w:rPr>
        <w:t>there will be essential information</w:t>
      </w:r>
      <w:r w:rsidR="00290A6D" w:rsidRPr="002C15A7">
        <w:rPr>
          <w:rFonts w:ascii="Nirmala UI" w:hAnsi="Nirmala UI" w:cs="Nirmala UI"/>
          <w:sz w:val="32"/>
          <w:szCs w:val="36"/>
        </w:rPr>
        <w:t xml:space="preserve"> but </w:t>
      </w:r>
      <w:r w:rsidR="00963247" w:rsidRPr="002C15A7">
        <w:rPr>
          <w:rFonts w:ascii="Nirmala UI" w:hAnsi="Nirmala UI" w:cs="Nirmala UI"/>
          <w:sz w:val="32"/>
          <w:szCs w:val="36"/>
        </w:rPr>
        <w:t>detail, forecast</w:t>
      </w:r>
      <w:r w:rsidR="00290A6D" w:rsidRPr="002C15A7">
        <w:rPr>
          <w:rFonts w:ascii="Nirmala UI" w:hAnsi="Nirmala UI" w:cs="Nirmala UI"/>
          <w:sz w:val="32"/>
          <w:szCs w:val="36"/>
        </w:rPr>
        <w:t xml:space="preserve"> and explanation can be opened when </w:t>
      </w:r>
      <w:r w:rsidR="006346D5" w:rsidRPr="002C15A7">
        <w:rPr>
          <w:rFonts w:ascii="Nirmala UI" w:hAnsi="Nirmala UI" w:cs="Nirmala UI"/>
          <w:sz w:val="32"/>
          <w:szCs w:val="36"/>
        </w:rPr>
        <w:t>required</w:t>
      </w:r>
      <w:r w:rsidR="00936D79" w:rsidRPr="002C15A7">
        <w:rPr>
          <w:sz w:val="28"/>
          <w:szCs w:val="36"/>
        </w:rPr>
        <w:t xml:space="preserve"> [7], [8]</w:t>
      </w:r>
      <w:r w:rsidR="00CD40AD" w:rsidRPr="002C15A7">
        <w:rPr>
          <w:sz w:val="28"/>
          <w:szCs w:val="36"/>
        </w:rPr>
        <w:t>.</w:t>
      </w:r>
    </w:p>
    <w:p w14:paraId="1A6ABB3D" w14:textId="11429284" w:rsidR="002569C7" w:rsidRPr="002C15A7" w:rsidRDefault="00936D79" w:rsidP="00233B14">
      <w:p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 xml:space="preserve">Timer </w:t>
      </w:r>
      <w:r w:rsidR="006346D5" w:rsidRPr="002C15A7">
        <w:rPr>
          <w:sz w:val="28"/>
          <w:szCs w:val="36"/>
        </w:rPr>
        <w:t xml:space="preserve">will be </w:t>
      </w:r>
      <w:r w:rsidR="00FB4412" w:rsidRPr="002C15A7">
        <w:rPr>
          <w:sz w:val="28"/>
          <w:szCs w:val="36"/>
        </w:rPr>
        <w:t>optional;</w:t>
      </w:r>
      <w:r w:rsidR="005A1CCB" w:rsidRPr="002C15A7">
        <w:rPr>
          <w:sz w:val="28"/>
          <w:szCs w:val="36"/>
        </w:rPr>
        <w:t xml:space="preserve"> tutorial</w:t>
      </w:r>
      <w:r w:rsidR="00A7568C" w:rsidRPr="002C15A7">
        <w:rPr>
          <w:sz w:val="28"/>
          <w:szCs w:val="36"/>
        </w:rPr>
        <w:t xml:space="preserve"> can be skipped and there will be alternative </w:t>
      </w:r>
      <w:r w:rsidR="003C291D" w:rsidRPr="002C15A7">
        <w:rPr>
          <w:sz w:val="28"/>
          <w:szCs w:val="36"/>
        </w:rPr>
        <w:t xml:space="preserve">button for </w:t>
      </w:r>
      <w:r w:rsidR="0003239C" w:rsidRPr="002C15A7">
        <w:rPr>
          <w:sz w:val="28"/>
          <w:szCs w:val="36"/>
        </w:rPr>
        <w:t>gestures</w:t>
      </w:r>
      <w:r w:rsidR="002A54A6" w:rsidRPr="002C15A7">
        <w:rPr>
          <w:sz w:val="28"/>
          <w:szCs w:val="36"/>
        </w:rPr>
        <w:t xml:space="preserve">, so </w:t>
      </w:r>
      <w:r w:rsidR="0003239C" w:rsidRPr="002C15A7">
        <w:rPr>
          <w:sz w:val="28"/>
          <w:szCs w:val="36"/>
        </w:rPr>
        <w:t>that no</w:t>
      </w:r>
      <w:r w:rsidR="00411B10" w:rsidRPr="002C15A7">
        <w:rPr>
          <w:sz w:val="28"/>
          <w:szCs w:val="36"/>
        </w:rPr>
        <w:t xml:space="preserve"> need to make separate </w:t>
      </w:r>
      <w:r w:rsidR="0003239C" w:rsidRPr="002C15A7">
        <w:rPr>
          <w:sz w:val="28"/>
          <w:szCs w:val="36"/>
        </w:rPr>
        <w:t>games</w:t>
      </w:r>
      <w:r w:rsidR="00411B10" w:rsidRPr="002C15A7">
        <w:rPr>
          <w:sz w:val="28"/>
          <w:szCs w:val="36"/>
        </w:rPr>
        <w:t xml:space="preserve"> </w:t>
      </w:r>
      <w:r w:rsidR="0003239C" w:rsidRPr="002C15A7">
        <w:rPr>
          <w:sz w:val="28"/>
          <w:szCs w:val="36"/>
        </w:rPr>
        <w:t>for the</w:t>
      </w:r>
      <w:r w:rsidR="00DA0D19" w:rsidRPr="002C15A7">
        <w:rPr>
          <w:sz w:val="28"/>
          <w:szCs w:val="36"/>
        </w:rPr>
        <w:t xml:space="preserve"> </w:t>
      </w:r>
      <w:r w:rsidR="00411B10" w:rsidRPr="002C15A7">
        <w:rPr>
          <w:sz w:val="28"/>
          <w:szCs w:val="36"/>
        </w:rPr>
        <w:t xml:space="preserve">new </w:t>
      </w:r>
      <w:r w:rsidR="0003239C" w:rsidRPr="002C15A7">
        <w:rPr>
          <w:sz w:val="28"/>
          <w:szCs w:val="36"/>
        </w:rPr>
        <w:t>and expert</w:t>
      </w:r>
      <w:r w:rsidR="00DA0D19" w:rsidRPr="002C15A7">
        <w:rPr>
          <w:sz w:val="28"/>
          <w:szCs w:val="36"/>
        </w:rPr>
        <w:t xml:space="preserve"> gamer rather than the interface </w:t>
      </w:r>
      <w:r w:rsidR="00081F93" w:rsidRPr="002C15A7">
        <w:rPr>
          <w:sz w:val="28"/>
          <w:szCs w:val="36"/>
        </w:rPr>
        <w:t>can be made simple.</w:t>
      </w:r>
      <w:r w:rsidR="00830601" w:rsidRPr="002C15A7">
        <w:rPr>
          <w:sz w:val="28"/>
          <w:szCs w:val="36"/>
        </w:rPr>
        <w:t xml:space="preserve"> In the appendix requirement priority will </w:t>
      </w:r>
      <w:r w:rsidR="005302AD" w:rsidRPr="002C15A7">
        <w:rPr>
          <w:sz w:val="28"/>
          <w:szCs w:val="36"/>
        </w:rPr>
        <w:t xml:space="preserve">be </w:t>
      </w:r>
      <w:r w:rsidR="0003239C" w:rsidRPr="002C15A7">
        <w:rPr>
          <w:sz w:val="28"/>
          <w:szCs w:val="36"/>
        </w:rPr>
        <w:t>give</w:t>
      </w:r>
      <w:r w:rsidR="005302AD" w:rsidRPr="002C15A7">
        <w:rPr>
          <w:sz w:val="28"/>
          <w:szCs w:val="36"/>
        </w:rPr>
        <w:t xml:space="preserve">n </w:t>
      </w:r>
      <w:r w:rsidR="0003239C" w:rsidRPr="002C15A7">
        <w:rPr>
          <w:sz w:val="28"/>
          <w:szCs w:val="36"/>
        </w:rPr>
        <w:t xml:space="preserve">by </w:t>
      </w:r>
      <w:proofErr w:type="spellStart"/>
      <w:r w:rsidR="0003239C" w:rsidRPr="002C15A7">
        <w:rPr>
          <w:sz w:val="28"/>
          <w:szCs w:val="36"/>
        </w:rPr>
        <w:t>MoSCoW</w:t>
      </w:r>
      <w:proofErr w:type="spellEnd"/>
      <w:r w:rsidR="0003239C" w:rsidRPr="002C15A7">
        <w:rPr>
          <w:sz w:val="28"/>
          <w:szCs w:val="36"/>
        </w:rPr>
        <w:t xml:space="preserve"> method.</w:t>
      </w:r>
    </w:p>
    <w:p w14:paraId="18D6D6D8" w14:textId="4494C588" w:rsidR="00936D79" w:rsidRPr="00BF7DCF" w:rsidRDefault="0017347F" w:rsidP="00473EF1">
      <w:pPr>
        <w:pStyle w:val="Heading1"/>
        <w:spacing w:line="360" w:lineRule="auto"/>
        <w:jc w:val="both"/>
        <w:rPr>
          <w:sz w:val="40"/>
          <w:szCs w:val="36"/>
        </w:rPr>
      </w:pPr>
      <w:bookmarkStart w:id="14" w:name="_Toc235666980"/>
      <w:r w:rsidRPr="00BF7DCF">
        <w:rPr>
          <w:rFonts w:ascii="Noto Sans Bengali" w:eastAsia="Noto Sans Bengali" w:hAnsi="Noto Sans Bengali"/>
          <w:sz w:val="36"/>
          <w:szCs w:val="36"/>
        </w:rPr>
        <w:t>5</w:t>
      </w:r>
      <w:r w:rsidR="00451D73" w:rsidRPr="00BF7DCF">
        <w:rPr>
          <w:rFonts w:ascii="Noto Sans Bengali" w:eastAsia="Noto Sans Bengali" w:hAnsi="Noto Sans Bengali"/>
          <w:sz w:val="36"/>
          <w:szCs w:val="36"/>
        </w:rPr>
        <w:t>.</w:t>
      </w:r>
      <w:r w:rsidR="00150D42" w:rsidRPr="00BF7DCF">
        <w:rPr>
          <w:rFonts w:ascii="Noto Sans Bengali" w:eastAsia="Noto Sans Bengali" w:hAnsi="Noto Sans Bengali"/>
          <w:sz w:val="36"/>
          <w:szCs w:val="36"/>
        </w:rPr>
        <w:t xml:space="preserve"> Usability and accessibility Design</w:t>
      </w:r>
      <w:r w:rsidR="00451D73" w:rsidRPr="00BF7DCF">
        <w:rPr>
          <w:rFonts w:ascii="Noto Sans Bengali" w:eastAsia="Noto Sans Bengali" w:hAnsi="Noto Sans Bengali"/>
          <w:sz w:val="36"/>
          <w:szCs w:val="36"/>
        </w:rPr>
        <w:t>:</w:t>
      </w:r>
      <w:bookmarkEnd w:id="14"/>
    </w:p>
    <w:p w14:paraId="04FCDF15" w14:textId="2E982785" w:rsidR="00936D79" w:rsidRPr="00BF7DCF" w:rsidRDefault="006E7259" w:rsidP="00674894">
      <w:pPr>
        <w:pStyle w:val="Heading2"/>
        <w:rPr>
          <w:sz w:val="36"/>
          <w:szCs w:val="36"/>
        </w:rPr>
      </w:pPr>
      <w:bookmarkStart w:id="15" w:name="_Toc235666981"/>
      <w:r w:rsidRPr="00BF7DCF">
        <w:rPr>
          <w:sz w:val="36"/>
          <w:szCs w:val="36"/>
        </w:rPr>
        <w:t xml:space="preserve">5.1 Keeping </w:t>
      </w:r>
      <w:r w:rsidR="00936D79" w:rsidRPr="00BF7DCF">
        <w:rPr>
          <w:sz w:val="36"/>
          <w:szCs w:val="36"/>
        </w:rPr>
        <w:t xml:space="preserve">System status </w:t>
      </w:r>
      <w:r w:rsidRPr="00BF7DCF">
        <w:rPr>
          <w:sz w:val="36"/>
          <w:szCs w:val="36"/>
        </w:rPr>
        <w:t>visible</w:t>
      </w:r>
      <w:r w:rsidR="00674894" w:rsidRPr="00BF7DCF">
        <w:rPr>
          <w:sz w:val="36"/>
          <w:szCs w:val="36"/>
        </w:rPr>
        <w:t>:</w:t>
      </w:r>
      <w:bookmarkEnd w:id="15"/>
      <w:r w:rsidR="002569C7" w:rsidRPr="00BF7DCF">
        <w:rPr>
          <w:sz w:val="36"/>
          <w:szCs w:val="36"/>
        </w:rPr>
        <w:t xml:space="preserve"> </w:t>
      </w:r>
    </w:p>
    <w:p w14:paraId="5E8C2D80" w14:textId="77777777" w:rsidR="00B93D3D" w:rsidRPr="002C15A7" w:rsidRDefault="002569C7" w:rsidP="00B93D3D">
      <w:p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 xml:space="preserve">In the header </w:t>
      </w:r>
      <w:r w:rsidR="00BE1942" w:rsidRPr="002C15A7">
        <w:rPr>
          <w:sz w:val="28"/>
          <w:szCs w:val="36"/>
        </w:rPr>
        <w:t>active player,</w:t>
      </w:r>
      <w:r w:rsidR="00FD7213" w:rsidRPr="002C15A7">
        <w:rPr>
          <w:sz w:val="28"/>
          <w:szCs w:val="36"/>
        </w:rPr>
        <w:t xml:space="preserve"> remaining actions, connection status</w:t>
      </w:r>
      <w:r w:rsidR="008D448B" w:rsidRPr="002C15A7">
        <w:rPr>
          <w:sz w:val="28"/>
          <w:szCs w:val="36"/>
        </w:rPr>
        <w:t xml:space="preserve">, crisis track and complete plan will be </w:t>
      </w:r>
      <w:r w:rsidR="0042594D" w:rsidRPr="002C15A7">
        <w:rPr>
          <w:sz w:val="28"/>
          <w:szCs w:val="36"/>
        </w:rPr>
        <w:t>seen permanently.</w:t>
      </w:r>
      <w:r w:rsidR="00E13EE5" w:rsidRPr="002C15A7">
        <w:rPr>
          <w:sz w:val="28"/>
          <w:szCs w:val="36"/>
        </w:rPr>
        <w:t xml:space="preserve"> </w:t>
      </w:r>
      <w:r w:rsidR="00CC13BC" w:rsidRPr="002C15A7">
        <w:rPr>
          <w:sz w:val="28"/>
          <w:szCs w:val="36"/>
        </w:rPr>
        <w:t xml:space="preserve">Map will be updated after each </w:t>
      </w:r>
      <w:r w:rsidR="00706E36" w:rsidRPr="002C15A7">
        <w:rPr>
          <w:sz w:val="28"/>
          <w:szCs w:val="36"/>
        </w:rPr>
        <w:t>action,</w:t>
      </w:r>
      <w:r w:rsidR="00CC13BC" w:rsidRPr="002C15A7">
        <w:rPr>
          <w:sz w:val="28"/>
          <w:szCs w:val="36"/>
        </w:rPr>
        <w:t xml:space="preserve"> and the result will be shown in a short senten</w:t>
      </w:r>
      <w:r w:rsidR="00DA6693" w:rsidRPr="002C15A7">
        <w:rPr>
          <w:sz w:val="28"/>
          <w:szCs w:val="36"/>
        </w:rPr>
        <w:t xml:space="preserve">ce. It supports </w:t>
      </w:r>
      <w:r w:rsidR="00424565" w:rsidRPr="002C15A7">
        <w:rPr>
          <w:sz w:val="28"/>
          <w:szCs w:val="36"/>
        </w:rPr>
        <w:t xml:space="preserve">visibility of system status, feedback and </w:t>
      </w:r>
      <w:r w:rsidR="00706E36" w:rsidRPr="002C15A7">
        <w:rPr>
          <w:sz w:val="28"/>
          <w:szCs w:val="36"/>
        </w:rPr>
        <w:t>consistency [8], [10], [17].</w:t>
      </w:r>
    </w:p>
    <w:p w14:paraId="48F709CC" w14:textId="285BA4D2" w:rsidR="00936D79" w:rsidRPr="00BF7DCF" w:rsidRDefault="00B93D3D" w:rsidP="005D72D3">
      <w:pPr>
        <w:pStyle w:val="Heading2"/>
        <w:rPr>
          <w:sz w:val="36"/>
          <w:szCs w:val="36"/>
        </w:rPr>
      </w:pPr>
      <w:bookmarkStart w:id="16" w:name="_Toc235666982"/>
      <w:r w:rsidRPr="00BF7DCF">
        <w:rPr>
          <w:sz w:val="36"/>
          <w:szCs w:val="36"/>
        </w:rPr>
        <w:t>5.2</w:t>
      </w:r>
      <w:r w:rsidR="00936D79" w:rsidRPr="00BF7DCF">
        <w:rPr>
          <w:sz w:val="36"/>
          <w:szCs w:val="36"/>
        </w:rPr>
        <w:t xml:space="preserve"> Recognition rather than recall</w:t>
      </w:r>
      <w:bookmarkEnd w:id="16"/>
    </w:p>
    <w:p w14:paraId="483FA45C" w14:textId="6D7D55E9" w:rsidR="00936D79" w:rsidRPr="002C15A7" w:rsidRDefault="00340584" w:rsidP="00325FEA">
      <w:p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>Need to reduce</w:t>
      </w:r>
      <w:r w:rsidR="00EA6863" w:rsidRPr="002C15A7">
        <w:rPr>
          <w:sz w:val="28"/>
          <w:szCs w:val="36"/>
        </w:rPr>
        <w:t xml:space="preserve"> dependency </w:t>
      </w:r>
      <w:r w:rsidR="00516229" w:rsidRPr="002C15A7">
        <w:rPr>
          <w:sz w:val="28"/>
          <w:szCs w:val="36"/>
        </w:rPr>
        <w:t>on remembering</w:t>
      </w:r>
      <w:r w:rsidR="00EA6863" w:rsidRPr="002C15A7">
        <w:rPr>
          <w:sz w:val="28"/>
          <w:szCs w:val="36"/>
        </w:rPr>
        <w:t xml:space="preserve"> </w:t>
      </w:r>
      <w:r w:rsidR="00325FEA" w:rsidRPr="002C15A7">
        <w:rPr>
          <w:sz w:val="28"/>
          <w:szCs w:val="36"/>
        </w:rPr>
        <w:t>of role</w:t>
      </w:r>
      <w:r w:rsidR="00AC0E39" w:rsidRPr="002C15A7">
        <w:rPr>
          <w:sz w:val="28"/>
          <w:szCs w:val="36"/>
        </w:rPr>
        <w:t xml:space="preserve"> </w:t>
      </w:r>
      <w:r w:rsidR="00936D79" w:rsidRPr="002C15A7">
        <w:rPr>
          <w:sz w:val="28"/>
          <w:szCs w:val="36"/>
        </w:rPr>
        <w:t xml:space="preserve">power, card </w:t>
      </w:r>
      <w:r w:rsidR="00325FEA" w:rsidRPr="002C15A7">
        <w:rPr>
          <w:sz w:val="28"/>
          <w:szCs w:val="36"/>
        </w:rPr>
        <w:t>rules</w:t>
      </w:r>
      <w:r w:rsidR="00936D79" w:rsidRPr="002C15A7">
        <w:rPr>
          <w:sz w:val="28"/>
          <w:szCs w:val="36"/>
        </w:rPr>
        <w:t xml:space="preserve"> </w:t>
      </w:r>
      <w:r w:rsidR="00AC0E39" w:rsidRPr="002C15A7">
        <w:rPr>
          <w:sz w:val="28"/>
          <w:szCs w:val="36"/>
        </w:rPr>
        <w:t xml:space="preserve">and </w:t>
      </w:r>
      <w:r w:rsidR="00936D79" w:rsidRPr="002C15A7">
        <w:rPr>
          <w:sz w:val="28"/>
          <w:szCs w:val="36"/>
        </w:rPr>
        <w:t>symbol</w:t>
      </w:r>
      <w:r w:rsidR="00AC0E39" w:rsidRPr="002C15A7">
        <w:rPr>
          <w:sz w:val="28"/>
          <w:szCs w:val="36"/>
        </w:rPr>
        <w:t>.</w:t>
      </w:r>
      <w:r w:rsidR="00936D79" w:rsidRPr="002C15A7">
        <w:rPr>
          <w:sz w:val="28"/>
          <w:szCs w:val="36"/>
        </w:rPr>
        <w:t xml:space="preserve"> unavailable action </w:t>
      </w:r>
      <w:r w:rsidR="00F3452A" w:rsidRPr="002C15A7">
        <w:rPr>
          <w:sz w:val="28"/>
          <w:szCs w:val="36"/>
        </w:rPr>
        <w:t xml:space="preserve">will be </w:t>
      </w:r>
      <w:r w:rsidR="00936D79" w:rsidRPr="002C15A7">
        <w:rPr>
          <w:sz w:val="28"/>
          <w:szCs w:val="36"/>
        </w:rPr>
        <w:t xml:space="preserve">disabled </w:t>
      </w:r>
      <w:r w:rsidR="00F3452A" w:rsidRPr="002C15A7">
        <w:rPr>
          <w:sz w:val="28"/>
          <w:szCs w:val="36"/>
        </w:rPr>
        <w:t xml:space="preserve">but reason will be </w:t>
      </w:r>
      <w:r w:rsidR="009038A2" w:rsidRPr="002C15A7">
        <w:rPr>
          <w:sz w:val="28"/>
          <w:szCs w:val="36"/>
        </w:rPr>
        <w:t xml:space="preserve">given for </w:t>
      </w:r>
      <w:r w:rsidR="00516229" w:rsidRPr="002C15A7">
        <w:rPr>
          <w:sz w:val="28"/>
          <w:szCs w:val="36"/>
        </w:rPr>
        <w:t>unavailability</w:t>
      </w:r>
      <w:r w:rsidR="00085448" w:rsidRPr="002C15A7">
        <w:rPr>
          <w:sz w:val="28"/>
          <w:szCs w:val="36"/>
        </w:rPr>
        <w:t>.</w:t>
      </w:r>
      <w:r w:rsidR="00936D79" w:rsidRPr="002C15A7">
        <w:rPr>
          <w:sz w:val="28"/>
          <w:szCs w:val="36"/>
        </w:rPr>
        <w:t xml:space="preserve"> campus name map</w:t>
      </w:r>
      <w:r w:rsidR="00085448" w:rsidRPr="002C15A7">
        <w:rPr>
          <w:sz w:val="28"/>
          <w:szCs w:val="36"/>
        </w:rPr>
        <w:t xml:space="preserve"> will be written </w:t>
      </w:r>
      <w:r w:rsidR="00C82D05" w:rsidRPr="002C15A7">
        <w:rPr>
          <w:sz w:val="28"/>
          <w:szCs w:val="36"/>
        </w:rPr>
        <w:t xml:space="preserve">in same way in card and </w:t>
      </w:r>
      <w:r w:rsidR="00325FEA" w:rsidRPr="002C15A7">
        <w:rPr>
          <w:sz w:val="28"/>
          <w:szCs w:val="36"/>
        </w:rPr>
        <w:t>notification.</w:t>
      </w:r>
      <w:r w:rsidR="00936D79" w:rsidRPr="002C15A7">
        <w:rPr>
          <w:sz w:val="28"/>
          <w:szCs w:val="36"/>
        </w:rPr>
        <w:t xml:space="preserve">  [17]</w:t>
      </w:r>
      <w:r w:rsidR="00325FEA" w:rsidRPr="002C15A7">
        <w:rPr>
          <w:sz w:val="28"/>
          <w:szCs w:val="36"/>
        </w:rPr>
        <w:t>.</w:t>
      </w:r>
    </w:p>
    <w:p w14:paraId="4C9141AD" w14:textId="1C76D089" w:rsidR="00936D79" w:rsidRPr="00BF7DCF" w:rsidRDefault="00325FEA" w:rsidP="0017753B">
      <w:pPr>
        <w:pStyle w:val="Heading2"/>
        <w:rPr>
          <w:sz w:val="36"/>
          <w:szCs w:val="36"/>
        </w:rPr>
      </w:pPr>
      <w:bookmarkStart w:id="17" w:name="_Toc235666983"/>
      <w:r w:rsidRPr="00BF7DCF">
        <w:rPr>
          <w:sz w:val="36"/>
          <w:szCs w:val="36"/>
        </w:rPr>
        <w:t>5.3</w:t>
      </w:r>
      <w:r w:rsidR="0017753B" w:rsidRPr="00BF7DCF">
        <w:rPr>
          <w:sz w:val="36"/>
          <w:szCs w:val="36"/>
        </w:rPr>
        <w:t xml:space="preserve"> </w:t>
      </w:r>
      <w:r w:rsidR="00936D79" w:rsidRPr="00BF7DCF">
        <w:rPr>
          <w:sz w:val="36"/>
          <w:szCs w:val="36"/>
        </w:rPr>
        <w:t xml:space="preserve">Error </w:t>
      </w:r>
      <w:r w:rsidR="0017753B" w:rsidRPr="00BF7DCF">
        <w:rPr>
          <w:sz w:val="36"/>
          <w:szCs w:val="36"/>
        </w:rPr>
        <w:t xml:space="preserve">prevention and </w:t>
      </w:r>
      <w:r w:rsidR="00936D79" w:rsidRPr="00BF7DCF">
        <w:rPr>
          <w:sz w:val="36"/>
          <w:szCs w:val="36"/>
        </w:rPr>
        <w:t>recovery</w:t>
      </w:r>
      <w:bookmarkEnd w:id="17"/>
    </w:p>
    <w:p w14:paraId="7B916508" w14:textId="5831A054" w:rsidR="00936D79" w:rsidRPr="008E231E" w:rsidRDefault="00111468" w:rsidP="00473EF1">
      <w:pPr>
        <w:spacing w:line="360" w:lineRule="auto"/>
        <w:jc w:val="both"/>
        <w:rPr>
          <w:sz w:val="27"/>
          <w:szCs w:val="32"/>
        </w:rPr>
      </w:pPr>
      <w:r w:rsidRPr="008E231E">
        <w:rPr>
          <w:sz w:val="27"/>
          <w:szCs w:val="32"/>
        </w:rPr>
        <w:t xml:space="preserve"> </w:t>
      </w:r>
      <w:r w:rsidRPr="002C15A7">
        <w:rPr>
          <w:sz w:val="28"/>
          <w:szCs w:val="36"/>
        </w:rPr>
        <w:t xml:space="preserve">There </w:t>
      </w:r>
      <w:r w:rsidR="00644FE4" w:rsidRPr="002C15A7">
        <w:rPr>
          <w:sz w:val="28"/>
          <w:szCs w:val="36"/>
        </w:rPr>
        <w:t>will be a confirmation option before using r</w:t>
      </w:r>
      <w:r w:rsidR="00936D79" w:rsidRPr="002C15A7">
        <w:rPr>
          <w:sz w:val="28"/>
          <w:szCs w:val="36"/>
        </w:rPr>
        <w:t>are card</w:t>
      </w:r>
      <w:r w:rsidR="00B87495" w:rsidRPr="002C15A7">
        <w:rPr>
          <w:sz w:val="28"/>
          <w:szCs w:val="36"/>
        </w:rPr>
        <w:t xml:space="preserve">, finishing </w:t>
      </w:r>
      <w:r w:rsidR="008E231E" w:rsidRPr="002C15A7">
        <w:rPr>
          <w:sz w:val="28"/>
          <w:szCs w:val="36"/>
        </w:rPr>
        <w:t>the turn early</w:t>
      </w:r>
      <w:r w:rsidR="00B87495" w:rsidRPr="002C15A7">
        <w:rPr>
          <w:sz w:val="28"/>
          <w:szCs w:val="36"/>
        </w:rPr>
        <w:t xml:space="preserve"> </w:t>
      </w:r>
      <w:r w:rsidR="0046180C" w:rsidRPr="002C15A7">
        <w:rPr>
          <w:sz w:val="28"/>
          <w:szCs w:val="36"/>
        </w:rPr>
        <w:t xml:space="preserve">or </w:t>
      </w:r>
      <w:r w:rsidR="008E231E" w:rsidRPr="002C15A7">
        <w:rPr>
          <w:sz w:val="28"/>
          <w:szCs w:val="36"/>
        </w:rPr>
        <w:t>leaving</w:t>
      </w:r>
      <w:r w:rsidR="0046180C" w:rsidRPr="002C15A7">
        <w:rPr>
          <w:sz w:val="28"/>
          <w:szCs w:val="36"/>
        </w:rPr>
        <w:t xml:space="preserve"> the active game</w:t>
      </w:r>
      <w:r w:rsidR="00B54586" w:rsidRPr="002C15A7">
        <w:rPr>
          <w:sz w:val="28"/>
          <w:szCs w:val="36"/>
        </w:rPr>
        <w:t>.</w:t>
      </w:r>
      <w:r w:rsidR="00936D79" w:rsidRPr="002C15A7">
        <w:rPr>
          <w:sz w:val="28"/>
          <w:szCs w:val="36"/>
        </w:rPr>
        <w:t xml:space="preserve"> </w:t>
      </w:r>
      <w:r w:rsidR="00B54586" w:rsidRPr="002C15A7">
        <w:rPr>
          <w:sz w:val="28"/>
          <w:szCs w:val="36"/>
        </w:rPr>
        <w:t xml:space="preserve"> Undo will be possible until </w:t>
      </w:r>
      <w:r w:rsidR="00936D79" w:rsidRPr="002C15A7">
        <w:rPr>
          <w:sz w:val="28"/>
          <w:szCs w:val="36"/>
        </w:rPr>
        <w:t>hidden random event</w:t>
      </w:r>
      <w:r w:rsidR="00627CA3" w:rsidRPr="002C15A7">
        <w:rPr>
          <w:sz w:val="28"/>
          <w:szCs w:val="36"/>
        </w:rPr>
        <w:t xml:space="preserve"> </w:t>
      </w:r>
      <w:r w:rsidR="008E231E" w:rsidRPr="002C15A7">
        <w:rPr>
          <w:sz w:val="28"/>
          <w:szCs w:val="36"/>
        </w:rPr>
        <w:t>becomes</w:t>
      </w:r>
      <w:r w:rsidR="00627CA3" w:rsidRPr="002C15A7">
        <w:rPr>
          <w:sz w:val="28"/>
          <w:szCs w:val="36"/>
        </w:rPr>
        <w:t xml:space="preserve"> visible. </w:t>
      </w:r>
      <w:r w:rsidR="008E231E" w:rsidRPr="002C15A7">
        <w:rPr>
          <w:sz w:val="28"/>
          <w:szCs w:val="36"/>
        </w:rPr>
        <w:t>message will</w:t>
      </w:r>
      <w:r w:rsidR="000D07D2" w:rsidRPr="002C15A7">
        <w:rPr>
          <w:sz w:val="28"/>
          <w:szCs w:val="36"/>
        </w:rPr>
        <w:t xml:space="preserve"> be in positive way like</w:t>
      </w:r>
      <w:r w:rsidR="00A31CE0" w:rsidRPr="002C15A7">
        <w:rPr>
          <w:sz w:val="28"/>
          <w:szCs w:val="36"/>
        </w:rPr>
        <w:t xml:space="preserve">” </w:t>
      </w:r>
      <w:r w:rsidR="008E231E" w:rsidRPr="002C15A7">
        <w:rPr>
          <w:sz w:val="28"/>
          <w:szCs w:val="36"/>
        </w:rPr>
        <w:t>these 2 cars</w:t>
      </w:r>
      <w:r w:rsidR="00A31CE0" w:rsidRPr="002C15A7">
        <w:rPr>
          <w:sz w:val="28"/>
          <w:szCs w:val="36"/>
        </w:rPr>
        <w:t xml:space="preserve"> may be needed for planning</w:t>
      </w:r>
      <w:r w:rsidR="00A91091" w:rsidRPr="002C15A7">
        <w:rPr>
          <w:sz w:val="28"/>
          <w:szCs w:val="36"/>
        </w:rPr>
        <w:t xml:space="preserve">-do you want to </w:t>
      </w:r>
      <w:r w:rsidR="00DB6458" w:rsidRPr="002C15A7">
        <w:rPr>
          <w:sz w:val="28"/>
          <w:szCs w:val="36"/>
        </w:rPr>
        <w:t xml:space="preserve">play this </w:t>
      </w:r>
      <w:r w:rsidR="00942F5E" w:rsidRPr="002C15A7">
        <w:rPr>
          <w:sz w:val="28"/>
          <w:szCs w:val="36"/>
        </w:rPr>
        <w:t xml:space="preserve">now?” there will be no </w:t>
      </w:r>
      <w:r w:rsidR="00444913" w:rsidRPr="002C15A7">
        <w:rPr>
          <w:sz w:val="28"/>
          <w:szCs w:val="36"/>
        </w:rPr>
        <w:t xml:space="preserve">blaming word </w:t>
      </w:r>
      <w:r w:rsidR="008E231E" w:rsidRPr="002C15A7">
        <w:rPr>
          <w:sz w:val="28"/>
          <w:szCs w:val="36"/>
        </w:rPr>
        <w:t>like “Bad</w:t>
      </w:r>
      <w:r w:rsidR="00936D79" w:rsidRPr="002C15A7">
        <w:rPr>
          <w:sz w:val="28"/>
          <w:szCs w:val="36"/>
        </w:rPr>
        <w:t xml:space="preserve"> move” [9</w:t>
      </w:r>
      <w:r w:rsidR="008E231E" w:rsidRPr="002C15A7">
        <w:rPr>
          <w:sz w:val="28"/>
          <w:szCs w:val="36"/>
        </w:rPr>
        <w:t>].</w:t>
      </w:r>
    </w:p>
    <w:p w14:paraId="13DDE649" w14:textId="5EF47805" w:rsidR="00936D79" w:rsidRPr="00626274" w:rsidRDefault="00626274" w:rsidP="00626274">
      <w:pPr>
        <w:pStyle w:val="Heading2"/>
        <w:rPr>
          <w:sz w:val="36"/>
          <w:szCs w:val="36"/>
        </w:rPr>
      </w:pPr>
      <w:bookmarkStart w:id="18" w:name="_Toc235666984"/>
      <w:r w:rsidRPr="00626274">
        <w:rPr>
          <w:sz w:val="36"/>
          <w:szCs w:val="36"/>
        </w:rPr>
        <w:lastRenderedPageBreak/>
        <w:t>5.4 Mobile</w:t>
      </w:r>
      <w:r w:rsidR="00936D79" w:rsidRPr="00626274">
        <w:rPr>
          <w:sz w:val="36"/>
          <w:szCs w:val="36"/>
        </w:rPr>
        <w:t xml:space="preserve"> accessibility</w:t>
      </w:r>
      <w:bookmarkEnd w:id="18"/>
    </w:p>
    <w:p w14:paraId="42D83418" w14:textId="30725D81" w:rsidR="00936D79" w:rsidRPr="002C15A7" w:rsidRDefault="00936D79" w:rsidP="00AC018A">
      <w:p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 xml:space="preserve">Primary </w:t>
      </w:r>
      <w:r w:rsidR="006868F9" w:rsidRPr="002C15A7">
        <w:rPr>
          <w:sz w:val="28"/>
          <w:szCs w:val="36"/>
        </w:rPr>
        <w:t>target will</w:t>
      </w:r>
      <w:r w:rsidR="00C51B4D" w:rsidRPr="002C15A7">
        <w:rPr>
          <w:sz w:val="28"/>
          <w:szCs w:val="36"/>
        </w:rPr>
        <w:t xml:space="preserve"> be </w:t>
      </w:r>
      <w:r w:rsidR="006868F9" w:rsidRPr="002C15A7">
        <w:rPr>
          <w:sz w:val="28"/>
          <w:szCs w:val="36"/>
        </w:rPr>
        <w:t xml:space="preserve">bigger and separated. </w:t>
      </w:r>
      <w:r w:rsidR="00E16A6B" w:rsidRPr="002C15A7">
        <w:rPr>
          <w:sz w:val="28"/>
          <w:szCs w:val="36"/>
        </w:rPr>
        <w:t xml:space="preserve"> </w:t>
      </w:r>
      <w:r w:rsidR="000E342D" w:rsidRPr="002C15A7">
        <w:rPr>
          <w:sz w:val="28"/>
          <w:szCs w:val="36"/>
        </w:rPr>
        <w:t>Name,</w:t>
      </w:r>
      <w:r w:rsidR="00E16A6B" w:rsidRPr="002C15A7">
        <w:rPr>
          <w:sz w:val="28"/>
          <w:szCs w:val="36"/>
        </w:rPr>
        <w:t xml:space="preserve"> symbol and pattern </w:t>
      </w:r>
      <w:r w:rsidR="00490279" w:rsidRPr="002C15A7">
        <w:rPr>
          <w:sz w:val="28"/>
          <w:szCs w:val="36"/>
        </w:rPr>
        <w:t xml:space="preserve">will be used with </w:t>
      </w:r>
      <w:r w:rsidR="000E342D" w:rsidRPr="002C15A7">
        <w:rPr>
          <w:sz w:val="28"/>
          <w:szCs w:val="36"/>
        </w:rPr>
        <w:t>color</w:t>
      </w:r>
      <w:r w:rsidR="00490279" w:rsidRPr="002C15A7">
        <w:rPr>
          <w:sz w:val="28"/>
          <w:szCs w:val="36"/>
        </w:rPr>
        <w:t>.</w:t>
      </w:r>
      <w:r w:rsidR="00CF15F4" w:rsidRPr="002C15A7">
        <w:rPr>
          <w:sz w:val="28"/>
          <w:szCs w:val="36"/>
        </w:rPr>
        <w:t xml:space="preserve"> Control will not be hidden if text</w:t>
      </w:r>
      <w:r w:rsidR="00CB4C71" w:rsidRPr="002C15A7">
        <w:rPr>
          <w:sz w:val="28"/>
          <w:szCs w:val="36"/>
        </w:rPr>
        <w:t xml:space="preserve"> is </w:t>
      </w:r>
      <w:r w:rsidR="00DD2988" w:rsidRPr="002C15A7">
        <w:rPr>
          <w:sz w:val="28"/>
          <w:szCs w:val="36"/>
        </w:rPr>
        <w:t>resized</w:t>
      </w:r>
      <w:r w:rsidR="00CB4C71" w:rsidRPr="002C15A7">
        <w:rPr>
          <w:sz w:val="28"/>
          <w:szCs w:val="36"/>
        </w:rPr>
        <w:t>.</w:t>
      </w:r>
      <w:r w:rsidR="00CF15F4" w:rsidRPr="002C15A7">
        <w:rPr>
          <w:sz w:val="28"/>
          <w:szCs w:val="36"/>
        </w:rPr>
        <w:t xml:space="preserve"> </w:t>
      </w:r>
      <w:r w:rsidRPr="002C15A7">
        <w:rPr>
          <w:sz w:val="28"/>
          <w:szCs w:val="36"/>
        </w:rPr>
        <w:t xml:space="preserve"> </w:t>
      </w:r>
      <w:r w:rsidR="006A74A0" w:rsidRPr="002C15A7">
        <w:rPr>
          <w:sz w:val="28"/>
          <w:szCs w:val="36"/>
        </w:rPr>
        <w:t>S</w:t>
      </w:r>
      <w:r w:rsidRPr="002C15A7">
        <w:rPr>
          <w:sz w:val="28"/>
          <w:szCs w:val="36"/>
        </w:rPr>
        <w:t xml:space="preserve">creen reader, voice access, switch input, reduced motion, caption </w:t>
      </w:r>
      <w:r w:rsidR="001C6D0A" w:rsidRPr="002C15A7">
        <w:rPr>
          <w:sz w:val="28"/>
          <w:szCs w:val="36"/>
        </w:rPr>
        <w:t xml:space="preserve">and link on the </w:t>
      </w:r>
      <w:r w:rsidR="000E342D" w:rsidRPr="002C15A7">
        <w:rPr>
          <w:sz w:val="28"/>
          <w:szCs w:val="36"/>
        </w:rPr>
        <w:t>map list</w:t>
      </w:r>
      <w:r w:rsidR="00AC0A85" w:rsidRPr="002C15A7">
        <w:rPr>
          <w:sz w:val="28"/>
          <w:szCs w:val="36"/>
        </w:rPr>
        <w:t xml:space="preserve"> will be alternative.</w:t>
      </w:r>
      <w:r w:rsidRPr="002C15A7">
        <w:rPr>
          <w:sz w:val="28"/>
          <w:szCs w:val="36"/>
        </w:rPr>
        <w:t xml:space="preserve"> </w:t>
      </w:r>
      <w:r w:rsidR="00624838" w:rsidRPr="002C15A7">
        <w:rPr>
          <w:sz w:val="28"/>
          <w:szCs w:val="36"/>
        </w:rPr>
        <w:t xml:space="preserve">in </w:t>
      </w:r>
      <w:r w:rsidRPr="002C15A7">
        <w:rPr>
          <w:sz w:val="28"/>
          <w:szCs w:val="36"/>
        </w:rPr>
        <w:t xml:space="preserve">WCAG 2.2 perceivable, operable, understandable </w:t>
      </w:r>
      <w:r w:rsidR="000E342D" w:rsidRPr="002C15A7">
        <w:rPr>
          <w:sz w:val="28"/>
          <w:szCs w:val="36"/>
        </w:rPr>
        <w:t>and robust</w:t>
      </w:r>
      <w:r w:rsidRPr="002C15A7">
        <w:rPr>
          <w:sz w:val="28"/>
          <w:szCs w:val="36"/>
        </w:rPr>
        <w:t xml:space="preserve"> </w:t>
      </w:r>
      <w:r w:rsidR="001D602E" w:rsidRPr="002C15A7">
        <w:rPr>
          <w:sz w:val="28"/>
          <w:szCs w:val="36"/>
        </w:rPr>
        <w:t xml:space="preserve">policies </w:t>
      </w:r>
      <w:r w:rsidR="00624838" w:rsidRPr="002C15A7">
        <w:rPr>
          <w:sz w:val="28"/>
          <w:szCs w:val="36"/>
        </w:rPr>
        <w:t xml:space="preserve">need to be </w:t>
      </w:r>
      <w:r w:rsidR="000E342D" w:rsidRPr="002C15A7">
        <w:rPr>
          <w:sz w:val="28"/>
          <w:szCs w:val="36"/>
        </w:rPr>
        <w:t xml:space="preserve">followed </w:t>
      </w:r>
      <w:r w:rsidRPr="002C15A7">
        <w:rPr>
          <w:sz w:val="28"/>
          <w:szCs w:val="36"/>
        </w:rPr>
        <w:t>[11], [12]</w:t>
      </w:r>
      <w:r w:rsidR="000E342D" w:rsidRPr="002C15A7">
        <w:rPr>
          <w:sz w:val="28"/>
          <w:szCs w:val="36"/>
        </w:rPr>
        <w:t>.</w:t>
      </w:r>
    </w:p>
    <w:p w14:paraId="7B5351AF" w14:textId="5D05ABDD" w:rsidR="00936D79" w:rsidRPr="0096172D" w:rsidRDefault="009762D6" w:rsidP="0096172D">
      <w:pPr>
        <w:pStyle w:val="Heading2"/>
        <w:rPr>
          <w:sz w:val="32"/>
          <w:szCs w:val="32"/>
        </w:rPr>
      </w:pPr>
      <w:bookmarkStart w:id="19" w:name="_Toc235666985"/>
      <w:r w:rsidRPr="0096172D">
        <w:rPr>
          <w:sz w:val="32"/>
          <w:szCs w:val="32"/>
        </w:rPr>
        <w:t>5.5</w:t>
      </w:r>
      <w:r w:rsidR="00BA5AFD" w:rsidRPr="0096172D">
        <w:rPr>
          <w:sz w:val="32"/>
          <w:szCs w:val="32"/>
        </w:rPr>
        <w:t xml:space="preserve"> Emotional Experience</w:t>
      </w:r>
      <w:r w:rsidR="0096172D" w:rsidRPr="0096172D">
        <w:rPr>
          <w:sz w:val="32"/>
          <w:szCs w:val="32"/>
        </w:rPr>
        <w:t>:</w:t>
      </w:r>
      <w:bookmarkEnd w:id="19"/>
    </w:p>
    <w:p w14:paraId="4671A607" w14:textId="4C58FB87" w:rsidR="00936D79" w:rsidRPr="002C15A7" w:rsidRDefault="00C11A53" w:rsidP="00AC7773">
      <w:pPr>
        <w:spacing w:line="360" w:lineRule="auto"/>
        <w:jc w:val="both"/>
        <w:rPr>
          <w:sz w:val="28"/>
          <w:szCs w:val="36"/>
        </w:rPr>
      </w:pPr>
      <w:r w:rsidRPr="002C15A7">
        <w:rPr>
          <w:sz w:val="28"/>
          <w:szCs w:val="36"/>
        </w:rPr>
        <w:t xml:space="preserve">In the game </w:t>
      </w:r>
      <w:r w:rsidR="00B22A57" w:rsidRPr="002C15A7">
        <w:rPr>
          <w:sz w:val="28"/>
          <w:szCs w:val="36"/>
        </w:rPr>
        <w:t xml:space="preserve">there will be high </w:t>
      </w:r>
      <w:r w:rsidR="00FB00AB" w:rsidRPr="002C15A7">
        <w:rPr>
          <w:sz w:val="28"/>
          <w:szCs w:val="36"/>
        </w:rPr>
        <w:t xml:space="preserve">tension but no visual chaos or public </w:t>
      </w:r>
      <w:r w:rsidR="009261F4" w:rsidRPr="002C15A7">
        <w:rPr>
          <w:sz w:val="28"/>
          <w:szCs w:val="36"/>
        </w:rPr>
        <w:t>blame</w:t>
      </w:r>
      <w:r w:rsidR="00913697" w:rsidRPr="002C15A7">
        <w:rPr>
          <w:sz w:val="28"/>
          <w:szCs w:val="36"/>
        </w:rPr>
        <w:t>.</w:t>
      </w:r>
      <w:r w:rsidR="00936D79" w:rsidRPr="002C15A7">
        <w:rPr>
          <w:sz w:val="28"/>
          <w:szCs w:val="36"/>
        </w:rPr>
        <w:t xml:space="preserve"> </w:t>
      </w:r>
      <w:r w:rsidR="009261F4" w:rsidRPr="002C15A7">
        <w:rPr>
          <w:sz w:val="28"/>
          <w:szCs w:val="36"/>
        </w:rPr>
        <w:t>C</w:t>
      </w:r>
      <w:r w:rsidR="00936D79" w:rsidRPr="002C15A7">
        <w:rPr>
          <w:sz w:val="28"/>
          <w:szCs w:val="36"/>
        </w:rPr>
        <w:t xml:space="preserve">ollective message </w:t>
      </w:r>
      <w:r w:rsidR="009261F4" w:rsidRPr="002C15A7">
        <w:rPr>
          <w:sz w:val="28"/>
          <w:szCs w:val="36"/>
        </w:rPr>
        <w:t xml:space="preserve">such </w:t>
      </w:r>
      <w:r w:rsidR="0074588D" w:rsidRPr="002C15A7">
        <w:rPr>
          <w:sz w:val="28"/>
          <w:szCs w:val="36"/>
        </w:rPr>
        <w:t>as “</w:t>
      </w:r>
      <w:r w:rsidR="00936D79" w:rsidRPr="002C15A7">
        <w:rPr>
          <w:sz w:val="28"/>
          <w:szCs w:val="36"/>
        </w:rPr>
        <w:t xml:space="preserve">Team resilience plan completed” </w:t>
      </w:r>
      <w:r w:rsidR="009261F4" w:rsidRPr="002C15A7">
        <w:rPr>
          <w:sz w:val="28"/>
          <w:szCs w:val="36"/>
        </w:rPr>
        <w:t xml:space="preserve">will be </w:t>
      </w:r>
      <w:r w:rsidR="0074588D" w:rsidRPr="002C15A7">
        <w:rPr>
          <w:sz w:val="28"/>
          <w:szCs w:val="36"/>
        </w:rPr>
        <w:t>used proposal</w:t>
      </w:r>
      <w:r w:rsidR="00936D79" w:rsidRPr="002C15A7">
        <w:rPr>
          <w:sz w:val="28"/>
          <w:szCs w:val="36"/>
        </w:rPr>
        <w:t xml:space="preserve"> tool </w:t>
      </w:r>
      <w:r w:rsidR="00E44AF3" w:rsidRPr="002C15A7">
        <w:rPr>
          <w:sz w:val="28"/>
          <w:szCs w:val="36"/>
        </w:rPr>
        <w:t xml:space="preserve">will give suggestion but not </w:t>
      </w:r>
      <w:r w:rsidR="00F162A0" w:rsidRPr="002C15A7">
        <w:rPr>
          <w:sz w:val="28"/>
          <w:szCs w:val="36"/>
        </w:rPr>
        <w:t xml:space="preserve">take </w:t>
      </w:r>
      <w:r w:rsidR="00E44AF3" w:rsidRPr="002C15A7">
        <w:rPr>
          <w:sz w:val="28"/>
          <w:szCs w:val="36"/>
        </w:rPr>
        <w:t xml:space="preserve">control </w:t>
      </w:r>
      <w:r w:rsidR="007078C3" w:rsidRPr="002C15A7">
        <w:rPr>
          <w:sz w:val="28"/>
          <w:szCs w:val="36"/>
        </w:rPr>
        <w:t>the turn of others.</w:t>
      </w:r>
      <w:r w:rsidR="00936D79" w:rsidRPr="002C15A7">
        <w:rPr>
          <w:sz w:val="28"/>
          <w:szCs w:val="36"/>
        </w:rPr>
        <w:t xml:space="preserve"> </w:t>
      </w:r>
      <w:r w:rsidR="00344439" w:rsidRPr="002C15A7">
        <w:rPr>
          <w:sz w:val="28"/>
          <w:szCs w:val="36"/>
        </w:rPr>
        <w:t xml:space="preserve">So that </w:t>
      </w:r>
      <w:r w:rsidR="00936D79" w:rsidRPr="002C15A7">
        <w:rPr>
          <w:sz w:val="28"/>
          <w:szCs w:val="36"/>
        </w:rPr>
        <w:t xml:space="preserve">relatedness </w:t>
      </w:r>
      <w:r w:rsidR="00344439" w:rsidRPr="002C15A7">
        <w:rPr>
          <w:sz w:val="28"/>
          <w:szCs w:val="36"/>
        </w:rPr>
        <w:t xml:space="preserve">will improve </w:t>
      </w:r>
      <w:r w:rsidR="0060009B" w:rsidRPr="002C15A7">
        <w:rPr>
          <w:sz w:val="28"/>
          <w:szCs w:val="36"/>
        </w:rPr>
        <w:t xml:space="preserve">and individual competence </w:t>
      </w:r>
      <w:r w:rsidR="0074588D" w:rsidRPr="002C15A7">
        <w:rPr>
          <w:sz w:val="28"/>
          <w:szCs w:val="36"/>
        </w:rPr>
        <w:t>remains</w:t>
      </w:r>
      <w:r w:rsidR="0060009B" w:rsidRPr="002C15A7">
        <w:rPr>
          <w:sz w:val="28"/>
          <w:szCs w:val="36"/>
        </w:rPr>
        <w:t xml:space="preserve"> </w:t>
      </w:r>
      <w:r w:rsidR="0074588D" w:rsidRPr="002C15A7">
        <w:rPr>
          <w:sz w:val="28"/>
          <w:szCs w:val="36"/>
        </w:rPr>
        <w:t>as it is</w:t>
      </w:r>
      <w:r w:rsidR="00936D79" w:rsidRPr="002C15A7">
        <w:rPr>
          <w:sz w:val="28"/>
          <w:szCs w:val="36"/>
        </w:rPr>
        <w:t xml:space="preserve"> [14], [15]</w:t>
      </w:r>
    </w:p>
    <w:p w14:paraId="5E93E956" w14:textId="77777777" w:rsidR="00C800A2" w:rsidRDefault="00C800A2" w:rsidP="00D9682F"/>
    <w:p w14:paraId="711D75A3" w14:textId="77777777" w:rsidR="00C800A2" w:rsidRDefault="00C800A2" w:rsidP="00D9682F"/>
    <w:p w14:paraId="5C774B84" w14:textId="77777777" w:rsidR="00C800A2" w:rsidRDefault="00C800A2" w:rsidP="00D9682F"/>
    <w:p w14:paraId="73B486B6" w14:textId="77777777" w:rsidR="00C800A2" w:rsidRDefault="00C800A2" w:rsidP="00D9682F"/>
    <w:p w14:paraId="0A31BD57" w14:textId="77777777" w:rsidR="00C800A2" w:rsidRDefault="00C800A2" w:rsidP="00D9682F"/>
    <w:p w14:paraId="00EE923D" w14:textId="77777777" w:rsidR="00C800A2" w:rsidRDefault="00C800A2" w:rsidP="00D9682F"/>
    <w:p w14:paraId="798C4DBB" w14:textId="77777777" w:rsidR="00C800A2" w:rsidRDefault="00C800A2" w:rsidP="00D9682F"/>
    <w:p w14:paraId="07828C05" w14:textId="77777777" w:rsidR="00C800A2" w:rsidRDefault="00C800A2" w:rsidP="00D9682F"/>
    <w:p w14:paraId="28226AD8" w14:textId="77777777" w:rsidR="00C800A2" w:rsidRDefault="00C800A2" w:rsidP="00D9682F"/>
    <w:p w14:paraId="5A431C6F" w14:textId="66E07E4D" w:rsidR="008110B7" w:rsidRPr="008110B7" w:rsidRDefault="00472AD8" w:rsidP="008110B7">
      <w:r w:rsidRPr="0059271E">
        <w:rPr>
          <w:sz w:val="40"/>
          <w:szCs w:val="40"/>
        </w:rPr>
        <w:lastRenderedPageBreak/>
        <w:t>5.6</w:t>
      </w:r>
      <w:r w:rsidR="00433B8B" w:rsidRPr="0059271E">
        <w:rPr>
          <w:sz w:val="40"/>
          <w:szCs w:val="40"/>
        </w:rPr>
        <w:t xml:space="preserve"> </w:t>
      </w:r>
      <w:r w:rsidRPr="0059271E">
        <w:rPr>
          <w:sz w:val="40"/>
          <w:szCs w:val="40"/>
        </w:rPr>
        <w:t xml:space="preserve">Explanation of Main mobile </w:t>
      </w:r>
      <w:r w:rsidR="00CA10BC" w:rsidRPr="0059271E">
        <w:rPr>
          <w:sz w:val="40"/>
          <w:szCs w:val="40"/>
        </w:rPr>
        <w:t>screen De</w:t>
      </w:r>
      <w:r w:rsidR="008110B7" w:rsidRPr="008110B7">
        <w:rPr>
          <w:noProof/>
        </w:rPr>
        <w:drawing>
          <wp:inline distT="0" distB="0" distL="0" distR="0" wp14:anchorId="674365AB" wp14:editId="3A682B02">
            <wp:extent cx="9267825" cy="6305550"/>
            <wp:effectExtent l="0" t="0" r="9525" b="0"/>
            <wp:docPr id="1901680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68064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67825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BECA5" w14:textId="6613C1E6" w:rsidR="00051FDC" w:rsidRDefault="0002561E" w:rsidP="00EF3FF3">
      <w:r w:rsidRPr="0002561E">
        <w:rPr>
          <w:noProof/>
        </w:rPr>
        <w:lastRenderedPageBreak/>
        <w:drawing>
          <wp:inline distT="0" distB="0" distL="0" distR="0" wp14:anchorId="1F029116" wp14:editId="731ED13E">
            <wp:extent cx="9420225" cy="4500245"/>
            <wp:effectExtent l="0" t="0" r="9525" b="0"/>
            <wp:docPr id="1860673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6731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420225" cy="450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7FC0F" w14:textId="77777777" w:rsidR="00F801F3" w:rsidRPr="002C15A7" w:rsidRDefault="00CE16B0" w:rsidP="00F801F3">
      <w:pPr>
        <w:jc w:val="both"/>
        <w:rPr>
          <w:sz w:val="24"/>
          <w:szCs w:val="24"/>
        </w:rPr>
      </w:pPr>
      <w:r w:rsidRPr="002C15A7">
        <w:rPr>
          <w:sz w:val="24"/>
          <w:szCs w:val="24"/>
        </w:rPr>
        <w:t xml:space="preserve">In the main map shared state, campus risk and </w:t>
      </w:r>
      <w:r w:rsidR="008365A3" w:rsidRPr="002C15A7">
        <w:rPr>
          <w:sz w:val="24"/>
          <w:szCs w:val="24"/>
        </w:rPr>
        <w:t xml:space="preserve">navigation button have </w:t>
      </w:r>
      <w:r w:rsidR="003008DB" w:rsidRPr="002C15A7">
        <w:rPr>
          <w:sz w:val="24"/>
          <w:szCs w:val="24"/>
        </w:rPr>
        <w:t>been displayed</w:t>
      </w:r>
      <w:r w:rsidR="00A564E2" w:rsidRPr="002C15A7">
        <w:rPr>
          <w:sz w:val="24"/>
          <w:szCs w:val="24"/>
        </w:rPr>
        <w:t xml:space="preserve"> together.</w:t>
      </w:r>
      <w:r w:rsidR="00902BED" w:rsidRPr="002C15A7">
        <w:rPr>
          <w:sz w:val="24"/>
          <w:szCs w:val="24"/>
        </w:rPr>
        <w:t xml:space="preserve"> Location </w:t>
      </w:r>
      <w:r w:rsidR="00A902D7" w:rsidRPr="002C15A7">
        <w:rPr>
          <w:sz w:val="24"/>
          <w:szCs w:val="24"/>
        </w:rPr>
        <w:t xml:space="preserve">sheet </w:t>
      </w:r>
      <w:r w:rsidR="003008DB" w:rsidRPr="002C15A7">
        <w:rPr>
          <w:sz w:val="24"/>
          <w:szCs w:val="24"/>
        </w:rPr>
        <w:t>reduces</w:t>
      </w:r>
      <w:r w:rsidR="00902BED" w:rsidRPr="002C15A7">
        <w:rPr>
          <w:sz w:val="24"/>
          <w:szCs w:val="24"/>
        </w:rPr>
        <w:t xml:space="preserve"> the cognitive load </w:t>
      </w:r>
      <w:r w:rsidR="00A902D7" w:rsidRPr="002C15A7">
        <w:rPr>
          <w:sz w:val="24"/>
          <w:szCs w:val="24"/>
        </w:rPr>
        <w:t xml:space="preserve">by dividing the </w:t>
      </w:r>
      <w:r w:rsidR="003008DB" w:rsidRPr="002C15A7">
        <w:rPr>
          <w:sz w:val="24"/>
          <w:szCs w:val="24"/>
        </w:rPr>
        <w:t>information between Status and action.</w:t>
      </w:r>
      <w:r w:rsidR="008C2EA0" w:rsidRPr="002C15A7">
        <w:rPr>
          <w:sz w:val="24"/>
          <w:szCs w:val="24"/>
        </w:rPr>
        <w:t xml:space="preserve"> Team panel helps by </w:t>
      </w:r>
      <w:r w:rsidR="0008097C" w:rsidRPr="002C15A7">
        <w:rPr>
          <w:sz w:val="24"/>
          <w:szCs w:val="24"/>
        </w:rPr>
        <w:t>showing every role, location,</w:t>
      </w:r>
      <w:r w:rsidR="00396A59" w:rsidRPr="002C15A7">
        <w:rPr>
          <w:sz w:val="24"/>
          <w:szCs w:val="24"/>
        </w:rPr>
        <w:t xml:space="preserve"> card count and </w:t>
      </w:r>
      <w:r w:rsidR="00C74941" w:rsidRPr="002C15A7">
        <w:rPr>
          <w:sz w:val="24"/>
          <w:szCs w:val="24"/>
        </w:rPr>
        <w:t>quick communication.</w:t>
      </w:r>
      <w:r w:rsidR="00F801F3" w:rsidRPr="002C15A7">
        <w:rPr>
          <w:sz w:val="24"/>
          <w:szCs w:val="24"/>
        </w:rPr>
        <w:t>6,</w:t>
      </w:r>
    </w:p>
    <w:p w14:paraId="640FE1C5" w14:textId="78F8A8F9" w:rsidR="005946E4" w:rsidRDefault="00C74941" w:rsidP="00E774A9">
      <w:pPr>
        <w:pStyle w:val="Heading1"/>
      </w:pPr>
      <w:bookmarkStart w:id="20" w:name="_Toc235666986"/>
      <w:r>
        <w:t>Desig</w:t>
      </w:r>
      <w:r w:rsidR="00D0323D">
        <w:t xml:space="preserve">ning </w:t>
      </w:r>
      <w:r w:rsidR="00936D79">
        <w:t>Low-fidelity storyboard</w:t>
      </w:r>
      <w:r w:rsidR="00D0323D">
        <w:t>:</w:t>
      </w:r>
      <w:bookmarkEnd w:id="20"/>
    </w:p>
    <w:p w14:paraId="401AAD86" w14:textId="13D22165" w:rsidR="00936D79" w:rsidRPr="00A65437" w:rsidRDefault="005946E4" w:rsidP="00A65437">
      <w:pPr>
        <w:spacing w:line="360" w:lineRule="auto"/>
        <w:jc w:val="both"/>
        <w:rPr>
          <w:sz w:val="28"/>
          <w:szCs w:val="28"/>
        </w:rPr>
      </w:pPr>
      <w:r w:rsidRPr="00A65437">
        <w:rPr>
          <w:sz w:val="28"/>
          <w:szCs w:val="28"/>
        </w:rPr>
        <w:t>In</w:t>
      </w:r>
      <w:r w:rsidR="00503D70" w:rsidRPr="00A65437">
        <w:rPr>
          <w:sz w:val="28"/>
          <w:szCs w:val="28"/>
        </w:rPr>
        <w:t xml:space="preserve"> l</w:t>
      </w:r>
      <w:r w:rsidR="00936D79" w:rsidRPr="00A65437">
        <w:rPr>
          <w:sz w:val="28"/>
          <w:szCs w:val="28"/>
        </w:rPr>
        <w:t>ow-fidelity wireframe</w:t>
      </w:r>
      <w:r w:rsidR="00737934" w:rsidRPr="00A65437">
        <w:rPr>
          <w:sz w:val="28"/>
          <w:szCs w:val="28"/>
        </w:rPr>
        <w:t xml:space="preserve"> </w:t>
      </w:r>
      <w:r w:rsidR="005F0A1C" w:rsidRPr="00A65437">
        <w:rPr>
          <w:sz w:val="28"/>
          <w:szCs w:val="28"/>
        </w:rPr>
        <w:t>intentionally color</w:t>
      </w:r>
      <w:r w:rsidR="00936D79" w:rsidRPr="00A65437">
        <w:rPr>
          <w:sz w:val="28"/>
          <w:szCs w:val="28"/>
        </w:rPr>
        <w:t xml:space="preserve">, brand illustration </w:t>
      </w:r>
      <w:r w:rsidR="00737934" w:rsidRPr="00A65437">
        <w:rPr>
          <w:sz w:val="28"/>
          <w:szCs w:val="28"/>
        </w:rPr>
        <w:t xml:space="preserve">and </w:t>
      </w:r>
      <w:r w:rsidR="00936D79" w:rsidRPr="00A65437">
        <w:rPr>
          <w:sz w:val="28"/>
          <w:szCs w:val="28"/>
        </w:rPr>
        <w:t xml:space="preserve">final </w:t>
      </w:r>
      <w:r w:rsidR="005F0A1C" w:rsidRPr="00A65437">
        <w:rPr>
          <w:sz w:val="28"/>
          <w:szCs w:val="28"/>
        </w:rPr>
        <w:t>typography have</w:t>
      </w:r>
      <w:r w:rsidR="007A1701" w:rsidRPr="00A65437">
        <w:rPr>
          <w:sz w:val="28"/>
          <w:szCs w:val="28"/>
        </w:rPr>
        <w:t xml:space="preserve"> been removed, so that evaluator </w:t>
      </w:r>
      <w:r w:rsidR="00432EF0" w:rsidRPr="00A65437">
        <w:rPr>
          <w:sz w:val="28"/>
          <w:szCs w:val="28"/>
        </w:rPr>
        <w:t>can give attention on</w:t>
      </w:r>
      <w:r w:rsidR="00936D79" w:rsidRPr="00A65437">
        <w:rPr>
          <w:sz w:val="28"/>
          <w:szCs w:val="28"/>
        </w:rPr>
        <w:t xml:space="preserve"> layout, information hierarchy, </w:t>
      </w:r>
      <w:r w:rsidR="005F0A1C" w:rsidRPr="00A65437">
        <w:rPr>
          <w:sz w:val="28"/>
          <w:szCs w:val="28"/>
        </w:rPr>
        <w:t>navigation task</w:t>
      </w:r>
      <w:r w:rsidR="00936D79" w:rsidRPr="00A65437">
        <w:rPr>
          <w:sz w:val="28"/>
          <w:szCs w:val="28"/>
        </w:rPr>
        <w:t xml:space="preserve"> flow</w:t>
      </w:r>
      <w:r w:rsidR="00E511D2" w:rsidRPr="00A65437">
        <w:rPr>
          <w:sz w:val="28"/>
          <w:szCs w:val="28"/>
        </w:rPr>
        <w:t>.</w:t>
      </w:r>
      <w:r w:rsidR="00936D79" w:rsidRPr="00A65437">
        <w:rPr>
          <w:sz w:val="28"/>
          <w:szCs w:val="28"/>
        </w:rPr>
        <w:t xml:space="preserve"> </w:t>
      </w:r>
      <w:r w:rsidR="00E511D2" w:rsidRPr="00A65437">
        <w:rPr>
          <w:sz w:val="28"/>
          <w:szCs w:val="28"/>
        </w:rPr>
        <w:t>P</w:t>
      </w:r>
      <w:r w:rsidR="00936D79" w:rsidRPr="00A65437">
        <w:rPr>
          <w:sz w:val="28"/>
          <w:szCs w:val="28"/>
        </w:rPr>
        <w:t xml:space="preserve">aper prototyping </w:t>
      </w:r>
      <w:r w:rsidR="008C24ED" w:rsidRPr="00A65437">
        <w:rPr>
          <w:sz w:val="28"/>
          <w:szCs w:val="28"/>
        </w:rPr>
        <w:t xml:space="preserve">and </w:t>
      </w:r>
      <w:r w:rsidR="00936D79" w:rsidRPr="00A65437">
        <w:rPr>
          <w:sz w:val="28"/>
          <w:szCs w:val="28"/>
        </w:rPr>
        <w:t>low-fidelity prototype</w:t>
      </w:r>
      <w:r w:rsidR="00733259" w:rsidRPr="00A65437">
        <w:rPr>
          <w:sz w:val="28"/>
          <w:szCs w:val="28"/>
        </w:rPr>
        <w:t xml:space="preserve"> can </w:t>
      </w:r>
      <w:r w:rsidR="005F0A1C" w:rsidRPr="00A65437">
        <w:rPr>
          <w:sz w:val="28"/>
          <w:szCs w:val="28"/>
        </w:rPr>
        <w:t>help with</w:t>
      </w:r>
      <w:r w:rsidR="00733259" w:rsidRPr="00A65437">
        <w:rPr>
          <w:sz w:val="28"/>
          <w:szCs w:val="28"/>
        </w:rPr>
        <w:t xml:space="preserve"> important usability </w:t>
      </w:r>
      <w:r w:rsidR="005F0A1C" w:rsidRPr="00A65437">
        <w:rPr>
          <w:sz w:val="28"/>
          <w:szCs w:val="28"/>
        </w:rPr>
        <w:t xml:space="preserve">problems before implementation </w:t>
      </w:r>
      <w:r w:rsidR="00936D79" w:rsidRPr="00A65437">
        <w:rPr>
          <w:sz w:val="28"/>
          <w:szCs w:val="28"/>
        </w:rPr>
        <w:t>[7]</w:t>
      </w:r>
      <w:r w:rsidR="005F0A1C" w:rsidRPr="00A65437">
        <w:rPr>
          <w:sz w:val="28"/>
          <w:szCs w:val="28"/>
        </w:rPr>
        <w:t>.</w:t>
      </w:r>
    </w:p>
    <w:p w14:paraId="5A7FD1DC" w14:textId="78466C6B" w:rsidR="00936D79" w:rsidRPr="00A65437" w:rsidRDefault="00936D79" w:rsidP="00D138DB">
      <w:pPr>
        <w:spacing w:line="360" w:lineRule="auto"/>
        <w:jc w:val="both"/>
        <w:rPr>
          <w:sz w:val="22"/>
          <w:szCs w:val="22"/>
        </w:rPr>
      </w:pPr>
      <w:r w:rsidRPr="00A65437">
        <w:rPr>
          <w:b/>
          <w:bCs/>
          <w:sz w:val="28"/>
          <w:szCs w:val="32"/>
        </w:rPr>
        <w:lastRenderedPageBreak/>
        <w:t>Storyboard A</w:t>
      </w:r>
      <w:r w:rsidRPr="00A65437">
        <w:rPr>
          <w:sz w:val="28"/>
          <w:szCs w:val="32"/>
        </w:rPr>
        <w:t xml:space="preserve"> </w:t>
      </w:r>
      <w:r w:rsidR="00B40A66" w:rsidRPr="00A65437">
        <w:rPr>
          <w:sz w:val="28"/>
          <w:szCs w:val="32"/>
        </w:rPr>
        <w:t xml:space="preserve">shows </w:t>
      </w:r>
      <w:r w:rsidRPr="00A65437">
        <w:rPr>
          <w:sz w:val="24"/>
          <w:szCs w:val="28"/>
        </w:rPr>
        <w:t>entry flow</w:t>
      </w:r>
      <w:r w:rsidR="00D638E6" w:rsidRPr="00A65437">
        <w:rPr>
          <w:sz w:val="24"/>
          <w:szCs w:val="28"/>
        </w:rPr>
        <w:t xml:space="preserve">: </w:t>
      </w:r>
      <w:r w:rsidRPr="00A65437">
        <w:rPr>
          <w:sz w:val="24"/>
          <w:szCs w:val="28"/>
        </w:rPr>
        <w:t xml:space="preserve">Launch </w:t>
      </w:r>
      <w:r w:rsidRPr="00A65437">
        <w:rPr>
          <w:b/>
          <w:bCs/>
          <w:sz w:val="24"/>
          <w:szCs w:val="28"/>
        </w:rPr>
        <w:t>→</w:t>
      </w:r>
      <w:r w:rsidRPr="00A65437">
        <w:rPr>
          <w:sz w:val="24"/>
          <w:szCs w:val="28"/>
        </w:rPr>
        <w:t xml:space="preserve"> Accessibility </w:t>
      </w:r>
      <w:r w:rsidRPr="00A65437">
        <w:rPr>
          <w:b/>
          <w:bCs/>
          <w:sz w:val="24"/>
          <w:szCs w:val="28"/>
        </w:rPr>
        <w:t xml:space="preserve">→ </w:t>
      </w:r>
      <w:r w:rsidRPr="00A65437">
        <w:rPr>
          <w:sz w:val="24"/>
          <w:szCs w:val="28"/>
        </w:rPr>
        <w:t xml:space="preserve">Create/Join </w:t>
      </w:r>
      <w:r w:rsidRPr="00A65437">
        <w:rPr>
          <w:b/>
          <w:bCs/>
          <w:sz w:val="24"/>
          <w:szCs w:val="28"/>
        </w:rPr>
        <w:t>→</w:t>
      </w:r>
      <w:r w:rsidRPr="00A65437">
        <w:rPr>
          <w:sz w:val="24"/>
          <w:szCs w:val="28"/>
        </w:rPr>
        <w:t xml:space="preserve"> Code Entry </w:t>
      </w:r>
      <w:r w:rsidRPr="00A65437">
        <w:rPr>
          <w:b/>
          <w:bCs/>
          <w:sz w:val="24"/>
          <w:szCs w:val="28"/>
        </w:rPr>
        <w:t>→</w:t>
      </w:r>
      <w:r w:rsidRPr="00A65437">
        <w:rPr>
          <w:sz w:val="24"/>
          <w:szCs w:val="28"/>
        </w:rPr>
        <w:t xml:space="preserve"> Lobby </w:t>
      </w:r>
      <w:r w:rsidRPr="00A65437">
        <w:rPr>
          <w:b/>
          <w:bCs/>
          <w:sz w:val="24"/>
          <w:szCs w:val="28"/>
        </w:rPr>
        <w:t xml:space="preserve">→ </w:t>
      </w:r>
      <w:r w:rsidRPr="00A65437">
        <w:rPr>
          <w:sz w:val="24"/>
          <w:szCs w:val="28"/>
        </w:rPr>
        <w:t xml:space="preserve">Role </w:t>
      </w:r>
      <w:r w:rsidRPr="00A65437">
        <w:rPr>
          <w:sz w:val="28"/>
          <w:szCs w:val="36"/>
        </w:rPr>
        <w:t>Selection</w:t>
      </w:r>
      <w:r w:rsidR="00D638E6" w:rsidRPr="00A65437">
        <w:rPr>
          <w:sz w:val="28"/>
          <w:szCs w:val="36"/>
        </w:rPr>
        <w:t>,</w:t>
      </w:r>
      <w:r w:rsidRPr="00A65437">
        <w:rPr>
          <w:sz w:val="28"/>
          <w:szCs w:val="36"/>
        </w:rPr>
        <w:t xml:space="preserve"> </w:t>
      </w:r>
      <w:r w:rsidRPr="00A65437">
        <w:rPr>
          <w:b/>
          <w:bCs/>
          <w:sz w:val="28"/>
          <w:szCs w:val="32"/>
        </w:rPr>
        <w:t xml:space="preserve">Storyboard </w:t>
      </w:r>
      <w:r w:rsidRPr="00A65437">
        <w:rPr>
          <w:b/>
          <w:bCs/>
          <w:sz w:val="24"/>
          <w:szCs w:val="28"/>
        </w:rPr>
        <w:t>B</w:t>
      </w:r>
      <w:r w:rsidR="002738FB" w:rsidRPr="00A65437">
        <w:rPr>
          <w:b/>
          <w:bCs/>
          <w:sz w:val="24"/>
          <w:szCs w:val="28"/>
        </w:rPr>
        <w:t xml:space="preserve"> </w:t>
      </w:r>
      <w:r w:rsidR="00A872DB" w:rsidRPr="00A65437">
        <w:rPr>
          <w:b/>
          <w:bCs/>
          <w:sz w:val="24"/>
          <w:szCs w:val="28"/>
        </w:rPr>
        <w:t>shows role</w:t>
      </w:r>
      <w:r w:rsidRPr="00A65437">
        <w:rPr>
          <w:sz w:val="24"/>
          <w:szCs w:val="28"/>
        </w:rPr>
        <w:t xml:space="preserve"> </w:t>
      </w:r>
      <w:r w:rsidRPr="00A65437">
        <w:rPr>
          <w:sz w:val="28"/>
          <w:szCs w:val="36"/>
        </w:rPr>
        <w:t xml:space="preserve">preview, </w:t>
      </w:r>
      <w:r w:rsidR="002738FB" w:rsidRPr="00A65437">
        <w:rPr>
          <w:sz w:val="28"/>
          <w:szCs w:val="36"/>
        </w:rPr>
        <w:t xml:space="preserve">in three </w:t>
      </w:r>
      <w:r w:rsidR="008C24ED" w:rsidRPr="00A65437">
        <w:rPr>
          <w:sz w:val="28"/>
          <w:szCs w:val="36"/>
        </w:rPr>
        <w:t>stages tutorial</w:t>
      </w:r>
      <w:r w:rsidRPr="00A65437">
        <w:rPr>
          <w:sz w:val="28"/>
          <w:szCs w:val="36"/>
        </w:rPr>
        <w:t xml:space="preserve"> </w:t>
      </w:r>
      <w:r w:rsidR="002738FB" w:rsidRPr="00A65437">
        <w:rPr>
          <w:sz w:val="28"/>
          <w:szCs w:val="36"/>
        </w:rPr>
        <w:t xml:space="preserve">and </w:t>
      </w:r>
      <w:r w:rsidR="0001120F" w:rsidRPr="00A65437">
        <w:rPr>
          <w:sz w:val="28"/>
          <w:szCs w:val="36"/>
        </w:rPr>
        <w:t xml:space="preserve">reaching </w:t>
      </w:r>
      <w:r w:rsidR="008C24ED" w:rsidRPr="00A65437">
        <w:rPr>
          <w:sz w:val="28"/>
          <w:szCs w:val="36"/>
        </w:rPr>
        <w:t>in main</w:t>
      </w:r>
      <w:r w:rsidRPr="00A65437">
        <w:rPr>
          <w:sz w:val="28"/>
          <w:szCs w:val="36"/>
        </w:rPr>
        <w:t xml:space="preserve"> map</w:t>
      </w:r>
      <w:r w:rsidR="0084667F" w:rsidRPr="00A65437">
        <w:rPr>
          <w:sz w:val="28"/>
          <w:szCs w:val="36"/>
        </w:rPr>
        <w:t>,</w:t>
      </w:r>
      <w:r w:rsidRPr="00A65437">
        <w:rPr>
          <w:sz w:val="28"/>
          <w:szCs w:val="36"/>
        </w:rPr>
        <w:t xml:space="preserve"> </w:t>
      </w:r>
      <w:r w:rsidR="00D1363F" w:rsidRPr="00A65437">
        <w:rPr>
          <w:sz w:val="28"/>
          <w:szCs w:val="36"/>
        </w:rPr>
        <w:t xml:space="preserve">gives </w:t>
      </w:r>
      <w:r w:rsidR="00B031F4" w:rsidRPr="00A65437">
        <w:rPr>
          <w:sz w:val="28"/>
          <w:szCs w:val="36"/>
        </w:rPr>
        <w:t xml:space="preserve">guidance to </w:t>
      </w:r>
      <w:r w:rsidR="00D1363F" w:rsidRPr="00A65437">
        <w:rPr>
          <w:sz w:val="28"/>
          <w:szCs w:val="36"/>
        </w:rPr>
        <w:t xml:space="preserve">new </w:t>
      </w:r>
      <w:r w:rsidR="00B031F4" w:rsidRPr="00A65437">
        <w:rPr>
          <w:sz w:val="28"/>
          <w:szCs w:val="36"/>
        </w:rPr>
        <w:t xml:space="preserve">gamer but </w:t>
      </w:r>
      <w:r w:rsidR="002A2A60" w:rsidRPr="00A65437">
        <w:rPr>
          <w:sz w:val="28"/>
          <w:szCs w:val="36"/>
        </w:rPr>
        <w:t>experience gamer can skip the tutorial</w:t>
      </w:r>
      <w:r w:rsidR="002A2A60" w:rsidRPr="00A65437">
        <w:rPr>
          <w:sz w:val="22"/>
          <w:szCs w:val="22"/>
        </w:rPr>
        <w:t>.</w:t>
      </w:r>
    </w:p>
    <w:p w14:paraId="74A2B923" w14:textId="3AD38A0B" w:rsidR="00936D79" w:rsidRPr="00A65437" w:rsidRDefault="00936D79" w:rsidP="00D138DB">
      <w:pPr>
        <w:spacing w:line="360" w:lineRule="auto"/>
        <w:jc w:val="both"/>
        <w:rPr>
          <w:sz w:val="22"/>
          <w:szCs w:val="22"/>
        </w:rPr>
      </w:pPr>
      <w:r w:rsidRPr="00A65437">
        <w:rPr>
          <w:b/>
          <w:bCs/>
          <w:sz w:val="28"/>
          <w:szCs w:val="36"/>
        </w:rPr>
        <w:t>Storyboard C</w:t>
      </w:r>
      <w:r w:rsidRPr="00A65437">
        <w:rPr>
          <w:sz w:val="28"/>
          <w:szCs w:val="36"/>
        </w:rPr>
        <w:t xml:space="preserve"> </w:t>
      </w:r>
      <w:r w:rsidR="00436EA2" w:rsidRPr="00A65437">
        <w:rPr>
          <w:sz w:val="28"/>
          <w:szCs w:val="36"/>
        </w:rPr>
        <w:t>displays a</w:t>
      </w:r>
      <w:r w:rsidR="000C521E" w:rsidRPr="00A65437">
        <w:rPr>
          <w:sz w:val="28"/>
          <w:szCs w:val="36"/>
        </w:rPr>
        <w:t xml:space="preserve"> </w:t>
      </w:r>
      <w:r w:rsidR="00436EA2" w:rsidRPr="00A65437">
        <w:rPr>
          <w:sz w:val="28"/>
          <w:szCs w:val="36"/>
        </w:rPr>
        <w:t>full turn:</w:t>
      </w:r>
      <w:r w:rsidRPr="00A65437">
        <w:rPr>
          <w:sz w:val="28"/>
          <w:szCs w:val="36"/>
        </w:rPr>
        <w:t xml:space="preserve"> campus select </w:t>
      </w:r>
      <w:r w:rsidRPr="00A65437">
        <w:rPr>
          <w:b/>
          <w:bCs/>
          <w:sz w:val="28"/>
          <w:szCs w:val="36"/>
        </w:rPr>
        <w:t xml:space="preserve">→ </w:t>
      </w:r>
      <w:r w:rsidRPr="00A65437">
        <w:rPr>
          <w:sz w:val="28"/>
          <w:szCs w:val="36"/>
        </w:rPr>
        <w:t xml:space="preserve">status inspect </w:t>
      </w:r>
      <w:r w:rsidRPr="00A65437">
        <w:rPr>
          <w:b/>
          <w:bCs/>
          <w:sz w:val="28"/>
          <w:szCs w:val="36"/>
        </w:rPr>
        <w:t>→</w:t>
      </w:r>
      <w:r w:rsidRPr="00A65437">
        <w:rPr>
          <w:sz w:val="28"/>
          <w:szCs w:val="36"/>
        </w:rPr>
        <w:t xml:space="preserve"> action choose </w:t>
      </w:r>
      <w:r w:rsidRPr="00A65437">
        <w:rPr>
          <w:b/>
          <w:bCs/>
          <w:sz w:val="28"/>
          <w:szCs w:val="36"/>
        </w:rPr>
        <w:t>→</w:t>
      </w:r>
      <w:r w:rsidRPr="00A65437">
        <w:rPr>
          <w:sz w:val="28"/>
          <w:szCs w:val="36"/>
        </w:rPr>
        <w:t xml:space="preserve"> confirmation </w:t>
      </w:r>
      <w:r w:rsidRPr="00A65437">
        <w:rPr>
          <w:b/>
          <w:bCs/>
          <w:sz w:val="28"/>
          <w:szCs w:val="36"/>
        </w:rPr>
        <w:t>→</w:t>
      </w:r>
      <w:r w:rsidRPr="00A65437">
        <w:rPr>
          <w:sz w:val="28"/>
          <w:szCs w:val="36"/>
        </w:rPr>
        <w:t xml:space="preserve"> map update </w:t>
      </w:r>
      <w:r w:rsidRPr="00A65437">
        <w:rPr>
          <w:b/>
          <w:bCs/>
          <w:sz w:val="28"/>
          <w:szCs w:val="36"/>
        </w:rPr>
        <w:t xml:space="preserve">→ </w:t>
      </w:r>
      <w:r w:rsidRPr="00A65437">
        <w:rPr>
          <w:sz w:val="28"/>
          <w:szCs w:val="36"/>
        </w:rPr>
        <w:t xml:space="preserve">event card </w:t>
      </w:r>
      <w:r w:rsidRPr="00A65437">
        <w:rPr>
          <w:b/>
          <w:bCs/>
          <w:sz w:val="28"/>
          <w:szCs w:val="36"/>
        </w:rPr>
        <w:t>→</w:t>
      </w:r>
      <w:r w:rsidRPr="00A65437">
        <w:rPr>
          <w:sz w:val="28"/>
          <w:szCs w:val="36"/>
        </w:rPr>
        <w:t xml:space="preserve"> turn summary</w:t>
      </w:r>
      <w:r w:rsidR="00726AA2" w:rsidRPr="00A65437">
        <w:rPr>
          <w:sz w:val="28"/>
          <w:szCs w:val="36"/>
        </w:rPr>
        <w:t>.</w:t>
      </w:r>
      <w:r w:rsidR="00AD0FA3" w:rsidRPr="00A65437">
        <w:rPr>
          <w:sz w:val="28"/>
          <w:szCs w:val="36"/>
        </w:rPr>
        <w:t xml:space="preserve"> Before and after </w:t>
      </w:r>
      <w:r w:rsidR="00436EA2" w:rsidRPr="00A65437">
        <w:rPr>
          <w:sz w:val="28"/>
          <w:szCs w:val="36"/>
        </w:rPr>
        <w:t>every</w:t>
      </w:r>
      <w:r w:rsidR="000810B0" w:rsidRPr="00A65437">
        <w:rPr>
          <w:sz w:val="28"/>
          <w:szCs w:val="36"/>
        </w:rPr>
        <w:t xml:space="preserve"> turn system status </w:t>
      </w:r>
      <w:r w:rsidR="00436EA2" w:rsidRPr="00A65437">
        <w:rPr>
          <w:sz w:val="28"/>
          <w:szCs w:val="36"/>
        </w:rPr>
        <w:t>has</w:t>
      </w:r>
      <w:r w:rsidR="000810B0" w:rsidRPr="00A65437">
        <w:rPr>
          <w:sz w:val="28"/>
          <w:szCs w:val="36"/>
        </w:rPr>
        <w:t xml:space="preserve"> been kept visible</w:t>
      </w:r>
      <w:r w:rsidR="00436EA2" w:rsidRPr="00A65437">
        <w:rPr>
          <w:sz w:val="22"/>
          <w:szCs w:val="22"/>
        </w:rPr>
        <w:t>.</w:t>
      </w:r>
    </w:p>
    <w:p w14:paraId="06D8A96F" w14:textId="68D04A0C" w:rsidR="003D1CD1" w:rsidRPr="00A65437" w:rsidRDefault="00936D79" w:rsidP="003D1CD1">
      <w:pPr>
        <w:spacing w:line="360" w:lineRule="auto"/>
        <w:jc w:val="both"/>
        <w:rPr>
          <w:sz w:val="28"/>
          <w:szCs w:val="36"/>
        </w:rPr>
      </w:pPr>
      <w:r w:rsidRPr="00A65437">
        <w:rPr>
          <w:b/>
          <w:bCs/>
          <w:sz w:val="28"/>
          <w:szCs w:val="36"/>
        </w:rPr>
        <w:t xml:space="preserve">Storyboard </w:t>
      </w:r>
      <w:r w:rsidR="00ED1CCE" w:rsidRPr="00A65437">
        <w:rPr>
          <w:b/>
          <w:bCs/>
          <w:sz w:val="28"/>
          <w:szCs w:val="36"/>
        </w:rPr>
        <w:t>D</w:t>
      </w:r>
      <w:r w:rsidR="00ED1CCE" w:rsidRPr="00A65437">
        <w:rPr>
          <w:sz w:val="28"/>
          <w:szCs w:val="36"/>
        </w:rPr>
        <w:t xml:space="preserve"> shows</w:t>
      </w:r>
      <w:r w:rsidR="00213040" w:rsidRPr="00A65437">
        <w:rPr>
          <w:sz w:val="28"/>
          <w:szCs w:val="36"/>
        </w:rPr>
        <w:t xml:space="preserve"> </w:t>
      </w:r>
      <w:r w:rsidRPr="00A65437">
        <w:rPr>
          <w:sz w:val="28"/>
          <w:szCs w:val="36"/>
        </w:rPr>
        <w:t>collaboration</w:t>
      </w:r>
      <w:r w:rsidR="00213040" w:rsidRPr="00A65437">
        <w:rPr>
          <w:sz w:val="28"/>
          <w:szCs w:val="36"/>
        </w:rPr>
        <w:t>:</w:t>
      </w:r>
      <w:r w:rsidRPr="00A65437">
        <w:rPr>
          <w:sz w:val="28"/>
          <w:szCs w:val="36"/>
        </w:rPr>
        <w:t xml:space="preserve"> team status </w:t>
      </w:r>
      <w:r w:rsidRPr="00A65437">
        <w:rPr>
          <w:b/>
          <w:bCs/>
          <w:sz w:val="28"/>
          <w:szCs w:val="36"/>
        </w:rPr>
        <w:t>→</w:t>
      </w:r>
      <w:r w:rsidRPr="00A65437">
        <w:rPr>
          <w:sz w:val="28"/>
          <w:szCs w:val="36"/>
        </w:rPr>
        <w:t xml:space="preserve"> quick message </w:t>
      </w:r>
      <w:r w:rsidRPr="00A65437">
        <w:rPr>
          <w:b/>
          <w:bCs/>
          <w:sz w:val="28"/>
          <w:szCs w:val="36"/>
        </w:rPr>
        <w:t>→</w:t>
      </w:r>
      <w:r w:rsidRPr="00A65437">
        <w:rPr>
          <w:sz w:val="28"/>
          <w:szCs w:val="36"/>
        </w:rPr>
        <w:t xml:space="preserve"> proposal </w:t>
      </w:r>
      <w:r w:rsidRPr="00A65437">
        <w:rPr>
          <w:b/>
          <w:bCs/>
          <w:sz w:val="28"/>
          <w:szCs w:val="36"/>
        </w:rPr>
        <w:t>→</w:t>
      </w:r>
      <w:r w:rsidRPr="00A65437">
        <w:rPr>
          <w:sz w:val="28"/>
          <w:szCs w:val="36"/>
        </w:rPr>
        <w:t xml:space="preserve"> resource share</w:t>
      </w:r>
      <w:r w:rsidR="00B07DB6" w:rsidRPr="00A65437">
        <w:rPr>
          <w:sz w:val="28"/>
          <w:szCs w:val="36"/>
        </w:rPr>
        <w:t>.</w:t>
      </w:r>
      <w:r w:rsidR="00ED1CCE" w:rsidRPr="00A65437">
        <w:rPr>
          <w:sz w:val="28"/>
          <w:szCs w:val="36"/>
        </w:rPr>
        <w:t xml:space="preserve"> </w:t>
      </w:r>
      <w:r w:rsidRPr="00A65437">
        <w:rPr>
          <w:b/>
          <w:bCs/>
          <w:sz w:val="28"/>
          <w:szCs w:val="36"/>
        </w:rPr>
        <w:t>Story</w:t>
      </w:r>
      <w:r w:rsidR="00655913" w:rsidRPr="00A65437">
        <w:rPr>
          <w:b/>
          <w:bCs/>
          <w:sz w:val="28"/>
          <w:szCs w:val="36"/>
        </w:rPr>
        <w:t xml:space="preserve"> </w:t>
      </w:r>
      <w:r w:rsidRPr="00A65437">
        <w:rPr>
          <w:b/>
          <w:bCs/>
          <w:sz w:val="28"/>
          <w:szCs w:val="36"/>
        </w:rPr>
        <w:t xml:space="preserve">board </w:t>
      </w:r>
      <w:r w:rsidR="00ED1CCE" w:rsidRPr="00A65437">
        <w:rPr>
          <w:b/>
          <w:bCs/>
          <w:sz w:val="28"/>
          <w:szCs w:val="36"/>
        </w:rPr>
        <w:t>E</w:t>
      </w:r>
      <w:r w:rsidR="00ED1CCE" w:rsidRPr="00A65437">
        <w:rPr>
          <w:sz w:val="28"/>
          <w:szCs w:val="36"/>
        </w:rPr>
        <w:t xml:space="preserve"> includes</w:t>
      </w:r>
      <w:r w:rsidR="00B07DB6" w:rsidRPr="00A65437">
        <w:rPr>
          <w:sz w:val="28"/>
          <w:szCs w:val="36"/>
        </w:rPr>
        <w:t xml:space="preserve"> </w:t>
      </w:r>
      <w:r w:rsidRPr="00A65437">
        <w:rPr>
          <w:sz w:val="28"/>
          <w:szCs w:val="36"/>
        </w:rPr>
        <w:t xml:space="preserve">map list alternative, contextual help, pause </w:t>
      </w:r>
      <w:r w:rsidR="002C67EE" w:rsidRPr="00A65437">
        <w:rPr>
          <w:sz w:val="28"/>
          <w:szCs w:val="36"/>
        </w:rPr>
        <w:t>&amp;</w:t>
      </w:r>
      <w:r w:rsidRPr="00A65437">
        <w:rPr>
          <w:sz w:val="28"/>
          <w:szCs w:val="36"/>
        </w:rPr>
        <w:t xml:space="preserve"> reconnect</w:t>
      </w:r>
      <w:r w:rsidR="002C67EE" w:rsidRPr="00A65437">
        <w:rPr>
          <w:sz w:val="28"/>
          <w:szCs w:val="36"/>
        </w:rPr>
        <w:t>.</w:t>
      </w:r>
      <w:r w:rsidRPr="00A65437">
        <w:rPr>
          <w:sz w:val="28"/>
          <w:szCs w:val="36"/>
        </w:rPr>
        <w:t xml:space="preserve"> </w:t>
      </w:r>
      <w:r w:rsidRPr="00A65437">
        <w:rPr>
          <w:b/>
          <w:bCs/>
          <w:sz w:val="28"/>
          <w:szCs w:val="36"/>
        </w:rPr>
        <w:t xml:space="preserve">Storyboard </w:t>
      </w:r>
      <w:r w:rsidR="00241B24" w:rsidRPr="00A65437">
        <w:rPr>
          <w:b/>
          <w:bCs/>
          <w:sz w:val="28"/>
          <w:szCs w:val="36"/>
        </w:rPr>
        <w:t>F</w:t>
      </w:r>
      <w:r w:rsidR="00241B24" w:rsidRPr="00A65437">
        <w:rPr>
          <w:sz w:val="28"/>
          <w:szCs w:val="36"/>
        </w:rPr>
        <w:t xml:space="preserve"> shows </w:t>
      </w:r>
      <w:r w:rsidRPr="00A65437">
        <w:rPr>
          <w:sz w:val="28"/>
          <w:szCs w:val="36"/>
        </w:rPr>
        <w:t xml:space="preserve">collective victory, explanatory defeat </w:t>
      </w:r>
      <w:r w:rsidR="00F56DA1" w:rsidRPr="00A65437">
        <w:rPr>
          <w:sz w:val="28"/>
          <w:szCs w:val="36"/>
        </w:rPr>
        <w:t>&amp; non</w:t>
      </w:r>
      <w:r w:rsidRPr="00A65437">
        <w:rPr>
          <w:sz w:val="28"/>
          <w:szCs w:val="36"/>
        </w:rPr>
        <w:t>-competitive contribution summary</w:t>
      </w:r>
      <w:r w:rsidR="00241B24" w:rsidRPr="00A65437">
        <w:rPr>
          <w:sz w:val="28"/>
          <w:szCs w:val="36"/>
        </w:rPr>
        <w:t xml:space="preserve">. </w:t>
      </w:r>
      <w:r w:rsidR="00494639" w:rsidRPr="00A65437">
        <w:rPr>
          <w:sz w:val="28"/>
          <w:szCs w:val="36"/>
        </w:rPr>
        <w:t xml:space="preserve">Complete </w:t>
      </w:r>
      <w:r w:rsidR="00F56DA1" w:rsidRPr="00A65437">
        <w:rPr>
          <w:sz w:val="28"/>
          <w:szCs w:val="36"/>
        </w:rPr>
        <w:t>storyboards are in Appendix B.</w:t>
      </w:r>
    </w:p>
    <w:p w14:paraId="644E4541" w14:textId="307B5713" w:rsidR="00936D79" w:rsidRDefault="00936D79" w:rsidP="00E2090C">
      <w:pPr>
        <w:pStyle w:val="Heading1"/>
      </w:pPr>
      <w:r>
        <w:t xml:space="preserve"> </w:t>
      </w:r>
      <w:bookmarkStart w:id="21" w:name="_Toc235666987"/>
      <w:r w:rsidR="003D1CD1">
        <w:t>7</w:t>
      </w:r>
      <w:r w:rsidR="00E2090C">
        <w:t>.</w:t>
      </w:r>
      <w:r w:rsidR="00E2090C">
        <w:rPr>
          <w:rFonts w:ascii="Noto Sans Bengali" w:eastAsia="Noto Sans Bengali" w:hAnsi="Noto Sans Bengali"/>
        </w:rPr>
        <w:t xml:space="preserve"> </w:t>
      </w:r>
      <w:r w:rsidR="00E2090C">
        <w:t>Prototype</w:t>
      </w:r>
      <w:r w:rsidR="003D1CD1">
        <w:t xml:space="preserve"> and process of feedback collection</w:t>
      </w:r>
      <w:r w:rsidR="00E2090C">
        <w:t>:</w:t>
      </w:r>
      <w:bookmarkEnd w:id="21"/>
    </w:p>
    <w:p w14:paraId="328DBC74" w14:textId="77777777" w:rsidR="00A65437" w:rsidRPr="00A65437" w:rsidRDefault="00A65437" w:rsidP="00A65437"/>
    <w:p w14:paraId="29C3AE13" w14:textId="367D5848" w:rsidR="00936D79" w:rsidRPr="00A65437" w:rsidRDefault="000707F4" w:rsidP="0060314E">
      <w:pPr>
        <w:spacing w:line="360" w:lineRule="auto"/>
        <w:jc w:val="both"/>
        <w:rPr>
          <w:sz w:val="28"/>
          <w:szCs w:val="36"/>
        </w:rPr>
      </w:pPr>
      <w:r w:rsidRPr="00A65437">
        <w:rPr>
          <w:sz w:val="28"/>
          <w:szCs w:val="36"/>
        </w:rPr>
        <w:t xml:space="preserve"> </w:t>
      </w:r>
      <w:r w:rsidR="00636B65" w:rsidRPr="00A65437">
        <w:rPr>
          <w:sz w:val="28"/>
          <w:szCs w:val="36"/>
        </w:rPr>
        <w:t>Wireframes</w:t>
      </w:r>
      <w:r w:rsidRPr="00A65437">
        <w:rPr>
          <w:sz w:val="28"/>
          <w:szCs w:val="36"/>
        </w:rPr>
        <w:t xml:space="preserve"> should be tested </w:t>
      </w:r>
      <w:r w:rsidR="00172A5A" w:rsidRPr="00A65437">
        <w:rPr>
          <w:sz w:val="28"/>
          <w:szCs w:val="36"/>
        </w:rPr>
        <w:t xml:space="preserve">by </w:t>
      </w:r>
      <w:r w:rsidR="002F1044" w:rsidRPr="00A65437">
        <w:rPr>
          <w:sz w:val="28"/>
          <w:szCs w:val="36"/>
        </w:rPr>
        <w:t>6</w:t>
      </w:r>
      <w:r w:rsidR="00172A5A" w:rsidRPr="00A65437">
        <w:rPr>
          <w:sz w:val="28"/>
          <w:szCs w:val="36"/>
        </w:rPr>
        <w:t xml:space="preserve"> to </w:t>
      </w:r>
      <w:r w:rsidR="002F1044" w:rsidRPr="00A65437">
        <w:rPr>
          <w:sz w:val="28"/>
          <w:szCs w:val="36"/>
        </w:rPr>
        <w:t xml:space="preserve">8 </w:t>
      </w:r>
      <w:r w:rsidR="002428E6" w:rsidRPr="00A65437">
        <w:rPr>
          <w:sz w:val="28"/>
          <w:szCs w:val="36"/>
        </w:rPr>
        <w:t xml:space="preserve">participants </w:t>
      </w:r>
      <w:r w:rsidR="002F1044" w:rsidRPr="00A65437">
        <w:rPr>
          <w:sz w:val="28"/>
          <w:szCs w:val="36"/>
        </w:rPr>
        <w:t xml:space="preserve">so that </w:t>
      </w:r>
      <w:r w:rsidR="00636B65" w:rsidRPr="00A65437">
        <w:rPr>
          <w:sz w:val="28"/>
          <w:szCs w:val="36"/>
        </w:rPr>
        <w:t>4</w:t>
      </w:r>
      <w:r w:rsidR="00521256" w:rsidRPr="00A65437">
        <w:rPr>
          <w:sz w:val="28"/>
          <w:szCs w:val="36"/>
        </w:rPr>
        <w:t xml:space="preserve"> </w:t>
      </w:r>
      <w:r w:rsidR="00EB73B9" w:rsidRPr="00A65437">
        <w:rPr>
          <w:sz w:val="28"/>
          <w:szCs w:val="36"/>
        </w:rPr>
        <w:t xml:space="preserve">catachrestic can be </w:t>
      </w:r>
      <w:r w:rsidR="00636B65" w:rsidRPr="00A65437">
        <w:rPr>
          <w:sz w:val="28"/>
          <w:szCs w:val="36"/>
        </w:rPr>
        <w:t>identified. Every</w:t>
      </w:r>
      <w:r w:rsidR="00202E1F" w:rsidRPr="00A65437">
        <w:rPr>
          <w:sz w:val="28"/>
          <w:szCs w:val="36"/>
        </w:rPr>
        <w:t xml:space="preserve"> </w:t>
      </w:r>
      <w:r w:rsidR="00636B65" w:rsidRPr="00A65437">
        <w:rPr>
          <w:sz w:val="28"/>
          <w:szCs w:val="36"/>
        </w:rPr>
        <w:t>participant</w:t>
      </w:r>
      <w:r w:rsidR="00202E1F" w:rsidRPr="00A65437">
        <w:rPr>
          <w:sz w:val="28"/>
          <w:szCs w:val="36"/>
        </w:rPr>
        <w:t xml:space="preserve"> will be given same introduction </w:t>
      </w:r>
      <w:r w:rsidR="0050772A" w:rsidRPr="00A65437">
        <w:rPr>
          <w:sz w:val="28"/>
          <w:szCs w:val="36"/>
        </w:rPr>
        <w:t xml:space="preserve">and will do 5 tasks joining </w:t>
      </w:r>
      <w:r w:rsidR="00636B65" w:rsidRPr="00A65437">
        <w:rPr>
          <w:sz w:val="28"/>
          <w:szCs w:val="36"/>
        </w:rPr>
        <w:t>in existing</w:t>
      </w:r>
      <w:r w:rsidR="00936D79" w:rsidRPr="00A65437">
        <w:rPr>
          <w:sz w:val="28"/>
          <w:szCs w:val="36"/>
        </w:rPr>
        <w:t xml:space="preserve"> game</w:t>
      </w:r>
      <w:r w:rsidR="000E260F" w:rsidRPr="00A65437">
        <w:rPr>
          <w:sz w:val="28"/>
          <w:szCs w:val="36"/>
        </w:rPr>
        <w:t>,</w:t>
      </w:r>
      <w:r w:rsidR="00936D79" w:rsidRPr="00A65437">
        <w:rPr>
          <w:sz w:val="28"/>
          <w:szCs w:val="36"/>
        </w:rPr>
        <w:t xml:space="preserve"> </w:t>
      </w:r>
      <w:r w:rsidR="00636B65" w:rsidRPr="00A65437">
        <w:rPr>
          <w:sz w:val="28"/>
          <w:szCs w:val="36"/>
        </w:rPr>
        <w:t>identifying shared</w:t>
      </w:r>
      <w:r w:rsidR="00936D79" w:rsidRPr="00A65437">
        <w:rPr>
          <w:sz w:val="28"/>
          <w:szCs w:val="36"/>
        </w:rPr>
        <w:t xml:space="preserve"> </w:t>
      </w:r>
      <w:r w:rsidR="00636B65" w:rsidRPr="00A65437">
        <w:rPr>
          <w:sz w:val="28"/>
          <w:szCs w:val="36"/>
        </w:rPr>
        <w:t>objective role</w:t>
      </w:r>
      <w:r w:rsidR="000E260F" w:rsidRPr="00A65437">
        <w:rPr>
          <w:sz w:val="28"/>
          <w:szCs w:val="36"/>
        </w:rPr>
        <w:t xml:space="preserve"> selection </w:t>
      </w:r>
      <w:r w:rsidR="00780BEB" w:rsidRPr="00A65437">
        <w:rPr>
          <w:sz w:val="28"/>
          <w:szCs w:val="36"/>
        </w:rPr>
        <w:t>&amp; interpretation, dis</w:t>
      </w:r>
      <w:r w:rsidR="00636B65" w:rsidRPr="00A65437">
        <w:rPr>
          <w:sz w:val="28"/>
          <w:szCs w:val="36"/>
        </w:rPr>
        <w:t>ruption resolve and sending team proposal.</w:t>
      </w:r>
    </w:p>
    <w:p w14:paraId="52F9D21D" w14:textId="53082841" w:rsidR="00936D79" w:rsidRPr="00A65437" w:rsidRDefault="00D62317" w:rsidP="0060314E">
      <w:pPr>
        <w:spacing w:line="360" w:lineRule="auto"/>
        <w:jc w:val="both"/>
        <w:rPr>
          <w:sz w:val="28"/>
          <w:szCs w:val="36"/>
        </w:rPr>
      </w:pPr>
      <w:r w:rsidRPr="00A65437">
        <w:rPr>
          <w:sz w:val="28"/>
          <w:szCs w:val="36"/>
        </w:rPr>
        <w:t xml:space="preserve">Moderator will tell the </w:t>
      </w:r>
      <w:r w:rsidR="00FC7D86" w:rsidRPr="00A65437">
        <w:rPr>
          <w:sz w:val="28"/>
          <w:szCs w:val="36"/>
        </w:rPr>
        <w:t>participants</w:t>
      </w:r>
      <w:r w:rsidR="00C63D63" w:rsidRPr="00A65437">
        <w:rPr>
          <w:sz w:val="28"/>
          <w:szCs w:val="36"/>
        </w:rPr>
        <w:t xml:space="preserve"> </w:t>
      </w:r>
      <w:r w:rsidR="00374CB4" w:rsidRPr="00A65437">
        <w:rPr>
          <w:sz w:val="28"/>
          <w:szCs w:val="36"/>
        </w:rPr>
        <w:t xml:space="preserve">to </w:t>
      </w:r>
      <w:r w:rsidR="00F01475" w:rsidRPr="00A65437">
        <w:rPr>
          <w:sz w:val="28"/>
          <w:szCs w:val="36"/>
        </w:rPr>
        <w:t>think aloud</w:t>
      </w:r>
      <w:r w:rsidR="00FC7D86" w:rsidRPr="00A65437">
        <w:rPr>
          <w:sz w:val="28"/>
          <w:szCs w:val="36"/>
        </w:rPr>
        <w:t xml:space="preserve"> &amp; will record the </w:t>
      </w:r>
      <w:r w:rsidR="00B14812" w:rsidRPr="00A65437">
        <w:rPr>
          <w:sz w:val="28"/>
          <w:szCs w:val="36"/>
        </w:rPr>
        <w:t xml:space="preserve">task completion, </w:t>
      </w:r>
      <w:r w:rsidR="00A63372" w:rsidRPr="00A65437">
        <w:rPr>
          <w:sz w:val="28"/>
          <w:szCs w:val="36"/>
        </w:rPr>
        <w:t>error, help</w:t>
      </w:r>
      <w:r w:rsidR="00B14812" w:rsidRPr="00A65437">
        <w:rPr>
          <w:sz w:val="28"/>
          <w:szCs w:val="36"/>
        </w:rPr>
        <w:t xml:space="preserve"> request </w:t>
      </w:r>
      <w:r w:rsidR="00374CB4" w:rsidRPr="00A65437">
        <w:rPr>
          <w:sz w:val="28"/>
          <w:szCs w:val="36"/>
        </w:rPr>
        <w:t>&amp; emotional reaction. Think</w:t>
      </w:r>
      <w:r w:rsidR="00F01475" w:rsidRPr="00A65437">
        <w:rPr>
          <w:sz w:val="28"/>
          <w:szCs w:val="36"/>
        </w:rPr>
        <w:t xml:space="preserve">-aloud </w:t>
      </w:r>
      <w:r w:rsidR="001129CA" w:rsidRPr="00A65437">
        <w:rPr>
          <w:sz w:val="28"/>
          <w:szCs w:val="36"/>
        </w:rPr>
        <w:t xml:space="preserve">method helps to differentiate between </w:t>
      </w:r>
      <w:r w:rsidR="00E67518" w:rsidRPr="00A65437">
        <w:rPr>
          <w:sz w:val="28"/>
          <w:szCs w:val="36"/>
        </w:rPr>
        <w:t>users</w:t>
      </w:r>
      <w:r w:rsidR="00E67518" w:rsidRPr="00A65437">
        <w:rPr>
          <w:rFonts w:hint="cs"/>
          <w:sz w:val="28"/>
          <w:szCs w:val="36"/>
        </w:rPr>
        <w:t>’</w:t>
      </w:r>
      <w:r w:rsidR="001129CA" w:rsidRPr="00A65437">
        <w:rPr>
          <w:sz w:val="28"/>
          <w:szCs w:val="36"/>
        </w:rPr>
        <w:t xml:space="preserve"> mental</w:t>
      </w:r>
      <w:r w:rsidR="0001217A" w:rsidRPr="00A65437">
        <w:rPr>
          <w:sz w:val="28"/>
          <w:szCs w:val="36"/>
        </w:rPr>
        <w:t xml:space="preserve"> model and expected design [</w:t>
      </w:r>
      <w:r w:rsidR="00E67518" w:rsidRPr="00A65437">
        <w:rPr>
          <w:sz w:val="28"/>
          <w:szCs w:val="36"/>
        </w:rPr>
        <w:t>6[,[13].</w:t>
      </w:r>
    </w:p>
    <w:p w14:paraId="25302688" w14:textId="398E118E" w:rsidR="00BF4321" w:rsidRPr="00A65437" w:rsidRDefault="005104BD" w:rsidP="0060314E">
      <w:pPr>
        <w:spacing w:line="360" w:lineRule="auto"/>
        <w:jc w:val="both"/>
        <w:rPr>
          <w:sz w:val="28"/>
          <w:szCs w:val="36"/>
        </w:rPr>
      </w:pPr>
      <w:r w:rsidRPr="00A65437">
        <w:rPr>
          <w:sz w:val="28"/>
          <w:szCs w:val="36"/>
        </w:rPr>
        <w:t xml:space="preserve">After finishing the </w:t>
      </w:r>
      <w:r w:rsidR="00720C64" w:rsidRPr="00A65437">
        <w:rPr>
          <w:sz w:val="28"/>
          <w:szCs w:val="36"/>
        </w:rPr>
        <w:t>task,</w:t>
      </w:r>
      <w:r w:rsidRPr="00A65437">
        <w:rPr>
          <w:sz w:val="28"/>
          <w:szCs w:val="36"/>
        </w:rPr>
        <w:t xml:space="preserve"> it can be measured by </w:t>
      </w:r>
      <w:r w:rsidR="003550A8" w:rsidRPr="00A65437">
        <w:rPr>
          <w:sz w:val="28"/>
          <w:szCs w:val="36"/>
        </w:rPr>
        <w:t xml:space="preserve">scale of 5 </w:t>
      </w:r>
      <w:r w:rsidR="00720C64" w:rsidRPr="00A65437">
        <w:rPr>
          <w:sz w:val="28"/>
          <w:szCs w:val="36"/>
        </w:rPr>
        <w:t>points</w:t>
      </w:r>
      <w:r w:rsidR="003550A8" w:rsidRPr="00A65437">
        <w:rPr>
          <w:sz w:val="28"/>
          <w:szCs w:val="36"/>
        </w:rPr>
        <w:t xml:space="preserve"> based on ease</w:t>
      </w:r>
      <w:r w:rsidR="009C2D6F" w:rsidRPr="00A65437">
        <w:rPr>
          <w:sz w:val="28"/>
          <w:szCs w:val="36"/>
        </w:rPr>
        <w:t xml:space="preserve"> of use, confidence,</w:t>
      </w:r>
      <w:r w:rsidR="003957DC" w:rsidRPr="00A65437">
        <w:rPr>
          <w:sz w:val="28"/>
          <w:szCs w:val="36"/>
        </w:rPr>
        <w:t xml:space="preserve"> visual pressure</w:t>
      </w:r>
      <w:r w:rsidR="00194F8D" w:rsidRPr="00A65437">
        <w:rPr>
          <w:sz w:val="28"/>
          <w:szCs w:val="36"/>
        </w:rPr>
        <w:t xml:space="preserve"> and enjoyment</w:t>
      </w:r>
      <w:r w:rsidR="00720C64" w:rsidRPr="00A65437">
        <w:rPr>
          <w:sz w:val="28"/>
          <w:szCs w:val="36"/>
        </w:rPr>
        <w:t xml:space="preserve">. System Usability </w:t>
      </w:r>
      <w:r w:rsidR="0060314E" w:rsidRPr="00A65437">
        <w:rPr>
          <w:sz w:val="28"/>
          <w:szCs w:val="36"/>
        </w:rPr>
        <w:t>scale</w:t>
      </w:r>
      <w:r w:rsidR="00693CED" w:rsidRPr="00A65437">
        <w:rPr>
          <w:sz w:val="28"/>
          <w:szCs w:val="36"/>
        </w:rPr>
        <w:t xml:space="preserve"> can be used if interactive prototype is enough</w:t>
      </w:r>
      <w:r w:rsidR="00E822FC" w:rsidRPr="00A65437">
        <w:rPr>
          <w:sz w:val="28"/>
          <w:szCs w:val="36"/>
        </w:rPr>
        <w:t xml:space="preserve"> but in small sample </w:t>
      </w:r>
      <w:r w:rsidR="0060314E" w:rsidRPr="00A65437">
        <w:rPr>
          <w:sz w:val="28"/>
          <w:szCs w:val="36"/>
        </w:rPr>
        <w:t>scores</w:t>
      </w:r>
      <w:r w:rsidR="006C4924" w:rsidRPr="00A65437">
        <w:rPr>
          <w:sz w:val="28"/>
          <w:szCs w:val="36"/>
        </w:rPr>
        <w:t xml:space="preserve"> need to be explain carefully [18],[19].</w:t>
      </w:r>
    </w:p>
    <w:p w14:paraId="52E63E66" w14:textId="63B07063" w:rsidR="004A1383" w:rsidRPr="00A65437" w:rsidRDefault="009A0626" w:rsidP="0060314E">
      <w:pPr>
        <w:spacing w:line="360" w:lineRule="auto"/>
        <w:jc w:val="both"/>
        <w:rPr>
          <w:sz w:val="28"/>
          <w:szCs w:val="36"/>
        </w:rPr>
      </w:pPr>
      <w:r w:rsidRPr="00A65437">
        <w:rPr>
          <w:sz w:val="28"/>
          <w:szCs w:val="36"/>
        </w:rPr>
        <w:lastRenderedPageBreak/>
        <w:t xml:space="preserve">Peer evaluation should be done </w:t>
      </w:r>
      <w:r w:rsidR="000979B6" w:rsidRPr="00A65437">
        <w:rPr>
          <w:sz w:val="28"/>
          <w:szCs w:val="36"/>
        </w:rPr>
        <w:t>separately. 4 Partner</w:t>
      </w:r>
      <w:r w:rsidR="00424867" w:rsidRPr="00A65437">
        <w:rPr>
          <w:sz w:val="28"/>
          <w:szCs w:val="36"/>
        </w:rPr>
        <w:t>s</w:t>
      </w:r>
      <w:r w:rsidR="000979B6" w:rsidRPr="00A65437">
        <w:rPr>
          <w:sz w:val="28"/>
          <w:szCs w:val="36"/>
        </w:rPr>
        <w:t xml:space="preserve"> can </w:t>
      </w:r>
      <w:r w:rsidR="00424867" w:rsidRPr="00A65437">
        <w:rPr>
          <w:sz w:val="28"/>
          <w:szCs w:val="36"/>
        </w:rPr>
        <w:t xml:space="preserve">inspect </w:t>
      </w:r>
      <w:r w:rsidR="00A2370E" w:rsidRPr="00A65437">
        <w:rPr>
          <w:sz w:val="28"/>
          <w:szCs w:val="36"/>
        </w:rPr>
        <w:t>prototypes</w:t>
      </w:r>
      <w:r w:rsidR="00424867" w:rsidRPr="00A65437">
        <w:rPr>
          <w:sz w:val="28"/>
          <w:szCs w:val="36"/>
        </w:rPr>
        <w:t xml:space="preserve"> by </w:t>
      </w:r>
      <w:r w:rsidR="004E530E" w:rsidRPr="00A65437">
        <w:rPr>
          <w:sz w:val="28"/>
          <w:szCs w:val="36"/>
        </w:rPr>
        <w:t>Nielsen</w:t>
      </w:r>
      <w:r w:rsidR="007D19DD" w:rsidRPr="00A65437">
        <w:rPr>
          <w:sz w:val="28"/>
          <w:szCs w:val="36"/>
        </w:rPr>
        <w:t xml:space="preserve"> heuristic, mobile accessibility, storyboard</w:t>
      </w:r>
      <w:r w:rsidR="00801B9A" w:rsidRPr="00A65437">
        <w:rPr>
          <w:sz w:val="28"/>
          <w:szCs w:val="36"/>
        </w:rPr>
        <w:t xml:space="preserve"> completeness and according with persona alignment [17],[</w:t>
      </w:r>
      <w:r w:rsidR="00B90F29" w:rsidRPr="00A65437">
        <w:rPr>
          <w:sz w:val="28"/>
          <w:szCs w:val="36"/>
        </w:rPr>
        <w:t>20].</w:t>
      </w:r>
      <w:r w:rsidR="004A1383" w:rsidRPr="00A65437">
        <w:rPr>
          <w:sz w:val="28"/>
          <w:szCs w:val="36"/>
        </w:rPr>
        <w:t xml:space="preserve"> Severity 0-4 will be used where 4 m</w:t>
      </w:r>
      <w:r w:rsidR="00A2370E" w:rsidRPr="00A65437">
        <w:rPr>
          <w:sz w:val="28"/>
          <w:szCs w:val="36"/>
        </w:rPr>
        <w:t xml:space="preserve">eans problems that </w:t>
      </w:r>
      <w:r w:rsidR="00AC621E" w:rsidRPr="00A65437">
        <w:rPr>
          <w:sz w:val="28"/>
          <w:szCs w:val="36"/>
        </w:rPr>
        <w:t>create</w:t>
      </w:r>
      <w:r w:rsidR="009027A1" w:rsidRPr="00A65437">
        <w:rPr>
          <w:sz w:val="28"/>
          <w:szCs w:val="36"/>
        </w:rPr>
        <w:t xml:space="preserve"> obstacles to complete the task</w:t>
      </w:r>
      <w:r w:rsidR="00E10CFE" w:rsidRPr="00A65437">
        <w:rPr>
          <w:sz w:val="28"/>
          <w:szCs w:val="36"/>
        </w:rPr>
        <w:t xml:space="preserve">. In the appendixes the completed </w:t>
      </w:r>
      <w:r w:rsidR="001046A2" w:rsidRPr="00A65437">
        <w:rPr>
          <w:sz w:val="28"/>
          <w:szCs w:val="36"/>
        </w:rPr>
        <w:t>form</w:t>
      </w:r>
      <w:r w:rsidR="00E10CFE" w:rsidRPr="00A65437">
        <w:rPr>
          <w:sz w:val="28"/>
          <w:szCs w:val="36"/>
        </w:rPr>
        <w:t xml:space="preserve"> has been </w:t>
      </w:r>
      <w:r w:rsidR="00AC621E" w:rsidRPr="00A65437">
        <w:rPr>
          <w:sz w:val="28"/>
          <w:szCs w:val="36"/>
        </w:rPr>
        <w:t>given.</w:t>
      </w:r>
    </w:p>
    <w:p w14:paraId="4191A513" w14:textId="30319FE2" w:rsidR="00936D79" w:rsidRDefault="00936D79" w:rsidP="00936D79">
      <w:pPr>
        <w:jc w:val="both"/>
      </w:pPr>
      <w:r>
        <w:t xml:space="preserve"> </w:t>
      </w:r>
    </w:p>
    <w:p w14:paraId="4AB72FF1" w14:textId="77777777" w:rsidR="00FC220E" w:rsidRDefault="00FC220E" w:rsidP="00936D79">
      <w:pPr>
        <w:pStyle w:val="Heading1"/>
        <w:rPr>
          <w:rFonts w:ascii="Noto Sans Bengali" w:eastAsia="Noto Sans Bengali" w:hAnsi="Noto Sans Bengali"/>
        </w:rPr>
      </w:pPr>
    </w:p>
    <w:p w14:paraId="0B769A14" w14:textId="382DA8F2" w:rsidR="00936D79" w:rsidRDefault="00E3058D" w:rsidP="00936D79">
      <w:pPr>
        <w:pStyle w:val="Heading1"/>
      </w:pPr>
      <w:bookmarkStart w:id="22" w:name="_Toc235666988"/>
      <w:r>
        <w:rPr>
          <w:rFonts w:ascii="Noto Sans Bengali" w:eastAsia="Noto Sans Bengali" w:hAnsi="Noto Sans Bengali"/>
        </w:rPr>
        <w:t>8</w:t>
      </w:r>
      <w:r w:rsidR="008921E7">
        <w:rPr>
          <w:rFonts w:ascii="Noto Sans Bengali" w:eastAsia="Noto Sans Bengali" w:hAnsi="Noto Sans Bengali"/>
        </w:rPr>
        <w:t>.</w:t>
      </w:r>
      <w:r w:rsidR="00936D79">
        <w:rPr>
          <w:rFonts w:ascii="Noto Sans Bengali" w:eastAsia="Noto Sans Bengali" w:hAnsi="Noto Sans Bengali"/>
        </w:rPr>
        <w:t xml:space="preserve"> </w:t>
      </w:r>
      <w:r w:rsidR="008921E7">
        <w:rPr>
          <w:rFonts w:ascii="Noto Sans Bengali" w:eastAsia="Noto Sans Bengali" w:hAnsi="Noto Sans Bengali"/>
        </w:rPr>
        <w:t>Feedback analysis &amp; development plan.</w:t>
      </w:r>
      <w:bookmarkEnd w:id="22"/>
    </w:p>
    <w:p w14:paraId="73907427" w14:textId="77777777" w:rsidR="00936D79" w:rsidRDefault="00936D79" w:rsidP="00A65437">
      <w:pPr>
        <w:spacing w:line="360" w:lineRule="auto"/>
        <w:jc w:val="both"/>
      </w:pPr>
    </w:p>
    <w:p w14:paraId="16604DD9" w14:textId="545373B0" w:rsidR="00185C85" w:rsidRPr="00A65437" w:rsidRDefault="00B4432B" w:rsidP="00A65437">
      <w:pPr>
        <w:pStyle w:val="Heading2"/>
        <w:spacing w:line="360" w:lineRule="auto"/>
        <w:jc w:val="both"/>
        <w:rPr>
          <w:sz w:val="32"/>
          <w:szCs w:val="32"/>
        </w:rPr>
      </w:pPr>
      <w:bookmarkStart w:id="23" w:name="_Toc235666989"/>
      <w:r w:rsidRPr="00A65437">
        <w:rPr>
          <w:sz w:val="32"/>
          <w:szCs w:val="32"/>
        </w:rPr>
        <w:t>8</w:t>
      </w:r>
      <w:r w:rsidR="008B03B3" w:rsidRPr="00A65437">
        <w:rPr>
          <w:sz w:val="32"/>
          <w:szCs w:val="32"/>
        </w:rPr>
        <w:t>.1 Probable positive result:</w:t>
      </w:r>
      <w:bookmarkEnd w:id="23"/>
      <w:r w:rsidR="00936D79" w:rsidRPr="00A65437">
        <w:rPr>
          <w:sz w:val="32"/>
          <w:szCs w:val="32"/>
        </w:rPr>
        <w:t xml:space="preserve"> </w:t>
      </w:r>
    </w:p>
    <w:p w14:paraId="1D5E5619" w14:textId="77777777" w:rsidR="000B4352" w:rsidRPr="00A65437" w:rsidRDefault="00936D79" w:rsidP="00A65437">
      <w:pPr>
        <w:spacing w:line="360" w:lineRule="auto"/>
        <w:jc w:val="both"/>
        <w:rPr>
          <w:sz w:val="28"/>
          <w:szCs w:val="36"/>
        </w:rPr>
      </w:pPr>
      <w:r w:rsidRPr="00A65437">
        <w:rPr>
          <w:sz w:val="28"/>
          <w:szCs w:val="36"/>
        </w:rPr>
        <w:t>Participant</w:t>
      </w:r>
      <w:r w:rsidR="00282991" w:rsidRPr="00A65437">
        <w:rPr>
          <w:sz w:val="28"/>
          <w:szCs w:val="36"/>
        </w:rPr>
        <w:t xml:space="preserve"> may </w:t>
      </w:r>
      <w:r w:rsidR="00E53D69" w:rsidRPr="00A65437">
        <w:rPr>
          <w:sz w:val="28"/>
          <w:szCs w:val="36"/>
        </w:rPr>
        <w:t>like specialist</w:t>
      </w:r>
      <w:r w:rsidRPr="00A65437">
        <w:rPr>
          <w:sz w:val="28"/>
          <w:szCs w:val="36"/>
        </w:rPr>
        <w:t xml:space="preserve"> role, persistent objective, labelled action </w:t>
      </w:r>
      <w:r w:rsidR="00E53D69" w:rsidRPr="00A65437">
        <w:rPr>
          <w:sz w:val="28"/>
          <w:szCs w:val="36"/>
        </w:rPr>
        <w:t>&amp; quick</w:t>
      </w:r>
      <w:r w:rsidRPr="00A65437">
        <w:rPr>
          <w:sz w:val="28"/>
          <w:szCs w:val="36"/>
        </w:rPr>
        <w:t xml:space="preserve">-message </w:t>
      </w:r>
      <w:r w:rsidR="00E53D69" w:rsidRPr="00A65437">
        <w:rPr>
          <w:sz w:val="28"/>
          <w:szCs w:val="36"/>
        </w:rPr>
        <w:t>control. Experienced</w:t>
      </w:r>
      <w:r w:rsidRPr="00A65437">
        <w:rPr>
          <w:sz w:val="28"/>
          <w:szCs w:val="36"/>
        </w:rPr>
        <w:t xml:space="preserve"> user action preview </w:t>
      </w:r>
      <w:r w:rsidR="00EB13DA" w:rsidRPr="00A65437">
        <w:rPr>
          <w:sz w:val="28"/>
          <w:szCs w:val="36"/>
        </w:rPr>
        <w:t xml:space="preserve">&amp; </w:t>
      </w:r>
      <w:r w:rsidR="00E53D69" w:rsidRPr="00A65437">
        <w:rPr>
          <w:sz w:val="28"/>
          <w:szCs w:val="36"/>
        </w:rPr>
        <w:t>new novice</w:t>
      </w:r>
      <w:r w:rsidRPr="00A65437">
        <w:rPr>
          <w:sz w:val="28"/>
          <w:szCs w:val="36"/>
        </w:rPr>
        <w:t xml:space="preserve"> user optional suggestion</w:t>
      </w:r>
      <w:r w:rsidR="00EB13DA" w:rsidRPr="00A65437">
        <w:rPr>
          <w:sz w:val="28"/>
          <w:szCs w:val="36"/>
        </w:rPr>
        <w:t xml:space="preserve"> may </w:t>
      </w:r>
      <w:r w:rsidR="00E53D69" w:rsidRPr="00A65437">
        <w:rPr>
          <w:sz w:val="28"/>
          <w:szCs w:val="36"/>
        </w:rPr>
        <w:t>be evaluated</w:t>
      </w:r>
      <w:r w:rsidR="00B96F40" w:rsidRPr="00A65437">
        <w:rPr>
          <w:sz w:val="28"/>
          <w:szCs w:val="36"/>
        </w:rPr>
        <w:t xml:space="preserve"> </w:t>
      </w:r>
      <w:r w:rsidR="00E53D69" w:rsidRPr="00A65437">
        <w:rPr>
          <w:sz w:val="28"/>
          <w:szCs w:val="36"/>
        </w:rPr>
        <w:t>positively. If</w:t>
      </w:r>
      <w:r w:rsidR="00F86840" w:rsidRPr="00A65437">
        <w:rPr>
          <w:sz w:val="28"/>
          <w:szCs w:val="36"/>
        </w:rPr>
        <w:t xml:space="preserve"> </w:t>
      </w:r>
      <w:r w:rsidR="00E53D69" w:rsidRPr="00A65437">
        <w:rPr>
          <w:sz w:val="28"/>
          <w:szCs w:val="36"/>
        </w:rPr>
        <w:t>such</w:t>
      </w:r>
      <w:r w:rsidR="00F86840" w:rsidRPr="00A65437">
        <w:rPr>
          <w:sz w:val="28"/>
          <w:szCs w:val="36"/>
        </w:rPr>
        <w:t xml:space="preserve"> </w:t>
      </w:r>
      <w:r w:rsidRPr="00A65437">
        <w:rPr>
          <w:sz w:val="28"/>
          <w:szCs w:val="36"/>
        </w:rPr>
        <w:t xml:space="preserve">evidence </w:t>
      </w:r>
      <w:r w:rsidR="00E53D69" w:rsidRPr="00A65437">
        <w:rPr>
          <w:sz w:val="28"/>
          <w:szCs w:val="36"/>
        </w:rPr>
        <w:t>is available</w:t>
      </w:r>
      <w:r w:rsidR="00F86840" w:rsidRPr="00A65437">
        <w:rPr>
          <w:sz w:val="28"/>
          <w:szCs w:val="36"/>
        </w:rPr>
        <w:t xml:space="preserve"> </w:t>
      </w:r>
      <w:r w:rsidR="00E53D69" w:rsidRPr="00A65437">
        <w:rPr>
          <w:sz w:val="28"/>
          <w:szCs w:val="36"/>
        </w:rPr>
        <w:t xml:space="preserve">then </w:t>
      </w:r>
      <w:r w:rsidRPr="00A65437">
        <w:rPr>
          <w:sz w:val="28"/>
          <w:szCs w:val="36"/>
        </w:rPr>
        <w:t xml:space="preserve">role ability, shared progress, action preview </w:t>
      </w:r>
      <w:r w:rsidR="00E53D69" w:rsidRPr="00A65437">
        <w:rPr>
          <w:sz w:val="28"/>
          <w:szCs w:val="36"/>
        </w:rPr>
        <w:t>&amp;</w:t>
      </w:r>
      <w:r w:rsidRPr="00A65437">
        <w:rPr>
          <w:sz w:val="28"/>
          <w:szCs w:val="36"/>
        </w:rPr>
        <w:t xml:space="preserve"> predefined communication </w:t>
      </w:r>
      <w:r w:rsidR="00E53D69" w:rsidRPr="00A65437">
        <w:rPr>
          <w:sz w:val="28"/>
          <w:szCs w:val="36"/>
        </w:rPr>
        <w:t>will be kept.</w:t>
      </w:r>
    </w:p>
    <w:p w14:paraId="37C75EE5" w14:textId="18A56D49" w:rsidR="000B4352" w:rsidRPr="00A65437" w:rsidRDefault="00F41BBB" w:rsidP="00A65437">
      <w:pPr>
        <w:pStyle w:val="Heading2"/>
        <w:spacing w:line="360" w:lineRule="auto"/>
        <w:jc w:val="both"/>
        <w:rPr>
          <w:sz w:val="36"/>
          <w:szCs w:val="36"/>
        </w:rPr>
      </w:pPr>
      <w:bookmarkStart w:id="24" w:name="_Toc235666990"/>
      <w:r w:rsidRPr="00A65437">
        <w:rPr>
          <w:sz w:val="36"/>
          <w:szCs w:val="36"/>
        </w:rPr>
        <w:t>8.2 Probable</w:t>
      </w:r>
      <w:r w:rsidR="008A07D3" w:rsidRPr="00A65437">
        <w:rPr>
          <w:sz w:val="36"/>
          <w:szCs w:val="36"/>
        </w:rPr>
        <w:t xml:space="preserve"> Neg</w:t>
      </w:r>
      <w:r w:rsidR="00DF02BE" w:rsidRPr="00A65437">
        <w:rPr>
          <w:sz w:val="36"/>
          <w:szCs w:val="36"/>
        </w:rPr>
        <w:t>ative result</w:t>
      </w:r>
      <w:r w:rsidR="000B4352" w:rsidRPr="00A65437">
        <w:rPr>
          <w:sz w:val="36"/>
          <w:szCs w:val="36"/>
        </w:rPr>
        <w:t>:</w:t>
      </w:r>
      <w:bookmarkEnd w:id="24"/>
      <w:r w:rsidR="000B4352" w:rsidRPr="00A65437">
        <w:rPr>
          <w:sz w:val="36"/>
          <w:szCs w:val="36"/>
        </w:rPr>
        <w:t xml:space="preserve"> </w:t>
      </w:r>
    </w:p>
    <w:p w14:paraId="3DD9EEB1" w14:textId="5F937A4A" w:rsidR="00936D79" w:rsidRPr="00A65437" w:rsidRDefault="000B4352" w:rsidP="00A65437">
      <w:pPr>
        <w:spacing w:line="360" w:lineRule="auto"/>
        <w:jc w:val="both"/>
        <w:rPr>
          <w:sz w:val="28"/>
          <w:szCs w:val="36"/>
        </w:rPr>
      </w:pPr>
      <w:r w:rsidRPr="00A65437">
        <w:rPr>
          <w:sz w:val="22"/>
          <w:szCs w:val="22"/>
        </w:rPr>
        <w:t xml:space="preserve"> </w:t>
      </w:r>
      <w:r w:rsidR="00421328" w:rsidRPr="00A65437">
        <w:rPr>
          <w:sz w:val="28"/>
          <w:szCs w:val="36"/>
        </w:rPr>
        <w:t xml:space="preserve">Unclear </w:t>
      </w:r>
      <w:r w:rsidR="00C342CA" w:rsidRPr="00A65437">
        <w:rPr>
          <w:sz w:val="28"/>
          <w:szCs w:val="36"/>
        </w:rPr>
        <w:t>c</w:t>
      </w:r>
      <w:r w:rsidR="00936D79" w:rsidRPr="00A65437">
        <w:rPr>
          <w:sz w:val="28"/>
          <w:szCs w:val="36"/>
        </w:rPr>
        <w:t>rowded map, unfamiliar symbol, active turn</w:t>
      </w:r>
      <w:r w:rsidR="00C342CA" w:rsidRPr="00A65437">
        <w:rPr>
          <w:sz w:val="28"/>
          <w:szCs w:val="36"/>
        </w:rPr>
        <w:t xml:space="preserve">, not </w:t>
      </w:r>
      <w:r w:rsidR="002919F7" w:rsidRPr="00A65437">
        <w:rPr>
          <w:sz w:val="28"/>
          <w:szCs w:val="36"/>
        </w:rPr>
        <w:t>finding collaboration</w:t>
      </w:r>
      <w:r w:rsidR="00936D79" w:rsidRPr="00A65437">
        <w:rPr>
          <w:sz w:val="28"/>
          <w:szCs w:val="36"/>
        </w:rPr>
        <w:t xml:space="preserve"> control</w:t>
      </w:r>
      <w:r w:rsidR="00FE30F3" w:rsidRPr="00A65437">
        <w:rPr>
          <w:sz w:val="28"/>
          <w:szCs w:val="36"/>
        </w:rPr>
        <w:t>,</w:t>
      </w:r>
      <w:r w:rsidR="00BF4A4F" w:rsidRPr="00A65437">
        <w:rPr>
          <w:sz w:val="28"/>
          <w:szCs w:val="36"/>
        </w:rPr>
        <w:t xml:space="preserve"> </w:t>
      </w:r>
      <w:r w:rsidR="002919F7" w:rsidRPr="00A65437">
        <w:rPr>
          <w:sz w:val="28"/>
          <w:szCs w:val="36"/>
        </w:rPr>
        <w:t>in location</w:t>
      </w:r>
      <w:r w:rsidR="00936D79" w:rsidRPr="00A65437">
        <w:rPr>
          <w:sz w:val="28"/>
          <w:szCs w:val="36"/>
        </w:rPr>
        <w:t xml:space="preserve"> Sheet</w:t>
      </w:r>
      <w:r w:rsidR="00BF4A4F" w:rsidRPr="00A65437">
        <w:rPr>
          <w:sz w:val="28"/>
          <w:szCs w:val="36"/>
        </w:rPr>
        <w:t xml:space="preserve"> more </w:t>
      </w:r>
      <w:r w:rsidR="00936D79" w:rsidRPr="00A65437">
        <w:rPr>
          <w:sz w:val="28"/>
          <w:szCs w:val="36"/>
        </w:rPr>
        <w:t xml:space="preserve">text </w:t>
      </w:r>
      <w:r w:rsidR="0005685F" w:rsidRPr="00A65437">
        <w:rPr>
          <w:sz w:val="28"/>
          <w:szCs w:val="36"/>
        </w:rPr>
        <w:t xml:space="preserve">&amp; in a </w:t>
      </w:r>
      <w:r w:rsidR="00936D79" w:rsidRPr="00A65437">
        <w:rPr>
          <w:sz w:val="28"/>
          <w:szCs w:val="36"/>
        </w:rPr>
        <w:t>large-text mode</w:t>
      </w:r>
      <w:r w:rsidR="00A55EC6" w:rsidRPr="00A65437">
        <w:rPr>
          <w:sz w:val="28"/>
          <w:szCs w:val="36"/>
        </w:rPr>
        <w:t xml:space="preserve"> may create problems in </w:t>
      </w:r>
      <w:r w:rsidR="00936D79" w:rsidRPr="00A65437">
        <w:rPr>
          <w:sz w:val="28"/>
          <w:szCs w:val="36"/>
        </w:rPr>
        <w:t>cramped control</w:t>
      </w:r>
      <w:r w:rsidR="00A55EC6" w:rsidRPr="00A65437">
        <w:rPr>
          <w:sz w:val="28"/>
          <w:szCs w:val="36"/>
        </w:rPr>
        <w:t>.</w:t>
      </w:r>
      <w:r w:rsidR="00936D79" w:rsidRPr="00A65437">
        <w:rPr>
          <w:sz w:val="28"/>
          <w:szCs w:val="36"/>
        </w:rPr>
        <w:t xml:space="preserve"> </w:t>
      </w:r>
      <w:r w:rsidR="002919F7" w:rsidRPr="00A65437">
        <w:rPr>
          <w:sz w:val="28"/>
          <w:szCs w:val="36"/>
        </w:rPr>
        <w:t>As reduced</w:t>
      </w:r>
      <w:r w:rsidR="00936D79" w:rsidRPr="00A65437">
        <w:rPr>
          <w:sz w:val="28"/>
          <w:szCs w:val="36"/>
        </w:rPr>
        <w:t xml:space="preserve"> dexterity</w:t>
      </w:r>
      <w:r w:rsidR="005A1D46" w:rsidRPr="00A65437">
        <w:rPr>
          <w:sz w:val="28"/>
          <w:szCs w:val="36"/>
        </w:rPr>
        <w:t xml:space="preserve"> </w:t>
      </w:r>
      <w:r w:rsidR="00936D79" w:rsidRPr="00A65437">
        <w:rPr>
          <w:sz w:val="28"/>
          <w:szCs w:val="36"/>
        </w:rPr>
        <w:t xml:space="preserve">participant campus node </w:t>
      </w:r>
      <w:r w:rsidR="00DF6D4B" w:rsidRPr="00A65437">
        <w:rPr>
          <w:sz w:val="28"/>
          <w:szCs w:val="36"/>
        </w:rPr>
        <w:t xml:space="preserve">is </w:t>
      </w:r>
      <w:r w:rsidR="002919F7" w:rsidRPr="00A65437">
        <w:rPr>
          <w:sz w:val="28"/>
          <w:szCs w:val="36"/>
        </w:rPr>
        <w:t>small,</w:t>
      </w:r>
      <w:r w:rsidR="00DF6D4B" w:rsidRPr="00A65437">
        <w:rPr>
          <w:sz w:val="28"/>
          <w:szCs w:val="36"/>
        </w:rPr>
        <w:t xml:space="preserve"> </w:t>
      </w:r>
      <w:r w:rsidR="002919F7" w:rsidRPr="00A65437">
        <w:rPr>
          <w:sz w:val="28"/>
          <w:szCs w:val="36"/>
        </w:rPr>
        <w:t>that is why it is hard to identify.</w:t>
      </w:r>
    </w:p>
    <w:p w14:paraId="6CA6E366" w14:textId="3DFF5CBB" w:rsidR="00936D79" w:rsidRPr="00A65437" w:rsidRDefault="00A6249A" w:rsidP="00A65437">
      <w:pPr>
        <w:pStyle w:val="Heading2"/>
        <w:spacing w:line="360" w:lineRule="auto"/>
        <w:jc w:val="both"/>
        <w:rPr>
          <w:sz w:val="36"/>
          <w:szCs w:val="36"/>
        </w:rPr>
      </w:pPr>
      <w:bookmarkStart w:id="25" w:name="_Toc235666991"/>
      <w:r w:rsidRPr="00A65437">
        <w:rPr>
          <w:sz w:val="36"/>
          <w:szCs w:val="36"/>
        </w:rPr>
        <w:t>8.3 Proposed correction:</w:t>
      </w:r>
      <w:bookmarkEnd w:id="25"/>
      <w:r w:rsidR="00936D79" w:rsidRPr="00A65437">
        <w:rPr>
          <w:sz w:val="36"/>
          <w:szCs w:val="36"/>
        </w:rPr>
        <w:t xml:space="preserve"> </w:t>
      </w:r>
    </w:p>
    <w:p w14:paraId="596EBDDC" w14:textId="220A4C31" w:rsidR="00936D79" w:rsidRPr="00A65437" w:rsidRDefault="00936D79" w:rsidP="00A65437">
      <w:pPr>
        <w:spacing w:line="360" w:lineRule="auto"/>
        <w:jc w:val="both"/>
        <w:rPr>
          <w:sz w:val="28"/>
          <w:szCs w:val="36"/>
        </w:rPr>
      </w:pPr>
      <w:r w:rsidRPr="00A65437">
        <w:rPr>
          <w:sz w:val="28"/>
          <w:szCs w:val="36"/>
        </w:rPr>
        <w:t xml:space="preserve">Campus target </w:t>
      </w:r>
      <w:r w:rsidR="00F77F6F" w:rsidRPr="00A65437">
        <w:rPr>
          <w:sz w:val="28"/>
          <w:szCs w:val="36"/>
        </w:rPr>
        <w:t>will be made bigger</w:t>
      </w:r>
      <w:r w:rsidR="00DE502B" w:rsidRPr="00A65437">
        <w:rPr>
          <w:sz w:val="28"/>
          <w:szCs w:val="36"/>
        </w:rPr>
        <w:t xml:space="preserve"> and will add list view.</w:t>
      </w:r>
      <w:r w:rsidRPr="00A65437">
        <w:rPr>
          <w:sz w:val="28"/>
          <w:szCs w:val="36"/>
        </w:rPr>
        <w:t xml:space="preserve"> </w:t>
      </w:r>
      <w:r w:rsidR="00AF57AC" w:rsidRPr="00A65437">
        <w:rPr>
          <w:sz w:val="28"/>
          <w:szCs w:val="36"/>
        </w:rPr>
        <w:t>A</w:t>
      </w:r>
      <w:r w:rsidRPr="00A65437">
        <w:rPr>
          <w:sz w:val="28"/>
          <w:szCs w:val="36"/>
        </w:rPr>
        <w:t xml:space="preserve">ctive-player </w:t>
      </w:r>
      <w:r w:rsidR="001D1CBF" w:rsidRPr="00A65437">
        <w:rPr>
          <w:sz w:val="28"/>
          <w:szCs w:val="36"/>
        </w:rPr>
        <w:t>banner will</w:t>
      </w:r>
      <w:r w:rsidR="00AF57AC" w:rsidRPr="00A65437">
        <w:rPr>
          <w:sz w:val="28"/>
          <w:szCs w:val="36"/>
        </w:rPr>
        <w:t xml:space="preserve"> stay </w:t>
      </w:r>
      <w:r w:rsidR="00FB46A6" w:rsidRPr="00A65437">
        <w:rPr>
          <w:sz w:val="28"/>
          <w:szCs w:val="36"/>
        </w:rPr>
        <w:t>permanently</w:t>
      </w:r>
      <w:r w:rsidR="00AF57AC" w:rsidRPr="00A65437">
        <w:rPr>
          <w:sz w:val="28"/>
          <w:szCs w:val="36"/>
        </w:rPr>
        <w:t xml:space="preserve"> </w:t>
      </w:r>
      <w:r w:rsidR="00FB46A6" w:rsidRPr="00A65437">
        <w:rPr>
          <w:sz w:val="28"/>
          <w:szCs w:val="36"/>
        </w:rPr>
        <w:t xml:space="preserve">at the </w:t>
      </w:r>
      <w:r w:rsidR="005A65BB" w:rsidRPr="00A65437">
        <w:rPr>
          <w:sz w:val="28"/>
          <w:szCs w:val="36"/>
        </w:rPr>
        <w:t>top. C</w:t>
      </w:r>
      <w:r w:rsidRPr="00A65437">
        <w:rPr>
          <w:sz w:val="28"/>
          <w:szCs w:val="36"/>
        </w:rPr>
        <w:t xml:space="preserve">risis name, symbol, pattern </w:t>
      </w:r>
      <w:r w:rsidR="005A65BB" w:rsidRPr="00A65437">
        <w:rPr>
          <w:sz w:val="28"/>
          <w:szCs w:val="36"/>
        </w:rPr>
        <w:t xml:space="preserve">will be expressed </w:t>
      </w:r>
      <w:r w:rsidR="001D1CBF" w:rsidRPr="00A65437">
        <w:rPr>
          <w:sz w:val="28"/>
          <w:szCs w:val="36"/>
        </w:rPr>
        <w:t>in color</w:t>
      </w:r>
      <w:r w:rsidR="005A65BB" w:rsidRPr="00A65437">
        <w:rPr>
          <w:sz w:val="28"/>
          <w:szCs w:val="36"/>
        </w:rPr>
        <w:t>.</w:t>
      </w:r>
      <w:r w:rsidRPr="00A65437">
        <w:rPr>
          <w:sz w:val="28"/>
          <w:szCs w:val="36"/>
        </w:rPr>
        <w:t xml:space="preserve"> Team </w:t>
      </w:r>
      <w:r w:rsidR="001D1CBF" w:rsidRPr="00A65437">
        <w:rPr>
          <w:sz w:val="28"/>
          <w:szCs w:val="36"/>
        </w:rPr>
        <w:t>bottom will</w:t>
      </w:r>
      <w:r w:rsidR="008B76ED" w:rsidRPr="00A65437">
        <w:rPr>
          <w:sz w:val="28"/>
          <w:szCs w:val="36"/>
        </w:rPr>
        <w:t xml:space="preserve"> be at </w:t>
      </w:r>
      <w:r w:rsidR="00726A1B" w:rsidRPr="00A65437">
        <w:rPr>
          <w:sz w:val="28"/>
          <w:szCs w:val="36"/>
        </w:rPr>
        <w:t>the navigation</w:t>
      </w:r>
      <w:r w:rsidR="008B76ED" w:rsidRPr="00A65437">
        <w:rPr>
          <w:sz w:val="28"/>
          <w:szCs w:val="36"/>
        </w:rPr>
        <w:t>.</w:t>
      </w:r>
      <w:r w:rsidRPr="00A65437">
        <w:rPr>
          <w:sz w:val="28"/>
          <w:szCs w:val="36"/>
        </w:rPr>
        <w:t xml:space="preserve"> Location Sheet</w:t>
      </w:r>
      <w:r w:rsidR="008B76ED" w:rsidRPr="00A65437">
        <w:rPr>
          <w:sz w:val="28"/>
          <w:szCs w:val="36"/>
        </w:rPr>
        <w:t xml:space="preserve"> will be di</w:t>
      </w:r>
      <w:r w:rsidR="006012DB" w:rsidRPr="00A65437">
        <w:rPr>
          <w:sz w:val="28"/>
          <w:szCs w:val="36"/>
        </w:rPr>
        <w:t xml:space="preserve">vided </w:t>
      </w:r>
      <w:r w:rsidR="00C849D1" w:rsidRPr="00A65437">
        <w:rPr>
          <w:sz w:val="28"/>
          <w:szCs w:val="36"/>
        </w:rPr>
        <w:t>between Status</w:t>
      </w:r>
      <w:r w:rsidRPr="00A65437">
        <w:rPr>
          <w:sz w:val="28"/>
          <w:szCs w:val="36"/>
        </w:rPr>
        <w:t xml:space="preserve"> </w:t>
      </w:r>
      <w:r w:rsidR="006012DB" w:rsidRPr="00A65437">
        <w:rPr>
          <w:sz w:val="28"/>
          <w:szCs w:val="36"/>
        </w:rPr>
        <w:t>&amp;</w:t>
      </w:r>
      <w:r w:rsidRPr="00A65437">
        <w:rPr>
          <w:sz w:val="28"/>
          <w:szCs w:val="36"/>
        </w:rPr>
        <w:t xml:space="preserve"> Actions tab</w:t>
      </w:r>
      <w:r w:rsidR="006012DB" w:rsidRPr="00A65437">
        <w:rPr>
          <w:sz w:val="28"/>
          <w:szCs w:val="36"/>
        </w:rPr>
        <w:t>.</w:t>
      </w:r>
      <w:r w:rsidR="00C849D1" w:rsidRPr="00A65437">
        <w:rPr>
          <w:sz w:val="28"/>
          <w:szCs w:val="36"/>
        </w:rPr>
        <w:t xml:space="preserve"> </w:t>
      </w:r>
      <w:r w:rsidR="00EB4DED" w:rsidRPr="00A65437">
        <w:rPr>
          <w:sz w:val="28"/>
          <w:szCs w:val="36"/>
        </w:rPr>
        <w:t xml:space="preserve">Every time only one event will be </w:t>
      </w:r>
      <w:r w:rsidR="00726A1B" w:rsidRPr="00A65437">
        <w:rPr>
          <w:sz w:val="28"/>
          <w:szCs w:val="36"/>
        </w:rPr>
        <w:t>shown,</w:t>
      </w:r>
      <w:r w:rsidR="009E6068" w:rsidRPr="00A65437">
        <w:rPr>
          <w:sz w:val="28"/>
          <w:szCs w:val="36"/>
        </w:rPr>
        <w:t xml:space="preserve"> and </w:t>
      </w:r>
      <w:r w:rsidR="00726A1B" w:rsidRPr="00A65437">
        <w:rPr>
          <w:sz w:val="28"/>
          <w:szCs w:val="36"/>
        </w:rPr>
        <w:t xml:space="preserve">location map </w:t>
      </w:r>
      <w:r w:rsidR="009E6068" w:rsidRPr="00A65437">
        <w:rPr>
          <w:sz w:val="28"/>
          <w:szCs w:val="36"/>
        </w:rPr>
        <w:t>will be on.</w:t>
      </w:r>
      <w:r w:rsidRPr="00A65437">
        <w:rPr>
          <w:sz w:val="28"/>
          <w:szCs w:val="36"/>
        </w:rPr>
        <w:t xml:space="preserve"> </w:t>
      </w:r>
    </w:p>
    <w:p w14:paraId="087679DE" w14:textId="65CA07F1" w:rsidR="00936D79" w:rsidRDefault="008C2577" w:rsidP="00936D79">
      <w:pPr>
        <w:pStyle w:val="Heading2"/>
      </w:pPr>
      <w:bookmarkStart w:id="26" w:name="_Toc235666992"/>
      <w:r>
        <w:rPr>
          <w:rFonts w:ascii="Noto Sans Bengali" w:eastAsia="Noto Sans Bengali" w:hAnsi="Noto Sans Bengali"/>
        </w:rPr>
        <w:lastRenderedPageBreak/>
        <w:t xml:space="preserve">8.4 </w:t>
      </w:r>
      <w:r w:rsidR="00F61ABD">
        <w:rPr>
          <w:rFonts w:ascii="Noto Sans Bengali" w:eastAsia="Noto Sans Bengali" w:hAnsi="Noto Sans Bengali"/>
        </w:rPr>
        <w:t>Judging Peer</w:t>
      </w:r>
      <w:r w:rsidR="00936D79">
        <w:rPr>
          <w:rFonts w:ascii="Noto Sans Bengali" w:eastAsia="Noto Sans Bengali" w:hAnsi="Noto Sans Bengali"/>
        </w:rPr>
        <w:t xml:space="preserve"> feedback</w:t>
      </w:r>
      <w:r>
        <w:rPr>
          <w:rFonts w:ascii="Noto Sans Bengali" w:eastAsia="Noto Sans Bengali" w:hAnsi="Noto Sans Bengali"/>
        </w:rPr>
        <w:t>:</w:t>
      </w:r>
      <w:bookmarkEnd w:id="26"/>
    </w:p>
    <w:p w14:paraId="442DDE10" w14:textId="09960450" w:rsidR="00936D79" w:rsidRPr="00A65437" w:rsidRDefault="00721BF7" w:rsidP="00A65437">
      <w:pPr>
        <w:spacing w:line="360" w:lineRule="auto"/>
        <w:jc w:val="both"/>
        <w:rPr>
          <w:sz w:val="28"/>
          <w:szCs w:val="36"/>
        </w:rPr>
      </w:pPr>
      <w:r w:rsidRPr="00A65437">
        <w:rPr>
          <w:sz w:val="28"/>
          <w:szCs w:val="36"/>
        </w:rPr>
        <w:t>After b</w:t>
      </w:r>
      <w:r w:rsidR="00936D79" w:rsidRPr="00A65437">
        <w:rPr>
          <w:sz w:val="28"/>
          <w:szCs w:val="36"/>
        </w:rPr>
        <w:t xml:space="preserve">ack </w:t>
      </w:r>
      <w:r w:rsidR="00F61ABD" w:rsidRPr="00A65437">
        <w:rPr>
          <w:sz w:val="28"/>
          <w:szCs w:val="36"/>
        </w:rPr>
        <w:t>&amp; Close’s consistency</w:t>
      </w:r>
      <w:r w:rsidR="00936D79" w:rsidRPr="00A65437">
        <w:rPr>
          <w:sz w:val="28"/>
          <w:szCs w:val="36"/>
        </w:rPr>
        <w:t xml:space="preserve">, </w:t>
      </w:r>
      <w:r w:rsidR="00F61ABD" w:rsidRPr="00A65437">
        <w:rPr>
          <w:sz w:val="28"/>
          <w:szCs w:val="36"/>
        </w:rPr>
        <w:t>arrow’s completeness</w:t>
      </w:r>
      <w:r w:rsidR="00936D79" w:rsidRPr="00A65437">
        <w:rPr>
          <w:sz w:val="28"/>
          <w:szCs w:val="36"/>
        </w:rPr>
        <w:t>, disabled button</w:t>
      </w:r>
      <w:r w:rsidR="006A367A" w:rsidRPr="00A65437">
        <w:rPr>
          <w:sz w:val="28"/>
          <w:szCs w:val="36"/>
        </w:rPr>
        <w:t>s</w:t>
      </w:r>
      <w:r w:rsidR="00F61ABD" w:rsidRPr="00A65437">
        <w:rPr>
          <w:sz w:val="28"/>
          <w:szCs w:val="36"/>
        </w:rPr>
        <w:t>’ explanation</w:t>
      </w:r>
      <w:r w:rsidR="00936D79" w:rsidRPr="00A65437">
        <w:rPr>
          <w:sz w:val="28"/>
          <w:szCs w:val="36"/>
        </w:rPr>
        <w:t xml:space="preserve">, reconnect flow </w:t>
      </w:r>
      <w:r w:rsidR="006A367A" w:rsidRPr="00A65437">
        <w:rPr>
          <w:sz w:val="28"/>
          <w:szCs w:val="36"/>
        </w:rPr>
        <w:t xml:space="preserve">and </w:t>
      </w:r>
      <w:r w:rsidR="00936D79" w:rsidRPr="00A65437">
        <w:rPr>
          <w:sz w:val="28"/>
          <w:szCs w:val="36"/>
        </w:rPr>
        <w:t>large-text representation</w:t>
      </w:r>
      <w:r w:rsidR="00C251AC" w:rsidRPr="00A65437">
        <w:rPr>
          <w:sz w:val="28"/>
          <w:szCs w:val="36"/>
        </w:rPr>
        <w:t xml:space="preserve"> related suggestion will be accepted.</w:t>
      </w:r>
      <w:r w:rsidR="00936D79" w:rsidRPr="00A65437">
        <w:rPr>
          <w:sz w:val="28"/>
          <w:szCs w:val="36"/>
        </w:rPr>
        <w:t xml:space="preserve"> </w:t>
      </w:r>
      <w:r w:rsidR="003A02C9" w:rsidRPr="00A65437">
        <w:rPr>
          <w:sz w:val="28"/>
          <w:szCs w:val="36"/>
        </w:rPr>
        <w:t xml:space="preserve">As propose </w:t>
      </w:r>
      <w:r w:rsidR="00F61ABD" w:rsidRPr="00A65437">
        <w:rPr>
          <w:sz w:val="28"/>
          <w:szCs w:val="36"/>
        </w:rPr>
        <w:t>of individual</w:t>
      </w:r>
      <w:r w:rsidR="00936D79" w:rsidRPr="00A65437">
        <w:rPr>
          <w:sz w:val="28"/>
          <w:szCs w:val="36"/>
        </w:rPr>
        <w:t xml:space="preserve"> leaderboard</w:t>
      </w:r>
      <w:r w:rsidR="00FF2879" w:rsidRPr="00A65437">
        <w:rPr>
          <w:sz w:val="28"/>
          <w:szCs w:val="36"/>
        </w:rPr>
        <w:t xml:space="preserve"> is against </w:t>
      </w:r>
      <w:r w:rsidR="00F61ABD" w:rsidRPr="00A65437">
        <w:rPr>
          <w:sz w:val="28"/>
          <w:szCs w:val="36"/>
        </w:rPr>
        <w:t>the cooperative</w:t>
      </w:r>
      <w:r w:rsidR="00936D79" w:rsidRPr="00A65437">
        <w:rPr>
          <w:sz w:val="28"/>
          <w:szCs w:val="36"/>
        </w:rPr>
        <w:t xml:space="preserve"> experience</w:t>
      </w:r>
      <w:r w:rsidR="001362F2" w:rsidRPr="00A65437">
        <w:rPr>
          <w:sz w:val="28"/>
          <w:szCs w:val="36"/>
        </w:rPr>
        <w:t xml:space="preserve"> that will be converted </w:t>
      </w:r>
      <w:r w:rsidR="00F61ABD" w:rsidRPr="00A65437">
        <w:rPr>
          <w:sz w:val="28"/>
          <w:szCs w:val="36"/>
        </w:rPr>
        <w:t>into team</w:t>
      </w:r>
      <w:r w:rsidR="00936D79" w:rsidRPr="00A65437">
        <w:rPr>
          <w:sz w:val="28"/>
          <w:szCs w:val="36"/>
        </w:rPr>
        <w:t xml:space="preserve"> contribution summary</w:t>
      </w:r>
      <w:r w:rsidR="00F61ABD" w:rsidRPr="00A65437">
        <w:rPr>
          <w:sz w:val="28"/>
          <w:szCs w:val="36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36"/>
        <w:gridCol w:w="2436"/>
        <w:gridCol w:w="2436"/>
        <w:gridCol w:w="2436"/>
      </w:tblGrid>
      <w:tr w:rsidR="00936D79" w14:paraId="29797370" w14:textId="77777777" w:rsidTr="009151A3">
        <w:trPr>
          <w:tblHeader/>
          <w:jc w:val="center"/>
        </w:trPr>
        <w:tc>
          <w:tcPr>
            <w:tcW w:w="2436" w:type="dxa"/>
            <w:shd w:val="clear" w:color="auto" w:fill="D9E1F2"/>
          </w:tcPr>
          <w:p w14:paraId="5E8032F7" w14:textId="77777777" w:rsidR="00936D79" w:rsidRDefault="00936D79" w:rsidP="005F7917">
            <w:pPr>
              <w:spacing w:line="360" w:lineRule="auto"/>
              <w:rPr>
                <w:sz w:val="24"/>
                <w:szCs w:val="32"/>
              </w:rPr>
            </w:pPr>
          </w:p>
          <w:p w14:paraId="2EACF04B" w14:textId="5B30310D" w:rsidR="008F07BF" w:rsidRPr="005F7917" w:rsidRDefault="008F07BF" w:rsidP="005F7917">
            <w:pPr>
              <w:spacing w:line="360" w:lineRule="auto"/>
              <w:rPr>
                <w:sz w:val="24"/>
                <w:szCs w:val="32"/>
              </w:rPr>
            </w:pPr>
          </w:p>
        </w:tc>
        <w:tc>
          <w:tcPr>
            <w:tcW w:w="2436" w:type="dxa"/>
            <w:shd w:val="clear" w:color="auto" w:fill="D9E1F2"/>
          </w:tcPr>
          <w:p w14:paraId="3B8B36FA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Severity</w:t>
            </w:r>
          </w:p>
        </w:tc>
        <w:tc>
          <w:tcPr>
            <w:tcW w:w="2436" w:type="dxa"/>
            <w:shd w:val="clear" w:color="auto" w:fill="D9E1F2"/>
          </w:tcPr>
          <w:p w14:paraId="66C8E478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Design change</w:t>
            </w:r>
          </w:p>
        </w:tc>
        <w:tc>
          <w:tcPr>
            <w:tcW w:w="2436" w:type="dxa"/>
            <w:shd w:val="clear" w:color="auto" w:fill="D9E1F2"/>
          </w:tcPr>
          <w:p w14:paraId="43F1ACA8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Justification</w:t>
            </w:r>
          </w:p>
        </w:tc>
      </w:tr>
      <w:tr w:rsidR="00936D79" w14:paraId="4F3E0ABA" w14:textId="77777777" w:rsidTr="009151A3">
        <w:trPr>
          <w:jc w:val="center"/>
        </w:trPr>
        <w:tc>
          <w:tcPr>
            <w:tcW w:w="2436" w:type="dxa"/>
          </w:tcPr>
          <w:p w14:paraId="334E5153" w14:textId="544129A5" w:rsidR="00936D79" w:rsidRPr="005F7917" w:rsidRDefault="00250DE4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 xml:space="preserve">Hard to select </w:t>
            </w:r>
            <w:r w:rsidR="00936D79" w:rsidRPr="005F7917">
              <w:rPr>
                <w:sz w:val="24"/>
                <w:szCs w:val="32"/>
              </w:rPr>
              <w:t>Campus node</w:t>
            </w:r>
            <w:r w:rsidRPr="005F7917">
              <w:rPr>
                <w:sz w:val="24"/>
                <w:szCs w:val="32"/>
              </w:rPr>
              <w:t>.</w:t>
            </w:r>
          </w:p>
        </w:tc>
        <w:tc>
          <w:tcPr>
            <w:tcW w:w="2436" w:type="dxa"/>
          </w:tcPr>
          <w:p w14:paraId="5E92BB7C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3</w:t>
            </w:r>
          </w:p>
        </w:tc>
        <w:tc>
          <w:tcPr>
            <w:tcW w:w="2436" w:type="dxa"/>
          </w:tcPr>
          <w:p w14:paraId="3E2F7830" w14:textId="6CFC7E3D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 xml:space="preserve">Target </w:t>
            </w:r>
            <w:r w:rsidR="001F0D32" w:rsidRPr="005F7917">
              <w:rPr>
                <w:sz w:val="24"/>
                <w:szCs w:val="32"/>
              </w:rPr>
              <w:t xml:space="preserve">Big </w:t>
            </w:r>
            <w:r w:rsidR="005F7917" w:rsidRPr="005F7917">
              <w:rPr>
                <w:sz w:val="24"/>
                <w:szCs w:val="32"/>
              </w:rPr>
              <w:t>and list</w:t>
            </w:r>
            <w:r w:rsidRPr="005F7917">
              <w:rPr>
                <w:sz w:val="24"/>
                <w:szCs w:val="32"/>
              </w:rPr>
              <w:t xml:space="preserve"> view</w:t>
            </w:r>
          </w:p>
        </w:tc>
        <w:tc>
          <w:tcPr>
            <w:tcW w:w="2436" w:type="dxa"/>
          </w:tcPr>
          <w:p w14:paraId="3E2291BE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Motor accessibility</w:t>
            </w:r>
          </w:p>
        </w:tc>
      </w:tr>
      <w:tr w:rsidR="00936D79" w14:paraId="48CA146C" w14:textId="77777777" w:rsidTr="009151A3">
        <w:trPr>
          <w:jc w:val="center"/>
        </w:trPr>
        <w:tc>
          <w:tcPr>
            <w:tcW w:w="2436" w:type="dxa"/>
          </w:tcPr>
          <w:p w14:paraId="1A2E6035" w14:textId="7C0FFEDE" w:rsidR="00936D79" w:rsidRPr="005F7917" w:rsidRDefault="00250DE4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Un c</w:t>
            </w:r>
            <w:r w:rsidR="00190915" w:rsidRPr="005F7917">
              <w:rPr>
                <w:sz w:val="24"/>
                <w:szCs w:val="32"/>
              </w:rPr>
              <w:t xml:space="preserve">lear </w:t>
            </w:r>
            <w:r w:rsidR="00936D79" w:rsidRPr="005F7917">
              <w:rPr>
                <w:sz w:val="24"/>
                <w:szCs w:val="32"/>
              </w:rPr>
              <w:t xml:space="preserve">Active player </w:t>
            </w:r>
          </w:p>
        </w:tc>
        <w:tc>
          <w:tcPr>
            <w:tcW w:w="2436" w:type="dxa"/>
          </w:tcPr>
          <w:p w14:paraId="002D948B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3</w:t>
            </w:r>
          </w:p>
        </w:tc>
        <w:tc>
          <w:tcPr>
            <w:tcW w:w="2436" w:type="dxa"/>
          </w:tcPr>
          <w:p w14:paraId="6FA85051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Persistent turn banner</w:t>
            </w:r>
          </w:p>
        </w:tc>
        <w:tc>
          <w:tcPr>
            <w:tcW w:w="2436" w:type="dxa"/>
          </w:tcPr>
          <w:p w14:paraId="271E19A2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System visibility</w:t>
            </w:r>
          </w:p>
        </w:tc>
      </w:tr>
      <w:tr w:rsidR="00936D79" w14:paraId="1DEF9B69" w14:textId="77777777" w:rsidTr="009151A3">
        <w:trPr>
          <w:jc w:val="center"/>
        </w:trPr>
        <w:tc>
          <w:tcPr>
            <w:tcW w:w="2436" w:type="dxa"/>
          </w:tcPr>
          <w:p w14:paraId="0B7E5266" w14:textId="6392B45B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 xml:space="preserve">Crisis </w:t>
            </w:r>
            <w:r w:rsidR="006142FB" w:rsidRPr="005F7917">
              <w:rPr>
                <w:sz w:val="24"/>
                <w:szCs w:val="32"/>
              </w:rPr>
              <w:t>only color</w:t>
            </w:r>
            <w:r w:rsidR="001F0D32" w:rsidRPr="005F7917">
              <w:rPr>
                <w:sz w:val="24"/>
                <w:szCs w:val="32"/>
              </w:rPr>
              <w:t xml:space="preserve"> based.</w:t>
            </w:r>
          </w:p>
        </w:tc>
        <w:tc>
          <w:tcPr>
            <w:tcW w:w="2436" w:type="dxa"/>
          </w:tcPr>
          <w:p w14:paraId="082BBA65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4</w:t>
            </w:r>
          </w:p>
        </w:tc>
        <w:tc>
          <w:tcPr>
            <w:tcW w:w="2436" w:type="dxa"/>
          </w:tcPr>
          <w:p w14:paraId="109A7608" w14:textId="59B09F50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 xml:space="preserve">Name, </w:t>
            </w:r>
            <w:r w:rsidR="006142FB" w:rsidRPr="005F7917">
              <w:rPr>
                <w:sz w:val="24"/>
                <w:szCs w:val="32"/>
              </w:rPr>
              <w:t>symbol and</w:t>
            </w:r>
            <w:r w:rsidR="001F0D32" w:rsidRPr="005F7917">
              <w:rPr>
                <w:sz w:val="24"/>
                <w:szCs w:val="32"/>
              </w:rPr>
              <w:t xml:space="preserve"> </w:t>
            </w:r>
            <w:r w:rsidRPr="005F7917">
              <w:rPr>
                <w:sz w:val="24"/>
                <w:szCs w:val="32"/>
              </w:rPr>
              <w:t>pattern</w:t>
            </w:r>
          </w:p>
        </w:tc>
        <w:tc>
          <w:tcPr>
            <w:tcW w:w="2436" w:type="dxa"/>
          </w:tcPr>
          <w:p w14:paraId="10AED35F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WCAG-aligned perception</w:t>
            </w:r>
          </w:p>
        </w:tc>
      </w:tr>
      <w:tr w:rsidR="00936D79" w14:paraId="1393F4B6" w14:textId="77777777" w:rsidTr="009151A3">
        <w:trPr>
          <w:jc w:val="center"/>
        </w:trPr>
        <w:tc>
          <w:tcPr>
            <w:tcW w:w="2436" w:type="dxa"/>
          </w:tcPr>
          <w:p w14:paraId="0C29D1F5" w14:textId="2C1F9BA6" w:rsidR="00936D79" w:rsidRPr="005F7917" w:rsidRDefault="006142FB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 xml:space="preserve">Hard to find </w:t>
            </w:r>
            <w:r w:rsidR="00936D79" w:rsidRPr="005F7917">
              <w:rPr>
                <w:sz w:val="24"/>
                <w:szCs w:val="32"/>
              </w:rPr>
              <w:t xml:space="preserve">Team panel </w:t>
            </w:r>
          </w:p>
        </w:tc>
        <w:tc>
          <w:tcPr>
            <w:tcW w:w="2436" w:type="dxa"/>
          </w:tcPr>
          <w:p w14:paraId="3B684A11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2</w:t>
            </w:r>
          </w:p>
        </w:tc>
        <w:tc>
          <w:tcPr>
            <w:tcW w:w="2436" w:type="dxa"/>
          </w:tcPr>
          <w:p w14:paraId="2AEE5282" w14:textId="7F634574" w:rsidR="00936D79" w:rsidRPr="005F7917" w:rsidRDefault="00766FEE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 xml:space="preserve">Team is on </w:t>
            </w:r>
            <w:r w:rsidR="00936D79" w:rsidRPr="005F7917">
              <w:rPr>
                <w:sz w:val="24"/>
                <w:szCs w:val="32"/>
              </w:rPr>
              <w:t>Bottom navigation</w:t>
            </w:r>
            <w:r w:rsidRPr="005F7917">
              <w:rPr>
                <w:sz w:val="24"/>
                <w:szCs w:val="32"/>
              </w:rPr>
              <w:t>.</w:t>
            </w:r>
          </w:p>
        </w:tc>
        <w:tc>
          <w:tcPr>
            <w:tcW w:w="2436" w:type="dxa"/>
          </w:tcPr>
          <w:p w14:paraId="13E00106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Collaboration</w:t>
            </w:r>
          </w:p>
        </w:tc>
      </w:tr>
      <w:tr w:rsidR="00936D79" w14:paraId="1A47E2F9" w14:textId="77777777" w:rsidTr="009151A3">
        <w:trPr>
          <w:jc w:val="center"/>
        </w:trPr>
        <w:tc>
          <w:tcPr>
            <w:tcW w:w="2436" w:type="dxa"/>
          </w:tcPr>
          <w:p w14:paraId="2E1FA011" w14:textId="2F560F73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 xml:space="preserve">Leaderboard </w:t>
            </w:r>
            <w:r w:rsidR="00903247" w:rsidRPr="005F7917">
              <w:rPr>
                <w:sz w:val="24"/>
                <w:szCs w:val="32"/>
              </w:rPr>
              <w:t>proposal</w:t>
            </w:r>
          </w:p>
        </w:tc>
        <w:tc>
          <w:tcPr>
            <w:tcW w:w="2436" w:type="dxa"/>
          </w:tcPr>
          <w:p w14:paraId="0E4C7DA0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1</w:t>
            </w:r>
          </w:p>
        </w:tc>
        <w:tc>
          <w:tcPr>
            <w:tcW w:w="2436" w:type="dxa"/>
          </w:tcPr>
          <w:p w14:paraId="277C279C" w14:textId="77777777" w:rsidR="00936D79" w:rsidRPr="005F7917" w:rsidRDefault="00936D79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>Team contribution summary</w:t>
            </w:r>
          </w:p>
        </w:tc>
        <w:tc>
          <w:tcPr>
            <w:tcW w:w="2436" w:type="dxa"/>
          </w:tcPr>
          <w:p w14:paraId="61086642" w14:textId="3B36B678" w:rsidR="00936D79" w:rsidRPr="005F7917" w:rsidRDefault="00903247" w:rsidP="005F7917">
            <w:pPr>
              <w:spacing w:line="360" w:lineRule="auto"/>
              <w:rPr>
                <w:sz w:val="24"/>
                <w:szCs w:val="32"/>
              </w:rPr>
            </w:pPr>
            <w:r w:rsidRPr="005F7917">
              <w:rPr>
                <w:sz w:val="24"/>
                <w:szCs w:val="32"/>
              </w:rPr>
              <w:t xml:space="preserve">Keeping the </w:t>
            </w:r>
            <w:r w:rsidR="00936D79" w:rsidRPr="005F7917">
              <w:rPr>
                <w:sz w:val="24"/>
                <w:szCs w:val="32"/>
              </w:rPr>
              <w:t>Cooperative goal</w:t>
            </w:r>
            <w:r w:rsidRPr="005F7917">
              <w:rPr>
                <w:sz w:val="24"/>
                <w:szCs w:val="32"/>
              </w:rPr>
              <w:t>.</w:t>
            </w:r>
          </w:p>
        </w:tc>
      </w:tr>
    </w:tbl>
    <w:p w14:paraId="52DB1AA3" w14:textId="67338DC9" w:rsidR="00936D79" w:rsidRDefault="00DA5506" w:rsidP="00936D79">
      <w:pPr>
        <w:pStyle w:val="Heading1"/>
      </w:pPr>
      <w:bookmarkStart w:id="27" w:name="_Toc235666993"/>
      <w:r>
        <w:rPr>
          <w:rFonts w:ascii="Noto Sans Bengali" w:eastAsia="Noto Sans Bengali" w:hAnsi="Noto Sans Bengali"/>
        </w:rPr>
        <w:t>9</w:t>
      </w:r>
      <w:r w:rsidR="00BA2979">
        <w:rPr>
          <w:rFonts w:ascii="Noto Sans Bengali" w:eastAsia="Noto Sans Bengali" w:hAnsi="Noto Sans Bengali"/>
        </w:rPr>
        <w:t>.</w:t>
      </w:r>
      <w:r>
        <w:rPr>
          <w:rFonts w:ascii="Noto Sans Bengali" w:eastAsia="Noto Sans Bengali" w:hAnsi="Noto Sans Bengali"/>
        </w:rPr>
        <w:t xml:space="preserve"> </w:t>
      </w:r>
      <w:r w:rsidR="00BA2979">
        <w:rPr>
          <w:rFonts w:ascii="Noto Sans Bengali" w:eastAsia="Noto Sans Bengali" w:hAnsi="Noto Sans Bengali"/>
        </w:rPr>
        <w:t>Conclusion</w:t>
      </w:r>
      <w:r>
        <w:rPr>
          <w:rFonts w:ascii="Noto Sans Bengali" w:eastAsia="Noto Sans Bengali" w:hAnsi="Noto Sans Bengali"/>
        </w:rPr>
        <w:t>:</w:t>
      </w:r>
      <w:bookmarkEnd w:id="27"/>
    </w:p>
    <w:p w14:paraId="3A99B130" w14:textId="21CE21ED" w:rsidR="00936D79" w:rsidRPr="00A65437" w:rsidRDefault="00936D79" w:rsidP="00381A18">
      <w:pPr>
        <w:spacing w:line="360" w:lineRule="auto"/>
        <w:jc w:val="both"/>
        <w:rPr>
          <w:sz w:val="28"/>
          <w:szCs w:val="36"/>
        </w:rPr>
      </w:pPr>
      <w:r w:rsidRPr="00A65437">
        <w:rPr>
          <w:sz w:val="28"/>
          <w:szCs w:val="36"/>
        </w:rPr>
        <w:t xml:space="preserve">UWTSD Campus Crisis </w:t>
      </w:r>
      <w:r w:rsidR="001125D4" w:rsidRPr="00A65437">
        <w:rPr>
          <w:sz w:val="28"/>
          <w:szCs w:val="36"/>
        </w:rPr>
        <w:t>converts</w:t>
      </w:r>
      <w:r w:rsidR="00F22919" w:rsidRPr="00A65437">
        <w:rPr>
          <w:sz w:val="28"/>
          <w:szCs w:val="36"/>
        </w:rPr>
        <w:t xml:space="preserve"> the </w:t>
      </w:r>
      <w:r w:rsidRPr="00A65437">
        <w:rPr>
          <w:sz w:val="28"/>
          <w:szCs w:val="36"/>
        </w:rPr>
        <w:t>Pandemic cooperative structure</w:t>
      </w:r>
      <w:r w:rsidR="00AF10B1" w:rsidRPr="00A65437">
        <w:rPr>
          <w:sz w:val="28"/>
          <w:szCs w:val="36"/>
        </w:rPr>
        <w:t xml:space="preserve"> for</w:t>
      </w:r>
      <w:r w:rsidR="00501C07" w:rsidRPr="00A65437">
        <w:rPr>
          <w:sz w:val="28"/>
          <w:szCs w:val="36"/>
        </w:rPr>
        <w:t xml:space="preserve"> up to six</w:t>
      </w:r>
      <w:r w:rsidR="00AF10B1" w:rsidRPr="00A65437">
        <w:rPr>
          <w:sz w:val="28"/>
          <w:szCs w:val="36"/>
        </w:rPr>
        <w:t xml:space="preserve"> </w:t>
      </w:r>
      <w:r w:rsidR="008B314E" w:rsidRPr="00A65437">
        <w:rPr>
          <w:sz w:val="28"/>
          <w:szCs w:val="36"/>
        </w:rPr>
        <w:t xml:space="preserve">mobile </w:t>
      </w:r>
      <w:r w:rsidR="0091091D" w:rsidRPr="00A65437">
        <w:rPr>
          <w:sz w:val="28"/>
          <w:szCs w:val="36"/>
        </w:rPr>
        <w:t>players’ university</w:t>
      </w:r>
      <w:r w:rsidR="009632FB" w:rsidRPr="00A65437">
        <w:rPr>
          <w:sz w:val="28"/>
          <w:szCs w:val="36"/>
        </w:rPr>
        <w:t xml:space="preserve"> -resilience individual game</w:t>
      </w:r>
      <w:r w:rsidR="001125D4" w:rsidRPr="00A65437">
        <w:rPr>
          <w:sz w:val="28"/>
          <w:szCs w:val="36"/>
        </w:rPr>
        <w:t>.</w:t>
      </w:r>
      <w:r w:rsidRPr="00A65437">
        <w:rPr>
          <w:sz w:val="28"/>
          <w:szCs w:val="36"/>
        </w:rPr>
        <w:t xml:space="preserve"> </w:t>
      </w:r>
      <w:r w:rsidR="001125D4" w:rsidRPr="00A65437">
        <w:rPr>
          <w:sz w:val="28"/>
          <w:szCs w:val="36"/>
        </w:rPr>
        <w:t>Its initial</w:t>
      </w:r>
      <w:r w:rsidRPr="00A65437">
        <w:rPr>
          <w:sz w:val="28"/>
          <w:szCs w:val="36"/>
        </w:rPr>
        <w:t xml:space="preserve"> interface</w:t>
      </w:r>
      <w:r w:rsidR="00D33F25" w:rsidRPr="00A65437">
        <w:rPr>
          <w:sz w:val="28"/>
          <w:szCs w:val="36"/>
        </w:rPr>
        <w:t xml:space="preserve"> design</w:t>
      </w:r>
      <w:r w:rsidRPr="00A65437">
        <w:rPr>
          <w:sz w:val="28"/>
          <w:szCs w:val="36"/>
        </w:rPr>
        <w:t xml:space="preserve"> </w:t>
      </w:r>
      <w:r w:rsidR="001D195B" w:rsidRPr="00A65437">
        <w:rPr>
          <w:sz w:val="28"/>
          <w:szCs w:val="36"/>
        </w:rPr>
        <w:t>is</w:t>
      </w:r>
      <w:r w:rsidR="001A0CF0" w:rsidRPr="00A65437">
        <w:rPr>
          <w:sz w:val="28"/>
          <w:szCs w:val="36"/>
        </w:rPr>
        <w:t xml:space="preserve"> done </w:t>
      </w:r>
      <w:r w:rsidR="00896B44" w:rsidRPr="00A65437">
        <w:rPr>
          <w:sz w:val="28"/>
          <w:szCs w:val="36"/>
        </w:rPr>
        <w:t>by diverse</w:t>
      </w:r>
      <w:r w:rsidRPr="00A65437">
        <w:rPr>
          <w:sz w:val="28"/>
          <w:szCs w:val="36"/>
        </w:rPr>
        <w:t xml:space="preserve"> persona, progressive disclosure, accessible mobile interaction, visible team status </w:t>
      </w:r>
      <w:r w:rsidR="001D195B" w:rsidRPr="00A65437">
        <w:rPr>
          <w:sz w:val="28"/>
          <w:szCs w:val="36"/>
        </w:rPr>
        <w:t xml:space="preserve">and </w:t>
      </w:r>
      <w:r w:rsidR="006B218A" w:rsidRPr="00A65437">
        <w:rPr>
          <w:sz w:val="28"/>
          <w:szCs w:val="36"/>
        </w:rPr>
        <w:t xml:space="preserve">based </w:t>
      </w:r>
      <w:r w:rsidR="00896B44" w:rsidRPr="00A65437">
        <w:rPr>
          <w:sz w:val="28"/>
          <w:szCs w:val="36"/>
        </w:rPr>
        <w:t>on iterative</w:t>
      </w:r>
      <w:r w:rsidRPr="00A65437">
        <w:rPr>
          <w:sz w:val="28"/>
          <w:szCs w:val="36"/>
        </w:rPr>
        <w:t xml:space="preserve"> low-fidelity evaluation</w:t>
      </w:r>
      <w:r w:rsidR="00E87592" w:rsidRPr="00A65437">
        <w:rPr>
          <w:sz w:val="28"/>
          <w:szCs w:val="36"/>
        </w:rPr>
        <w:t>.</w:t>
      </w:r>
    </w:p>
    <w:p w14:paraId="330F6B73" w14:textId="77777777" w:rsidR="00936D79" w:rsidRPr="00A65437" w:rsidRDefault="005F1E57" w:rsidP="00381A18">
      <w:pPr>
        <w:spacing w:line="360" w:lineRule="auto"/>
        <w:jc w:val="both"/>
        <w:rPr>
          <w:sz w:val="28"/>
          <w:szCs w:val="36"/>
        </w:rPr>
      </w:pPr>
      <w:r w:rsidRPr="00A65437">
        <w:rPr>
          <w:sz w:val="28"/>
          <w:szCs w:val="36"/>
        </w:rPr>
        <w:t xml:space="preserve">Most important principle </w:t>
      </w:r>
      <w:r w:rsidR="00DB1427" w:rsidRPr="00A65437">
        <w:rPr>
          <w:sz w:val="28"/>
          <w:szCs w:val="36"/>
        </w:rPr>
        <w:t xml:space="preserve">is </w:t>
      </w:r>
      <w:r w:rsidR="00725577" w:rsidRPr="00A65437">
        <w:rPr>
          <w:sz w:val="28"/>
          <w:szCs w:val="36"/>
        </w:rPr>
        <w:t xml:space="preserve">not to </w:t>
      </w:r>
      <w:r w:rsidR="003746A2" w:rsidRPr="00A65437">
        <w:rPr>
          <w:sz w:val="28"/>
          <w:szCs w:val="36"/>
        </w:rPr>
        <w:t>consider any</w:t>
      </w:r>
      <w:r w:rsidR="00725577" w:rsidRPr="00A65437">
        <w:rPr>
          <w:sz w:val="28"/>
          <w:szCs w:val="36"/>
        </w:rPr>
        <w:t xml:space="preserve"> persona s</w:t>
      </w:r>
      <w:r w:rsidR="00BE00C3" w:rsidRPr="00A65437">
        <w:rPr>
          <w:sz w:val="28"/>
          <w:szCs w:val="36"/>
        </w:rPr>
        <w:t>pecially.</w:t>
      </w:r>
      <w:r w:rsidR="00936D79" w:rsidRPr="00A65437">
        <w:rPr>
          <w:sz w:val="28"/>
          <w:szCs w:val="36"/>
        </w:rPr>
        <w:t xml:space="preserve"> novice support, scalable information, alternative input </w:t>
      </w:r>
      <w:r w:rsidR="003746A2" w:rsidRPr="00A65437">
        <w:rPr>
          <w:sz w:val="28"/>
          <w:szCs w:val="36"/>
        </w:rPr>
        <w:t>and clear</w:t>
      </w:r>
      <w:r w:rsidR="00936D79" w:rsidRPr="00A65437">
        <w:rPr>
          <w:sz w:val="28"/>
          <w:szCs w:val="36"/>
        </w:rPr>
        <w:t xml:space="preserve"> feedback </w:t>
      </w:r>
      <w:r w:rsidR="003746A2" w:rsidRPr="00A65437">
        <w:rPr>
          <w:sz w:val="28"/>
          <w:szCs w:val="36"/>
        </w:rPr>
        <w:t>improve whole group experience.</w:t>
      </w:r>
      <w:r w:rsidR="0040469E" w:rsidRPr="00A65437">
        <w:rPr>
          <w:sz w:val="28"/>
          <w:szCs w:val="36"/>
        </w:rPr>
        <w:t xml:space="preserve"> In </w:t>
      </w:r>
      <w:r w:rsidR="00FC2ACE" w:rsidRPr="00A65437">
        <w:rPr>
          <w:sz w:val="28"/>
          <w:szCs w:val="36"/>
        </w:rPr>
        <w:t>the future</w:t>
      </w:r>
      <w:r w:rsidR="008C0877" w:rsidRPr="00A65437">
        <w:rPr>
          <w:sz w:val="28"/>
          <w:szCs w:val="36"/>
        </w:rPr>
        <w:t xml:space="preserve"> high</w:t>
      </w:r>
      <w:r w:rsidR="00023B8A" w:rsidRPr="00A65437">
        <w:rPr>
          <w:sz w:val="28"/>
          <w:szCs w:val="36"/>
        </w:rPr>
        <w:t xml:space="preserve">-fidelity interactive prototype will be </w:t>
      </w:r>
      <w:r w:rsidR="00430481" w:rsidRPr="00A65437">
        <w:rPr>
          <w:sz w:val="28"/>
          <w:szCs w:val="36"/>
        </w:rPr>
        <w:t xml:space="preserve">created by </w:t>
      </w:r>
      <w:r w:rsidR="00381A18" w:rsidRPr="00A65437">
        <w:rPr>
          <w:sz w:val="28"/>
          <w:szCs w:val="36"/>
        </w:rPr>
        <w:t>revising wireframe</w:t>
      </w:r>
      <w:r w:rsidR="0062390E" w:rsidRPr="00A65437">
        <w:rPr>
          <w:sz w:val="28"/>
          <w:szCs w:val="36"/>
        </w:rPr>
        <w:t xml:space="preserve"> w</w:t>
      </w:r>
      <w:r w:rsidR="0000276A" w:rsidRPr="00A65437">
        <w:rPr>
          <w:sz w:val="28"/>
          <w:szCs w:val="36"/>
        </w:rPr>
        <w:t>ith</w:t>
      </w:r>
      <w:r w:rsidR="0062390E" w:rsidRPr="00A65437">
        <w:rPr>
          <w:sz w:val="28"/>
          <w:szCs w:val="36"/>
        </w:rPr>
        <w:t xml:space="preserve"> real </w:t>
      </w:r>
      <w:r w:rsidR="00E61DD3" w:rsidRPr="00A65437">
        <w:rPr>
          <w:sz w:val="28"/>
          <w:szCs w:val="36"/>
        </w:rPr>
        <w:t>feedback</w:t>
      </w:r>
      <w:r w:rsidR="0000276A" w:rsidRPr="00A65437">
        <w:rPr>
          <w:sz w:val="28"/>
          <w:szCs w:val="36"/>
        </w:rPr>
        <w:t xml:space="preserve"> </w:t>
      </w:r>
      <w:r w:rsidR="00936D79" w:rsidRPr="00A65437">
        <w:rPr>
          <w:sz w:val="28"/>
          <w:szCs w:val="36"/>
        </w:rPr>
        <w:t xml:space="preserve">visual identity, </w:t>
      </w:r>
      <w:proofErr w:type="spellStart"/>
      <w:r w:rsidR="00936D79" w:rsidRPr="00A65437">
        <w:rPr>
          <w:sz w:val="28"/>
          <w:szCs w:val="36"/>
        </w:rPr>
        <w:t>colour</w:t>
      </w:r>
      <w:proofErr w:type="spellEnd"/>
      <w:r w:rsidR="00936D79" w:rsidRPr="00A65437">
        <w:rPr>
          <w:sz w:val="28"/>
          <w:szCs w:val="36"/>
        </w:rPr>
        <w:t xml:space="preserve"> system</w:t>
      </w:r>
      <w:r w:rsidR="00B40D10" w:rsidRPr="00A65437">
        <w:rPr>
          <w:sz w:val="28"/>
          <w:szCs w:val="36"/>
        </w:rPr>
        <w:t xml:space="preserve"> and </w:t>
      </w:r>
      <w:r w:rsidR="00936D79" w:rsidRPr="00A65437">
        <w:rPr>
          <w:sz w:val="28"/>
          <w:szCs w:val="36"/>
        </w:rPr>
        <w:t>typography</w:t>
      </w:r>
      <w:r w:rsidR="00381A18" w:rsidRPr="00A65437">
        <w:rPr>
          <w:sz w:val="28"/>
          <w:szCs w:val="36"/>
        </w:rPr>
        <w:t>.</w:t>
      </w:r>
      <w:r w:rsidR="00936D79" w:rsidRPr="00A65437">
        <w:rPr>
          <w:sz w:val="28"/>
          <w:szCs w:val="36"/>
        </w:rPr>
        <w:t xml:space="preserve"> </w:t>
      </w:r>
    </w:p>
    <w:p w14:paraId="2291CA7A" w14:textId="77777777" w:rsidR="00AC47B7" w:rsidRDefault="00AC47B7" w:rsidP="00AC47B7">
      <w:pPr>
        <w:pStyle w:val="Heading1"/>
        <w:rPr>
          <w:rFonts w:ascii="Noto Sans Bengali" w:eastAsia="Noto Sans Bengali" w:hAnsi="Noto Sans Bengali"/>
        </w:rPr>
      </w:pPr>
    </w:p>
    <w:p w14:paraId="3BE7EF8A" w14:textId="77777777" w:rsidR="00FC220E" w:rsidRDefault="00FC220E" w:rsidP="00AC47B7">
      <w:pPr>
        <w:pStyle w:val="Heading1"/>
        <w:rPr>
          <w:rFonts w:ascii="Noto Sans Bengali" w:eastAsia="Noto Sans Bengali" w:hAnsi="Noto Sans Bengali"/>
        </w:rPr>
      </w:pPr>
    </w:p>
    <w:p w14:paraId="06201252" w14:textId="77777777" w:rsidR="00FC220E" w:rsidRDefault="00FC220E" w:rsidP="00AC47B7">
      <w:pPr>
        <w:pStyle w:val="Heading1"/>
        <w:rPr>
          <w:rFonts w:ascii="Noto Sans Bengali" w:eastAsia="Noto Sans Bengali" w:hAnsi="Noto Sans Bengali"/>
        </w:rPr>
      </w:pPr>
    </w:p>
    <w:p w14:paraId="781E18A0" w14:textId="36A65777" w:rsidR="006A5FF4" w:rsidRPr="00916AEB" w:rsidRDefault="00AC47B7" w:rsidP="006A5FF4">
      <w:pPr>
        <w:pStyle w:val="Heading1"/>
        <w:rPr>
          <w:rFonts w:ascii="Noto Sans Bengali" w:eastAsia="Noto Sans Bengali" w:hAnsi="Noto Sans Bengali"/>
          <w:sz w:val="36"/>
          <w:szCs w:val="40"/>
        </w:rPr>
      </w:pPr>
      <w:bookmarkStart w:id="28" w:name="_Toc235666994"/>
      <w:r w:rsidRPr="00916AEB">
        <w:rPr>
          <w:rFonts w:ascii="Noto Sans Bengali" w:eastAsia="Noto Sans Bengali" w:hAnsi="Noto Sans Bengali"/>
          <w:sz w:val="36"/>
          <w:szCs w:val="40"/>
        </w:rPr>
        <w:t>References</w:t>
      </w:r>
      <w:bookmarkEnd w:id="28"/>
    </w:p>
    <w:p w14:paraId="157A4C35" w14:textId="77777777" w:rsidR="00916AEB" w:rsidRPr="00916AEB" w:rsidRDefault="00916AEB" w:rsidP="00916AEB"/>
    <w:p w14:paraId="35A3B746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[1] M. W. Jaspers, "A comparison of usability methods for testing interactive health technologies: methodological aspects and empirical evidence," </w:t>
      </w:r>
      <w:proofErr w:type="spellStart"/>
      <w:r w:rsidRPr="00916AEB">
        <w:rPr>
          <w:i/>
          <w:iCs/>
          <w:sz w:val="28"/>
          <w:szCs w:val="36"/>
          <w:lang w:val="en-GB"/>
        </w:rPr>
        <w:t>Int.J.Med.Inf</w:t>
      </w:r>
      <w:proofErr w:type="spellEnd"/>
      <w:r w:rsidRPr="00916AEB">
        <w:rPr>
          <w:i/>
          <w:iCs/>
          <w:sz w:val="28"/>
          <w:szCs w:val="36"/>
          <w:lang w:val="en-GB"/>
        </w:rPr>
        <w:t>., </w:t>
      </w:r>
      <w:r w:rsidRPr="00916AEB">
        <w:rPr>
          <w:sz w:val="28"/>
          <w:szCs w:val="36"/>
          <w:lang w:val="en-GB"/>
        </w:rPr>
        <w:t>vol. 78, no. 5, pp.340–353, 2009,</w:t>
      </w:r>
    </w:p>
    <w:p w14:paraId="64BAC9BA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[2] A. Bangor, P. T. Kortum and J. T. Miller, "An empirical evaluation of the system usability scale," vol. 24, no. 6, pp.574–594, 2008,</w:t>
      </w:r>
    </w:p>
    <w:p w14:paraId="6CD9C17B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[3] J. Brooke, "SUS-A quick and dirty usability scale," vol. 189, no. 194, pp.4–7, 1996,</w:t>
      </w:r>
    </w:p>
    <w:p w14:paraId="78E06E83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[4] J. Nielsen, "Usability heuristics for user interface design," 10,</w:t>
      </w:r>
    </w:p>
    <w:p w14:paraId="54FC87E8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 xml:space="preserve">[5] J. Pruitt and J. </w:t>
      </w:r>
      <w:proofErr w:type="spellStart"/>
      <w:r w:rsidRPr="00916AEB">
        <w:rPr>
          <w:sz w:val="28"/>
          <w:szCs w:val="36"/>
          <w:lang w:val="en-GB"/>
        </w:rPr>
        <w:t>Grudin</w:t>
      </w:r>
      <w:proofErr w:type="spellEnd"/>
      <w:r w:rsidRPr="00916AEB">
        <w:rPr>
          <w:sz w:val="28"/>
          <w:szCs w:val="36"/>
          <w:lang w:val="en-GB"/>
        </w:rPr>
        <w:t>, "Personas: practice and theory", in</w:t>
      </w:r>
      <w:r w:rsidRPr="00916AEB">
        <w:rPr>
          <w:i/>
          <w:iCs/>
          <w:sz w:val="28"/>
          <w:szCs w:val="36"/>
          <w:lang w:val="en-GB"/>
        </w:rPr>
        <w:t> Proceedings of the 2003 conference on Designing for user experiences, </w:t>
      </w:r>
      <w:r w:rsidRPr="00916AEB">
        <w:rPr>
          <w:sz w:val="28"/>
          <w:szCs w:val="36"/>
          <w:lang w:val="en-GB"/>
        </w:rPr>
        <w:t>pp. 1–15.</w:t>
      </w:r>
    </w:p>
    <w:p w14:paraId="76F6B3E8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[6] E. C. Anania, J. R. Keebler, K. M. Anglin and J. P. Kring, "Using the cooperative board game pandemic to study teamwork", in</w:t>
      </w:r>
      <w:r w:rsidRPr="00916AEB">
        <w:rPr>
          <w:i/>
          <w:iCs/>
          <w:sz w:val="28"/>
          <w:szCs w:val="36"/>
          <w:lang w:val="en-GB"/>
        </w:rPr>
        <w:t> Proceedings of the Human Factors and Ergonomics Society Annual Meeting, </w:t>
      </w:r>
      <w:r w:rsidRPr="00916AEB">
        <w:rPr>
          <w:sz w:val="28"/>
          <w:szCs w:val="36"/>
          <w:lang w:val="en-GB"/>
        </w:rPr>
        <w:t>pp. 1770–1774.</w:t>
      </w:r>
    </w:p>
    <w:p w14:paraId="7160C94F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[7] M. Hassenzahl, S. Diefenbach and A. Göritz, "Needs, affect, and interactive products–Facets of user experience," </w:t>
      </w:r>
      <w:r w:rsidRPr="00916AEB">
        <w:rPr>
          <w:i/>
          <w:iCs/>
          <w:sz w:val="28"/>
          <w:szCs w:val="36"/>
          <w:lang w:val="en-GB"/>
        </w:rPr>
        <w:t xml:space="preserve">Interact </w:t>
      </w:r>
      <w:proofErr w:type="spellStart"/>
      <w:r w:rsidRPr="00916AEB">
        <w:rPr>
          <w:i/>
          <w:iCs/>
          <w:sz w:val="28"/>
          <w:szCs w:val="36"/>
          <w:lang w:val="en-GB"/>
        </w:rPr>
        <w:t>Comput</w:t>
      </w:r>
      <w:proofErr w:type="spellEnd"/>
      <w:r w:rsidRPr="00916AEB">
        <w:rPr>
          <w:i/>
          <w:iCs/>
          <w:sz w:val="28"/>
          <w:szCs w:val="36"/>
          <w:lang w:val="en-GB"/>
        </w:rPr>
        <w:t>, </w:t>
      </w:r>
      <w:r w:rsidRPr="00916AEB">
        <w:rPr>
          <w:sz w:val="28"/>
          <w:szCs w:val="36"/>
          <w:lang w:val="en-GB"/>
        </w:rPr>
        <w:t>vol. 22, no. 5, pp.353–362, 2010,</w:t>
      </w:r>
    </w:p>
    <w:p w14:paraId="2917C99F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[8] M. W. Jaspers, T. Steen, C. Van Den Bos and M. Geenen, "The think aloud method: a guide to user interface design," </w:t>
      </w:r>
      <w:proofErr w:type="spellStart"/>
      <w:r w:rsidRPr="00916AEB">
        <w:rPr>
          <w:i/>
          <w:iCs/>
          <w:sz w:val="28"/>
          <w:szCs w:val="36"/>
          <w:lang w:val="en-GB"/>
        </w:rPr>
        <w:t>Int.J.Med.Inf</w:t>
      </w:r>
      <w:proofErr w:type="spellEnd"/>
      <w:r w:rsidRPr="00916AEB">
        <w:rPr>
          <w:i/>
          <w:iCs/>
          <w:sz w:val="28"/>
          <w:szCs w:val="36"/>
          <w:lang w:val="en-GB"/>
        </w:rPr>
        <w:t>., </w:t>
      </w:r>
      <w:r w:rsidRPr="00916AEB">
        <w:rPr>
          <w:sz w:val="28"/>
          <w:szCs w:val="36"/>
          <w:lang w:val="en-GB"/>
        </w:rPr>
        <w:t>vol. 73, no. 11-12, pp.781–795, 2004,</w:t>
      </w:r>
    </w:p>
    <w:p w14:paraId="109E9E39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lastRenderedPageBreak/>
        <w:t xml:space="preserve">[9] S. Vítor Philip, "O </w:t>
      </w:r>
      <w:proofErr w:type="spellStart"/>
      <w:r w:rsidRPr="00916AEB">
        <w:rPr>
          <w:sz w:val="28"/>
          <w:szCs w:val="36"/>
          <w:lang w:val="en-GB"/>
        </w:rPr>
        <w:t>Explorador</w:t>
      </w:r>
      <w:proofErr w:type="spellEnd"/>
      <w:r w:rsidRPr="00916AEB">
        <w:rPr>
          <w:sz w:val="28"/>
          <w:szCs w:val="36"/>
          <w:lang w:val="en-GB"/>
        </w:rPr>
        <w:t xml:space="preserve">: </w:t>
      </w:r>
      <w:proofErr w:type="spellStart"/>
      <w:r w:rsidRPr="00916AEB">
        <w:rPr>
          <w:sz w:val="28"/>
          <w:szCs w:val="36"/>
          <w:lang w:val="en-GB"/>
        </w:rPr>
        <w:t>desenvolvimento</w:t>
      </w:r>
      <w:proofErr w:type="spellEnd"/>
      <w:r w:rsidRPr="00916AEB">
        <w:rPr>
          <w:sz w:val="28"/>
          <w:szCs w:val="36"/>
          <w:lang w:val="en-GB"/>
        </w:rPr>
        <w:t xml:space="preserve"> de um </w:t>
      </w:r>
      <w:proofErr w:type="spellStart"/>
      <w:r w:rsidRPr="00916AEB">
        <w:rPr>
          <w:sz w:val="28"/>
          <w:szCs w:val="36"/>
          <w:lang w:val="en-GB"/>
        </w:rPr>
        <w:t>jogo</w:t>
      </w:r>
      <w:proofErr w:type="spellEnd"/>
      <w:r w:rsidRPr="00916AEB">
        <w:rPr>
          <w:sz w:val="28"/>
          <w:szCs w:val="36"/>
          <w:lang w:val="en-GB"/>
        </w:rPr>
        <w:t xml:space="preserve"> mobile audio-first </w:t>
      </w:r>
      <w:proofErr w:type="spellStart"/>
      <w:r w:rsidRPr="00916AEB">
        <w:rPr>
          <w:sz w:val="28"/>
          <w:szCs w:val="36"/>
          <w:lang w:val="en-GB"/>
        </w:rPr>
        <w:t>em</w:t>
      </w:r>
      <w:proofErr w:type="spellEnd"/>
      <w:r w:rsidRPr="00916AEB">
        <w:rPr>
          <w:sz w:val="28"/>
          <w:szCs w:val="36"/>
          <w:lang w:val="en-GB"/>
        </w:rPr>
        <w:t xml:space="preserve"> Unity para </w:t>
      </w:r>
      <w:proofErr w:type="spellStart"/>
      <w:r w:rsidRPr="00916AEB">
        <w:rPr>
          <w:sz w:val="28"/>
          <w:szCs w:val="36"/>
          <w:lang w:val="en-GB"/>
        </w:rPr>
        <w:t>pessoas</w:t>
      </w:r>
      <w:proofErr w:type="spellEnd"/>
      <w:r w:rsidRPr="00916AEB">
        <w:rPr>
          <w:sz w:val="28"/>
          <w:szCs w:val="36"/>
          <w:lang w:val="en-GB"/>
        </w:rPr>
        <w:t xml:space="preserve"> </w:t>
      </w:r>
      <w:proofErr w:type="spellStart"/>
      <w:r w:rsidRPr="00916AEB">
        <w:rPr>
          <w:sz w:val="28"/>
          <w:szCs w:val="36"/>
          <w:lang w:val="en-GB"/>
        </w:rPr>
        <w:t>cegas</w:t>
      </w:r>
      <w:proofErr w:type="spellEnd"/>
      <w:r w:rsidRPr="00916AEB">
        <w:rPr>
          <w:sz w:val="28"/>
          <w:szCs w:val="36"/>
          <w:lang w:val="en-GB"/>
        </w:rPr>
        <w:t xml:space="preserve"> </w:t>
      </w:r>
      <w:proofErr w:type="spellStart"/>
      <w:r w:rsidRPr="00916AEB">
        <w:rPr>
          <w:sz w:val="28"/>
          <w:szCs w:val="36"/>
          <w:lang w:val="en-GB"/>
        </w:rPr>
        <w:t>ou</w:t>
      </w:r>
      <w:proofErr w:type="spellEnd"/>
      <w:r w:rsidRPr="00916AEB">
        <w:rPr>
          <w:sz w:val="28"/>
          <w:szCs w:val="36"/>
          <w:lang w:val="en-GB"/>
        </w:rPr>
        <w:t xml:space="preserve"> com </w:t>
      </w:r>
      <w:proofErr w:type="spellStart"/>
      <w:r w:rsidRPr="00916AEB">
        <w:rPr>
          <w:sz w:val="28"/>
          <w:szCs w:val="36"/>
          <w:lang w:val="en-GB"/>
        </w:rPr>
        <w:t>baixa</w:t>
      </w:r>
      <w:proofErr w:type="spellEnd"/>
      <w:r w:rsidRPr="00916AEB">
        <w:rPr>
          <w:sz w:val="28"/>
          <w:szCs w:val="36"/>
          <w:lang w:val="en-GB"/>
        </w:rPr>
        <w:t xml:space="preserve"> </w:t>
      </w:r>
      <w:proofErr w:type="spellStart"/>
      <w:r w:rsidRPr="00916AEB">
        <w:rPr>
          <w:sz w:val="28"/>
          <w:szCs w:val="36"/>
          <w:lang w:val="en-GB"/>
        </w:rPr>
        <w:t>visão</w:t>
      </w:r>
      <w:proofErr w:type="spellEnd"/>
      <w:r w:rsidRPr="00916AEB">
        <w:rPr>
          <w:sz w:val="28"/>
          <w:szCs w:val="36"/>
          <w:lang w:val="en-GB"/>
        </w:rPr>
        <w:t>," 2026,</w:t>
      </w:r>
    </w:p>
    <w:p w14:paraId="3028B2CC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[10] P. Acosta-Vargas, B. Salvador-Acosta, S. Novillo-Villegas, D. Sarantis and L. Salvador-Ullauri, "Generative artificial intelligence and web accessibility: Towards an inclusive and sustainable future," vol. 8, no. 4, pp.1602–1621, 2024,</w:t>
      </w:r>
    </w:p>
    <w:p w14:paraId="245FF788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[11] A. Norman Donald, </w:t>
      </w:r>
      <w:r w:rsidRPr="00916AEB">
        <w:rPr>
          <w:i/>
          <w:iCs/>
          <w:sz w:val="28"/>
          <w:szCs w:val="36"/>
          <w:lang w:val="en-GB"/>
        </w:rPr>
        <w:t>The design of everyday things, </w:t>
      </w:r>
      <w:r w:rsidRPr="00916AEB">
        <w:rPr>
          <w:sz w:val="28"/>
          <w:szCs w:val="36"/>
          <w:lang w:val="en-GB"/>
        </w:rPr>
        <w:t>MIT Press, 2013.</w:t>
      </w:r>
    </w:p>
    <w:p w14:paraId="10A7D175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[12] J. Nielsen, </w:t>
      </w:r>
      <w:r w:rsidRPr="00916AEB">
        <w:rPr>
          <w:i/>
          <w:iCs/>
          <w:sz w:val="28"/>
          <w:szCs w:val="36"/>
          <w:lang w:val="en-GB"/>
        </w:rPr>
        <w:t>Usability engineering, </w:t>
      </w:r>
      <w:r w:rsidRPr="00916AEB">
        <w:rPr>
          <w:sz w:val="28"/>
          <w:szCs w:val="36"/>
          <w:lang w:val="en-GB"/>
        </w:rPr>
        <w:t>Morgan Kaufmann, 1994.</w:t>
      </w:r>
    </w:p>
    <w:p w14:paraId="111B4010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[13] C. Snyder, </w:t>
      </w:r>
      <w:r w:rsidRPr="00916AEB">
        <w:rPr>
          <w:i/>
          <w:iCs/>
          <w:sz w:val="28"/>
          <w:szCs w:val="36"/>
          <w:lang w:val="en-GB"/>
        </w:rPr>
        <w:t>Paper prototyping: The fast and easy way to design and refine user interfaces, </w:t>
      </w:r>
      <w:r w:rsidRPr="00916AEB">
        <w:rPr>
          <w:sz w:val="28"/>
          <w:szCs w:val="36"/>
          <w:lang w:val="en-GB"/>
        </w:rPr>
        <w:t>Morgan Kaufmann, 2003.</w:t>
      </w:r>
    </w:p>
    <w:p w14:paraId="5D754F06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 xml:space="preserve">[14] J. Lazar, J. H. Feng and H. </w:t>
      </w:r>
      <w:proofErr w:type="spellStart"/>
      <w:proofErr w:type="gramStart"/>
      <w:r w:rsidRPr="00916AEB">
        <w:rPr>
          <w:sz w:val="28"/>
          <w:szCs w:val="36"/>
          <w:lang w:val="en-GB"/>
        </w:rPr>
        <w:t>Hochheiser,</w:t>
      </w:r>
      <w:r w:rsidRPr="00916AEB">
        <w:rPr>
          <w:i/>
          <w:iCs/>
          <w:sz w:val="28"/>
          <w:szCs w:val="36"/>
          <w:lang w:val="en-GB"/>
        </w:rPr>
        <w:t>Research</w:t>
      </w:r>
      <w:proofErr w:type="spellEnd"/>
      <w:proofErr w:type="gramEnd"/>
      <w:r w:rsidRPr="00916AEB">
        <w:rPr>
          <w:i/>
          <w:iCs/>
          <w:sz w:val="28"/>
          <w:szCs w:val="36"/>
          <w:lang w:val="en-GB"/>
        </w:rPr>
        <w:t xml:space="preserve"> methods in human-computer interaction, </w:t>
      </w:r>
      <w:r w:rsidRPr="00916AEB">
        <w:rPr>
          <w:sz w:val="28"/>
          <w:szCs w:val="36"/>
          <w:lang w:val="en-GB"/>
        </w:rPr>
        <w:t>Morgan Kaufmann, 2017.</w:t>
      </w:r>
    </w:p>
    <w:p w14:paraId="78656F45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 xml:space="preserve">[15] J. Pruitt and T. </w:t>
      </w:r>
      <w:proofErr w:type="spellStart"/>
      <w:proofErr w:type="gramStart"/>
      <w:r w:rsidRPr="00916AEB">
        <w:rPr>
          <w:sz w:val="28"/>
          <w:szCs w:val="36"/>
          <w:lang w:val="en-GB"/>
        </w:rPr>
        <w:t>Adlin,</w:t>
      </w:r>
      <w:r w:rsidRPr="00916AEB">
        <w:rPr>
          <w:i/>
          <w:iCs/>
          <w:sz w:val="28"/>
          <w:szCs w:val="36"/>
          <w:lang w:val="en-GB"/>
        </w:rPr>
        <w:t>The</w:t>
      </w:r>
      <w:proofErr w:type="spellEnd"/>
      <w:proofErr w:type="gramEnd"/>
      <w:r w:rsidRPr="00916AEB">
        <w:rPr>
          <w:i/>
          <w:iCs/>
          <w:sz w:val="28"/>
          <w:szCs w:val="36"/>
          <w:lang w:val="en-GB"/>
        </w:rPr>
        <w:t xml:space="preserve"> persona lifecycle: keeping people in mind throughout product design, </w:t>
      </w:r>
      <w:r w:rsidRPr="00916AEB">
        <w:rPr>
          <w:sz w:val="28"/>
          <w:szCs w:val="36"/>
          <w:lang w:val="en-GB"/>
        </w:rPr>
        <w:t>Elsevier, 2010.</w:t>
      </w:r>
    </w:p>
    <w:p w14:paraId="666A9EF4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[16] M. A. Chavarria</w:t>
      </w:r>
      <w:r w:rsidRPr="00916AEB">
        <w:rPr>
          <w:i/>
          <w:iCs/>
          <w:sz w:val="28"/>
          <w:szCs w:val="36"/>
          <w:lang w:val="en-GB"/>
        </w:rPr>
        <w:t> et al.</w:t>
      </w:r>
      <w:proofErr w:type="gramStart"/>
      <w:r w:rsidRPr="00916AEB">
        <w:rPr>
          <w:i/>
          <w:iCs/>
          <w:sz w:val="28"/>
          <w:szCs w:val="36"/>
          <w:lang w:val="en-GB"/>
        </w:rPr>
        <w:t>, </w:t>
      </w:r>
      <w:r w:rsidRPr="00916AEB">
        <w:rPr>
          <w:sz w:val="28"/>
          <w:szCs w:val="36"/>
          <w:lang w:val="en-GB"/>
        </w:rPr>
        <w:t>,</w:t>
      </w:r>
      <w:proofErr w:type="gramEnd"/>
      <w:r w:rsidRPr="00916AEB">
        <w:rPr>
          <w:sz w:val="28"/>
          <w:szCs w:val="36"/>
          <w:lang w:val="en-GB"/>
        </w:rPr>
        <w:t xml:space="preserve"> "Challenges and opportunities of the human-</w:t>
      </w:r>
      <w:proofErr w:type="spellStart"/>
      <w:r w:rsidRPr="00916AEB">
        <w:rPr>
          <w:sz w:val="28"/>
          <w:szCs w:val="36"/>
          <w:lang w:val="en-GB"/>
        </w:rPr>
        <w:t>centered</w:t>
      </w:r>
      <w:proofErr w:type="spellEnd"/>
      <w:r w:rsidRPr="00916AEB">
        <w:rPr>
          <w:sz w:val="28"/>
          <w:szCs w:val="36"/>
          <w:lang w:val="en-GB"/>
        </w:rPr>
        <w:t xml:space="preserve"> design approach: case study development of an assistive device for the navigation of persons with visual impairment," vol. 12, </w:t>
      </w:r>
      <w:proofErr w:type="gramStart"/>
      <w:r w:rsidRPr="00916AEB">
        <w:rPr>
          <w:sz w:val="28"/>
          <w:szCs w:val="36"/>
          <w:lang w:val="en-GB"/>
        </w:rPr>
        <w:t>pp.e</w:t>
      </w:r>
      <w:proofErr w:type="gramEnd"/>
      <w:r w:rsidRPr="00916AEB">
        <w:rPr>
          <w:sz w:val="28"/>
          <w:szCs w:val="36"/>
          <w:lang w:val="en-GB"/>
        </w:rPr>
        <w:t>70694, 2025,</w:t>
      </w:r>
    </w:p>
    <w:p w14:paraId="2360DE45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>[17] Y. Rogers, H. Sharp and J. Preece, "Interaction Design: Beyond Human-Computer Interaction, 6/E." 2023,</w:t>
      </w:r>
    </w:p>
    <w:p w14:paraId="563BB88F" w14:textId="77777777" w:rsidR="006A5FF4" w:rsidRPr="00916AEB" w:rsidRDefault="006A5FF4" w:rsidP="00916AEB">
      <w:pPr>
        <w:spacing w:line="360" w:lineRule="auto"/>
        <w:jc w:val="both"/>
        <w:rPr>
          <w:sz w:val="28"/>
          <w:szCs w:val="36"/>
          <w:lang w:val="en-GB"/>
        </w:rPr>
      </w:pPr>
      <w:r w:rsidRPr="00916AEB">
        <w:rPr>
          <w:sz w:val="28"/>
          <w:szCs w:val="36"/>
          <w:lang w:val="en-GB"/>
        </w:rPr>
        <w:t xml:space="preserve">[18] B. Andrade and M. B. Dodig, "A Gaia‐Inspired Framework for </w:t>
      </w:r>
      <w:proofErr w:type="spellStart"/>
      <w:r w:rsidRPr="00916AEB">
        <w:rPr>
          <w:sz w:val="28"/>
          <w:szCs w:val="36"/>
          <w:lang w:val="en-GB"/>
        </w:rPr>
        <w:t>Geogames</w:t>
      </w:r>
      <w:proofErr w:type="spellEnd"/>
      <w:r w:rsidRPr="00916AEB">
        <w:rPr>
          <w:sz w:val="28"/>
          <w:szCs w:val="36"/>
          <w:lang w:val="en-GB"/>
        </w:rPr>
        <w:t>: Bridging Theory and Practice to Design and Assess Games," vol. 11, 2026,</w:t>
      </w:r>
    </w:p>
    <w:p w14:paraId="24660EC5" w14:textId="0070FA1C" w:rsidR="00154C06" w:rsidRDefault="00154C06" w:rsidP="00381A18">
      <w:pPr>
        <w:spacing w:line="360" w:lineRule="auto"/>
        <w:jc w:val="both"/>
        <w:rPr>
          <w:sz w:val="27"/>
          <w:szCs w:val="32"/>
        </w:rPr>
      </w:pPr>
    </w:p>
    <w:p w14:paraId="1F0CAB3E" w14:textId="4DB9028E" w:rsidR="00154C06" w:rsidRPr="005D2461" w:rsidRDefault="005D2461" w:rsidP="005D2461">
      <w:pPr>
        <w:pStyle w:val="Heading1"/>
      </w:pPr>
      <w:r>
        <w:t xml:space="preserve">                                                                                </w:t>
      </w:r>
      <w:bookmarkStart w:id="29" w:name="_Toc235666995"/>
      <w:r w:rsidR="00154C06" w:rsidRPr="005D2461">
        <w:t>Appendi</w:t>
      </w:r>
      <w:r w:rsidRPr="005D2461">
        <w:t>xes:</w:t>
      </w:r>
      <w:bookmarkEnd w:id="29"/>
    </w:p>
    <w:p w14:paraId="26ECEDF8" w14:textId="77777777" w:rsidR="00986E15" w:rsidRDefault="00986E15" w:rsidP="00381A18">
      <w:pPr>
        <w:spacing w:line="360" w:lineRule="auto"/>
        <w:jc w:val="both"/>
        <w:rPr>
          <w:sz w:val="27"/>
          <w:szCs w:val="32"/>
        </w:rPr>
      </w:pPr>
    </w:p>
    <w:p w14:paraId="323AE322" w14:textId="77777777" w:rsidR="00986E15" w:rsidRDefault="00986E15" w:rsidP="00381A18">
      <w:pPr>
        <w:spacing w:line="360" w:lineRule="auto"/>
        <w:jc w:val="both"/>
        <w:rPr>
          <w:sz w:val="27"/>
          <w:szCs w:val="32"/>
        </w:rPr>
      </w:pPr>
    </w:p>
    <w:p w14:paraId="09B68668" w14:textId="77777777" w:rsidR="00986E15" w:rsidRDefault="00986E15" w:rsidP="00381A18">
      <w:pPr>
        <w:spacing w:line="360" w:lineRule="auto"/>
        <w:jc w:val="both"/>
        <w:rPr>
          <w:sz w:val="27"/>
          <w:szCs w:val="32"/>
        </w:rPr>
      </w:pPr>
    </w:p>
    <w:p w14:paraId="3A4EF922" w14:textId="77777777" w:rsidR="0063468C" w:rsidRPr="00986E15" w:rsidRDefault="0063468C" w:rsidP="0063468C">
      <w:pPr>
        <w:pStyle w:val="Heading1"/>
      </w:pPr>
      <w:bookmarkStart w:id="30" w:name="_Toc235666996"/>
      <w:r w:rsidRPr="00DD0A25">
        <w:rPr>
          <w:rFonts w:ascii="Noto Sans Bengali" w:eastAsia="Noto Sans Bengali" w:hAnsi="Noto Sans Bengali"/>
          <w:sz w:val="36"/>
          <w:szCs w:val="36"/>
        </w:rPr>
        <w:t xml:space="preserve">Appendix 1: </w:t>
      </w:r>
      <w:proofErr w:type="spellStart"/>
      <w:r w:rsidRPr="00986E15">
        <w:rPr>
          <w:rFonts w:ascii="Noto Sans Bengali" w:eastAsia="Noto Sans Bengali" w:hAnsi="Noto Sans Bengali"/>
        </w:rPr>
        <w:t>MoSCoW</w:t>
      </w:r>
      <w:bookmarkEnd w:id="30"/>
      <w:proofErr w:type="spellEnd"/>
      <w:r w:rsidRPr="00986E15">
        <w:rPr>
          <w:rFonts w:ascii="Noto Sans Bengali" w:eastAsia="Noto Sans Bengali" w:hAnsi="Noto Sans Bengali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89"/>
        <w:gridCol w:w="4789"/>
        <w:gridCol w:w="4789"/>
      </w:tblGrid>
      <w:tr w:rsidR="0063468C" w:rsidRPr="00986E15" w14:paraId="5F3CD8CF" w14:textId="77777777" w:rsidTr="00236BEC">
        <w:trPr>
          <w:tblHeader/>
          <w:jc w:val="center"/>
        </w:trPr>
        <w:tc>
          <w:tcPr>
            <w:tcW w:w="4789" w:type="dxa"/>
            <w:shd w:val="clear" w:color="auto" w:fill="D9E1F2"/>
          </w:tcPr>
          <w:p w14:paraId="02B84D6B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 xml:space="preserve">Class </w:t>
            </w:r>
          </w:p>
        </w:tc>
        <w:tc>
          <w:tcPr>
            <w:tcW w:w="4789" w:type="dxa"/>
            <w:shd w:val="clear" w:color="auto" w:fill="D9E1F2"/>
          </w:tcPr>
          <w:p w14:paraId="737EC0F5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Need</w:t>
            </w:r>
          </w:p>
        </w:tc>
        <w:tc>
          <w:tcPr>
            <w:tcW w:w="4789" w:type="dxa"/>
            <w:shd w:val="clear" w:color="auto" w:fill="D9E1F2"/>
          </w:tcPr>
          <w:p w14:paraId="60BD74F6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Importance &amp; why?</w:t>
            </w:r>
          </w:p>
        </w:tc>
      </w:tr>
      <w:tr w:rsidR="0063468C" w:rsidRPr="00986E15" w14:paraId="023AAC2A" w14:textId="77777777" w:rsidTr="00236BEC">
        <w:trPr>
          <w:jc w:val="center"/>
        </w:trPr>
        <w:tc>
          <w:tcPr>
            <w:tcW w:w="4789" w:type="dxa"/>
          </w:tcPr>
          <w:p w14:paraId="3C565611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Must Have</w:t>
            </w:r>
          </w:p>
        </w:tc>
        <w:tc>
          <w:tcPr>
            <w:tcW w:w="4789" w:type="dxa"/>
          </w:tcPr>
          <w:p w14:paraId="57308DFC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Create/join; 2–6 players; role selection; shared objective; map and list; active turn; valid-action guidance; confirmation; communication; pause/reconnect; screen-reader label; scalable text; non-</w:t>
            </w:r>
            <w:proofErr w:type="spellStart"/>
            <w:r w:rsidRPr="00986E15">
              <w:rPr>
                <w:sz w:val="25"/>
                <w:szCs w:val="28"/>
              </w:rPr>
              <w:t>colour</w:t>
            </w:r>
            <w:proofErr w:type="spellEnd"/>
            <w:r w:rsidRPr="00986E15">
              <w:rPr>
                <w:sz w:val="25"/>
                <w:szCs w:val="28"/>
              </w:rPr>
              <w:t xml:space="preserve"> identification; tap alternative; adjustable timer; clear outcome</w:t>
            </w:r>
          </w:p>
        </w:tc>
        <w:tc>
          <w:tcPr>
            <w:tcW w:w="4789" w:type="dxa"/>
          </w:tcPr>
          <w:p w14:paraId="7CC3E525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Main task completion, accessibility is very important for cooperative play.</w:t>
            </w:r>
          </w:p>
        </w:tc>
      </w:tr>
      <w:tr w:rsidR="0063468C" w:rsidRPr="00986E15" w14:paraId="47D467BA" w14:textId="77777777" w:rsidTr="00236BEC">
        <w:trPr>
          <w:jc w:val="center"/>
        </w:trPr>
        <w:tc>
          <w:tcPr>
            <w:tcW w:w="4789" w:type="dxa"/>
          </w:tcPr>
          <w:p w14:paraId="1FEB7424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Should Have</w:t>
            </w:r>
          </w:p>
        </w:tc>
        <w:tc>
          <w:tcPr>
            <w:tcW w:w="4789" w:type="dxa"/>
          </w:tcPr>
          <w:p w14:paraId="26D35B5B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Skippable tutorial; optional suggestion; limited undo; difficulty; reduced motion; high contrast; captions; preview; session duration</w:t>
            </w:r>
          </w:p>
        </w:tc>
        <w:tc>
          <w:tcPr>
            <w:tcW w:w="4789" w:type="dxa"/>
          </w:tcPr>
          <w:p w14:paraId="1564671C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Increase usability and learner confidence.</w:t>
            </w:r>
          </w:p>
        </w:tc>
      </w:tr>
      <w:tr w:rsidR="0063468C" w:rsidRPr="00986E15" w14:paraId="22600DE0" w14:textId="77777777" w:rsidTr="00236BEC">
        <w:trPr>
          <w:jc w:val="center"/>
        </w:trPr>
        <w:tc>
          <w:tcPr>
            <w:tcW w:w="4789" w:type="dxa"/>
          </w:tcPr>
          <w:p w14:paraId="3A9C1A25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Could Have</w:t>
            </w:r>
          </w:p>
        </w:tc>
        <w:tc>
          <w:tcPr>
            <w:tcW w:w="4789" w:type="dxa"/>
          </w:tcPr>
          <w:p w14:paraId="11A3D38A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Solo practice; campus information; haptic feedback; replay history; private invite; Welsh interface; team achievement</w:t>
            </w:r>
          </w:p>
        </w:tc>
        <w:tc>
          <w:tcPr>
            <w:tcW w:w="4789" w:type="dxa"/>
          </w:tcPr>
          <w:p w14:paraId="54F6FD4B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After the first release can add value.</w:t>
            </w:r>
          </w:p>
        </w:tc>
      </w:tr>
      <w:tr w:rsidR="0063468C" w:rsidRPr="00986E15" w14:paraId="3218068E" w14:textId="77777777" w:rsidTr="00236BEC">
        <w:trPr>
          <w:jc w:val="center"/>
        </w:trPr>
        <w:tc>
          <w:tcPr>
            <w:tcW w:w="4789" w:type="dxa"/>
          </w:tcPr>
          <w:p w14:paraId="5A0105DE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Won't Have (first release)</w:t>
            </w:r>
          </w:p>
        </w:tc>
        <w:tc>
          <w:tcPr>
            <w:tcW w:w="4789" w:type="dxa"/>
          </w:tcPr>
          <w:p w14:paraId="744AF807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AR, GPS tracking, stranger chat, real emergency data, in-app purchase, individual leaderboard</w:t>
            </w:r>
          </w:p>
        </w:tc>
        <w:tc>
          <w:tcPr>
            <w:tcW w:w="4789" w:type="dxa"/>
          </w:tcPr>
          <w:p w14:paraId="7B1A1156" w14:textId="77777777" w:rsidR="0063468C" w:rsidRPr="00986E15" w:rsidRDefault="0063468C" w:rsidP="00236BEC">
            <w:pPr>
              <w:spacing w:line="360" w:lineRule="auto"/>
              <w:jc w:val="both"/>
              <w:rPr>
                <w:sz w:val="25"/>
                <w:szCs w:val="28"/>
              </w:rPr>
            </w:pPr>
            <w:r w:rsidRPr="00986E15">
              <w:rPr>
                <w:sz w:val="25"/>
                <w:szCs w:val="28"/>
              </w:rPr>
              <w:t>Save the Scope, privacy, safety and cooperative aim.</w:t>
            </w:r>
          </w:p>
        </w:tc>
      </w:tr>
    </w:tbl>
    <w:p w14:paraId="520D1F6C" w14:textId="77777777" w:rsidR="000A777A" w:rsidRDefault="000A777A" w:rsidP="00936D79">
      <w:pPr>
        <w:pStyle w:val="Heading1"/>
        <w:rPr>
          <w:rFonts w:ascii="Noto Sans Bengali" w:eastAsia="Noto Sans Bengali" w:hAnsi="Noto Sans Bengali"/>
        </w:rPr>
      </w:pPr>
    </w:p>
    <w:p w14:paraId="0355AD3B" w14:textId="77777777" w:rsidR="000A777A" w:rsidRDefault="000A777A" w:rsidP="00936D79">
      <w:pPr>
        <w:pStyle w:val="Heading1"/>
        <w:rPr>
          <w:rFonts w:ascii="Noto Sans Bengali" w:eastAsia="Noto Sans Bengali" w:hAnsi="Noto Sans Bengali"/>
        </w:rPr>
      </w:pPr>
    </w:p>
    <w:p w14:paraId="383436FD" w14:textId="5C7B5AC2" w:rsidR="00936D79" w:rsidRDefault="00936D79" w:rsidP="00936D79">
      <w:pPr>
        <w:pStyle w:val="Heading1"/>
      </w:pPr>
      <w:bookmarkStart w:id="31" w:name="_Toc235666997"/>
      <w:r>
        <w:rPr>
          <w:rFonts w:ascii="Noto Sans Bengali" w:eastAsia="Noto Sans Bengali" w:hAnsi="Noto Sans Bengali"/>
        </w:rPr>
        <w:t xml:space="preserve">Appendix </w:t>
      </w:r>
      <w:r w:rsidR="000F2FBE">
        <w:rPr>
          <w:rFonts w:ascii="Noto Sans Bengali" w:eastAsia="Noto Sans Bengali" w:hAnsi="Noto Sans Bengali"/>
        </w:rPr>
        <w:t>2</w:t>
      </w:r>
      <w:r>
        <w:rPr>
          <w:rFonts w:ascii="Noto Sans Bengali" w:eastAsia="Noto Sans Bengali" w:hAnsi="Noto Sans Bengali"/>
        </w:rPr>
        <w:t>.</w:t>
      </w:r>
      <w:r w:rsidR="000F2FBE">
        <w:rPr>
          <w:rFonts w:ascii="Noto Sans Bengali" w:eastAsia="Noto Sans Bengali" w:hAnsi="Noto Sans Bengali"/>
        </w:rPr>
        <w:t xml:space="preserve"> </w:t>
      </w:r>
      <w:r w:rsidR="00857BF2">
        <w:rPr>
          <w:rFonts w:ascii="Noto Sans Bengali" w:eastAsia="Noto Sans Bengali" w:hAnsi="Noto Sans Bengali"/>
        </w:rPr>
        <w:t>F</w:t>
      </w:r>
      <w:r w:rsidR="000F2FBE">
        <w:rPr>
          <w:rFonts w:ascii="Noto Sans Bengali" w:eastAsia="Noto Sans Bengali" w:hAnsi="Noto Sans Bengali"/>
        </w:rPr>
        <w:t xml:space="preserve">ull </w:t>
      </w:r>
      <w:r>
        <w:rPr>
          <w:rFonts w:ascii="Noto Sans Bengali" w:eastAsia="Noto Sans Bengali" w:hAnsi="Noto Sans Bengali"/>
        </w:rPr>
        <w:t>Low-Fidelity Wireframe Storyboard</w:t>
      </w:r>
      <w:r w:rsidR="00D63A1A">
        <w:rPr>
          <w:rFonts w:ascii="Segoe UI Emoji" w:eastAsia="Segoe UI Emoji" w:hAnsi="Segoe UI Emoji" w:cs="Segoe UI Emoji"/>
        </w:rPr>
        <w:t>(A).</w:t>
      </w:r>
      <w:bookmarkEnd w:id="31"/>
    </w:p>
    <w:p w14:paraId="462E6532" w14:textId="72F3D09B" w:rsidR="00936D79" w:rsidRDefault="00936D79" w:rsidP="00936D79"/>
    <w:p w14:paraId="7CED0E78" w14:textId="21EB6771" w:rsidR="00936D79" w:rsidRDefault="001951A8" w:rsidP="00936D79">
      <w:pPr>
        <w:jc w:val="center"/>
        <w:rPr>
          <w:sz w:val="25"/>
          <w:szCs w:val="28"/>
        </w:rPr>
      </w:pPr>
      <w:r w:rsidRPr="001951A8">
        <w:rPr>
          <w:noProof/>
          <w:sz w:val="25"/>
          <w:szCs w:val="28"/>
        </w:rPr>
        <w:drawing>
          <wp:inline distT="0" distB="0" distL="0" distR="0" wp14:anchorId="5EEC1FBC" wp14:editId="49A72140">
            <wp:extent cx="9122410" cy="5076825"/>
            <wp:effectExtent l="0" t="0" r="2540" b="9525"/>
            <wp:docPr id="951486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48641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22410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FB816" w14:textId="77777777" w:rsidR="00A146C7" w:rsidRDefault="00A146C7" w:rsidP="00936D79">
      <w:pPr>
        <w:jc w:val="center"/>
        <w:rPr>
          <w:sz w:val="25"/>
          <w:szCs w:val="28"/>
        </w:rPr>
      </w:pPr>
    </w:p>
    <w:p w14:paraId="2212C0A1" w14:textId="7D47ACAC" w:rsidR="00282AF1" w:rsidRPr="00F83637" w:rsidRDefault="00155AE1" w:rsidP="00F83637">
      <w:pPr>
        <w:jc w:val="center"/>
        <w:rPr>
          <w:sz w:val="25"/>
          <w:szCs w:val="28"/>
        </w:rPr>
      </w:pPr>
      <w:r>
        <w:rPr>
          <w:sz w:val="25"/>
          <w:szCs w:val="28"/>
        </w:rPr>
        <w:lastRenderedPageBreak/>
        <w:t>Entrance accessibility setting</w:t>
      </w:r>
      <w:r w:rsidR="00DF0226">
        <w:rPr>
          <w:sz w:val="25"/>
          <w:szCs w:val="28"/>
        </w:rPr>
        <w:t xml:space="preserve">, game </w:t>
      </w:r>
      <w:r w:rsidR="008E46C0">
        <w:rPr>
          <w:sz w:val="25"/>
          <w:szCs w:val="28"/>
        </w:rPr>
        <w:t>creation</w:t>
      </w:r>
      <w:r w:rsidR="00DF0226">
        <w:rPr>
          <w:sz w:val="25"/>
          <w:szCs w:val="28"/>
        </w:rPr>
        <w:t>/</w:t>
      </w:r>
      <w:r w:rsidR="008E46C0">
        <w:rPr>
          <w:sz w:val="25"/>
          <w:szCs w:val="28"/>
        </w:rPr>
        <w:t>join. Lobby and role selection flo</w:t>
      </w:r>
      <w:r w:rsidR="006B0234">
        <w:rPr>
          <w:sz w:val="25"/>
          <w:szCs w:val="28"/>
        </w:rPr>
        <w:t>w (Story Board A).</w:t>
      </w:r>
    </w:p>
    <w:p w14:paraId="61D9E25B" w14:textId="77777777" w:rsidR="00A146C7" w:rsidRPr="00F546C0" w:rsidRDefault="00A146C7" w:rsidP="00936D79">
      <w:pPr>
        <w:jc w:val="center"/>
        <w:rPr>
          <w:sz w:val="25"/>
          <w:szCs w:val="28"/>
        </w:rPr>
      </w:pPr>
    </w:p>
    <w:p w14:paraId="4FBAE32D" w14:textId="77777777" w:rsidR="00442385" w:rsidRDefault="00936D79" w:rsidP="00B96314">
      <w:r>
        <w:br w:type="page"/>
      </w:r>
      <w:r w:rsidR="00B2056A" w:rsidRPr="00B2056A">
        <w:rPr>
          <w:noProof/>
        </w:rPr>
        <w:lastRenderedPageBreak/>
        <w:drawing>
          <wp:inline distT="0" distB="0" distL="0" distR="0" wp14:anchorId="26675A2D" wp14:editId="616426B4">
            <wp:extent cx="9122410" cy="6359525"/>
            <wp:effectExtent l="0" t="0" r="2540" b="3175"/>
            <wp:docPr id="8944056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40564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22410" cy="635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8711E" w14:textId="61F971B2" w:rsidR="008E46C0" w:rsidRDefault="004E54E9" w:rsidP="00B96314">
      <w:r>
        <w:t xml:space="preserve">Mock Live </w:t>
      </w:r>
      <w:r w:rsidR="006E206D">
        <w:t>Gaming Image</w:t>
      </w:r>
      <w:r>
        <w:t>.</w:t>
      </w:r>
    </w:p>
    <w:p w14:paraId="48BBDBF2" w14:textId="77777777" w:rsidR="007A11E2" w:rsidRDefault="007A11E2" w:rsidP="00B96314"/>
    <w:p w14:paraId="6856B150" w14:textId="32204F04" w:rsidR="005B6007" w:rsidRDefault="005A3678" w:rsidP="00CB3C9F">
      <w:bookmarkStart w:id="32" w:name="_Toc235662968"/>
      <w:r w:rsidRPr="005A3678">
        <w:rPr>
          <w:noProof/>
        </w:rPr>
        <w:drawing>
          <wp:inline distT="0" distB="0" distL="0" distR="0" wp14:anchorId="017E7863" wp14:editId="28F32535">
            <wp:extent cx="9344025" cy="4498240"/>
            <wp:effectExtent l="0" t="0" r="0" b="0"/>
            <wp:docPr id="14687938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79383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394097" cy="45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2"/>
    </w:p>
    <w:p w14:paraId="49ABF0E7" w14:textId="5A82750B" w:rsidR="005B6007" w:rsidRPr="00B061DC" w:rsidRDefault="003C0A39" w:rsidP="005B6007">
      <w:pPr>
        <w:rPr>
          <w:b/>
          <w:bCs/>
          <w:sz w:val="27"/>
          <w:szCs w:val="32"/>
        </w:rPr>
      </w:pPr>
      <w:r>
        <w:rPr>
          <w:b/>
          <w:bCs/>
          <w:sz w:val="27"/>
          <w:szCs w:val="32"/>
        </w:rPr>
        <w:t xml:space="preserve">                                                              </w:t>
      </w:r>
      <w:r w:rsidR="005B6007" w:rsidRPr="00B061DC">
        <w:rPr>
          <w:b/>
          <w:bCs/>
          <w:sz w:val="27"/>
          <w:szCs w:val="32"/>
        </w:rPr>
        <w:t>Main Mobile Screen Design</w:t>
      </w:r>
      <w:r w:rsidR="00B061DC" w:rsidRPr="00B061DC">
        <w:rPr>
          <w:b/>
          <w:bCs/>
          <w:sz w:val="27"/>
          <w:szCs w:val="32"/>
        </w:rPr>
        <w:t>.</w:t>
      </w:r>
    </w:p>
    <w:p w14:paraId="11ABB2C5" w14:textId="77777777" w:rsidR="005A3678" w:rsidRDefault="005A3678" w:rsidP="00936D79">
      <w:pPr>
        <w:pStyle w:val="Heading1"/>
        <w:rPr>
          <w:rFonts w:ascii="Noto Sans Bengali" w:eastAsia="Noto Sans Bengali" w:hAnsi="Noto Sans Bengali"/>
        </w:rPr>
      </w:pPr>
    </w:p>
    <w:p w14:paraId="1A698DC1" w14:textId="03B91008" w:rsidR="00936D79" w:rsidRDefault="00936D79" w:rsidP="00936D79">
      <w:pPr>
        <w:pStyle w:val="Heading1"/>
      </w:pPr>
      <w:bookmarkStart w:id="33" w:name="_Toc235666998"/>
      <w:r>
        <w:rPr>
          <w:rFonts w:ascii="Noto Sans Bengali" w:eastAsia="Noto Sans Bengali" w:hAnsi="Noto Sans Bengali"/>
        </w:rPr>
        <w:t xml:space="preserve">Appendix </w:t>
      </w:r>
      <w:r w:rsidR="00517C17">
        <w:rPr>
          <w:rFonts w:ascii="Noto Sans Bengali" w:eastAsia="Noto Sans Bengali" w:hAnsi="Noto Sans Bengali"/>
        </w:rPr>
        <w:t>3</w:t>
      </w:r>
      <w:r>
        <w:rPr>
          <w:rFonts w:ascii="Noto Sans Bengali" w:eastAsia="Noto Sans Bengali" w:hAnsi="Noto Sans Bengali"/>
        </w:rPr>
        <w:t xml:space="preserve">: </w:t>
      </w:r>
      <w:r w:rsidR="00517C17">
        <w:rPr>
          <w:rFonts w:ascii="Noto Sans Bengali" w:eastAsia="Noto Sans Bengali" w:hAnsi="Noto Sans Bengali"/>
        </w:rPr>
        <w:t xml:space="preserve">Full </w:t>
      </w:r>
      <w:r>
        <w:rPr>
          <w:rFonts w:ascii="Noto Sans Bengali" w:eastAsia="Noto Sans Bengali" w:hAnsi="Noto Sans Bengali"/>
        </w:rPr>
        <w:t>Low-Fidelity Wireframe Storyboard</w:t>
      </w:r>
      <w:r w:rsidR="00A7283F">
        <w:rPr>
          <w:rFonts w:ascii="Noto Sans Bengali" w:eastAsia="Noto Sans Bengali" w:hAnsi="Noto Sans Bengali"/>
        </w:rPr>
        <w:t xml:space="preserve"> (B)</w:t>
      </w:r>
      <w:bookmarkEnd w:id="33"/>
    </w:p>
    <w:p w14:paraId="5E6FEF4A" w14:textId="229F6E83" w:rsidR="00936D79" w:rsidRDefault="00125C5C" w:rsidP="00936D79">
      <w:r w:rsidRPr="00125C5C">
        <w:rPr>
          <w:noProof/>
        </w:rPr>
        <w:drawing>
          <wp:inline distT="0" distB="0" distL="0" distR="0" wp14:anchorId="595F5AB9" wp14:editId="07BF8F31">
            <wp:extent cx="9122410" cy="5086350"/>
            <wp:effectExtent l="0" t="0" r="2540" b="0"/>
            <wp:docPr id="16179447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4475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122410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BE358" w14:textId="22AD42C7" w:rsidR="00936D79" w:rsidRPr="00B061DC" w:rsidRDefault="00936D79" w:rsidP="00936D79">
      <w:pPr>
        <w:jc w:val="center"/>
        <w:rPr>
          <w:sz w:val="31"/>
          <w:szCs w:val="40"/>
        </w:rPr>
      </w:pPr>
      <w:r w:rsidRPr="00B061DC">
        <w:rPr>
          <w:b/>
          <w:sz w:val="28"/>
          <w:szCs w:val="40"/>
        </w:rPr>
        <w:t xml:space="preserve">Role preview, </w:t>
      </w:r>
      <w:r w:rsidR="00125C5C" w:rsidRPr="00B061DC">
        <w:rPr>
          <w:b/>
          <w:sz w:val="28"/>
          <w:szCs w:val="40"/>
        </w:rPr>
        <w:t>three step tutorial</w:t>
      </w:r>
      <w:r w:rsidRPr="00B061DC">
        <w:rPr>
          <w:b/>
          <w:sz w:val="28"/>
          <w:szCs w:val="40"/>
        </w:rPr>
        <w:t xml:space="preserve"> </w:t>
      </w:r>
      <w:r w:rsidR="00B061DC" w:rsidRPr="00B061DC">
        <w:rPr>
          <w:b/>
          <w:sz w:val="28"/>
          <w:szCs w:val="40"/>
        </w:rPr>
        <w:t>and main</w:t>
      </w:r>
      <w:r w:rsidRPr="00B061DC">
        <w:rPr>
          <w:b/>
          <w:sz w:val="28"/>
          <w:szCs w:val="40"/>
        </w:rPr>
        <w:t xml:space="preserve"> map</w:t>
      </w:r>
      <w:r w:rsidR="00D63A1A">
        <w:rPr>
          <w:b/>
          <w:sz w:val="28"/>
          <w:szCs w:val="40"/>
        </w:rPr>
        <w:t>.</w:t>
      </w:r>
    </w:p>
    <w:p w14:paraId="1F8D6B4E" w14:textId="77777777" w:rsidR="00936D79" w:rsidRDefault="00936D79" w:rsidP="00936D79">
      <w:r>
        <w:br w:type="page"/>
      </w:r>
    </w:p>
    <w:p w14:paraId="0F5A5BFE" w14:textId="10938F28" w:rsidR="00936D79" w:rsidRDefault="00936D79" w:rsidP="00936D79">
      <w:pPr>
        <w:pStyle w:val="Heading1"/>
      </w:pPr>
      <w:bookmarkStart w:id="34" w:name="_Toc235666999"/>
      <w:r>
        <w:rPr>
          <w:rFonts w:ascii="Noto Sans Bengali" w:eastAsia="Noto Sans Bengali" w:hAnsi="Noto Sans Bengali"/>
        </w:rPr>
        <w:lastRenderedPageBreak/>
        <w:t xml:space="preserve">Appendix </w:t>
      </w:r>
      <w:r w:rsidR="00EA7C33">
        <w:rPr>
          <w:rFonts w:ascii="Noto Sans Bengali" w:eastAsia="Noto Sans Bengali" w:hAnsi="Noto Sans Bengali"/>
        </w:rPr>
        <w:t>4</w:t>
      </w:r>
      <w:r>
        <w:rPr>
          <w:rFonts w:ascii="Noto Sans Bengali" w:eastAsia="Noto Sans Bengali" w:hAnsi="Noto Sans Bengali"/>
        </w:rPr>
        <w:t xml:space="preserve">: </w:t>
      </w:r>
      <w:r w:rsidR="00FF35AF">
        <w:rPr>
          <w:rFonts w:ascii="Noto Sans Bengali" w:eastAsia="Noto Sans Bengali" w:hAnsi="Noto Sans Bengali"/>
        </w:rPr>
        <w:t>Full Low</w:t>
      </w:r>
      <w:r>
        <w:rPr>
          <w:rFonts w:ascii="Noto Sans Bengali" w:eastAsia="Noto Sans Bengali" w:hAnsi="Noto Sans Bengali"/>
        </w:rPr>
        <w:t>-Fidelity Wireframe Storyboard</w:t>
      </w:r>
      <w:r w:rsidR="000E7831">
        <w:rPr>
          <w:rFonts w:ascii="Noto Sans Bengali" w:eastAsia="Noto Sans Bengali" w:hAnsi="Noto Sans Bengali"/>
        </w:rPr>
        <w:t>(C)</w:t>
      </w:r>
      <w:bookmarkEnd w:id="34"/>
    </w:p>
    <w:p w14:paraId="1887CBC9" w14:textId="0A04DA6F" w:rsidR="00936D79" w:rsidRDefault="00B17DDF" w:rsidP="00936D79">
      <w:r w:rsidRPr="00B17DDF">
        <w:rPr>
          <w:noProof/>
        </w:rPr>
        <w:drawing>
          <wp:inline distT="0" distB="0" distL="0" distR="0" wp14:anchorId="773C84CD" wp14:editId="45146603">
            <wp:extent cx="9122410" cy="4916170"/>
            <wp:effectExtent l="0" t="0" r="2540" b="0"/>
            <wp:docPr id="3529733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97333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22410" cy="491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18D73" w14:textId="48ECAB2E" w:rsidR="00936D79" w:rsidRDefault="00F16252" w:rsidP="00936D79">
      <w:pPr>
        <w:jc w:val="center"/>
      </w:pPr>
      <w:r w:rsidRPr="00545659">
        <w:rPr>
          <w:b/>
          <w:sz w:val="24"/>
          <w:szCs w:val="32"/>
        </w:rPr>
        <w:t xml:space="preserve">Starting from </w:t>
      </w:r>
      <w:r w:rsidR="00936D79" w:rsidRPr="00545659">
        <w:rPr>
          <w:b/>
          <w:sz w:val="24"/>
          <w:szCs w:val="32"/>
        </w:rPr>
        <w:t>Campus status</w:t>
      </w:r>
      <w:r w:rsidRPr="00545659">
        <w:rPr>
          <w:b/>
          <w:sz w:val="24"/>
          <w:szCs w:val="32"/>
        </w:rPr>
        <w:t>,</w:t>
      </w:r>
      <w:r w:rsidR="00936D79" w:rsidRPr="00545659">
        <w:rPr>
          <w:b/>
          <w:sz w:val="24"/>
          <w:szCs w:val="32"/>
        </w:rPr>
        <w:t xml:space="preserve"> action confirmation, event </w:t>
      </w:r>
      <w:r w:rsidRPr="00545659">
        <w:rPr>
          <w:b/>
          <w:sz w:val="24"/>
          <w:szCs w:val="32"/>
        </w:rPr>
        <w:t>and</w:t>
      </w:r>
      <w:r w:rsidR="00936D79" w:rsidRPr="00545659">
        <w:rPr>
          <w:b/>
          <w:sz w:val="24"/>
          <w:szCs w:val="32"/>
        </w:rPr>
        <w:t xml:space="preserve"> turn summary </w:t>
      </w:r>
      <w:r w:rsidR="00545659" w:rsidRPr="00545659">
        <w:rPr>
          <w:b/>
          <w:sz w:val="24"/>
          <w:szCs w:val="32"/>
        </w:rPr>
        <w:t>a complete turn.</w:t>
      </w:r>
    </w:p>
    <w:p w14:paraId="4CBC4DCB" w14:textId="77777777" w:rsidR="00936D79" w:rsidRDefault="00936D79" w:rsidP="00936D79">
      <w:r>
        <w:br w:type="page"/>
      </w:r>
    </w:p>
    <w:p w14:paraId="6F01367E" w14:textId="023F3165" w:rsidR="00936D79" w:rsidRDefault="00936D79" w:rsidP="00936D79">
      <w:pPr>
        <w:pStyle w:val="Heading1"/>
      </w:pPr>
      <w:bookmarkStart w:id="35" w:name="_Toc235667000"/>
      <w:r>
        <w:rPr>
          <w:rFonts w:ascii="Noto Sans Bengali" w:eastAsia="Noto Sans Bengali" w:hAnsi="Noto Sans Bengali"/>
        </w:rPr>
        <w:lastRenderedPageBreak/>
        <w:t xml:space="preserve">Appendix </w:t>
      </w:r>
      <w:r w:rsidR="00EA7C33">
        <w:rPr>
          <w:rFonts w:ascii="Noto Sans Bengali" w:eastAsia="Noto Sans Bengali" w:hAnsi="Noto Sans Bengali"/>
        </w:rPr>
        <w:t>5</w:t>
      </w:r>
      <w:r>
        <w:rPr>
          <w:rFonts w:ascii="Noto Sans Bengali" w:eastAsia="Noto Sans Bengali" w:hAnsi="Noto Sans Bengali"/>
        </w:rPr>
        <w:t xml:space="preserve">: </w:t>
      </w:r>
      <w:r w:rsidR="00755591">
        <w:rPr>
          <w:rFonts w:ascii="Noto Sans Bengali" w:eastAsia="Noto Sans Bengali" w:hAnsi="Noto Sans Bengali"/>
        </w:rPr>
        <w:t>Full Low</w:t>
      </w:r>
      <w:r>
        <w:rPr>
          <w:rFonts w:ascii="Noto Sans Bengali" w:eastAsia="Noto Sans Bengali" w:hAnsi="Noto Sans Bengali"/>
        </w:rPr>
        <w:t>-Fidelity Wireframe Storyboard</w:t>
      </w:r>
      <w:r w:rsidR="00F671D5">
        <w:rPr>
          <w:rFonts w:ascii="Noto Sans Bengali" w:eastAsia="Noto Sans Bengali" w:hAnsi="Noto Sans Bengali"/>
        </w:rPr>
        <w:t xml:space="preserve"> (D)</w:t>
      </w:r>
      <w:bookmarkEnd w:id="35"/>
    </w:p>
    <w:p w14:paraId="1C946022" w14:textId="4ECE528C" w:rsidR="00936D79" w:rsidRDefault="00303F95" w:rsidP="00936D79">
      <w:r w:rsidRPr="00303F95">
        <w:rPr>
          <w:noProof/>
        </w:rPr>
        <w:drawing>
          <wp:inline distT="0" distB="0" distL="0" distR="0" wp14:anchorId="5C41A225" wp14:editId="49B71A28">
            <wp:extent cx="9122410" cy="5128895"/>
            <wp:effectExtent l="0" t="0" r="2540" b="0"/>
            <wp:docPr id="1355920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92054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122410" cy="512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8C29C" w14:textId="44CFB19B" w:rsidR="00936D79" w:rsidRDefault="00936D79" w:rsidP="00936D79">
      <w:pPr>
        <w:jc w:val="center"/>
      </w:pPr>
      <w:r>
        <w:rPr>
          <w:b/>
          <w:sz w:val="18"/>
        </w:rPr>
        <w:t xml:space="preserve">Team status, quick message, proposal </w:t>
      </w:r>
      <w:r w:rsidR="00303F95">
        <w:rPr>
          <w:b/>
          <w:sz w:val="18"/>
        </w:rPr>
        <w:t xml:space="preserve">and </w:t>
      </w:r>
      <w:r>
        <w:rPr>
          <w:b/>
          <w:sz w:val="18"/>
        </w:rPr>
        <w:t>card sharing</w:t>
      </w:r>
      <w:r w:rsidR="00174AF3">
        <w:rPr>
          <w:b/>
          <w:sz w:val="18"/>
        </w:rPr>
        <w:t xml:space="preserve"> </w:t>
      </w:r>
      <w:r>
        <w:rPr>
          <w:b/>
          <w:sz w:val="18"/>
        </w:rPr>
        <w:t>collaborative flow</w:t>
      </w:r>
      <w:r w:rsidR="00174AF3">
        <w:rPr>
          <w:b/>
          <w:sz w:val="18"/>
        </w:rPr>
        <w:t>.</w:t>
      </w:r>
    </w:p>
    <w:p w14:paraId="338E8E60" w14:textId="77777777" w:rsidR="00936D79" w:rsidRDefault="00936D79" w:rsidP="00936D79">
      <w:r>
        <w:br w:type="page"/>
      </w:r>
    </w:p>
    <w:p w14:paraId="7EF8B916" w14:textId="046BD6C4" w:rsidR="00936D79" w:rsidRDefault="00936D79" w:rsidP="00936D79">
      <w:pPr>
        <w:pStyle w:val="Heading1"/>
      </w:pPr>
      <w:bookmarkStart w:id="36" w:name="_Toc235667001"/>
      <w:r>
        <w:rPr>
          <w:rFonts w:ascii="Noto Sans Bengali" w:eastAsia="Noto Sans Bengali" w:hAnsi="Noto Sans Bengali"/>
        </w:rPr>
        <w:lastRenderedPageBreak/>
        <w:t xml:space="preserve">Appendix </w:t>
      </w:r>
      <w:r w:rsidR="00755591">
        <w:rPr>
          <w:rFonts w:ascii="Noto Sans Bengali" w:eastAsia="Noto Sans Bengali" w:hAnsi="Noto Sans Bengali"/>
        </w:rPr>
        <w:t>6</w:t>
      </w:r>
      <w:r>
        <w:rPr>
          <w:rFonts w:ascii="Noto Sans Bengali" w:eastAsia="Noto Sans Bengali" w:hAnsi="Noto Sans Bengali"/>
        </w:rPr>
        <w:t xml:space="preserve">: </w:t>
      </w:r>
      <w:r w:rsidR="00FD4601">
        <w:rPr>
          <w:rFonts w:ascii="Noto Sans Bengali" w:eastAsia="Noto Sans Bengali" w:hAnsi="Noto Sans Bengali"/>
        </w:rPr>
        <w:t>Full Low</w:t>
      </w:r>
      <w:r>
        <w:rPr>
          <w:rFonts w:ascii="Noto Sans Bengali" w:eastAsia="Noto Sans Bengali" w:hAnsi="Noto Sans Bengali"/>
        </w:rPr>
        <w:t>-Fidelity Wireframe Storyboard</w:t>
      </w:r>
      <w:r w:rsidR="00520C8A">
        <w:rPr>
          <w:rFonts w:ascii="Noto Sans Bengali" w:eastAsia="Noto Sans Bengali" w:hAnsi="Noto Sans Bengali"/>
        </w:rPr>
        <w:t xml:space="preserve"> (E).</w:t>
      </w:r>
      <w:bookmarkEnd w:id="36"/>
    </w:p>
    <w:p w14:paraId="26E18B63" w14:textId="2F8CFFB2" w:rsidR="00936D79" w:rsidRDefault="005D6DF8" w:rsidP="00936D79">
      <w:r w:rsidRPr="005D6DF8">
        <w:rPr>
          <w:noProof/>
        </w:rPr>
        <w:drawing>
          <wp:inline distT="0" distB="0" distL="0" distR="0" wp14:anchorId="4F3A2F7F" wp14:editId="035205F3">
            <wp:extent cx="9122410" cy="5480050"/>
            <wp:effectExtent l="0" t="0" r="2540" b="6350"/>
            <wp:docPr id="13893234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32345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122410" cy="548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D1B53" w14:textId="054F71B3" w:rsidR="00936D79" w:rsidRDefault="00936D79" w:rsidP="00936D79">
      <w:pPr>
        <w:jc w:val="center"/>
      </w:pPr>
      <w:r>
        <w:rPr>
          <w:b/>
          <w:sz w:val="18"/>
        </w:rPr>
        <w:t xml:space="preserve">Map alternative, contextual explanation, pause </w:t>
      </w:r>
      <w:proofErr w:type="gramStart"/>
      <w:r w:rsidR="00B724BD">
        <w:rPr>
          <w:b/>
          <w:sz w:val="18"/>
        </w:rPr>
        <w:t xml:space="preserve">and </w:t>
      </w:r>
      <w:r>
        <w:rPr>
          <w:b/>
          <w:sz w:val="18"/>
        </w:rPr>
        <w:t xml:space="preserve"> connection</w:t>
      </w:r>
      <w:proofErr w:type="gramEnd"/>
      <w:r>
        <w:rPr>
          <w:b/>
          <w:sz w:val="18"/>
        </w:rPr>
        <w:t xml:space="preserve"> recovery flow</w:t>
      </w:r>
      <w:r w:rsidR="00C13EE8">
        <w:rPr>
          <w:b/>
          <w:sz w:val="18"/>
        </w:rPr>
        <w:t>.</w:t>
      </w:r>
    </w:p>
    <w:p w14:paraId="4CFE0822" w14:textId="77777777" w:rsidR="00936D79" w:rsidRDefault="00936D79" w:rsidP="00936D79">
      <w:r>
        <w:br w:type="page"/>
      </w:r>
    </w:p>
    <w:p w14:paraId="488AD70B" w14:textId="2DA33764" w:rsidR="00936D79" w:rsidRDefault="00936D79" w:rsidP="00936D79">
      <w:pPr>
        <w:pStyle w:val="Heading1"/>
      </w:pPr>
      <w:bookmarkStart w:id="37" w:name="_Toc235667002"/>
      <w:r>
        <w:rPr>
          <w:rFonts w:ascii="Noto Sans Bengali" w:eastAsia="Noto Sans Bengali" w:hAnsi="Noto Sans Bengali"/>
        </w:rPr>
        <w:lastRenderedPageBreak/>
        <w:t xml:space="preserve">Appendix </w:t>
      </w:r>
      <w:r w:rsidR="00755591">
        <w:rPr>
          <w:rFonts w:ascii="Noto Sans Bengali" w:eastAsia="Noto Sans Bengali" w:hAnsi="Noto Sans Bengali"/>
        </w:rPr>
        <w:t>7</w:t>
      </w:r>
      <w:r>
        <w:rPr>
          <w:rFonts w:ascii="Noto Sans Bengali" w:eastAsia="Noto Sans Bengali" w:hAnsi="Noto Sans Bengali"/>
        </w:rPr>
        <w:t xml:space="preserve">: </w:t>
      </w:r>
      <w:r w:rsidR="00755591">
        <w:rPr>
          <w:rFonts w:ascii="Noto Sans Bengali" w:eastAsia="Noto Sans Bengali" w:hAnsi="Noto Sans Bengali"/>
        </w:rPr>
        <w:t>Full</w:t>
      </w:r>
      <w:r>
        <w:rPr>
          <w:rFonts w:ascii="Noto Sans Bengali" w:eastAsia="Noto Sans Bengali" w:hAnsi="Noto Sans Bengali"/>
        </w:rPr>
        <w:t xml:space="preserve"> Low-Fidelity Wireframe Storyboard</w:t>
      </w:r>
      <w:r w:rsidR="00B22270">
        <w:rPr>
          <w:rFonts w:ascii="Noto Sans Bengali" w:eastAsia="Noto Sans Bengali" w:hAnsi="Noto Sans Bengali"/>
        </w:rPr>
        <w:t xml:space="preserve"> (F)</w:t>
      </w:r>
      <w:bookmarkEnd w:id="37"/>
    </w:p>
    <w:p w14:paraId="1168A0E8" w14:textId="590F006B" w:rsidR="00936D79" w:rsidRDefault="00754914" w:rsidP="00936D79">
      <w:r w:rsidRPr="00754914">
        <w:rPr>
          <w:noProof/>
        </w:rPr>
        <w:drawing>
          <wp:inline distT="0" distB="0" distL="0" distR="0" wp14:anchorId="2F8FFEF6" wp14:editId="7C5B12C3">
            <wp:extent cx="9122410" cy="5128895"/>
            <wp:effectExtent l="0" t="0" r="2540" b="0"/>
            <wp:docPr id="1191967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96702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122410" cy="512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1FE56" w14:textId="77777777" w:rsidR="00427EFF" w:rsidRPr="00232593" w:rsidRDefault="00427EFF" w:rsidP="00936D79">
      <w:pPr>
        <w:rPr>
          <w:sz w:val="32"/>
          <w:szCs w:val="32"/>
        </w:rPr>
      </w:pPr>
    </w:p>
    <w:p w14:paraId="346D955A" w14:textId="405D9820" w:rsidR="00427EFF" w:rsidRPr="00232593" w:rsidRDefault="00936D79" w:rsidP="00D07A16">
      <w:pPr>
        <w:jc w:val="center"/>
        <w:rPr>
          <w:b/>
          <w:sz w:val="28"/>
          <w:szCs w:val="32"/>
        </w:rPr>
      </w:pPr>
      <w:r w:rsidRPr="00232593">
        <w:rPr>
          <w:b/>
          <w:sz w:val="28"/>
          <w:szCs w:val="32"/>
        </w:rPr>
        <w:t xml:space="preserve">Collective victory, explanatory defeat </w:t>
      </w:r>
      <w:r w:rsidR="00C13EE8" w:rsidRPr="00232593">
        <w:rPr>
          <w:b/>
          <w:sz w:val="28"/>
          <w:szCs w:val="32"/>
        </w:rPr>
        <w:t xml:space="preserve">and </w:t>
      </w:r>
      <w:r w:rsidRPr="00232593">
        <w:rPr>
          <w:b/>
          <w:sz w:val="28"/>
          <w:szCs w:val="32"/>
        </w:rPr>
        <w:t>non-competitive team contribution summary</w:t>
      </w:r>
      <w:r w:rsidR="00C13EE8" w:rsidRPr="00232593">
        <w:rPr>
          <w:b/>
          <w:sz w:val="28"/>
          <w:szCs w:val="32"/>
        </w:rPr>
        <w:t>.</w:t>
      </w:r>
    </w:p>
    <w:p w14:paraId="0EB4BE85" w14:textId="77777777" w:rsidR="00232593" w:rsidRDefault="00232593" w:rsidP="009A0239">
      <w:pPr>
        <w:pStyle w:val="Heading1"/>
        <w:rPr>
          <w:rFonts w:ascii="Noto Sans Bengali" w:eastAsia="Noto Sans Bengali" w:hAnsi="Noto Sans Bengali"/>
        </w:rPr>
      </w:pPr>
    </w:p>
    <w:p w14:paraId="4E6C1F1B" w14:textId="0C7F368F" w:rsidR="009A0239" w:rsidRDefault="00232593" w:rsidP="009A0239">
      <w:pPr>
        <w:pStyle w:val="Heading1"/>
      </w:pPr>
      <w:r>
        <w:rPr>
          <w:rFonts w:ascii="Noto Sans Bengali" w:eastAsia="Noto Sans Bengali" w:hAnsi="Noto Sans Bengali"/>
        </w:rPr>
        <w:t xml:space="preserve">                                   </w:t>
      </w:r>
      <w:bookmarkStart w:id="38" w:name="_Toc235667003"/>
      <w:r w:rsidR="009A0239">
        <w:rPr>
          <w:rFonts w:ascii="Noto Sans Bengali" w:eastAsia="Noto Sans Bengali" w:hAnsi="Noto Sans Bengali"/>
        </w:rPr>
        <w:t xml:space="preserve">Appendix </w:t>
      </w:r>
      <w:r>
        <w:rPr>
          <w:rFonts w:ascii="Noto Sans Bengali" w:eastAsia="Noto Sans Bengali" w:hAnsi="Noto Sans Bengali"/>
        </w:rPr>
        <w:t>8</w:t>
      </w:r>
      <w:r w:rsidR="009A0239">
        <w:rPr>
          <w:rFonts w:ascii="Noto Sans Bengali" w:eastAsia="Noto Sans Bengali" w:hAnsi="Noto Sans Bengali"/>
        </w:rPr>
        <w:t>: Survey questionaries and users’ responding record.</w:t>
      </w:r>
      <w:bookmarkEnd w:id="38"/>
    </w:p>
    <w:p w14:paraId="7BD15A29" w14:textId="77777777" w:rsidR="009A0239" w:rsidRDefault="009A0239" w:rsidP="009A0239"/>
    <w:p w14:paraId="297CC651" w14:textId="77777777" w:rsidR="009A0239" w:rsidRDefault="009A0239" w:rsidP="009A0239"/>
    <w:p w14:paraId="32D0C8CD" w14:textId="66734874" w:rsidR="009A0239" w:rsidRDefault="00232593" w:rsidP="009A0239">
      <w:r>
        <w:t xml:space="preserve">                                      </w:t>
      </w:r>
      <w:hyperlink r:id="rId19" w:history="1">
        <w:r w:rsidRPr="00595288">
          <w:rPr>
            <w:rStyle w:val="Hyperlink"/>
          </w:rPr>
          <w:t>https://docs.google.com/forms/d/e/1FAIpQLScD40x7LDEuqOxnBj6xXS5ty8AQ7ePfvWv263eGdB1YdiATQQ/viewform?usp=pp_url</w:t>
        </w:r>
      </w:hyperlink>
    </w:p>
    <w:p w14:paraId="0EB41CDE" w14:textId="77777777" w:rsidR="009A0239" w:rsidRDefault="009A0239" w:rsidP="009A0239">
      <w:r w:rsidRPr="00273A1F">
        <w:rPr>
          <w:noProof/>
        </w:rPr>
        <w:lastRenderedPageBreak/>
        <w:drawing>
          <wp:inline distT="0" distB="0" distL="0" distR="0" wp14:anchorId="69A72F30" wp14:editId="4DCA2A31">
            <wp:extent cx="8601075" cy="6836410"/>
            <wp:effectExtent l="0" t="0" r="9525" b="2540"/>
            <wp:docPr id="11420394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31601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601075" cy="683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43390" w14:textId="77777777" w:rsidR="009A0239" w:rsidRDefault="009A0239" w:rsidP="009A0239">
      <w:r w:rsidRPr="00442385">
        <w:rPr>
          <w:noProof/>
        </w:rPr>
        <w:lastRenderedPageBreak/>
        <w:drawing>
          <wp:inline distT="0" distB="0" distL="0" distR="0" wp14:anchorId="5FC166E6" wp14:editId="1995823D">
            <wp:extent cx="8763000" cy="6836410"/>
            <wp:effectExtent l="0" t="0" r="0" b="2540"/>
            <wp:docPr id="1956578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905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763000" cy="683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7FAD6A8" w14:textId="77777777" w:rsidR="009A0239" w:rsidRDefault="009A0239" w:rsidP="009A0239">
      <w:r w:rsidRPr="00436B07">
        <w:rPr>
          <w:noProof/>
        </w:rPr>
        <w:lastRenderedPageBreak/>
        <w:drawing>
          <wp:inline distT="0" distB="0" distL="0" distR="0" wp14:anchorId="17B21B3B" wp14:editId="26CB5B56">
            <wp:extent cx="8484398" cy="6836083"/>
            <wp:effectExtent l="0" t="0" r="0" b="3175"/>
            <wp:docPr id="1018094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74108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518398" cy="686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9BF7A" w14:textId="77777777" w:rsidR="009A0239" w:rsidRDefault="009A0239" w:rsidP="009A0239">
      <w:r w:rsidRPr="00357A46">
        <w:rPr>
          <w:noProof/>
        </w:rPr>
        <w:lastRenderedPageBreak/>
        <w:drawing>
          <wp:inline distT="0" distB="0" distL="0" distR="0" wp14:anchorId="627BAEDB" wp14:editId="3DF005BD">
            <wp:extent cx="8391525" cy="8728710"/>
            <wp:effectExtent l="0" t="0" r="9525" b="0"/>
            <wp:docPr id="147139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166024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398940" cy="8736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379FE" w14:textId="77777777" w:rsidR="009A0239" w:rsidRDefault="009A0239" w:rsidP="009A0239">
      <w:r w:rsidRPr="007E3562">
        <w:rPr>
          <w:noProof/>
        </w:rPr>
        <w:lastRenderedPageBreak/>
        <w:drawing>
          <wp:inline distT="0" distB="0" distL="0" distR="0" wp14:anchorId="3C18F901" wp14:editId="251570EF">
            <wp:extent cx="8420100" cy="6836410"/>
            <wp:effectExtent l="0" t="0" r="0" b="2540"/>
            <wp:docPr id="10518455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28503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420100" cy="683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BFAD7" w14:textId="77777777" w:rsidR="009A0239" w:rsidRDefault="009A0239" w:rsidP="009A0239">
      <w:r w:rsidRPr="006B6FFC">
        <w:rPr>
          <w:noProof/>
        </w:rPr>
        <w:lastRenderedPageBreak/>
        <w:drawing>
          <wp:inline distT="0" distB="0" distL="0" distR="0" wp14:anchorId="429A44EF" wp14:editId="335362EF">
            <wp:extent cx="5773420" cy="6836410"/>
            <wp:effectExtent l="0" t="0" r="0" b="2540"/>
            <wp:docPr id="17052203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096848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73420" cy="683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2BD5C" w14:textId="77777777" w:rsidR="009A0239" w:rsidRDefault="009A0239" w:rsidP="009A0239">
      <w:r w:rsidRPr="003B6435">
        <w:rPr>
          <w:noProof/>
        </w:rPr>
        <w:lastRenderedPageBreak/>
        <w:drawing>
          <wp:inline distT="0" distB="0" distL="0" distR="0" wp14:anchorId="21074A0F" wp14:editId="2FB0F61F">
            <wp:extent cx="5353685" cy="6836410"/>
            <wp:effectExtent l="0" t="0" r="0" b="2540"/>
            <wp:docPr id="14950446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99633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683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6197A" w14:textId="77777777" w:rsidR="009A0239" w:rsidRDefault="009A0239" w:rsidP="00D07A16">
      <w:pPr>
        <w:jc w:val="center"/>
      </w:pPr>
    </w:p>
    <w:p w14:paraId="6B077F2D" w14:textId="77777777" w:rsidR="00427EFF" w:rsidRPr="00106CB5" w:rsidRDefault="00427EFF" w:rsidP="00427EFF">
      <w:pPr>
        <w:pStyle w:val="Heading2"/>
        <w:rPr>
          <w:sz w:val="27"/>
          <w:szCs w:val="32"/>
        </w:rPr>
      </w:pPr>
    </w:p>
    <w:p w14:paraId="53379E0A" w14:textId="77777777" w:rsidR="00427EFF" w:rsidRDefault="00427EFF" w:rsidP="00936D79">
      <w:pPr>
        <w:sectPr w:rsidR="00427EFF" w:rsidSect="00936D79">
          <w:pgSz w:w="15840" w:h="12240" w:orient="landscape"/>
          <w:pgMar w:top="737" w:right="737" w:bottom="737" w:left="737" w:header="720" w:footer="720" w:gutter="0"/>
          <w:cols w:space="720"/>
          <w:docGrid w:linePitch="360"/>
        </w:sectPr>
      </w:pPr>
    </w:p>
    <w:p w14:paraId="39A7175C" w14:textId="2322A578" w:rsidR="00FA1945" w:rsidRDefault="00FA1945">
      <w:pPr>
        <w:ind w:left="340" w:hanging="340"/>
      </w:pPr>
    </w:p>
    <w:sectPr w:rsidR="00FA1945" w:rsidSect="00034616">
      <w:footerReference w:type="default" r:id="rId27"/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8B498" w14:textId="77777777" w:rsidR="009517EE" w:rsidRDefault="009517EE">
      <w:pPr>
        <w:spacing w:after="0" w:line="240" w:lineRule="auto"/>
      </w:pPr>
      <w:r>
        <w:separator/>
      </w:r>
    </w:p>
  </w:endnote>
  <w:endnote w:type="continuationSeparator" w:id="0">
    <w:p w14:paraId="27FBBEC7" w14:textId="77777777" w:rsidR="009517EE" w:rsidRDefault="00951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Noto Sans Bengali">
    <w:altName w:val="Cambria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42EDA" w14:textId="2C3D0537" w:rsidR="00FA1945" w:rsidRDefault="009517EE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372FE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41ECC" w14:textId="77777777" w:rsidR="009517EE" w:rsidRDefault="009517EE">
      <w:pPr>
        <w:spacing w:after="0" w:line="240" w:lineRule="auto"/>
      </w:pPr>
      <w:r>
        <w:separator/>
      </w:r>
    </w:p>
  </w:footnote>
  <w:footnote w:type="continuationSeparator" w:id="0">
    <w:p w14:paraId="5878E2F1" w14:textId="77777777" w:rsidR="009517EE" w:rsidRDefault="009517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D2581B4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9" w15:restartNumberingAfterBreak="0">
    <w:nsid w:val="006C4CDF"/>
    <w:multiLevelType w:val="hybridMultilevel"/>
    <w:tmpl w:val="8408C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31024F"/>
    <w:multiLevelType w:val="hybridMultilevel"/>
    <w:tmpl w:val="9EEC58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C90D41"/>
    <w:multiLevelType w:val="hybridMultilevel"/>
    <w:tmpl w:val="61520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30221"/>
    <w:multiLevelType w:val="hybridMultilevel"/>
    <w:tmpl w:val="C9F42E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8A1697"/>
    <w:multiLevelType w:val="hybridMultilevel"/>
    <w:tmpl w:val="AB30E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B08C1"/>
    <w:multiLevelType w:val="hybridMultilevel"/>
    <w:tmpl w:val="EF807F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B4289C"/>
    <w:multiLevelType w:val="hybridMultilevel"/>
    <w:tmpl w:val="240068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A1915"/>
    <w:multiLevelType w:val="hybridMultilevel"/>
    <w:tmpl w:val="8C087E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C12D47"/>
    <w:multiLevelType w:val="hybridMultilevel"/>
    <w:tmpl w:val="7BA009D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2363E2"/>
    <w:multiLevelType w:val="hybridMultilevel"/>
    <w:tmpl w:val="3634AF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737437">
    <w:abstractNumId w:val="8"/>
  </w:num>
  <w:num w:numId="2" w16cid:durableId="521282487">
    <w:abstractNumId w:val="6"/>
  </w:num>
  <w:num w:numId="3" w16cid:durableId="392891783">
    <w:abstractNumId w:val="5"/>
  </w:num>
  <w:num w:numId="4" w16cid:durableId="438526959">
    <w:abstractNumId w:val="4"/>
  </w:num>
  <w:num w:numId="5" w16cid:durableId="1472938574">
    <w:abstractNumId w:val="7"/>
  </w:num>
  <w:num w:numId="6" w16cid:durableId="2006199862">
    <w:abstractNumId w:val="3"/>
  </w:num>
  <w:num w:numId="7" w16cid:durableId="1718503270">
    <w:abstractNumId w:val="2"/>
  </w:num>
  <w:num w:numId="8" w16cid:durableId="1598908039">
    <w:abstractNumId w:val="1"/>
  </w:num>
  <w:num w:numId="9" w16cid:durableId="1781531653">
    <w:abstractNumId w:val="0"/>
  </w:num>
  <w:num w:numId="10" w16cid:durableId="2036465733">
    <w:abstractNumId w:val="18"/>
  </w:num>
  <w:num w:numId="11" w16cid:durableId="1736464760">
    <w:abstractNumId w:val="13"/>
  </w:num>
  <w:num w:numId="12" w16cid:durableId="365178077">
    <w:abstractNumId w:val="16"/>
  </w:num>
  <w:num w:numId="13" w16cid:durableId="1986814980">
    <w:abstractNumId w:val="15"/>
  </w:num>
  <w:num w:numId="14" w16cid:durableId="1336879169">
    <w:abstractNumId w:val="17"/>
  </w:num>
  <w:num w:numId="15" w16cid:durableId="1286496639">
    <w:abstractNumId w:val="9"/>
  </w:num>
  <w:num w:numId="16" w16cid:durableId="1523199865">
    <w:abstractNumId w:val="10"/>
  </w:num>
  <w:num w:numId="17" w16cid:durableId="656230424">
    <w:abstractNumId w:val="12"/>
  </w:num>
  <w:num w:numId="18" w16cid:durableId="1131555028">
    <w:abstractNumId w:val="11"/>
  </w:num>
  <w:num w:numId="19" w16cid:durableId="8488359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0FBD"/>
    <w:rsid w:val="00001738"/>
    <w:rsid w:val="00001DD1"/>
    <w:rsid w:val="0000276A"/>
    <w:rsid w:val="000036C9"/>
    <w:rsid w:val="0001120F"/>
    <w:rsid w:val="0001217A"/>
    <w:rsid w:val="00013BBE"/>
    <w:rsid w:val="00015CF6"/>
    <w:rsid w:val="000224EF"/>
    <w:rsid w:val="0002317D"/>
    <w:rsid w:val="00023B8A"/>
    <w:rsid w:val="000243FA"/>
    <w:rsid w:val="0002561E"/>
    <w:rsid w:val="00027D0B"/>
    <w:rsid w:val="00027E4B"/>
    <w:rsid w:val="00030664"/>
    <w:rsid w:val="0003239C"/>
    <w:rsid w:val="000339A6"/>
    <w:rsid w:val="00034616"/>
    <w:rsid w:val="00035524"/>
    <w:rsid w:val="000448C2"/>
    <w:rsid w:val="0004498A"/>
    <w:rsid w:val="00046226"/>
    <w:rsid w:val="00046827"/>
    <w:rsid w:val="00046E77"/>
    <w:rsid w:val="00050612"/>
    <w:rsid w:val="0005061C"/>
    <w:rsid w:val="000506DD"/>
    <w:rsid w:val="000512EC"/>
    <w:rsid w:val="00051FDC"/>
    <w:rsid w:val="00052D87"/>
    <w:rsid w:val="0005517A"/>
    <w:rsid w:val="00056611"/>
    <w:rsid w:val="0005685F"/>
    <w:rsid w:val="0006063C"/>
    <w:rsid w:val="00065CFA"/>
    <w:rsid w:val="000660BB"/>
    <w:rsid w:val="00066BCE"/>
    <w:rsid w:val="00066D3E"/>
    <w:rsid w:val="00067AD3"/>
    <w:rsid w:val="00067FE7"/>
    <w:rsid w:val="000707F4"/>
    <w:rsid w:val="00073750"/>
    <w:rsid w:val="00075519"/>
    <w:rsid w:val="00075952"/>
    <w:rsid w:val="0008097C"/>
    <w:rsid w:val="000810B0"/>
    <w:rsid w:val="00081F93"/>
    <w:rsid w:val="00083402"/>
    <w:rsid w:val="0008508C"/>
    <w:rsid w:val="00085448"/>
    <w:rsid w:val="00085AA2"/>
    <w:rsid w:val="00085C26"/>
    <w:rsid w:val="000861FF"/>
    <w:rsid w:val="000908AE"/>
    <w:rsid w:val="00094C72"/>
    <w:rsid w:val="00095F7A"/>
    <w:rsid w:val="000979B6"/>
    <w:rsid w:val="000A4C98"/>
    <w:rsid w:val="000A5261"/>
    <w:rsid w:val="000A6C40"/>
    <w:rsid w:val="000A777A"/>
    <w:rsid w:val="000B202E"/>
    <w:rsid w:val="000B36FC"/>
    <w:rsid w:val="000B3AD2"/>
    <w:rsid w:val="000B4352"/>
    <w:rsid w:val="000C4498"/>
    <w:rsid w:val="000C521E"/>
    <w:rsid w:val="000C5956"/>
    <w:rsid w:val="000C6485"/>
    <w:rsid w:val="000C7202"/>
    <w:rsid w:val="000D024C"/>
    <w:rsid w:val="000D07D2"/>
    <w:rsid w:val="000D0A83"/>
    <w:rsid w:val="000D3F61"/>
    <w:rsid w:val="000D5F2F"/>
    <w:rsid w:val="000D643E"/>
    <w:rsid w:val="000E1923"/>
    <w:rsid w:val="000E260F"/>
    <w:rsid w:val="000E2A45"/>
    <w:rsid w:val="000E3128"/>
    <w:rsid w:val="000E342D"/>
    <w:rsid w:val="000E5C6D"/>
    <w:rsid w:val="000E7831"/>
    <w:rsid w:val="000F0D1A"/>
    <w:rsid w:val="000F2FBE"/>
    <w:rsid w:val="000F5436"/>
    <w:rsid w:val="000F563B"/>
    <w:rsid w:val="000F5D0B"/>
    <w:rsid w:val="0010301C"/>
    <w:rsid w:val="001046A2"/>
    <w:rsid w:val="00106CB5"/>
    <w:rsid w:val="00107C27"/>
    <w:rsid w:val="00110E0F"/>
    <w:rsid w:val="00111468"/>
    <w:rsid w:val="001125D4"/>
    <w:rsid w:val="001129CA"/>
    <w:rsid w:val="00125483"/>
    <w:rsid w:val="001255FC"/>
    <w:rsid w:val="00125C5C"/>
    <w:rsid w:val="001269DC"/>
    <w:rsid w:val="00131BA0"/>
    <w:rsid w:val="001362F2"/>
    <w:rsid w:val="00137F28"/>
    <w:rsid w:val="00140294"/>
    <w:rsid w:val="00143132"/>
    <w:rsid w:val="001441CA"/>
    <w:rsid w:val="00145AD4"/>
    <w:rsid w:val="0015074B"/>
    <w:rsid w:val="00150D42"/>
    <w:rsid w:val="00152471"/>
    <w:rsid w:val="00153A33"/>
    <w:rsid w:val="00154C06"/>
    <w:rsid w:val="00154F7A"/>
    <w:rsid w:val="00155AE1"/>
    <w:rsid w:val="00161218"/>
    <w:rsid w:val="00164467"/>
    <w:rsid w:val="00166BF5"/>
    <w:rsid w:val="00170782"/>
    <w:rsid w:val="00171F7F"/>
    <w:rsid w:val="00172A5A"/>
    <w:rsid w:val="0017347F"/>
    <w:rsid w:val="00174295"/>
    <w:rsid w:val="001747DC"/>
    <w:rsid w:val="00174AF3"/>
    <w:rsid w:val="001754E0"/>
    <w:rsid w:val="0017753B"/>
    <w:rsid w:val="0017782F"/>
    <w:rsid w:val="00181DE3"/>
    <w:rsid w:val="00185169"/>
    <w:rsid w:val="00185C85"/>
    <w:rsid w:val="00187BFC"/>
    <w:rsid w:val="001903B5"/>
    <w:rsid w:val="00190915"/>
    <w:rsid w:val="0019335F"/>
    <w:rsid w:val="00193F76"/>
    <w:rsid w:val="00194F8D"/>
    <w:rsid w:val="001951A8"/>
    <w:rsid w:val="001A0CF0"/>
    <w:rsid w:val="001A4D8D"/>
    <w:rsid w:val="001A4EFF"/>
    <w:rsid w:val="001A6537"/>
    <w:rsid w:val="001B14B1"/>
    <w:rsid w:val="001B23E1"/>
    <w:rsid w:val="001B61F7"/>
    <w:rsid w:val="001B69BC"/>
    <w:rsid w:val="001B7986"/>
    <w:rsid w:val="001C0CD1"/>
    <w:rsid w:val="001C2DF6"/>
    <w:rsid w:val="001C35D9"/>
    <w:rsid w:val="001C45F4"/>
    <w:rsid w:val="001C4AED"/>
    <w:rsid w:val="001C6D0A"/>
    <w:rsid w:val="001D024E"/>
    <w:rsid w:val="001D0FF0"/>
    <w:rsid w:val="001D195B"/>
    <w:rsid w:val="001D1CBF"/>
    <w:rsid w:val="001D3279"/>
    <w:rsid w:val="001D5ED2"/>
    <w:rsid w:val="001D602E"/>
    <w:rsid w:val="001E297A"/>
    <w:rsid w:val="001E65DD"/>
    <w:rsid w:val="001E67B2"/>
    <w:rsid w:val="001E6EE1"/>
    <w:rsid w:val="001E7D32"/>
    <w:rsid w:val="001F04BF"/>
    <w:rsid w:val="001F0D32"/>
    <w:rsid w:val="001F472D"/>
    <w:rsid w:val="001F4C81"/>
    <w:rsid w:val="00200825"/>
    <w:rsid w:val="00200F1D"/>
    <w:rsid w:val="00202E1F"/>
    <w:rsid w:val="00203BC3"/>
    <w:rsid w:val="0020670A"/>
    <w:rsid w:val="00206ED4"/>
    <w:rsid w:val="00213040"/>
    <w:rsid w:val="00213404"/>
    <w:rsid w:val="0021391F"/>
    <w:rsid w:val="0021770D"/>
    <w:rsid w:val="002178A5"/>
    <w:rsid w:val="00221F10"/>
    <w:rsid w:val="00222BA9"/>
    <w:rsid w:val="002252AC"/>
    <w:rsid w:val="00232593"/>
    <w:rsid w:val="00232638"/>
    <w:rsid w:val="00233B14"/>
    <w:rsid w:val="002360B9"/>
    <w:rsid w:val="00237B57"/>
    <w:rsid w:val="00237BCC"/>
    <w:rsid w:val="0024030B"/>
    <w:rsid w:val="00241B24"/>
    <w:rsid w:val="002428E6"/>
    <w:rsid w:val="00243C66"/>
    <w:rsid w:val="00244E5D"/>
    <w:rsid w:val="0024621A"/>
    <w:rsid w:val="00250DE4"/>
    <w:rsid w:val="00251626"/>
    <w:rsid w:val="00252B93"/>
    <w:rsid w:val="00252D94"/>
    <w:rsid w:val="002569C7"/>
    <w:rsid w:val="00256EFD"/>
    <w:rsid w:val="00257447"/>
    <w:rsid w:val="0026024A"/>
    <w:rsid w:val="00272B7E"/>
    <w:rsid w:val="002738FB"/>
    <w:rsid w:val="00273A1F"/>
    <w:rsid w:val="00273A96"/>
    <w:rsid w:val="002742E5"/>
    <w:rsid w:val="0027475B"/>
    <w:rsid w:val="00275751"/>
    <w:rsid w:val="0027720C"/>
    <w:rsid w:val="00281239"/>
    <w:rsid w:val="002813D6"/>
    <w:rsid w:val="0028189C"/>
    <w:rsid w:val="00281DBF"/>
    <w:rsid w:val="00282991"/>
    <w:rsid w:val="00282AF1"/>
    <w:rsid w:val="00284DE1"/>
    <w:rsid w:val="0028554A"/>
    <w:rsid w:val="00290A6D"/>
    <w:rsid w:val="002919F7"/>
    <w:rsid w:val="00292275"/>
    <w:rsid w:val="00293B88"/>
    <w:rsid w:val="00294625"/>
    <w:rsid w:val="0029639D"/>
    <w:rsid w:val="002A22E8"/>
    <w:rsid w:val="002A2A60"/>
    <w:rsid w:val="002A5118"/>
    <w:rsid w:val="002A54A6"/>
    <w:rsid w:val="002B0642"/>
    <w:rsid w:val="002B123F"/>
    <w:rsid w:val="002B1492"/>
    <w:rsid w:val="002B4430"/>
    <w:rsid w:val="002B4D94"/>
    <w:rsid w:val="002B685E"/>
    <w:rsid w:val="002B7FB6"/>
    <w:rsid w:val="002C15A7"/>
    <w:rsid w:val="002C28E1"/>
    <w:rsid w:val="002C4D56"/>
    <w:rsid w:val="002C67EE"/>
    <w:rsid w:val="002C73DB"/>
    <w:rsid w:val="002D4E50"/>
    <w:rsid w:val="002D53B0"/>
    <w:rsid w:val="002E7835"/>
    <w:rsid w:val="002F06CC"/>
    <w:rsid w:val="002F1044"/>
    <w:rsid w:val="002F4D0F"/>
    <w:rsid w:val="003008DB"/>
    <w:rsid w:val="00300905"/>
    <w:rsid w:val="00303F95"/>
    <w:rsid w:val="00305821"/>
    <w:rsid w:val="003068E3"/>
    <w:rsid w:val="00307CCA"/>
    <w:rsid w:val="003124F3"/>
    <w:rsid w:val="00312EF7"/>
    <w:rsid w:val="003141A4"/>
    <w:rsid w:val="00325FEA"/>
    <w:rsid w:val="00326F90"/>
    <w:rsid w:val="003306C3"/>
    <w:rsid w:val="00332C79"/>
    <w:rsid w:val="00340584"/>
    <w:rsid w:val="00340AF0"/>
    <w:rsid w:val="00344439"/>
    <w:rsid w:val="003459F0"/>
    <w:rsid w:val="003515F0"/>
    <w:rsid w:val="003550A8"/>
    <w:rsid w:val="00357A46"/>
    <w:rsid w:val="003616F0"/>
    <w:rsid w:val="003619EE"/>
    <w:rsid w:val="003626CC"/>
    <w:rsid w:val="0036375D"/>
    <w:rsid w:val="003640D6"/>
    <w:rsid w:val="00365579"/>
    <w:rsid w:val="00365FD2"/>
    <w:rsid w:val="00372AA8"/>
    <w:rsid w:val="00372FEE"/>
    <w:rsid w:val="003746A2"/>
    <w:rsid w:val="003749BB"/>
    <w:rsid w:val="00374CB4"/>
    <w:rsid w:val="0037692E"/>
    <w:rsid w:val="00381A18"/>
    <w:rsid w:val="0038224B"/>
    <w:rsid w:val="00383240"/>
    <w:rsid w:val="003844BB"/>
    <w:rsid w:val="003859D8"/>
    <w:rsid w:val="00390FAA"/>
    <w:rsid w:val="003918D9"/>
    <w:rsid w:val="00391DC3"/>
    <w:rsid w:val="00393181"/>
    <w:rsid w:val="003957DC"/>
    <w:rsid w:val="00396A59"/>
    <w:rsid w:val="003A02C9"/>
    <w:rsid w:val="003A153C"/>
    <w:rsid w:val="003A3FD9"/>
    <w:rsid w:val="003A5B2B"/>
    <w:rsid w:val="003B1CB1"/>
    <w:rsid w:val="003B2714"/>
    <w:rsid w:val="003B6435"/>
    <w:rsid w:val="003C0A39"/>
    <w:rsid w:val="003C291D"/>
    <w:rsid w:val="003C3D3B"/>
    <w:rsid w:val="003C48B2"/>
    <w:rsid w:val="003D0422"/>
    <w:rsid w:val="003D0A83"/>
    <w:rsid w:val="003D1BFF"/>
    <w:rsid w:val="003D1CD1"/>
    <w:rsid w:val="003D2373"/>
    <w:rsid w:val="003D4E39"/>
    <w:rsid w:val="003D7CA3"/>
    <w:rsid w:val="003E07EF"/>
    <w:rsid w:val="003E39BF"/>
    <w:rsid w:val="003E48DB"/>
    <w:rsid w:val="003E7358"/>
    <w:rsid w:val="003F4F11"/>
    <w:rsid w:val="004008A0"/>
    <w:rsid w:val="0040469E"/>
    <w:rsid w:val="0040547C"/>
    <w:rsid w:val="00407CC5"/>
    <w:rsid w:val="00411B10"/>
    <w:rsid w:val="0041748D"/>
    <w:rsid w:val="004178F7"/>
    <w:rsid w:val="00417A49"/>
    <w:rsid w:val="00421328"/>
    <w:rsid w:val="00422947"/>
    <w:rsid w:val="00423527"/>
    <w:rsid w:val="004236E6"/>
    <w:rsid w:val="00424317"/>
    <w:rsid w:val="00424565"/>
    <w:rsid w:val="00424867"/>
    <w:rsid w:val="00424E29"/>
    <w:rsid w:val="0042594D"/>
    <w:rsid w:val="004277E0"/>
    <w:rsid w:val="00427EFF"/>
    <w:rsid w:val="00430481"/>
    <w:rsid w:val="00432EF0"/>
    <w:rsid w:val="00433B8B"/>
    <w:rsid w:val="00435334"/>
    <w:rsid w:val="00436B07"/>
    <w:rsid w:val="00436EA2"/>
    <w:rsid w:val="0043775F"/>
    <w:rsid w:val="00440D9B"/>
    <w:rsid w:val="00442385"/>
    <w:rsid w:val="00443F28"/>
    <w:rsid w:val="00444913"/>
    <w:rsid w:val="00445406"/>
    <w:rsid w:val="0044547F"/>
    <w:rsid w:val="00447DEF"/>
    <w:rsid w:val="00447E6E"/>
    <w:rsid w:val="00451D73"/>
    <w:rsid w:val="0045245A"/>
    <w:rsid w:val="00454327"/>
    <w:rsid w:val="00455CD7"/>
    <w:rsid w:val="004570D0"/>
    <w:rsid w:val="004571DC"/>
    <w:rsid w:val="00460DFC"/>
    <w:rsid w:val="0046180C"/>
    <w:rsid w:val="00463987"/>
    <w:rsid w:val="00470B79"/>
    <w:rsid w:val="004712DC"/>
    <w:rsid w:val="00471D42"/>
    <w:rsid w:val="00472AD8"/>
    <w:rsid w:val="00473EF1"/>
    <w:rsid w:val="00476EB1"/>
    <w:rsid w:val="004815DB"/>
    <w:rsid w:val="00481ED1"/>
    <w:rsid w:val="00482BC4"/>
    <w:rsid w:val="00484C67"/>
    <w:rsid w:val="00490279"/>
    <w:rsid w:val="004912FB"/>
    <w:rsid w:val="00494639"/>
    <w:rsid w:val="00494ED4"/>
    <w:rsid w:val="00495C78"/>
    <w:rsid w:val="004A1027"/>
    <w:rsid w:val="004A1383"/>
    <w:rsid w:val="004A1DF1"/>
    <w:rsid w:val="004A324C"/>
    <w:rsid w:val="004B18FA"/>
    <w:rsid w:val="004B1F74"/>
    <w:rsid w:val="004B33A5"/>
    <w:rsid w:val="004B46B5"/>
    <w:rsid w:val="004B46BA"/>
    <w:rsid w:val="004B5BBE"/>
    <w:rsid w:val="004D03FE"/>
    <w:rsid w:val="004D5C7F"/>
    <w:rsid w:val="004E2E9A"/>
    <w:rsid w:val="004E3E20"/>
    <w:rsid w:val="004E530E"/>
    <w:rsid w:val="004E54CF"/>
    <w:rsid w:val="004E54E9"/>
    <w:rsid w:val="004F5402"/>
    <w:rsid w:val="004F62EB"/>
    <w:rsid w:val="004F665F"/>
    <w:rsid w:val="004F6BC2"/>
    <w:rsid w:val="0050028F"/>
    <w:rsid w:val="00501C07"/>
    <w:rsid w:val="00502857"/>
    <w:rsid w:val="00503D70"/>
    <w:rsid w:val="00504D80"/>
    <w:rsid w:val="00505E5D"/>
    <w:rsid w:val="00506F3E"/>
    <w:rsid w:val="0050772A"/>
    <w:rsid w:val="0050798A"/>
    <w:rsid w:val="005104BD"/>
    <w:rsid w:val="00511B77"/>
    <w:rsid w:val="00512DEC"/>
    <w:rsid w:val="00513014"/>
    <w:rsid w:val="00513896"/>
    <w:rsid w:val="00513A10"/>
    <w:rsid w:val="00514009"/>
    <w:rsid w:val="00516229"/>
    <w:rsid w:val="005164F5"/>
    <w:rsid w:val="005179DA"/>
    <w:rsid w:val="00517C17"/>
    <w:rsid w:val="00520C8A"/>
    <w:rsid w:val="00521256"/>
    <w:rsid w:val="0052268D"/>
    <w:rsid w:val="0052475B"/>
    <w:rsid w:val="00525485"/>
    <w:rsid w:val="00525833"/>
    <w:rsid w:val="00525BB4"/>
    <w:rsid w:val="00526852"/>
    <w:rsid w:val="00527A6C"/>
    <w:rsid w:val="005302AD"/>
    <w:rsid w:val="005351F2"/>
    <w:rsid w:val="00535263"/>
    <w:rsid w:val="00543242"/>
    <w:rsid w:val="005441D2"/>
    <w:rsid w:val="00545464"/>
    <w:rsid w:val="00545659"/>
    <w:rsid w:val="005536E7"/>
    <w:rsid w:val="005610A6"/>
    <w:rsid w:val="0056310E"/>
    <w:rsid w:val="00564156"/>
    <w:rsid w:val="0057045C"/>
    <w:rsid w:val="00576C6E"/>
    <w:rsid w:val="00580715"/>
    <w:rsid w:val="005807FB"/>
    <w:rsid w:val="00581C00"/>
    <w:rsid w:val="00591BC9"/>
    <w:rsid w:val="0059271E"/>
    <w:rsid w:val="005946E4"/>
    <w:rsid w:val="005964DE"/>
    <w:rsid w:val="00596DAA"/>
    <w:rsid w:val="005A0599"/>
    <w:rsid w:val="005A1CCB"/>
    <w:rsid w:val="005A1D46"/>
    <w:rsid w:val="005A3678"/>
    <w:rsid w:val="005A4379"/>
    <w:rsid w:val="005A54CE"/>
    <w:rsid w:val="005A65BB"/>
    <w:rsid w:val="005A74A3"/>
    <w:rsid w:val="005B0FE6"/>
    <w:rsid w:val="005B6007"/>
    <w:rsid w:val="005B6C40"/>
    <w:rsid w:val="005C6758"/>
    <w:rsid w:val="005C7350"/>
    <w:rsid w:val="005C7F55"/>
    <w:rsid w:val="005D01F7"/>
    <w:rsid w:val="005D0807"/>
    <w:rsid w:val="005D2461"/>
    <w:rsid w:val="005D3E5B"/>
    <w:rsid w:val="005D6DF8"/>
    <w:rsid w:val="005D72D3"/>
    <w:rsid w:val="005E094F"/>
    <w:rsid w:val="005E1917"/>
    <w:rsid w:val="005E1E25"/>
    <w:rsid w:val="005E2BC0"/>
    <w:rsid w:val="005E502B"/>
    <w:rsid w:val="005E51B2"/>
    <w:rsid w:val="005E65E3"/>
    <w:rsid w:val="005F0A1C"/>
    <w:rsid w:val="005F0D6A"/>
    <w:rsid w:val="005F15A1"/>
    <w:rsid w:val="005F1E57"/>
    <w:rsid w:val="005F766D"/>
    <w:rsid w:val="005F7917"/>
    <w:rsid w:val="0060009B"/>
    <w:rsid w:val="006012DB"/>
    <w:rsid w:val="00601583"/>
    <w:rsid w:val="00602BDE"/>
    <w:rsid w:val="0060314E"/>
    <w:rsid w:val="00606258"/>
    <w:rsid w:val="006142FB"/>
    <w:rsid w:val="00620484"/>
    <w:rsid w:val="00621B59"/>
    <w:rsid w:val="006235DE"/>
    <w:rsid w:val="0062390E"/>
    <w:rsid w:val="00624838"/>
    <w:rsid w:val="00626127"/>
    <w:rsid w:val="00626274"/>
    <w:rsid w:val="00627CA3"/>
    <w:rsid w:val="00633D2F"/>
    <w:rsid w:val="0063400D"/>
    <w:rsid w:val="0063468C"/>
    <w:rsid w:val="006346D5"/>
    <w:rsid w:val="00636B65"/>
    <w:rsid w:val="00640FE0"/>
    <w:rsid w:val="00641899"/>
    <w:rsid w:val="00643646"/>
    <w:rsid w:val="00643B13"/>
    <w:rsid w:val="00644A97"/>
    <w:rsid w:val="00644FE4"/>
    <w:rsid w:val="00645604"/>
    <w:rsid w:val="006459BB"/>
    <w:rsid w:val="00646878"/>
    <w:rsid w:val="00646B6B"/>
    <w:rsid w:val="0065030B"/>
    <w:rsid w:val="00650F41"/>
    <w:rsid w:val="00653C58"/>
    <w:rsid w:val="006540D4"/>
    <w:rsid w:val="006554DE"/>
    <w:rsid w:val="00655913"/>
    <w:rsid w:val="00655B5F"/>
    <w:rsid w:val="0065719E"/>
    <w:rsid w:val="00657FA7"/>
    <w:rsid w:val="00660361"/>
    <w:rsid w:val="006637C4"/>
    <w:rsid w:val="00665781"/>
    <w:rsid w:val="00671E1D"/>
    <w:rsid w:val="00672C56"/>
    <w:rsid w:val="00674894"/>
    <w:rsid w:val="006749B7"/>
    <w:rsid w:val="006756CA"/>
    <w:rsid w:val="00676A1C"/>
    <w:rsid w:val="00680F7C"/>
    <w:rsid w:val="00681C4A"/>
    <w:rsid w:val="0068267C"/>
    <w:rsid w:val="0068288D"/>
    <w:rsid w:val="006854A4"/>
    <w:rsid w:val="006868F9"/>
    <w:rsid w:val="00690E15"/>
    <w:rsid w:val="00693CED"/>
    <w:rsid w:val="00693FC9"/>
    <w:rsid w:val="0069548F"/>
    <w:rsid w:val="0069582D"/>
    <w:rsid w:val="00696B13"/>
    <w:rsid w:val="006A0DC3"/>
    <w:rsid w:val="006A290E"/>
    <w:rsid w:val="006A367A"/>
    <w:rsid w:val="006A4B49"/>
    <w:rsid w:val="006A5FF4"/>
    <w:rsid w:val="006A74A0"/>
    <w:rsid w:val="006A7CEC"/>
    <w:rsid w:val="006A7CF6"/>
    <w:rsid w:val="006B0234"/>
    <w:rsid w:val="006B165A"/>
    <w:rsid w:val="006B218A"/>
    <w:rsid w:val="006B2500"/>
    <w:rsid w:val="006B5215"/>
    <w:rsid w:val="006B57AD"/>
    <w:rsid w:val="006B6FFC"/>
    <w:rsid w:val="006C0926"/>
    <w:rsid w:val="006C32C8"/>
    <w:rsid w:val="006C4924"/>
    <w:rsid w:val="006C7374"/>
    <w:rsid w:val="006C7C58"/>
    <w:rsid w:val="006D1FD5"/>
    <w:rsid w:val="006D3A2F"/>
    <w:rsid w:val="006D7F3A"/>
    <w:rsid w:val="006E0280"/>
    <w:rsid w:val="006E206D"/>
    <w:rsid w:val="006E63DA"/>
    <w:rsid w:val="006E65BB"/>
    <w:rsid w:val="006E7259"/>
    <w:rsid w:val="006F07C5"/>
    <w:rsid w:val="006F0C9D"/>
    <w:rsid w:val="006F1381"/>
    <w:rsid w:val="006F15B3"/>
    <w:rsid w:val="006F17FA"/>
    <w:rsid w:val="006F2D7C"/>
    <w:rsid w:val="006F3FA7"/>
    <w:rsid w:val="006F4867"/>
    <w:rsid w:val="006F5968"/>
    <w:rsid w:val="006F763E"/>
    <w:rsid w:val="00703661"/>
    <w:rsid w:val="007046B4"/>
    <w:rsid w:val="007066E1"/>
    <w:rsid w:val="00706E36"/>
    <w:rsid w:val="007078C3"/>
    <w:rsid w:val="0071279B"/>
    <w:rsid w:val="00715756"/>
    <w:rsid w:val="0071653A"/>
    <w:rsid w:val="00716F48"/>
    <w:rsid w:val="00720C64"/>
    <w:rsid w:val="00721BF7"/>
    <w:rsid w:val="00722EA7"/>
    <w:rsid w:val="00723825"/>
    <w:rsid w:val="00724871"/>
    <w:rsid w:val="00725577"/>
    <w:rsid w:val="00726A1B"/>
    <w:rsid w:val="00726AA2"/>
    <w:rsid w:val="00730825"/>
    <w:rsid w:val="007308FA"/>
    <w:rsid w:val="00732346"/>
    <w:rsid w:val="007331ED"/>
    <w:rsid w:val="00733259"/>
    <w:rsid w:val="00737934"/>
    <w:rsid w:val="007454A1"/>
    <w:rsid w:val="0074588D"/>
    <w:rsid w:val="00750A36"/>
    <w:rsid w:val="00751B02"/>
    <w:rsid w:val="007545B5"/>
    <w:rsid w:val="00754914"/>
    <w:rsid w:val="00754DE2"/>
    <w:rsid w:val="00755591"/>
    <w:rsid w:val="00755ABC"/>
    <w:rsid w:val="007572CA"/>
    <w:rsid w:val="00760B97"/>
    <w:rsid w:val="00760F53"/>
    <w:rsid w:val="0076271C"/>
    <w:rsid w:val="007640B8"/>
    <w:rsid w:val="00765E9C"/>
    <w:rsid w:val="00766FEE"/>
    <w:rsid w:val="007725E0"/>
    <w:rsid w:val="00773032"/>
    <w:rsid w:val="0078036F"/>
    <w:rsid w:val="00780A05"/>
    <w:rsid w:val="00780BEB"/>
    <w:rsid w:val="00781EF5"/>
    <w:rsid w:val="00783C76"/>
    <w:rsid w:val="00784B1B"/>
    <w:rsid w:val="00787ED2"/>
    <w:rsid w:val="00790AD0"/>
    <w:rsid w:val="00793048"/>
    <w:rsid w:val="00793780"/>
    <w:rsid w:val="007A02F1"/>
    <w:rsid w:val="007A11E2"/>
    <w:rsid w:val="007A1701"/>
    <w:rsid w:val="007A1E4A"/>
    <w:rsid w:val="007A22F2"/>
    <w:rsid w:val="007A39D1"/>
    <w:rsid w:val="007A40DB"/>
    <w:rsid w:val="007A7386"/>
    <w:rsid w:val="007B0B3C"/>
    <w:rsid w:val="007B6631"/>
    <w:rsid w:val="007B6CD0"/>
    <w:rsid w:val="007B6E97"/>
    <w:rsid w:val="007C057B"/>
    <w:rsid w:val="007C2BE1"/>
    <w:rsid w:val="007C6E96"/>
    <w:rsid w:val="007D17F8"/>
    <w:rsid w:val="007D190F"/>
    <w:rsid w:val="007D19DD"/>
    <w:rsid w:val="007D2601"/>
    <w:rsid w:val="007D38A2"/>
    <w:rsid w:val="007D4668"/>
    <w:rsid w:val="007D554A"/>
    <w:rsid w:val="007E3562"/>
    <w:rsid w:val="007E3BAE"/>
    <w:rsid w:val="007E5022"/>
    <w:rsid w:val="007F014B"/>
    <w:rsid w:val="007F22ED"/>
    <w:rsid w:val="007F75B0"/>
    <w:rsid w:val="00801B9A"/>
    <w:rsid w:val="00804704"/>
    <w:rsid w:val="00804942"/>
    <w:rsid w:val="00804FCC"/>
    <w:rsid w:val="0080566F"/>
    <w:rsid w:val="008110B7"/>
    <w:rsid w:val="0081618E"/>
    <w:rsid w:val="00822C4D"/>
    <w:rsid w:val="0082347D"/>
    <w:rsid w:val="008279F0"/>
    <w:rsid w:val="00830601"/>
    <w:rsid w:val="0083452D"/>
    <w:rsid w:val="008365A3"/>
    <w:rsid w:val="00837AAF"/>
    <w:rsid w:val="00842542"/>
    <w:rsid w:val="00843406"/>
    <w:rsid w:val="0084667F"/>
    <w:rsid w:val="00851EB7"/>
    <w:rsid w:val="00852621"/>
    <w:rsid w:val="00852781"/>
    <w:rsid w:val="00857BF2"/>
    <w:rsid w:val="00860238"/>
    <w:rsid w:val="008602E9"/>
    <w:rsid w:val="00861870"/>
    <w:rsid w:val="00865EA6"/>
    <w:rsid w:val="0086789D"/>
    <w:rsid w:val="00871458"/>
    <w:rsid w:val="00874993"/>
    <w:rsid w:val="00875622"/>
    <w:rsid w:val="00875D31"/>
    <w:rsid w:val="00876458"/>
    <w:rsid w:val="00877334"/>
    <w:rsid w:val="0088076A"/>
    <w:rsid w:val="00883646"/>
    <w:rsid w:val="00886BB3"/>
    <w:rsid w:val="008900BF"/>
    <w:rsid w:val="008921E7"/>
    <w:rsid w:val="00896B44"/>
    <w:rsid w:val="008A07D3"/>
    <w:rsid w:val="008A22A6"/>
    <w:rsid w:val="008A2B4A"/>
    <w:rsid w:val="008B03B3"/>
    <w:rsid w:val="008B0AC0"/>
    <w:rsid w:val="008B186C"/>
    <w:rsid w:val="008B314E"/>
    <w:rsid w:val="008B7515"/>
    <w:rsid w:val="008B76ED"/>
    <w:rsid w:val="008C02E7"/>
    <w:rsid w:val="008C0877"/>
    <w:rsid w:val="008C24ED"/>
    <w:rsid w:val="008C2577"/>
    <w:rsid w:val="008C26FF"/>
    <w:rsid w:val="008C2EA0"/>
    <w:rsid w:val="008C2F17"/>
    <w:rsid w:val="008C64AE"/>
    <w:rsid w:val="008D22E9"/>
    <w:rsid w:val="008D448B"/>
    <w:rsid w:val="008D5D78"/>
    <w:rsid w:val="008D6665"/>
    <w:rsid w:val="008E14C3"/>
    <w:rsid w:val="008E231E"/>
    <w:rsid w:val="008E3561"/>
    <w:rsid w:val="008E46C0"/>
    <w:rsid w:val="008F07BF"/>
    <w:rsid w:val="008F13EA"/>
    <w:rsid w:val="008F1510"/>
    <w:rsid w:val="008F18DC"/>
    <w:rsid w:val="008F4EEF"/>
    <w:rsid w:val="008F57D6"/>
    <w:rsid w:val="008F5CDD"/>
    <w:rsid w:val="00902498"/>
    <w:rsid w:val="009027A1"/>
    <w:rsid w:val="00902BED"/>
    <w:rsid w:val="00903247"/>
    <w:rsid w:val="009038A2"/>
    <w:rsid w:val="00905676"/>
    <w:rsid w:val="0091041C"/>
    <w:rsid w:val="009104FA"/>
    <w:rsid w:val="0091091D"/>
    <w:rsid w:val="00911188"/>
    <w:rsid w:val="0091151A"/>
    <w:rsid w:val="00913697"/>
    <w:rsid w:val="0091431F"/>
    <w:rsid w:val="00914898"/>
    <w:rsid w:val="00916AEB"/>
    <w:rsid w:val="00920E95"/>
    <w:rsid w:val="009215E0"/>
    <w:rsid w:val="00921655"/>
    <w:rsid w:val="009244FE"/>
    <w:rsid w:val="00924AF6"/>
    <w:rsid w:val="009256C9"/>
    <w:rsid w:val="009261F4"/>
    <w:rsid w:val="00927F1A"/>
    <w:rsid w:val="00930440"/>
    <w:rsid w:val="009308CF"/>
    <w:rsid w:val="009340E0"/>
    <w:rsid w:val="0093614E"/>
    <w:rsid w:val="00936D79"/>
    <w:rsid w:val="00936E72"/>
    <w:rsid w:val="00936F6E"/>
    <w:rsid w:val="009400F4"/>
    <w:rsid w:val="00942F5E"/>
    <w:rsid w:val="00944730"/>
    <w:rsid w:val="00944CD1"/>
    <w:rsid w:val="00944EE8"/>
    <w:rsid w:val="009473B1"/>
    <w:rsid w:val="0095006D"/>
    <w:rsid w:val="009517EE"/>
    <w:rsid w:val="009539AE"/>
    <w:rsid w:val="00953D95"/>
    <w:rsid w:val="0095568B"/>
    <w:rsid w:val="00957810"/>
    <w:rsid w:val="00957D02"/>
    <w:rsid w:val="0096172D"/>
    <w:rsid w:val="00963247"/>
    <w:rsid w:val="009632FB"/>
    <w:rsid w:val="009657D3"/>
    <w:rsid w:val="00965E52"/>
    <w:rsid w:val="00971568"/>
    <w:rsid w:val="00975839"/>
    <w:rsid w:val="00976258"/>
    <w:rsid w:val="009762D6"/>
    <w:rsid w:val="00983588"/>
    <w:rsid w:val="009852A3"/>
    <w:rsid w:val="00986E15"/>
    <w:rsid w:val="00986F8C"/>
    <w:rsid w:val="00994E52"/>
    <w:rsid w:val="00995168"/>
    <w:rsid w:val="009964D5"/>
    <w:rsid w:val="00997264"/>
    <w:rsid w:val="00997554"/>
    <w:rsid w:val="009A0239"/>
    <w:rsid w:val="009A0626"/>
    <w:rsid w:val="009A210A"/>
    <w:rsid w:val="009A2E01"/>
    <w:rsid w:val="009A32BC"/>
    <w:rsid w:val="009A718E"/>
    <w:rsid w:val="009B0F4C"/>
    <w:rsid w:val="009B78D9"/>
    <w:rsid w:val="009B7FCD"/>
    <w:rsid w:val="009C0EAC"/>
    <w:rsid w:val="009C2962"/>
    <w:rsid w:val="009C2D6F"/>
    <w:rsid w:val="009C2E29"/>
    <w:rsid w:val="009C30FC"/>
    <w:rsid w:val="009C3AFF"/>
    <w:rsid w:val="009C57B3"/>
    <w:rsid w:val="009C5BB7"/>
    <w:rsid w:val="009C6BEF"/>
    <w:rsid w:val="009C72FC"/>
    <w:rsid w:val="009D0F3E"/>
    <w:rsid w:val="009D4013"/>
    <w:rsid w:val="009D60F2"/>
    <w:rsid w:val="009D6AC5"/>
    <w:rsid w:val="009E6068"/>
    <w:rsid w:val="009E6554"/>
    <w:rsid w:val="009F52DF"/>
    <w:rsid w:val="009F6190"/>
    <w:rsid w:val="009F620E"/>
    <w:rsid w:val="009F6B10"/>
    <w:rsid w:val="009F6E2F"/>
    <w:rsid w:val="009F7375"/>
    <w:rsid w:val="00A02C2C"/>
    <w:rsid w:val="00A04569"/>
    <w:rsid w:val="00A07F59"/>
    <w:rsid w:val="00A1008C"/>
    <w:rsid w:val="00A146C7"/>
    <w:rsid w:val="00A16724"/>
    <w:rsid w:val="00A17376"/>
    <w:rsid w:val="00A20245"/>
    <w:rsid w:val="00A207A3"/>
    <w:rsid w:val="00A21B79"/>
    <w:rsid w:val="00A2370E"/>
    <w:rsid w:val="00A25B6C"/>
    <w:rsid w:val="00A304FB"/>
    <w:rsid w:val="00A31CE0"/>
    <w:rsid w:val="00A32245"/>
    <w:rsid w:val="00A3301F"/>
    <w:rsid w:val="00A3535B"/>
    <w:rsid w:val="00A40F1B"/>
    <w:rsid w:val="00A424E2"/>
    <w:rsid w:val="00A445FB"/>
    <w:rsid w:val="00A46015"/>
    <w:rsid w:val="00A51279"/>
    <w:rsid w:val="00A523D3"/>
    <w:rsid w:val="00A529EA"/>
    <w:rsid w:val="00A55EC6"/>
    <w:rsid w:val="00A564E2"/>
    <w:rsid w:val="00A57A31"/>
    <w:rsid w:val="00A62295"/>
    <w:rsid w:val="00A6249A"/>
    <w:rsid w:val="00A63372"/>
    <w:rsid w:val="00A65437"/>
    <w:rsid w:val="00A70878"/>
    <w:rsid w:val="00A7274C"/>
    <w:rsid w:val="00A7283F"/>
    <w:rsid w:val="00A7568C"/>
    <w:rsid w:val="00A808BD"/>
    <w:rsid w:val="00A843F5"/>
    <w:rsid w:val="00A853E5"/>
    <w:rsid w:val="00A8550C"/>
    <w:rsid w:val="00A872DB"/>
    <w:rsid w:val="00A87753"/>
    <w:rsid w:val="00A902D7"/>
    <w:rsid w:val="00A91091"/>
    <w:rsid w:val="00A9187C"/>
    <w:rsid w:val="00A97266"/>
    <w:rsid w:val="00A9765D"/>
    <w:rsid w:val="00AA1D8D"/>
    <w:rsid w:val="00AA3002"/>
    <w:rsid w:val="00AA56E9"/>
    <w:rsid w:val="00AA7067"/>
    <w:rsid w:val="00AB1341"/>
    <w:rsid w:val="00AB2CA7"/>
    <w:rsid w:val="00AB639D"/>
    <w:rsid w:val="00AB7B7F"/>
    <w:rsid w:val="00AC018A"/>
    <w:rsid w:val="00AC060F"/>
    <w:rsid w:val="00AC0A85"/>
    <w:rsid w:val="00AC0E39"/>
    <w:rsid w:val="00AC47B7"/>
    <w:rsid w:val="00AC523E"/>
    <w:rsid w:val="00AC621E"/>
    <w:rsid w:val="00AC7773"/>
    <w:rsid w:val="00AC7FDD"/>
    <w:rsid w:val="00AD0FA3"/>
    <w:rsid w:val="00AD36A1"/>
    <w:rsid w:val="00AD436C"/>
    <w:rsid w:val="00AE7CB1"/>
    <w:rsid w:val="00AF10B1"/>
    <w:rsid w:val="00AF2185"/>
    <w:rsid w:val="00AF57AC"/>
    <w:rsid w:val="00AF698E"/>
    <w:rsid w:val="00AF6DA0"/>
    <w:rsid w:val="00B01DBF"/>
    <w:rsid w:val="00B031F4"/>
    <w:rsid w:val="00B057AA"/>
    <w:rsid w:val="00B061DC"/>
    <w:rsid w:val="00B06AC4"/>
    <w:rsid w:val="00B07C9C"/>
    <w:rsid w:val="00B07DB6"/>
    <w:rsid w:val="00B14812"/>
    <w:rsid w:val="00B1652F"/>
    <w:rsid w:val="00B16D0F"/>
    <w:rsid w:val="00B17DDF"/>
    <w:rsid w:val="00B2056A"/>
    <w:rsid w:val="00B2206A"/>
    <w:rsid w:val="00B22270"/>
    <w:rsid w:val="00B22A57"/>
    <w:rsid w:val="00B24400"/>
    <w:rsid w:val="00B25122"/>
    <w:rsid w:val="00B3311B"/>
    <w:rsid w:val="00B373F7"/>
    <w:rsid w:val="00B40A66"/>
    <w:rsid w:val="00B40D10"/>
    <w:rsid w:val="00B4432B"/>
    <w:rsid w:val="00B459C6"/>
    <w:rsid w:val="00B4602E"/>
    <w:rsid w:val="00B47730"/>
    <w:rsid w:val="00B50660"/>
    <w:rsid w:val="00B53473"/>
    <w:rsid w:val="00B54586"/>
    <w:rsid w:val="00B56085"/>
    <w:rsid w:val="00B60F99"/>
    <w:rsid w:val="00B610C6"/>
    <w:rsid w:val="00B66941"/>
    <w:rsid w:val="00B66F18"/>
    <w:rsid w:val="00B724BD"/>
    <w:rsid w:val="00B74898"/>
    <w:rsid w:val="00B80ABB"/>
    <w:rsid w:val="00B85E96"/>
    <w:rsid w:val="00B87495"/>
    <w:rsid w:val="00B8797B"/>
    <w:rsid w:val="00B90F29"/>
    <w:rsid w:val="00B93D3D"/>
    <w:rsid w:val="00B95C4B"/>
    <w:rsid w:val="00B96314"/>
    <w:rsid w:val="00B96F40"/>
    <w:rsid w:val="00BA2979"/>
    <w:rsid w:val="00BA4992"/>
    <w:rsid w:val="00BA552D"/>
    <w:rsid w:val="00BA5AD7"/>
    <w:rsid w:val="00BA5AFD"/>
    <w:rsid w:val="00BA6699"/>
    <w:rsid w:val="00BB006A"/>
    <w:rsid w:val="00BB1C3E"/>
    <w:rsid w:val="00BB3EA0"/>
    <w:rsid w:val="00BB76E8"/>
    <w:rsid w:val="00BC1C9F"/>
    <w:rsid w:val="00BC32EE"/>
    <w:rsid w:val="00BC39FE"/>
    <w:rsid w:val="00BC5679"/>
    <w:rsid w:val="00BC58F7"/>
    <w:rsid w:val="00BC615B"/>
    <w:rsid w:val="00BD3C13"/>
    <w:rsid w:val="00BD5982"/>
    <w:rsid w:val="00BD7615"/>
    <w:rsid w:val="00BD7FA3"/>
    <w:rsid w:val="00BE00C3"/>
    <w:rsid w:val="00BE05E5"/>
    <w:rsid w:val="00BE1942"/>
    <w:rsid w:val="00BF3558"/>
    <w:rsid w:val="00BF3B63"/>
    <w:rsid w:val="00BF4321"/>
    <w:rsid w:val="00BF4A4F"/>
    <w:rsid w:val="00BF6BC1"/>
    <w:rsid w:val="00BF7DCF"/>
    <w:rsid w:val="00C01618"/>
    <w:rsid w:val="00C023B8"/>
    <w:rsid w:val="00C03002"/>
    <w:rsid w:val="00C054D6"/>
    <w:rsid w:val="00C05978"/>
    <w:rsid w:val="00C067AD"/>
    <w:rsid w:val="00C1050D"/>
    <w:rsid w:val="00C10542"/>
    <w:rsid w:val="00C10EEF"/>
    <w:rsid w:val="00C1133E"/>
    <w:rsid w:val="00C11A53"/>
    <w:rsid w:val="00C11B28"/>
    <w:rsid w:val="00C11C34"/>
    <w:rsid w:val="00C12278"/>
    <w:rsid w:val="00C12404"/>
    <w:rsid w:val="00C13CFA"/>
    <w:rsid w:val="00C13EE8"/>
    <w:rsid w:val="00C1453F"/>
    <w:rsid w:val="00C15342"/>
    <w:rsid w:val="00C173BE"/>
    <w:rsid w:val="00C17BDB"/>
    <w:rsid w:val="00C2213F"/>
    <w:rsid w:val="00C25076"/>
    <w:rsid w:val="00C251AC"/>
    <w:rsid w:val="00C25487"/>
    <w:rsid w:val="00C32607"/>
    <w:rsid w:val="00C342CA"/>
    <w:rsid w:val="00C4029B"/>
    <w:rsid w:val="00C417B9"/>
    <w:rsid w:val="00C51B4D"/>
    <w:rsid w:val="00C532FC"/>
    <w:rsid w:val="00C572C8"/>
    <w:rsid w:val="00C61072"/>
    <w:rsid w:val="00C61613"/>
    <w:rsid w:val="00C61CBD"/>
    <w:rsid w:val="00C63D63"/>
    <w:rsid w:val="00C649B3"/>
    <w:rsid w:val="00C66DBE"/>
    <w:rsid w:val="00C67A1D"/>
    <w:rsid w:val="00C71330"/>
    <w:rsid w:val="00C73379"/>
    <w:rsid w:val="00C7381A"/>
    <w:rsid w:val="00C74941"/>
    <w:rsid w:val="00C77348"/>
    <w:rsid w:val="00C800A2"/>
    <w:rsid w:val="00C80713"/>
    <w:rsid w:val="00C812FB"/>
    <w:rsid w:val="00C82D05"/>
    <w:rsid w:val="00C8321B"/>
    <w:rsid w:val="00C83AF3"/>
    <w:rsid w:val="00C849D1"/>
    <w:rsid w:val="00C84ACA"/>
    <w:rsid w:val="00CA00DC"/>
    <w:rsid w:val="00CA0A35"/>
    <w:rsid w:val="00CA0F2E"/>
    <w:rsid w:val="00CA10BC"/>
    <w:rsid w:val="00CA520C"/>
    <w:rsid w:val="00CB0664"/>
    <w:rsid w:val="00CB09CC"/>
    <w:rsid w:val="00CB1F4B"/>
    <w:rsid w:val="00CB2076"/>
    <w:rsid w:val="00CB26C5"/>
    <w:rsid w:val="00CB3C9F"/>
    <w:rsid w:val="00CB4C71"/>
    <w:rsid w:val="00CB4E47"/>
    <w:rsid w:val="00CB61FD"/>
    <w:rsid w:val="00CB76E0"/>
    <w:rsid w:val="00CC0580"/>
    <w:rsid w:val="00CC121D"/>
    <w:rsid w:val="00CC13BC"/>
    <w:rsid w:val="00CC37DF"/>
    <w:rsid w:val="00CC445B"/>
    <w:rsid w:val="00CC4874"/>
    <w:rsid w:val="00CC4C14"/>
    <w:rsid w:val="00CC70ED"/>
    <w:rsid w:val="00CD09FE"/>
    <w:rsid w:val="00CD301B"/>
    <w:rsid w:val="00CD36DA"/>
    <w:rsid w:val="00CD40AD"/>
    <w:rsid w:val="00CD7415"/>
    <w:rsid w:val="00CE16B0"/>
    <w:rsid w:val="00CE3654"/>
    <w:rsid w:val="00CE47EB"/>
    <w:rsid w:val="00CF15F4"/>
    <w:rsid w:val="00CF4E24"/>
    <w:rsid w:val="00D014A9"/>
    <w:rsid w:val="00D014B2"/>
    <w:rsid w:val="00D0323D"/>
    <w:rsid w:val="00D06A06"/>
    <w:rsid w:val="00D06B38"/>
    <w:rsid w:val="00D07443"/>
    <w:rsid w:val="00D07A16"/>
    <w:rsid w:val="00D07D99"/>
    <w:rsid w:val="00D1363F"/>
    <w:rsid w:val="00D138DB"/>
    <w:rsid w:val="00D13D5A"/>
    <w:rsid w:val="00D1469A"/>
    <w:rsid w:val="00D200AC"/>
    <w:rsid w:val="00D20218"/>
    <w:rsid w:val="00D20A2E"/>
    <w:rsid w:val="00D231C8"/>
    <w:rsid w:val="00D23887"/>
    <w:rsid w:val="00D26027"/>
    <w:rsid w:val="00D26E93"/>
    <w:rsid w:val="00D26F2B"/>
    <w:rsid w:val="00D27197"/>
    <w:rsid w:val="00D3193C"/>
    <w:rsid w:val="00D325E7"/>
    <w:rsid w:val="00D33F25"/>
    <w:rsid w:val="00D353B5"/>
    <w:rsid w:val="00D40398"/>
    <w:rsid w:val="00D4414C"/>
    <w:rsid w:val="00D523B1"/>
    <w:rsid w:val="00D622D2"/>
    <w:rsid w:val="00D62317"/>
    <w:rsid w:val="00D638E6"/>
    <w:rsid w:val="00D63A1A"/>
    <w:rsid w:val="00D674E4"/>
    <w:rsid w:val="00D678AF"/>
    <w:rsid w:val="00D70FE2"/>
    <w:rsid w:val="00D71037"/>
    <w:rsid w:val="00D71A5C"/>
    <w:rsid w:val="00D729B6"/>
    <w:rsid w:val="00D732EC"/>
    <w:rsid w:val="00D74E53"/>
    <w:rsid w:val="00D7522F"/>
    <w:rsid w:val="00D76B9E"/>
    <w:rsid w:val="00D82736"/>
    <w:rsid w:val="00D82ADF"/>
    <w:rsid w:val="00D85EFB"/>
    <w:rsid w:val="00D86015"/>
    <w:rsid w:val="00D86A03"/>
    <w:rsid w:val="00D925B5"/>
    <w:rsid w:val="00D93836"/>
    <w:rsid w:val="00D9483D"/>
    <w:rsid w:val="00D9682F"/>
    <w:rsid w:val="00DA0D19"/>
    <w:rsid w:val="00DA1A81"/>
    <w:rsid w:val="00DA5506"/>
    <w:rsid w:val="00DA6693"/>
    <w:rsid w:val="00DA7232"/>
    <w:rsid w:val="00DB1427"/>
    <w:rsid w:val="00DB1D86"/>
    <w:rsid w:val="00DB26F7"/>
    <w:rsid w:val="00DB4892"/>
    <w:rsid w:val="00DB6458"/>
    <w:rsid w:val="00DB7580"/>
    <w:rsid w:val="00DC204D"/>
    <w:rsid w:val="00DC2F3E"/>
    <w:rsid w:val="00DD0A25"/>
    <w:rsid w:val="00DD2988"/>
    <w:rsid w:val="00DD3237"/>
    <w:rsid w:val="00DD355E"/>
    <w:rsid w:val="00DD4C7C"/>
    <w:rsid w:val="00DD7629"/>
    <w:rsid w:val="00DE1D9A"/>
    <w:rsid w:val="00DE2137"/>
    <w:rsid w:val="00DE4A75"/>
    <w:rsid w:val="00DE502B"/>
    <w:rsid w:val="00DE5730"/>
    <w:rsid w:val="00DF0226"/>
    <w:rsid w:val="00DF02BE"/>
    <w:rsid w:val="00DF5F09"/>
    <w:rsid w:val="00DF69E4"/>
    <w:rsid w:val="00DF6D4B"/>
    <w:rsid w:val="00E00B99"/>
    <w:rsid w:val="00E013E1"/>
    <w:rsid w:val="00E02FC2"/>
    <w:rsid w:val="00E03F16"/>
    <w:rsid w:val="00E04012"/>
    <w:rsid w:val="00E050D3"/>
    <w:rsid w:val="00E10CFE"/>
    <w:rsid w:val="00E13EE5"/>
    <w:rsid w:val="00E150FA"/>
    <w:rsid w:val="00E16A6B"/>
    <w:rsid w:val="00E178AB"/>
    <w:rsid w:val="00E17E42"/>
    <w:rsid w:val="00E2090C"/>
    <w:rsid w:val="00E20DD5"/>
    <w:rsid w:val="00E2179E"/>
    <w:rsid w:val="00E22DB2"/>
    <w:rsid w:val="00E23006"/>
    <w:rsid w:val="00E24CF7"/>
    <w:rsid w:val="00E25C4B"/>
    <w:rsid w:val="00E277AC"/>
    <w:rsid w:val="00E3058D"/>
    <w:rsid w:val="00E326BD"/>
    <w:rsid w:val="00E33D1C"/>
    <w:rsid w:val="00E349BB"/>
    <w:rsid w:val="00E35051"/>
    <w:rsid w:val="00E3559C"/>
    <w:rsid w:val="00E36163"/>
    <w:rsid w:val="00E36A3E"/>
    <w:rsid w:val="00E42B40"/>
    <w:rsid w:val="00E43266"/>
    <w:rsid w:val="00E44AF3"/>
    <w:rsid w:val="00E46EDD"/>
    <w:rsid w:val="00E47982"/>
    <w:rsid w:val="00E47EBD"/>
    <w:rsid w:val="00E511D2"/>
    <w:rsid w:val="00E53D69"/>
    <w:rsid w:val="00E61DD3"/>
    <w:rsid w:val="00E65EA9"/>
    <w:rsid w:val="00E67518"/>
    <w:rsid w:val="00E675AB"/>
    <w:rsid w:val="00E7161B"/>
    <w:rsid w:val="00E736A0"/>
    <w:rsid w:val="00E7588D"/>
    <w:rsid w:val="00E7734C"/>
    <w:rsid w:val="00E774A9"/>
    <w:rsid w:val="00E77B52"/>
    <w:rsid w:val="00E806F7"/>
    <w:rsid w:val="00E822FC"/>
    <w:rsid w:val="00E848F3"/>
    <w:rsid w:val="00E86FF3"/>
    <w:rsid w:val="00E872F4"/>
    <w:rsid w:val="00E87592"/>
    <w:rsid w:val="00E95C17"/>
    <w:rsid w:val="00E97C2A"/>
    <w:rsid w:val="00EA1647"/>
    <w:rsid w:val="00EA5A67"/>
    <w:rsid w:val="00EA6094"/>
    <w:rsid w:val="00EA6863"/>
    <w:rsid w:val="00EA7C33"/>
    <w:rsid w:val="00EB13DA"/>
    <w:rsid w:val="00EB46A8"/>
    <w:rsid w:val="00EB4DED"/>
    <w:rsid w:val="00EB5768"/>
    <w:rsid w:val="00EB73B9"/>
    <w:rsid w:val="00EC2470"/>
    <w:rsid w:val="00EC2705"/>
    <w:rsid w:val="00ED0ACF"/>
    <w:rsid w:val="00ED11BB"/>
    <w:rsid w:val="00ED1CCE"/>
    <w:rsid w:val="00ED3EC0"/>
    <w:rsid w:val="00ED4102"/>
    <w:rsid w:val="00ED58EE"/>
    <w:rsid w:val="00EE0736"/>
    <w:rsid w:val="00EE0D01"/>
    <w:rsid w:val="00EE15B0"/>
    <w:rsid w:val="00EE3428"/>
    <w:rsid w:val="00EE4456"/>
    <w:rsid w:val="00EE5015"/>
    <w:rsid w:val="00EE5635"/>
    <w:rsid w:val="00EE59FE"/>
    <w:rsid w:val="00EE6684"/>
    <w:rsid w:val="00EF1F51"/>
    <w:rsid w:val="00EF3FF3"/>
    <w:rsid w:val="00EF7E77"/>
    <w:rsid w:val="00F01475"/>
    <w:rsid w:val="00F0305C"/>
    <w:rsid w:val="00F033F4"/>
    <w:rsid w:val="00F0557B"/>
    <w:rsid w:val="00F11777"/>
    <w:rsid w:val="00F16252"/>
    <w:rsid w:val="00F162A0"/>
    <w:rsid w:val="00F206EF"/>
    <w:rsid w:val="00F22919"/>
    <w:rsid w:val="00F27798"/>
    <w:rsid w:val="00F3452A"/>
    <w:rsid w:val="00F35407"/>
    <w:rsid w:val="00F354C7"/>
    <w:rsid w:val="00F35C53"/>
    <w:rsid w:val="00F36C40"/>
    <w:rsid w:val="00F377DF"/>
    <w:rsid w:val="00F37C57"/>
    <w:rsid w:val="00F37F68"/>
    <w:rsid w:val="00F41BBB"/>
    <w:rsid w:val="00F42AE5"/>
    <w:rsid w:val="00F513EB"/>
    <w:rsid w:val="00F546C0"/>
    <w:rsid w:val="00F54777"/>
    <w:rsid w:val="00F56DA1"/>
    <w:rsid w:val="00F60955"/>
    <w:rsid w:val="00F61ABD"/>
    <w:rsid w:val="00F63A26"/>
    <w:rsid w:val="00F647D9"/>
    <w:rsid w:val="00F64A95"/>
    <w:rsid w:val="00F64F70"/>
    <w:rsid w:val="00F671D5"/>
    <w:rsid w:val="00F701B6"/>
    <w:rsid w:val="00F70D87"/>
    <w:rsid w:val="00F76E26"/>
    <w:rsid w:val="00F77F6F"/>
    <w:rsid w:val="00F801F3"/>
    <w:rsid w:val="00F81C13"/>
    <w:rsid w:val="00F83637"/>
    <w:rsid w:val="00F851BC"/>
    <w:rsid w:val="00F8541D"/>
    <w:rsid w:val="00F86840"/>
    <w:rsid w:val="00F925CE"/>
    <w:rsid w:val="00FA156D"/>
    <w:rsid w:val="00FA1878"/>
    <w:rsid w:val="00FA1899"/>
    <w:rsid w:val="00FA1945"/>
    <w:rsid w:val="00FA7FEF"/>
    <w:rsid w:val="00FB00AB"/>
    <w:rsid w:val="00FB022A"/>
    <w:rsid w:val="00FB117B"/>
    <w:rsid w:val="00FB16CB"/>
    <w:rsid w:val="00FB1F41"/>
    <w:rsid w:val="00FB292A"/>
    <w:rsid w:val="00FB4412"/>
    <w:rsid w:val="00FB46A6"/>
    <w:rsid w:val="00FB5F4C"/>
    <w:rsid w:val="00FC220E"/>
    <w:rsid w:val="00FC2ACE"/>
    <w:rsid w:val="00FC33FB"/>
    <w:rsid w:val="00FC693F"/>
    <w:rsid w:val="00FC7D86"/>
    <w:rsid w:val="00FD2523"/>
    <w:rsid w:val="00FD2C62"/>
    <w:rsid w:val="00FD4601"/>
    <w:rsid w:val="00FD4A10"/>
    <w:rsid w:val="00FD7213"/>
    <w:rsid w:val="00FE0B95"/>
    <w:rsid w:val="00FE13C9"/>
    <w:rsid w:val="00FE30F3"/>
    <w:rsid w:val="00FE3F20"/>
    <w:rsid w:val="00FE6251"/>
    <w:rsid w:val="00FF2879"/>
    <w:rsid w:val="00FF31E3"/>
    <w:rsid w:val="00FF32BE"/>
    <w:rsid w:val="00FF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641C9865-F6A9-4403-BBCA-C1F43FD85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D94"/>
  </w:style>
  <w:style w:type="paragraph" w:styleId="Heading1">
    <w:name w:val="heading 1"/>
    <w:basedOn w:val="Normal"/>
    <w:next w:val="Normal"/>
    <w:link w:val="Heading1Char"/>
    <w:uiPriority w:val="9"/>
    <w:qFormat/>
    <w:rsid w:val="00252D94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D94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2D9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2D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2D9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2D9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2D9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2D9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2D9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252D9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52D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52D94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52D94"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252D94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2D94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2D94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52D94"/>
    <w:rPr>
      <w:rFonts w:asciiTheme="majorHAnsi" w:eastAsiaTheme="majorEastAsia" w:hAnsiTheme="majorHAnsi" w:cstheme="majorBidi"/>
      <w:sz w:val="24"/>
      <w:szCs w:val="24"/>
    </w:rPr>
  </w:style>
  <w:style w:type="paragraph" w:styleId="ListParagraph">
    <w:name w:val="List Paragraph"/>
    <w:basedOn w:val="Normal"/>
    <w:uiPriority w:val="34"/>
    <w:qFormat/>
    <w:rsid w:val="00252D9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252D94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2D94"/>
    <w:rPr>
      <w:i/>
      <w:iCs/>
      <w:color w:val="404040" w:themeColor="text1" w:themeTint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2D94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2D94"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2D94"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2D94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2D94"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2D94"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52D94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252D94"/>
    <w:rPr>
      <w:b/>
      <w:bCs/>
    </w:rPr>
  </w:style>
  <w:style w:type="character" w:styleId="Emphasis">
    <w:name w:val="Emphasis"/>
    <w:basedOn w:val="DefaultParagraphFont"/>
    <w:uiPriority w:val="20"/>
    <w:qFormat/>
    <w:rsid w:val="00252D9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2D94"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2D94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252D9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52D9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52D94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252D94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52D94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252D94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ersonaName">
    <w:name w:val="Persona Name"/>
    <w:pPr>
      <w:spacing w:before="120" w:after="60"/>
    </w:pPr>
    <w:rPr>
      <w:rFonts w:ascii="Noto Sans Bengali" w:hAnsi="Noto Sans Bengali"/>
      <w:b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21391F"/>
  </w:style>
  <w:style w:type="paragraph" w:styleId="TOC2">
    <w:name w:val="toc 2"/>
    <w:basedOn w:val="Normal"/>
    <w:next w:val="Normal"/>
    <w:autoRedefine/>
    <w:uiPriority w:val="39"/>
    <w:unhideWhenUsed/>
    <w:rsid w:val="0021391F"/>
    <w:pPr>
      <w:ind w:left="210"/>
    </w:pPr>
  </w:style>
  <w:style w:type="character" w:styleId="Hyperlink">
    <w:name w:val="Hyperlink"/>
    <w:basedOn w:val="DefaultParagraphFont"/>
    <w:uiPriority w:val="99"/>
    <w:unhideWhenUsed/>
    <w:rsid w:val="0021391F"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783C76"/>
    <w:pPr>
      <w:ind w:left="420"/>
    </w:pPr>
  </w:style>
  <w:style w:type="character" w:styleId="UnresolvedMention">
    <w:name w:val="Unresolved Mention"/>
    <w:basedOn w:val="DefaultParagraphFont"/>
    <w:uiPriority w:val="99"/>
    <w:semiHidden/>
    <w:unhideWhenUsed/>
    <w:rsid w:val="00273A1F"/>
    <w:rPr>
      <w:color w:val="605E5C"/>
      <w:shd w:val="clear" w:color="auto" w:fill="E1DFDD"/>
    </w:rPr>
  </w:style>
  <w:style w:type="table" w:styleId="GridTable1Light-Accent2">
    <w:name w:val="Grid Table 1 Light Accent 2"/>
    <w:basedOn w:val="TableNormal"/>
    <w:uiPriority w:val="46"/>
    <w:rsid w:val="00181DE3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181DE3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1">
    <w:name w:val="Grid Table 2 Accent 1"/>
    <w:basedOn w:val="TableNormal"/>
    <w:uiPriority w:val="47"/>
    <w:rsid w:val="00181DE3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docs.google.com/forms/d/e/1FAIpQLScD40x7LDEuqOxnBj6xXS5ty8AQ7ePfvWv263eGdB1YdiATQQ/viewform?usp=pp_ur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4524</Words>
  <Characters>25788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Campus Crisis Bengali Low-Fidelity Wireframe Report</vt:lpstr>
    </vt:vector>
  </TitlesOfParts>
  <Manager/>
  <Company/>
  <LinksUpToDate>false</LinksUpToDate>
  <CharactersWithSpaces>30252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Campus Crisis Bengali Low-Fidelity Wireframe Report</dc:title>
  <dc:subject>User research, personas, usability and wireframe storyboards</dc:subject>
  <dc:creator>Md Gulam Hafiz</dc:creator>
  <cp:keywords>UWTSD, Pandemic, persona, usability, wireframe, Bengali</cp:keywords>
  <dc:description>generated by python-docx</dc:description>
  <cp:lastModifiedBy>Md Gulam Hafiz (2232603)</cp:lastModifiedBy>
  <cp:revision>2</cp:revision>
  <dcterms:created xsi:type="dcterms:W3CDTF">2026-07-23T02:12:00Z</dcterms:created>
  <dcterms:modified xsi:type="dcterms:W3CDTF">2026-07-23T02:12:00Z</dcterms:modified>
  <cp:category/>
</cp:coreProperties>
</file>