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E183C" w14:textId="77777777" w:rsidR="00EC729F" w:rsidRPr="004B60DE" w:rsidRDefault="000871DD">
      <w:pPr>
        <w:jc w:val="center"/>
        <w:rPr>
          <w:bCs/>
        </w:rPr>
      </w:pPr>
      <w:r w:rsidRPr="004B60DE">
        <w:rPr>
          <w:bCs/>
          <w:color w:val="0066CC"/>
          <w:sz w:val="48"/>
        </w:rPr>
        <w:t>🎓 CAMPUS PRINT HUB</w:t>
      </w:r>
      <w:r w:rsidRPr="004B60DE">
        <w:rPr>
          <w:bCs/>
          <w:color w:val="0066CC"/>
          <w:sz w:val="48"/>
        </w:rPr>
        <w:br/>
      </w:r>
      <w:r w:rsidRPr="004B60DE">
        <w:rPr>
          <w:bCs/>
          <w:sz w:val="32"/>
        </w:rPr>
        <w:t>Student Price Guide</w:t>
      </w:r>
    </w:p>
    <w:p w14:paraId="342D90A7" w14:textId="0BD62B87" w:rsidR="00EC729F" w:rsidRPr="004B60DE" w:rsidRDefault="0A825393">
      <w:pPr>
        <w:jc w:val="center"/>
        <w:rPr>
          <w:bCs/>
        </w:rPr>
      </w:pPr>
      <w:r w:rsidRPr="004B60DE">
        <w:rPr>
          <w:bCs/>
        </w:rPr>
        <w:t>Fast, affordable printing for assignments, posters, and projects!</w:t>
      </w:r>
    </w:p>
    <w:p w14:paraId="5D421DBD" w14:textId="77777777" w:rsidR="00EC729F" w:rsidRPr="004B60DE" w:rsidRDefault="000871DD">
      <w:pPr>
        <w:rPr>
          <w:bCs/>
        </w:rPr>
      </w:pPr>
      <w:r w:rsidRPr="004B60DE">
        <w:rPr>
          <w:bCs/>
          <w:sz w:val="28"/>
        </w:rPr>
        <w:t>🖨️ Printing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EC729F" w:rsidRPr="004B60DE" w14:paraId="56968ACC" w14:textId="77777777">
        <w:tc>
          <w:tcPr>
            <w:tcW w:w="4320" w:type="dxa"/>
            <w:shd w:val="clear" w:color="auto" w:fill="D9EAF7"/>
          </w:tcPr>
          <w:p w14:paraId="08D49549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Service</w:t>
            </w:r>
          </w:p>
        </w:tc>
        <w:tc>
          <w:tcPr>
            <w:tcW w:w="4320" w:type="dxa"/>
            <w:shd w:val="clear" w:color="auto" w:fill="D9EAF7"/>
          </w:tcPr>
          <w:p w14:paraId="7BD80BA2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Price</w:t>
            </w:r>
          </w:p>
        </w:tc>
      </w:tr>
      <w:tr w:rsidR="00EC729F" w:rsidRPr="004B60DE" w14:paraId="433DE71F" w14:textId="77777777">
        <w:tc>
          <w:tcPr>
            <w:tcW w:w="4320" w:type="dxa"/>
          </w:tcPr>
          <w:p w14:paraId="790E7C04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Black &amp; White A4</w:t>
            </w:r>
          </w:p>
        </w:tc>
        <w:tc>
          <w:tcPr>
            <w:tcW w:w="4320" w:type="dxa"/>
          </w:tcPr>
          <w:p w14:paraId="39E56335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£0.10 per page</w:t>
            </w:r>
          </w:p>
        </w:tc>
      </w:tr>
      <w:tr w:rsidR="00EC729F" w:rsidRPr="004B60DE" w14:paraId="540E041B" w14:textId="77777777">
        <w:tc>
          <w:tcPr>
            <w:tcW w:w="4320" w:type="dxa"/>
          </w:tcPr>
          <w:p w14:paraId="5ED5594E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Colour A4</w:t>
            </w:r>
          </w:p>
        </w:tc>
        <w:tc>
          <w:tcPr>
            <w:tcW w:w="4320" w:type="dxa"/>
          </w:tcPr>
          <w:p w14:paraId="17E4B65D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£0.50 per page</w:t>
            </w:r>
          </w:p>
        </w:tc>
      </w:tr>
      <w:tr w:rsidR="00EC729F" w:rsidRPr="004B60DE" w14:paraId="53D217D3" w14:textId="77777777">
        <w:tc>
          <w:tcPr>
            <w:tcW w:w="4320" w:type="dxa"/>
          </w:tcPr>
          <w:p w14:paraId="787DDF59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Colour A3</w:t>
            </w:r>
          </w:p>
        </w:tc>
        <w:tc>
          <w:tcPr>
            <w:tcW w:w="4320" w:type="dxa"/>
          </w:tcPr>
          <w:p w14:paraId="5053A5C4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£1.00 per page</w:t>
            </w:r>
          </w:p>
        </w:tc>
      </w:tr>
    </w:tbl>
    <w:p w14:paraId="672A6659" w14:textId="77777777" w:rsidR="00EC729F" w:rsidRPr="004B60DE" w:rsidRDefault="00EC729F">
      <w:pPr>
        <w:rPr>
          <w:bCs/>
        </w:rPr>
      </w:pPr>
    </w:p>
    <w:p w14:paraId="25C9B05C" w14:textId="77777777" w:rsidR="00EC729F" w:rsidRPr="004B60DE" w:rsidRDefault="000871DD">
      <w:pPr>
        <w:rPr>
          <w:bCs/>
        </w:rPr>
      </w:pPr>
      <w:r w:rsidRPr="004B60DE">
        <w:rPr>
          <w:bCs/>
          <w:sz w:val="28"/>
        </w:rPr>
        <w:t>📚 Binding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EC729F" w:rsidRPr="004B60DE" w14:paraId="2D610C73" w14:textId="77777777">
        <w:tc>
          <w:tcPr>
            <w:tcW w:w="4320" w:type="dxa"/>
            <w:shd w:val="clear" w:color="auto" w:fill="DFF0D8"/>
          </w:tcPr>
          <w:p w14:paraId="306CB9C8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Service</w:t>
            </w:r>
          </w:p>
        </w:tc>
        <w:tc>
          <w:tcPr>
            <w:tcW w:w="4320" w:type="dxa"/>
            <w:shd w:val="clear" w:color="auto" w:fill="DFF0D8"/>
          </w:tcPr>
          <w:p w14:paraId="7D3C6037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Price</w:t>
            </w:r>
          </w:p>
        </w:tc>
      </w:tr>
      <w:tr w:rsidR="00EC729F" w:rsidRPr="004B60DE" w14:paraId="6EE28CFD" w14:textId="77777777">
        <w:tc>
          <w:tcPr>
            <w:tcW w:w="4320" w:type="dxa"/>
          </w:tcPr>
          <w:p w14:paraId="3E5C15D7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Spiral Binding</w:t>
            </w:r>
          </w:p>
        </w:tc>
        <w:tc>
          <w:tcPr>
            <w:tcW w:w="4320" w:type="dxa"/>
          </w:tcPr>
          <w:p w14:paraId="6DD61189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£3.00</w:t>
            </w:r>
          </w:p>
        </w:tc>
      </w:tr>
      <w:tr w:rsidR="00EC729F" w:rsidRPr="004B60DE" w14:paraId="482E3D7A" w14:textId="77777777">
        <w:tc>
          <w:tcPr>
            <w:tcW w:w="4320" w:type="dxa"/>
          </w:tcPr>
          <w:p w14:paraId="77FCFAB2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Comb Binding</w:t>
            </w:r>
          </w:p>
        </w:tc>
        <w:tc>
          <w:tcPr>
            <w:tcW w:w="4320" w:type="dxa"/>
          </w:tcPr>
          <w:p w14:paraId="4DDC901A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£2.50</w:t>
            </w:r>
          </w:p>
        </w:tc>
      </w:tr>
    </w:tbl>
    <w:p w14:paraId="0A37501D" w14:textId="77777777" w:rsidR="00EC729F" w:rsidRPr="004B60DE" w:rsidRDefault="00EC729F">
      <w:pPr>
        <w:rPr>
          <w:bCs/>
        </w:rPr>
      </w:pPr>
    </w:p>
    <w:p w14:paraId="3E62B7B5" w14:textId="77777777" w:rsidR="00EC729F" w:rsidRPr="004B60DE" w:rsidRDefault="000871DD">
      <w:pPr>
        <w:rPr>
          <w:bCs/>
        </w:rPr>
      </w:pPr>
      <w:r w:rsidRPr="004B60DE">
        <w:rPr>
          <w:bCs/>
          <w:sz w:val="28"/>
        </w:rPr>
        <w:t>⭐ Other Services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EC729F" w:rsidRPr="004B60DE" w14:paraId="08556739" w14:textId="77777777">
        <w:tc>
          <w:tcPr>
            <w:tcW w:w="4320" w:type="dxa"/>
            <w:shd w:val="clear" w:color="auto" w:fill="FCE5CD"/>
          </w:tcPr>
          <w:p w14:paraId="4FDA2794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Service</w:t>
            </w:r>
          </w:p>
        </w:tc>
        <w:tc>
          <w:tcPr>
            <w:tcW w:w="4320" w:type="dxa"/>
            <w:shd w:val="clear" w:color="auto" w:fill="FCE5CD"/>
          </w:tcPr>
          <w:p w14:paraId="06572F13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Price</w:t>
            </w:r>
          </w:p>
        </w:tc>
      </w:tr>
      <w:tr w:rsidR="00EC729F" w:rsidRPr="004B60DE" w14:paraId="58FED1BE" w14:textId="77777777">
        <w:tc>
          <w:tcPr>
            <w:tcW w:w="4320" w:type="dxa"/>
          </w:tcPr>
          <w:p w14:paraId="4E5A5537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Laminating A4</w:t>
            </w:r>
          </w:p>
        </w:tc>
        <w:tc>
          <w:tcPr>
            <w:tcW w:w="4320" w:type="dxa"/>
          </w:tcPr>
          <w:p w14:paraId="67998B2D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£1.50</w:t>
            </w:r>
          </w:p>
        </w:tc>
      </w:tr>
      <w:tr w:rsidR="00EC729F" w:rsidRPr="004B60DE" w14:paraId="313AD788" w14:textId="77777777">
        <w:tc>
          <w:tcPr>
            <w:tcW w:w="4320" w:type="dxa"/>
          </w:tcPr>
          <w:p w14:paraId="5FB88A80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Laminating A3</w:t>
            </w:r>
          </w:p>
        </w:tc>
        <w:tc>
          <w:tcPr>
            <w:tcW w:w="4320" w:type="dxa"/>
          </w:tcPr>
          <w:p w14:paraId="3B57BDB1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£2.50</w:t>
            </w:r>
          </w:p>
        </w:tc>
      </w:tr>
      <w:tr w:rsidR="00EC729F" w:rsidRPr="004B60DE" w14:paraId="78C078AE" w14:textId="77777777">
        <w:tc>
          <w:tcPr>
            <w:tcW w:w="4320" w:type="dxa"/>
          </w:tcPr>
          <w:p w14:paraId="09546381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Poster Printing</w:t>
            </w:r>
          </w:p>
        </w:tc>
        <w:tc>
          <w:tcPr>
            <w:tcW w:w="4320" w:type="dxa"/>
          </w:tcPr>
          <w:p w14:paraId="7B1F3DB5" w14:textId="77777777" w:rsidR="00EC729F" w:rsidRPr="004B60DE" w:rsidRDefault="000871DD">
            <w:pPr>
              <w:rPr>
                <w:bCs/>
              </w:rPr>
            </w:pPr>
            <w:r w:rsidRPr="004B60DE">
              <w:rPr>
                <w:bCs/>
              </w:rPr>
              <w:t>£8.00</w:t>
            </w:r>
          </w:p>
        </w:tc>
      </w:tr>
    </w:tbl>
    <w:p w14:paraId="5DAB6C7B" w14:textId="77777777" w:rsidR="00EC729F" w:rsidRPr="004B60DE" w:rsidRDefault="00EC729F">
      <w:pPr>
        <w:rPr>
          <w:bCs/>
        </w:rPr>
      </w:pPr>
    </w:p>
    <w:p w14:paraId="7D61B5F9" w14:textId="1BC8E978" w:rsidR="004B60DE" w:rsidRPr="00290D1B" w:rsidRDefault="000871DD" w:rsidP="00290D1B">
      <w:pPr>
        <w:jc w:val="center"/>
        <w:rPr>
          <w:bCs/>
        </w:rPr>
      </w:pPr>
      <w:r w:rsidRPr="004B60DE">
        <w:rPr>
          <w:bCs/>
          <w:i/>
          <w:color w:val="006699"/>
        </w:rPr>
        <w:t>Campus Print Hub - Clear Prices, Quality Results</w:t>
      </w:r>
    </w:p>
    <w:p w14:paraId="0911BBD9" w14:textId="1219A87E" w:rsidR="004B60DE" w:rsidRPr="004B60DE" w:rsidRDefault="004B60DE" w:rsidP="004B60DE">
      <w:pPr>
        <w:ind w:left="360"/>
        <w:rPr>
          <w:rFonts w:ascii="Aptos" w:hAnsi="Aptos"/>
          <w:bCs/>
          <w:iCs/>
          <w:color w:val="000000" w:themeColor="text1"/>
          <w:u w:val="single"/>
          <w14:textOutline w14:w="9525" w14:cap="flat" w14:cmpd="sng" w14:algn="ctr">
            <w14:noFill/>
            <w14:prstDash w14:val="solid"/>
            <w14:round/>
          </w14:textOutline>
        </w:rPr>
      </w:pPr>
    </w:p>
    <w:p w14:paraId="430A80A7" w14:textId="230B7199" w:rsidR="004B60DE" w:rsidRPr="004B60DE" w:rsidRDefault="004B60DE">
      <w:pPr>
        <w:jc w:val="center"/>
        <w:rPr>
          <w:bCs/>
          <w:i/>
          <w:color w:val="006699"/>
        </w:rPr>
      </w:pPr>
    </w:p>
    <w:p w14:paraId="04F65E6A" w14:textId="77777777" w:rsidR="004B60DE" w:rsidRPr="004B60DE" w:rsidRDefault="004B60DE">
      <w:pPr>
        <w:jc w:val="center"/>
        <w:rPr>
          <w:bCs/>
          <w:i/>
          <w:color w:val="006699"/>
        </w:rPr>
      </w:pPr>
    </w:p>
    <w:sectPr w:rsidR="004B60DE" w:rsidRPr="004B60D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4ZS7FBiZxiQxh" int2:id="ykHRC9gY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695641D"/>
    <w:multiLevelType w:val="hybridMultilevel"/>
    <w:tmpl w:val="08AE75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7BA4D39"/>
    <w:multiLevelType w:val="hybridMultilevel"/>
    <w:tmpl w:val="7DDE1F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583873">
    <w:abstractNumId w:val="5"/>
  </w:num>
  <w:num w:numId="2" w16cid:durableId="1234047460">
    <w:abstractNumId w:val="1"/>
  </w:num>
  <w:num w:numId="3" w16cid:durableId="1416243587">
    <w:abstractNumId w:val="7"/>
  </w:num>
  <w:num w:numId="4" w16cid:durableId="1550922888">
    <w:abstractNumId w:val="2"/>
  </w:num>
  <w:num w:numId="5" w16cid:durableId="1557084777">
    <w:abstractNumId w:val="0"/>
  </w:num>
  <w:num w:numId="6" w16cid:durableId="1941447483">
    <w:abstractNumId w:val="6"/>
  </w:num>
  <w:num w:numId="7" w16cid:durableId="2052919176">
    <w:abstractNumId w:val="8"/>
  </w:num>
  <w:num w:numId="8" w16cid:durableId="426002509">
    <w:abstractNumId w:val="4"/>
  </w:num>
  <w:num w:numId="9" w16cid:durableId="944505903">
    <w:abstractNumId w:val="3"/>
  </w:num>
  <w:num w:numId="10" w16cid:durableId="2083410637">
    <w:abstractNumId w:val="10"/>
  </w:num>
  <w:num w:numId="11" w16cid:durableId="13852496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71DD"/>
    <w:rsid w:val="0015074B"/>
    <w:rsid w:val="001F55B1"/>
    <w:rsid w:val="00290D1B"/>
    <w:rsid w:val="0029639D"/>
    <w:rsid w:val="00326F90"/>
    <w:rsid w:val="004B60DE"/>
    <w:rsid w:val="004F5AFF"/>
    <w:rsid w:val="00A90FF3"/>
    <w:rsid w:val="00AA1D8D"/>
    <w:rsid w:val="00B47730"/>
    <w:rsid w:val="00BF25D4"/>
    <w:rsid w:val="00CB0664"/>
    <w:rsid w:val="00EC729F"/>
    <w:rsid w:val="00FC693F"/>
    <w:rsid w:val="0A82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1CBB0CC8-79A2-4E58-9935-FCC58CECF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7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4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Manager/>
  <Company/>
  <LinksUpToDate>false</LinksUpToDate>
  <CharactersWithSpaces>438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Grant Meakins (2611422)</dc:creator>
  <cp:keywords/>
  <dc:description>generated by python-docx</dc:description>
  <cp:lastModifiedBy>Joshua Grant Meakins (2611422)</cp:lastModifiedBy>
  <cp:revision>4</cp:revision>
  <dcterms:created xsi:type="dcterms:W3CDTF">2026-10-09T13:37:00Z</dcterms:created>
  <dcterms:modified xsi:type="dcterms:W3CDTF">2026-10-15T12:42:00Z</dcterms:modified>
  <cp:category/>
</cp:coreProperties>
</file>