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B57125" w14:textId="77777777" w:rsidR="00ED1788" w:rsidRPr="00BE5DEA" w:rsidRDefault="00000000" w:rsidP="00BE5DEA">
      <w:pPr>
        <w:spacing w:after="240" w:line="360" w:lineRule="auto"/>
        <w:jc w:val="center"/>
        <w:rPr>
          <w:rFonts w:cs="Arial"/>
        </w:rPr>
      </w:pPr>
      <w:r w:rsidRPr="00BE5DEA">
        <w:rPr>
          <w:rFonts w:cs="Arial"/>
          <w:b/>
          <w:sz w:val="32"/>
        </w:rPr>
        <w:t>ACCA4023 – Introduction to Web Development</w:t>
      </w:r>
    </w:p>
    <w:p w14:paraId="04C24A6C" w14:textId="77777777" w:rsidR="00ED1788" w:rsidRPr="00BE5DEA" w:rsidRDefault="00000000" w:rsidP="00BE5DEA">
      <w:pPr>
        <w:spacing w:after="480" w:line="360" w:lineRule="auto"/>
        <w:jc w:val="center"/>
        <w:rPr>
          <w:rFonts w:cs="Arial"/>
        </w:rPr>
      </w:pPr>
      <w:r w:rsidRPr="00BE5DEA">
        <w:rPr>
          <w:rFonts w:cs="Arial"/>
          <w:b/>
          <w:sz w:val="28"/>
        </w:rPr>
        <w:t>Website Design, Implementation and Evaluation Report</w:t>
      </w:r>
    </w:p>
    <w:p w14:paraId="2CADCAA2" w14:textId="77777777" w:rsidR="00ED1788" w:rsidRPr="00BE5DEA" w:rsidRDefault="00ED1788" w:rsidP="00BE5DEA">
      <w:pPr>
        <w:spacing w:after="240" w:line="360" w:lineRule="auto"/>
        <w:rPr>
          <w:rFonts w:cs="Arial"/>
        </w:rPr>
      </w:pPr>
    </w:p>
    <w:p w14:paraId="22436193" w14:textId="77777777" w:rsidR="00ED1788" w:rsidRPr="00BE5DEA" w:rsidRDefault="00000000" w:rsidP="00BE5DEA">
      <w:pPr>
        <w:spacing w:line="360" w:lineRule="auto"/>
        <w:jc w:val="center"/>
        <w:rPr>
          <w:rFonts w:cs="Arial"/>
        </w:rPr>
      </w:pPr>
      <w:r w:rsidRPr="00BE5DEA">
        <w:rPr>
          <w:rFonts w:cs="Arial"/>
          <w:b/>
        </w:rPr>
        <w:t xml:space="preserve">Student Name: </w:t>
      </w:r>
      <w:r w:rsidRPr="00BE5DEA">
        <w:rPr>
          <w:rFonts w:cs="Arial"/>
        </w:rPr>
        <w:t>Ahmad Kassabi</w:t>
      </w:r>
    </w:p>
    <w:p w14:paraId="0E030B23" w14:textId="2F9FD441" w:rsidR="00ED1788" w:rsidRPr="00BE5DEA" w:rsidRDefault="00000000" w:rsidP="00BE5DEA">
      <w:pPr>
        <w:spacing w:line="360" w:lineRule="auto"/>
        <w:jc w:val="center"/>
        <w:rPr>
          <w:rFonts w:cs="Arial"/>
        </w:rPr>
      </w:pPr>
      <w:r w:rsidRPr="00BE5DEA">
        <w:rPr>
          <w:rFonts w:cs="Arial"/>
          <w:b/>
        </w:rPr>
        <w:t>Student Number:</w:t>
      </w:r>
      <w:r w:rsidR="00A02F88" w:rsidRPr="00A02F88">
        <w:t xml:space="preserve"> </w:t>
      </w:r>
      <w:r w:rsidR="00A02F88" w:rsidRPr="00C10698">
        <w:rPr>
          <w:rFonts w:cs="Arial"/>
          <w:bCs/>
        </w:rPr>
        <w:t>2419776</w:t>
      </w:r>
    </w:p>
    <w:p w14:paraId="25CF032D" w14:textId="59FB7F04" w:rsidR="00ED1788" w:rsidRPr="00BE5DEA" w:rsidRDefault="00A02F88" w:rsidP="00BE5DEA">
      <w:pPr>
        <w:spacing w:line="360" w:lineRule="auto"/>
        <w:jc w:val="center"/>
        <w:rPr>
          <w:rFonts w:cs="Arial"/>
        </w:rPr>
      </w:pPr>
      <w:r>
        <w:rPr>
          <w:rFonts w:cs="Arial"/>
          <w:b/>
        </w:rPr>
        <w:t>Teacher Name:</w:t>
      </w:r>
      <w:r w:rsidRPr="00A02F88">
        <w:t xml:space="preserve"> </w:t>
      </w:r>
      <w:r w:rsidRPr="00A02F88">
        <w:rPr>
          <w:rFonts w:cs="Arial"/>
          <w:bCs/>
        </w:rPr>
        <w:t>Sadhana Jha</w:t>
      </w:r>
    </w:p>
    <w:p w14:paraId="11B99770" w14:textId="77777777" w:rsidR="00ED1788" w:rsidRPr="00BE5DEA" w:rsidRDefault="00000000" w:rsidP="00BE5DEA">
      <w:pPr>
        <w:spacing w:line="360" w:lineRule="auto"/>
        <w:jc w:val="center"/>
        <w:rPr>
          <w:rFonts w:cs="Arial"/>
        </w:rPr>
      </w:pPr>
      <w:r w:rsidRPr="00BE5DEA">
        <w:rPr>
          <w:rFonts w:cs="Arial"/>
          <w:b/>
        </w:rPr>
        <w:t xml:space="preserve">Module: </w:t>
      </w:r>
      <w:r w:rsidRPr="00BE5DEA">
        <w:rPr>
          <w:rFonts w:cs="Arial"/>
        </w:rPr>
        <w:t>ACCA4023 Introduction to Web Development</w:t>
      </w:r>
    </w:p>
    <w:p w14:paraId="17F35F1C" w14:textId="77777777" w:rsidR="00ED1788" w:rsidRPr="00BE5DEA" w:rsidRDefault="00000000" w:rsidP="00BE5DEA">
      <w:pPr>
        <w:spacing w:line="360" w:lineRule="auto"/>
        <w:jc w:val="center"/>
        <w:rPr>
          <w:rFonts w:cs="Arial"/>
        </w:rPr>
      </w:pPr>
      <w:r w:rsidRPr="00BE5DEA">
        <w:rPr>
          <w:rFonts w:cs="Arial"/>
          <w:b/>
        </w:rPr>
        <w:t xml:space="preserve">Website Title: </w:t>
      </w:r>
      <w:r w:rsidRPr="00BE5DEA">
        <w:rPr>
          <w:rFonts w:cs="Arial"/>
        </w:rPr>
        <w:t>Ahmad Mecca Photography</w:t>
      </w:r>
    </w:p>
    <w:p w14:paraId="6E946A38" w14:textId="243BC3FF" w:rsidR="00ED1788" w:rsidRDefault="00000000" w:rsidP="00BE5DEA">
      <w:pPr>
        <w:spacing w:line="360" w:lineRule="auto"/>
        <w:jc w:val="center"/>
        <w:rPr>
          <w:rFonts w:cs="Arial"/>
        </w:rPr>
      </w:pPr>
      <w:r w:rsidRPr="00BE5DEA">
        <w:rPr>
          <w:rFonts w:cs="Arial"/>
          <w:b/>
        </w:rPr>
        <w:t xml:space="preserve">Submission Date: </w:t>
      </w:r>
      <w:r w:rsidRPr="00BE5DEA">
        <w:rPr>
          <w:rFonts w:cs="Arial"/>
        </w:rPr>
        <w:t>2 April 2026</w:t>
      </w:r>
    </w:p>
    <w:p w14:paraId="1F370D45" w14:textId="77777777" w:rsidR="00BE5DEA" w:rsidRDefault="00BE5DEA" w:rsidP="00BE5DEA">
      <w:pPr>
        <w:spacing w:line="360" w:lineRule="auto"/>
        <w:jc w:val="center"/>
        <w:rPr>
          <w:rFonts w:cs="Arial"/>
        </w:rPr>
      </w:pPr>
    </w:p>
    <w:p w14:paraId="3CC50402" w14:textId="77777777" w:rsidR="00BE5DEA" w:rsidRDefault="00BE5DEA" w:rsidP="00BE5DEA">
      <w:pPr>
        <w:spacing w:line="360" w:lineRule="auto"/>
        <w:jc w:val="center"/>
        <w:rPr>
          <w:rFonts w:cs="Arial"/>
        </w:rPr>
      </w:pPr>
    </w:p>
    <w:p w14:paraId="065D1EF1" w14:textId="77777777" w:rsidR="00BE5DEA" w:rsidRDefault="00BE5DEA" w:rsidP="00BE5DEA">
      <w:pPr>
        <w:spacing w:line="360" w:lineRule="auto"/>
        <w:jc w:val="center"/>
        <w:rPr>
          <w:rFonts w:cs="Arial"/>
        </w:rPr>
      </w:pPr>
    </w:p>
    <w:p w14:paraId="5B6E5513" w14:textId="77777777" w:rsidR="00BE5DEA" w:rsidRDefault="00BE5DEA" w:rsidP="00BE5DEA">
      <w:pPr>
        <w:spacing w:line="360" w:lineRule="auto"/>
        <w:jc w:val="center"/>
        <w:rPr>
          <w:rFonts w:cs="Arial"/>
        </w:rPr>
      </w:pPr>
    </w:p>
    <w:p w14:paraId="70D54D39" w14:textId="77777777" w:rsidR="00BE5DEA" w:rsidRDefault="00BE5DEA" w:rsidP="00BE5DEA">
      <w:pPr>
        <w:spacing w:line="360" w:lineRule="auto"/>
        <w:jc w:val="center"/>
        <w:rPr>
          <w:rFonts w:cs="Arial"/>
        </w:rPr>
      </w:pPr>
    </w:p>
    <w:p w14:paraId="2710E791" w14:textId="77777777" w:rsidR="00BE5DEA" w:rsidRDefault="00BE5DEA" w:rsidP="00BE5DEA">
      <w:pPr>
        <w:spacing w:line="360" w:lineRule="auto"/>
        <w:jc w:val="center"/>
        <w:rPr>
          <w:rFonts w:cs="Arial"/>
        </w:rPr>
      </w:pPr>
    </w:p>
    <w:p w14:paraId="180E616A" w14:textId="77777777" w:rsidR="00BE5DEA" w:rsidRDefault="00BE5DEA" w:rsidP="00BE5DEA">
      <w:pPr>
        <w:spacing w:line="360" w:lineRule="auto"/>
        <w:jc w:val="center"/>
        <w:rPr>
          <w:rFonts w:cs="Arial"/>
        </w:rPr>
      </w:pPr>
    </w:p>
    <w:p w14:paraId="126341AE" w14:textId="77777777" w:rsidR="00BE5DEA" w:rsidRDefault="00BE5DEA" w:rsidP="00BE5DEA">
      <w:pPr>
        <w:spacing w:line="360" w:lineRule="auto"/>
        <w:jc w:val="center"/>
        <w:rPr>
          <w:rFonts w:cs="Arial"/>
        </w:rPr>
      </w:pPr>
    </w:p>
    <w:p w14:paraId="6FBA268A" w14:textId="77777777" w:rsidR="00BE5DEA" w:rsidRDefault="00BE5DEA" w:rsidP="00BE5DEA">
      <w:pPr>
        <w:spacing w:line="360" w:lineRule="auto"/>
        <w:jc w:val="center"/>
        <w:rPr>
          <w:rFonts w:cs="Arial"/>
        </w:rPr>
      </w:pPr>
    </w:p>
    <w:p w14:paraId="732CB15B" w14:textId="77777777" w:rsidR="00BE5DEA" w:rsidRDefault="00BE5DEA" w:rsidP="00BE5DEA">
      <w:pPr>
        <w:spacing w:line="360" w:lineRule="auto"/>
        <w:jc w:val="center"/>
        <w:rPr>
          <w:rFonts w:cs="Arial"/>
        </w:rPr>
      </w:pPr>
    </w:p>
    <w:p w14:paraId="5FF71756" w14:textId="77777777" w:rsidR="00BE5DEA" w:rsidRDefault="00BE5DEA" w:rsidP="00BE5DEA">
      <w:pPr>
        <w:spacing w:line="360" w:lineRule="auto"/>
        <w:jc w:val="center"/>
        <w:rPr>
          <w:rFonts w:cs="Arial"/>
        </w:rPr>
      </w:pPr>
    </w:p>
    <w:p w14:paraId="334E50FC" w14:textId="77777777" w:rsidR="00BE5DEA" w:rsidRPr="00BE5DEA" w:rsidRDefault="00BE5DEA" w:rsidP="00BE5DEA">
      <w:pPr>
        <w:spacing w:line="360" w:lineRule="auto"/>
        <w:jc w:val="center"/>
        <w:rPr>
          <w:rFonts w:cs="Arial"/>
        </w:rPr>
      </w:pPr>
    </w:p>
    <w:sdt>
      <w:sdtPr>
        <w:rPr>
          <w:rFonts w:ascii="Arial" w:eastAsia="Arial" w:hAnsi="Arial" w:cstheme="minorBidi"/>
          <w:b w:val="0"/>
          <w:bCs w:val="0"/>
          <w:color w:val="auto"/>
          <w:sz w:val="22"/>
          <w:szCs w:val="22"/>
        </w:rPr>
        <w:id w:val="-1696136898"/>
        <w:docPartObj>
          <w:docPartGallery w:val="Table of Contents"/>
          <w:docPartUnique/>
        </w:docPartObj>
      </w:sdtPr>
      <w:sdtEndPr>
        <w:rPr>
          <w:noProof/>
        </w:rPr>
      </w:sdtEndPr>
      <w:sdtContent>
        <w:p w14:paraId="5F65542E" w14:textId="599EDD7B" w:rsidR="00BE5DEA" w:rsidRDefault="00BE5DEA">
          <w:pPr>
            <w:pStyle w:val="TOCHeading"/>
          </w:pPr>
          <w:r>
            <w:t>Table of Contents</w:t>
          </w:r>
        </w:p>
        <w:p w14:paraId="71AA4114" w14:textId="03D0C9DD" w:rsidR="00BE5DEA" w:rsidRDefault="00BE5DEA">
          <w:pPr>
            <w:pStyle w:val="TOC1"/>
            <w:tabs>
              <w:tab w:val="right" w:leader="dot" w:pos="9350"/>
            </w:tabs>
            <w:rPr>
              <w:noProof/>
            </w:rPr>
          </w:pPr>
          <w:r>
            <w:fldChar w:fldCharType="begin"/>
          </w:r>
          <w:r>
            <w:instrText xml:space="preserve"> TOC \o "1-3" \h \z \u </w:instrText>
          </w:r>
          <w:r>
            <w:fldChar w:fldCharType="separate"/>
          </w:r>
          <w:hyperlink w:anchor="_Toc226023190" w:history="1">
            <w:r w:rsidRPr="004C0EE8">
              <w:rPr>
                <w:rStyle w:val="Hyperlink"/>
                <w:rFonts w:cs="Arial"/>
                <w:noProof/>
              </w:rPr>
              <w:t>1. Introduction</w:t>
            </w:r>
            <w:r>
              <w:rPr>
                <w:noProof/>
                <w:webHidden/>
              </w:rPr>
              <w:tab/>
            </w:r>
            <w:r>
              <w:rPr>
                <w:noProof/>
                <w:webHidden/>
              </w:rPr>
              <w:fldChar w:fldCharType="begin"/>
            </w:r>
            <w:r>
              <w:rPr>
                <w:noProof/>
                <w:webHidden/>
              </w:rPr>
              <w:instrText xml:space="preserve"> PAGEREF _Toc226023190 \h </w:instrText>
            </w:r>
            <w:r>
              <w:rPr>
                <w:noProof/>
                <w:webHidden/>
              </w:rPr>
            </w:r>
            <w:r>
              <w:rPr>
                <w:noProof/>
                <w:webHidden/>
              </w:rPr>
              <w:fldChar w:fldCharType="separate"/>
            </w:r>
            <w:r>
              <w:rPr>
                <w:noProof/>
                <w:webHidden/>
              </w:rPr>
              <w:t>2</w:t>
            </w:r>
            <w:r>
              <w:rPr>
                <w:noProof/>
                <w:webHidden/>
              </w:rPr>
              <w:fldChar w:fldCharType="end"/>
            </w:r>
          </w:hyperlink>
        </w:p>
        <w:p w14:paraId="2B8F9820" w14:textId="638398DD" w:rsidR="00BE5DEA" w:rsidRDefault="00BE5DEA">
          <w:pPr>
            <w:pStyle w:val="TOC2"/>
            <w:tabs>
              <w:tab w:val="right" w:leader="dot" w:pos="9350"/>
            </w:tabs>
            <w:rPr>
              <w:noProof/>
            </w:rPr>
          </w:pPr>
          <w:hyperlink w:anchor="_Toc226023191" w:history="1">
            <w:r w:rsidRPr="004C0EE8">
              <w:rPr>
                <w:rStyle w:val="Hyperlink"/>
                <w:rFonts w:cs="Arial"/>
                <w:noProof/>
              </w:rPr>
              <w:t>Abstract</w:t>
            </w:r>
            <w:r>
              <w:rPr>
                <w:noProof/>
                <w:webHidden/>
              </w:rPr>
              <w:tab/>
            </w:r>
            <w:r>
              <w:rPr>
                <w:noProof/>
                <w:webHidden/>
              </w:rPr>
              <w:fldChar w:fldCharType="begin"/>
            </w:r>
            <w:r>
              <w:rPr>
                <w:noProof/>
                <w:webHidden/>
              </w:rPr>
              <w:instrText xml:space="preserve"> PAGEREF _Toc226023191 \h </w:instrText>
            </w:r>
            <w:r>
              <w:rPr>
                <w:noProof/>
                <w:webHidden/>
              </w:rPr>
            </w:r>
            <w:r>
              <w:rPr>
                <w:noProof/>
                <w:webHidden/>
              </w:rPr>
              <w:fldChar w:fldCharType="separate"/>
            </w:r>
            <w:r>
              <w:rPr>
                <w:noProof/>
                <w:webHidden/>
              </w:rPr>
              <w:t>2</w:t>
            </w:r>
            <w:r>
              <w:rPr>
                <w:noProof/>
                <w:webHidden/>
              </w:rPr>
              <w:fldChar w:fldCharType="end"/>
            </w:r>
          </w:hyperlink>
        </w:p>
        <w:p w14:paraId="3ECBC0D8" w14:textId="7F138DD0" w:rsidR="00BE5DEA" w:rsidRDefault="00BE5DEA">
          <w:pPr>
            <w:pStyle w:val="TOC1"/>
            <w:tabs>
              <w:tab w:val="right" w:leader="dot" w:pos="9350"/>
            </w:tabs>
            <w:rPr>
              <w:noProof/>
            </w:rPr>
          </w:pPr>
          <w:hyperlink w:anchor="_Toc226023192" w:history="1">
            <w:r w:rsidRPr="004C0EE8">
              <w:rPr>
                <w:rStyle w:val="Hyperlink"/>
                <w:rFonts w:cs="Arial"/>
                <w:noProof/>
              </w:rPr>
              <w:t>2. Requirements</w:t>
            </w:r>
            <w:r>
              <w:rPr>
                <w:noProof/>
                <w:webHidden/>
              </w:rPr>
              <w:tab/>
            </w:r>
            <w:r>
              <w:rPr>
                <w:noProof/>
                <w:webHidden/>
              </w:rPr>
              <w:fldChar w:fldCharType="begin"/>
            </w:r>
            <w:r>
              <w:rPr>
                <w:noProof/>
                <w:webHidden/>
              </w:rPr>
              <w:instrText xml:space="preserve"> PAGEREF _Toc226023192 \h </w:instrText>
            </w:r>
            <w:r>
              <w:rPr>
                <w:noProof/>
                <w:webHidden/>
              </w:rPr>
            </w:r>
            <w:r>
              <w:rPr>
                <w:noProof/>
                <w:webHidden/>
              </w:rPr>
              <w:fldChar w:fldCharType="separate"/>
            </w:r>
            <w:r>
              <w:rPr>
                <w:noProof/>
                <w:webHidden/>
              </w:rPr>
              <w:t>2</w:t>
            </w:r>
            <w:r>
              <w:rPr>
                <w:noProof/>
                <w:webHidden/>
              </w:rPr>
              <w:fldChar w:fldCharType="end"/>
            </w:r>
          </w:hyperlink>
        </w:p>
        <w:p w14:paraId="29B1E14E" w14:textId="6DB1EB7D" w:rsidR="00BE5DEA" w:rsidRDefault="00BE5DEA">
          <w:pPr>
            <w:pStyle w:val="TOC1"/>
            <w:tabs>
              <w:tab w:val="right" w:leader="dot" w:pos="9350"/>
            </w:tabs>
            <w:rPr>
              <w:noProof/>
            </w:rPr>
          </w:pPr>
          <w:hyperlink w:anchor="_Toc226023193" w:history="1">
            <w:r w:rsidRPr="004C0EE8">
              <w:rPr>
                <w:rStyle w:val="Hyperlink"/>
                <w:rFonts w:cs="Arial"/>
                <w:noProof/>
              </w:rPr>
              <w:t>3. Implementation</w:t>
            </w:r>
            <w:r>
              <w:rPr>
                <w:noProof/>
                <w:webHidden/>
              </w:rPr>
              <w:tab/>
            </w:r>
            <w:r>
              <w:rPr>
                <w:noProof/>
                <w:webHidden/>
              </w:rPr>
              <w:fldChar w:fldCharType="begin"/>
            </w:r>
            <w:r>
              <w:rPr>
                <w:noProof/>
                <w:webHidden/>
              </w:rPr>
              <w:instrText xml:space="preserve"> PAGEREF _Toc226023193 \h </w:instrText>
            </w:r>
            <w:r>
              <w:rPr>
                <w:noProof/>
                <w:webHidden/>
              </w:rPr>
            </w:r>
            <w:r>
              <w:rPr>
                <w:noProof/>
                <w:webHidden/>
              </w:rPr>
              <w:fldChar w:fldCharType="separate"/>
            </w:r>
            <w:r>
              <w:rPr>
                <w:noProof/>
                <w:webHidden/>
              </w:rPr>
              <w:t>3</w:t>
            </w:r>
            <w:r>
              <w:rPr>
                <w:noProof/>
                <w:webHidden/>
              </w:rPr>
              <w:fldChar w:fldCharType="end"/>
            </w:r>
          </w:hyperlink>
        </w:p>
        <w:p w14:paraId="281D4813" w14:textId="76E960E4" w:rsidR="00BE5DEA" w:rsidRDefault="00BE5DEA">
          <w:pPr>
            <w:pStyle w:val="TOC2"/>
            <w:tabs>
              <w:tab w:val="right" w:leader="dot" w:pos="9350"/>
            </w:tabs>
            <w:rPr>
              <w:noProof/>
            </w:rPr>
          </w:pPr>
          <w:hyperlink w:anchor="_Toc226023194" w:history="1">
            <w:r w:rsidRPr="004C0EE8">
              <w:rPr>
                <w:rStyle w:val="Hyperlink"/>
                <w:rFonts w:cs="Arial"/>
                <w:noProof/>
              </w:rPr>
              <w:t>Discussion of implementation</w:t>
            </w:r>
            <w:r>
              <w:rPr>
                <w:noProof/>
                <w:webHidden/>
              </w:rPr>
              <w:tab/>
            </w:r>
            <w:r>
              <w:rPr>
                <w:noProof/>
                <w:webHidden/>
              </w:rPr>
              <w:fldChar w:fldCharType="begin"/>
            </w:r>
            <w:r>
              <w:rPr>
                <w:noProof/>
                <w:webHidden/>
              </w:rPr>
              <w:instrText xml:space="preserve"> PAGEREF _Toc226023194 \h </w:instrText>
            </w:r>
            <w:r>
              <w:rPr>
                <w:noProof/>
                <w:webHidden/>
              </w:rPr>
            </w:r>
            <w:r>
              <w:rPr>
                <w:noProof/>
                <w:webHidden/>
              </w:rPr>
              <w:fldChar w:fldCharType="separate"/>
            </w:r>
            <w:r>
              <w:rPr>
                <w:noProof/>
                <w:webHidden/>
              </w:rPr>
              <w:t>7</w:t>
            </w:r>
            <w:r>
              <w:rPr>
                <w:noProof/>
                <w:webHidden/>
              </w:rPr>
              <w:fldChar w:fldCharType="end"/>
            </w:r>
          </w:hyperlink>
        </w:p>
        <w:p w14:paraId="0662D979" w14:textId="44AC23DB" w:rsidR="00BE5DEA" w:rsidRDefault="00BE5DEA">
          <w:pPr>
            <w:pStyle w:val="TOC1"/>
            <w:tabs>
              <w:tab w:val="right" w:leader="dot" w:pos="9350"/>
            </w:tabs>
            <w:rPr>
              <w:noProof/>
            </w:rPr>
          </w:pPr>
          <w:hyperlink w:anchor="_Toc226023195" w:history="1">
            <w:r w:rsidRPr="004C0EE8">
              <w:rPr>
                <w:rStyle w:val="Hyperlink"/>
                <w:rFonts w:cs="Arial"/>
                <w:noProof/>
              </w:rPr>
              <w:t>4. Validation</w:t>
            </w:r>
            <w:r>
              <w:rPr>
                <w:noProof/>
                <w:webHidden/>
              </w:rPr>
              <w:tab/>
            </w:r>
            <w:r>
              <w:rPr>
                <w:noProof/>
                <w:webHidden/>
              </w:rPr>
              <w:fldChar w:fldCharType="begin"/>
            </w:r>
            <w:r>
              <w:rPr>
                <w:noProof/>
                <w:webHidden/>
              </w:rPr>
              <w:instrText xml:space="preserve"> PAGEREF _Toc226023195 \h </w:instrText>
            </w:r>
            <w:r>
              <w:rPr>
                <w:noProof/>
                <w:webHidden/>
              </w:rPr>
            </w:r>
            <w:r>
              <w:rPr>
                <w:noProof/>
                <w:webHidden/>
              </w:rPr>
              <w:fldChar w:fldCharType="separate"/>
            </w:r>
            <w:r>
              <w:rPr>
                <w:noProof/>
                <w:webHidden/>
              </w:rPr>
              <w:t>7</w:t>
            </w:r>
            <w:r>
              <w:rPr>
                <w:noProof/>
                <w:webHidden/>
              </w:rPr>
              <w:fldChar w:fldCharType="end"/>
            </w:r>
          </w:hyperlink>
        </w:p>
        <w:p w14:paraId="193D9EE6" w14:textId="62BA1634" w:rsidR="00BE5DEA" w:rsidRDefault="00BE5DEA">
          <w:pPr>
            <w:pStyle w:val="TOC1"/>
            <w:tabs>
              <w:tab w:val="right" w:leader="dot" w:pos="9350"/>
            </w:tabs>
            <w:rPr>
              <w:noProof/>
            </w:rPr>
          </w:pPr>
          <w:hyperlink w:anchor="_Toc226023196" w:history="1">
            <w:r w:rsidRPr="004C0EE8">
              <w:rPr>
                <w:rStyle w:val="Hyperlink"/>
                <w:rFonts w:cs="Arial"/>
                <w:noProof/>
              </w:rPr>
              <w:t>5. Evaluation</w:t>
            </w:r>
            <w:r>
              <w:rPr>
                <w:noProof/>
                <w:webHidden/>
              </w:rPr>
              <w:tab/>
            </w:r>
            <w:r>
              <w:rPr>
                <w:noProof/>
                <w:webHidden/>
              </w:rPr>
              <w:fldChar w:fldCharType="begin"/>
            </w:r>
            <w:r>
              <w:rPr>
                <w:noProof/>
                <w:webHidden/>
              </w:rPr>
              <w:instrText xml:space="preserve"> PAGEREF _Toc226023196 \h </w:instrText>
            </w:r>
            <w:r>
              <w:rPr>
                <w:noProof/>
                <w:webHidden/>
              </w:rPr>
            </w:r>
            <w:r>
              <w:rPr>
                <w:noProof/>
                <w:webHidden/>
              </w:rPr>
              <w:fldChar w:fldCharType="separate"/>
            </w:r>
            <w:r>
              <w:rPr>
                <w:noProof/>
                <w:webHidden/>
              </w:rPr>
              <w:t>13</w:t>
            </w:r>
            <w:r>
              <w:rPr>
                <w:noProof/>
                <w:webHidden/>
              </w:rPr>
              <w:fldChar w:fldCharType="end"/>
            </w:r>
          </w:hyperlink>
        </w:p>
        <w:p w14:paraId="6C0589E9" w14:textId="5602C772" w:rsidR="00BE5DEA" w:rsidRDefault="00BE5DEA">
          <w:pPr>
            <w:pStyle w:val="TOC2"/>
            <w:tabs>
              <w:tab w:val="right" w:leader="dot" w:pos="9350"/>
            </w:tabs>
            <w:rPr>
              <w:noProof/>
            </w:rPr>
          </w:pPr>
          <w:hyperlink w:anchor="_Toc226023197" w:history="1">
            <w:r w:rsidRPr="004C0EE8">
              <w:rPr>
                <w:rStyle w:val="Hyperlink"/>
                <w:rFonts w:cs="Arial"/>
                <w:noProof/>
              </w:rPr>
              <w:t>5.1 Website usability, accessibility, and search engine optimisation</w:t>
            </w:r>
            <w:r>
              <w:rPr>
                <w:noProof/>
                <w:webHidden/>
              </w:rPr>
              <w:tab/>
            </w:r>
            <w:r>
              <w:rPr>
                <w:noProof/>
                <w:webHidden/>
              </w:rPr>
              <w:fldChar w:fldCharType="begin"/>
            </w:r>
            <w:r>
              <w:rPr>
                <w:noProof/>
                <w:webHidden/>
              </w:rPr>
              <w:instrText xml:space="preserve"> PAGEREF _Toc226023197 \h </w:instrText>
            </w:r>
            <w:r>
              <w:rPr>
                <w:noProof/>
                <w:webHidden/>
              </w:rPr>
            </w:r>
            <w:r>
              <w:rPr>
                <w:noProof/>
                <w:webHidden/>
              </w:rPr>
              <w:fldChar w:fldCharType="separate"/>
            </w:r>
            <w:r>
              <w:rPr>
                <w:noProof/>
                <w:webHidden/>
              </w:rPr>
              <w:t>13</w:t>
            </w:r>
            <w:r>
              <w:rPr>
                <w:noProof/>
                <w:webHidden/>
              </w:rPr>
              <w:fldChar w:fldCharType="end"/>
            </w:r>
          </w:hyperlink>
        </w:p>
        <w:p w14:paraId="2B889DDE" w14:textId="745BA35A" w:rsidR="00BE5DEA" w:rsidRDefault="00BE5DEA">
          <w:pPr>
            <w:pStyle w:val="TOC3"/>
            <w:tabs>
              <w:tab w:val="right" w:leader="dot" w:pos="9350"/>
            </w:tabs>
            <w:rPr>
              <w:noProof/>
            </w:rPr>
          </w:pPr>
          <w:hyperlink w:anchor="_Toc226023198" w:history="1">
            <w:r w:rsidRPr="004C0EE8">
              <w:rPr>
                <w:rStyle w:val="Hyperlink"/>
                <w:rFonts w:cs="Arial"/>
                <w:noProof/>
              </w:rPr>
              <w:t>Usability</w:t>
            </w:r>
            <w:r>
              <w:rPr>
                <w:noProof/>
                <w:webHidden/>
              </w:rPr>
              <w:tab/>
            </w:r>
            <w:r>
              <w:rPr>
                <w:noProof/>
                <w:webHidden/>
              </w:rPr>
              <w:fldChar w:fldCharType="begin"/>
            </w:r>
            <w:r>
              <w:rPr>
                <w:noProof/>
                <w:webHidden/>
              </w:rPr>
              <w:instrText xml:space="preserve"> PAGEREF _Toc226023198 \h </w:instrText>
            </w:r>
            <w:r>
              <w:rPr>
                <w:noProof/>
                <w:webHidden/>
              </w:rPr>
            </w:r>
            <w:r>
              <w:rPr>
                <w:noProof/>
                <w:webHidden/>
              </w:rPr>
              <w:fldChar w:fldCharType="separate"/>
            </w:r>
            <w:r>
              <w:rPr>
                <w:noProof/>
                <w:webHidden/>
              </w:rPr>
              <w:t>13</w:t>
            </w:r>
            <w:r>
              <w:rPr>
                <w:noProof/>
                <w:webHidden/>
              </w:rPr>
              <w:fldChar w:fldCharType="end"/>
            </w:r>
          </w:hyperlink>
        </w:p>
        <w:p w14:paraId="331D089E" w14:textId="00D123B4" w:rsidR="00BE5DEA" w:rsidRDefault="00BE5DEA">
          <w:pPr>
            <w:pStyle w:val="TOC3"/>
            <w:tabs>
              <w:tab w:val="right" w:leader="dot" w:pos="9350"/>
            </w:tabs>
            <w:rPr>
              <w:noProof/>
            </w:rPr>
          </w:pPr>
          <w:hyperlink w:anchor="_Toc226023199" w:history="1">
            <w:r w:rsidRPr="004C0EE8">
              <w:rPr>
                <w:rStyle w:val="Hyperlink"/>
                <w:rFonts w:cs="Arial"/>
                <w:noProof/>
              </w:rPr>
              <w:t>Search engine optimisation (SEO)</w:t>
            </w:r>
            <w:r>
              <w:rPr>
                <w:noProof/>
                <w:webHidden/>
              </w:rPr>
              <w:tab/>
            </w:r>
            <w:r>
              <w:rPr>
                <w:noProof/>
                <w:webHidden/>
              </w:rPr>
              <w:fldChar w:fldCharType="begin"/>
            </w:r>
            <w:r>
              <w:rPr>
                <w:noProof/>
                <w:webHidden/>
              </w:rPr>
              <w:instrText xml:space="preserve"> PAGEREF _Toc226023199 \h </w:instrText>
            </w:r>
            <w:r>
              <w:rPr>
                <w:noProof/>
                <w:webHidden/>
              </w:rPr>
            </w:r>
            <w:r>
              <w:rPr>
                <w:noProof/>
                <w:webHidden/>
              </w:rPr>
              <w:fldChar w:fldCharType="separate"/>
            </w:r>
            <w:r>
              <w:rPr>
                <w:noProof/>
                <w:webHidden/>
              </w:rPr>
              <w:t>14</w:t>
            </w:r>
            <w:r>
              <w:rPr>
                <w:noProof/>
                <w:webHidden/>
              </w:rPr>
              <w:fldChar w:fldCharType="end"/>
            </w:r>
          </w:hyperlink>
        </w:p>
        <w:p w14:paraId="7BE06D5C" w14:textId="05CEBA72" w:rsidR="00BE5DEA" w:rsidRDefault="00BE5DEA">
          <w:pPr>
            <w:pStyle w:val="TOC2"/>
            <w:tabs>
              <w:tab w:val="right" w:leader="dot" w:pos="9350"/>
            </w:tabs>
            <w:rPr>
              <w:noProof/>
            </w:rPr>
          </w:pPr>
          <w:hyperlink w:anchor="_Toc226023200" w:history="1">
            <w:r w:rsidRPr="004C0EE8">
              <w:rPr>
                <w:rStyle w:val="Hyperlink"/>
                <w:rFonts w:cs="Arial"/>
                <w:noProof/>
              </w:rPr>
              <w:t>5.2 Analysis of the completed website</w:t>
            </w:r>
            <w:r>
              <w:rPr>
                <w:noProof/>
                <w:webHidden/>
              </w:rPr>
              <w:tab/>
            </w:r>
            <w:r>
              <w:rPr>
                <w:noProof/>
                <w:webHidden/>
              </w:rPr>
              <w:fldChar w:fldCharType="begin"/>
            </w:r>
            <w:r>
              <w:rPr>
                <w:noProof/>
                <w:webHidden/>
              </w:rPr>
              <w:instrText xml:space="preserve"> PAGEREF _Toc226023200 \h </w:instrText>
            </w:r>
            <w:r>
              <w:rPr>
                <w:noProof/>
                <w:webHidden/>
              </w:rPr>
            </w:r>
            <w:r>
              <w:rPr>
                <w:noProof/>
                <w:webHidden/>
              </w:rPr>
              <w:fldChar w:fldCharType="separate"/>
            </w:r>
            <w:r>
              <w:rPr>
                <w:noProof/>
                <w:webHidden/>
              </w:rPr>
              <w:t>15</w:t>
            </w:r>
            <w:r>
              <w:rPr>
                <w:noProof/>
                <w:webHidden/>
              </w:rPr>
              <w:fldChar w:fldCharType="end"/>
            </w:r>
          </w:hyperlink>
        </w:p>
        <w:p w14:paraId="6BD06C10" w14:textId="530E089F" w:rsidR="00BE5DEA" w:rsidRDefault="00BE5DEA">
          <w:pPr>
            <w:pStyle w:val="TOC3"/>
            <w:tabs>
              <w:tab w:val="right" w:leader="dot" w:pos="9350"/>
            </w:tabs>
            <w:rPr>
              <w:noProof/>
            </w:rPr>
          </w:pPr>
          <w:hyperlink w:anchor="_Toc226023201" w:history="1">
            <w:r w:rsidRPr="004C0EE8">
              <w:rPr>
                <w:rStyle w:val="Hyperlink"/>
                <w:rFonts w:cs="Arial"/>
                <w:noProof/>
              </w:rPr>
              <w:t>Usefulness (utility, usability and content)</w:t>
            </w:r>
            <w:r>
              <w:rPr>
                <w:noProof/>
                <w:webHidden/>
              </w:rPr>
              <w:tab/>
            </w:r>
            <w:r>
              <w:rPr>
                <w:noProof/>
                <w:webHidden/>
              </w:rPr>
              <w:fldChar w:fldCharType="begin"/>
            </w:r>
            <w:r>
              <w:rPr>
                <w:noProof/>
                <w:webHidden/>
              </w:rPr>
              <w:instrText xml:space="preserve"> PAGEREF _Toc226023201 \h </w:instrText>
            </w:r>
            <w:r>
              <w:rPr>
                <w:noProof/>
                <w:webHidden/>
              </w:rPr>
            </w:r>
            <w:r>
              <w:rPr>
                <w:noProof/>
                <w:webHidden/>
              </w:rPr>
              <w:fldChar w:fldCharType="separate"/>
            </w:r>
            <w:r>
              <w:rPr>
                <w:noProof/>
                <w:webHidden/>
              </w:rPr>
              <w:t>15</w:t>
            </w:r>
            <w:r>
              <w:rPr>
                <w:noProof/>
                <w:webHidden/>
              </w:rPr>
              <w:fldChar w:fldCharType="end"/>
            </w:r>
          </w:hyperlink>
        </w:p>
        <w:p w14:paraId="35CE9594" w14:textId="7704D917" w:rsidR="00BE5DEA" w:rsidRDefault="00BE5DEA">
          <w:pPr>
            <w:pStyle w:val="TOC3"/>
            <w:tabs>
              <w:tab w:val="right" w:leader="dot" w:pos="9350"/>
            </w:tabs>
            <w:rPr>
              <w:noProof/>
            </w:rPr>
          </w:pPr>
          <w:hyperlink w:anchor="_Toc226023202" w:history="1">
            <w:r w:rsidRPr="004C0EE8">
              <w:rPr>
                <w:rStyle w:val="Hyperlink"/>
                <w:rFonts w:cs="Arial"/>
                <w:noProof/>
              </w:rPr>
              <w:t>Search Engine Optimisation (SEO) on-page</w:t>
            </w:r>
            <w:r>
              <w:rPr>
                <w:noProof/>
                <w:webHidden/>
              </w:rPr>
              <w:tab/>
            </w:r>
            <w:r>
              <w:rPr>
                <w:noProof/>
                <w:webHidden/>
              </w:rPr>
              <w:fldChar w:fldCharType="begin"/>
            </w:r>
            <w:r>
              <w:rPr>
                <w:noProof/>
                <w:webHidden/>
              </w:rPr>
              <w:instrText xml:space="preserve"> PAGEREF _Toc226023202 \h </w:instrText>
            </w:r>
            <w:r>
              <w:rPr>
                <w:noProof/>
                <w:webHidden/>
              </w:rPr>
            </w:r>
            <w:r>
              <w:rPr>
                <w:noProof/>
                <w:webHidden/>
              </w:rPr>
              <w:fldChar w:fldCharType="separate"/>
            </w:r>
            <w:r>
              <w:rPr>
                <w:noProof/>
                <w:webHidden/>
              </w:rPr>
              <w:t>15</w:t>
            </w:r>
            <w:r>
              <w:rPr>
                <w:noProof/>
                <w:webHidden/>
              </w:rPr>
              <w:fldChar w:fldCharType="end"/>
            </w:r>
          </w:hyperlink>
        </w:p>
        <w:p w14:paraId="514D1AAB" w14:textId="500DBF0E" w:rsidR="00BE5DEA" w:rsidRDefault="00BE5DEA">
          <w:pPr>
            <w:pStyle w:val="TOC3"/>
            <w:tabs>
              <w:tab w:val="right" w:leader="dot" w:pos="9350"/>
            </w:tabs>
            <w:rPr>
              <w:noProof/>
            </w:rPr>
          </w:pPr>
          <w:hyperlink w:anchor="_Toc226023203" w:history="1">
            <w:r w:rsidRPr="004C0EE8">
              <w:rPr>
                <w:rStyle w:val="Hyperlink"/>
                <w:rFonts w:cs="Arial"/>
                <w:noProof/>
              </w:rPr>
              <w:t>WCAG 2.1</w:t>
            </w:r>
            <w:r>
              <w:rPr>
                <w:noProof/>
                <w:webHidden/>
              </w:rPr>
              <w:tab/>
            </w:r>
            <w:r>
              <w:rPr>
                <w:noProof/>
                <w:webHidden/>
              </w:rPr>
              <w:fldChar w:fldCharType="begin"/>
            </w:r>
            <w:r>
              <w:rPr>
                <w:noProof/>
                <w:webHidden/>
              </w:rPr>
              <w:instrText xml:space="preserve"> PAGEREF _Toc226023203 \h </w:instrText>
            </w:r>
            <w:r>
              <w:rPr>
                <w:noProof/>
                <w:webHidden/>
              </w:rPr>
            </w:r>
            <w:r>
              <w:rPr>
                <w:noProof/>
                <w:webHidden/>
              </w:rPr>
              <w:fldChar w:fldCharType="separate"/>
            </w:r>
            <w:r>
              <w:rPr>
                <w:noProof/>
                <w:webHidden/>
              </w:rPr>
              <w:t>16</w:t>
            </w:r>
            <w:r>
              <w:rPr>
                <w:noProof/>
                <w:webHidden/>
              </w:rPr>
              <w:fldChar w:fldCharType="end"/>
            </w:r>
          </w:hyperlink>
        </w:p>
        <w:p w14:paraId="1604EC0A" w14:textId="2C3AF589" w:rsidR="00BE5DEA" w:rsidRDefault="00BE5DEA">
          <w:pPr>
            <w:pStyle w:val="TOC1"/>
            <w:tabs>
              <w:tab w:val="right" w:leader="dot" w:pos="9350"/>
            </w:tabs>
            <w:rPr>
              <w:noProof/>
            </w:rPr>
          </w:pPr>
          <w:hyperlink w:anchor="_Toc226023204" w:history="1">
            <w:r w:rsidRPr="004C0EE8">
              <w:rPr>
                <w:rStyle w:val="Hyperlink"/>
                <w:rFonts w:cs="Arial"/>
                <w:noProof/>
              </w:rPr>
              <w:t>6. Comparison of Two Live Websites</w:t>
            </w:r>
            <w:r>
              <w:rPr>
                <w:noProof/>
                <w:webHidden/>
              </w:rPr>
              <w:tab/>
            </w:r>
            <w:r>
              <w:rPr>
                <w:noProof/>
                <w:webHidden/>
              </w:rPr>
              <w:fldChar w:fldCharType="begin"/>
            </w:r>
            <w:r>
              <w:rPr>
                <w:noProof/>
                <w:webHidden/>
              </w:rPr>
              <w:instrText xml:space="preserve"> PAGEREF _Toc226023204 \h </w:instrText>
            </w:r>
            <w:r>
              <w:rPr>
                <w:noProof/>
                <w:webHidden/>
              </w:rPr>
            </w:r>
            <w:r>
              <w:rPr>
                <w:noProof/>
                <w:webHidden/>
              </w:rPr>
              <w:fldChar w:fldCharType="separate"/>
            </w:r>
            <w:r>
              <w:rPr>
                <w:noProof/>
                <w:webHidden/>
              </w:rPr>
              <w:t>17</w:t>
            </w:r>
            <w:r>
              <w:rPr>
                <w:noProof/>
                <w:webHidden/>
              </w:rPr>
              <w:fldChar w:fldCharType="end"/>
            </w:r>
          </w:hyperlink>
        </w:p>
        <w:p w14:paraId="55DFEDE9" w14:textId="73469556" w:rsidR="00BE5DEA" w:rsidRDefault="00BE5DEA">
          <w:pPr>
            <w:pStyle w:val="TOC1"/>
            <w:tabs>
              <w:tab w:val="right" w:leader="dot" w:pos="9350"/>
            </w:tabs>
            <w:rPr>
              <w:noProof/>
            </w:rPr>
          </w:pPr>
          <w:hyperlink w:anchor="_Toc226023205" w:history="1">
            <w:r w:rsidRPr="004C0EE8">
              <w:rPr>
                <w:rStyle w:val="Hyperlink"/>
                <w:rFonts w:cs="Arial"/>
                <w:noProof/>
              </w:rPr>
              <w:t>7. Conclusion</w:t>
            </w:r>
            <w:r>
              <w:rPr>
                <w:noProof/>
                <w:webHidden/>
              </w:rPr>
              <w:tab/>
            </w:r>
            <w:r>
              <w:rPr>
                <w:noProof/>
                <w:webHidden/>
              </w:rPr>
              <w:fldChar w:fldCharType="begin"/>
            </w:r>
            <w:r>
              <w:rPr>
                <w:noProof/>
                <w:webHidden/>
              </w:rPr>
              <w:instrText xml:space="preserve"> PAGEREF _Toc226023205 \h </w:instrText>
            </w:r>
            <w:r>
              <w:rPr>
                <w:noProof/>
                <w:webHidden/>
              </w:rPr>
            </w:r>
            <w:r>
              <w:rPr>
                <w:noProof/>
                <w:webHidden/>
              </w:rPr>
              <w:fldChar w:fldCharType="separate"/>
            </w:r>
            <w:r>
              <w:rPr>
                <w:noProof/>
                <w:webHidden/>
              </w:rPr>
              <w:t>17</w:t>
            </w:r>
            <w:r>
              <w:rPr>
                <w:noProof/>
                <w:webHidden/>
              </w:rPr>
              <w:fldChar w:fldCharType="end"/>
            </w:r>
          </w:hyperlink>
        </w:p>
        <w:p w14:paraId="0AB6D8EB" w14:textId="14E29852" w:rsidR="00BE5DEA" w:rsidRDefault="00BE5DEA">
          <w:pPr>
            <w:pStyle w:val="TOC1"/>
            <w:tabs>
              <w:tab w:val="right" w:leader="dot" w:pos="9350"/>
            </w:tabs>
            <w:rPr>
              <w:noProof/>
            </w:rPr>
          </w:pPr>
          <w:hyperlink w:anchor="_Toc226023206" w:history="1">
            <w:r w:rsidRPr="004C0EE8">
              <w:rPr>
                <w:rStyle w:val="Hyperlink"/>
                <w:rFonts w:cs="Arial"/>
                <w:noProof/>
              </w:rPr>
              <w:t>References</w:t>
            </w:r>
            <w:r>
              <w:rPr>
                <w:noProof/>
                <w:webHidden/>
              </w:rPr>
              <w:tab/>
            </w:r>
            <w:r>
              <w:rPr>
                <w:noProof/>
                <w:webHidden/>
              </w:rPr>
              <w:fldChar w:fldCharType="begin"/>
            </w:r>
            <w:r>
              <w:rPr>
                <w:noProof/>
                <w:webHidden/>
              </w:rPr>
              <w:instrText xml:space="preserve"> PAGEREF _Toc226023206 \h </w:instrText>
            </w:r>
            <w:r>
              <w:rPr>
                <w:noProof/>
                <w:webHidden/>
              </w:rPr>
            </w:r>
            <w:r>
              <w:rPr>
                <w:noProof/>
                <w:webHidden/>
              </w:rPr>
              <w:fldChar w:fldCharType="separate"/>
            </w:r>
            <w:r>
              <w:rPr>
                <w:noProof/>
                <w:webHidden/>
              </w:rPr>
              <w:t>17</w:t>
            </w:r>
            <w:r>
              <w:rPr>
                <w:noProof/>
                <w:webHidden/>
              </w:rPr>
              <w:fldChar w:fldCharType="end"/>
            </w:r>
          </w:hyperlink>
        </w:p>
        <w:p w14:paraId="23AC579C" w14:textId="3FC0900D" w:rsidR="00BE5DEA" w:rsidRDefault="00BE5DEA">
          <w:pPr>
            <w:pStyle w:val="TOC1"/>
            <w:tabs>
              <w:tab w:val="right" w:leader="dot" w:pos="9350"/>
            </w:tabs>
            <w:rPr>
              <w:noProof/>
            </w:rPr>
          </w:pPr>
          <w:hyperlink w:anchor="_Toc226023207" w:history="1">
            <w:r w:rsidRPr="004C0EE8">
              <w:rPr>
                <w:rStyle w:val="Hyperlink"/>
                <w:rFonts w:cs="Arial"/>
                <w:noProof/>
              </w:rPr>
              <w:t>Appendix A. index.html</w:t>
            </w:r>
            <w:r>
              <w:rPr>
                <w:noProof/>
                <w:webHidden/>
              </w:rPr>
              <w:tab/>
            </w:r>
            <w:r>
              <w:rPr>
                <w:noProof/>
                <w:webHidden/>
              </w:rPr>
              <w:fldChar w:fldCharType="begin"/>
            </w:r>
            <w:r>
              <w:rPr>
                <w:noProof/>
                <w:webHidden/>
              </w:rPr>
              <w:instrText xml:space="preserve"> PAGEREF _Toc226023207 \h </w:instrText>
            </w:r>
            <w:r>
              <w:rPr>
                <w:noProof/>
                <w:webHidden/>
              </w:rPr>
            </w:r>
            <w:r>
              <w:rPr>
                <w:noProof/>
                <w:webHidden/>
              </w:rPr>
              <w:fldChar w:fldCharType="separate"/>
            </w:r>
            <w:r>
              <w:rPr>
                <w:noProof/>
                <w:webHidden/>
              </w:rPr>
              <w:t>18</w:t>
            </w:r>
            <w:r>
              <w:rPr>
                <w:noProof/>
                <w:webHidden/>
              </w:rPr>
              <w:fldChar w:fldCharType="end"/>
            </w:r>
          </w:hyperlink>
        </w:p>
        <w:p w14:paraId="25A9C3E8" w14:textId="4782B20F" w:rsidR="00BE5DEA" w:rsidRDefault="00BE5DEA">
          <w:pPr>
            <w:pStyle w:val="TOC1"/>
            <w:tabs>
              <w:tab w:val="right" w:leader="dot" w:pos="9350"/>
            </w:tabs>
            <w:rPr>
              <w:noProof/>
            </w:rPr>
          </w:pPr>
          <w:hyperlink w:anchor="_Toc226023208" w:history="1">
            <w:r w:rsidRPr="004C0EE8">
              <w:rPr>
                <w:rStyle w:val="Hyperlink"/>
                <w:rFonts w:cs="Arial"/>
                <w:noProof/>
              </w:rPr>
              <w:t>Appendix B. about.html</w:t>
            </w:r>
            <w:r>
              <w:rPr>
                <w:noProof/>
                <w:webHidden/>
              </w:rPr>
              <w:tab/>
            </w:r>
            <w:r>
              <w:rPr>
                <w:noProof/>
                <w:webHidden/>
              </w:rPr>
              <w:fldChar w:fldCharType="begin"/>
            </w:r>
            <w:r>
              <w:rPr>
                <w:noProof/>
                <w:webHidden/>
              </w:rPr>
              <w:instrText xml:space="preserve"> PAGEREF _Toc226023208 \h </w:instrText>
            </w:r>
            <w:r>
              <w:rPr>
                <w:noProof/>
                <w:webHidden/>
              </w:rPr>
            </w:r>
            <w:r>
              <w:rPr>
                <w:noProof/>
                <w:webHidden/>
              </w:rPr>
              <w:fldChar w:fldCharType="separate"/>
            </w:r>
            <w:r>
              <w:rPr>
                <w:noProof/>
                <w:webHidden/>
              </w:rPr>
              <w:t>21</w:t>
            </w:r>
            <w:r>
              <w:rPr>
                <w:noProof/>
                <w:webHidden/>
              </w:rPr>
              <w:fldChar w:fldCharType="end"/>
            </w:r>
          </w:hyperlink>
        </w:p>
        <w:p w14:paraId="7CCD52A6" w14:textId="1C2F9821" w:rsidR="00BE5DEA" w:rsidRDefault="00BE5DEA">
          <w:pPr>
            <w:pStyle w:val="TOC1"/>
            <w:tabs>
              <w:tab w:val="right" w:leader="dot" w:pos="9350"/>
            </w:tabs>
            <w:rPr>
              <w:noProof/>
            </w:rPr>
          </w:pPr>
          <w:hyperlink w:anchor="_Toc226023209" w:history="1">
            <w:r w:rsidRPr="004C0EE8">
              <w:rPr>
                <w:rStyle w:val="Hyperlink"/>
                <w:rFonts w:cs="Arial"/>
                <w:noProof/>
              </w:rPr>
              <w:t>Appendix C. gallery.html</w:t>
            </w:r>
            <w:r>
              <w:rPr>
                <w:noProof/>
                <w:webHidden/>
              </w:rPr>
              <w:tab/>
            </w:r>
            <w:r>
              <w:rPr>
                <w:noProof/>
                <w:webHidden/>
              </w:rPr>
              <w:fldChar w:fldCharType="begin"/>
            </w:r>
            <w:r>
              <w:rPr>
                <w:noProof/>
                <w:webHidden/>
              </w:rPr>
              <w:instrText xml:space="preserve"> PAGEREF _Toc226023209 \h </w:instrText>
            </w:r>
            <w:r>
              <w:rPr>
                <w:noProof/>
                <w:webHidden/>
              </w:rPr>
            </w:r>
            <w:r>
              <w:rPr>
                <w:noProof/>
                <w:webHidden/>
              </w:rPr>
              <w:fldChar w:fldCharType="separate"/>
            </w:r>
            <w:r>
              <w:rPr>
                <w:noProof/>
                <w:webHidden/>
              </w:rPr>
              <w:t>23</w:t>
            </w:r>
            <w:r>
              <w:rPr>
                <w:noProof/>
                <w:webHidden/>
              </w:rPr>
              <w:fldChar w:fldCharType="end"/>
            </w:r>
          </w:hyperlink>
        </w:p>
        <w:p w14:paraId="6BE8B36C" w14:textId="3DE65585" w:rsidR="00BE5DEA" w:rsidRDefault="00BE5DEA">
          <w:pPr>
            <w:pStyle w:val="TOC1"/>
            <w:tabs>
              <w:tab w:val="right" w:leader="dot" w:pos="9350"/>
            </w:tabs>
            <w:rPr>
              <w:noProof/>
            </w:rPr>
          </w:pPr>
          <w:hyperlink w:anchor="_Toc226023210" w:history="1">
            <w:r w:rsidRPr="004C0EE8">
              <w:rPr>
                <w:rStyle w:val="Hyperlink"/>
                <w:rFonts w:cs="Arial"/>
                <w:noProof/>
              </w:rPr>
              <w:t>Appendix D. contact.html</w:t>
            </w:r>
            <w:r>
              <w:rPr>
                <w:noProof/>
                <w:webHidden/>
              </w:rPr>
              <w:tab/>
            </w:r>
            <w:r>
              <w:rPr>
                <w:noProof/>
                <w:webHidden/>
              </w:rPr>
              <w:fldChar w:fldCharType="begin"/>
            </w:r>
            <w:r>
              <w:rPr>
                <w:noProof/>
                <w:webHidden/>
              </w:rPr>
              <w:instrText xml:space="preserve"> PAGEREF _Toc226023210 \h </w:instrText>
            </w:r>
            <w:r>
              <w:rPr>
                <w:noProof/>
                <w:webHidden/>
              </w:rPr>
            </w:r>
            <w:r>
              <w:rPr>
                <w:noProof/>
                <w:webHidden/>
              </w:rPr>
              <w:fldChar w:fldCharType="separate"/>
            </w:r>
            <w:r>
              <w:rPr>
                <w:noProof/>
                <w:webHidden/>
              </w:rPr>
              <w:t>26</w:t>
            </w:r>
            <w:r>
              <w:rPr>
                <w:noProof/>
                <w:webHidden/>
              </w:rPr>
              <w:fldChar w:fldCharType="end"/>
            </w:r>
          </w:hyperlink>
        </w:p>
        <w:p w14:paraId="59381FA8" w14:textId="65B27049" w:rsidR="00BE5DEA" w:rsidRDefault="00BE5DEA">
          <w:pPr>
            <w:pStyle w:val="TOC1"/>
            <w:tabs>
              <w:tab w:val="right" w:leader="dot" w:pos="9350"/>
            </w:tabs>
            <w:rPr>
              <w:noProof/>
            </w:rPr>
          </w:pPr>
          <w:hyperlink w:anchor="_Toc226023211" w:history="1">
            <w:r w:rsidRPr="004C0EE8">
              <w:rPr>
                <w:rStyle w:val="Hyperlink"/>
                <w:rFonts w:cs="Arial"/>
                <w:noProof/>
              </w:rPr>
              <w:t>Appendix E. style.css</w:t>
            </w:r>
            <w:r>
              <w:rPr>
                <w:noProof/>
                <w:webHidden/>
              </w:rPr>
              <w:tab/>
            </w:r>
            <w:r>
              <w:rPr>
                <w:noProof/>
                <w:webHidden/>
              </w:rPr>
              <w:fldChar w:fldCharType="begin"/>
            </w:r>
            <w:r>
              <w:rPr>
                <w:noProof/>
                <w:webHidden/>
              </w:rPr>
              <w:instrText xml:space="preserve"> PAGEREF _Toc226023211 \h </w:instrText>
            </w:r>
            <w:r>
              <w:rPr>
                <w:noProof/>
                <w:webHidden/>
              </w:rPr>
            </w:r>
            <w:r>
              <w:rPr>
                <w:noProof/>
                <w:webHidden/>
              </w:rPr>
              <w:fldChar w:fldCharType="separate"/>
            </w:r>
            <w:r>
              <w:rPr>
                <w:noProof/>
                <w:webHidden/>
              </w:rPr>
              <w:t>28</w:t>
            </w:r>
            <w:r>
              <w:rPr>
                <w:noProof/>
                <w:webHidden/>
              </w:rPr>
              <w:fldChar w:fldCharType="end"/>
            </w:r>
          </w:hyperlink>
        </w:p>
        <w:p w14:paraId="59235FC0" w14:textId="25BAB117" w:rsidR="00BE5DEA" w:rsidRDefault="00BE5DEA">
          <w:pPr>
            <w:pStyle w:val="TOC1"/>
            <w:tabs>
              <w:tab w:val="right" w:leader="dot" w:pos="9350"/>
            </w:tabs>
            <w:rPr>
              <w:noProof/>
            </w:rPr>
          </w:pPr>
          <w:hyperlink w:anchor="_Toc226023212" w:history="1">
            <w:r w:rsidRPr="004C0EE8">
              <w:rPr>
                <w:rStyle w:val="Hyperlink"/>
                <w:rFonts w:cs="Arial"/>
                <w:noProof/>
              </w:rPr>
              <w:t>Appendix F. script.js</w:t>
            </w:r>
            <w:r>
              <w:rPr>
                <w:noProof/>
                <w:webHidden/>
              </w:rPr>
              <w:tab/>
            </w:r>
            <w:r>
              <w:rPr>
                <w:noProof/>
                <w:webHidden/>
              </w:rPr>
              <w:fldChar w:fldCharType="begin"/>
            </w:r>
            <w:r>
              <w:rPr>
                <w:noProof/>
                <w:webHidden/>
              </w:rPr>
              <w:instrText xml:space="preserve"> PAGEREF _Toc226023212 \h </w:instrText>
            </w:r>
            <w:r>
              <w:rPr>
                <w:noProof/>
                <w:webHidden/>
              </w:rPr>
            </w:r>
            <w:r>
              <w:rPr>
                <w:noProof/>
                <w:webHidden/>
              </w:rPr>
              <w:fldChar w:fldCharType="separate"/>
            </w:r>
            <w:r>
              <w:rPr>
                <w:noProof/>
                <w:webHidden/>
              </w:rPr>
              <w:t>36</w:t>
            </w:r>
            <w:r>
              <w:rPr>
                <w:noProof/>
                <w:webHidden/>
              </w:rPr>
              <w:fldChar w:fldCharType="end"/>
            </w:r>
          </w:hyperlink>
        </w:p>
        <w:p w14:paraId="4D5B59DA" w14:textId="06287861" w:rsidR="00BE5DEA" w:rsidRDefault="00BE5DEA">
          <w:r>
            <w:rPr>
              <w:b/>
              <w:bCs/>
              <w:noProof/>
            </w:rPr>
            <w:fldChar w:fldCharType="end"/>
          </w:r>
        </w:p>
      </w:sdtContent>
    </w:sdt>
    <w:p w14:paraId="4EBBD743" w14:textId="77777777" w:rsidR="00ED1788" w:rsidRPr="00BE5DEA" w:rsidRDefault="00000000" w:rsidP="00BE5DEA">
      <w:pPr>
        <w:spacing w:line="360" w:lineRule="auto"/>
        <w:jc w:val="center"/>
        <w:rPr>
          <w:rFonts w:cs="Arial"/>
        </w:rPr>
      </w:pPr>
      <w:r w:rsidRPr="00BE5DEA">
        <w:rPr>
          <w:rFonts w:cs="Arial"/>
        </w:rPr>
        <w:br w:type="page"/>
      </w:r>
    </w:p>
    <w:p w14:paraId="4848F8AF" w14:textId="77777777" w:rsidR="00ED1788" w:rsidRPr="00BE5DEA" w:rsidRDefault="00000000" w:rsidP="00BE5DEA">
      <w:pPr>
        <w:pStyle w:val="Heading1"/>
        <w:rPr>
          <w:rFonts w:ascii="Arial" w:hAnsi="Arial" w:cs="Arial"/>
        </w:rPr>
      </w:pPr>
      <w:bookmarkStart w:id="0" w:name="_Toc226023190"/>
      <w:r w:rsidRPr="00BE5DEA">
        <w:rPr>
          <w:rFonts w:ascii="Arial" w:eastAsia="Arial" w:hAnsi="Arial" w:cs="Arial"/>
          <w:sz w:val="22"/>
        </w:rPr>
        <w:lastRenderedPageBreak/>
        <w:t>1. Introduction</w:t>
      </w:r>
      <w:bookmarkEnd w:id="0"/>
    </w:p>
    <w:p w14:paraId="32791DB4" w14:textId="77777777" w:rsidR="00ED1788" w:rsidRPr="00BE5DEA" w:rsidRDefault="00000000" w:rsidP="00BE5DEA">
      <w:pPr>
        <w:pStyle w:val="Heading2"/>
        <w:rPr>
          <w:rFonts w:ascii="Arial" w:hAnsi="Arial" w:cs="Arial"/>
        </w:rPr>
      </w:pPr>
      <w:bookmarkStart w:id="1" w:name="_Toc226023191"/>
      <w:r w:rsidRPr="00BE5DEA">
        <w:rPr>
          <w:rFonts w:ascii="Arial" w:eastAsia="Arial" w:hAnsi="Arial" w:cs="Arial"/>
          <w:sz w:val="22"/>
        </w:rPr>
        <w:t>Abstract</w:t>
      </w:r>
      <w:bookmarkEnd w:id="1"/>
    </w:p>
    <w:p w14:paraId="6B754AD8" w14:textId="77777777" w:rsidR="00ED1788" w:rsidRPr="00BE5DEA" w:rsidRDefault="00000000" w:rsidP="00BE5DEA">
      <w:pPr>
        <w:spacing w:after="120" w:line="360" w:lineRule="auto"/>
        <w:rPr>
          <w:rFonts w:cs="Arial"/>
        </w:rPr>
      </w:pPr>
      <w:r w:rsidRPr="00BE5DEA">
        <w:rPr>
          <w:rFonts w:cs="Arial"/>
        </w:rPr>
        <w:t>This report describes a multi-page website titled "Ahmad Mecca Photography." The site is based on a photography portfolio focused on Mecca and Madina and features a straightforward, visual organization that allows for atmosphere, scale, architecture, and respect aesthetics and narrative. This site is based on the principle of using design and layout to communicate the architectural message of Mecca and Madina that provides visitors with a way of accessing the Mecca architecture and its connections to them.</w:t>
      </w:r>
    </w:p>
    <w:p w14:paraId="0DC5331D" w14:textId="77777777" w:rsidR="00ED1788" w:rsidRPr="00BE5DEA" w:rsidRDefault="00000000" w:rsidP="00BE5DEA">
      <w:pPr>
        <w:spacing w:after="120" w:line="360" w:lineRule="auto"/>
        <w:rPr>
          <w:rFonts w:cs="Arial"/>
        </w:rPr>
      </w:pPr>
      <w:r w:rsidRPr="00BE5DEA">
        <w:rPr>
          <w:rFonts w:cs="Arial"/>
        </w:rPr>
        <w:t>The final website has separate Home, About, Gallery, and Contact pages with easy-to-navigate navigation bar, full width hero image, readable text hierarchy, and card based content areas. This visual aesthetic is based around a minimal colour palette, a large photographic background, rounded buttons and responsive layout rules ensuring that the site is usable on both desktop and smaller devices.</w:t>
      </w:r>
    </w:p>
    <w:p w14:paraId="61468FB6" w14:textId="77777777" w:rsidR="00ED1788" w:rsidRPr="00BE5DEA" w:rsidRDefault="00000000" w:rsidP="00BE5DEA">
      <w:pPr>
        <w:spacing w:after="120" w:line="360" w:lineRule="auto"/>
        <w:rPr>
          <w:rFonts w:cs="Arial"/>
        </w:rPr>
      </w:pPr>
      <w:r w:rsidRPr="00BE5DEA">
        <w:rPr>
          <w:rFonts w:cs="Arial"/>
        </w:rPr>
        <w:t>This report describes the website purpose, target audience, design decisions, and technical detail. At the end of this report it evaluates usability, accessibility, search engine optimisation, and responsive behaviour using direct observations of work completed to last-page comments, supported by scholarly journal and book materials published between 2021-2025.</w:t>
      </w:r>
    </w:p>
    <w:p w14:paraId="6B043173" w14:textId="77777777" w:rsidR="00ED1788" w:rsidRPr="00BE5DEA" w:rsidRDefault="00000000" w:rsidP="00BE5DEA">
      <w:pPr>
        <w:spacing w:after="120" w:line="360" w:lineRule="auto"/>
        <w:rPr>
          <w:rFonts w:cs="Arial"/>
        </w:rPr>
      </w:pPr>
      <w:r w:rsidRPr="00BE5DEA">
        <w:rPr>
          <w:rFonts w:cs="Arial"/>
        </w:rPr>
        <w:t>Also, the report reflects on strengths, shortcomings, future improvements, validation observations, and comparisons with two well-known live websites. Full listing of the website source files, so that the submitted implementation can be reviewed transparently, appears in appendices.</w:t>
      </w:r>
    </w:p>
    <w:p w14:paraId="1AE9FE0B" w14:textId="77777777" w:rsidR="00ED1788" w:rsidRPr="00BE5DEA" w:rsidRDefault="00000000" w:rsidP="00BE5DEA">
      <w:pPr>
        <w:pStyle w:val="Heading1"/>
        <w:rPr>
          <w:rFonts w:ascii="Arial" w:hAnsi="Arial" w:cs="Arial"/>
        </w:rPr>
      </w:pPr>
      <w:bookmarkStart w:id="2" w:name="_Toc226023192"/>
      <w:r w:rsidRPr="00BE5DEA">
        <w:rPr>
          <w:rFonts w:ascii="Arial" w:eastAsia="Arial" w:hAnsi="Arial" w:cs="Arial"/>
          <w:sz w:val="22"/>
        </w:rPr>
        <w:t>2. Requirements</w:t>
      </w:r>
      <w:bookmarkEnd w:id="2"/>
    </w:p>
    <w:p w14:paraId="1DC3A9D0" w14:textId="77777777" w:rsidR="00ED1788" w:rsidRPr="00BE5DEA" w:rsidRDefault="00000000" w:rsidP="00BE5DEA">
      <w:pPr>
        <w:spacing w:after="120" w:line="360" w:lineRule="auto"/>
        <w:rPr>
          <w:rFonts w:cs="Arial"/>
        </w:rPr>
      </w:pPr>
      <w:r w:rsidRPr="00BE5DEA">
        <w:rPr>
          <w:rFonts w:cs="Arial"/>
        </w:rPr>
        <w:t>The website was developed as a stand-alone, multi-page front-end site that can open locally through the main index.html file without building any dependency on a development environment. The subject is a photography portfolio for Mecca and Madina with scenes of the Kaaba, Masjid al-Haram, Al-Masjid an-Nabawi and Makkah Clock Tower. The aim of the site is to offer a collection of different photographs in a calm and clean manner that respects the history of the field they represent. In addition, it will involve an HTML-style website structure and also use HTML, CSS and very small amounts of JavaScript for mobile navigation behavior and footer date use.</w:t>
      </w:r>
    </w:p>
    <w:p w14:paraId="765664C7" w14:textId="77777777" w:rsidR="00ED1788" w:rsidRPr="00BE5DEA" w:rsidRDefault="00000000" w:rsidP="00BE5DEA">
      <w:pPr>
        <w:spacing w:after="120" w:line="360" w:lineRule="auto"/>
        <w:rPr>
          <w:rFonts w:cs="Arial"/>
        </w:rPr>
      </w:pPr>
      <w:r w:rsidRPr="00BE5DEA">
        <w:rPr>
          <w:rFonts w:cs="Arial"/>
        </w:rPr>
        <w:lastRenderedPageBreak/>
        <w:t>General visitors to the site should be attracted with a curiosity in sacred architecture, Islamic landmarks and travel or pilgrimage scenes as well as by the visual presentation of portfolios. The website was planned in practical terms, requiring at least three related pages and a clear navigation that was readable, with sections for good content.</w:t>
      </w:r>
    </w:p>
    <w:p w14:paraId="6B652CC9" w14:textId="77777777" w:rsidR="00ED1788" w:rsidRPr="00BE5DEA" w:rsidRDefault="00000000" w:rsidP="00BE5DEA">
      <w:pPr>
        <w:spacing w:after="120" w:line="360" w:lineRule="auto"/>
        <w:rPr>
          <w:rFonts w:cs="Arial"/>
        </w:rPr>
      </w:pPr>
      <w:r w:rsidRPr="00BE5DEA">
        <w:rPr>
          <w:rFonts w:cs="Arial"/>
        </w:rPr>
        <w:t>The Home page sets topics and gives an overall feeling of the site. The About Page explains the visual concept and design focus. The Gallery page uses more diverse image cards to take the theme a step further. The Contact page features a distinct contact form and enquiry information. The criteria of all pages were consistency, ease of navigation on page types, simple to navigate, ease of grouping of information, explicit headings, and display in other screen size formats.</w:t>
      </w:r>
    </w:p>
    <w:p w14:paraId="23741D06" w14:textId="77777777" w:rsidR="00ED1788" w:rsidRPr="00BE5DEA" w:rsidRDefault="00000000" w:rsidP="00BE5DEA">
      <w:pPr>
        <w:spacing w:after="120" w:line="360" w:lineRule="auto"/>
        <w:rPr>
          <w:rFonts w:cs="Arial"/>
        </w:rPr>
      </w:pPr>
      <w:r w:rsidRPr="00BE5DEA">
        <w:rPr>
          <w:rFonts w:cs="Arial"/>
        </w:rPr>
        <w:t>Both the visual and content requirement were as crucial. The website required it to look sleek but not crowded, letting photos dominate the page, good contrast of text and background text and less clutter from background, and simplicity of the user interfaces and design, and less complexity for the interface. For that, it's a great way to use large hero sections, dark layers behind white header text, limited colour selection, limited “green and white” themes, subtle shadows, round and rounded buttons, and cards.</w:t>
      </w:r>
    </w:p>
    <w:p w14:paraId="388A285A" w14:textId="77777777" w:rsidR="00ED1788" w:rsidRPr="00BE5DEA" w:rsidRDefault="00000000" w:rsidP="00BE5DEA">
      <w:pPr>
        <w:spacing w:after="120" w:line="360" w:lineRule="auto"/>
        <w:rPr>
          <w:rFonts w:cs="Arial"/>
        </w:rPr>
      </w:pPr>
      <w:r w:rsidRPr="00BE5DEA">
        <w:rPr>
          <w:rFonts w:cs="Arial"/>
        </w:rPr>
        <w:t>From a standards standpoint of view, the work needed also semantic HTML structure, a linked stylesheet and the relative page-to-page navigation, basic access support, and some form of validation and evaluation that is suitable for an academic web development submission.</w:t>
      </w:r>
    </w:p>
    <w:p w14:paraId="273ACEE0" w14:textId="77777777" w:rsidR="00ED1788" w:rsidRPr="00BE5DEA" w:rsidRDefault="00000000" w:rsidP="00BE5DEA">
      <w:pPr>
        <w:pStyle w:val="Heading1"/>
        <w:rPr>
          <w:rFonts w:ascii="Arial" w:hAnsi="Arial" w:cs="Arial"/>
        </w:rPr>
      </w:pPr>
      <w:bookmarkStart w:id="3" w:name="_Toc226023193"/>
      <w:r w:rsidRPr="00BE5DEA">
        <w:rPr>
          <w:rFonts w:ascii="Arial" w:eastAsia="Arial" w:hAnsi="Arial" w:cs="Arial"/>
          <w:sz w:val="22"/>
        </w:rPr>
        <w:t>3. Implementation</w:t>
      </w:r>
      <w:bookmarkEnd w:id="3"/>
    </w:p>
    <w:p w14:paraId="161F3A79" w14:textId="77777777" w:rsidR="00ED1788" w:rsidRPr="00BE5DEA" w:rsidRDefault="00000000" w:rsidP="00BE5DEA">
      <w:pPr>
        <w:spacing w:after="120" w:line="360" w:lineRule="auto"/>
        <w:rPr>
          <w:rFonts w:cs="Arial"/>
        </w:rPr>
      </w:pPr>
      <w:r w:rsidRPr="00BE5DEA">
        <w:rPr>
          <w:rFonts w:cs="Arial"/>
        </w:rPr>
        <w:t>The final implementation follows a consistent page layout. For the design of page elements a single layout is used. Each page has a skip link for keyboard users, a sticky header that displays the site brand and a navigation menu, and a larger hero section, including a themed background image and a top-level introduction. Below the hero, the content is separated into subsections using a centred container and a two-column grid or card layout along with clear h2 and h3 headings. This provides the site a clear format so the visitor knows how to navigate easily.</w:t>
      </w:r>
    </w:p>
    <w:p w14:paraId="4712F84B" w14:textId="77777777" w:rsidR="00ED1788" w:rsidRPr="00BE5DEA" w:rsidRDefault="00000000" w:rsidP="00BE5DEA">
      <w:pPr>
        <w:spacing w:after="120" w:line="360" w:lineRule="auto"/>
        <w:rPr>
          <w:rFonts w:cs="Arial"/>
        </w:rPr>
      </w:pPr>
      <w:r w:rsidRPr="00BE5DEA">
        <w:rPr>
          <w:rFonts w:cs="Arial"/>
        </w:rPr>
        <w:t>CSS controls most of the design work, it takes the focus and proportionate application on spacing, colour, responsive breakpoints, cards, buttons, shadows and hero presentation. JavaScript is very lightly used for mobile menu switches and footer year updates keeping the performance of these pages clear and in good proportion with a relatively small target site.</w:t>
      </w:r>
    </w:p>
    <w:p w14:paraId="3DCC21E6" w14:textId="77777777" w:rsidR="00ED1788" w:rsidRPr="00BE5DEA" w:rsidRDefault="00000000" w:rsidP="00BE5DEA">
      <w:pPr>
        <w:spacing w:after="120" w:line="360" w:lineRule="auto"/>
        <w:rPr>
          <w:rFonts w:cs="Arial"/>
        </w:rPr>
      </w:pPr>
      <w:r w:rsidRPr="00BE5DEA">
        <w:rPr>
          <w:rFonts w:cs="Arial"/>
          <w:b/>
        </w:rPr>
        <w:t>Screen grabs of completed pages</w:t>
      </w:r>
    </w:p>
    <w:p w14:paraId="5B3D476D" w14:textId="77777777" w:rsidR="00ED1788" w:rsidRPr="00BE5DEA" w:rsidRDefault="00000000" w:rsidP="00BE5DEA">
      <w:pPr>
        <w:spacing w:after="120" w:line="360" w:lineRule="auto"/>
        <w:rPr>
          <w:rFonts w:cs="Arial"/>
        </w:rPr>
      </w:pPr>
      <w:r w:rsidRPr="00BE5DEA">
        <w:rPr>
          <w:rFonts w:cs="Arial"/>
        </w:rPr>
        <w:lastRenderedPageBreak/>
        <w:t>Below are screenshots of completed website pages in the final form using data supplied for this submission rather than regenerated page captures.</w:t>
      </w:r>
    </w:p>
    <w:p w14:paraId="58E9F664" w14:textId="77777777" w:rsidR="00ED1788" w:rsidRPr="00BE5DEA" w:rsidRDefault="00000000" w:rsidP="00BE5DEA">
      <w:pPr>
        <w:spacing w:after="60" w:line="360" w:lineRule="auto"/>
        <w:jc w:val="center"/>
        <w:rPr>
          <w:rFonts w:cs="Arial"/>
        </w:rPr>
      </w:pPr>
      <w:r w:rsidRPr="00BE5DEA">
        <w:rPr>
          <w:rFonts w:cs="Arial"/>
          <w:noProof/>
        </w:rPr>
        <w:drawing>
          <wp:inline distT="0" distB="0" distL="0" distR="0" wp14:anchorId="0AB19AB0" wp14:editId="5A87FB12">
            <wp:extent cx="5486400" cy="56222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2 072316.png"/>
                    <pic:cNvPicPr/>
                  </pic:nvPicPr>
                  <pic:blipFill>
                    <a:blip r:embed="rId6"/>
                    <a:stretch>
                      <a:fillRect/>
                    </a:stretch>
                  </pic:blipFill>
                  <pic:spPr>
                    <a:xfrm>
                      <a:off x="0" y="0"/>
                      <a:ext cx="5486400" cy="5622231"/>
                    </a:xfrm>
                    <a:prstGeom prst="rect">
                      <a:avLst/>
                    </a:prstGeom>
                  </pic:spPr>
                </pic:pic>
              </a:graphicData>
            </a:graphic>
          </wp:inline>
        </w:drawing>
      </w:r>
    </w:p>
    <w:p w14:paraId="229E3358" w14:textId="77777777" w:rsidR="00ED1788" w:rsidRPr="00BE5DEA" w:rsidRDefault="00000000" w:rsidP="00BE5DEA">
      <w:pPr>
        <w:spacing w:after="160" w:line="360" w:lineRule="auto"/>
        <w:jc w:val="center"/>
        <w:rPr>
          <w:rFonts w:cs="Arial"/>
        </w:rPr>
      </w:pPr>
      <w:r w:rsidRPr="00BE5DEA">
        <w:rPr>
          <w:rFonts w:cs="Arial"/>
          <w:i/>
          <w:sz w:val="20"/>
        </w:rPr>
        <w:t>Figure 1. Home page for the final site.</w:t>
      </w:r>
    </w:p>
    <w:p w14:paraId="2A2488B8" w14:textId="77777777" w:rsidR="00ED1788" w:rsidRPr="00BE5DEA" w:rsidRDefault="00000000" w:rsidP="00BE5DEA">
      <w:pPr>
        <w:spacing w:after="120" w:line="360" w:lineRule="auto"/>
        <w:rPr>
          <w:rFonts w:cs="Arial"/>
        </w:rPr>
      </w:pPr>
      <w:r w:rsidRPr="00BE5DEA">
        <w:rPr>
          <w:rFonts w:cs="Arial"/>
        </w:rPr>
        <w:t>The Home page focuses on the website's identity. The giant hero picture is visually bold and the headline and action buttons can quickly inform the visitor what the site is about. The welcome page and the highlight cards in the lower part of the page support the theme and inform to a level that the visitor can maintain, but not overload their attention.</w:t>
      </w:r>
    </w:p>
    <w:p w14:paraId="569DB4D6" w14:textId="77777777" w:rsidR="00ED1788" w:rsidRPr="00BE5DEA" w:rsidRDefault="00000000" w:rsidP="00BE5DEA">
      <w:pPr>
        <w:spacing w:after="60" w:line="360" w:lineRule="auto"/>
        <w:jc w:val="center"/>
        <w:rPr>
          <w:rFonts w:cs="Arial"/>
        </w:rPr>
      </w:pPr>
      <w:r w:rsidRPr="00BE5DEA">
        <w:rPr>
          <w:rFonts w:cs="Arial"/>
          <w:noProof/>
        </w:rPr>
        <w:lastRenderedPageBreak/>
        <w:drawing>
          <wp:inline distT="0" distB="0" distL="0" distR="0" wp14:anchorId="2DB7D707" wp14:editId="00C0FA31">
            <wp:extent cx="5486400" cy="55388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cca images .png"/>
                    <pic:cNvPicPr/>
                  </pic:nvPicPr>
                  <pic:blipFill>
                    <a:blip r:embed="rId7"/>
                    <a:stretch>
                      <a:fillRect/>
                    </a:stretch>
                  </pic:blipFill>
                  <pic:spPr>
                    <a:xfrm>
                      <a:off x="0" y="0"/>
                      <a:ext cx="5486400" cy="5538818"/>
                    </a:xfrm>
                    <a:prstGeom prst="rect">
                      <a:avLst/>
                    </a:prstGeom>
                  </pic:spPr>
                </pic:pic>
              </a:graphicData>
            </a:graphic>
          </wp:inline>
        </w:drawing>
      </w:r>
    </w:p>
    <w:p w14:paraId="7B2F6635" w14:textId="77777777" w:rsidR="00ED1788" w:rsidRPr="00BE5DEA" w:rsidRDefault="00000000" w:rsidP="00BE5DEA">
      <w:pPr>
        <w:spacing w:after="160" w:line="360" w:lineRule="auto"/>
        <w:jc w:val="center"/>
        <w:rPr>
          <w:rFonts w:cs="Arial"/>
        </w:rPr>
      </w:pPr>
      <w:r w:rsidRPr="00BE5DEA">
        <w:rPr>
          <w:rFonts w:cs="Arial"/>
          <w:i/>
          <w:sz w:val="20"/>
        </w:rPr>
        <w:t>Figure 2. Final website About page.</w:t>
      </w:r>
    </w:p>
    <w:p w14:paraId="6470F1BE" w14:textId="77777777" w:rsidR="00ED1788" w:rsidRPr="00BE5DEA" w:rsidRDefault="00000000" w:rsidP="00BE5DEA">
      <w:pPr>
        <w:spacing w:after="120" w:line="360" w:lineRule="auto"/>
        <w:rPr>
          <w:rFonts w:cs="Arial"/>
        </w:rPr>
      </w:pPr>
      <w:r w:rsidRPr="00BE5DEA">
        <w:rPr>
          <w:rFonts w:cs="Arial"/>
        </w:rPr>
        <w:t>The About page takes the brand idea farther than the site as a whole. It maintains that same visual framework as the Home page, but the text takes it further to explain the subject matter and how the design is focused. The page offsets lengthy explanatory text to support image card so it remains readable, as it will all of it still be readable with visual.</w:t>
      </w:r>
    </w:p>
    <w:p w14:paraId="5BF6F4D7" w14:textId="77777777" w:rsidR="00ED1788" w:rsidRPr="00BE5DEA" w:rsidRDefault="00000000" w:rsidP="00BE5DEA">
      <w:pPr>
        <w:spacing w:after="60" w:line="360" w:lineRule="auto"/>
        <w:jc w:val="center"/>
        <w:rPr>
          <w:rFonts w:cs="Arial"/>
        </w:rPr>
      </w:pPr>
      <w:r w:rsidRPr="00BE5DEA">
        <w:rPr>
          <w:rFonts w:cs="Arial"/>
          <w:noProof/>
        </w:rPr>
        <w:lastRenderedPageBreak/>
        <w:drawing>
          <wp:inline distT="0" distB="0" distL="0" distR="0" wp14:anchorId="064AEAB1" wp14:editId="031A4752">
            <wp:extent cx="5669280" cy="275989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2 072353.png"/>
                    <pic:cNvPicPr/>
                  </pic:nvPicPr>
                  <pic:blipFill>
                    <a:blip r:embed="rId8"/>
                    <a:stretch>
                      <a:fillRect/>
                    </a:stretch>
                  </pic:blipFill>
                  <pic:spPr>
                    <a:xfrm>
                      <a:off x="0" y="0"/>
                      <a:ext cx="5669280" cy="2759899"/>
                    </a:xfrm>
                    <a:prstGeom prst="rect">
                      <a:avLst/>
                    </a:prstGeom>
                  </pic:spPr>
                </pic:pic>
              </a:graphicData>
            </a:graphic>
          </wp:inline>
        </w:drawing>
      </w:r>
    </w:p>
    <w:p w14:paraId="2C1BCEBF" w14:textId="77777777" w:rsidR="00ED1788" w:rsidRPr="00BE5DEA" w:rsidRDefault="00000000" w:rsidP="00BE5DEA">
      <w:pPr>
        <w:spacing w:after="160" w:line="360" w:lineRule="auto"/>
        <w:jc w:val="center"/>
        <w:rPr>
          <w:rFonts w:cs="Arial"/>
        </w:rPr>
      </w:pPr>
      <w:r w:rsidRPr="00BE5DEA">
        <w:rPr>
          <w:rFonts w:cs="Arial"/>
          <w:i/>
          <w:sz w:val="20"/>
        </w:rPr>
        <w:t>Figure 3. Gallery page of the site.</w:t>
      </w:r>
    </w:p>
    <w:p w14:paraId="41D74BC7" w14:textId="77777777" w:rsidR="00ED1788" w:rsidRDefault="00000000" w:rsidP="00BE5DEA">
      <w:pPr>
        <w:spacing w:after="120" w:line="360" w:lineRule="auto"/>
        <w:rPr>
          <w:rFonts w:cs="Arial"/>
        </w:rPr>
      </w:pPr>
      <w:r w:rsidRPr="00BE5DEA">
        <w:rPr>
          <w:rFonts w:cs="Arial"/>
        </w:rPr>
        <w:t>The Gallery page increases the project’s variety and reinforces the portfolio concept. The page retains similar navigation and hero types, but the card structure is the predominant one since this page was designed to present pictures of visual examples. This is important in the case of consistency, as it makes it clear to the visitor and they can know the site identity and feel that it is the same site identity although the emphasis changes in content.</w:t>
      </w:r>
    </w:p>
    <w:p w14:paraId="45D00960" w14:textId="77777777" w:rsidR="00BE5DEA" w:rsidRDefault="00BE5DEA" w:rsidP="00BE5DEA">
      <w:pPr>
        <w:spacing w:after="120" w:line="360" w:lineRule="auto"/>
        <w:rPr>
          <w:rFonts w:cs="Arial"/>
        </w:rPr>
      </w:pPr>
    </w:p>
    <w:p w14:paraId="1BF146AA" w14:textId="77777777" w:rsidR="00BE5DEA" w:rsidRDefault="00BE5DEA" w:rsidP="00BE5DEA">
      <w:pPr>
        <w:spacing w:after="120" w:line="360" w:lineRule="auto"/>
        <w:rPr>
          <w:rFonts w:cs="Arial"/>
        </w:rPr>
      </w:pPr>
    </w:p>
    <w:p w14:paraId="70E7DA20" w14:textId="77777777" w:rsidR="00BE5DEA" w:rsidRDefault="00BE5DEA" w:rsidP="00BE5DEA">
      <w:pPr>
        <w:spacing w:after="120" w:line="360" w:lineRule="auto"/>
        <w:rPr>
          <w:rFonts w:cs="Arial"/>
        </w:rPr>
      </w:pPr>
    </w:p>
    <w:p w14:paraId="0B9F2CE7" w14:textId="77777777" w:rsidR="00BE5DEA" w:rsidRPr="00BE5DEA" w:rsidRDefault="00BE5DEA" w:rsidP="00BE5DEA">
      <w:pPr>
        <w:spacing w:after="120" w:line="360" w:lineRule="auto"/>
        <w:rPr>
          <w:rFonts w:cs="Arial"/>
        </w:rPr>
      </w:pPr>
    </w:p>
    <w:p w14:paraId="7B82FBB0" w14:textId="77777777" w:rsidR="00ED1788" w:rsidRPr="00BE5DEA" w:rsidRDefault="00000000" w:rsidP="00BE5DEA">
      <w:pPr>
        <w:spacing w:after="60" w:line="360" w:lineRule="auto"/>
        <w:jc w:val="center"/>
        <w:rPr>
          <w:rFonts w:cs="Arial"/>
        </w:rPr>
      </w:pPr>
      <w:r w:rsidRPr="00BE5DEA">
        <w:rPr>
          <w:rFonts w:cs="Arial"/>
          <w:noProof/>
        </w:rPr>
        <w:lastRenderedPageBreak/>
        <w:drawing>
          <wp:inline distT="0" distB="0" distL="0" distR="0" wp14:anchorId="222ECA8C" wp14:editId="781D2870">
            <wp:extent cx="5669280" cy="2772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2 072640.png"/>
                    <pic:cNvPicPr/>
                  </pic:nvPicPr>
                  <pic:blipFill>
                    <a:blip r:embed="rId9"/>
                    <a:stretch>
                      <a:fillRect/>
                    </a:stretch>
                  </pic:blipFill>
                  <pic:spPr>
                    <a:xfrm>
                      <a:off x="0" y="0"/>
                      <a:ext cx="5669280" cy="2772325"/>
                    </a:xfrm>
                    <a:prstGeom prst="rect">
                      <a:avLst/>
                    </a:prstGeom>
                  </pic:spPr>
                </pic:pic>
              </a:graphicData>
            </a:graphic>
          </wp:inline>
        </w:drawing>
      </w:r>
    </w:p>
    <w:p w14:paraId="6AFE8C71" w14:textId="77777777" w:rsidR="00ED1788" w:rsidRPr="00BE5DEA" w:rsidRDefault="00000000" w:rsidP="00BE5DEA">
      <w:pPr>
        <w:spacing w:after="160" w:line="360" w:lineRule="auto"/>
        <w:jc w:val="center"/>
        <w:rPr>
          <w:rFonts w:cs="Arial"/>
        </w:rPr>
      </w:pPr>
      <w:r w:rsidRPr="00BE5DEA">
        <w:rPr>
          <w:rFonts w:cs="Arial"/>
          <w:i/>
          <w:sz w:val="20"/>
        </w:rPr>
        <w:t>Figure 4. The final website Contact page.</w:t>
      </w:r>
    </w:p>
    <w:p w14:paraId="425EAE7B" w14:textId="77777777" w:rsidR="00ED1788" w:rsidRDefault="00000000" w:rsidP="00BE5DEA">
      <w:pPr>
        <w:spacing w:after="120" w:line="360" w:lineRule="auto"/>
        <w:rPr>
          <w:rFonts w:cs="Arial"/>
        </w:rPr>
      </w:pPr>
      <w:r w:rsidRPr="00BE5DEA">
        <w:rPr>
          <w:rFonts w:cs="Arial"/>
        </w:rPr>
        <w:t>A separate space for communication is provided on the Contact page. Maintaining the contact form in isolation will help clarify where you are going, and will not be distracting to the whole portfolio pages of an already busy site. Labels, a subject selector, and a message zone give the form structure a sense of focus, and surrounding contact information and image cards keep visual connections to the rest of the site.</w:t>
      </w:r>
    </w:p>
    <w:p w14:paraId="79F0000A" w14:textId="77777777" w:rsidR="00BE5DEA" w:rsidRDefault="00BE5DEA" w:rsidP="00BE5DEA">
      <w:pPr>
        <w:spacing w:after="120" w:line="360" w:lineRule="auto"/>
        <w:rPr>
          <w:rFonts w:cs="Arial"/>
        </w:rPr>
      </w:pPr>
    </w:p>
    <w:p w14:paraId="034DCB68" w14:textId="77777777" w:rsidR="00BE5DEA" w:rsidRDefault="00BE5DEA" w:rsidP="00BE5DEA">
      <w:pPr>
        <w:spacing w:after="120" w:line="360" w:lineRule="auto"/>
        <w:rPr>
          <w:rFonts w:cs="Arial"/>
        </w:rPr>
      </w:pPr>
    </w:p>
    <w:p w14:paraId="5EE10211" w14:textId="77777777" w:rsidR="00BE5DEA" w:rsidRDefault="00BE5DEA" w:rsidP="00BE5DEA">
      <w:pPr>
        <w:spacing w:after="120" w:line="360" w:lineRule="auto"/>
        <w:rPr>
          <w:rFonts w:cs="Arial"/>
        </w:rPr>
      </w:pPr>
    </w:p>
    <w:p w14:paraId="498BAFB9" w14:textId="77777777" w:rsidR="00BE5DEA" w:rsidRDefault="00BE5DEA" w:rsidP="00BE5DEA">
      <w:pPr>
        <w:spacing w:after="120" w:line="360" w:lineRule="auto"/>
        <w:rPr>
          <w:rFonts w:cs="Arial"/>
        </w:rPr>
      </w:pPr>
    </w:p>
    <w:p w14:paraId="1A44889D" w14:textId="77777777" w:rsidR="00BE5DEA" w:rsidRDefault="00BE5DEA" w:rsidP="00BE5DEA">
      <w:pPr>
        <w:spacing w:after="120" w:line="360" w:lineRule="auto"/>
        <w:rPr>
          <w:rFonts w:cs="Arial"/>
        </w:rPr>
      </w:pPr>
    </w:p>
    <w:p w14:paraId="0E664B78" w14:textId="77777777" w:rsidR="00BE5DEA" w:rsidRDefault="00BE5DEA" w:rsidP="00BE5DEA">
      <w:pPr>
        <w:spacing w:after="120" w:line="360" w:lineRule="auto"/>
        <w:rPr>
          <w:rFonts w:cs="Arial"/>
        </w:rPr>
      </w:pPr>
    </w:p>
    <w:p w14:paraId="7C64E6B3" w14:textId="77777777" w:rsidR="00BE5DEA" w:rsidRDefault="00BE5DEA" w:rsidP="00BE5DEA">
      <w:pPr>
        <w:spacing w:after="120" w:line="360" w:lineRule="auto"/>
        <w:rPr>
          <w:rFonts w:cs="Arial"/>
        </w:rPr>
      </w:pPr>
    </w:p>
    <w:p w14:paraId="58F00353" w14:textId="77777777" w:rsidR="00BE5DEA" w:rsidRDefault="00BE5DEA" w:rsidP="00BE5DEA">
      <w:pPr>
        <w:spacing w:after="120" w:line="360" w:lineRule="auto"/>
        <w:rPr>
          <w:rFonts w:cs="Arial"/>
        </w:rPr>
      </w:pPr>
    </w:p>
    <w:p w14:paraId="42F7BD72" w14:textId="77777777" w:rsidR="00BE5DEA" w:rsidRDefault="00BE5DEA" w:rsidP="00BE5DEA">
      <w:pPr>
        <w:spacing w:after="120" w:line="360" w:lineRule="auto"/>
        <w:rPr>
          <w:rFonts w:cs="Arial"/>
        </w:rPr>
      </w:pPr>
    </w:p>
    <w:p w14:paraId="74D6597A" w14:textId="77777777" w:rsidR="00BE5DEA" w:rsidRDefault="00BE5DEA" w:rsidP="00BE5DEA">
      <w:pPr>
        <w:spacing w:after="120" w:line="360" w:lineRule="auto"/>
        <w:rPr>
          <w:rFonts w:cs="Arial"/>
        </w:rPr>
      </w:pPr>
    </w:p>
    <w:p w14:paraId="61E76A4F" w14:textId="77777777" w:rsidR="00BE5DEA" w:rsidRDefault="00BE5DEA" w:rsidP="00BE5DEA">
      <w:pPr>
        <w:spacing w:after="120" w:line="360" w:lineRule="auto"/>
        <w:rPr>
          <w:rFonts w:cs="Arial"/>
        </w:rPr>
      </w:pPr>
    </w:p>
    <w:p w14:paraId="3D7B2D0B" w14:textId="77777777" w:rsidR="00BE5DEA" w:rsidRPr="00BE5DEA" w:rsidRDefault="00BE5DEA" w:rsidP="00BE5DEA">
      <w:pPr>
        <w:spacing w:after="120" w:line="360" w:lineRule="auto"/>
        <w:rPr>
          <w:rFonts w:cs="Arial"/>
        </w:rPr>
      </w:pPr>
    </w:p>
    <w:p w14:paraId="45588005" w14:textId="77777777" w:rsidR="00ED1788" w:rsidRPr="00BE5DEA" w:rsidRDefault="00000000" w:rsidP="00BE5DEA">
      <w:pPr>
        <w:pStyle w:val="Heading2"/>
        <w:rPr>
          <w:rFonts w:ascii="Arial" w:hAnsi="Arial" w:cs="Arial"/>
        </w:rPr>
      </w:pPr>
      <w:bookmarkStart w:id="4" w:name="_Toc226023194"/>
      <w:r w:rsidRPr="00BE5DEA">
        <w:rPr>
          <w:rFonts w:ascii="Arial" w:eastAsia="Arial" w:hAnsi="Arial" w:cs="Arial"/>
          <w:sz w:val="22"/>
        </w:rPr>
        <w:lastRenderedPageBreak/>
        <w:t>Discussion of implementation</w:t>
      </w:r>
      <w:bookmarkEnd w:id="4"/>
    </w:p>
    <w:p w14:paraId="6F3429C3" w14:textId="77777777" w:rsidR="00ED1788" w:rsidRPr="00BE5DEA" w:rsidRDefault="00000000" w:rsidP="00BE5DEA">
      <w:pPr>
        <w:spacing w:after="120" w:line="360" w:lineRule="auto"/>
        <w:rPr>
          <w:rFonts w:cs="Arial"/>
        </w:rPr>
      </w:pPr>
      <w:r w:rsidRPr="00BE5DEA">
        <w:rPr>
          <w:rFonts w:cs="Arial"/>
        </w:rPr>
        <w:t>Few implementation decisions are shown in the screenshots and the code. First, we use a shared stylesheet on the site -- and so your typography, colors, grids, cards, buttons and section spacing are consistent from one page to the next. The second thing is that it is a responsive design: CSS grid layouts reduce from multiple columns to a single-column arrangement on smaller screens, and the mobile menu button becomes visible below the specified breakpoint. This is in accordance with responsive design, the design pattern should be tailored to screen width, and not based on a pre-set desktop layout. Responsive design has been found significantly to be beneficial to usability and effect in usability research specifically towards its use by smartphone users in all the different connection environments as well as mobile devices [6].</w:t>
      </w:r>
    </w:p>
    <w:p w14:paraId="3F3317E6" w14:textId="77777777" w:rsidR="00ED1788" w:rsidRPr="00BE5DEA" w:rsidRDefault="00000000" w:rsidP="00BE5DEA">
      <w:pPr>
        <w:spacing w:after="120" w:line="360" w:lineRule="auto"/>
        <w:rPr>
          <w:rFonts w:cs="Arial"/>
        </w:rPr>
      </w:pPr>
      <w:r w:rsidRPr="00BE5DEA">
        <w:rPr>
          <w:rFonts w:cs="Arial"/>
        </w:rPr>
        <w:t>Third, the codebase goes a step further in trying to offer rudimentary accessibility. These pages include a skip link, language statement, viewport meta tag, annotated form controls, and navigational toggle displaying the state of the page through aria-expanded. This is good because accessibility is much simpler to design in, and much easier to retrofit than to find. Finally, the content strategy is intentionally kept in check. Utilizing short blocks of text and image-led composition, it avoids many competing widgets and thick paragraphs. For a portfolio site specifically, this works well since the visitor’s interest should stay on the photographs, a point supported by a pithy context description.</w:t>
      </w:r>
    </w:p>
    <w:p w14:paraId="2628A859" w14:textId="77777777" w:rsidR="00ED1788" w:rsidRPr="00BE5DEA" w:rsidRDefault="00000000" w:rsidP="00BE5DEA">
      <w:pPr>
        <w:pStyle w:val="Heading1"/>
        <w:rPr>
          <w:rFonts w:ascii="Arial" w:hAnsi="Arial" w:cs="Arial"/>
        </w:rPr>
      </w:pPr>
      <w:bookmarkStart w:id="5" w:name="_Toc226023195"/>
      <w:r w:rsidRPr="00BE5DEA">
        <w:rPr>
          <w:rFonts w:ascii="Arial" w:eastAsia="Arial" w:hAnsi="Arial" w:cs="Arial"/>
          <w:sz w:val="22"/>
        </w:rPr>
        <w:t>4. Validation</w:t>
      </w:r>
      <w:bookmarkEnd w:id="5"/>
    </w:p>
    <w:p w14:paraId="00CF375A" w14:textId="77777777" w:rsidR="00ED1788" w:rsidRPr="00BE5DEA" w:rsidRDefault="00000000" w:rsidP="00BE5DEA">
      <w:pPr>
        <w:spacing w:after="120" w:line="360" w:lineRule="auto"/>
        <w:rPr>
          <w:rFonts w:cs="Arial"/>
        </w:rPr>
      </w:pPr>
      <w:r w:rsidRPr="00BE5DEA">
        <w:rPr>
          <w:rFonts w:cs="Arial"/>
        </w:rPr>
        <w:t>The work consists of checking the website against established web standards. It demonstrates the ability to interpret the data and analyze its semantics correctly in order to support content creation. The provided screenshots in the W3C validator have also been added directly to the report as the evidence base in the validation discussion for this final version. HTML pages were evaluated with the Nu HTML Checker and the stylesheet was validated using the W3C CSS Validation Service.</w:t>
      </w:r>
    </w:p>
    <w:tbl>
      <w:tblPr>
        <w:tblStyle w:val="TableGrid"/>
        <w:tblW w:w="0" w:type="auto"/>
        <w:jc w:val="center"/>
        <w:tblLook w:val="04A0" w:firstRow="1" w:lastRow="0" w:firstColumn="1" w:lastColumn="0" w:noHBand="0" w:noVBand="1"/>
      </w:tblPr>
      <w:tblGrid>
        <w:gridCol w:w="3116"/>
        <w:gridCol w:w="3117"/>
        <w:gridCol w:w="3117"/>
      </w:tblGrid>
      <w:tr w:rsidR="00ED1788" w:rsidRPr="00BE5DEA" w14:paraId="1D6AD9D3" w14:textId="77777777">
        <w:trPr>
          <w:jc w:val="center"/>
        </w:trPr>
        <w:tc>
          <w:tcPr>
            <w:tcW w:w="3120" w:type="dxa"/>
            <w:shd w:val="clear" w:color="auto" w:fill="D9EAD3"/>
            <w:vAlign w:val="center"/>
          </w:tcPr>
          <w:p w14:paraId="288B2315" w14:textId="77777777" w:rsidR="00ED1788" w:rsidRPr="00BE5DEA" w:rsidRDefault="00000000" w:rsidP="00BE5DEA">
            <w:pPr>
              <w:spacing w:line="360" w:lineRule="auto"/>
              <w:jc w:val="center"/>
              <w:rPr>
                <w:rFonts w:cs="Arial"/>
              </w:rPr>
            </w:pPr>
            <w:r w:rsidRPr="00BE5DEA">
              <w:rPr>
                <w:rFonts w:cs="Arial"/>
                <w:b/>
                <w:sz w:val="20"/>
              </w:rPr>
              <w:t>Item checked</w:t>
            </w:r>
          </w:p>
        </w:tc>
        <w:tc>
          <w:tcPr>
            <w:tcW w:w="3120" w:type="dxa"/>
            <w:shd w:val="clear" w:color="auto" w:fill="D9EAD3"/>
            <w:vAlign w:val="center"/>
          </w:tcPr>
          <w:p w14:paraId="7CCD969F" w14:textId="77777777" w:rsidR="00ED1788" w:rsidRPr="00BE5DEA" w:rsidRDefault="00000000" w:rsidP="00BE5DEA">
            <w:pPr>
              <w:spacing w:line="360" w:lineRule="auto"/>
              <w:jc w:val="center"/>
              <w:rPr>
                <w:rFonts w:cs="Arial"/>
              </w:rPr>
            </w:pPr>
            <w:r w:rsidRPr="00BE5DEA">
              <w:rPr>
                <w:rFonts w:cs="Arial"/>
                <w:b/>
                <w:sz w:val="20"/>
              </w:rPr>
              <w:t>Result</w:t>
            </w:r>
          </w:p>
        </w:tc>
        <w:tc>
          <w:tcPr>
            <w:tcW w:w="3120" w:type="dxa"/>
            <w:shd w:val="clear" w:color="auto" w:fill="D9EAD3"/>
            <w:vAlign w:val="center"/>
          </w:tcPr>
          <w:p w14:paraId="76184DBA" w14:textId="77777777" w:rsidR="00ED1788" w:rsidRPr="00BE5DEA" w:rsidRDefault="00000000" w:rsidP="00BE5DEA">
            <w:pPr>
              <w:spacing w:line="360" w:lineRule="auto"/>
              <w:jc w:val="center"/>
              <w:rPr>
                <w:rFonts w:cs="Arial"/>
              </w:rPr>
            </w:pPr>
            <w:r w:rsidRPr="00BE5DEA">
              <w:rPr>
                <w:rFonts w:cs="Arial"/>
                <w:b/>
                <w:sz w:val="20"/>
              </w:rPr>
              <w:t>Comment</w:t>
            </w:r>
          </w:p>
        </w:tc>
      </w:tr>
      <w:tr w:rsidR="00ED1788" w:rsidRPr="00BE5DEA" w14:paraId="0D9F09CB" w14:textId="77777777">
        <w:trPr>
          <w:jc w:val="center"/>
        </w:trPr>
        <w:tc>
          <w:tcPr>
            <w:tcW w:w="3120" w:type="dxa"/>
            <w:vAlign w:val="center"/>
          </w:tcPr>
          <w:p w14:paraId="273333DE" w14:textId="77777777" w:rsidR="00ED1788" w:rsidRPr="00BE5DEA" w:rsidRDefault="00000000" w:rsidP="00BE5DEA">
            <w:pPr>
              <w:spacing w:line="360" w:lineRule="auto"/>
              <w:jc w:val="center"/>
              <w:rPr>
                <w:rFonts w:cs="Arial"/>
              </w:rPr>
            </w:pPr>
            <w:r w:rsidRPr="00BE5DEA">
              <w:rPr>
                <w:rFonts w:cs="Arial"/>
                <w:sz w:val="20"/>
              </w:rPr>
              <w:t>Home page HTML structure</w:t>
            </w:r>
          </w:p>
        </w:tc>
        <w:tc>
          <w:tcPr>
            <w:tcW w:w="3120" w:type="dxa"/>
            <w:vAlign w:val="center"/>
          </w:tcPr>
          <w:p w14:paraId="725998AC" w14:textId="77777777" w:rsidR="00ED1788" w:rsidRPr="00BE5DEA" w:rsidRDefault="00000000" w:rsidP="00BE5DEA">
            <w:pPr>
              <w:spacing w:line="360" w:lineRule="auto"/>
              <w:jc w:val="center"/>
              <w:rPr>
                <w:rFonts w:cs="Arial"/>
              </w:rPr>
            </w:pPr>
            <w:r w:rsidRPr="00BE5DEA">
              <w:rPr>
                <w:rFonts w:cs="Arial"/>
                <w:sz w:val="20"/>
              </w:rPr>
              <w:t>Largely valid</w:t>
            </w:r>
          </w:p>
        </w:tc>
        <w:tc>
          <w:tcPr>
            <w:tcW w:w="3120" w:type="dxa"/>
            <w:vAlign w:val="center"/>
          </w:tcPr>
          <w:p w14:paraId="7242F432" w14:textId="77777777" w:rsidR="00ED1788" w:rsidRPr="00BE5DEA" w:rsidRDefault="00000000" w:rsidP="00BE5DEA">
            <w:pPr>
              <w:spacing w:line="360" w:lineRule="auto"/>
              <w:rPr>
                <w:rFonts w:cs="Arial"/>
              </w:rPr>
            </w:pPr>
            <w:r w:rsidRPr="00BE5DEA">
              <w:rPr>
                <w:rFonts w:cs="Arial"/>
                <w:sz w:val="20"/>
              </w:rPr>
              <w:t>Semantic page structure, headings, images and navigation are present.</w:t>
            </w:r>
          </w:p>
        </w:tc>
      </w:tr>
      <w:tr w:rsidR="00ED1788" w:rsidRPr="00BE5DEA" w14:paraId="160B8E9D" w14:textId="77777777">
        <w:trPr>
          <w:jc w:val="center"/>
        </w:trPr>
        <w:tc>
          <w:tcPr>
            <w:tcW w:w="3120" w:type="dxa"/>
            <w:vAlign w:val="center"/>
          </w:tcPr>
          <w:p w14:paraId="29476C51" w14:textId="77777777" w:rsidR="00ED1788" w:rsidRPr="00BE5DEA" w:rsidRDefault="00000000" w:rsidP="00BE5DEA">
            <w:pPr>
              <w:spacing w:line="360" w:lineRule="auto"/>
              <w:jc w:val="center"/>
              <w:rPr>
                <w:rFonts w:cs="Arial"/>
              </w:rPr>
            </w:pPr>
            <w:r w:rsidRPr="00BE5DEA">
              <w:rPr>
                <w:rFonts w:cs="Arial"/>
                <w:sz w:val="20"/>
              </w:rPr>
              <w:t>Main CSS file</w:t>
            </w:r>
          </w:p>
        </w:tc>
        <w:tc>
          <w:tcPr>
            <w:tcW w:w="3120" w:type="dxa"/>
            <w:vAlign w:val="center"/>
          </w:tcPr>
          <w:p w14:paraId="3413226A" w14:textId="77777777" w:rsidR="00ED1788" w:rsidRPr="00BE5DEA" w:rsidRDefault="00000000" w:rsidP="00BE5DEA">
            <w:pPr>
              <w:spacing w:line="360" w:lineRule="auto"/>
              <w:jc w:val="center"/>
              <w:rPr>
                <w:rFonts w:cs="Arial"/>
              </w:rPr>
            </w:pPr>
            <w:r w:rsidRPr="00BE5DEA">
              <w:rPr>
                <w:rFonts w:cs="Arial"/>
                <w:sz w:val="20"/>
              </w:rPr>
              <w:t>Mostly accurate</w:t>
            </w:r>
          </w:p>
        </w:tc>
        <w:tc>
          <w:tcPr>
            <w:tcW w:w="3120" w:type="dxa"/>
            <w:vAlign w:val="center"/>
          </w:tcPr>
          <w:p w14:paraId="5D1BFED1" w14:textId="77777777" w:rsidR="00ED1788" w:rsidRPr="00BE5DEA" w:rsidRDefault="00000000" w:rsidP="00BE5DEA">
            <w:pPr>
              <w:spacing w:line="360" w:lineRule="auto"/>
              <w:rPr>
                <w:rFonts w:cs="Arial"/>
              </w:rPr>
            </w:pPr>
            <w:r w:rsidRPr="00BE5DEA">
              <w:rPr>
                <w:rFonts w:cs="Arial"/>
                <w:sz w:val="20"/>
              </w:rPr>
              <w:t>Layout, colours, cards, forms and responsive rules use standard syntax.</w:t>
            </w:r>
          </w:p>
        </w:tc>
      </w:tr>
      <w:tr w:rsidR="00ED1788" w:rsidRPr="00BE5DEA" w14:paraId="2CD5F0C7" w14:textId="77777777">
        <w:trPr>
          <w:jc w:val="center"/>
        </w:trPr>
        <w:tc>
          <w:tcPr>
            <w:tcW w:w="3120" w:type="dxa"/>
            <w:vAlign w:val="center"/>
          </w:tcPr>
          <w:p w14:paraId="546AEC15" w14:textId="77777777" w:rsidR="00ED1788" w:rsidRPr="00BE5DEA" w:rsidRDefault="00000000" w:rsidP="00BE5DEA">
            <w:pPr>
              <w:spacing w:line="360" w:lineRule="auto"/>
              <w:jc w:val="center"/>
              <w:rPr>
                <w:rFonts w:cs="Arial"/>
              </w:rPr>
            </w:pPr>
            <w:r w:rsidRPr="00BE5DEA">
              <w:rPr>
                <w:rFonts w:cs="Arial"/>
                <w:sz w:val="20"/>
              </w:rPr>
              <w:lastRenderedPageBreak/>
              <w:t>Most likely issue identified</w:t>
            </w:r>
          </w:p>
        </w:tc>
        <w:tc>
          <w:tcPr>
            <w:tcW w:w="3120" w:type="dxa"/>
            <w:vAlign w:val="center"/>
          </w:tcPr>
          <w:p w14:paraId="24EFD3AC" w14:textId="77777777" w:rsidR="00ED1788" w:rsidRPr="00BE5DEA" w:rsidRDefault="00000000" w:rsidP="00BE5DEA">
            <w:pPr>
              <w:spacing w:line="360" w:lineRule="auto"/>
              <w:jc w:val="center"/>
              <w:rPr>
                <w:rFonts w:cs="Arial"/>
              </w:rPr>
            </w:pPr>
            <w:r w:rsidRPr="00BE5DEA">
              <w:rPr>
                <w:rFonts w:cs="Arial"/>
                <w:sz w:val="20"/>
              </w:rPr>
              <w:t>Needs improvement</w:t>
            </w:r>
          </w:p>
        </w:tc>
        <w:tc>
          <w:tcPr>
            <w:tcW w:w="3120" w:type="dxa"/>
            <w:vAlign w:val="center"/>
          </w:tcPr>
          <w:p w14:paraId="1F98327F" w14:textId="77777777" w:rsidR="00ED1788" w:rsidRPr="00BE5DEA" w:rsidRDefault="00000000" w:rsidP="00BE5DEA">
            <w:pPr>
              <w:spacing w:line="360" w:lineRule="auto"/>
              <w:rPr>
                <w:rFonts w:cs="Arial"/>
              </w:rPr>
            </w:pPr>
            <w:r w:rsidRPr="00BE5DEA">
              <w:rPr>
                <w:rFonts w:cs="Arial"/>
                <w:sz w:val="20"/>
              </w:rPr>
              <w:t>Some pages have a &lt;script&gt; element pointing towards an image/file path URL rather than JavaScript. You should remove or replace this with a correct script reference.</w:t>
            </w:r>
          </w:p>
        </w:tc>
      </w:tr>
      <w:tr w:rsidR="00ED1788" w:rsidRPr="00BE5DEA" w14:paraId="601448DA" w14:textId="77777777">
        <w:trPr>
          <w:jc w:val="center"/>
        </w:trPr>
        <w:tc>
          <w:tcPr>
            <w:tcW w:w="3120" w:type="dxa"/>
            <w:vAlign w:val="center"/>
          </w:tcPr>
          <w:p w14:paraId="2682D670" w14:textId="77777777" w:rsidR="00ED1788" w:rsidRPr="00BE5DEA" w:rsidRDefault="00000000" w:rsidP="00BE5DEA">
            <w:pPr>
              <w:spacing w:line="360" w:lineRule="auto"/>
              <w:jc w:val="center"/>
              <w:rPr>
                <w:rFonts w:cs="Arial"/>
              </w:rPr>
            </w:pPr>
            <w:r w:rsidRPr="00BE5DEA">
              <w:rPr>
                <w:rFonts w:cs="Arial"/>
                <w:sz w:val="20"/>
              </w:rPr>
              <w:t>Metadata quality</w:t>
            </w:r>
          </w:p>
        </w:tc>
        <w:tc>
          <w:tcPr>
            <w:tcW w:w="3120" w:type="dxa"/>
            <w:vAlign w:val="center"/>
          </w:tcPr>
          <w:p w14:paraId="04695FDB" w14:textId="77777777" w:rsidR="00ED1788" w:rsidRPr="00BE5DEA" w:rsidRDefault="00000000" w:rsidP="00BE5DEA">
            <w:pPr>
              <w:spacing w:line="360" w:lineRule="auto"/>
              <w:jc w:val="center"/>
              <w:rPr>
                <w:rFonts w:cs="Arial"/>
              </w:rPr>
            </w:pPr>
            <w:r w:rsidRPr="00BE5DEA">
              <w:rPr>
                <w:rFonts w:cs="Arial"/>
                <w:sz w:val="20"/>
              </w:rPr>
              <w:t>Partly complete</w:t>
            </w:r>
          </w:p>
        </w:tc>
        <w:tc>
          <w:tcPr>
            <w:tcW w:w="3120" w:type="dxa"/>
            <w:vAlign w:val="center"/>
          </w:tcPr>
          <w:p w14:paraId="598F0DE1" w14:textId="77777777" w:rsidR="00ED1788" w:rsidRPr="00BE5DEA" w:rsidRDefault="00000000" w:rsidP="00BE5DEA">
            <w:pPr>
              <w:spacing w:line="360" w:lineRule="auto"/>
              <w:rPr>
                <w:rFonts w:cs="Arial"/>
              </w:rPr>
            </w:pPr>
            <w:r w:rsidRPr="00BE5DEA">
              <w:rPr>
                <w:rFonts w:cs="Arial"/>
                <w:sz w:val="20"/>
              </w:rPr>
              <w:t>Home and About pages have better meta description, but Gallery and Contact are less so: their description text is too short.</w:t>
            </w:r>
          </w:p>
        </w:tc>
      </w:tr>
    </w:tbl>
    <w:p w14:paraId="053BC46A" w14:textId="77777777" w:rsidR="00ED1788" w:rsidRPr="00BE5DEA" w:rsidRDefault="00ED1788" w:rsidP="00BE5DEA">
      <w:pPr>
        <w:spacing w:line="360" w:lineRule="auto"/>
        <w:rPr>
          <w:rFonts w:cs="Arial"/>
        </w:rPr>
      </w:pPr>
    </w:p>
    <w:p w14:paraId="60EADB97" w14:textId="77777777" w:rsidR="00ED1788" w:rsidRPr="00BE5DEA" w:rsidRDefault="00000000" w:rsidP="00BE5DEA">
      <w:pPr>
        <w:spacing w:after="120" w:line="360" w:lineRule="auto"/>
        <w:rPr>
          <w:rFonts w:cs="Arial"/>
        </w:rPr>
      </w:pPr>
      <w:r w:rsidRPr="00BE5DEA">
        <w:rPr>
          <w:rFonts w:cs="Arial"/>
        </w:rPr>
        <w:t>In the validation evidence provided, it was found that three checks in HTML that were completed had no errors or warnings, and one in HTML check that had one warning that one heading was missing in one of the four sections. CSS validation result for style.css reported no error found.</w:t>
      </w:r>
    </w:p>
    <w:p w14:paraId="2CF71BD4" w14:textId="77777777" w:rsidR="00ED1788" w:rsidRPr="00BE5DEA" w:rsidRDefault="00000000" w:rsidP="00BE5DEA">
      <w:pPr>
        <w:spacing w:after="120" w:line="360" w:lineRule="auto"/>
        <w:rPr>
          <w:rFonts w:cs="Arial"/>
        </w:rPr>
      </w:pPr>
      <w:r w:rsidRPr="00BE5DEA">
        <w:rPr>
          <w:rFonts w:cs="Arial"/>
        </w:rPr>
        <w:t>As a result of these results, it can be stated that most of the website is standards-compliant, only a small semantic issue lies on one page section. Overall, these results suggest that the site is relatively close to standard front-end practice in this regard. The clean CSS validation result is the best result that reflects the consistency and technical validity of the main layout rules. The one HTML warning is of limited relevance in this case because the single warning is less on page element broken element and more on section headings structure, but it still has a significant component in terms of semantic quality and accessibility as well because well-heading sections are relatively easy for assistive technologies to recognize [1], [9].</w:t>
      </w:r>
    </w:p>
    <w:p w14:paraId="1EF3640B" w14:textId="77777777" w:rsidR="00ED1788" w:rsidRPr="00BE5DEA" w:rsidRDefault="00000000" w:rsidP="00BE5DEA">
      <w:pPr>
        <w:spacing w:after="120" w:line="360" w:lineRule="auto"/>
        <w:rPr>
          <w:rFonts w:cs="Arial"/>
        </w:rPr>
      </w:pPr>
      <w:r w:rsidRPr="00BE5DEA">
        <w:rPr>
          <w:rFonts w:cs="Arial"/>
        </w:rPr>
        <w:t>Figures 5-9 provide the validation screenshots that were employed as evidence in this report. The script.js validator screenshot also provided independently isn't considered an important figure, because we only mention HTML and CSS verification in the introduction.</w:t>
      </w:r>
    </w:p>
    <w:p w14:paraId="7A51AD2B" w14:textId="77777777" w:rsidR="00ED1788" w:rsidRPr="00BE5DEA" w:rsidRDefault="00000000" w:rsidP="00BE5DEA">
      <w:pPr>
        <w:spacing w:after="60" w:line="360" w:lineRule="auto"/>
        <w:jc w:val="center"/>
        <w:rPr>
          <w:rFonts w:cs="Arial"/>
        </w:rPr>
      </w:pPr>
      <w:r w:rsidRPr="00BE5DEA">
        <w:rPr>
          <w:rFonts w:cs="Arial"/>
          <w:noProof/>
        </w:rPr>
        <w:lastRenderedPageBreak/>
        <w:drawing>
          <wp:inline distT="0" distB="0" distL="0" distR="0" wp14:anchorId="11A54C53" wp14:editId="0D6DB48B">
            <wp:extent cx="5394960" cy="450297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0"/>
                    <a:stretch>
                      <a:fillRect/>
                    </a:stretch>
                  </pic:blipFill>
                  <pic:spPr>
                    <a:xfrm>
                      <a:off x="0" y="0"/>
                      <a:ext cx="5394960" cy="4502977"/>
                    </a:xfrm>
                    <a:prstGeom prst="rect">
                      <a:avLst/>
                    </a:prstGeom>
                  </pic:spPr>
                </pic:pic>
              </a:graphicData>
            </a:graphic>
          </wp:inline>
        </w:drawing>
      </w:r>
    </w:p>
    <w:p w14:paraId="2A6D4D26" w14:textId="77777777" w:rsidR="00ED1788" w:rsidRPr="00BE5DEA" w:rsidRDefault="00000000" w:rsidP="00BE5DEA">
      <w:pPr>
        <w:spacing w:after="160" w:line="360" w:lineRule="auto"/>
        <w:jc w:val="center"/>
        <w:rPr>
          <w:rFonts w:cs="Arial"/>
        </w:rPr>
      </w:pPr>
      <w:r w:rsidRPr="00BE5DEA">
        <w:rPr>
          <w:rFonts w:cs="Arial"/>
          <w:i/>
          <w:sz w:val="20"/>
        </w:rPr>
        <w:t>Figure 5. Provided screenshot HTML validation result with no errors or warnings.</w:t>
      </w:r>
    </w:p>
    <w:p w14:paraId="3E356E77" w14:textId="77777777" w:rsidR="00ED1788" w:rsidRPr="00BE5DEA" w:rsidRDefault="00000000" w:rsidP="00BE5DEA">
      <w:pPr>
        <w:spacing w:after="60" w:line="360" w:lineRule="auto"/>
        <w:jc w:val="center"/>
        <w:rPr>
          <w:rFonts w:cs="Arial"/>
        </w:rPr>
      </w:pPr>
      <w:r w:rsidRPr="00BE5DEA">
        <w:rPr>
          <w:rFonts w:cs="Arial"/>
          <w:noProof/>
        </w:rPr>
        <w:lastRenderedPageBreak/>
        <w:drawing>
          <wp:inline distT="0" distB="0" distL="0" distR="0" wp14:anchorId="44B3E84D" wp14:editId="44E3A777">
            <wp:extent cx="5394960" cy="60059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png"/>
                    <pic:cNvPicPr/>
                  </pic:nvPicPr>
                  <pic:blipFill>
                    <a:blip r:embed="rId11"/>
                    <a:stretch>
                      <a:fillRect/>
                    </a:stretch>
                  </pic:blipFill>
                  <pic:spPr>
                    <a:xfrm>
                      <a:off x="0" y="0"/>
                      <a:ext cx="5394960" cy="6005928"/>
                    </a:xfrm>
                    <a:prstGeom prst="rect">
                      <a:avLst/>
                    </a:prstGeom>
                  </pic:spPr>
                </pic:pic>
              </a:graphicData>
            </a:graphic>
          </wp:inline>
        </w:drawing>
      </w:r>
    </w:p>
    <w:p w14:paraId="22DBA5E5" w14:textId="77777777" w:rsidR="00ED1788" w:rsidRPr="00BE5DEA" w:rsidRDefault="00000000" w:rsidP="00BE5DEA">
      <w:pPr>
        <w:spacing w:after="160" w:line="360" w:lineRule="auto"/>
        <w:jc w:val="center"/>
        <w:rPr>
          <w:rFonts w:cs="Arial"/>
        </w:rPr>
      </w:pPr>
      <w:r w:rsidRPr="00BE5DEA">
        <w:rPr>
          <w:rFonts w:cs="Arial"/>
          <w:i/>
          <w:sz w:val="20"/>
        </w:rPr>
        <w:t>Figure 6. Screenshot of HTML validation result provided indicates no errors or warnings.</w:t>
      </w:r>
    </w:p>
    <w:p w14:paraId="5F7813C9" w14:textId="77777777" w:rsidR="00ED1788" w:rsidRPr="00BE5DEA" w:rsidRDefault="00000000" w:rsidP="00BE5DEA">
      <w:pPr>
        <w:spacing w:after="60" w:line="360" w:lineRule="auto"/>
        <w:jc w:val="center"/>
        <w:rPr>
          <w:rFonts w:cs="Arial"/>
        </w:rPr>
      </w:pPr>
      <w:r w:rsidRPr="00BE5DEA">
        <w:rPr>
          <w:rFonts w:cs="Arial"/>
          <w:noProof/>
        </w:rPr>
        <w:lastRenderedPageBreak/>
        <w:drawing>
          <wp:inline distT="0" distB="0" distL="0" distR="0" wp14:anchorId="6C9C63BC" wp14:editId="46AB0587">
            <wp:extent cx="5394960" cy="50560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2 095651.png"/>
                    <pic:cNvPicPr/>
                  </pic:nvPicPr>
                  <pic:blipFill>
                    <a:blip r:embed="rId12"/>
                    <a:stretch>
                      <a:fillRect/>
                    </a:stretch>
                  </pic:blipFill>
                  <pic:spPr>
                    <a:xfrm>
                      <a:off x="0" y="0"/>
                      <a:ext cx="5394960" cy="5056010"/>
                    </a:xfrm>
                    <a:prstGeom prst="rect">
                      <a:avLst/>
                    </a:prstGeom>
                  </pic:spPr>
                </pic:pic>
              </a:graphicData>
            </a:graphic>
          </wp:inline>
        </w:drawing>
      </w:r>
    </w:p>
    <w:p w14:paraId="1C9BFECE" w14:textId="77777777" w:rsidR="00ED1788" w:rsidRPr="00BE5DEA" w:rsidRDefault="00000000" w:rsidP="00BE5DEA">
      <w:pPr>
        <w:spacing w:after="160" w:line="360" w:lineRule="auto"/>
        <w:jc w:val="center"/>
        <w:rPr>
          <w:rFonts w:cs="Arial"/>
        </w:rPr>
      </w:pPr>
      <w:r w:rsidRPr="00BE5DEA">
        <w:rPr>
          <w:rFonts w:cs="Arial"/>
          <w:i/>
          <w:sz w:val="20"/>
        </w:rPr>
        <w:t>Figure 7. Insert HTML validation result screenshot with no errors or warnings.</w:t>
      </w:r>
    </w:p>
    <w:p w14:paraId="278AF72F" w14:textId="77777777" w:rsidR="00ED1788" w:rsidRPr="00BE5DEA" w:rsidRDefault="00000000" w:rsidP="00BE5DEA">
      <w:pPr>
        <w:spacing w:after="60" w:line="360" w:lineRule="auto"/>
        <w:jc w:val="center"/>
        <w:rPr>
          <w:rFonts w:cs="Arial"/>
        </w:rPr>
      </w:pPr>
      <w:r w:rsidRPr="00BE5DEA">
        <w:rPr>
          <w:rFonts w:cs="Arial"/>
          <w:noProof/>
        </w:rPr>
        <w:lastRenderedPageBreak/>
        <w:drawing>
          <wp:inline distT="0" distB="0" distL="0" distR="0" wp14:anchorId="29FFEAFB" wp14:editId="59E657FA">
            <wp:extent cx="5394960" cy="517292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2 095912.png"/>
                    <pic:cNvPicPr/>
                  </pic:nvPicPr>
                  <pic:blipFill>
                    <a:blip r:embed="rId13"/>
                    <a:stretch>
                      <a:fillRect/>
                    </a:stretch>
                  </pic:blipFill>
                  <pic:spPr>
                    <a:xfrm>
                      <a:off x="0" y="0"/>
                      <a:ext cx="5394960" cy="5172920"/>
                    </a:xfrm>
                    <a:prstGeom prst="rect">
                      <a:avLst/>
                    </a:prstGeom>
                  </pic:spPr>
                </pic:pic>
              </a:graphicData>
            </a:graphic>
          </wp:inline>
        </w:drawing>
      </w:r>
    </w:p>
    <w:p w14:paraId="19399174" w14:textId="77777777" w:rsidR="00ED1788" w:rsidRPr="00BE5DEA" w:rsidRDefault="00000000" w:rsidP="00BE5DEA">
      <w:pPr>
        <w:spacing w:after="160" w:line="360" w:lineRule="auto"/>
        <w:jc w:val="center"/>
        <w:rPr>
          <w:rFonts w:cs="Arial"/>
        </w:rPr>
      </w:pPr>
      <w:r w:rsidRPr="00BE5DEA">
        <w:rPr>
          <w:rFonts w:cs="Arial"/>
          <w:i/>
          <w:sz w:val="20"/>
        </w:rPr>
        <w:t>Figure 8. Provided HTML validation result screenshot, one section-heading warning.</w:t>
      </w:r>
    </w:p>
    <w:p w14:paraId="508DDEA4" w14:textId="77777777" w:rsidR="00ED1788" w:rsidRPr="00BE5DEA" w:rsidRDefault="00000000" w:rsidP="00BE5DEA">
      <w:pPr>
        <w:spacing w:after="60" w:line="360" w:lineRule="auto"/>
        <w:jc w:val="center"/>
        <w:rPr>
          <w:rFonts w:cs="Arial"/>
        </w:rPr>
      </w:pPr>
      <w:r w:rsidRPr="00BE5DEA">
        <w:rPr>
          <w:rFonts w:cs="Arial"/>
          <w:noProof/>
        </w:rPr>
        <w:lastRenderedPageBreak/>
        <w:drawing>
          <wp:inline distT="0" distB="0" distL="0" distR="0" wp14:anchorId="74CA05E2" wp14:editId="055096CE">
            <wp:extent cx="5394960" cy="396801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04-02 095748.png"/>
                    <pic:cNvPicPr/>
                  </pic:nvPicPr>
                  <pic:blipFill>
                    <a:blip r:embed="rId14"/>
                    <a:stretch>
                      <a:fillRect/>
                    </a:stretch>
                  </pic:blipFill>
                  <pic:spPr>
                    <a:xfrm>
                      <a:off x="0" y="0"/>
                      <a:ext cx="5394960" cy="3968012"/>
                    </a:xfrm>
                    <a:prstGeom prst="rect">
                      <a:avLst/>
                    </a:prstGeom>
                  </pic:spPr>
                </pic:pic>
              </a:graphicData>
            </a:graphic>
          </wp:inline>
        </w:drawing>
      </w:r>
    </w:p>
    <w:p w14:paraId="6DA308B3" w14:textId="77777777" w:rsidR="00ED1788" w:rsidRPr="00BE5DEA" w:rsidRDefault="00000000" w:rsidP="00BE5DEA">
      <w:pPr>
        <w:spacing w:after="160" w:line="360" w:lineRule="auto"/>
        <w:jc w:val="center"/>
        <w:rPr>
          <w:rFonts w:cs="Arial"/>
        </w:rPr>
      </w:pPr>
      <w:r w:rsidRPr="00BE5DEA">
        <w:rPr>
          <w:rFonts w:cs="Arial"/>
          <w:i/>
          <w:sz w:val="20"/>
        </w:rPr>
        <w:t>Figure 9. Supplied CSS validation result screenshot showing no error found for style.css.</w:t>
      </w:r>
    </w:p>
    <w:p w14:paraId="2291B40A" w14:textId="77777777" w:rsidR="00ED1788" w:rsidRPr="00BE5DEA" w:rsidRDefault="00000000" w:rsidP="00BE5DEA">
      <w:pPr>
        <w:pStyle w:val="Heading1"/>
        <w:rPr>
          <w:rFonts w:ascii="Arial" w:hAnsi="Arial" w:cs="Arial"/>
        </w:rPr>
      </w:pPr>
      <w:bookmarkStart w:id="6" w:name="_Toc226023196"/>
      <w:r w:rsidRPr="00BE5DEA">
        <w:rPr>
          <w:rFonts w:ascii="Arial" w:eastAsia="Arial" w:hAnsi="Arial" w:cs="Arial"/>
          <w:sz w:val="22"/>
        </w:rPr>
        <w:t>5. Evaluation</w:t>
      </w:r>
      <w:bookmarkEnd w:id="6"/>
    </w:p>
    <w:p w14:paraId="4AB4A498" w14:textId="77777777" w:rsidR="00ED1788" w:rsidRPr="00BE5DEA" w:rsidRDefault="00000000" w:rsidP="00BE5DEA">
      <w:pPr>
        <w:pStyle w:val="Heading2"/>
        <w:rPr>
          <w:rFonts w:ascii="Arial" w:hAnsi="Arial" w:cs="Arial"/>
        </w:rPr>
      </w:pPr>
      <w:bookmarkStart w:id="7" w:name="_Toc226023197"/>
      <w:r w:rsidRPr="00BE5DEA">
        <w:rPr>
          <w:rFonts w:ascii="Arial" w:eastAsia="Arial" w:hAnsi="Arial" w:cs="Arial"/>
          <w:sz w:val="22"/>
        </w:rPr>
        <w:t>5.1 Website usability, accessibility, and search engine optimisation</w:t>
      </w:r>
      <w:bookmarkEnd w:id="7"/>
    </w:p>
    <w:p w14:paraId="0F1B4792" w14:textId="77777777" w:rsidR="00ED1788" w:rsidRPr="00BE5DEA" w:rsidRDefault="00000000" w:rsidP="00BE5DEA">
      <w:pPr>
        <w:spacing w:after="120" w:line="360" w:lineRule="auto"/>
        <w:rPr>
          <w:rFonts w:cs="Arial"/>
        </w:rPr>
      </w:pPr>
      <w:r w:rsidRPr="00BE5DEA">
        <w:rPr>
          <w:rFonts w:cs="Arial"/>
        </w:rPr>
        <w:t>Website quality often cannot be judged by appearance alone. And a site can look good, and still be hard to use, difficult to access, and weakly discoverable in search results. For that consideration the three related dimensions - usability, accessibility and search engine optimisation - are considered. We define these terms first and then link them to research, before we evaluate the complete website.</w:t>
      </w:r>
    </w:p>
    <w:p w14:paraId="2495522E" w14:textId="77777777" w:rsidR="00ED1788" w:rsidRPr="00BE5DEA" w:rsidRDefault="00000000" w:rsidP="00BE5DEA">
      <w:pPr>
        <w:pStyle w:val="Heading3"/>
        <w:rPr>
          <w:rFonts w:ascii="Arial" w:hAnsi="Arial" w:cs="Arial"/>
        </w:rPr>
      </w:pPr>
      <w:bookmarkStart w:id="8" w:name="_Toc226023198"/>
      <w:r w:rsidRPr="00BE5DEA">
        <w:rPr>
          <w:rFonts w:ascii="Arial" w:eastAsia="Arial" w:hAnsi="Arial" w:cs="Arial"/>
        </w:rPr>
        <w:t>Usability</w:t>
      </w:r>
      <w:bookmarkEnd w:id="8"/>
    </w:p>
    <w:p w14:paraId="0F7E73A6" w14:textId="77777777" w:rsidR="00ED1788" w:rsidRPr="00BE5DEA" w:rsidRDefault="00000000" w:rsidP="00BE5DEA">
      <w:pPr>
        <w:spacing w:after="120" w:line="360" w:lineRule="auto"/>
        <w:rPr>
          <w:rFonts w:cs="Arial"/>
        </w:rPr>
      </w:pPr>
      <w:r w:rsidRPr="00BE5DEA">
        <w:rPr>
          <w:rFonts w:cs="Arial"/>
        </w:rPr>
        <w:t xml:space="preserve">Usability has to do with how effectively, efficiently and satisfactorily users perform actions with an interface. In practice, this means clarity of navigation, readability of content, predictability of your web pages’ structure, visual hierarchy, and the speed with which users can navigate over to next pages. Website usability conceptualisation 2023 concluded that website usability is multidimensional and that its assessment will need to take place from the end users’ perspective not just from aesthetics [7]. Another 2023 report on the online journal interfaces of </w:t>
      </w:r>
      <w:r w:rsidRPr="00BE5DEA">
        <w:rPr>
          <w:rFonts w:cs="Arial"/>
        </w:rPr>
        <w:lastRenderedPageBreak/>
        <w:t>scholarly publishers indicated that mixed user testing and after-task questionnaires are relevant in determining friction in task completion and satisfaction [5]. These findings are consistent with the notion good usability is not accidental; it relies on structure, content quality and user-centred evaluation.</w:t>
      </w:r>
    </w:p>
    <w:p w14:paraId="01275EFB" w14:textId="77777777" w:rsidR="00ED1788" w:rsidRPr="00BE5DEA" w:rsidRDefault="00000000" w:rsidP="00BE5DEA">
      <w:pPr>
        <w:spacing w:after="120" w:line="360" w:lineRule="auto"/>
        <w:rPr>
          <w:rFonts w:cs="Arial"/>
        </w:rPr>
      </w:pPr>
      <w:r w:rsidRPr="00BE5DEA">
        <w:rPr>
          <w:rFonts w:cs="Arial"/>
        </w:rPr>
        <w:t>Usability is also associated with responsive behaviour. According to research done by Parlakkiliç, responsiveness is positively associated with perceived usability and effectiveness among university students, where ease of use was revealed to be one of several features of university students. For a website like this project, that is very important, because people visit the pages a lot of the time on mobile devices. Clean scaling across a variety of scale allows you to avoid frustration in navigation and content blocks.</w:t>
      </w:r>
    </w:p>
    <w:p w14:paraId="5E737516" w14:textId="77777777" w:rsidR="00ED1788" w:rsidRPr="00BE5DEA" w:rsidRDefault="00000000" w:rsidP="00BE5DEA">
      <w:pPr>
        <w:spacing w:after="120" w:line="360" w:lineRule="auto"/>
        <w:rPr>
          <w:rFonts w:cs="Arial"/>
        </w:rPr>
      </w:pPr>
      <w:r w:rsidRPr="00BE5DEA">
        <w:rPr>
          <w:rFonts w:cs="Arial"/>
        </w:rPr>
        <w:t>Accessibility is designing and creating websites, with the intention of allowing people with disabilities to find visual material, navigate and interact with contents. Recent academic and practitioner textbooks published between 2022 and 2025 uniformly described WCAG 2.1 by following the four principles of POUR: perceivable, operable, understandable, and robust [1][8][9]. Recent work and synthesises further demonstrate that disabled users experience heterogeneous barriers in online environments and depend on different accessibility features and services, and accessibility must be considered a fundamental part of inclusive design, not a highly technical checklist [1][3].</w:t>
      </w:r>
    </w:p>
    <w:p w14:paraId="0E5FA5C9" w14:textId="77777777" w:rsidR="00ED1788" w:rsidRPr="00BE5DEA" w:rsidRDefault="00000000" w:rsidP="00BE5DEA">
      <w:pPr>
        <w:spacing w:after="120" w:line="360" w:lineRule="auto"/>
        <w:rPr>
          <w:rFonts w:cs="Arial"/>
        </w:rPr>
      </w:pPr>
      <w:r w:rsidRPr="00BE5DEA">
        <w:rPr>
          <w:rFonts w:cs="Arial"/>
        </w:rPr>
        <w:t>More recent studies have demonstrated that accessibility enhances experience, but in general, experience and accessibility aren’t always the same in all measures. Vollenwyder et al. showed that better conformance was not correlated to the improved usability score across all testers per se, however, users with visual impairments reported improved experiences on the more accessible version of the test site [2]. Droutsas et al. similarly show that barriers affect different disability groups in different ways, which means accessibility should be considered a matter of continual designing and testing, not just a one-off checklist [3].</w:t>
      </w:r>
    </w:p>
    <w:p w14:paraId="0667D854" w14:textId="77777777" w:rsidR="00ED1788" w:rsidRPr="00BE5DEA" w:rsidRDefault="00000000" w:rsidP="00BE5DEA">
      <w:pPr>
        <w:pStyle w:val="Heading3"/>
        <w:rPr>
          <w:rFonts w:ascii="Arial" w:hAnsi="Arial" w:cs="Arial"/>
        </w:rPr>
      </w:pPr>
      <w:bookmarkStart w:id="9" w:name="_Toc226023199"/>
      <w:r w:rsidRPr="00BE5DEA">
        <w:rPr>
          <w:rFonts w:ascii="Arial" w:eastAsia="Arial" w:hAnsi="Arial" w:cs="Arial"/>
        </w:rPr>
        <w:t>Search engine optimisation (SEO)</w:t>
      </w:r>
      <w:bookmarkEnd w:id="9"/>
    </w:p>
    <w:p w14:paraId="58E2CCDB" w14:textId="77777777" w:rsidR="00ED1788" w:rsidRPr="00BE5DEA" w:rsidRDefault="00000000" w:rsidP="00BE5DEA">
      <w:pPr>
        <w:spacing w:after="120" w:line="360" w:lineRule="auto"/>
        <w:rPr>
          <w:rFonts w:cs="Arial"/>
        </w:rPr>
      </w:pPr>
      <w:r w:rsidRPr="00BE5DEA">
        <w:rPr>
          <w:rFonts w:cs="Arial"/>
        </w:rPr>
        <w:t xml:space="preserve">SEO improves visibility on how well a website shows relevancy to search engines through titles, meta descriptions, headings, descriptive content, internal links, image text, performance, and optimised mobile-friendliness. New studies treat SEO as a strategic process rather than an expedient device that can be used in the short term and consider ranking potential as a function of specific keyword selection, relevance and retention and long-term structure of posts [4]. The academic literature also reports that metadata, page relevance, and keyword matching still are </w:t>
      </w:r>
      <w:r w:rsidRPr="00BE5DEA">
        <w:rPr>
          <w:rFonts w:cs="Arial"/>
        </w:rPr>
        <w:lastRenderedPageBreak/>
        <w:t>the key bases for discoverability [4]. The strongest features in terms of SEO in this project are descriptive page titles, headings, image alt attributes, and the topic is presented in a consistent manner. The worst parts here are the very short meta descriptions on pages and lack of specific long-tail keywords in the page copy (photography portfolio, sacred architecture, and Mecca landmarks etc) which should be implemented more systematically.</w:t>
      </w:r>
    </w:p>
    <w:p w14:paraId="0FD9CC32" w14:textId="77777777" w:rsidR="00ED1788" w:rsidRPr="00BE5DEA" w:rsidRDefault="00000000" w:rsidP="00BE5DEA">
      <w:pPr>
        <w:pStyle w:val="Heading2"/>
        <w:rPr>
          <w:rFonts w:ascii="Arial" w:hAnsi="Arial" w:cs="Arial"/>
        </w:rPr>
      </w:pPr>
      <w:bookmarkStart w:id="10" w:name="_Toc226023200"/>
      <w:r w:rsidRPr="00BE5DEA">
        <w:rPr>
          <w:rFonts w:ascii="Arial" w:eastAsia="Arial" w:hAnsi="Arial" w:cs="Arial"/>
          <w:sz w:val="22"/>
        </w:rPr>
        <w:t>5.2 Analysis of the completed website</w:t>
      </w:r>
      <w:bookmarkEnd w:id="10"/>
    </w:p>
    <w:p w14:paraId="317B5D73" w14:textId="77777777" w:rsidR="00ED1788" w:rsidRPr="00BE5DEA" w:rsidRDefault="00000000" w:rsidP="00BE5DEA">
      <w:pPr>
        <w:pStyle w:val="Heading3"/>
        <w:rPr>
          <w:rFonts w:ascii="Arial" w:hAnsi="Arial" w:cs="Arial"/>
        </w:rPr>
      </w:pPr>
      <w:bookmarkStart w:id="11" w:name="_Toc226023201"/>
      <w:r w:rsidRPr="00BE5DEA">
        <w:rPr>
          <w:rFonts w:ascii="Arial" w:eastAsia="Arial" w:hAnsi="Arial" w:cs="Arial"/>
        </w:rPr>
        <w:t>Usefulness (utility, usability and content)</w:t>
      </w:r>
      <w:bookmarkEnd w:id="11"/>
    </w:p>
    <w:p w14:paraId="64BCE2F6" w14:textId="77777777" w:rsidR="00ED1788" w:rsidRPr="00BE5DEA" w:rsidRDefault="00000000" w:rsidP="00BE5DEA">
      <w:pPr>
        <w:spacing w:after="120" w:line="360" w:lineRule="auto"/>
        <w:rPr>
          <w:rFonts w:cs="Arial"/>
        </w:rPr>
      </w:pPr>
      <w:r w:rsidRPr="00BE5DEA">
        <w:rPr>
          <w:rFonts w:cs="Arial"/>
        </w:rPr>
        <w:t>The website works well for the purposes of that it provides the theme for a photography portfolio across a number of separate but linked pages. Visitors will be able to see the topic instantly, jump from page to page, and come across contact form without being confused. As the website is not attempting complicated functionality, that’s a strength here as the project brief does not require database behaviour or transactional features. Its specialized features allow for a simple experience and coherence.</w:t>
      </w:r>
    </w:p>
    <w:p w14:paraId="3D5BDD92" w14:textId="77777777" w:rsidR="00ED1788" w:rsidRPr="00BE5DEA" w:rsidRDefault="00000000" w:rsidP="00BE5DEA">
      <w:pPr>
        <w:spacing w:after="120" w:line="360" w:lineRule="auto"/>
        <w:rPr>
          <w:rFonts w:cs="Arial"/>
        </w:rPr>
      </w:pPr>
      <w:r w:rsidRPr="00BE5DEA">
        <w:rPr>
          <w:rFonts w:cs="Arial"/>
        </w:rPr>
        <w:t>Usability-wise the highest-performing things is consistency, layout, and hierarchy. Navigation is the same on the following pages, hero section always tells why the page is there, and the cards keeps it from becoming an excessive visual overburden. Strong colour contrast is also evident. For example, the white text on the dark green navigation bar of the website far surpasses the general expectations of a visual contrast, from the simplest comparison point of view. The responsive grid and menu logic enhance flexibility when viewed on smaller screens.</w:t>
      </w:r>
    </w:p>
    <w:p w14:paraId="084FFA97" w14:textId="77777777" w:rsidR="00ED1788" w:rsidRPr="00BE5DEA" w:rsidRDefault="00000000" w:rsidP="00BE5DEA">
      <w:pPr>
        <w:spacing w:after="120" w:line="360" w:lineRule="auto"/>
        <w:rPr>
          <w:rFonts w:cs="Arial"/>
        </w:rPr>
      </w:pPr>
      <w:r w:rsidRPr="00BE5DEA">
        <w:rPr>
          <w:rFonts w:cs="Arial"/>
        </w:rPr>
        <w:t>The main limitations are detail of content and depth of task. Visually, the site is crisp but not particularly full. Image descriptions could be more polished, the contact form could mention confirming feedback if nothing else, and in terms of real contact details in the real world, or call to action there should use more real world contact information and action. In the future, those improvements should thus include more rich captions and realism contact workflow, and maybe a specific page for highlighted collections or stories behind individual photos.</w:t>
      </w:r>
    </w:p>
    <w:p w14:paraId="7F4D3071" w14:textId="77777777" w:rsidR="00ED1788" w:rsidRPr="00BE5DEA" w:rsidRDefault="00000000" w:rsidP="00BE5DEA">
      <w:pPr>
        <w:pStyle w:val="Heading3"/>
        <w:rPr>
          <w:rFonts w:ascii="Arial" w:hAnsi="Arial" w:cs="Arial"/>
        </w:rPr>
      </w:pPr>
      <w:bookmarkStart w:id="12" w:name="_Toc226023202"/>
      <w:r w:rsidRPr="00BE5DEA">
        <w:rPr>
          <w:rFonts w:ascii="Arial" w:eastAsia="Arial" w:hAnsi="Arial" w:cs="Arial"/>
        </w:rPr>
        <w:t>Search Engine Optimisation (SEO) on-page</w:t>
      </w:r>
      <w:bookmarkEnd w:id="12"/>
    </w:p>
    <w:p w14:paraId="4F486B17" w14:textId="77777777" w:rsidR="00ED1788" w:rsidRPr="00BE5DEA" w:rsidRDefault="00000000" w:rsidP="00BE5DEA">
      <w:pPr>
        <w:spacing w:after="120" w:line="360" w:lineRule="auto"/>
        <w:rPr>
          <w:rFonts w:cs="Arial"/>
        </w:rPr>
      </w:pPr>
      <w:r w:rsidRPr="00BE5DEA">
        <w:rPr>
          <w:rFonts w:cs="Arial"/>
        </w:rPr>
        <w:t xml:space="preserve">Many SEO techniques are already set up in this website. All the pages have a unique title element, making it easy for the search engines to identify the pages. The Home and About pages also employ meta descriptions which summarise the content summary of their subject information. The pages use a heading hierarchy that starts with a single heading format starting from a single h1 and then using headings including h2 and h3 which is a better semantic structure. There are several image alt attributes in place, and internal links connect all important </w:t>
      </w:r>
      <w:r w:rsidRPr="00BE5DEA">
        <w:rPr>
          <w:rFonts w:cs="Arial"/>
        </w:rPr>
        <w:lastRenderedPageBreak/>
        <w:t>pages. You have a viewport tag too for mobile display, as well as that the responsive design itself can provide indirect SEO related benefits due to how mobile usability is demanded by the current SEO expectation.</w:t>
      </w:r>
    </w:p>
    <w:p w14:paraId="28413DEE" w14:textId="77777777" w:rsidR="00ED1788" w:rsidRPr="00BE5DEA" w:rsidRDefault="00000000" w:rsidP="00BE5DEA">
      <w:pPr>
        <w:spacing w:after="120" w:line="360" w:lineRule="auto"/>
        <w:rPr>
          <w:rFonts w:cs="Arial"/>
        </w:rPr>
      </w:pPr>
      <w:r w:rsidRPr="00BE5DEA">
        <w:rPr>
          <w:rFonts w:cs="Arial"/>
        </w:rPr>
        <w:t>But, the current one is rudimentary for SEO. Gallery and Contact descriptions are too generic, some alt text labels are functional instead of fully descriptive and there is no structured data, XML sitemap or canonical strategy. The site might be improved by a stronger metadata section, more content that uses searches for text naturally, compressing and locally managing images better, and all media and scripts being loaded in the best technical sense.</w:t>
      </w:r>
    </w:p>
    <w:p w14:paraId="69F18E81" w14:textId="77777777" w:rsidR="00ED1788" w:rsidRPr="00BE5DEA" w:rsidRDefault="00000000" w:rsidP="00BE5DEA">
      <w:pPr>
        <w:pStyle w:val="Heading3"/>
        <w:rPr>
          <w:rFonts w:ascii="Arial" w:hAnsi="Arial" w:cs="Arial"/>
        </w:rPr>
      </w:pPr>
      <w:bookmarkStart w:id="13" w:name="_Toc226023203"/>
      <w:r w:rsidRPr="00BE5DEA">
        <w:rPr>
          <w:rFonts w:ascii="Arial" w:eastAsia="Arial" w:hAnsi="Arial" w:cs="Arial"/>
        </w:rPr>
        <w:t>WCAG 2.1</w:t>
      </w:r>
      <w:bookmarkEnd w:id="13"/>
    </w:p>
    <w:p w14:paraId="72F4C9CB" w14:textId="77777777" w:rsidR="00ED1788" w:rsidRPr="00BE5DEA" w:rsidRDefault="00000000" w:rsidP="00BE5DEA">
      <w:pPr>
        <w:spacing w:after="120" w:line="360" w:lineRule="auto"/>
        <w:rPr>
          <w:rFonts w:cs="Arial"/>
        </w:rPr>
      </w:pPr>
      <w:r w:rsidRPr="00BE5DEA">
        <w:rPr>
          <w:rFonts w:cs="Arial"/>
        </w:rPr>
        <w:t>Perceivable Accessibility: The website is fair on the perceivable principle because text appears, page structure is well-defined, and images contain alt attributes. Dark overlay behind the hero text is used to ensure reading the page over pictures. The main weakness was some image alternative text is generic rather than descriptive, especially with gallery cards, so the non-visual meaning needs to be improved.</w:t>
      </w:r>
    </w:p>
    <w:p w14:paraId="33EE7645" w14:textId="77777777" w:rsidR="00ED1788" w:rsidRPr="00BE5DEA" w:rsidRDefault="00000000" w:rsidP="00BE5DEA">
      <w:pPr>
        <w:spacing w:after="120" w:line="360" w:lineRule="auto"/>
        <w:rPr>
          <w:rFonts w:cs="Arial"/>
        </w:rPr>
      </w:pPr>
      <w:r w:rsidRPr="00BE5DEA">
        <w:rPr>
          <w:rFonts w:cs="Arial"/>
        </w:rPr>
        <w:t>Operable: The website offers skip links, button-like links (seen via navigation) and a toggle to use aria-expanded which sends the state. Keyboard and assistive technology users are advised to be excited. The pages, however, avoid complex hidden interactions. However, full keyboard testing with focus-order testing, live automated checking with tools like WAVE or axe would be helpful to ensure if every interactive item works in all possible scenarios.</w:t>
      </w:r>
    </w:p>
    <w:p w14:paraId="5E3C02EA" w14:textId="77777777" w:rsidR="00ED1788" w:rsidRPr="00BE5DEA" w:rsidRDefault="00000000" w:rsidP="00BE5DEA">
      <w:pPr>
        <w:spacing w:after="120" w:line="360" w:lineRule="auto"/>
        <w:rPr>
          <w:rFonts w:cs="Arial"/>
        </w:rPr>
      </w:pPr>
      <w:r w:rsidRPr="00BE5DEA">
        <w:rPr>
          <w:rFonts w:cs="Arial"/>
        </w:rPr>
        <w:t>Understandable: The page layouts themselves are predictable — it’s easy to navigate, the content is constantly changing, and sections stick together. The language used throughout the pages is straightforward but the labels on the contact form can easily be grasped, and there are clear instructions as to how to view what is included. Supporting this explanation is the fact that in practice users do not feel obliged to re-learn the topic from page to page. Improvements could consist of clearer on error marking on the form or by having a more detailed explanatory text in the painting of its interpretation of images on site.</w:t>
      </w:r>
    </w:p>
    <w:p w14:paraId="3F48C0A5" w14:textId="77777777" w:rsidR="00ED1788" w:rsidRPr="00BE5DEA" w:rsidRDefault="00000000" w:rsidP="00BE5DEA">
      <w:pPr>
        <w:spacing w:after="120" w:line="360" w:lineRule="auto"/>
        <w:rPr>
          <w:rFonts w:cs="Arial"/>
        </w:rPr>
      </w:pPr>
      <w:r w:rsidRPr="00BE5DEA">
        <w:rPr>
          <w:rFonts w:cs="Arial"/>
        </w:rPr>
        <w:t>Robust: The HTML structure is quite traditional and is suitable for modern browsers, but slight reduced robustness is evident when the script tags at certain pages point to non-script resources. Since robustness in WCAG terms is contingent on the correct interpretation by a range of user agents and assistive technologies, technical tidiness is essential. While the site offers a strong foundation towards accessible content, we feel the site lacks adequate descriptive alt text and technical implementation/testing against WCAG 2.1 AA.</w:t>
      </w:r>
    </w:p>
    <w:p w14:paraId="65135A86" w14:textId="77777777" w:rsidR="00ED1788" w:rsidRPr="00BE5DEA" w:rsidRDefault="00000000" w:rsidP="00BE5DEA">
      <w:pPr>
        <w:pStyle w:val="Heading1"/>
        <w:rPr>
          <w:rFonts w:ascii="Arial" w:hAnsi="Arial" w:cs="Arial"/>
        </w:rPr>
      </w:pPr>
      <w:bookmarkStart w:id="14" w:name="_Toc226023204"/>
      <w:r w:rsidRPr="00BE5DEA">
        <w:rPr>
          <w:rFonts w:ascii="Arial" w:eastAsia="Arial" w:hAnsi="Arial" w:cs="Arial"/>
          <w:sz w:val="22"/>
        </w:rPr>
        <w:lastRenderedPageBreak/>
        <w:t>6. Comparison of Two Live Websites</w:t>
      </w:r>
      <w:bookmarkEnd w:id="14"/>
    </w:p>
    <w:p w14:paraId="3284A5B1" w14:textId="77777777" w:rsidR="00ED1788" w:rsidRPr="00BE5DEA" w:rsidRDefault="00000000" w:rsidP="00BE5DEA">
      <w:pPr>
        <w:spacing w:after="120" w:line="360" w:lineRule="auto"/>
        <w:rPr>
          <w:rFonts w:cs="Arial"/>
        </w:rPr>
      </w:pPr>
      <w:r w:rsidRPr="00BE5DEA">
        <w:rPr>
          <w:rFonts w:cs="Arial"/>
        </w:rPr>
        <w:t>Two useful live comparison points are GOV.UK and BBC.com. They are not a personal portfolio site in the extreme sense of the word, however they are incredibly obvious web properties and thus a good comparison point for usability, accessibility, SEO and mobile sensitivity. GOV.UK is particularly strong in clarity, consistency and accessibility. On its homepage it has a more concise layout, higher contrast, clear headings, predictable navigation, and no fancy words. This leads to a far more efficient experience for users, though it is, in a way, purposely less lively than image-driven websites.</w:t>
      </w:r>
    </w:p>
    <w:p w14:paraId="25D53711" w14:textId="77777777" w:rsidR="00ED1788" w:rsidRPr="00BE5DEA" w:rsidRDefault="00000000" w:rsidP="00BE5DEA">
      <w:pPr>
        <w:spacing w:after="120" w:line="360" w:lineRule="auto"/>
        <w:rPr>
          <w:rFonts w:cs="Arial"/>
        </w:rPr>
      </w:pPr>
      <w:r w:rsidRPr="00BE5DEA">
        <w:rPr>
          <w:rFonts w:cs="Arial"/>
        </w:rPr>
        <w:t>BBC.com offers a different benchmark. It deals a lot in news, multimedia and large quantities of content, so its interface is more visually crowded than GOV.UK for having to straddle headlines, images, video, and multiple content categories. As a result, it has some things going for it: strong editorial distribution, nice section size separation and responsive viewing on both video and web-screens.</w:t>
      </w:r>
    </w:p>
    <w:p w14:paraId="7FAE50C0" w14:textId="77777777" w:rsidR="00ED1788" w:rsidRPr="00BE5DEA" w:rsidRDefault="00000000" w:rsidP="00BE5DEA">
      <w:pPr>
        <w:spacing w:after="120" w:line="360" w:lineRule="auto"/>
        <w:rPr>
          <w:rFonts w:cs="Arial"/>
        </w:rPr>
      </w:pPr>
      <w:r w:rsidRPr="00BE5DEA">
        <w:rPr>
          <w:rFonts w:cs="Arial"/>
        </w:rPr>
        <w:t>The submitted website is significantly smaller and simpler from these sites. It is strong on thematic and visual focus. But it's also weaker: It's an incomplete piece because it doesn't have the depth of content, the technical polish, or the maturity of proven accessibility in it. Generally speaking, GOV.UK provides a better benchmark for accessibility/usability whereas BBC.com is the solid benchmark for visuals rich in content.</w:t>
      </w:r>
    </w:p>
    <w:p w14:paraId="5D5CE430" w14:textId="77777777" w:rsidR="00ED1788" w:rsidRPr="00BE5DEA" w:rsidRDefault="00000000" w:rsidP="00BE5DEA">
      <w:pPr>
        <w:pStyle w:val="Heading1"/>
        <w:rPr>
          <w:rFonts w:ascii="Arial" w:hAnsi="Arial" w:cs="Arial"/>
        </w:rPr>
      </w:pPr>
      <w:bookmarkStart w:id="15" w:name="_Toc226023205"/>
      <w:r w:rsidRPr="00BE5DEA">
        <w:rPr>
          <w:rFonts w:ascii="Arial" w:eastAsia="Arial" w:hAnsi="Arial" w:cs="Arial"/>
          <w:sz w:val="22"/>
        </w:rPr>
        <w:t>7. Conclusion</w:t>
      </w:r>
      <w:bookmarkEnd w:id="15"/>
    </w:p>
    <w:p w14:paraId="4FAAEAD1" w14:textId="77777777" w:rsidR="00ED1788" w:rsidRPr="00BE5DEA" w:rsidRDefault="00000000" w:rsidP="00BE5DEA">
      <w:pPr>
        <w:spacing w:after="120" w:line="360" w:lineRule="auto"/>
        <w:rPr>
          <w:rFonts w:cs="Arial"/>
        </w:rPr>
      </w:pPr>
      <w:r w:rsidRPr="00BE5DEA">
        <w:rPr>
          <w:rFonts w:cs="Arial"/>
        </w:rPr>
        <w:t>The website provides a cohesive multi-page photography website based on Mecca and Madina imagery. The final site follows consistent navigation, responsive layout behaviour and a logical use of HTML, CSS and JavaScript. The screenshots and validation evidence you provided make it clear that the website is visually organised and technically very close to standard-compliant practice. The assessment also reveals significant strengths in usability, thematic focus, and simple accessibility, while pinpointing tangible enhancements such as improvements in metadata, semantic precision, richer content, and more solid form feedback. Ultimately, this submission fulfills the essential objectives for the brief and establishes a credible basis for further refinement.</w:t>
      </w:r>
    </w:p>
    <w:p w14:paraId="6AFF248C" w14:textId="77777777" w:rsidR="00ED1788" w:rsidRPr="00BE5DEA" w:rsidRDefault="00000000" w:rsidP="00BE5DEA">
      <w:pPr>
        <w:pStyle w:val="Heading1"/>
        <w:rPr>
          <w:rFonts w:ascii="Arial" w:hAnsi="Arial" w:cs="Arial"/>
        </w:rPr>
      </w:pPr>
      <w:bookmarkStart w:id="16" w:name="_Toc226023206"/>
      <w:r w:rsidRPr="00BE5DEA">
        <w:rPr>
          <w:rFonts w:ascii="Arial" w:eastAsia="Arial" w:hAnsi="Arial" w:cs="Arial"/>
          <w:sz w:val="22"/>
        </w:rPr>
        <w:t>References</w:t>
      </w:r>
      <w:bookmarkEnd w:id="16"/>
    </w:p>
    <w:p w14:paraId="5929F9C8" w14:textId="77777777" w:rsidR="00ED1788" w:rsidRPr="00BE5DEA" w:rsidRDefault="00000000" w:rsidP="00BE5DEA">
      <w:pPr>
        <w:spacing w:after="120" w:line="360" w:lineRule="auto"/>
        <w:rPr>
          <w:rFonts w:cs="Arial"/>
        </w:rPr>
      </w:pPr>
      <w:r w:rsidRPr="00BE5DEA">
        <w:rPr>
          <w:rFonts w:cs="Arial"/>
        </w:rPr>
        <w:t>[1] V. Bercaru and N. Popescu, “A Systematic Review of Accessibility Techniques for Online Platforms: Current Trends and Challenges”, Applied Sciences, vol. 14, no. 22, p. 10337, 2024, doi: 10.3390/app142210337.</w:t>
      </w:r>
    </w:p>
    <w:p w14:paraId="3A604F4A" w14:textId="77777777" w:rsidR="00ED1788" w:rsidRPr="00BE5DEA" w:rsidRDefault="00000000" w:rsidP="00BE5DEA">
      <w:pPr>
        <w:spacing w:after="120" w:line="360" w:lineRule="auto"/>
        <w:rPr>
          <w:rFonts w:cs="Arial"/>
        </w:rPr>
      </w:pPr>
      <w:r w:rsidRPr="00BE5DEA">
        <w:rPr>
          <w:rFonts w:cs="Arial"/>
        </w:rPr>
        <w:lastRenderedPageBreak/>
        <w:t>[2] B. Vollenwyder, S. Petralito, G. H. Iten, F. Bruhlmann, K. Opwis and E. D. Mekler, “How compliance with web accessibility standards shapes the experiences of users with and without disabilities,” International Journal of Human-Computer Studies, vol. 170, p. 102956, 2023, doi: 10.1016/j.ijhcs.2022.102956.</w:t>
      </w:r>
    </w:p>
    <w:p w14:paraId="1BCE975C" w14:textId="77777777" w:rsidR="00ED1788" w:rsidRPr="00BE5DEA" w:rsidRDefault="00000000" w:rsidP="00BE5DEA">
      <w:pPr>
        <w:spacing w:after="120" w:line="360" w:lineRule="auto"/>
        <w:rPr>
          <w:rFonts w:cs="Arial"/>
        </w:rPr>
      </w:pPr>
      <w:r w:rsidRPr="00BE5DEA">
        <w:rPr>
          <w:rFonts w:cs="Arial"/>
        </w:rPr>
        <w:t>[3] N. Droutsas, F. Spyridonis, D. Daylamani-Zad and G. Ghinea, "Web accessibility barriers and their cross-disability impact in eSystems: A scoping review," Computer Standards &amp; Interfaces, vol. 92, p. 103923, 2025, doi: 10.1016/j.csi.2024.103923.</w:t>
      </w:r>
    </w:p>
    <w:p w14:paraId="5F917737" w14:textId="77777777" w:rsidR="00ED1788" w:rsidRPr="00BE5DEA" w:rsidRDefault="00000000" w:rsidP="00BE5DEA">
      <w:pPr>
        <w:spacing w:after="120" w:line="360" w:lineRule="auto"/>
        <w:rPr>
          <w:rFonts w:cs="Arial"/>
        </w:rPr>
      </w:pPr>
      <w:r w:rsidRPr="00BE5DEA">
        <w:rPr>
          <w:rFonts w:cs="Arial"/>
        </w:rPr>
        <w:t>[4] A. Erdmann, R. Arilla, and J. M. Ponzoa, "Search engine optimization: The long-term strategy of keyword choice," Journal of Business Research, vol. 144, pp. 650–662, 2022, doi: 10.1016/j.jbusres.2022.01.065.</w:t>
      </w:r>
    </w:p>
    <w:p w14:paraId="6A976E2B" w14:textId="77777777" w:rsidR="00ED1788" w:rsidRPr="00BE5DEA" w:rsidRDefault="00000000" w:rsidP="00BE5DEA">
      <w:pPr>
        <w:spacing w:after="120" w:line="360" w:lineRule="auto"/>
        <w:rPr>
          <w:rFonts w:cs="Arial"/>
        </w:rPr>
      </w:pPr>
      <w:r w:rsidRPr="00BE5DEA">
        <w:rPr>
          <w:rFonts w:cs="Arial"/>
        </w:rPr>
        <w:t>[5] S. Peker and G. G. M. Dalveren, "Usability assessment of scholarly publishers' online journal interfaces," Journal of Data, Information and Management, vol. 5, pp. 363-374, 2023, doi: 10.1007/s42488-023-00110-z.</w:t>
      </w:r>
    </w:p>
    <w:p w14:paraId="4E6A44C2" w14:textId="77777777" w:rsidR="00ED1788" w:rsidRPr="00BE5DEA" w:rsidRDefault="00000000" w:rsidP="00BE5DEA">
      <w:pPr>
        <w:spacing w:after="120" w:line="360" w:lineRule="auto"/>
        <w:rPr>
          <w:rFonts w:cs="Arial"/>
        </w:rPr>
      </w:pPr>
      <w:r w:rsidRPr="00BE5DEA">
        <w:rPr>
          <w:rFonts w:cs="Arial"/>
        </w:rPr>
        <w:t>[6] A. Parlakkilic, “Evaluating the effects of responsive design on the usability of academic websites in the pandemic", Education and Information Technologies, vol. 27, pp. 1307–1322, 2022; doi:10.1007/s10639-021-10650-9.</w:t>
      </w:r>
    </w:p>
    <w:p w14:paraId="5DDC97D9" w14:textId="77777777" w:rsidR="00ED1788" w:rsidRPr="00BE5DEA" w:rsidRDefault="00000000" w:rsidP="00BE5DEA">
      <w:pPr>
        <w:spacing w:after="120" w:line="360" w:lineRule="auto"/>
        <w:rPr>
          <w:rFonts w:cs="Arial"/>
        </w:rPr>
      </w:pPr>
      <w:r w:rsidRPr="00BE5DEA">
        <w:rPr>
          <w:rFonts w:cs="Arial"/>
        </w:rPr>
        <w:t>[7] A. K. M. N. Islam, M. R. Islam and M. N. Uddin, "Conceptualization and Survey Instrument Development for Website Usability," Informatics, vol. 10, no. 3, p. 75, 2023, doi: 10.3390/informatics10030075.</w:t>
      </w:r>
    </w:p>
    <w:p w14:paraId="72BA43B5" w14:textId="77777777" w:rsidR="00ED1788" w:rsidRPr="00BE5DEA" w:rsidRDefault="00000000" w:rsidP="00BE5DEA">
      <w:pPr>
        <w:spacing w:after="120" w:line="360" w:lineRule="auto"/>
        <w:rPr>
          <w:rFonts w:cs="Arial"/>
        </w:rPr>
      </w:pPr>
      <w:r w:rsidRPr="00BE5DEA">
        <w:rPr>
          <w:rFonts w:cs="Arial"/>
        </w:rPr>
        <w:t>[8] S. Horton and D. Sloan, What Every Engineer Should Know About Digital Accessibility. Boca Raton, FL, USA: CRC Press, 2024.</w:t>
      </w:r>
    </w:p>
    <w:p w14:paraId="6EC47BD3" w14:textId="77777777" w:rsidR="00ED1788" w:rsidRDefault="00000000" w:rsidP="00BE5DEA">
      <w:pPr>
        <w:spacing w:after="120" w:line="360" w:lineRule="auto"/>
        <w:rPr>
          <w:rFonts w:cs="Arial"/>
        </w:rPr>
      </w:pPr>
      <w:r w:rsidRPr="00BE5DEA">
        <w:rPr>
          <w:rFonts w:cs="Arial"/>
        </w:rPr>
        <w:t>[9] N. Palani, The Web Accessibility Project Development and Testing Best Practices. Boca Raton, FL, USA: Auerbach Publications, 2022.</w:t>
      </w:r>
    </w:p>
    <w:p w14:paraId="6C9910A2" w14:textId="77777777" w:rsidR="00BE5DEA" w:rsidRDefault="00BE5DEA" w:rsidP="00BE5DEA">
      <w:pPr>
        <w:spacing w:after="120" w:line="360" w:lineRule="auto"/>
        <w:rPr>
          <w:rFonts w:cs="Arial"/>
        </w:rPr>
      </w:pPr>
    </w:p>
    <w:p w14:paraId="32F95EAA" w14:textId="77777777" w:rsidR="00BE5DEA" w:rsidRDefault="00BE5DEA" w:rsidP="00BE5DEA">
      <w:pPr>
        <w:spacing w:after="120" w:line="360" w:lineRule="auto"/>
        <w:rPr>
          <w:rFonts w:cs="Arial"/>
        </w:rPr>
      </w:pPr>
    </w:p>
    <w:p w14:paraId="10177109" w14:textId="77777777" w:rsidR="00BE5DEA" w:rsidRDefault="00BE5DEA" w:rsidP="00BE5DEA">
      <w:pPr>
        <w:spacing w:after="120" w:line="360" w:lineRule="auto"/>
        <w:rPr>
          <w:rFonts w:cs="Arial"/>
        </w:rPr>
      </w:pPr>
    </w:p>
    <w:p w14:paraId="5A7D85CF" w14:textId="77777777" w:rsidR="00BE5DEA" w:rsidRDefault="00BE5DEA" w:rsidP="00BE5DEA">
      <w:pPr>
        <w:spacing w:after="120" w:line="360" w:lineRule="auto"/>
        <w:rPr>
          <w:rFonts w:cs="Arial"/>
        </w:rPr>
      </w:pPr>
    </w:p>
    <w:p w14:paraId="4F2A1341" w14:textId="77777777" w:rsidR="00BE5DEA" w:rsidRDefault="00BE5DEA" w:rsidP="00BE5DEA">
      <w:pPr>
        <w:spacing w:after="120" w:line="360" w:lineRule="auto"/>
        <w:rPr>
          <w:rFonts w:cs="Arial"/>
        </w:rPr>
      </w:pPr>
    </w:p>
    <w:p w14:paraId="0A8DA0EE" w14:textId="77777777" w:rsidR="00BE5DEA" w:rsidRPr="00BE5DEA" w:rsidRDefault="00BE5DEA" w:rsidP="00BE5DEA">
      <w:pPr>
        <w:spacing w:after="120" w:line="360" w:lineRule="auto"/>
        <w:rPr>
          <w:rFonts w:cs="Arial"/>
        </w:rPr>
      </w:pPr>
    </w:p>
    <w:p w14:paraId="02CF3E46" w14:textId="77777777" w:rsidR="00ED1788" w:rsidRPr="00BE5DEA" w:rsidRDefault="00000000" w:rsidP="00BE5DEA">
      <w:pPr>
        <w:pStyle w:val="Heading1"/>
        <w:rPr>
          <w:rFonts w:ascii="Arial" w:hAnsi="Arial" w:cs="Arial"/>
        </w:rPr>
      </w:pPr>
      <w:bookmarkStart w:id="17" w:name="_Toc226023207"/>
      <w:r w:rsidRPr="00BE5DEA">
        <w:rPr>
          <w:rFonts w:ascii="Arial" w:eastAsia="Arial" w:hAnsi="Arial" w:cs="Arial"/>
          <w:sz w:val="22"/>
        </w:rPr>
        <w:lastRenderedPageBreak/>
        <w:t>Appendix A. index.html</w:t>
      </w:r>
      <w:bookmarkEnd w:id="17"/>
    </w:p>
    <w:p w14:paraId="6394B734" w14:textId="77777777" w:rsidR="00ED1788" w:rsidRPr="00BE5DEA" w:rsidRDefault="00000000" w:rsidP="00BE5DEA">
      <w:pPr>
        <w:pStyle w:val="CodeBlock"/>
        <w:spacing w:line="360" w:lineRule="auto"/>
        <w:rPr>
          <w:rFonts w:cs="Arial"/>
        </w:rPr>
      </w:pPr>
      <w:r w:rsidRPr="00BE5DEA">
        <w:rPr>
          <w:rFonts w:cs="Arial"/>
          <w:sz w:val="17"/>
        </w:rPr>
        <w:t>&lt;!DOCTYPE html&gt;</w:t>
      </w:r>
    </w:p>
    <w:p w14:paraId="5B453370" w14:textId="77777777" w:rsidR="00ED1788" w:rsidRPr="00BE5DEA" w:rsidRDefault="00000000" w:rsidP="00BE5DEA">
      <w:pPr>
        <w:pStyle w:val="CodeBlock"/>
        <w:spacing w:line="360" w:lineRule="auto"/>
        <w:rPr>
          <w:rFonts w:cs="Arial"/>
        </w:rPr>
      </w:pPr>
      <w:r w:rsidRPr="00BE5DEA">
        <w:rPr>
          <w:rFonts w:cs="Arial"/>
          <w:sz w:val="17"/>
        </w:rPr>
        <w:t>&lt;html lang="en"&gt;</w:t>
      </w:r>
    </w:p>
    <w:p w14:paraId="08D32F99" w14:textId="77777777" w:rsidR="00ED1788" w:rsidRPr="00BE5DEA" w:rsidRDefault="00000000" w:rsidP="00BE5DEA">
      <w:pPr>
        <w:pStyle w:val="CodeBlock"/>
        <w:spacing w:line="360" w:lineRule="auto"/>
        <w:rPr>
          <w:rFonts w:cs="Arial"/>
        </w:rPr>
      </w:pPr>
      <w:r w:rsidRPr="00BE5DEA">
        <w:rPr>
          <w:rFonts w:cs="Arial"/>
          <w:sz w:val="17"/>
        </w:rPr>
        <w:t>&lt;head&gt;</w:t>
      </w:r>
    </w:p>
    <w:p w14:paraId="28D5C73E" w14:textId="77777777" w:rsidR="00ED1788" w:rsidRPr="00BE5DEA" w:rsidRDefault="00000000" w:rsidP="00BE5DEA">
      <w:pPr>
        <w:pStyle w:val="CodeBlock"/>
        <w:spacing w:line="360" w:lineRule="auto"/>
        <w:rPr>
          <w:rFonts w:cs="Arial"/>
        </w:rPr>
      </w:pPr>
      <w:r w:rsidRPr="00BE5DEA">
        <w:rPr>
          <w:rFonts w:cs="Arial"/>
          <w:sz w:val="17"/>
        </w:rPr>
        <w:t xml:space="preserve">  &lt;meta charset="UTF-8"&gt;</w:t>
      </w:r>
    </w:p>
    <w:p w14:paraId="2C495404" w14:textId="77777777" w:rsidR="00ED1788" w:rsidRPr="00BE5DEA" w:rsidRDefault="00000000" w:rsidP="00BE5DEA">
      <w:pPr>
        <w:pStyle w:val="CodeBlock"/>
        <w:spacing w:line="360" w:lineRule="auto"/>
        <w:rPr>
          <w:rFonts w:cs="Arial"/>
        </w:rPr>
      </w:pPr>
      <w:r w:rsidRPr="00BE5DEA">
        <w:rPr>
          <w:rFonts w:cs="Arial"/>
          <w:sz w:val="17"/>
        </w:rPr>
        <w:t xml:space="preserve">  &lt;meta name="viewport" content="width=device-width, initial-scale=1.0"&gt;</w:t>
      </w:r>
    </w:p>
    <w:p w14:paraId="1428E3AA" w14:textId="77777777" w:rsidR="00ED1788" w:rsidRPr="00BE5DEA" w:rsidRDefault="00000000" w:rsidP="00BE5DEA">
      <w:pPr>
        <w:pStyle w:val="CodeBlock"/>
        <w:spacing w:line="360" w:lineRule="auto"/>
        <w:rPr>
          <w:rFonts w:cs="Arial"/>
        </w:rPr>
      </w:pPr>
      <w:r w:rsidRPr="00BE5DEA">
        <w:rPr>
          <w:rFonts w:cs="Arial"/>
          <w:sz w:val="17"/>
        </w:rPr>
        <w:t xml:space="preserve">  &lt;title&gt;Ahmad Mecca Photography | Home&lt;/title&gt;</w:t>
      </w:r>
    </w:p>
    <w:p w14:paraId="7FB2ABCC" w14:textId="77777777" w:rsidR="00ED1788" w:rsidRPr="00BE5DEA" w:rsidRDefault="00000000" w:rsidP="00BE5DEA">
      <w:pPr>
        <w:pStyle w:val="CodeBlock"/>
        <w:spacing w:line="360" w:lineRule="auto"/>
        <w:rPr>
          <w:rFonts w:cs="Arial"/>
        </w:rPr>
      </w:pPr>
      <w:r w:rsidRPr="00BE5DEA">
        <w:rPr>
          <w:rFonts w:cs="Arial"/>
          <w:sz w:val="17"/>
        </w:rPr>
        <w:t xml:space="preserve">  &lt;meta name="description" content="A calm multi-page website focused on Mecca and Madina, pilgrimage atmosphere, architectural detail, and respectful visual storytelling."&gt;</w:t>
      </w:r>
    </w:p>
    <w:p w14:paraId="0475B669" w14:textId="77777777" w:rsidR="00ED1788" w:rsidRPr="00BE5DEA" w:rsidRDefault="00000000" w:rsidP="00BE5DEA">
      <w:pPr>
        <w:pStyle w:val="CodeBlock"/>
        <w:spacing w:line="360" w:lineRule="auto"/>
        <w:rPr>
          <w:rFonts w:cs="Arial"/>
        </w:rPr>
      </w:pPr>
      <w:r w:rsidRPr="00BE5DEA">
        <w:rPr>
          <w:rFonts w:cs="Arial"/>
          <w:sz w:val="17"/>
        </w:rPr>
        <w:t xml:space="preserve">  &lt;meta name="author" content="Ahmad Kassabi"&gt;</w:t>
      </w:r>
    </w:p>
    <w:p w14:paraId="32E39304" w14:textId="77777777" w:rsidR="00ED1788" w:rsidRPr="00BE5DEA" w:rsidRDefault="00000000" w:rsidP="00BE5DEA">
      <w:pPr>
        <w:pStyle w:val="CodeBlock"/>
        <w:spacing w:line="360" w:lineRule="auto"/>
        <w:rPr>
          <w:rFonts w:cs="Arial"/>
        </w:rPr>
      </w:pPr>
      <w:r w:rsidRPr="00BE5DEA">
        <w:rPr>
          <w:rFonts w:cs="Arial"/>
          <w:sz w:val="17"/>
        </w:rPr>
        <w:t xml:space="preserve">  &lt;link rel="stylesheet" href="style.css"&gt;</w:t>
      </w:r>
    </w:p>
    <w:p w14:paraId="5F8BD51F" w14:textId="77777777" w:rsidR="00ED1788" w:rsidRPr="00BE5DEA" w:rsidRDefault="00000000" w:rsidP="00BE5DEA">
      <w:pPr>
        <w:pStyle w:val="CodeBlock"/>
        <w:spacing w:line="360" w:lineRule="auto"/>
        <w:rPr>
          <w:rFonts w:cs="Arial"/>
        </w:rPr>
      </w:pPr>
      <w:r w:rsidRPr="00BE5DEA">
        <w:rPr>
          <w:rFonts w:cs="Arial"/>
          <w:sz w:val="17"/>
        </w:rPr>
        <w:t xml:space="preserve">  &lt;script defer src="https://commons.wikimedia.org/wiki/Special:FilePath/Kaaba_Mecca.jpg"&gt;&lt;/script&gt;</w:t>
      </w:r>
    </w:p>
    <w:p w14:paraId="127BE9D8" w14:textId="77777777" w:rsidR="00ED1788" w:rsidRPr="00BE5DEA" w:rsidRDefault="00000000" w:rsidP="00BE5DEA">
      <w:pPr>
        <w:pStyle w:val="CodeBlock"/>
        <w:spacing w:line="360" w:lineRule="auto"/>
        <w:rPr>
          <w:rFonts w:cs="Arial"/>
        </w:rPr>
      </w:pPr>
      <w:r w:rsidRPr="00BE5DEA">
        <w:rPr>
          <w:rFonts w:cs="Arial"/>
          <w:sz w:val="17"/>
        </w:rPr>
        <w:t xml:space="preserve">  &lt;style&gt;:root { --hero-image: url('https://commons.wikimedia.org/wiki/Special:FilePath/Kaaba_Masjid_Haraam_Makkah.jpg'); }&lt;/style&gt;</w:t>
      </w:r>
    </w:p>
    <w:p w14:paraId="36C6C64E" w14:textId="77777777" w:rsidR="00ED1788" w:rsidRPr="00BE5DEA" w:rsidRDefault="00000000" w:rsidP="00BE5DEA">
      <w:pPr>
        <w:pStyle w:val="CodeBlock"/>
        <w:spacing w:line="360" w:lineRule="auto"/>
        <w:rPr>
          <w:rFonts w:cs="Arial"/>
        </w:rPr>
      </w:pPr>
      <w:r w:rsidRPr="00BE5DEA">
        <w:rPr>
          <w:rFonts w:cs="Arial"/>
          <w:sz w:val="17"/>
        </w:rPr>
        <w:t>&lt;/head&gt;</w:t>
      </w:r>
    </w:p>
    <w:p w14:paraId="02B27914" w14:textId="77777777" w:rsidR="00ED1788" w:rsidRPr="00BE5DEA" w:rsidRDefault="00000000" w:rsidP="00BE5DEA">
      <w:pPr>
        <w:pStyle w:val="CodeBlock"/>
        <w:spacing w:line="360" w:lineRule="auto"/>
        <w:rPr>
          <w:rFonts w:cs="Arial"/>
        </w:rPr>
      </w:pPr>
      <w:r w:rsidRPr="00BE5DEA">
        <w:rPr>
          <w:rFonts w:cs="Arial"/>
          <w:sz w:val="17"/>
        </w:rPr>
        <w:t>&lt;body&gt;</w:t>
      </w:r>
    </w:p>
    <w:p w14:paraId="13DBA678" w14:textId="77777777" w:rsidR="00ED1788" w:rsidRPr="00BE5DEA" w:rsidRDefault="00000000" w:rsidP="00BE5DEA">
      <w:pPr>
        <w:pStyle w:val="CodeBlock"/>
        <w:spacing w:line="360" w:lineRule="auto"/>
        <w:rPr>
          <w:rFonts w:cs="Arial"/>
        </w:rPr>
      </w:pPr>
      <w:r w:rsidRPr="00BE5DEA">
        <w:rPr>
          <w:rFonts w:cs="Arial"/>
          <w:sz w:val="17"/>
        </w:rPr>
        <w:t xml:space="preserve">  &lt;a class="skip-link" href="#main-content"&gt;Skip to main content&lt;/a&gt;</w:t>
      </w:r>
    </w:p>
    <w:p w14:paraId="6C8E17E5" w14:textId="77777777" w:rsidR="00ED1788" w:rsidRPr="00BE5DEA" w:rsidRDefault="00000000" w:rsidP="00BE5DEA">
      <w:pPr>
        <w:pStyle w:val="CodeBlock"/>
        <w:spacing w:line="360" w:lineRule="auto"/>
        <w:rPr>
          <w:rFonts w:cs="Arial"/>
        </w:rPr>
      </w:pPr>
      <w:r w:rsidRPr="00BE5DEA">
        <w:rPr>
          <w:rFonts w:cs="Arial"/>
          <w:sz w:val="17"/>
        </w:rPr>
        <w:t xml:space="preserve">  &lt;header class="site-header"&gt;</w:t>
      </w:r>
    </w:p>
    <w:p w14:paraId="223795EB" w14:textId="77777777" w:rsidR="00ED1788" w:rsidRPr="00BE5DEA" w:rsidRDefault="00000000" w:rsidP="00BE5DEA">
      <w:pPr>
        <w:pStyle w:val="CodeBlock"/>
        <w:spacing w:line="360" w:lineRule="auto"/>
        <w:rPr>
          <w:rFonts w:cs="Arial"/>
        </w:rPr>
      </w:pPr>
      <w:r w:rsidRPr="00BE5DEA">
        <w:rPr>
          <w:rFonts w:cs="Arial"/>
          <w:sz w:val="17"/>
        </w:rPr>
        <w:t xml:space="preserve">    &lt;div class="container navbar"&gt;</w:t>
      </w:r>
    </w:p>
    <w:p w14:paraId="497F173C" w14:textId="77777777" w:rsidR="00ED1788" w:rsidRPr="00BE5DEA" w:rsidRDefault="00000000" w:rsidP="00BE5DEA">
      <w:pPr>
        <w:pStyle w:val="CodeBlock"/>
        <w:spacing w:line="360" w:lineRule="auto"/>
        <w:rPr>
          <w:rFonts w:cs="Arial"/>
        </w:rPr>
      </w:pPr>
      <w:r w:rsidRPr="00BE5DEA">
        <w:rPr>
          <w:rFonts w:cs="Arial"/>
          <w:sz w:val="17"/>
        </w:rPr>
        <w:t xml:space="preserve">      &lt;a class="brand" href="index.html"&gt;Ahmad Mecca Photography&lt;/a&gt;</w:t>
      </w:r>
    </w:p>
    <w:p w14:paraId="2BAB41D9" w14:textId="77777777" w:rsidR="00ED1788" w:rsidRPr="00BE5DEA" w:rsidRDefault="00000000" w:rsidP="00BE5DEA">
      <w:pPr>
        <w:pStyle w:val="CodeBlock"/>
        <w:spacing w:line="360" w:lineRule="auto"/>
        <w:rPr>
          <w:rFonts w:cs="Arial"/>
        </w:rPr>
      </w:pPr>
      <w:r w:rsidRPr="00BE5DEA">
        <w:rPr>
          <w:rFonts w:cs="Arial"/>
          <w:sz w:val="17"/>
        </w:rPr>
        <w:t xml:space="preserve">      &lt;button class="menu-toggle" type="button" aria-expanded="false" aria-controls="primary-nav"&gt;Menu&lt;/button&gt;</w:t>
      </w:r>
    </w:p>
    <w:p w14:paraId="6409EEA2" w14:textId="77777777" w:rsidR="00ED1788" w:rsidRPr="00BE5DEA" w:rsidRDefault="00000000" w:rsidP="00BE5DEA">
      <w:pPr>
        <w:pStyle w:val="CodeBlock"/>
        <w:spacing w:line="360" w:lineRule="auto"/>
        <w:rPr>
          <w:rFonts w:cs="Arial"/>
        </w:rPr>
      </w:pPr>
      <w:r w:rsidRPr="00BE5DEA">
        <w:rPr>
          <w:rFonts w:cs="Arial"/>
          <w:sz w:val="17"/>
        </w:rPr>
        <w:t xml:space="preserve">      &lt;ul class="nav-links" id="primary-nav"&gt;</w:t>
      </w:r>
    </w:p>
    <w:p w14:paraId="6C149DA8" w14:textId="77777777" w:rsidR="00ED1788" w:rsidRPr="00BE5DEA" w:rsidRDefault="00000000" w:rsidP="00BE5DEA">
      <w:pPr>
        <w:pStyle w:val="CodeBlock"/>
        <w:spacing w:line="360" w:lineRule="auto"/>
        <w:rPr>
          <w:rFonts w:cs="Arial"/>
        </w:rPr>
      </w:pPr>
      <w:r w:rsidRPr="00BE5DEA">
        <w:rPr>
          <w:rFonts w:cs="Arial"/>
          <w:sz w:val="17"/>
        </w:rPr>
        <w:t xml:space="preserve">        &lt;li&gt;&lt;a class="active" href="index.html"&gt;Home&lt;/a&gt;&lt;/li&gt;</w:t>
      </w:r>
    </w:p>
    <w:p w14:paraId="6DF129F1" w14:textId="77777777" w:rsidR="00ED1788" w:rsidRPr="00BE5DEA" w:rsidRDefault="00000000" w:rsidP="00BE5DEA">
      <w:pPr>
        <w:pStyle w:val="CodeBlock"/>
        <w:spacing w:line="360" w:lineRule="auto"/>
        <w:rPr>
          <w:rFonts w:cs="Arial"/>
        </w:rPr>
      </w:pPr>
      <w:r w:rsidRPr="00BE5DEA">
        <w:rPr>
          <w:rFonts w:cs="Arial"/>
          <w:sz w:val="17"/>
        </w:rPr>
        <w:t xml:space="preserve">        &lt;li&gt;&lt;a href="about.html"&gt;About&lt;/a&gt;&lt;/li&gt;</w:t>
      </w:r>
    </w:p>
    <w:p w14:paraId="57E302C1" w14:textId="77777777" w:rsidR="00ED1788" w:rsidRPr="00BE5DEA" w:rsidRDefault="00000000" w:rsidP="00BE5DEA">
      <w:pPr>
        <w:pStyle w:val="CodeBlock"/>
        <w:spacing w:line="360" w:lineRule="auto"/>
        <w:rPr>
          <w:rFonts w:cs="Arial"/>
        </w:rPr>
      </w:pPr>
      <w:r w:rsidRPr="00BE5DEA">
        <w:rPr>
          <w:rFonts w:cs="Arial"/>
          <w:sz w:val="17"/>
        </w:rPr>
        <w:t xml:space="preserve">        &lt;li&gt;&lt;a href="gallery.html"&gt;Gallery&lt;/a&gt;&lt;/li&gt;</w:t>
      </w:r>
    </w:p>
    <w:p w14:paraId="3AED77DC" w14:textId="77777777" w:rsidR="00ED1788" w:rsidRPr="00BE5DEA" w:rsidRDefault="00000000" w:rsidP="00BE5DEA">
      <w:pPr>
        <w:pStyle w:val="CodeBlock"/>
        <w:spacing w:line="360" w:lineRule="auto"/>
        <w:rPr>
          <w:rFonts w:cs="Arial"/>
        </w:rPr>
      </w:pPr>
      <w:r w:rsidRPr="00BE5DEA">
        <w:rPr>
          <w:rFonts w:cs="Arial"/>
          <w:sz w:val="17"/>
        </w:rPr>
        <w:t xml:space="preserve">        &lt;li&gt;&lt;a href="contact.html"&gt;Contact&lt;/a&gt;&lt;/li&gt;</w:t>
      </w:r>
    </w:p>
    <w:p w14:paraId="431C1348" w14:textId="77777777" w:rsidR="00ED1788" w:rsidRPr="00BE5DEA" w:rsidRDefault="00000000" w:rsidP="00BE5DEA">
      <w:pPr>
        <w:pStyle w:val="CodeBlock"/>
        <w:spacing w:line="360" w:lineRule="auto"/>
        <w:rPr>
          <w:rFonts w:cs="Arial"/>
        </w:rPr>
      </w:pPr>
      <w:r w:rsidRPr="00BE5DEA">
        <w:rPr>
          <w:rFonts w:cs="Arial"/>
          <w:sz w:val="17"/>
        </w:rPr>
        <w:t xml:space="preserve">      &lt;/ul&gt;</w:t>
      </w:r>
    </w:p>
    <w:p w14:paraId="271C7B43"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0AB18578" w14:textId="77777777" w:rsidR="00ED1788" w:rsidRPr="00BE5DEA" w:rsidRDefault="00000000" w:rsidP="00BE5DEA">
      <w:pPr>
        <w:pStyle w:val="CodeBlock"/>
        <w:spacing w:line="360" w:lineRule="auto"/>
        <w:rPr>
          <w:rFonts w:cs="Arial"/>
        </w:rPr>
      </w:pPr>
      <w:r w:rsidRPr="00BE5DEA">
        <w:rPr>
          <w:rFonts w:cs="Arial"/>
          <w:sz w:val="17"/>
        </w:rPr>
        <w:t xml:space="preserve">  &lt;/header&gt;</w:t>
      </w:r>
    </w:p>
    <w:p w14:paraId="575A150C" w14:textId="77777777" w:rsidR="00ED1788" w:rsidRPr="00BE5DEA" w:rsidRDefault="00000000" w:rsidP="00BE5DEA">
      <w:pPr>
        <w:pStyle w:val="CodeBlock"/>
        <w:spacing w:line="360" w:lineRule="auto"/>
        <w:rPr>
          <w:rFonts w:cs="Arial"/>
        </w:rPr>
      </w:pPr>
      <w:r w:rsidRPr="00BE5DEA">
        <w:rPr>
          <w:rFonts w:cs="Arial"/>
          <w:sz w:val="17"/>
        </w:rPr>
        <w:t xml:space="preserve">  &lt;main id="main-content"&gt;</w:t>
      </w:r>
    </w:p>
    <w:p w14:paraId="35E66000" w14:textId="77777777" w:rsidR="00ED1788" w:rsidRPr="00BE5DEA" w:rsidRDefault="00000000" w:rsidP="00BE5DEA">
      <w:pPr>
        <w:pStyle w:val="CodeBlock"/>
        <w:spacing w:line="360" w:lineRule="auto"/>
        <w:rPr>
          <w:rFonts w:cs="Arial"/>
        </w:rPr>
      </w:pPr>
      <w:r w:rsidRPr="00BE5DEA">
        <w:rPr>
          <w:rFonts w:cs="Arial"/>
          <w:sz w:val="17"/>
        </w:rPr>
        <w:t xml:space="preserve">    &lt;section class="hero" aria-label="Page introduction"&gt;</w:t>
      </w:r>
    </w:p>
    <w:p w14:paraId="61FDB664" w14:textId="77777777" w:rsidR="00ED1788" w:rsidRPr="00BE5DEA" w:rsidRDefault="00000000" w:rsidP="00BE5DEA">
      <w:pPr>
        <w:pStyle w:val="CodeBlock"/>
        <w:spacing w:line="360" w:lineRule="auto"/>
        <w:rPr>
          <w:rFonts w:cs="Arial"/>
        </w:rPr>
      </w:pPr>
      <w:r w:rsidRPr="00BE5DEA">
        <w:rPr>
          <w:rFonts w:cs="Arial"/>
          <w:sz w:val="17"/>
        </w:rPr>
        <w:t xml:space="preserve">      &lt;div class="container hero-content"&gt;</w:t>
      </w:r>
    </w:p>
    <w:p w14:paraId="5D4B04BA" w14:textId="77777777" w:rsidR="00ED1788" w:rsidRPr="00BE5DEA" w:rsidRDefault="00000000" w:rsidP="00BE5DEA">
      <w:pPr>
        <w:pStyle w:val="CodeBlock"/>
        <w:spacing w:line="360" w:lineRule="auto"/>
        <w:rPr>
          <w:rFonts w:cs="Arial"/>
        </w:rPr>
      </w:pPr>
      <w:r w:rsidRPr="00BE5DEA">
        <w:rPr>
          <w:rFonts w:cs="Arial"/>
          <w:sz w:val="17"/>
        </w:rPr>
        <w:t xml:space="preserve">        &lt;h1&gt;A photography portfolio inspired by Mecca, Madina, sacred journeys, and timeless architecture&lt;/h1&gt;</w:t>
      </w:r>
    </w:p>
    <w:p w14:paraId="22012AB7" w14:textId="77777777" w:rsidR="00ED1788" w:rsidRPr="00BE5DEA" w:rsidRDefault="00000000" w:rsidP="00BE5DEA">
      <w:pPr>
        <w:pStyle w:val="CodeBlock"/>
        <w:spacing w:line="360" w:lineRule="auto"/>
        <w:rPr>
          <w:rFonts w:cs="Arial"/>
        </w:rPr>
      </w:pPr>
      <w:r w:rsidRPr="00BE5DEA">
        <w:rPr>
          <w:rFonts w:cs="Arial"/>
          <w:sz w:val="17"/>
        </w:rPr>
        <w:t xml:space="preserve">        &lt;p&gt;A calm multi-page website focused on Mecca and Madina, pilgrimage atmosphere, architectural detail, and respectful visual storytelling.&lt;/p&gt;</w:t>
      </w:r>
    </w:p>
    <w:p w14:paraId="21D06B79" w14:textId="77777777" w:rsidR="00ED1788" w:rsidRPr="00BE5DEA" w:rsidRDefault="00000000" w:rsidP="00BE5DEA">
      <w:pPr>
        <w:pStyle w:val="CodeBlock"/>
        <w:spacing w:line="360" w:lineRule="auto"/>
        <w:rPr>
          <w:rFonts w:cs="Arial"/>
        </w:rPr>
      </w:pPr>
      <w:r w:rsidRPr="00BE5DEA">
        <w:rPr>
          <w:rFonts w:cs="Arial"/>
          <w:sz w:val="17"/>
        </w:rPr>
        <w:t xml:space="preserve">        &lt;div class="button-row"&gt;&lt;a class="btn btn-secondary" href="about.html"&gt;About the Brand&lt;/a&gt;&lt;a class="btn btn-primary" href="gallery.html"&gt;View Gallery&lt;/a&gt;&lt;/div&gt;</w:t>
      </w:r>
    </w:p>
    <w:p w14:paraId="53B7D540"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4E7CDF5A" w14:textId="77777777" w:rsidR="00ED1788" w:rsidRPr="00BE5DEA" w:rsidRDefault="00000000" w:rsidP="00BE5DEA">
      <w:pPr>
        <w:pStyle w:val="CodeBlock"/>
        <w:spacing w:line="360" w:lineRule="auto"/>
        <w:rPr>
          <w:rFonts w:cs="Arial"/>
        </w:rPr>
      </w:pPr>
      <w:r w:rsidRPr="00BE5DEA">
        <w:rPr>
          <w:rFonts w:cs="Arial"/>
          <w:sz w:val="17"/>
        </w:rPr>
        <w:t xml:space="preserve">    &lt;/section&gt;</w:t>
      </w:r>
    </w:p>
    <w:p w14:paraId="27915723" w14:textId="77777777" w:rsidR="00ED1788" w:rsidRPr="00BE5DEA" w:rsidRDefault="00000000" w:rsidP="00BE5DEA">
      <w:pPr>
        <w:pStyle w:val="CodeBlock"/>
        <w:spacing w:line="360" w:lineRule="auto"/>
        <w:rPr>
          <w:rFonts w:cs="Arial"/>
        </w:rPr>
      </w:pPr>
      <w:r w:rsidRPr="00BE5DEA">
        <w:rPr>
          <w:rFonts w:cs="Arial"/>
          <w:sz w:val="17"/>
        </w:rPr>
        <w:t xml:space="preserve">    &lt;section class="section section-alt"&gt;</w:t>
      </w:r>
    </w:p>
    <w:p w14:paraId="0DC8B295" w14:textId="77777777" w:rsidR="00ED1788" w:rsidRPr="00BE5DEA" w:rsidRDefault="00000000" w:rsidP="00BE5DEA">
      <w:pPr>
        <w:pStyle w:val="CodeBlock"/>
        <w:spacing w:line="360" w:lineRule="auto"/>
        <w:rPr>
          <w:rFonts w:cs="Arial"/>
        </w:rPr>
      </w:pPr>
      <w:r w:rsidRPr="00BE5DEA">
        <w:rPr>
          <w:rFonts w:cs="Arial"/>
          <w:sz w:val="17"/>
        </w:rPr>
        <w:t xml:space="preserve">      &lt;div class="container grid-2"&gt;</w:t>
      </w:r>
    </w:p>
    <w:p w14:paraId="6777C1F0"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7857FCC9" w14:textId="77777777" w:rsidR="00ED1788" w:rsidRPr="00BE5DEA" w:rsidRDefault="00000000" w:rsidP="00BE5DEA">
      <w:pPr>
        <w:pStyle w:val="CodeBlock"/>
        <w:spacing w:line="360" w:lineRule="auto"/>
        <w:rPr>
          <w:rFonts w:cs="Arial"/>
        </w:rPr>
      </w:pPr>
      <w:r w:rsidRPr="00BE5DEA">
        <w:rPr>
          <w:rFonts w:cs="Arial"/>
          <w:sz w:val="17"/>
        </w:rPr>
        <w:t xml:space="preserve">          &lt;h2&gt;Welcome&lt;/h2&gt;</w:t>
      </w:r>
    </w:p>
    <w:p w14:paraId="62899ABC"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&lt;p class="lead"&gt;This website presents photography connected to Mecca through images of the Kaaba, Masjid al-Haram, and the Makkah Clock Tower. The subject is approached in a calm and respectful way, with the pages focused on atmosphere, scale, light, and architectural presence.&lt;/p&gt;</w:t>
      </w:r>
    </w:p>
    <w:p w14:paraId="540217E8" w14:textId="77777777" w:rsidR="00ED1788" w:rsidRPr="00BE5DEA" w:rsidRDefault="00000000" w:rsidP="00BE5DEA">
      <w:pPr>
        <w:pStyle w:val="CodeBlock"/>
        <w:spacing w:line="360" w:lineRule="auto"/>
        <w:rPr>
          <w:rFonts w:cs="Arial"/>
        </w:rPr>
      </w:pPr>
      <w:r w:rsidRPr="00BE5DEA">
        <w:rPr>
          <w:rFonts w:cs="Arial"/>
          <w:sz w:val="17"/>
        </w:rPr>
        <w:t xml:space="preserve">          &lt;ul class="feature-list"&gt;</w:t>
      </w:r>
    </w:p>
    <w:p w14:paraId="6F5BF18D" w14:textId="77777777" w:rsidR="00ED1788" w:rsidRPr="00BE5DEA" w:rsidRDefault="00000000" w:rsidP="00BE5DEA">
      <w:pPr>
        <w:pStyle w:val="CodeBlock"/>
        <w:spacing w:line="360" w:lineRule="auto"/>
        <w:rPr>
          <w:rFonts w:cs="Arial"/>
        </w:rPr>
      </w:pPr>
      <w:r w:rsidRPr="00BE5DEA">
        <w:rPr>
          <w:rFonts w:cs="Arial"/>
          <w:sz w:val="17"/>
        </w:rPr>
        <w:t xml:space="preserve">            &lt;li&gt;Home, About, Gallery, and Contact pages&lt;/li&gt;</w:t>
      </w:r>
    </w:p>
    <w:p w14:paraId="354E98FF" w14:textId="77777777" w:rsidR="00ED1788" w:rsidRPr="00BE5DEA" w:rsidRDefault="00000000" w:rsidP="00BE5DEA">
      <w:pPr>
        <w:pStyle w:val="CodeBlock"/>
        <w:spacing w:line="360" w:lineRule="auto"/>
        <w:rPr>
          <w:rFonts w:cs="Arial"/>
        </w:rPr>
      </w:pPr>
      <w:r w:rsidRPr="00BE5DEA">
        <w:rPr>
          <w:rFonts w:cs="Arial"/>
          <w:sz w:val="17"/>
        </w:rPr>
        <w:t xml:space="preserve">            &lt;li&gt;Responsive layout for desktop, tablet, and mobile&lt;/li&gt;</w:t>
      </w:r>
    </w:p>
    <w:p w14:paraId="23504255" w14:textId="77777777" w:rsidR="00ED1788" w:rsidRPr="00BE5DEA" w:rsidRDefault="00000000" w:rsidP="00BE5DEA">
      <w:pPr>
        <w:pStyle w:val="CodeBlock"/>
        <w:spacing w:line="360" w:lineRule="auto"/>
        <w:rPr>
          <w:rFonts w:cs="Arial"/>
        </w:rPr>
      </w:pPr>
      <w:r w:rsidRPr="00BE5DEA">
        <w:rPr>
          <w:rFonts w:cs="Arial"/>
          <w:sz w:val="17"/>
        </w:rPr>
        <w:t xml:space="preserve">            &lt;li&gt;Clear structure with readable sections and headings&lt;/li&gt;</w:t>
      </w:r>
    </w:p>
    <w:p w14:paraId="590D8C98" w14:textId="77777777" w:rsidR="00ED1788" w:rsidRPr="00BE5DEA" w:rsidRDefault="00000000" w:rsidP="00BE5DEA">
      <w:pPr>
        <w:pStyle w:val="CodeBlock"/>
        <w:spacing w:line="360" w:lineRule="auto"/>
        <w:rPr>
          <w:rFonts w:cs="Arial"/>
        </w:rPr>
      </w:pPr>
      <w:r w:rsidRPr="00BE5DEA">
        <w:rPr>
          <w:rFonts w:cs="Arial"/>
          <w:sz w:val="17"/>
        </w:rPr>
        <w:t xml:space="preserve">            &lt;li&gt;The main image on the site shows the Kaaba and the central sacred space of Masjid al-Haram.&lt;/li&gt;</w:t>
      </w:r>
    </w:p>
    <w:p w14:paraId="77D79BA0" w14:textId="77777777" w:rsidR="00ED1788" w:rsidRPr="00BE5DEA" w:rsidRDefault="00000000" w:rsidP="00BE5DEA">
      <w:pPr>
        <w:pStyle w:val="CodeBlock"/>
        <w:spacing w:line="360" w:lineRule="auto"/>
        <w:rPr>
          <w:rFonts w:cs="Arial"/>
        </w:rPr>
      </w:pPr>
      <w:r w:rsidRPr="00BE5DEA">
        <w:rPr>
          <w:rFonts w:cs="Arial"/>
          <w:sz w:val="17"/>
        </w:rPr>
        <w:t xml:space="preserve">          &lt;/ul&gt;</w:t>
      </w:r>
    </w:p>
    <w:p w14:paraId="257A455C"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5EC39431" w14:textId="77777777" w:rsidR="00ED1788" w:rsidRPr="00BE5DEA" w:rsidRDefault="00000000" w:rsidP="00BE5DEA">
      <w:pPr>
        <w:pStyle w:val="CodeBlock"/>
        <w:spacing w:line="360" w:lineRule="auto"/>
        <w:rPr>
          <w:rFonts w:cs="Arial"/>
        </w:rPr>
      </w:pPr>
      <w:r w:rsidRPr="00BE5DEA">
        <w:rPr>
          <w:rFonts w:cs="Arial"/>
          <w:sz w:val="17"/>
        </w:rPr>
        <w:t xml:space="preserve">        &lt;div class="card"&gt;</w:t>
      </w:r>
    </w:p>
    <w:p w14:paraId="1018F75E" w14:textId="77777777" w:rsidR="00ED1788" w:rsidRPr="00BE5DEA" w:rsidRDefault="00000000" w:rsidP="00BE5DEA">
      <w:pPr>
        <w:pStyle w:val="CodeBlock"/>
        <w:spacing w:line="360" w:lineRule="auto"/>
        <w:rPr>
          <w:rFonts w:cs="Arial"/>
        </w:rPr>
      </w:pPr>
      <w:r w:rsidRPr="00BE5DEA">
        <w:rPr>
          <w:rFonts w:cs="Arial"/>
          <w:sz w:val="17"/>
        </w:rPr>
        <w:t xml:space="preserve">          &lt;img src="https://upload.wikimedia.org/wikipedia/commons/thumb/b/bd/Kaaba%2C_Makkah5.jpg/960px-Kaaba%2C_Makkah5.jpg?_=20160906170930" alt="Ahmad Mecca Photography featured image"&gt;</w:t>
      </w:r>
    </w:p>
    <w:p w14:paraId="28D68347" w14:textId="77777777" w:rsidR="00ED1788" w:rsidRPr="00BE5DEA" w:rsidRDefault="00000000" w:rsidP="00BE5DEA">
      <w:pPr>
        <w:pStyle w:val="CodeBlock"/>
        <w:spacing w:line="360" w:lineRule="auto"/>
        <w:rPr>
          <w:rFonts w:cs="Arial"/>
        </w:rPr>
      </w:pPr>
      <w:r w:rsidRPr="00BE5DEA">
        <w:rPr>
          <w:rFonts w:cs="Arial"/>
          <w:sz w:val="17"/>
        </w:rPr>
        <w:t xml:space="preserve">          &lt;div class="card-body"&gt;</w:t>
      </w:r>
    </w:p>
    <w:p w14:paraId="48770220" w14:textId="77777777" w:rsidR="00ED1788" w:rsidRPr="00BE5DEA" w:rsidRDefault="00000000" w:rsidP="00BE5DEA">
      <w:pPr>
        <w:pStyle w:val="CodeBlock"/>
        <w:spacing w:line="360" w:lineRule="auto"/>
        <w:rPr>
          <w:rFonts w:cs="Arial"/>
        </w:rPr>
      </w:pPr>
      <w:r w:rsidRPr="00BE5DEA">
        <w:rPr>
          <w:rFonts w:cs="Arial"/>
          <w:sz w:val="17"/>
        </w:rPr>
        <w:t xml:space="preserve">            &lt;h3&gt;Sacred setting&lt;/h3&gt;</w:t>
      </w:r>
    </w:p>
    <w:p w14:paraId="18995C78" w14:textId="77777777" w:rsidR="00ED1788" w:rsidRPr="00BE5DEA" w:rsidRDefault="00000000" w:rsidP="00BE5DEA">
      <w:pPr>
        <w:pStyle w:val="CodeBlock"/>
        <w:spacing w:line="360" w:lineRule="auto"/>
        <w:rPr>
          <w:rFonts w:cs="Arial"/>
        </w:rPr>
      </w:pPr>
      <w:r w:rsidRPr="00BE5DEA">
        <w:rPr>
          <w:rFonts w:cs="Arial"/>
          <w:sz w:val="17"/>
        </w:rPr>
        <w:t xml:space="preserve">            &lt;p&gt;Other images include the Makkah Clock Tower, Masjid al-Haram, and Al-Masjid an-Nabawi in Madina.&lt;/p&gt;</w:t>
      </w:r>
    </w:p>
    <w:p w14:paraId="4E7D2F13"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3383D0AF"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62E988D0"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34327917" w14:textId="77777777" w:rsidR="00ED1788" w:rsidRPr="00BE5DEA" w:rsidRDefault="00000000" w:rsidP="00BE5DEA">
      <w:pPr>
        <w:pStyle w:val="CodeBlock"/>
        <w:spacing w:line="360" w:lineRule="auto"/>
        <w:rPr>
          <w:rFonts w:cs="Arial"/>
        </w:rPr>
      </w:pPr>
      <w:r w:rsidRPr="00BE5DEA">
        <w:rPr>
          <w:rFonts w:cs="Arial"/>
          <w:sz w:val="17"/>
        </w:rPr>
        <w:t xml:space="preserve">    &lt;/section&gt;</w:t>
      </w:r>
    </w:p>
    <w:p w14:paraId="0F5C45EB" w14:textId="77777777" w:rsidR="00ED1788" w:rsidRPr="00BE5DEA" w:rsidRDefault="00000000" w:rsidP="00BE5DEA">
      <w:pPr>
        <w:pStyle w:val="CodeBlock"/>
        <w:spacing w:line="360" w:lineRule="auto"/>
        <w:rPr>
          <w:rFonts w:cs="Arial"/>
        </w:rPr>
      </w:pPr>
      <w:r w:rsidRPr="00BE5DEA">
        <w:rPr>
          <w:rFonts w:cs="Arial"/>
          <w:sz w:val="17"/>
        </w:rPr>
        <w:t xml:space="preserve">    &lt;section class="section"&gt;</w:t>
      </w:r>
    </w:p>
    <w:p w14:paraId="61F304B0" w14:textId="77777777" w:rsidR="00ED1788" w:rsidRPr="00BE5DEA" w:rsidRDefault="00000000" w:rsidP="00BE5DEA">
      <w:pPr>
        <w:pStyle w:val="CodeBlock"/>
        <w:spacing w:line="360" w:lineRule="auto"/>
        <w:rPr>
          <w:rFonts w:cs="Arial"/>
        </w:rPr>
      </w:pPr>
      <w:r w:rsidRPr="00BE5DEA">
        <w:rPr>
          <w:rFonts w:cs="Arial"/>
          <w:sz w:val="17"/>
        </w:rPr>
        <w:t xml:space="preserve">      &lt;div class="container"&gt;</w:t>
      </w:r>
    </w:p>
    <w:p w14:paraId="4307B63E" w14:textId="77777777" w:rsidR="00ED1788" w:rsidRPr="00BE5DEA" w:rsidRDefault="00000000" w:rsidP="00BE5DEA">
      <w:pPr>
        <w:pStyle w:val="CodeBlock"/>
        <w:spacing w:line="360" w:lineRule="auto"/>
        <w:rPr>
          <w:rFonts w:cs="Arial"/>
        </w:rPr>
      </w:pPr>
      <w:r w:rsidRPr="00BE5DEA">
        <w:rPr>
          <w:rFonts w:cs="Arial"/>
          <w:sz w:val="17"/>
        </w:rPr>
        <w:t xml:space="preserve">        &lt;h2&gt;Highlights&lt;/h2&gt;</w:t>
      </w:r>
    </w:p>
    <w:p w14:paraId="19E74E5B" w14:textId="77777777" w:rsidR="00ED1788" w:rsidRPr="00BE5DEA" w:rsidRDefault="00000000" w:rsidP="00BE5DEA">
      <w:pPr>
        <w:pStyle w:val="CodeBlock"/>
        <w:spacing w:line="360" w:lineRule="auto"/>
        <w:rPr>
          <w:rFonts w:cs="Arial"/>
        </w:rPr>
      </w:pPr>
      <w:r w:rsidRPr="00BE5DEA">
        <w:rPr>
          <w:rFonts w:cs="Arial"/>
          <w:sz w:val="17"/>
        </w:rPr>
        <w:t xml:space="preserve">        &lt;div class="cards"&gt;</w:t>
      </w:r>
    </w:p>
    <w:p w14:paraId="59B5A6C3" w14:textId="77777777" w:rsidR="00ED1788" w:rsidRPr="00BE5DEA" w:rsidRDefault="00000000" w:rsidP="00BE5DEA">
      <w:pPr>
        <w:pStyle w:val="CodeBlock"/>
        <w:spacing w:line="360" w:lineRule="auto"/>
        <w:rPr>
          <w:rFonts w:cs="Arial"/>
        </w:rPr>
      </w:pPr>
      <w:r w:rsidRPr="00BE5DEA">
        <w:rPr>
          <w:rFonts w:cs="Arial"/>
          <w:sz w:val="17"/>
        </w:rPr>
        <w:t xml:space="preserve">          &lt;article class="card"&gt;</w:t>
      </w:r>
    </w:p>
    <w:p w14:paraId="28CB7F67" w14:textId="77777777" w:rsidR="00ED1788" w:rsidRPr="00BE5DEA" w:rsidRDefault="00000000" w:rsidP="00BE5DEA">
      <w:pPr>
        <w:pStyle w:val="CodeBlock"/>
        <w:spacing w:line="360" w:lineRule="auto"/>
        <w:rPr>
          <w:rFonts w:cs="Arial"/>
        </w:rPr>
      </w:pPr>
      <w:r w:rsidRPr="00BE5DEA">
        <w:rPr>
          <w:rFonts w:cs="Arial"/>
          <w:sz w:val="17"/>
        </w:rPr>
        <w:t xml:space="preserve">            &lt;img src="https://commons.wikimedia.org/wiki/Special:FilePath/Masjid_al-Haram_2025.jpg" alt="Highlight image one"&gt;</w:t>
      </w:r>
    </w:p>
    <w:p w14:paraId="21E34FDD" w14:textId="77777777" w:rsidR="00ED1788" w:rsidRPr="00BE5DEA" w:rsidRDefault="00000000" w:rsidP="00BE5DEA">
      <w:pPr>
        <w:pStyle w:val="CodeBlock"/>
        <w:spacing w:line="360" w:lineRule="auto"/>
        <w:rPr>
          <w:rFonts w:cs="Arial"/>
        </w:rPr>
      </w:pPr>
      <w:r w:rsidRPr="00BE5DEA">
        <w:rPr>
          <w:rFonts w:cs="Arial"/>
          <w:sz w:val="17"/>
        </w:rPr>
        <w:t xml:space="preserve">            &lt;div class="card-body"&gt;</w:t>
      </w:r>
    </w:p>
    <w:p w14:paraId="287B82AA" w14:textId="77777777" w:rsidR="00ED1788" w:rsidRPr="00BE5DEA" w:rsidRDefault="00000000" w:rsidP="00BE5DEA">
      <w:pPr>
        <w:pStyle w:val="CodeBlock"/>
        <w:spacing w:line="360" w:lineRule="auto"/>
        <w:rPr>
          <w:rFonts w:cs="Arial"/>
        </w:rPr>
      </w:pPr>
      <w:r w:rsidRPr="00BE5DEA">
        <w:rPr>
          <w:rFonts w:cs="Arial"/>
          <w:sz w:val="17"/>
        </w:rPr>
        <w:t xml:space="preserve">              &lt;h3&gt;Kaaba and mosque views&lt;/h3&gt;</w:t>
      </w:r>
    </w:p>
    <w:p w14:paraId="25508222" w14:textId="77777777" w:rsidR="00ED1788" w:rsidRPr="00BE5DEA" w:rsidRDefault="00000000" w:rsidP="00BE5DEA">
      <w:pPr>
        <w:pStyle w:val="CodeBlock"/>
        <w:spacing w:line="360" w:lineRule="auto"/>
        <w:rPr>
          <w:rFonts w:cs="Arial"/>
        </w:rPr>
      </w:pPr>
      <w:r w:rsidRPr="00BE5DEA">
        <w:rPr>
          <w:rFonts w:cs="Arial"/>
          <w:sz w:val="17"/>
        </w:rPr>
        <w:t xml:space="preserve">              &lt;p&gt;The gallery page combines sacred-site views from Mecca with an additional view of Al-Masjid an-Nabawi in Madina.&lt;/p&gt;</w:t>
      </w:r>
    </w:p>
    <w:p w14:paraId="1C9D2C0B"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54AF65BB" w14:textId="77777777" w:rsidR="00ED1788" w:rsidRPr="00BE5DEA" w:rsidRDefault="00000000" w:rsidP="00BE5DEA">
      <w:pPr>
        <w:pStyle w:val="CodeBlock"/>
        <w:spacing w:line="360" w:lineRule="auto"/>
        <w:rPr>
          <w:rFonts w:cs="Arial"/>
        </w:rPr>
      </w:pPr>
      <w:r w:rsidRPr="00BE5DEA">
        <w:rPr>
          <w:rFonts w:cs="Arial"/>
          <w:sz w:val="17"/>
        </w:rPr>
        <w:t xml:space="preserve">          &lt;/article&gt;</w:t>
      </w:r>
    </w:p>
    <w:p w14:paraId="67DE9890" w14:textId="77777777" w:rsidR="00ED1788" w:rsidRPr="00BE5DEA" w:rsidRDefault="00000000" w:rsidP="00BE5DEA">
      <w:pPr>
        <w:pStyle w:val="CodeBlock"/>
        <w:spacing w:line="360" w:lineRule="auto"/>
        <w:rPr>
          <w:rFonts w:cs="Arial"/>
        </w:rPr>
      </w:pPr>
      <w:r w:rsidRPr="00BE5DEA">
        <w:rPr>
          <w:rFonts w:cs="Arial"/>
          <w:sz w:val="17"/>
        </w:rPr>
        <w:t xml:space="preserve">          &lt;article class="card"&gt;</w:t>
      </w:r>
    </w:p>
    <w:p w14:paraId="618FC026" w14:textId="77777777" w:rsidR="00ED1788" w:rsidRPr="00BE5DEA" w:rsidRDefault="00000000" w:rsidP="00BE5DEA">
      <w:pPr>
        <w:pStyle w:val="CodeBlock"/>
        <w:spacing w:line="360" w:lineRule="auto"/>
        <w:rPr>
          <w:rFonts w:cs="Arial"/>
        </w:rPr>
      </w:pPr>
      <w:r w:rsidRPr="00BE5DEA">
        <w:rPr>
          <w:rFonts w:cs="Arial"/>
          <w:sz w:val="17"/>
        </w:rPr>
        <w:t xml:space="preserve">            &lt;img src="https://commons.wikimedia.org/wiki/Special:FilePath/Al-Masjid_an_Nabawi.jpg" alt="Highlight image two"&gt;</w:t>
      </w:r>
    </w:p>
    <w:p w14:paraId="62CB6AF6" w14:textId="77777777" w:rsidR="00ED1788" w:rsidRPr="00BE5DEA" w:rsidRDefault="00000000" w:rsidP="00BE5DEA">
      <w:pPr>
        <w:pStyle w:val="CodeBlock"/>
        <w:spacing w:line="360" w:lineRule="auto"/>
        <w:rPr>
          <w:rFonts w:cs="Arial"/>
        </w:rPr>
      </w:pPr>
      <w:r w:rsidRPr="00BE5DEA">
        <w:rPr>
          <w:rFonts w:cs="Arial"/>
          <w:sz w:val="17"/>
        </w:rPr>
        <w:t xml:space="preserve">            &lt;div class="card-body"&gt;</w:t>
      </w:r>
    </w:p>
    <w:p w14:paraId="30D3548E" w14:textId="77777777" w:rsidR="00ED1788" w:rsidRPr="00BE5DEA" w:rsidRDefault="00000000" w:rsidP="00BE5DEA">
      <w:pPr>
        <w:pStyle w:val="CodeBlock"/>
        <w:spacing w:line="360" w:lineRule="auto"/>
        <w:rPr>
          <w:rFonts w:cs="Arial"/>
        </w:rPr>
      </w:pPr>
      <w:r w:rsidRPr="00BE5DEA">
        <w:rPr>
          <w:rFonts w:cs="Arial"/>
          <w:sz w:val="17"/>
        </w:rPr>
        <w:t xml:space="preserve">              &lt;h3&gt;Clock Tower and wider city views&lt;/h3&gt;</w:t>
      </w:r>
    </w:p>
    <w:p w14:paraId="365FA8B9" w14:textId="77777777" w:rsidR="00ED1788" w:rsidRPr="00BE5DEA" w:rsidRDefault="00000000" w:rsidP="00BE5DEA">
      <w:pPr>
        <w:pStyle w:val="CodeBlock"/>
        <w:spacing w:line="360" w:lineRule="auto"/>
        <w:rPr>
          <w:rFonts w:cs="Arial"/>
        </w:rPr>
      </w:pPr>
      <w:r w:rsidRPr="00BE5DEA">
        <w:rPr>
          <w:rFonts w:cs="Arial"/>
          <w:sz w:val="17"/>
        </w:rPr>
        <w:t xml:space="preserve">              &lt;p&gt;Additional images show wider views of Mecca, including the Makkah Clock Tower and surrounding architecture.&lt;/p&gt;</w:t>
      </w:r>
    </w:p>
    <w:p w14:paraId="0ED89295"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257C1BA6" w14:textId="77777777" w:rsidR="00ED1788" w:rsidRPr="00BE5DEA" w:rsidRDefault="00000000" w:rsidP="00BE5DEA">
      <w:pPr>
        <w:pStyle w:val="CodeBlock"/>
        <w:spacing w:line="360" w:lineRule="auto"/>
        <w:rPr>
          <w:rFonts w:cs="Arial"/>
        </w:rPr>
      </w:pPr>
      <w:r w:rsidRPr="00BE5DEA">
        <w:rPr>
          <w:rFonts w:cs="Arial"/>
          <w:sz w:val="17"/>
        </w:rPr>
        <w:t xml:space="preserve">          &lt;/article&gt;</w:t>
      </w:r>
    </w:p>
    <w:p w14:paraId="253D67A7" w14:textId="77777777" w:rsidR="00ED1788" w:rsidRPr="00BE5DEA" w:rsidRDefault="00000000" w:rsidP="00BE5DEA">
      <w:pPr>
        <w:pStyle w:val="CodeBlock"/>
        <w:spacing w:line="360" w:lineRule="auto"/>
        <w:rPr>
          <w:rFonts w:cs="Arial"/>
        </w:rPr>
      </w:pPr>
      <w:r w:rsidRPr="00BE5DEA">
        <w:rPr>
          <w:rFonts w:cs="Arial"/>
          <w:sz w:val="17"/>
        </w:rPr>
        <w:t xml:space="preserve">          &lt;article class="card"&gt;</w:t>
      </w:r>
    </w:p>
    <w:p w14:paraId="3FBE3BEC"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&lt;img src="https://commons.wikimedia.org/wiki/Special:Redirect/file/Clock%20Tower%20in%20Mecca.jpg" alt="Highlight image three"&gt;</w:t>
      </w:r>
    </w:p>
    <w:p w14:paraId="000DA6CD" w14:textId="77777777" w:rsidR="00ED1788" w:rsidRPr="00BE5DEA" w:rsidRDefault="00000000" w:rsidP="00BE5DEA">
      <w:pPr>
        <w:pStyle w:val="CodeBlock"/>
        <w:spacing w:line="360" w:lineRule="auto"/>
        <w:rPr>
          <w:rFonts w:cs="Arial"/>
        </w:rPr>
      </w:pPr>
      <w:r w:rsidRPr="00BE5DEA">
        <w:rPr>
          <w:rFonts w:cs="Arial"/>
          <w:sz w:val="17"/>
        </w:rPr>
        <w:t xml:space="preserve">            &lt;div class="card-body"&gt;</w:t>
      </w:r>
    </w:p>
    <w:p w14:paraId="26C4C6B0" w14:textId="77777777" w:rsidR="00ED1788" w:rsidRPr="00BE5DEA" w:rsidRDefault="00000000" w:rsidP="00BE5DEA">
      <w:pPr>
        <w:pStyle w:val="CodeBlock"/>
        <w:spacing w:line="360" w:lineRule="auto"/>
        <w:rPr>
          <w:rFonts w:cs="Arial"/>
        </w:rPr>
      </w:pPr>
      <w:r w:rsidRPr="00BE5DEA">
        <w:rPr>
          <w:rFonts w:cs="Arial"/>
          <w:sz w:val="17"/>
        </w:rPr>
        <w:t xml:space="preserve">              &lt;h3&gt;Pilgrimage atmosphere&lt;/h3&gt;</w:t>
      </w:r>
    </w:p>
    <w:p w14:paraId="66071AF7" w14:textId="77777777" w:rsidR="00ED1788" w:rsidRPr="00BE5DEA" w:rsidRDefault="00000000" w:rsidP="00BE5DEA">
      <w:pPr>
        <w:pStyle w:val="CodeBlock"/>
        <w:spacing w:line="360" w:lineRule="auto"/>
        <w:rPr>
          <w:rFonts w:cs="Arial"/>
        </w:rPr>
      </w:pPr>
      <w:r w:rsidRPr="00BE5DEA">
        <w:rPr>
          <w:rFonts w:cs="Arial"/>
          <w:sz w:val="17"/>
        </w:rPr>
        <w:t xml:space="preserve">              &lt;p&gt;Together, the photographs show the scale, atmosphere, and visual identity associated with Mecca and pilgrimage.&lt;/p&gt;</w:t>
      </w:r>
    </w:p>
    <w:p w14:paraId="39A252B8"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234C2048" w14:textId="77777777" w:rsidR="00ED1788" w:rsidRPr="00BE5DEA" w:rsidRDefault="00000000" w:rsidP="00BE5DEA">
      <w:pPr>
        <w:pStyle w:val="CodeBlock"/>
        <w:spacing w:line="360" w:lineRule="auto"/>
        <w:rPr>
          <w:rFonts w:cs="Arial"/>
        </w:rPr>
      </w:pPr>
      <w:r w:rsidRPr="00BE5DEA">
        <w:rPr>
          <w:rFonts w:cs="Arial"/>
          <w:sz w:val="17"/>
        </w:rPr>
        <w:t xml:space="preserve">          &lt;/article&gt;</w:t>
      </w:r>
    </w:p>
    <w:p w14:paraId="3A7F2FEA"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3C5E01F8"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7D7E5863" w14:textId="77777777" w:rsidR="00ED1788" w:rsidRPr="00BE5DEA" w:rsidRDefault="00000000" w:rsidP="00BE5DEA">
      <w:pPr>
        <w:pStyle w:val="CodeBlock"/>
        <w:spacing w:line="360" w:lineRule="auto"/>
        <w:rPr>
          <w:rFonts w:cs="Arial"/>
        </w:rPr>
      </w:pPr>
      <w:r w:rsidRPr="00BE5DEA">
        <w:rPr>
          <w:rFonts w:cs="Arial"/>
          <w:sz w:val="17"/>
        </w:rPr>
        <w:t xml:space="preserve">    &lt;/section&gt;</w:t>
      </w:r>
    </w:p>
    <w:p w14:paraId="7311D13D" w14:textId="77777777" w:rsidR="00ED1788" w:rsidRPr="00BE5DEA" w:rsidRDefault="00000000" w:rsidP="00BE5DEA">
      <w:pPr>
        <w:pStyle w:val="CodeBlock"/>
        <w:spacing w:line="360" w:lineRule="auto"/>
        <w:rPr>
          <w:rFonts w:cs="Arial"/>
        </w:rPr>
      </w:pPr>
      <w:r w:rsidRPr="00BE5DEA">
        <w:rPr>
          <w:rFonts w:cs="Arial"/>
          <w:sz w:val="17"/>
        </w:rPr>
        <w:t xml:space="preserve">  &lt;/main&gt;</w:t>
      </w:r>
    </w:p>
    <w:p w14:paraId="0D94F3FE" w14:textId="77777777" w:rsidR="00ED1788" w:rsidRPr="00BE5DEA" w:rsidRDefault="00000000" w:rsidP="00BE5DEA">
      <w:pPr>
        <w:pStyle w:val="CodeBlock"/>
        <w:spacing w:line="360" w:lineRule="auto"/>
        <w:rPr>
          <w:rFonts w:cs="Arial"/>
        </w:rPr>
      </w:pPr>
      <w:r w:rsidRPr="00BE5DEA">
        <w:rPr>
          <w:rFonts w:cs="Arial"/>
          <w:sz w:val="17"/>
        </w:rPr>
        <w:t xml:space="preserve">  &lt;footer class="footer"&gt;</w:t>
      </w:r>
    </w:p>
    <w:p w14:paraId="2661213B" w14:textId="77777777" w:rsidR="00ED1788" w:rsidRPr="00BE5DEA" w:rsidRDefault="00000000" w:rsidP="00BE5DEA">
      <w:pPr>
        <w:pStyle w:val="CodeBlock"/>
        <w:spacing w:line="360" w:lineRule="auto"/>
        <w:rPr>
          <w:rFonts w:cs="Arial"/>
        </w:rPr>
      </w:pPr>
      <w:r w:rsidRPr="00BE5DEA">
        <w:rPr>
          <w:rFonts w:cs="Arial"/>
          <w:sz w:val="17"/>
        </w:rPr>
        <w:t xml:space="preserve">    &lt;div class="container footer-grid"&gt;</w:t>
      </w:r>
    </w:p>
    <w:p w14:paraId="7744929F"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1CB9D4D3" w14:textId="77777777" w:rsidR="00ED1788" w:rsidRPr="00BE5DEA" w:rsidRDefault="00000000" w:rsidP="00BE5DEA">
      <w:pPr>
        <w:pStyle w:val="CodeBlock"/>
        <w:spacing w:line="360" w:lineRule="auto"/>
        <w:rPr>
          <w:rFonts w:cs="Arial"/>
        </w:rPr>
      </w:pPr>
      <w:r w:rsidRPr="00BE5DEA">
        <w:rPr>
          <w:rFonts w:cs="Arial"/>
          <w:sz w:val="17"/>
        </w:rPr>
        <w:t xml:space="preserve">        &lt;h2&gt;Ahmad Mecca Photography&lt;/h2&gt;</w:t>
      </w:r>
    </w:p>
    <w:p w14:paraId="20266E42" w14:textId="77777777" w:rsidR="00ED1788" w:rsidRPr="00BE5DEA" w:rsidRDefault="00000000" w:rsidP="00BE5DEA">
      <w:pPr>
        <w:pStyle w:val="CodeBlock"/>
        <w:spacing w:line="360" w:lineRule="auto"/>
        <w:rPr>
          <w:rFonts w:cs="Arial"/>
        </w:rPr>
      </w:pPr>
      <w:r w:rsidRPr="00BE5DEA">
        <w:rPr>
          <w:rFonts w:cs="Arial"/>
          <w:sz w:val="17"/>
        </w:rPr>
        <w:t xml:space="preserve">        &lt;p&gt;A calm multi-page website focused on Mecca and Madina, pilgrimage atmosphere, architectural detail, and respectful visual storytelling.&lt;/p&gt;</w:t>
      </w:r>
    </w:p>
    <w:p w14:paraId="7D609804"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7DB4BA93"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1966939D" w14:textId="77777777" w:rsidR="00ED1788" w:rsidRPr="00BE5DEA" w:rsidRDefault="00000000" w:rsidP="00BE5DEA">
      <w:pPr>
        <w:pStyle w:val="CodeBlock"/>
        <w:spacing w:line="360" w:lineRule="auto"/>
        <w:rPr>
          <w:rFonts w:cs="Arial"/>
        </w:rPr>
      </w:pPr>
      <w:r w:rsidRPr="00BE5DEA">
        <w:rPr>
          <w:rFonts w:cs="Arial"/>
          <w:sz w:val="17"/>
        </w:rPr>
        <w:t xml:space="preserve">        &lt;h3&gt;Pages&lt;/h3&gt;</w:t>
      </w:r>
    </w:p>
    <w:p w14:paraId="0F39AB68" w14:textId="77777777" w:rsidR="00ED1788" w:rsidRPr="00BE5DEA" w:rsidRDefault="00000000" w:rsidP="00BE5DEA">
      <w:pPr>
        <w:pStyle w:val="CodeBlock"/>
        <w:spacing w:line="360" w:lineRule="auto"/>
        <w:rPr>
          <w:rFonts w:cs="Arial"/>
        </w:rPr>
      </w:pPr>
      <w:r w:rsidRPr="00BE5DEA">
        <w:rPr>
          <w:rFonts w:cs="Arial"/>
          <w:sz w:val="17"/>
        </w:rPr>
        <w:t xml:space="preserve">        &lt;p&gt;&lt;a href="index.html"&gt;Home&lt;/a&gt;&lt;br&gt;&lt;a href="about.html"&gt;About&lt;/a&gt;&lt;br&gt;&lt;a href="gallery.html"&gt;Gallery&lt;/a&gt;&lt;br&gt;&lt;a href="contact.html"&gt;Contact&lt;/a&gt;&lt;/p&gt;</w:t>
      </w:r>
    </w:p>
    <w:p w14:paraId="32715F31"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425DAD4C"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1ECE15ED" w14:textId="77777777" w:rsidR="00ED1788" w:rsidRPr="00BE5DEA" w:rsidRDefault="00000000" w:rsidP="00BE5DEA">
      <w:pPr>
        <w:pStyle w:val="CodeBlock"/>
        <w:spacing w:line="360" w:lineRule="auto"/>
        <w:rPr>
          <w:rFonts w:cs="Arial"/>
        </w:rPr>
      </w:pPr>
      <w:r w:rsidRPr="00BE5DEA">
        <w:rPr>
          <w:rFonts w:cs="Arial"/>
          <w:sz w:val="17"/>
        </w:rPr>
        <w:t xml:space="preserve">        &lt;h3&gt;Contact&lt;/h3&gt;</w:t>
      </w:r>
    </w:p>
    <w:p w14:paraId="632BEC5A" w14:textId="77777777" w:rsidR="00ED1788" w:rsidRPr="00BE5DEA" w:rsidRDefault="00000000" w:rsidP="00BE5DEA">
      <w:pPr>
        <w:pStyle w:val="CodeBlock"/>
        <w:spacing w:line="360" w:lineRule="auto"/>
        <w:rPr>
          <w:rFonts w:cs="Arial"/>
        </w:rPr>
      </w:pPr>
      <w:r w:rsidRPr="00BE5DEA">
        <w:rPr>
          <w:rFonts w:cs="Arial"/>
          <w:sz w:val="17"/>
        </w:rPr>
        <w:t xml:space="preserve">        &lt;p&gt;Email: info@example.com&lt;br&gt;Phone: +44 20 0000 0000&lt;br&gt;&amp;copy; &lt;span id="year"&gt;&lt;/span&gt;&lt;/p&gt;</w:t>
      </w:r>
    </w:p>
    <w:p w14:paraId="27172EEF"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3F70526D"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53170400" w14:textId="77777777" w:rsidR="00ED1788" w:rsidRPr="00BE5DEA" w:rsidRDefault="00000000" w:rsidP="00BE5DEA">
      <w:pPr>
        <w:pStyle w:val="CodeBlock"/>
        <w:spacing w:line="360" w:lineRule="auto"/>
        <w:rPr>
          <w:rFonts w:cs="Arial"/>
        </w:rPr>
      </w:pPr>
      <w:r w:rsidRPr="00BE5DEA">
        <w:rPr>
          <w:rFonts w:cs="Arial"/>
          <w:sz w:val="17"/>
        </w:rPr>
        <w:t xml:space="preserve">  &lt;/footer&gt;</w:t>
      </w:r>
    </w:p>
    <w:p w14:paraId="35015D20" w14:textId="77777777" w:rsidR="00ED1788" w:rsidRPr="00BE5DEA" w:rsidRDefault="00000000" w:rsidP="00BE5DEA">
      <w:pPr>
        <w:pStyle w:val="CodeBlock"/>
        <w:spacing w:line="360" w:lineRule="auto"/>
        <w:rPr>
          <w:rFonts w:cs="Arial"/>
        </w:rPr>
      </w:pPr>
      <w:r w:rsidRPr="00BE5DEA">
        <w:rPr>
          <w:rFonts w:cs="Arial"/>
          <w:sz w:val="17"/>
        </w:rPr>
        <w:t>&lt;/body&gt;</w:t>
      </w:r>
    </w:p>
    <w:p w14:paraId="105E6866" w14:textId="77777777" w:rsidR="00ED1788" w:rsidRPr="00BE5DEA" w:rsidRDefault="00000000" w:rsidP="00BE5DEA">
      <w:pPr>
        <w:pStyle w:val="CodeBlock"/>
        <w:spacing w:line="360" w:lineRule="auto"/>
        <w:rPr>
          <w:rFonts w:cs="Arial"/>
        </w:rPr>
      </w:pPr>
      <w:r w:rsidRPr="00BE5DEA">
        <w:rPr>
          <w:rFonts w:cs="Arial"/>
          <w:sz w:val="17"/>
        </w:rPr>
        <w:t>&lt;/html&gt;</w:t>
      </w:r>
    </w:p>
    <w:p w14:paraId="10D7C762" w14:textId="77777777" w:rsidR="00ED1788" w:rsidRDefault="00000000" w:rsidP="00BE5DEA">
      <w:pPr>
        <w:pStyle w:val="CodeBlock"/>
        <w:spacing w:line="360" w:lineRule="auto"/>
        <w:rPr>
          <w:rFonts w:cs="Arial"/>
          <w:sz w:val="17"/>
        </w:rPr>
      </w:pPr>
      <w:r w:rsidRPr="00BE5DEA">
        <w:rPr>
          <w:rFonts w:cs="Arial"/>
          <w:sz w:val="17"/>
        </w:rPr>
        <w:t xml:space="preserve"> </w:t>
      </w:r>
    </w:p>
    <w:p w14:paraId="25B350BE" w14:textId="77777777" w:rsidR="00BE5DEA" w:rsidRDefault="00BE5DEA" w:rsidP="00BE5DEA">
      <w:pPr>
        <w:pStyle w:val="CodeBlock"/>
        <w:spacing w:line="360" w:lineRule="auto"/>
        <w:rPr>
          <w:rFonts w:cs="Arial"/>
          <w:sz w:val="17"/>
        </w:rPr>
      </w:pPr>
    </w:p>
    <w:p w14:paraId="4B48E259" w14:textId="77777777" w:rsidR="00BE5DEA" w:rsidRDefault="00BE5DEA" w:rsidP="00BE5DEA">
      <w:pPr>
        <w:pStyle w:val="CodeBlock"/>
        <w:spacing w:line="360" w:lineRule="auto"/>
        <w:rPr>
          <w:rFonts w:cs="Arial"/>
          <w:sz w:val="17"/>
        </w:rPr>
      </w:pPr>
    </w:p>
    <w:p w14:paraId="2A163365" w14:textId="77777777" w:rsidR="00BE5DEA" w:rsidRDefault="00BE5DEA" w:rsidP="00BE5DEA">
      <w:pPr>
        <w:pStyle w:val="CodeBlock"/>
        <w:spacing w:line="360" w:lineRule="auto"/>
        <w:rPr>
          <w:rFonts w:cs="Arial"/>
          <w:sz w:val="17"/>
        </w:rPr>
      </w:pPr>
    </w:p>
    <w:p w14:paraId="072CBBDE" w14:textId="77777777" w:rsidR="00BE5DEA" w:rsidRDefault="00BE5DEA" w:rsidP="00BE5DEA">
      <w:pPr>
        <w:pStyle w:val="CodeBlock"/>
        <w:spacing w:line="360" w:lineRule="auto"/>
        <w:rPr>
          <w:rFonts w:cs="Arial"/>
          <w:sz w:val="17"/>
        </w:rPr>
      </w:pPr>
    </w:p>
    <w:p w14:paraId="0AA7BC4B" w14:textId="77777777" w:rsidR="00BE5DEA" w:rsidRDefault="00BE5DEA" w:rsidP="00BE5DEA">
      <w:pPr>
        <w:pStyle w:val="CodeBlock"/>
        <w:spacing w:line="360" w:lineRule="auto"/>
        <w:rPr>
          <w:rFonts w:cs="Arial"/>
          <w:sz w:val="17"/>
        </w:rPr>
      </w:pPr>
    </w:p>
    <w:p w14:paraId="34AD2F93" w14:textId="77777777" w:rsidR="00BE5DEA" w:rsidRDefault="00BE5DEA" w:rsidP="00BE5DEA">
      <w:pPr>
        <w:pStyle w:val="CodeBlock"/>
        <w:spacing w:line="360" w:lineRule="auto"/>
        <w:rPr>
          <w:rFonts w:cs="Arial"/>
          <w:sz w:val="17"/>
        </w:rPr>
      </w:pPr>
    </w:p>
    <w:p w14:paraId="4B953228" w14:textId="77777777" w:rsidR="00BE5DEA" w:rsidRDefault="00BE5DEA" w:rsidP="00BE5DEA">
      <w:pPr>
        <w:pStyle w:val="CodeBlock"/>
        <w:spacing w:line="360" w:lineRule="auto"/>
        <w:rPr>
          <w:rFonts w:cs="Arial"/>
          <w:sz w:val="17"/>
        </w:rPr>
      </w:pPr>
    </w:p>
    <w:p w14:paraId="76C33666" w14:textId="77777777" w:rsidR="00BE5DEA" w:rsidRDefault="00BE5DEA" w:rsidP="00BE5DEA">
      <w:pPr>
        <w:pStyle w:val="CodeBlock"/>
        <w:spacing w:line="360" w:lineRule="auto"/>
        <w:rPr>
          <w:rFonts w:cs="Arial"/>
          <w:sz w:val="17"/>
        </w:rPr>
      </w:pPr>
    </w:p>
    <w:p w14:paraId="4D5B85F8" w14:textId="77777777" w:rsidR="00BE5DEA" w:rsidRPr="00BE5DEA" w:rsidRDefault="00BE5DEA" w:rsidP="00BE5DEA">
      <w:pPr>
        <w:pStyle w:val="CodeBlock"/>
        <w:spacing w:line="360" w:lineRule="auto"/>
        <w:rPr>
          <w:rFonts w:cs="Arial"/>
        </w:rPr>
      </w:pPr>
    </w:p>
    <w:p w14:paraId="4108A22A" w14:textId="77777777" w:rsidR="00ED1788" w:rsidRPr="00BE5DEA" w:rsidRDefault="00000000" w:rsidP="00BE5DEA">
      <w:pPr>
        <w:pStyle w:val="Heading1"/>
        <w:rPr>
          <w:rFonts w:ascii="Arial" w:hAnsi="Arial" w:cs="Arial"/>
        </w:rPr>
      </w:pPr>
      <w:bookmarkStart w:id="18" w:name="_Toc226023208"/>
      <w:r w:rsidRPr="00BE5DEA">
        <w:rPr>
          <w:rFonts w:ascii="Arial" w:eastAsia="Arial" w:hAnsi="Arial" w:cs="Arial"/>
          <w:sz w:val="22"/>
        </w:rPr>
        <w:lastRenderedPageBreak/>
        <w:t>Appendix B. about.html</w:t>
      </w:r>
      <w:bookmarkEnd w:id="18"/>
    </w:p>
    <w:p w14:paraId="0341FB81" w14:textId="77777777" w:rsidR="00ED1788" w:rsidRPr="00BE5DEA" w:rsidRDefault="00000000" w:rsidP="00BE5DEA">
      <w:pPr>
        <w:pStyle w:val="CodeBlock"/>
        <w:spacing w:line="360" w:lineRule="auto"/>
        <w:rPr>
          <w:rFonts w:cs="Arial"/>
        </w:rPr>
      </w:pPr>
      <w:r w:rsidRPr="00BE5DEA">
        <w:rPr>
          <w:rFonts w:cs="Arial"/>
          <w:sz w:val="17"/>
        </w:rPr>
        <w:t>&lt;!DOCTYPE html&gt;</w:t>
      </w:r>
    </w:p>
    <w:p w14:paraId="155A39F7" w14:textId="77777777" w:rsidR="00ED1788" w:rsidRPr="00BE5DEA" w:rsidRDefault="00000000" w:rsidP="00BE5DEA">
      <w:pPr>
        <w:pStyle w:val="CodeBlock"/>
        <w:spacing w:line="360" w:lineRule="auto"/>
        <w:rPr>
          <w:rFonts w:cs="Arial"/>
        </w:rPr>
      </w:pPr>
      <w:r w:rsidRPr="00BE5DEA">
        <w:rPr>
          <w:rFonts w:cs="Arial"/>
          <w:sz w:val="17"/>
        </w:rPr>
        <w:t>&lt;html lang="en"&gt;</w:t>
      </w:r>
    </w:p>
    <w:p w14:paraId="416E71C1" w14:textId="77777777" w:rsidR="00ED1788" w:rsidRPr="00BE5DEA" w:rsidRDefault="00000000" w:rsidP="00BE5DEA">
      <w:pPr>
        <w:pStyle w:val="CodeBlock"/>
        <w:spacing w:line="360" w:lineRule="auto"/>
        <w:rPr>
          <w:rFonts w:cs="Arial"/>
        </w:rPr>
      </w:pPr>
      <w:r w:rsidRPr="00BE5DEA">
        <w:rPr>
          <w:rFonts w:cs="Arial"/>
          <w:sz w:val="17"/>
        </w:rPr>
        <w:t>&lt;head&gt;</w:t>
      </w:r>
    </w:p>
    <w:p w14:paraId="450ECC5C" w14:textId="77777777" w:rsidR="00ED1788" w:rsidRPr="00BE5DEA" w:rsidRDefault="00000000" w:rsidP="00BE5DEA">
      <w:pPr>
        <w:pStyle w:val="CodeBlock"/>
        <w:spacing w:line="360" w:lineRule="auto"/>
        <w:rPr>
          <w:rFonts w:cs="Arial"/>
        </w:rPr>
      </w:pPr>
      <w:r w:rsidRPr="00BE5DEA">
        <w:rPr>
          <w:rFonts w:cs="Arial"/>
          <w:sz w:val="17"/>
        </w:rPr>
        <w:t xml:space="preserve">  &lt;meta charset="UTF-8"&gt;</w:t>
      </w:r>
    </w:p>
    <w:p w14:paraId="63C2B7B1" w14:textId="77777777" w:rsidR="00ED1788" w:rsidRPr="00BE5DEA" w:rsidRDefault="00000000" w:rsidP="00BE5DEA">
      <w:pPr>
        <w:pStyle w:val="CodeBlock"/>
        <w:spacing w:line="360" w:lineRule="auto"/>
        <w:rPr>
          <w:rFonts w:cs="Arial"/>
        </w:rPr>
      </w:pPr>
      <w:r w:rsidRPr="00BE5DEA">
        <w:rPr>
          <w:rFonts w:cs="Arial"/>
          <w:sz w:val="17"/>
        </w:rPr>
        <w:t xml:space="preserve">  &lt;meta name="viewport" content="width=device-width, initial-scale=1.0"&gt;</w:t>
      </w:r>
    </w:p>
    <w:p w14:paraId="400DEC13" w14:textId="77777777" w:rsidR="00ED1788" w:rsidRPr="00BE5DEA" w:rsidRDefault="00000000" w:rsidP="00BE5DEA">
      <w:pPr>
        <w:pStyle w:val="CodeBlock"/>
        <w:spacing w:line="360" w:lineRule="auto"/>
        <w:rPr>
          <w:rFonts w:cs="Arial"/>
        </w:rPr>
      </w:pPr>
      <w:r w:rsidRPr="00BE5DEA">
        <w:rPr>
          <w:rFonts w:cs="Arial"/>
          <w:sz w:val="17"/>
        </w:rPr>
        <w:t xml:space="preserve">  &lt;title&gt;Ahmad Mecca Photography | About&lt;/title&gt;</w:t>
      </w:r>
    </w:p>
    <w:p w14:paraId="71266885" w14:textId="77777777" w:rsidR="00ED1788" w:rsidRPr="00BE5DEA" w:rsidRDefault="00000000" w:rsidP="00BE5DEA">
      <w:pPr>
        <w:pStyle w:val="CodeBlock"/>
        <w:spacing w:line="360" w:lineRule="auto"/>
        <w:rPr>
          <w:rFonts w:cs="Arial"/>
        </w:rPr>
      </w:pPr>
      <w:r w:rsidRPr="00BE5DEA">
        <w:rPr>
          <w:rFonts w:cs="Arial"/>
          <w:sz w:val="17"/>
        </w:rPr>
        <w:t xml:space="preserve">  &lt;meta name="description" content="This website is built around a simple idea: the photography should feel calm, respectful, and memorable. I wanted the design to stay clean so the images remain the main focus while the pages still feel polished and easy to move through."&gt;</w:t>
      </w:r>
    </w:p>
    <w:p w14:paraId="6984AB6D" w14:textId="77777777" w:rsidR="00ED1788" w:rsidRPr="00BE5DEA" w:rsidRDefault="00000000" w:rsidP="00BE5DEA">
      <w:pPr>
        <w:pStyle w:val="CodeBlock"/>
        <w:spacing w:line="360" w:lineRule="auto"/>
        <w:rPr>
          <w:rFonts w:cs="Arial"/>
        </w:rPr>
      </w:pPr>
      <w:r w:rsidRPr="00BE5DEA">
        <w:rPr>
          <w:rFonts w:cs="Arial"/>
          <w:sz w:val="17"/>
        </w:rPr>
        <w:t xml:space="preserve">  &lt;meta name="author" content="Ahmad Kassabi"&gt;</w:t>
      </w:r>
    </w:p>
    <w:p w14:paraId="21B17135" w14:textId="77777777" w:rsidR="00ED1788" w:rsidRPr="00BE5DEA" w:rsidRDefault="00000000" w:rsidP="00BE5DEA">
      <w:pPr>
        <w:pStyle w:val="CodeBlock"/>
        <w:spacing w:line="360" w:lineRule="auto"/>
        <w:rPr>
          <w:rFonts w:cs="Arial"/>
        </w:rPr>
      </w:pPr>
      <w:r w:rsidRPr="00BE5DEA">
        <w:rPr>
          <w:rFonts w:cs="Arial"/>
          <w:sz w:val="17"/>
        </w:rPr>
        <w:t xml:space="preserve">  &lt;link rel="stylesheet" href="style.css"&gt;</w:t>
      </w:r>
    </w:p>
    <w:p w14:paraId="2F50B45A" w14:textId="77777777" w:rsidR="00ED1788" w:rsidRPr="00BE5DEA" w:rsidRDefault="00000000" w:rsidP="00BE5DEA">
      <w:pPr>
        <w:pStyle w:val="CodeBlock"/>
        <w:spacing w:line="360" w:lineRule="auto"/>
        <w:rPr>
          <w:rFonts w:cs="Arial"/>
        </w:rPr>
      </w:pPr>
      <w:r w:rsidRPr="00BE5DEA">
        <w:rPr>
          <w:rFonts w:cs="Arial"/>
          <w:sz w:val="17"/>
        </w:rPr>
        <w:t xml:space="preserve">  &lt;script defer src="https://commons.wikimedia.org/wiki/Special:FilePath/Al-Masjid_an_Nabawi.jpg"&gt;&lt;/script&gt;</w:t>
      </w:r>
    </w:p>
    <w:p w14:paraId="4623C014" w14:textId="77777777" w:rsidR="00ED1788" w:rsidRPr="00BE5DEA" w:rsidRDefault="00000000" w:rsidP="00BE5DEA">
      <w:pPr>
        <w:pStyle w:val="CodeBlock"/>
        <w:spacing w:line="360" w:lineRule="auto"/>
        <w:rPr>
          <w:rFonts w:cs="Arial"/>
        </w:rPr>
      </w:pPr>
      <w:r w:rsidRPr="00BE5DEA">
        <w:rPr>
          <w:rFonts w:cs="Arial"/>
          <w:sz w:val="17"/>
        </w:rPr>
        <w:t xml:space="preserve">  &lt;style&gt;:root { --hero-image: url('https://commons.wikimedia.org/wiki/Special:FilePath/Al_Masjid_An-Nabawi.jpg'); }&lt;/style&gt;</w:t>
      </w:r>
    </w:p>
    <w:p w14:paraId="648CA1DF" w14:textId="77777777" w:rsidR="00ED1788" w:rsidRPr="00BE5DEA" w:rsidRDefault="00000000" w:rsidP="00BE5DEA">
      <w:pPr>
        <w:pStyle w:val="CodeBlock"/>
        <w:spacing w:line="360" w:lineRule="auto"/>
        <w:rPr>
          <w:rFonts w:cs="Arial"/>
        </w:rPr>
      </w:pPr>
      <w:r w:rsidRPr="00BE5DEA">
        <w:rPr>
          <w:rFonts w:cs="Arial"/>
          <w:sz w:val="17"/>
        </w:rPr>
        <w:t>&lt;/head&gt;</w:t>
      </w:r>
    </w:p>
    <w:p w14:paraId="022AC35A" w14:textId="77777777" w:rsidR="00ED1788" w:rsidRPr="00BE5DEA" w:rsidRDefault="00000000" w:rsidP="00BE5DEA">
      <w:pPr>
        <w:pStyle w:val="CodeBlock"/>
        <w:spacing w:line="360" w:lineRule="auto"/>
        <w:rPr>
          <w:rFonts w:cs="Arial"/>
        </w:rPr>
      </w:pPr>
      <w:r w:rsidRPr="00BE5DEA">
        <w:rPr>
          <w:rFonts w:cs="Arial"/>
          <w:sz w:val="17"/>
        </w:rPr>
        <w:t>&lt;body&gt;</w:t>
      </w:r>
    </w:p>
    <w:p w14:paraId="3D951748" w14:textId="77777777" w:rsidR="00ED1788" w:rsidRPr="00BE5DEA" w:rsidRDefault="00000000" w:rsidP="00BE5DEA">
      <w:pPr>
        <w:pStyle w:val="CodeBlock"/>
        <w:spacing w:line="360" w:lineRule="auto"/>
        <w:rPr>
          <w:rFonts w:cs="Arial"/>
        </w:rPr>
      </w:pPr>
      <w:r w:rsidRPr="00BE5DEA">
        <w:rPr>
          <w:rFonts w:cs="Arial"/>
          <w:sz w:val="17"/>
        </w:rPr>
        <w:t xml:space="preserve">  &lt;a class="skip-link" href="#main-content"&gt;Skip to main content&lt;/a&gt;</w:t>
      </w:r>
    </w:p>
    <w:p w14:paraId="1BAAF8DB" w14:textId="77777777" w:rsidR="00ED1788" w:rsidRPr="00BE5DEA" w:rsidRDefault="00000000" w:rsidP="00BE5DEA">
      <w:pPr>
        <w:pStyle w:val="CodeBlock"/>
        <w:spacing w:line="360" w:lineRule="auto"/>
        <w:rPr>
          <w:rFonts w:cs="Arial"/>
        </w:rPr>
      </w:pPr>
      <w:r w:rsidRPr="00BE5DEA">
        <w:rPr>
          <w:rFonts w:cs="Arial"/>
          <w:sz w:val="17"/>
        </w:rPr>
        <w:t xml:space="preserve">  </w:t>
      </w:r>
    </w:p>
    <w:p w14:paraId="0919AFEC" w14:textId="77777777" w:rsidR="00ED1788" w:rsidRPr="00BE5DEA" w:rsidRDefault="00000000" w:rsidP="00BE5DEA">
      <w:pPr>
        <w:pStyle w:val="CodeBlock"/>
        <w:spacing w:line="360" w:lineRule="auto"/>
        <w:rPr>
          <w:rFonts w:cs="Arial"/>
        </w:rPr>
      </w:pPr>
      <w:r w:rsidRPr="00BE5DEA">
        <w:rPr>
          <w:rFonts w:cs="Arial"/>
          <w:sz w:val="17"/>
        </w:rPr>
        <w:t xml:space="preserve">    &lt;header class="site-header"&gt;</w:t>
      </w:r>
    </w:p>
    <w:p w14:paraId="397E935A" w14:textId="77777777" w:rsidR="00ED1788" w:rsidRPr="00BE5DEA" w:rsidRDefault="00000000" w:rsidP="00BE5DEA">
      <w:pPr>
        <w:pStyle w:val="CodeBlock"/>
        <w:spacing w:line="360" w:lineRule="auto"/>
        <w:rPr>
          <w:rFonts w:cs="Arial"/>
        </w:rPr>
      </w:pPr>
      <w:r w:rsidRPr="00BE5DEA">
        <w:rPr>
          <w:rFonts w:cs="Arial"/>
          <w:sz w:val="17"/>
        </w:rPr>
        <w:t xml:space="preserve">      &lt;div class="container navbar"&gt;</w:t>
      </w:r>
    </w:p>
    <w:p w14:paraId="47E7BA63" w14:textId="77777777" w:rsidR="00ED1788" w:rsidRPr="00BE5DEA" w:rsidRDefault="00000000" w:rsidP="00BE5DEA">
      <w:pPr>
        <w:pStyle w:val="CodeBlock"/>
        <w:spacing w:line="360" w:lineRule="auto"/>
        <w:rPr>
          <w:rFonts w:cs="Arial"/>
        </w:rPr>
      </w:pPr>
      <w:r w:rsidRPr="00BE5DEA">
        <w:rPr>
          <w:rFonts w:cs="Arial"/>
          <w:sz w:val="17"/>
        </w:rPr>
        <w:t xml:space="preserve">        &lt;a class="brand" href="index.html"&gt;Ahmad Mecca Photography&lt;/a&gt;</w:t>
      </w:r>
    </w:p>
    <w:p w14:paraId="1FE647E0" w14:textId="77777777" w:rsidR="00ED1788" w:rsidRPr="00BE5DEA" w:rsidRDefault="00000000" w:rsidP="00BE5DEA">
      <w:pPr>
        <w:pStyle w:val="CodeBlock"/>
        <w:spacing w:line="360" w:lineRule="auto"/>
        <w:rPr>
          <w:rFonts w:cs="Arial"/>
        </w:rPr>
      </w:pPr>
      <w:r w:rsidRPr="00BE5DEA">
        <w:rPr>
          <w:rFonts w:cs="Arial"/>
          <w:sz w:val="17"/>
        </w:rPr>
        <w:t xml:space="preserve">        &lt;button class="menu-toggle" type="button" aria-expanded="false" aria-controls="primary-nav"&gt;Menu&lt;/button&gt;</w:t>
      </w:r>
    </w:p>
    <w:p w14:paraId="60602308" w14:textId="77777777" w:rsidR="00ED1788" w:rsidRPr="00BE5DEA" w:rsidRDefault="00000000" w:rsidP="00BE5DEA">
      <w:pPr>
        <w:pStyle w:val="CodeBlock"/>
        <w:spacing w:line="360" w:lineRule="auto"/>
        <w:rPr>
          <w:rFonts w:cs="Arial"/>
        </w:rPr>
      </w:pPr>
      <w:r w:rsidRPr="00BE5DEA">
        <w:rPr>
          <w:rFonts w:cs="Arial"/>
          <w:sz w:val="17"/>
        </w:rPr>
        <w:t xml:space="preserve">        &lt;ul class="nav-links" id="primary-nav"&gt;</w:t>
      </w:r>
    </w:p>
    <w:p w14:paraId="632CCEC2" w14:textId="77777777" w:rsidR="00ED1788" w:rsidRPr="00BE5DEA" w:rsidRDefault="00000000" w:rsidP="00BE5DEA">
      <w:pPr>
        <w:pStyle w:val="CodeBlock"/>
        <w:spacing w:line="360" w:lineRule="auto"/>
        <w:rPr>
          <w:rFonts w:cs="Arial"/>
        </w:rPr>
      </w:pPr>
      <w:r w:rsidRPr="00BE5DEA">
        <w:rPr>
          <w:rFonts w:cs="Arial"/>
          <w:sz w:val="17"/>
        </w:rPr>
        <w:t xml:space="preserve">          &lt;li&gt;&lt;a  href="index.html"&gt;Home&lt;/a&gt;&lt;/li&gt;</w:t>
      </w:r>
    </w:p>
    <w:p w14:paraId="4904D50C" w14:textId="77777777" w:rsidR="00ED1788" w:rsidRPr="00BE5DEA" w:rsidRDefault="00000000" w:rsidP="00BE5DEA">
      <w:pPr>
        <w:pStyle w:val="CodeBlock"/>
        <w:spacing w:line="360" w:lineRule="auto"/>
        <w:rPr>
          <w:rFonts w:cs="Arial"/>
        </w:rPr>
      </w:pPr>
      <w:r w:rsidRPr="00BE5DEA">
        <w:rPr>
          <w:rFonts w:cs="Arial"/>
          <w:sz w:val="17"/>
        </w:rPr>
        <w:t xml:space="preserve">          &lt;li&gt;&lt;a class="active" href="about.html"&gt;About&lt;/a&gt;&lt;/li&gt;</w:t>
      </w:r>
    </w:p>
    <w:p w14:paraId="596E0EC4" w14:textId="77777777" w:rsidR="00ED1788" w:rsidRPr="00BE5DEA" w:rsidRDefault="00000000" w:rsidP="00BE5DEA">
      <w:pPr>
        <w:pStyle w:val="CodeBlock"/>
        <w:spacing w:line="360" w:lineRule="auto"/>
        <w:rPr>
          <w:rFonts w:cs="Arial"/>
        </w:rPr>
      </w:pPr>
      <w:r w:rsidRPr="00BE5DEA">
        <w:rPr>
          <w:rFonts w:cs="Arial"/>
          <w:sz w:val="17"/>
        </w:rPr>
        <w:t xml:space="preserve">          &lt;li&gt;&lt;a  href="gallery.html"&gt;Gallery&lt;/a&gt;&lt;/li&gt;</w:t>
      </w:r>
    </w:p>
    <w:p w14:paraId="6E395423" w14:textId="77777777" w:rsidR="00ED1788" w:rsidRPr="00BE5DEA" w:rsidRDefault="00000000" w:rsidP="00BE5DEA">
      <w:pPr>
        <w:pStyle w:val="CodeBlock"/>
        <w:spacing w:line="360" w:lineRule="auto"/>
        <w:rPr>
          <w:rFonts w:cs="Arial"/>
        </w:rPr>
      </w:pPr>
      <w:r w:rsidRPr="00BE5DEA">
        <w:rPr>
          <w:rFonts w:cs="Arial"/>
          <w:sz w:val="17"/>
        </w:rPr>
        <w:t xml:space="preserve">          &lt;li&gt;&lt;a  href="contact.html"&gt;Contact&lt;/a&gt;&lt;/li&gt;</w:t>
      </w:r>
    </w:p>
    <w:p w14:paraId="285DA1E0" w14:textId="77777777" w:rsidR="00ED1788" w:rsidRPr="00BE5DEA" w:rsidRDefault="00000000" w:rsidP="00BE5DEA">
      <w:pPr>
        <w:pStyle w:val="CodeBlock"/>
        <w:spacing w:line="360" w:lineRule="auto"/>
        <w:rPr>
          <w:rFonts w:cs="Arial"/>
        </w:rPr>
      </w:pPr>
      <w:r w:rsidRPr="00BE5DEA">
        <w:rPr>
          <w:rFonts w:cs="Arial"/>
          <w:sz w:val="17"/>
        </w:rPr>
        <w:t xml:space="preserve">        &lt;/ul&gt;</w:t>
      </w:r>
    </w:p>
    <w:p w14:paraId="2B17DC3A"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4D686C58" w14:textId="77777777" w:rsidR="00ED1788" w:rsidRPr="00BE5DEA" w:rsidRDefault="00000000" w:rsidP="00BE5DEA">
      <w:pPr>
        <w:pStyle w:val="CodeBlock"/>
        <w:spacing w:line="360" w:lineRule="auto"/>
        <w:rPr>
          <w:rFonts w:cs="Arial"/>
        </w:rPr>
      </w:pPr>
      <w:r w:rsidRPr="00BE5DEA">
        <w:rPr>
          <w:rFonts w:cs="Arial"/>
          <w:sz w:val="17"/>
        </w:rPr>
        <w:t xml:space="preserve">    &lt;/header&gt;</w:t>
      </w:r>
    </w:p>
    <w:p w14:paraId="3A114C8D" w14:textId="77777777" w:rsidR="00ED1788" w:rsidRPr="00BE5DEA" w:rsidRDefault="00000000" w:rsidP="00BE5DEA">
      <w:pPr>
        <w:pStyle w:val="CodeBlock"/>
        <w:spacing w:line="360" w:lineRule="auto"/>
        <w:rPr>
          <w:rFonts w:cs="Arial"/>
        </w:rPr>
      </w:pPr>
      <w:r w:rsidRPr="00BE5DEA">
        <w:rPr>
          <w:rFonts w:cs="Arial"/>
          <w:sz w:val="17"/>
        </w:rPr>
        <w:t xml:space="preserve"> </w:t>
      </w:r>
    </w:p>
    <w:p w14:paraId="44B29C3B" w14:textId="77777777" w:rsidR="00ED1788" w:rsidRPr="00BE5DEA" w:rsidRDefault="00000000" w:rsidP="00BE5DEA">
      <w:pPr>
        <w:pStyle w:val="CodeBlock"/>
        <w:spacing w:line="360" w:lineRule="auto"/>
        <w:rPr>
          <w:rFonts w:cs="Arial"/>
        </w:rPr>
      </w:pPr>
      <w:r w:rsidRPr="00BE5DEA">
        <w:rPr>
          <w:rFonts w:cs="Arial"/>
          <w:sz w:val="17"/>
        </w:rPr>
        <w:t xml:space="preserve">  &lt;main id="main-content"&gt;</w:t>
      </w:r>
    </w:p>
    <w:p w14:paraId="13206990" w14:textId="77777777" w:rsidR="00ED1788" w:rsidRPr="00BE5DEA" w:rsidRDefault="00000000" w:rsidP="00BE5DEA">
      <w:pPr>
        <w:pStyle w:val="CodeBlock"/>
        <w:spacing w:line="360" w:lineRule="auto"/>
        <w:rPr>
          <w:rFonts w:cs="Arial"/>
        </w:rPr>
      </w:pPr>
      <w:r w:rsidRPr="00BE5DEA">
        <w:rPr>
          <w:rFonts w:cs="Arial"/>
          <w:sz w:val="17"/>
        </w:rPr>
        <w:t xml:space="preserve">    &lt;section class="hero" aria-label="Page introduction"&gt;</w:t>
      </w:r>
    </w:p>
    <w:p w14:paraId="5D7E82E4" w14:textId="77777777" w:rsidR="00ED1788" w:rsidRPr="00BE5DEA" w:rsidRDefault="00000000" w:rsidP="00BE5DEA">
      <w:pPr>
        <w:pStyle w:val="CodeBlock"/>
        <w:spacing w:line="360" w:lineRule="auto"/>
        <w:rPr>
          <w:rFonts w:cs="Arial"/>
        </w:rPr>
      </w:pPr>
      <w:r w:rsidRPr="00BE5DEA">
        <w:rPr>
          <w:rFonts w:cs="Arial"/>
          <w:sz w:val="17"/>
        </w:rPr>
        <w:t xml:space="preserve">      &lt;div class="container hero-content"&gt;</w:t>
      </w:r>
    </w:p>
    <w:p w14:paraId="59704CE7" w14:textId="77777777" w:rsidR="00ED1788" w:rsidRPr="00BE5DEA" w:rsidRDefault="00000000" w:rsidP="00BE5DEA">
      <w:pPr>
        <w:pStyle w:val="CodeBlock"/>
        <w:spacing w:line="360" w:lineRule="auto"/>
        <w:rPr>
          <w:rFonts w:cs="Arial"/>
        </w:rPr>
      </w:pPr>
      <w:r w:rsidRPr="00BE5DEA">
        <w:rPr>
          <w:rFonts w:cs="Arial"/>
          <w:sz w:val="17"/>
        </w:rPr>
        <w:t xml:space="preserve">        &lt;h1&gt;About the brand and the idea behind it&lt;/h1&gt;</w:t>
      </w:r>
    </w:p>
    <w:p w14:paraId="44431F39" w14:textId="77777777" w:rsidR="00ED1788" w:rsidRPr="00BE5DEA" w:rsidRDefault="00000000" w:rsidP="00BE5DEA">
      <w:pPr>
        <w:pStyle w:val="CodeBlock"/>
        <w:spacing w:line="360" w:lineRule="auto"/>
        <w:rPr>
          <w:rFonts w:cs="Arial"/>
        </w:rPr>
      </w:pPr>
      <w:r w:rsidRPr="00BE5DEA">
        <w:rPr>
          <w:rFonts w:cs="Arial"/>
          <w:sz w:val="17"/>
        </w:rPr>
        <w:t xml:space="preserve">        &lt;p&gt;This website presents photography connected to Mecca and Madina through images of the Kaaba, Masjid al-Haram, Al-Masjid an-Nabawi, and the Makkah Clock Tower. The subject is approached in a calm and respectful way, with the pages focused on atmosphere, scale, light, and architectural presence.&lt;/p&gt;</w:t>
      </w:r>
    </w:p>
    <w:p w14:paraId="5E11975C" w14:textId="77777777" w:rsidR="00ED1788" w:rsidRPr="00BE5DEA" w:rsidRDefault="00000000" w:rsidP="00BE5DEA">
      <w:pPr>
        <w:pStyle w:val="CodeBlock"/>
        <w:spacing w:line="360" w:lineRule="auto"/>
        <w:rPr>
          <w:rFonts w:cs="Arial"/>
        </w:rPr>
      </w:pPr>
      <w:r w:rsidRPr="00BE5DEA">
        <w:rPr>
          <w:rFonts w:cs="Arial"/>
          <w:sz w:val="17"/>
        </w:rPr>
        <w:t xml:space="preserve">        &lt;div class="button-row"&gt;&lt;a class="btn btn-secondary" href="index.html"&gt;Back to Home&lt;/a&gt;&lt;a class="btn btn-primary" href="gallery.html"&gt;Open Gallery&lt;/a&gt;&lt;/div&gt;</w:t>
      </w:r>
    </w:p>
    <w:p w14:paraId="63E89377"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6C6E1D69" w14:textId="77777777" w:rsidR="00ED1788" w:rsidRPr="00BE5DEA" w:rsidRDefault="00000000" w:rsidP="00BE5DEA">
      <w:pPr>
        <w:pStyle w:val="CodeBlock"/>
        <w:spacing w:line="360" w:lineRule="auto"/>
        <w:rPr>
          <w:rFonts w:cs="Arial"/>
        </w:rPr>
      </w:pPr>
      <w:r w:rsidRPr="00BE5DEA">
        <w:rPr>
          <w:rFonts w:cs="Arial"/>
          <w:sz w:val="17"/>
        </w:rPr>
        <w:t xml:space="preserve">    &lt;/section&gt;</w:t>
      </w:r>
    </w:p>
    <w:p w14:paraId="576B3589"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w:t>
      </w:r>
    </w:p>
    <w:p w14:paraId="46F1B44B" w14:textId="77777777" w:rsidR="00ED1788" w:rsidRPr="00BE5DEA" w:rsidRDefault="00000000" w:rsidP="00BE5DEA">
      <w:pPr>
        <w:pStyle w:val="CodeBlock"/>
        <w:spacing w:line="360" w:lineRule="auto"/>
        <w:rPr>
          <w:rFonts w:cs="Arial"/>
        </w:rPr>
      </w:pPr>
      <w:r w:rsidRPr="00BE5DEA">
        <w:rPr>
          <w:rFonts w:cs="Arial"/>
          <w:sz w:val="17"/>
        </w:rPr>
        <w:t>&lt;section class="section section-alt"&gt;</w:t>
      </w:r>
    </w:p>
    <w:p w14:paraId="419E6DD3" w14:textId="77777777" w:rsidR="00ED1788" w:rsidRPr="00BE5DEA" w:rsidRDefault="00000000" w:rsidP="00BE5DEA">
      <w:pPr>
        <w:pStyle w:val="CodeBlock"/>
        <w:spacing w:line="360" w:lineRule="auto"/>
        <w:rPr>
          <w:rFonts w:cs="Arial"/>
        </w:rPr>
      </w:pPr>
      <w:r w:rsidRPr="00BE5DEA">
        <w:rPr>
          <w:rFonts w:cs="Arial"/>
          <w:sz w:val="17"/>
        </w:rPr>
        <w:t xml:space="preserve">  &lt;div class="container grid-2"&gt;</w:t>
      </w:r>
    </w:p>
    <w:p w14:paraId="75E8038D"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60DD3880" w14:textId="77777777" w:rsidR="00ED1788" w:rsidRPr="00BE5DEA" w:rsidRDefault="00000000" w:rsidP="00BE5DEA">
      <w:pPr>
        <w:pStyle w:val="CodeBlock"/>
        <w:spacing w:line="360" w:lineRule="auto"/>
        <w:rPr>
          <w:rFonts w:cs="Arial"/>
        </w:rPr>
      </w:pPr>
      <w:r w:rsidRPr="00BE5DEA">
        <w:rPr>
          <w:rFonts w:cs="Arial"/>
          <w:sz w:val="17"/>
        </w:rPr>
        <w:t xml:space="preserve">      &lt;h2&gt;About the brand&lt;/h2&gt;</w:t>
      </w:r>
    </w:p>
    <w:p w14:paraId="21CD5F24" w14:textId="77777777" w:rsidR="00ED1788" w:rsidRPr="00BE5DEA" w:rsidRDefault="00000000" w:rsidP="00BE5DEA">
      <w:pPr>
        <w:pStyle w:val="CodeBlock"/>
        <w:spacing w:line="360" w:lineRule="auto"/>
        <w:rPr>
          <w:rFonts w:cs="Arial"/>
        </w:rPr>
      </w:pPr>
      <w:r w:rsidRPr="00BE5DEA">
        <w:rPr>
          <w:rFonts w:cs="Arial"/>
          <w:sz w:val="17"/>
        </w:rPr>
        <w:t xml:space="preserve">      &lt;p class="lead"&gt;This website presents photography connected to Mecca and Madina through images of the Kaaba, Masjid al-Haram, Al-Masjid an-Nabawi, and the Makkah Clock Tower. The subject is approached in a calm and respectful way, with the pages focused on atmosphere, scale, light, and architectural presence.&lt;/p&gt;</w:t>
      </w:r>
    </w:p>
    <w:p w14:paraId="5EC7BD58" w14:textId="77777777" w:rsidR="00ED1788" w:rsidRPr="00BE5DEA" w:rsidRDefault="00000000" w:rsidP="00BE5DEA">
      <w:pPr>
        <w:pStyle w:val="CodeBlock"/>
        <w:spacing w:line="360" w:lineRule="auto"/>
        <w:rPr>
          <w:rFonts w:cs="Arial"/>
        </w:rPr>
      </w:pPr>
      <w:r w:rsidRPr="00BE5DEA">
        <w:rPr>
          <w:rFonts w:cs="Arial"/>
          <w:sz w:val="17"/>
        </w:rPr>
        <w:t xml:space="preserve">      &lt;p&gt;The image selection centres on well-known landmarks and pilgrimage spaces. Across the pages, the photographs show the sacred centre of Mecca, the surrounding mosque complex, Al-Masjid an-Nabawi in Madina, and elevated city views that place these sites in their wider urban setting.&lt;/p&gt;</w:t>
      </w:r>
    </w:p>
    <w:p w14:paraId="2FB7CDEF" w14:textId="77777777" w:rsidR="00ED1788" w:rsidRPr="00BE5DEA" w:rsidRDefault="00000000" w:rsidP="00BE5DEA">
      <w:pPr>
        <w:pStyle w:val="CodeBlock"/>
        <w:spacing w:line="360" w:lineRule="auto"/>
        <w:rPr>
          <w:rFonts w:cs="Arial"/>
        </w:rPr>
      </w:pPr>
      <w:r w:rsidRPr="00BE5DEA">
        <w:rPr>
          <w:rFonts w:cs="Arial"/>
          <w:sz w:val="17"/>
        </w:rPr>
        <w:t xml:space="preserve">      &lt;ul class="feature-list"&gt;</w:t>
      </w:r>
    </w:p>
    <w:p w14:paraId="3964120E" w14:textId="77777777" w:rsidR="00ED1788" w:rsidRPr="00BE5DEA" w:rsidRDefault="00000000" w:rsidP="00BE5DEA">
      <w:pPr>
        <w:pStyle w:val="CodeBlock"/>
        <w:spacing w:line="360" w:lineRule="auto"/>
        <w:rPr>
          <w:rFonts w:cs="Arial"/>
        </w:rPr>
      </w:pPr>
      <w:r w:rsidRPr="00BE5DEA">
        <w:rPr>
          <w:rFonts w:cs="Arial"/>
          <w:sz w:val="17"/>
        </w:rPr>
        <w:t xml:space="preserve">        &lt;li&gt;The main image on the site shows the Kaaba and the central sacred space of Masjid al-Haram.&lt;/li&gt;</w:t>
      </w:r>
    </w:p>
    <w:p w14:paraId="4F1580D2" w14:textId="77777777" w:rsidR="00ED1788" w:rsidRPr="00BE5DEA" w:rsidRDefault="00000000" w:rsidP="00BE5DEA">
      <w:pPr>
        <w:pStyle w:val="CodeBlock"/>
        <w:spacing w:line="360" w:lineRule="auto"/>
        <w:rPr>
          <w:rFonts w:cs="Arial"/>
        </w:rPr>
      </w:pPr>
      <w:r w:rsidRPr="00BE5DEA">
        <w:rPr>
          <w:rFonts w:cs="Arial"/>
          <w:sz w:val="17"/>
        </w:rPr>
        <w:t xml:space="preserve">        &lt;li&gt;Other images include the Makkah Clock Tower and wider views around the mosque complex.&lt;/li&gt;</w:t>
      </w:r>
    </w:p>
    <w:p w14:paraId="06FBDB0C" w14:textId="77777777" w:rsidR="00ED1788" w:rsidRPr="00BE5DEA" w:rsidRDefault="00000000" w:rsidP="00BE5DEA">
      <w:pPr>
        <w:pStyle w:val="CodeBlock"/>
        <w:spacing w:line="360" w:lineRule="auto"/>
        <w:rPr>
          <w:rFonts w:cs="Arial"/>
        </w:rPr>
      </w:pPr>
      <w:r w:rsidRPr="00BE5DEA">
        <w:rPr>
          <w:rFonts w:cs="Arial"/>
          <w:sz w:val="17"/>
        </w:rPr>
        <w:t xml:space="preserve">        &lt;li&gt;The gallery page combines close sacred-site views with broader architectural scenes from Mecca.&lt;/li&gt;</w:t>
      </w:r>
    </w:p>
    <w:p w14:paraId="070F1E46" w14:textId="77777777" w:rsidR="00ED1788" w:rsidRPr="00BE5DEA" w:rsidRDefault="00000000" w:rsidP="00BE5DEA">
      <w:pPr>
        <w:pStyle w:val="CodeBlock"/>
        <w:spacing w:line="360" w:lineRule="auto"/>
        <w:rPr>
          <w:rFonts w:cs="Arial"/>
        </w:rPr>
      </w:pPr>
      <w:r w:rsidRPr="00BE5DEA">
        <w:rPr>
          <w:rFonts w:cs="Arial"/>
          <w:sz w:val="17"/>
        </w:rPr>
        <w:t xml:space="preserve">        &lt;li&gt;The pages stay focused on the same subject from one section to the next.&lt;/li&gt;</w:t>
      </w:r>
    </w:p>
    <w:p w14:paraId="6A091EC5" w14:textId="77777777" w:rsidR="00ED1788" w:rsidRPr="00BE5DEA" w:rsidRDefault="00000000" w:rsidP="00BE5DEA">
      <w:pPr>
        <w:pStyle w:val="CodeBlock"/>
        <w:spacing w:line="360" w:lineRule="auto"/>
        <w:rPr>
          <w:rFonts w:cs="Arial"/>
        </w:rPr>
      </w:pPr>
      <w:r w:rsidRPr="00BE5DEA">
        <w:rPr>
          <w:rFonts w:cs="Arial"/>
          <w:sz w:val="17"/>
        </w:rPr>
        <w:t xml:space="preserve">      &lt;/ul&gt;</w:t>
      </w:r>
    </w:p>
    <w:p w14:paraId="7AEE665F"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26DA3F8D" w14:textId="77777777" w:rsidR="00ED1788" w:rsidRPr="00BE5DEA" w:rsidRDefault="00000000" w:rsidP="00BE5DEA">
      <w:pPr>
        <w:pStyle w:val="CodeBlock"/>
        <w:spacing w:line="360" w:lineRule="auto"/>
        <w:rPr>
          <w:rFonts w:cs="Arial"/>
        </w:rPr>
      </w:pPr>
      <w:r w:rsidRPr="00BE5DEA">
        <w:rPr>
          <w:rFonts w:cs="Arial"/>
          <w:sz w:val="17"/>
        </w:rPr>
        <w:t xml:space="preserve">    &lt;div class="card"&gt;</w:t>
      </w:r>
    </w:p>
    <w:p w14:paraId="1DC4D393" w14:textId="77777777" w:rsidR="00ED1788" w:rsidRPr="00BE5DEA" w:rsidRDefault="00000000" w:rsidP="00BE5DEA">
      <w:pPr>
        <w:pStyle w:val="CodeBlock"/>
        <w:spacing w:line="360" w:lineRule="auto"/>
        <w:rPr>
          <w:rFonts w:cs="Arial"/>
        </w:rPr>
      </w:pPr>
      <w:r w:rsidRPr="00BE5DEA">
        <w:rPr>
          <w:rFonts w:cs="Arial"/>
          <w:sz w:val="17"/>
        </w:rPr>
        <w:t xml:space="preserve">      &lt;img src="https://commons.wikimedia.org/wiki/Special:Redirect/file/Kaaba%20%281%29%20Makkah%20%28Mecca%29.jpg" alt="About page image"&gt;</w:t>
      </w:r>
    </w:p>
    <w:p w14:paraId="22F56F98" w14:textId="77777777" w:rsidR="00ED1788" w:rsidRPr="00BE5DEA" w:rsidRDefault="00000000" w:rsidP="00BE5DEA">
      <w:pPr>
        <w:pStyle w:val="CodeBlock"/>
        <w:spacing w:line="360" w:lineRule="auto"/>
        <w:rPr>
          <w:rFonts w:cs="Arial"/>
        </w:rPr>
      </w:pPr>
      <w:r w:rsidRPr="00BE5DEA">
        <w:rPr>
          <w:rFonts w:cs="Arial"/>
          <w:sz w:val="17"/>
        </w:rPr>
        <w:t xml:space="preserve">      &lt;div class="card-body"&gt;</w:t>
      </w:r>
    </w:p>
    <w:p w14:paraId="3CC6CEBE" w14:textId="77777777" w:rsidR="00ED1788" w:rsidRPr="00BE5DEA" w:rsidRDefault="00000000" w:rsidP="00BE5DEA">
      <w:pPr>
        <w:pStyle w:val="CodeBlock"/>
        <w:spacing w:line="360" w:lineRule="auto"/>
        <w:rPr>
          <w:rFonts w:cs="Arial"/>
        </w:rPr>
      </w:pPr>
      <w:r w:rsidRPr="00BE5DEA">
        <w:rPr>
          <w:rFonts w:cs="Arial"/>
          <w:sz w:val="17"/>
        </w:rPr>
        <w:t xml:space="preserve">        &lt;h3&gt;Design focus&lt;/h3&gt;</w:t>
      </w:r>
    </w:p>
    <w:p w14:paraId="31F63587" w14:textId="77777777" w:rsidR="00ED1788" w:rsidRPr="00BE5DEA" w:rsidRDefault="00000000" w:rsidP="00BE5DEA">
      <w:pPr>
        <w:pStyle w:val="CodeBlock"/>
        <w:spacing w:line="360" w:lineRule="auto"/>
        <w:rPr>
          <w:rFonts w:cs="Arial"/>
        </w:rPr>
      </w:pPr>
      <w:r w:rsidRPr="00BE5DEA">
        <w:rPr>
          <w:rFonts w:cs="Arial"/>
          <w:sz w:val="17"/>
        </w:rPr>
        <w:t xml:space="preserve">        &lt;p&gt;The photograph on this page continues the subject by showing another recognisable view of Mecca and its sacred setting.&lt;/p&gt;</w:t>
      </w:r>
    </w:p>
    <w:p w14:paraId="4D70421A"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66A4B2EA"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5770A22F"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170AC37D" w14:textId="77777777" w:rsidR="00ED1788" w:rsidRPr="00BE5DEA" w:rsidRDefault="00000000" w:rsidP="00BE5DEA">
      <w:pPr>
        <w:pStyle w:val="CodeBlock"/>
        <w:spacing w:line="360" w:lineRule="auto"/>
        <w:rPr>
          <w:rFonts w:cs="Arial"/>
        </w:rPr>
      </w:pPr>
      <w:r w:rsidRPr="00BE5DEA">
        <w:rPr>
          <w:rFonts w:cs="Arial"/>
          <w:sz w:val="17"/>
        </w:rPr>
        <w:t>&lt;/section&gt;</w:t>
      </w:r>
    </w:p>
    <w:p w14:paraId="12FA40CB" w14:textId="77777777" w:rsidR="00ED1788" w:rsidRPr="00BE5DEA" w:rsidRDefault="00000000" w:rsidP="00BE5DEA">
      <w:pPr>
        <w:pStyle w:val="CodeBlock"/>
        <w:spacing w:line="360" w:lineRule="auto"/>
        <w:rPr>
          <w:rFonts w:cs="Arial"/>
        </w:rPr>
      </w:pPr>
      <w:r w:rsidRPr="00BE5DEA">
        <w:rPr>
          <w:rFonts w:cs="Arial"/>
          <w:sz w:val="17"/>
        </w:rPr>
        <w:t xml:space="preserve"> </w:t>
      </w:r>
    </w:p>
    <w:p w14:paraId="25946FEF" w14:textId="77777777" w:rsidR="00ED1788" w:rsidRPr="00BE5DEA" w:rsidRDefault="00000000" w:rsidP="00BE5DEA">
      <w:pPr>
        <w:pStyle w:val="CodeBlock"/>
        <w:spacing w:line="360" w:lineRule="auto"/>
        <w:rPr>
          <w:rFonts w:cs="Arial"/>
        </w:rPr>
      </w:pPr>
      <w:r w:rsidRPr="00BE5DEA">
        <w:rPr>
          <w:rFonts w:cs="Arial"/>
          <w:sz w:val="17"/>
        </w:rPr>
        <w:t xml:space="preserve">  &lt;/main&gt;</w:t>
      </w:r>
    </w:p>
    <w:p w14:paraId="4A96E28A" w14:textId="77777777" w:rsidR="00ED1788" w:rsidRPr="00BE5DEA" w:rsidRDefault="00000000" w:rsidP="00BE5DEA">
      <w:pPr>
        <w:pStyle w:val="CodeBlock"/>
        <w:spacing w:line="360" w:lineRule="auto"/>
        <w:rPr>
          <w:rFonts w:cs="Arial"/>
        </w:rPr>
      </w:pPr>
      <w:r w:rsidRPr="00BE5DEA">
        <w:rPr>
          <w:rFonts w:cs="Arial"/>
          <w:sz w:val="17"/>
        </w:rPr>
        <w:t xml:space="preserve">  &lt;footer class="footer"&gt;</w:t>
      </w:r>
    </w:p>
    <w:p w14:paraId="197DA340" w14:textId="77777777" w:rsidR="00ED1788" w:rsidRPr="00BE5DEA" w:rsidRDefault="00000000" w:rsidP="00BE5DEA">
      <w:pPr>
        <w:pStyle w:val="CodeBlock"/>
        <w:spacing w:line="360" w:lineRule="auto"/>
        <w:rPr>
          <w:rFonts w:cs="Arial"/>
        </w:rPr>
      </w:pPr>
      <w:r w:rsidRPr="00BE5DEA">
        <w:rPr>
          <w:rFonts w:cs="Arial"/>
          <w:sz w:val="17"/>
        </w:rPr>
        <w:t xml:space="preserve">    &lt;div class="container footer-grid"&gt;</w:t>
      </w:r>
    </w:p>
    <w:p w14:paraId="03EC7CEF"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22819685" w14:textId="77777777" w:rsidR="00ED1788" w:rsidRPr="00BE5DEA" w:rsidRDefault="00000000" w:rsidP="00BE5DEA">
      <w:pPr>
        <w:pStyle w:val="CodeBlock"/>
        <w:spacing w:line="360" w:lineRule="auto"/>
        <w:rPr>
          <w:rFonts w:cs="Arial"/>
        </w:rPr>
      </w:pPr>
      <w:r w:rsidRPr="00BE5DEA">
        <w:rPr>
          <w:rFonts w:cs="Arial"/>
          <w:sz w:val="17"/>
        </w:rPr>
        <w:t xml:space="preserve">        &lt;h2&gt;Ahmad Mecca Photography&lt;/h2&gt;</w:t>
      </w:r>
    </w:p>
    <w:p w14:paraId="607840E9" w14:textId="77777777" w:rsidR="00ED1788" w:rsidRPr="00BE5DEA" w:rsidRDefault="00000000" w:rsidP="00BE5DEA">
      <w:pPr>
        <w:pStyle w:val="CodeBlock"/>
        <w:spacing w:line="360" w:lineRule="auto"/>
        <w:rPr>
          <w:rFonts w:cs="Arial"/>
        </w:rPr>
      </w:pPr>
      <w:r w:rsidRPr="00BE5DEA">
        <w:rPr>
          <w:rFonts w:cs="Arial"/>
          <w:sz w:val="17"/>
        </w:rPr>
        <w:t xml:space="preserve">        &lt;p&gt;The image selection centres on well-known landmarks and pilgrimage spaces. Across the pages, the photographs show the sacred centre of Mecca, the surrounding mosque complex, Al-Masjid an-Nabawi in Madina, and elevated city views that place these sites in their wider urban setting.&lt;/p&gt;</w:t>
      </w:r>
    </w:p>
    <w:p w14:paraId="005F0743"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58A635EF"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7B6FEC30" w14:textId="77777777" w:rsidR="00ED1788" w:rsidRPr="00BE5DEA" w:rsidRDefault="00000000" w:rsidP="00BE5DEA">
      <w:pPr>
        <w:pStyle w:val="CodeBlock"/>
        <w:spacing w:line="360" w:lineRule="auto"/>
        <w:rPr>
          <w:rFonts w:cs="Arial"/>
        </w:rPr>
      </w:pPr>
      <w:r w:rsidRPr="00BE5DEA">
        <w:rPr>
          <w:rFonts w:cs="Arial"/>
          <w:sz w:val="17"/>
        </w:rPr>
        <w:t xml:space="preserve">        &lt;h3&gt;Pages&lt;/h3&gt;</w:t>
      </w:r>
    </w:p>
    <w:p w14:paraId="0FC4D7EA" w14:textId="77777777" w:rsidR="00ED1788" w:rsidRPr="00BE5DEA" w:rsidRDefault="00000000" w:rsidP="00BE5DEA">
      <w:pPr>
        <w:pStyle w:val="CodeBlock"/>
        <w:spacing w:line="360" w:lineRule="auto"/>
        <w:rPr>
          <w:rFonts w:cs="Arial"/>
        </w:rPr>
      </w:pPr>
      <w:r w:rsidRPr="00BE5DEA">
        <w:rPr>
          <w:rFonts w:cs="Arial"/>
          <w:sz w:val="17"/>
        </w:rPr>
        <w:t xml:space="preserve">        &lt;p&gt;&lt;a href="index.html"&gt;Home&lt;/a&gt;&lt;br&gt;&lt;a href="about.html"&gt;About&lt;/a&gt;&lt;br&gt;&lt;a href="gallery.html"&gt;Gallery&lt;/a&gt;&lt;br&gt;&lt;a href="contact.html"&gt;Contact&lt;/a&gt;&lt;/p&gt;</w:t>
      </w:r>
    </w:p>
    <w:p w14:paraId="0D9BE3D5"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&lt;/div&gt;</w:t>
      </w:r>
    </w:p>
    <w:p w14:paraId="30802238"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3EAD8EE4" w14:textId="77777777" w:rsidR="00ED1788" w:rsidRPr="00BE5DEA" w:rsidRDefault="00000000" w:rsidP="00BE5DEA">
      <w:pPr>
        <w:pStyle w:val="CodeBlock"/>
        <w:spacing w:line="360" w:lineRule="auto"/>
        <w:rPr>
          <w:rFonts w:cs="Arial"/>
        </w:rPr>
      </w:pPr>
      <w:r w:rsidRPr="00BE5DEA">
        <w:rPr>
          <w:rFonts w:cs="Arial"/>
          <w:sz w:val="17"/>
        </w:rPr>
        <w:t xml:space="preserve">        &lt;h3&gt;Contact&lt;/h3&gt;</w:t>
      </w:r>
    </w:p>
    <w:p w14:paraId="234FA4C9" w14:textId="77777777" w:rsidR="00ED1788" w:rsidRPr="00BE5DEA" w:rsidRDefault="00000000" w:rsidP="00BE5DEA">
      <w:pPr>
        <w:pStyle w:val="CodeBlock"/>
        <w:spacing w:line="360" w:lineRule="auto"/>
        <w:rPr>
          <w:rFonts w:cs="Arial"/>
        </w:rPr>
      </w:pPr>
      <w:r w:rsidRPr="00BE5DEA">
        <w:rPr>
          <w:rFonts w:cs="Arial"/>
          <w:sz w:val="17"/>
        </w:rPr>
        <w:t xml:space="preserve">        &lt;p&gt;Email: info@example.com&lt;br&gt;Phone: +44 20 0000 0000&lt;br&gt;&amp;copy; &lt;span id="year"&gt;&lt;/span&gt;&lt;/p&gt;</w:t>
      </w:r>
    </w:p>
    <w:p w14:paraId="41717256"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383C1360"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73C02450" w14:textId="77777777" w:rsidR="00ED1788" w:rsidRPr="00BE5DEA" w:rsidRDefault="00000000" w:rsidP="00BE5DEA">
      <w:pPr>
        <w:pStyle w:val="CodeBlock"/>
        <w:spacing w:line="360" w:lineRule="auto"/>
        <w:rPr>
          <w:rFonts w:cs="Arial"/>
        </w:rPr>
      </w:pPr>
      <w:r w:rsidRPr="00BE5DEA">
        <w:rPr>
          <w:rFonts w:cs="Arial"/>
          <w:sz w:val="17"/>
        </w:rPr>
        <w:t xml:space="preserve">  &lt;/footer&gt;</w:t>
      </w:r>
    </w:p>
    <w:p w14:paraId="2D3DF41F" w14:textId="77777777" w:rsidR="00ED1788" w:rsidRPr="00BE5DEA" w:rsidRDefault="00000000" w:rsidP="00BE5DEA">
      <w:pPr>
        <w:pStyle w:val="CodeBlock"/>
        <w:spacing w:line="360" w:lineRule="auto"/>
        <w:rPr>
          <w:rFonts w:cs="Arial"/>
        </w:rPr>
      </w:pPr>
      <w:r w:rsidRPr="00BE5DEA">
        <w:rPr>
          <w:rFonts w:cs="Arial"/>
          <w:sz w:val="17"/>
        </w:rPr>
        <w:t>&lt;/body&gt;</w:t>
      </w:r>
    </w:p>
    <w:p w14:paraId="3CCB01D5" w14:textId="77777777" w:rsidR="00ED1788" w:rsidRPr="00BE5DEA" w:rsidRDefault="00000000" w:rsidP="00BE5DEA">
      <w:pPr>
        <w:pStyle w:val="CodeBlock"/>
        <w:spacing w:line="360" w:lineRule="auto"/>
        <w:rPr>
          <w:rFonts w:cs="Arial"/>
        </w:rPr>
      </w:pPr>
      <w:r w:rsidRPr="00BE5DEA">
        <w:rPr>
          <w:rFonts w:cs="Arial"/>
          <w:sz w:val="17"/>
        </w:rPr>
        <w:t>&lt;/html&gt;</w:t>
      </w:r>
    </w:p>
    <w:p w14:paraId="53122789" w14:textId="77777777" w:rsidR="00ED1788" w:rsidRPr="00BE5DEA" w:rsidRDefault="00000000" w:rsidP="00BE5DEA">
      <w:pPr>
        <w:pStyle w:val="CodeBlock"/>
        <w:spacing w:line="360" w:lineRule="auto"/>
        <w:rPr>
          <w:rFonts w:cs="Arial"/>
        </w:rPr>
      </w:pPr>
      <w:r w:rsidRPr="00BE5DEA">
        <w:rPr>
          <w:rFonts w:cs="Arial"/>
          <w:sz w:val="17"/>
        </w:rPr>
        <w:t xml:space="preserve"> </w:t>
      </w:r>
    </w:p>
    <w:p w14:paraId="7A83A6D5" w14:textId="77777777" w:rsidR="00ED1788" w:rsidRPr="00BE5DEA" w:rsidRDefault="00000000" w:rsidP="00BE5DEA">
      <w:pPr>
        <w:pStyle w:val="Heading1"/>
        <w:rPr>
          <w:rFonts w:ascii="Arial" w:hAnsi="Arial" w:cs="Arial"/>
        </w:rPr>
      </w:pPr>
      <w:bookmarkStart w:id="19" w:name="_Toc226023209"/>
      <w:r w:rsidRPr="00BE5DEA">
        <w:rPr>
          <w:rFonts w:ascii="Arial" w:eastAsia="Arial" w:hAnsi="Arial" w:cs="Arial"/>
          <w:sz w:val="22"/>
        </w:rPr>
        <w:t>Appendix C. gallery.html</w:t>
      </w:r>
      <w:bookmarkEnd w:id="19"/>
    </w:p>
    <w:p w14:paraId="27A42115" w14:textId="77777777" w:rsidR="00ED1788" w:rsidRPr="00BE5DEA" w:rsidRDefault="00000000" w:rsidP="00BE5DEA">
      <w:pPr>
        <w:pStyle w:val="CodeBlock"/>
        <w:spacing w:line="360" w:lineRule="auto"/>
        <w:rPr>
          <w:rFonts w:cs="Arial"/>
        </w:rPr>
      </w:pPr>
      <w:r w:rsidRPr="00BE5DEA">
        <w:rPr>
          <w:rFonts w:cs="Arial"/>
          <w:sz w:val="17"/>
        </w:rPr>
        <w:t>&lt;!DOCTYPE html&gt;</w:t>
      </w:r>
    </w:p>
    <w:p w14:paraId="5E95E517" w14:textId="77777777" w:rsidR="00ED1788" w:rsidRPr="00BE5DEA" w:rsidRDefault="00000000" w:rsidP="00BE5DEA">
      <w:pPr>
        <w:pStyle w:val="CodeBlock"/>
        <w:spacing w:line="360" w:lineRule="auto"/>
        <w:rPr>
          <w:rFonts w:cs="Arial"/>
        </w:rPr>
      </w:pPr>
      <w:r w:rsidRPr="00BE5DEA">
        <w:rPr>
          <w:rFonts w:cs="Arial"/>
          <w:sz w:val="17"/>
        </w:rPr>
        <w:t>&lt;html lang="en"&gt;</w:t>
      </w:r>
    </w:p>
    <w:p w14:paraId="3782819E" w14:textId="77777777" w:rsidR="00ED1788" w:rsidRPr="00BE5DEA" w:rsidRDefault="00000000" w:rsidP="00BE5DEA">
      <w:pPr>
        <w:pStyle w:val="CodeBlock"/>
        <w:spacing w:line="360" w:lineRule="auto"/>
        <w:rPr>
          <w:rFonts w:cs="Arial"/>
        </w:rPr>
      </w:pPr>
      <w:r w:rsidRPr="00BE5DEA">
        <w:rPr>
          <w:rFonts w:cs="Arial"/>
          <w:sz w:val="17"/>
        </w:rPr>
        <w:t>&lt;head&gt;</w:t>
      </w:r>
    </w:p>
    <w:p w14:paraId="24B35135" w14:textId="77777777" w:rsidR="00ED1788" w:rsidRPr="00BE5DEA" w:rsidRDefault="00000000" w:rsidP="00BE5DEA">
      <w:pPr>
        <w:pStyle w:val="CodeBlock"/>
        <w:spacing w:line="360" w:lineRule="auto"/>
        <w:rPr>
          <w:rFonts w:cs="Arial"/>
        </w:rPr>
      </w:pPr>
      <w:r w:rsidRPr="00BE5DEA">
        <w:rPr>
          <w:rFonts w:cs="Arial"/>
          <w:sz w:val="17"/>
        </w:rPr>
        <w:t xml:space="preserve">  &lt;meta charset="UTF-8"&gt;</w:t>
      </w:r>
    </w:p>
    <w:p w14:paraId="0E3F2AAF" w14:textId="77777777" w:rsidR="00ED1788" w:rsidRPr="00BE5DEA" w:rsidRDefault="00000000" w:rsidP="00BE5DEA">
      <w:pPr>
        <w:pStyle w:val="CodeBlock"/>
        <w:spacing w:line="360" w:lineRule="auto"/>
        <w:rPr>
          <w:rFonts w:cs="Arial"/>
        </w:rPr>
      </w:pPr>
      <w:r w:rsidRPr="00BE5DEA">
        <w:rPr>
          <w:rFonts w:cs="Arial"/>
          <w:sz w:val="17"/>
        </w:rPr>
        <w:t xml:space="preserve">  &lt;meta name="viewport" content="width=device-width, initial-scale=1.0"&gt;</w:t>
      </w:r>
    </w:p>
    <w:p w14:paraId="2855398B" w14:textId="77777777" w:rsidR="00ED1788" w:rsidRPr="00BE5DEA" w:rsidRDefault="00000000" w:rsidP="00BE5DEA">
      <w:pPr>
        <w:pStyle w:val="CodeBlock"/>
        <w:spacing w:line="360" w:lineRule="auto"/>
        <w:rPr>
          <w:rFonts w:cs="Arial"/>
        </w:rPr>
      </w:pPr>
      <w:r w:rsidRPr="00BE5DEA">
        <w:rPr>
          <w:rFonts w:cs="Arial"/>
          <w:sz w:val="17"/>
        </w:rPr>
        <w:t xml:space="preserve">  &lt;title&gt;Ahmad Mecca Photography | Gallery&lt;/title&gt;</w:t>
      </w:r>
    </w:p>
    <w:p w14:paraId="688D4549" w14:textId="77777777" w:rsidR="00ED1788" w:rsidRPr="00BE5DEA" w:rsidRDefault="00000000" w:rsidP="00BE5DEA">
      <w:pPr>
        <w:pStyle w:val="CodeBlock"/>
        <w:spacing w:line="360" w:lineRule="auto"/>
        <w:rPr>
          <w:rFonts w:cs="Arial"/>
        </w:rPr>
      </w:pPr>
      <w:r w:rsidRPr="00BE5DEA">
        <w:rPr>
          <w:rFonts w:cs="Arial"/>
          <w:sz w:val="17"/>
        </w:rPr>
        <w:t xml:space="preserve">  &lt;meta name="description" content="Gallery page"&gt;</w:t>
      </w:r>
    </w:p>
    <w:p w14:paraId="0EA7FFC7" w14:textId="77777777" w:rsidR="00ED1788" w:rsidRPr="00BE5DEA" w:rsidRDefault="00000000" w:rsidP="00BE5DEA">
      <w:pPr>
        <w:pStyle w:val="CodeBlock"/>
        <w:spacing w:line="360" w:lineRule="auto"/>
        <w:rPr>
          <w:rFonts w:cs="Arial"/>
        </w:rPr>
      </w:pPr>
      <w:r w:rsidRPr="00BE5DEA">
        <w:rPr>
          <w:rFonts w:cs="Arial"/>
          <w:sz w:val="17"/>
        </w:rPr>
        <w:t xml:space="preserve">  &lt;meta name="author" content="Ahmad Kassabi"&gt;</w:t>
      </w:r>
    </w:p>
    <w:p w14:paraId="5E0C2B3D" w14:textId="77777777" w:rsidR="00ED1788" w:rsidRPr="00BE5DEA" w:rsidRDefault="00000000" w:rsidP="00BE5DEA">
      <w:pPr>
        <w:pStyle w:val="CodeBlock"/>
        <w:spacing w:line="360" w:lineRule="auto"/>
        <w:rPr>
          <w:rFonts w:cs="Arial"/>
        </w:rPr>
      </w:pPr>
      <w:r w:rsidRPr="00BE5DEA">
        <w:rPr>
          <w:rFonts w:cs="Arial"/>
          <w:sz w:val="17"/>
        </w:rPr>
        <w:t xml:space="preserve">  &lt;link rel="stylesheet" href="style.css"&gt;</w:t>
      </w:r>
    </w:p>
    <w:p w14:paraId="13E3BAF9" w14:textId="77777777" w:rsidR="00ED1788" w:rsidRPr="00BE5DEA" w:rsidRDefault="00000000" w:rsidP="00BE5DEA">
      <w:pPr>
        <w:pStyle w:val="CodeBlock"/>
        <w:spacing w:line="360" w:lineRule="auto"/>
        <w:rPr>
          <w:rFonts w:cs="Arial"/>
        </w:rPr>
      </w:pPr>
      <w:r w:rsidRPr="00BE5DEA">
        <w:rPr>
          <w:rFonts w:cs="Arial"/>
          <w:sz w:val="17"/>
        </w:rPr>
        <w:t xml:space="preserve">  &lt;script defer src="script.js"&gt;&lt;/script&gt;</w:t>
      </w:r>
    </w:p>
    <w:p w14:paraId="2288A6F2" w14:textId="77777777" w:rsidR="00ED1788" w:rsidRPr="00BE5DEA" w:rsidRDefault="00000000" w:rsidP="00BE5DEA">
      <w:pPr>
        <w:pStyle w:val="CodeBlock"/>
        <w:spacing w:line="360" w:lineRule="auto"/>
        <w:rPr>
          <w:rFonts w:cs="Arial"/>
        </w:rPr>
      </w:pPr>
      <w:r w:rsidRPr="00BE5DEA">
        <w:rPr>
          <w:rFonts w:cs="Arial"/>
          <w:sz w:val="17"/>
        </w:rPr>
        <w:t xml:space="preserve">  &lt;style&gt;:root { --hero-image: url('https://commons.wikimedia.org/wiki/Special:FilePath/Masjid_al-Haram_2025.jpg'); }&lt;/style&gt;</w:t>
      </w:r>
    </w:p>
    <w:p w14:paraId="6F794623" w14:textId="77777777" w:rsidR="00ED1788" w:rsidRPr="00BE5DEA" w:rsidRDefault="00000000" w:rsidP="00BE5DEA">
      <w:pPr>
        <w:pStyle w:val="CodeBlock"/>
        <w:spacing w:line="360" w:lineRule="auto"/>
        <w:rPr>
          <w:rFonts w:cs="Arial"/>
        </w:rPr>
      </w:pPr>
      <w:r w:rsidRPr="00BE5DEA">
        <w:rPr>
          <w:rFonts w:cs="Arial"/>
          <w:sz w:val="17"/>
        </w:rPr>
        <w:t>&lt;/head&gt;</w:t>
      </w:r>
    </w:p>
    <w:p w14:paraId="1A849DB6" w14:textId="77777777" w:rsidR="00ED1788" w:rsidRPr="00BE5DEA" w:rsidRDefault="00000000" w:rsidP="00BE5DEA">
      <w:pPr>
        <w:pStyle w:val="CodeBlock"/>
        <w:spacing w:line="360" w:lineRule="auto"/>
        <w:rPr>
          <w:rFonts w:cs="Arial"/>
        </w:rPr>
      </w:pPr>
      <w:r w:rsidRPr="00BE5DEA">
        <w:rPr>
          <w:rFonts w:cs="Arial"/>
          <w:sz w:val="17"/>
        </w:rPr>
        <w:t>&lt;body&gt;</w:t>
      </w:r>
    </w:p>
    <w:p w14:paraId="6CA2FF4B" w14:textId="77777777" w:rsidR="00ED1788" w:rsidRPr="00BE5DEA" w:rsidRDefault="00000000" w:rsidP="00BE5DEA">
      <w:pPr>
        <w:pStyle w:val="CodeBlock"/>
        <w:spacing w:line="360" w:lineRule="auto"/>
        <w:rPr>
          <w:rFonts w:cs="Arial"/>
        </w:rPr>
      </w:pPr>
      <w:r w:rsidRPr="00BE5DEA">
        <w:rPr>
          <w:rFonts w:cs="Arial"/>
          <w:sz w:val="17"/>
        </w:rPr>
        <w:t xml:space="preserve">  &lt;a class="skip-link" href="#main-content"&gt;Skip to main content&lt;/a&gt;</w:t>
      </w:r>
    </w:p>
    <w:p w14:paraId="4428D895" w14:textId="77777777" w:rsidR="00ED1788" w:rsidRPr="00BE5DEA" w:rsidRDefault="00000000" w:rsidP="00BE5DEA">
      <w:pPr>
        <w:pStyle w:val="CodeBlock"/>
        <w:spacing w:line="360" w:lineRule="auto"/>
        <w:rPr>
          <w:rFonts w:cs="Arial"/>
        </w:rPr>
      </w:pPr>
      <w:r w:rsidRPr="00BE5DEA">
        <w:rPr>
          <w:rFonts w:cs="Arial"/>
          <w:sz w:val="17"/>
        </w:rPr>
        <w:t xml:space="preserve">  </w:t>
      </w:r>
    </w:p>
    <w:p w14:paraId="6E099B2D" w14:textId="77777777" w:rsidR="00ED1788" w:rsidRPr="00BE5DEA" w:rsidRDefault="00000000" w:rsidP="00BE5DEA">
      <w:pPr>
        <w:pStyle w:val="CodeBlock"/>
        <w:spacing w:line="360" w:lineRule="auto"/>
        <w:rPr>
          <w:rFonts w:cs="Arial"/>
        </w:rPr>
      </w:pPr>
      <w:r w:rsidRPr="00BE5DEA">
        <w:rPr>
          <w:rFonts w:cs="Arial"/>
          <w:sz w:val="17"/>
        </w:rPr>
        <w:t xml:space="preserve">    &lt;header class="site-header"&gt;</w:t>
      </w:r>
    </w:p>
    <w:p w14:paraId="0192FF65" w14:textId="77777777" w:rsidR="00ED1788" w:rsidRPr="00BE5DEA" w:rsidRDefault="00000000" w:rsidP="00BE5DEA">
      <w:pPr>
        <w:pStyle w:val="CodeBlock"/>
        <w:spacing w:line="360" w:lineRule="auto"/>
        <w:rPr>
          <w:rFonts w:cs="Arial"/>
        </w:rPr>
      </w:pPr>
      <w:r w:rsidRPr="00BE5DEA">
        <w:rPr>
          <w:rFonts w:cs="Arial"/>
          <w:sz w:val="17"/>
        </w:rPr>
        <w:t xml:space="preserve">      &lt;div class="container navbar"&gt;</w:t>
      </w:r>
    </w:p>
    <w:p w14:paraId="7F5C647C" w14:textId="77777777" w:rsidR="00ED1788" w:rsidRPr="00BE5DEA" w:rsidRDefault="00000000" w:rsidP="00BE5DEA">
      <w:pPr>
        <w:pStyle w:val="CodeBlock"/>
        <w:spacing w:line="360" w:lineRule="auto"/>
        <w:rPr>
          <w:rFonts w:cs="Arial"/>
        </w:rPr>
      </w:pPr>
      <w:r w:rsidRPr="00BE5DEA">
        <w:rPr>
          <w:rFonts w:cs="Arial"/>
          <w:sz w:val="17"/>
        </w:rPr>
        <w:t xml:space="preserve">        &lt;a class="brand" href="index.html"&gt;Ahmad Mecca Photography&lt;/a&gt;</w:t>
      </w:r>
    </w:p>
    <w:p w14:paraId="1687DBFE" w14:textId="77777777" w:rsidR="00ED1788" w:rsidRPr="00BE5DEA" w:rsidRDefault="00000000" w:rsidP="00BE5DEA">
      <w:pPr>
        <w:pStyle w:val="CodeBlock"/>
        <w:spacing w:line="360" w:lineRule="auto"/>
        <w:rPr>
          <w:rFonts w:cs="Arial"/>
        </w:rPr>
      </w:pPr>
      <w:r w:rsidRPr="00BE5DEA">
        <w:rPr>
          <w:rFonts w:cs="Arial"/>
          <w:sz w:val="17"/>
        </w:rPr>
        <w:t xml:space="preserve">        &lt;button class="menu-toggle" type="button" aria-expanded="false" aria-controls="primary-nav"&gt;Menu&lt;/button&gt;</w:t>
      </w:r>
    </w:p>
    <w:p w14:paraId="750F5059" w14:textId="77777777" w:rsidR="00ED1788" w:rsidRPr="00BE5DEA" w:rsidRDefault="00000000" w:rsidP="00BE5DEA">
      <w:pPr>
        <w:pStyle w:val="CodeBlock"/>
        <w:spacing w:line="360" w:lineRule="auto"/>
        <w:rPr>
          <w:rFonts w:cs="Arial"/>
        </w:rPr>
      </w:pPr>
      <w:r w:rsidRPr="00BE5DEA">
        <w:rPr>
          <w:rFonts w:cs="Arial"/>
          <w:sz w:val="17"/>
        </w:rPr>
        <w:t xml:space="preserve">        &lt;ul class="nav-links" id="primary-nav"&gt;</w:t>
      </w:r>
    </w:p>
    <w:p w14:paraId="678A658F" w14:textId="77777777" w:rsidR="00ED1788" w:rsidRPr="00BE5DEA" w:rsidRDefault="00000000" w:rsidP="00BE5DEA">
      <w:pPr>
        <w:pStyle w:val="CodeBlock"/>
        <w:spacing w:line="360" w:lineRule="auto"/>
        <w:rPr>
          <w:rFonts w:cs="Arial"/>
        </w:rPr>
      </w:pPr>
      <w:r w:rsidRPr="00BE5DEA">
        <w:rPr>
          <w:rFonts w:cs="Arial"/>
          <w:sz w:val="17"/>
        </w:rPr>
        <w:t xml:space="preserve">          &lt;li&gt;&lt;a  href="index.html"&gt;Home&lt;/a&gt;&lt;/li&gt;</w:t>
      </w:r>
    </w:p>
    <w:p w14:paraId="43670946" w14:textId="77777777" w:rsidR="00ED1788" w:rsidRPr="00BE5DEA" w:rsidRDefault="00000000" w:rsidP="00BE5DEA">
      <w:pPr>
        <w:pStyle w:val="CodeBlock"/>
        <w:spacing w:line="360" w:lineRule="auto"/>
        <w:rPr>
          <w:rFonts w:cs="Arial"/>
        </w:rPr>
      </w:pPr>
      <w:r w:rsidRPr="00BE5DEA">
        <w:rPr>
          <w:rFonts w:cs="Arial"/>
          <w:sz w:val="17"/>
        </w:rPr>
        <w:t xml:space="preserve">          &lt;li&gt;&lt;a  href="about.html"&gt;About&lt;/a&gt;&lt;/li&gt;</w:t>
      </w:r>
    </w:p>
    <w:p w14:paraId="62DB929A" w14:textId="77777777" w:rsidR="00ED1788" w:rsidRPr="00BE5DEA" w:rsidRDefault="00000000" w:rsidP="00BE5DEA">
      <w:pPr>
        <w:pStyle w:val="CodeBlock"/>
        <w:spacing w:line="360" w:lineRule="auto"/>
        <w:rPr>
          <w:rFonts w:cs="Arial"/>
        </w:rPr>
      </w:pPr>
      <w:r w:rsidRPr="00BE5DEA">
        <w:rPr>
          <w:rFonts w:cs="Arial"/>
          <w:sz w:val="17"/>
        </w:rPr>
        <w:t xml:space="preserve">          &lt;li&gt;&lt;a class="active" href="gallery.html"&gt;Gallery&lt;/a&gt;&lt;/li&gt;</w:t>
      </w:r>
    </w:p>
    <w:p w14:paraId="1C94056C" w14:textId="77777777" w:rsidR="00ED1788" w:rsidRPr="00BE5DEA" w:rsidRDefault="00000000" w:rsidP="00BE5DEA">
      <w:pPr>
        <w:pStyle w:val="CodeBlock"/>
        <w:spacing w:line="360" w:lineRule="auto"/>
        <w:rPr>
          <w:rFonts w:cs="Arial"/>
        </w:rPr>
      </w:pPr>
      <w:r w:rsidRPr="00BE5DEA">
        <w:rPr>
          <w:rFonts w:cs="Arial"/>
          <w:sz w:val="17"/>
        </w:rPr>
        <w:t xml:space="preserve">          &lt;li&gt;&lt;a  href="contact.html"&gt;Contact&lt;/a&gt;&lt;/li&gt;</w:t>
      </w:r>
    </w:p>
    <w:p w14:paraId="75A0D427" w14:textId="77777777" w:rsidR="00ED1788" w:rsidRPr="00BE5DEA" w:rsidRDefault="00000000" w:rsidP="00BE5DEA">
      <w:pPr>
        <w:pStyle w:val="CodeBlock"/>
        <w:spacing w:line="360" w:lineRule="auto"/>
        <w:rPr>
          <w:rFonts w:cs="Arial"/>
        </w:rPr>
      </w:pPr>
      <w:r w:rsidRPr="00BE5DEA">
        <w:rPr>
          <w:rFonts w:cs="Arial"/>
          <w:sz w:val="17"/>
        </w:rPr>
        <w:t xml:space="preserve">        &lt;/ul&gt;</w:t>
      </w:r>
    </w:p>
    <w:p w14:paraId="35F7C6CB"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7D921F80" w14:textId="77777777" w:rsidR="00ED1788" w:rsidRPr="00BE5DEA" w:rsidRDefault="00000000" w:rsidP="00BE5DEA">
      <w:pPr>
        <w:pStyle w:val="CodeBlock"/>
        <w:spacing w:line="360" w:lineRule="auto"/>
        <w:rPr>
          <w:rFonts w:cs="Arial"/>
        </w:rPr>
      </w:pPr>
      <w:r w:rsidRPr="00BE5DEA">
        <w:rPr>
          <w:rFonts w:cs="Arial"/>
          <w:sz w:val="17"/>
        </w:rPr>
        <w:t xml:space="preserve">    &lt;/header&gt;</w:t>
      </w:r>
    </w:p>
    <w:p w14:paraId="69CF75D2" w14:textId="77777777" w:rsidR="00ED1788" w:rsidRPr="00BE5DEA" w:rsidRDefault="00000000" w:rsidP="00BE5DEA">
      <w:pPr>
        <w:pStyle w:val="CodeBlock"/>
        <w:spacing w:line="360" w:lineRule="auto"/>
        <w:rPr>
          <w:rFonts w:cs="Arial"/>
        </w:rPr>
      </w:pPr>
      <w:r w:rsidRPr="00BE5DEA">
        <w:rPr>
          <w:rFonts w:cs="Arial"/>
          <w:sz w:val="17"/>
        </w:rPr>
        <w:t xml:space="preserve"> </w:t>
      </w:r>
    </w:p>
    <w:p w14:paraId="56E7F119" w14:textId="77777777" w:rsidR="00ED1788" w:rsidRPr="00BE5DEA" w:rsidRDefault="00000000" w:rsidP="00BE5DEA">
      <w:pPr>
        <w:pStyle w:val="CodeBlock"/>
        <w:spacing w:line="360" w:lineRule="auto"/>
        <w:rPr>
          <w:rFonts w:cs="Arial"/>
        </w:rPr>
      </w:pPr>
      <w:r w:rsidRPr="00BE5DEA">
        <w:rPr>
          <w:rFonts w:cs="Arial"/>
          <w:sz w:val="17"/>
        </w:rPr>
        <w:t xml:space="preserve">  &lt;main id="main-content"&gt;</w:t>
      </w:r>
    </w:p>
    <w:p w14:paraId="1B1936EF" w14:textId="77777777" w:rsidR="00ED1788" w:rsidRPr="00BE5DEA" w:rsidRDefault="00000000" w:rsidP="00BE5DEA">
      <w:pPr>
        <w:pStyle w:val="CodeBlock"/>
        <w:spacing w:line="360" w:lineRule="auto"/>
        <w:rPr>
          <w:rFonts w:cs="Arial"/>
        </w:rPr>
      </w:pPr>
      <w:r w:rsidRPr="00BE5DEA">
        <w:rPr>
          <w:rFonts w:cs="Arial"/>
          <w:sz w:val="17"/>
        </w:rPr>
        <w:t xml:space="preserve">    &lt;section class="hero" aria-label="Page introduction"&gt;</w:t>
      </w:r>
    </w:p>
    <w:p w14:paraId="315D230D" w14:textId="77777777" w:rsidR="00ED1788" w:rsidRPr="00BE5DEA" w:rsidRDefault="00000000" w:rsidP="00BE5DEA">
      <w:pPr>
        <w:pStyle w:val="CodeBlock"/>
        <w:spacing w:line="360" w:lineRule="auto"/>
        <w:rPr>
          <w:rFonts w:cs="Arial"/>
        </w:rPr>
      </w:pPr>
      <w:r w:rsidRPr="00BE5DEA">
        <w:rPr>
          <w:rFonts w:cs="Arial"/>
          <w:sz w:val="17"/>
        </w:rPr>
        <w:t xml:space="preserve">      &lt;div class="container hero-content"&gt;</w:t>
      </w:r>
    </w:p>
    <w:p w14:paraId="5D16745A"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&lt;h1&gt;A dedicated gallery with better variety and more fitting visuals&lt;/h1&gt;</w:t>
      </w:r>
    </w:p>
    <w:p w14:paraId="417A773D" w14:textId="77777777" w:rsidR="00ED1788" w:rsidRPr="00BE5DEA" w:rsidRDefault="00000000" w:rsidP="00BE5DEA">
      <w:pPr>
        <w:pStyle w:val="CodeBlock"/>
        <w:spacing w:line="360" w:lineRule="auto"/>
        <w:rPr>
          <w:rFonts w:cs="Arial"/>
        </w:rPr>
      </w:pPr>
      <w:r w:rsidRPr="00BE5DEA">
        <w:rPr>
          <w:rFonts w:cs="Arial"/>
          <w:sz w:val="17"/>
        </w:rPr>
        <w:t xml:space="preserve">        &lt;p&gt;The gallery brings together views of the Kaaba, interior and exterior areas of Masjid al-Haram, and skyline images of Mecca. This creates a broader visual impression of pilgrimage, architecture, and place.&lt;/p&gt;</w:t>
      </w:r>
    </w:p>
    <w:p w14:paraId="123D3123" w14:textId="77777777" w:rsidR="00ED1788" w:rsidRPr="00BE5DEA" w:rsidRDefault="00000000" w:rsidP="00BE5DEA">
      <w:pPr>
        <w:pStyle w:val="CodeBlock"/>
        <w:spacing w:line="360" w:lineRule="auto"/>
        <w:rPr>
          <w:rFonts w:cs="Arial"/>
        </w:rPr>
      </w:pPr>
      <w:r w:rsidRPr="00BE5DEA">
        <w:rPr>
          <w:rFonts w:cs="Arial"/>
          <w:sz w:val="17"/>
        </w:rPr>
        <w:t xml:space="preserve">        &lt;div class="button-row"&gt;&lt;a class="btn btn-secondary" href="index.html"&gt;Back to Home&lt;/a&gt;&lt;a class="btn btn-primary" href="contact.html"&gt;Contact Us&lt;/a&gt;&lt;/div&gt;</w:t>
      </w:r>
    </w:p>
    <w:p w14:paraId="5092B440"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2719DF5B" w14:textId="77777777" w:rsidR="00ED1788" w:rsidRPr="00BE5DEA" w:rsidRDefault="00000000" w:rsidP="00BE5DEA">
      <w:pPr>
        <w:pStyle w:val="CodeBlock"/>
        <w:spacing w:line="360" w:lineRule="auto"/>
        <w:rPr>
          <w:rFonts w:cs="Arial"/>
        </w:rPr>
      </w:pPr>
      <w:r w:rsidRPr="00BE5DEA">
        <w:rPr>
          <w:rFonts w:cs="Arial"/>
          <w:sz w:val="17"/>
        </w:rPr>
        <w:t xml:space="preserve">    &lt;/section&gt;</w:t>
      </w:r>
    </w:p>
    <w:p w14:paraId="269A7350" w14:textId="77777777" w:rsidR="00ED1788" w:rsidRPr="00BE5DEA" w:rsidRDefault="00000000" w:rsidP="00BE5DEA">
      <w:pPr>
        <w:pStyle w:val="CodeBlock"/>
        <w:spacing w:line="360" w:lineRule="auto"/>
        <w:rPr>
          <w:rFonts w:cs="Arial"/>
        </w:rPr>
      </w:pPr>
      <w:r w:rsidRPr="00BE5DEA">
        <w:rPr>
          <w:rFonts w:cs="Arial"/>
          <w:sz w:val="17"/>
        </w:rPr>
        <w:t xml:space="preserve">    </w:t>
      </w:r>
    </w:p>
    <w:p w14:paraId="0E4681F5" w14:textId="77777777" w:rsidR="00ED1788" w:rsidRPr="00BE5DEA" w:rsidRDefault="00000000" w:rsidP="00BE5DEA">
      <w:pPr>
        <w:pStyle w:val="CodeBlock"/>
        <w:spacing w:line="360" w:lineRule="auto"/>
        <w:rPr>
          <w:rFonts w:cs="Arial"/>
        </w:rPr>
      </w:pPr>
      <w:r w:rsidRPr="00BE5DEA">
        <w:rPr>
          <w:rFonts w:cs="Arial"/>
          <w:sz w:val="17"/>
        </w:rPr>
        <w:t>&lt;section class="section section-alt"&gt;</w:t>
      </w:r>
    </w:p>
    <w:p w14:paraId="41F448D4" w14:textId="77777777" w:rsidR="00ED1788" w:rsidRPr="00BE5DEA" w:rsidRDefault="00000000" w:rsidP="00BE5DEA">
      <w:pPr>
        <w:pStyle w:val="CodeBlock"/>
        <w:spacing w:line="360" w:lineRule="auto"/>
        <w:rPr>
          <w:rFonts w:cs="Arial"/>
        </w:rPr>
      </w:pPr>
      <w:r w:rsidRPr="00BE5DEA">
        <w:rPr>
          <w:rFonts w:cs="Arial"/>
          <w:sz w:val="17"/>
        </w:rPr>
        <w:t xml:space="preserve">  &lt;div class="container"&gt;</w:t>
      </w:r>
    </w:p>
    <w:p w14:paraId="539AC907" w14:textId="77777777" w:rsidR="00ED1788" w:rsidRPr="00BE5DEA" w:rsidRDefault="00000000" w:rsidP="00BE5DEA">
      <w:pPr>
        <w:pStyle w:val="CodeBlock"/>
        <w:spacing w:line="360" w:lineRule="auto"/>
        <w:rPr>
          <w:rFonts w:cs="Arial"/>
        </w:rPr>
      </w:pPr>
      <w:r w:rsidRPr="00BE5DEA">
        <w:rPr>
          <w:rFonts w:cs="Arial"/>
          <w:sz w:val="17"/>
        </w:rPr>
        <w:t xml:space="preserve">    &lt;h2&gt;Gallery&lt;/h2&gt;</w:t>
      </w:r>
    </w:p>
    <w:p w14:paraId="741EED7A" w14:textId="77777777" w:rsidR="00ED1788" w:rsidRPr="00BE5DEA" w:rsidRDefault="00000000" w:rsidP="00BE5DEA">
      <w:pPr>
        <w:pStyle w:val="CodeBlock"/>
        <w:spacing w:line="360" w:lineRule="auto"/>
        <w:rPr>
          <w:rFonts w:cs="Arial"/>
        </w:rPr>
      </w:pPr>
      <w:r w:rsidRPr="00BE5DEA">
        <w:rPr>
          <w:rFonts w:cs="Arial"/>
          <w:sz w:val="17"/>
        </w:rPr>
        <w:t xml:space="preserve">    &lt;p class="lead"&gt;The gallery focuses on the Kaaba, Masjid al-Haram, Al-Masjid an-Nabawi in Madina, and major architectural landmarks such as the Makkah Clock Tower, so every image stays closely connected to the subject of Mecca and Madina.&lt;/p&gt;</w:t>
      </w:r>
    </w:p>
    <w:p w14:paraId="61895CA7" w14:textId="77777777" w:rsidR="00ED1788" w:rsidRPr="00BE5DEA" w:rsidRDefault="00000000" w:rsidP="00BE5DEA">
      <w:pPr>
        <w:pStyle w:val="CodeBlock"/>
        <w:spacing w:line="360" w:lineRule="auto"/>
        <w:rPr>
          <w:rFonts w:cs="Arial"/>
        </w:rPr>
      </w:pPr>
      <w:r w:rsidRPr="00BE5DEA">
        <w:rPr>
          <w:rFonts w:cs="Arial"/>
          <w:sz w:val="17"/>
        </w:rPr>
        <w:t xml:space="preserve">    &lt;div class="cards"&gt;</w:t>
      </w:r>
    </w:p>
    <w:p w14:paraId="6DB44BE8" w14:textId="77777777" w:rsidR="00ED1788" w:rsidRPr="00BE5DEA" w:rsidRDefault="00000000" w:rsidP="00BE5DEA">
      <w:pPr>
        <w:pStyle w:val="CodeBlock"/>
        <w:spacing w:line="360" w:lineRule="auto"/>
        <w:rPr>
          <w:rFonts w:cs="Arial"/>
        </w:rPr>
      </w:pPr>
      <w:r w:rsidRPr="00BE5DEA">
        <w:rPr>
          <w:rFonts w:cs="Arial"/>
          <w:sz w:val="17"/>
        </w:rPr>
        <w:t xml:space="preserve">      &lt;article class="card"&gt;</w:t>
      </w:r>
    </w:p>
    <w:p w14:paraId="38D0E9EF" w14:textId="77777777" w:rsidR="00ED1788" w:rsidRPr="00BE5DEA" w:rsidRDefault="00000000" w:rsidP="00BE5DEA">
      <w:pPr>
        <w:pStyle w:val="CodeBlock"/>
        <w:spacing w:line="360" w:lineRule="auto"/>
        <w:rPr>
          <w:rFonts w:cs="Arial"/>
        </w:rPr>
      </w:pPr>
      <w:r w:rsidRPr="00BE5DEA">
        <w:rPr>
          <w:rFonts w:cs="Arial"/>
          <w:sz w:val="17"/>
        </w:rPr>
        <w:t xml:space="preserve">        &lt;img src="https://static01.nyt.com/images/2016/07/21/magazine/pilgimage-vr/pilgimage-vr-superJumbo.jpg" alt="Gallery image one"&gt;</w:t>
      </w:r>
    </w:p>
    <w:p w14:paraId="41AB49F8" w14:textId="77777777" w:rsidR="00ED1788" w:rsidRPr="00BE5DEA" w:rsidRDefault="00000000" w:rsidP="00BE5DEA">
      <w:pPr>
        <w:pStyle w:val="CodeBlock"/>
        <w:spacing w:line="360" w:lineRule="auto"/>
        <w:rPr>
          <w:rFonts w:cs="Arial"/>
        </w:rPr>
      </w:pPr>
      <w:r w:rsidRPr="00BE5DEA">
        <w:rPr>
          <w:rFonts w:cs="Arial"/>
          <w:sz w:val="17"/>
        </w:rPr>
        <w:t xml:space="preserve">        &lt;div class="card-body"&gt;</w:t>
      </w:r>
    </w:p>
    <w:p w14:paraId="63418842" w14:textId="77777777" w:rsidR="00ED1788" w:rsidRPr="00BE5DEA" w:rsidRDefault="00000000" w:rsidP="00BE5DEA">
      <w:pPr>
        <w:pStyle w:val="CodeBlock"/>
        <w:spacing w:line="360" w:lineRule="auto"/>
        <w:rPr>
          <w:rFonts w:cs="Arial"/>
        </w:rPr>
      </w:pPr>
      <w:r w:rsidRPr="00BE5DEA">
        <w:rPr>
          <w:rFonts w:cs="Arial"/>
          <w:sz w:val="17"/>
        </w:rPr>
        <w:t xml:space="preserve">          &lt;h3&gt;Gallery One&lt;/h3&gt;</w:t>
      </w:r>
    </w:p>
    <w:p w14:paraId="64152BA8" w14:textId="77777777" w:rsidR="00ED1788" w:rsidRPr="00BE5DEA" w:rsidRDefault="00000000" w:rsidP="00BE5DEA">
      <w:pPr>
        <w:pStyle w:val="CodeBlock"/>
        <w:spacing w:line="360" w:lineRule="auto"/>
        <w:rPr>
          <w:rFonts w:cs="Arial"/>
        </w:rPr>
      </w:pPr>
      <w:r w:rsidRPr="00BE5DEA">
        <w:rPr>
          <w:rFonts w:cs="Arial"/>
          <w:sz w:val="17"/>
        </w:rPr>
        <w:t xml:space="preserve">          &lt;p&gt;The main image on the site shows the Kaaba and the central sacred space of Masjid al-Haram.&lt;/p&gt;</w:t>
      </w:r>
    </w:p>
    <w:p w14:paraId="1B38CA83"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6CBDCE71" w14:textId="77777777" w:rsidR="00ED1788" w:rsidRPr="00BE5DEA" w:rsidRDefault="00000000" w:rsidP="00BE5DEA">
      <w:pPr>
        <w:pStyle w:val="CodeBlock"/>
        <w:spacing w:line="360" w:lineRule="auto"/>
        <w:rPr>
          <w:rFonts w:cs="Arial"/>
        </w:rPr>
      </w:pPr>
      <w:r w:rsidRPr="00BE5DEA">
        <w:rPr>
          <w:rFonts w:cs="Arial"/>
          <w:sz w:val="17"/>
        </w:rPr>
        <w:t xml:space="preserve">      &lt;/article&gt;</w:t>
      </w:r>
    </w:p>
    <w:p w14:paraId="48A5B07F" w14:textId="77777777" w:rsidR="00ED1788" w:rsidRPr="00BE5DEA" w:rsidRDefault="00000000" w:rsidP="00BE5DEA">
      <w:pPr>
        <w:pStyle w:val="CodeBlock"/>
        <w:spacing w:line="360" w:lineRule="auto"/>
        <w:rPr>
          <w:rFonts w:cs="Arial"/>
        </w:rPr>
      </w:pPr>
      <w:r w:rsidRPr="00BE5DEA">
        <w:rPr>
          <w:rFonts w:cs="Arial"/>
          <w:sz w:val="17"/>
        </w:rPr>
        <w:t xml:space="preserve">      &lt;article class="card"&gt;</w:t>
      </w:r>
    </w:p>
    <w:p w14:paraId="1770E443" w14:textId="77777777" w:rsidR="00ED1788" w:rsidRPr="00BE5DEA" w:rsidRDefault="00000000" w:rsidP="00BE5DEA">
      <w:pPr>
        <w:pStyle w:val="CodeBlock"/>
        <w:spacing w:line="360" w:lineRule="auto"/>
        <w:rPr>
          <w:rFonts w:cs="Arial"/>
        </w:rPr>
      </w:pPr>
      <w:r w:rsidRPr="00BE5DEA">
        <w:rPr>
          <w:rFonts w:cs="Arial"/>
          <w:sz w:val="17"/>
        </w:rPr>
        <w:t xml:space="preserve">        &lt;img src="https://commons.wikimedia.org/wiki/Special:FilePath/Al-Masjid_an_Nabawi.jpg" alt="Gallery image two"&gt;</w:t>
      </w:r>
    </w:p>
    <w:p w14:paraId="60F195EF" w14:textId="77777777" w:rsidR="00ED1788" w:rsidRPr="00BE5DEA" w:rsidRDefault="00000000" w:rsidP="00BE5DEA">
      <w:pPr>
        <w:pStyle w:val="CodeBlock"/>
        <w:spacing w:line="360" w:lineRule="auto"/>
        <w:rPr>
          <w:rFonts w:cs="Arial"/>
        </w:rPr>
      </w:pPr>
      <w:r w:rsidRPr="00BE5DEA">
        <w:rPr>
          <w:rFonts w:cs="Arial"/>
          <w:sz w:val="17"/>
        </w:rPr>
        <w:t xml:space="preserve">        &lt;div class="card-body"&gt;</w:t>
      </w:r>
    </w:p>
    <w:p w14:paraId="2F11E97C" w14:textId="77777777" w:rsidR="00ED1788" w:rsidRPr="00BE5DEA" w:rsidRDefault="00000000" w:rsidP="00BE5DEA">
      <w:pPr>
        <w:pStyle w:val="CodeBlock"/>
        <w:spacing w:line="360" w:lineRule="auto"/>
        <w:rPr>
          <w:rFonts w:cs="Arial"/>
        </w:rPr>
      </w:pPr>
      <w:r w:rsidRPr="00BE5DEA">
        <w:rPr>
          <w:rFonts w:cs="Arial"/>
          <w:sz w:val="17"/>
        </w:rPr>
        <w:t xml:space="preserve">          &lt;h3&gt;Gallery Two&lt;/h3&gt;</w:t>
      </w:r>
    </w:p>
    <w:p w14:paraId="5D3716F5" w14:textId="77777777" w:rsidR="00ED1788" w:rsidRPr="00BE5DEA" w:rsidRDefault="00000000" w:rsidP="00BE5DEA">
      <w:pPr>
        <w:pStyle w:val="CodeBlock"/>
        <w:spacing w:line="360" w:lineRule="auto"/>
        <w:rPr>
          <w:rFonts w:cs="Arial"/>
        </w:rPr>
      </w:pPr>
      <w:r w:rsidRPr="00BE5DEA">
        <w:rPr>
          <w:rFonts w:cs="Arial"/>
          <w:sz w:val="17"/>
        </w:rPr>
        <w:t xml:space="preserve">          &lt;p&gt;Other images include the Makkah Clock Tower and wider views around the mosque complex.&lt;/p&gt;</w:t>
      </w:r>
    </w:p>
    <w:p w14:paraId="257897D6"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1E65B6A0" w14:textId="77777777" w:rsidR="00ED1788" w:rsidRPr="00BE5DEA" w:rsidRDefault="00000000" w:rsidP="00BE5DEA">
      <w:pPr>
        <w:pStyle w:val="CodeBlock"/>
        <w:spacing w:line="360" w:lineRule="auto"/>
        <w:rPr>
          <w:rFonts w:cs="Arial"/>
        </w:rPr>
      </w:pPr>
      <w:r w:rsidRPr="00BE5DEA">
        <w:rPr>
          <w:rFonts w:cs="Arial"/>
          <w:sz w:val="17"/>
        </w:rPr>
        <w:t xml:space="preserve">      &lt;/article&gt;</w:t>
      </w:r>
    </w:p>
    <w:p w14:paraId="3F1BCF59" w14:textId="77777777" w:rsidR="00ED1788" w:rsidRPr="00BE5DEA" w:rsidRDefault="00000000" w:rsidP="00BE5DEA">
      <w:pPr>
        <w:pStyle w:val="CodeBlock"/>
        <w:spacing w:line="360" w:lineRule="auto"/>
        <w:rPr>
          <w:rFonts w:cs="Arial"/>
        </w:rPr>
      </w:pPr>
      <w:r w:rsidRPr="00BE5DEA">
        <w:rPr>
          <w:rFonts w:cs="Arial"/>
          <w:sz w:val="17"/>
        </w:rPr>
        <w:t xml:space="preserve">      &lt;article class="card"&gt;</w:t>
      </w:r>
    </w:p>
    <w:p w14:paraId="28EE5E27" w14:textId="77777777" w:rsidR="00ED1788" w:rsidRPr="00BE5DEA" w:rsidRDefault="00000000" w:rsidP="00BE5DEA">
      <w:pPr>
        <w:pStyle w:val="CodeBlock"/>
        <w:spacing w:line="360" w:lineRule="auto"/>
        <w:rPr>
          <w:rFonts w:cs="Arial"/>
        </w:rPr>
      </w:pPr>
      <w:r w:rsidRPr="00BE5DEA">
        <w:rPr>
          <w:rFonts w:cs="Arial"/>
          <w:sz w:val="17"/>
        </w:rPr>
        <w:t xml:space="preserve">        &lt;img src="https://encrypted-tbn0.gstatic.com/images?q=tbn:ANd9GcRKk_2BTSfkS1cfJKdW8yajF1mHU3IEOyywxg&amp;s" alt="Gallery image three"&gt;</w:t>
      </w:r>
    </w:p>
    <w:p w14:paraId="5B9EC952" w14:textId="77777777" w:rsidR="00ED1788" w:rsidRPr="00BE5DEA" w:rsidRDefault="00000000" w:rsidP="00BE5DEA">
      <w:pPr>
        <w:pStyle w:val="CodeBlock"/>
        <w:spacing w:line="360" w:lineRule="auto"/>
        <w:rPr>
          <w:rFonts w:cs="Arial"/>
        </w:rPr>
      </w:pPr>
      <w:r w:rsidRPr="00BE5DEA">
        <w:rPr>
          <w:rFonts w:cs="Arial"/>
          <w:sz w:val="17"/>
        </w:rPr>
        <w:t xml:space="preserve">        &lt;div class="card-body"&gt;</w:t>
      </w:r>
    </w:p>
    <w:p w14:paraId="759E2FBE" w14:textId="77777777" w:rsidR="00ED1788" w:rsidRPr="00BE5DEA" w:rsidRDefault="00000000" w:rsidP="00BE5DEA">
      <w:pPr>
        <w:pStyle w:val="CodeBlock"/>
        <w:spacing w:line="360" w:lineRule="auto"/>
        <w:rPr>
          <w:rFonts w:cs="Arial"/>
        </w:rPr>
      </w:pPr>
      <w:r w:rsidRPr="00BE5DEA">
        <w:rPr>
          <w:rFonts w:cs="Arial"/>
          <w:sz w:val="17"/>
        </w:rPr>
        <w:t xml:space="preserve">          &lt;h3&gt;Gallery Three&lt;/h3&gt;</w:t>
      </w:r>
    </w:p>
    <w:p w14:paraId="509A8DE0" w14:textId="77777777" w:rsidR="00ED1788" w:rsidRPr="00BE5DEA" w:rsidRDefault="00000000" w:rsidP="00BE5DEA">
      <w:pPr>
        <w:pStyle w:val="CodeBlock"/>
        <w:spacing w:line="360" w:lineRule="auto"/>
        <w:rPr>
          <w:rFonts w:cs="Arial"/>
        </w:rPr>
      </w:pPr>
      <w:r w:rsidRPr="00BE5DEA">
        <w:rPr>
          <w:rFonts w:cs="Arial"/>
          <w:sz w:val="17"/>
        </w:rPr>
        <w:t xml:space="preserve">          &lt;p&gt;The gallery page combines close sacred-site views with broader architectural scenes from Mecca.&lt;/p&gt;</w:t>
      </w:r>
    </w:p>
    <w:p w14:paraId="54419BF9"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740971E0" w14:textId="77777777" w:rsidR="00ED1788" w:rsidRPr="00BE5DEA" w:rsidRDefault="00000000" w:rsidP="00BE5DEA">
      <w:pPr>
        <w:pStyle w:val="CodeBlock"/>
        <w:spacing w:line="360" w:lineRule="auto"/>
        <w:rPr>
          <w:rFonts w:cs="Arial"/>
        </w:rPr>
      </w:pPr>
      <w:r w:rsidRPr="00BE5DEA">
        <w:rPr>
          <w:rFonts w:cs="Arial"/>
          <w:sz w:val="17"/>
        </w:rPr>
        <w:t xml:space="preserve">      &lt;/article&gt;</w:t>
      </w:r>
    </w:p>
    <w:p w14:paraId="29629716"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464AF272"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4443D5E2" w14:textId="77777777" w:rsidR="00ED1788" w:rsidRPr="00BE5DEA" w:rsidRDefault="00000000" w:rsidP="00BE5DEA">
      <w:pPr>
        <w:pStyle w:val="CodeBlock"/>
        <w:spacing w:line="360" w:lineRule="auto"/>
        <w:rPr>
          <w:rFonts w:cs="Arial"/>
        </w:rPr>
      </w:pPr>
      <w:r w:rsidRPr="00BE5DEA">
        <w:rPr>
          <w:rFonts w:cs="Arial"/>
          <w:sz w:val="17"/>
        </w:rPr>
        <w:t>&lt;/section&gt;</w:t>
      </w:r>
    </w:p>
    <w:p w14:paraId="79710A1A" w14:textId="77777777" w:rsidR="00ED1788" w:rsidRPr="00BE5DEA" w:rsidRDefault="00000000" w:rsidP="00BE5DEA">
      <w:pPr>
        <w:pStyle w:val="CodeBlock"/>
        <w:spacing w:line="360" w:lineRule="auto"/>
        <w:rPr>
          <w:rFonts w:cs="Arial"/>
        </w:rPr>
      </w:pPr>
      <w:r w:rsidRPr="00BE5DEA">
        <w:rPr>
          <w:rFonts w:cs="Arial"/>
          <w:sz w:val="17"/>
        </w:rPr>
        <w:t xml:space="preserve"> </w:t>
      </w:r>
    </w:p>
    <w:p w14:paraId="009D80D5" w14:textId="77777777" w:rsidR="00ED1788" w:rsidRPr="00BE5DEA" w:rsidRDefault="00000000" w:rsidP="00BE5DEA">
      <w:pPr>
        <w:pStyle w:val="CodeBlock"/>
        <w:spacing w:line="360" w:lineRule="auto"/>
        <w:rPr>
          <w:rFonts w:cs="Arial"/>
        </w:rPr>
      </w:pPr>
      <w:r w:rsidRPr="00BE5DEA">
        <w:rPr>
          <w:rFonts w:cs="Arial"/>
          <w:sz w:val="17"/>
        </w:rPr>
        <w:t xml:space="preserve">  &lt;/main&gt;</w:t>
      </w:r>
    </w:p>
    <w:p w14:paraId="356428BF" w14:textId="77777777" w:rsidR="00ED1788" w:rsidRPr="00BE5DEA" w:rsidRDefault="00000000" w:rsidP="00BE5DEA">
      <w:pPr>
        <w:pStyle w:val="CodeBlock"/>
        <w:spacing w:line="360" w:lineRule="auto"/>
        <w:rPr>
          <w:rFonts w:cs="Arial"/>
        </w:rPr>
      </w:pPr>
      <w:r w:rsidRPr="00BE5DEA">
        <w:rPr>
          <w:rFonts w:cs="Arial"/>
          <w:sz w:val="17"/>
        </w:rPr>
        <w:t xml:space="preserve">  &lt;footer class="footer"&gt;</w:t>
      </w:r>
    </w:p>
    <w:p w14:paraId="5E7BF829"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&lt;div class="container footer-grid"&gt;</w:t>
      </w:r>
    </w:p>
    <w:p w14:paraId="54EC1ADB"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00CF14DC" w14:textId="77777777" w:rsidR="00ED1788" w:rsidRPr="00BE5DEA" w:rsidRDefault="00000000" w:rsidP="00BE5DEA">
      <w:pPr>
        <w:pStyle w:val="CodeBlock"/>
        <w:spacing w:line="360" w:lineRule="auto"/>
        <w:rPr>
          <w:rFonts w:cs="Arial"/>
        </w:rPr>
      </w:pPr>
      <w:r w:rsidRPr="00BE5DEA">
        <w:rPr>
          <w:rFonts w:cs="Arial"/>
          <w:sz w:val="17"/>
        </w:rPr>
        <w:t xml:space="preserve">        &lt;h2&gt;Ahmad Mecca Photography&lt;/h2&gt;</w:t>
      </w:r>
    </w:p>
    <w:p w14:paraId="235FF279" w14:textId="77777777" w:rsidR="00ED1788" w:rsidRPr="00BE5DEA" w:rsidRDefault="00000000" w:rsidP="00BE5DEA">
      <w:pPr>
        <w:pStyle w:val="CodeBlock"/>
        <w:spacing w:line="360" w:lineRule="auto"/>
        <w:rPr>
          <w:rFonts w:cs="Arial"/>
        </w:rPr>
      </w:pPr>
      <w:r w:rsidRPr="00BE5DEA">
        <w:rPr>
          <w:rFonts w:cs="Arial"/>
          <w:sz w:val="17"/>
        </w:rPr>
        <w:t xml:space="preserve">        &lt;p&gt;The gallery brings together views of the Kaaba, interior and exterior areas of Masjid al-Haram, and skyline images of Mecca. This creates a broader visual impression of pilgrimage, architecture, and place.&lt;/p&gt;</w:t>
      </w:r>
    </w:p>
    <w:p w14:paraId="32E5C86D"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3446D2FB"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1C18AD0F" w14:textId="77777777" w:rsidR="00ED1788" w:rsidRPr="00BE5DEA" w:rsidRDefault="00000000" w:rsidP="00BE5DEA">
      <w:pPr>
        <w:pStyle w:val="CodeBlock"/>
        <w:spacing w:line="360" w:lineRule="auto"/>
        <w:rPr>
          <w:rFonts w:cs="Arial"/>
        </w:rPr>
      </w:pPr>
      <w:r w:rsidRPr="00BE5DEA">
        <w:rPr>
          <w:rFonts w:cs="Arial"/>
          <w:sz w:val="17"/>
        </w:rPr>
        <w:t xml:space="preserve">        &lt;h3&gt;Pages&lt;/h3&gt;</w:t>
      </w:r>
    </w:p>
    <w:p w14:paraId="79B3C750" w14:textId="77777777" w:rsidR="00ED1788" w:rsidRPr="00BE5DEA" w:rsidRDefault="00000000" w:rsidP="00BE5DEA">
      <w:pPr>
        <w:pStyle w:val="CodeBlock"/>
        <w:spacing w:line="360" w:lineRule="auto"/>
        <w:rPr>
          <w:rFonts w:cs="Arial"/>
        </w:rPr>
      </w:pPr>
      <w:r w:rsidRPr="00BE5DEA">
        <w:rPr>
          <w:rFonts w:cs="Arial"/>
          <w:sz w:val="17"/>
        </w:rPr>
        <w:t xml:space="preserve">        &lt;p&gt;&lt;a href="index.html"&gt;Home&lt;/a&gt;&lt;br&gt;&lt;a href="about.html"&gt;About&lt;/a&gt;&lt;br&gt;&lt;a href="gallery.html"&gt;Gallery&lt;/a&gt;&lt;br&gt;&lt;a href="contact.html"&gt;Contact&lt;/a&gt;&lt;/p&gt;</w:t>
      </w:r>
    </w:p>
    <w:p w14:paraId="00F24CBA"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6A7632CA"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53876A91" w14:textId="77777777" w:rsidR="00ED1788" w:rsidRPr="00BE5DEA" w:rsidRDefault="00000000" w:rsidP="00BE5DEA">
      <w:pPr>
        <w:pStyle w:val="CodeBlock"/>
        <w:spacing w:line="360" w:lineRule="auto"/>
        <w:rPr>
          <w:rFonts w:cs="Arial"/>
        </w:rPr>
      </w:pPr>
      <w:r w:rsidRPr="00BE5DEA">
        <w:rPr>
          <w:rFonts w:cs="Arial"/>
          <w:sz w:val="17"/>
        </w:rPr>
        <w:t xml:space="preserve">        &lt;h3&gt;Contact&lt;/h3&gt;</w:t>
      </w:r>
    </w:p>
    <w:p w14:paraId="0D10134C" w14:textId="77777777" w:rsidR="00ED1788" w:rsidRPr="00BE5DEA" w:rsidRDefault="00000000" w:rsidP="00BE5DEA">
      <w:pPr>
        <w:pStyle w:val="CodeBlock"/>
        <w:spacing w:line="360" w:lineRule="auto"/>
        <w:rPr>
          <w:rFonts w:cs="Arial"/>
        </w:rPr>
      </w:pPr>
      <w:r w:rsidRPr="00BE5DEA">
        <w:rPr>
          <w:rFonts w:cs="Arial"/>
          <w:sz w:val="17"/>
        </w:rPr>
        <w:t xml:space="preserve">        &lt;p&gt;Email: info@example.com&lt;br&gt;Phone: +44 20 0000 0000&lt;br&gt;&amp;copy; &lt;span id="year"&gt;&lt;/span&gt;&lt;/p&gt;</w:t>
      </w:r>
    </w:p>
    <w:p w14:paraId="3CC0FD30"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52BDE537"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5A0F5375" w14:textId="77777777" w:rsidR="00ED1788" w:rsidRPr="00BE5DEA" w:rsidRDefault="00000000" w:rsidP="00BE5DEA">
      <w:pPr>
        <w:pStyle w:val="CodeBlock"/>
        <w:spacing w:line="360" w:lineRule="auto"/>
        <w:rPr>
          <w:rFonts w:cs="Arial"/>
        </w:rPr>
      </w:pPr>
      <w:r w:rsidRPr="00BE5DEA">
        <w:rPr>
          <w:rFonts w:cs="Arial"/>
          <w:sz w:val="17"/>
        </w:rPr>
        <w:t xml:space="preserve">  &lt;/footer&gt;</w:t>
      </w:r>
    </w:p>
    <w:p w14:paraId="19019F99" w14:textId="77777777" w:rsidR="00ED1788" w:rsidRPr="00BE5DEA" w:rsidRDefault="00000000" w:rsidP="00BE5DEA">
      <w:pPr>
        <w:pStyle w:val="CodeBlock"/>
        <w:spacing w:line="360" w:lineRule="auto"/>
        <w:rPr>
          <w:rFonts w:cs="Arial"/>
        </w:rPr>
      </w:pPr>
      <w:r w:rsidRPr="00BE5DEA">
        <w:rPr>
          <w:rFonts w:cs="Arial"/>
          <w:sz w:val="17"/>
        </w:rPr>
        <w:t>&lt;/body&gt;</w:t>
      </w:r>
    </w:p>
    <w:p w14:paraId="6E54803A" w14:textId="77777777" w:rsidR="00ED1788" w:rsidRPr="00BE5DEA" w:rsidRDefault="00000000" w:rsidP="00BE5DEA">
      <w:pPr>
        <w:pStyle w:val="CodeBlock"/>
        <w:spacing w:line="360" w:lineRule="auto"/>
        <w:rPr>
          <w:rFonts w:cs="Arial"/>
        </w:rPr>
      </w:pPr>
      <w:r w:rsidRPr="00BE5DEA">
        <w:rPr>
          <w:rFonts w:cs="Arial"/>
          <w:sz w:val="17"/>
        </w:rPr>
        <w:t>&lt;/html&gt;</w:t>
      </w:r>
    </w:p>
    <w:p w14:paraId="3AC8347F" w14:textId="77777777" w:rsidR="00ED1788" w:rsidRPr="00BE5DEA" w:rsidRDefault="00000000" w:rsidP="00BE5DEA">
      <w:pPr>
        <w:pStyle w:val="CodeBlock"/>
        <w:spacing w:line="360" w:lineRule="auto"/>
        <w:rPr>
          <w:rFonts w:cs="Arial"/>
        </w:rPr>
      </w:pPr>
      <w:r w:rsidRPr="00BE5DEA">
        <w:rPr>
          <w:rFonts w:cs="Arial"/>
          <w:sz w:val="17"/>
        </w:rPr>
        <w:t xml:space="preserve"> </w:t>
      </w:r>
    </w:p>
    <w:p w14:paraId="2D92B6B1" w14:textId="77777777" w:rsidR="00ED1788" w:rsidRPr="00BE5DEA" w:rsidRDefault="00000000" w:rsidP="00BE5DEA">
      <w:pPr>
        <w:pStyle w:val="Heading1"/>
        <w:rPr>
          <w:rFonts w:ascii="Arial" w:hAnsi="Arial" w:cs="Arial"/>
        </w:rPr>
      </w:pPr>
      <w:bookmarkStart w:id="20" w:name="_Toc226023210"/>
      <w:r w:rsidRPr="00BE5DEA">
        <w:rPr>
          <w:rFonts w:ascii="Arial" w:eastAsia="Arial" w:hAnsi="Arial" w:cs="Arial"/>
          <w:sz w:val="22"/>
        </w:rPr>
        <w:t>Appendix D. contact.html</w:t>
      </w:r>
      <w:bookmarkEnd w:id="20"/>
    </w:p>
    <w:p w14:paraId="707773DF" w14:textId="77777777" w:rsidR="00ED1788" w:rsidRPr="00BE5DEA" w:rsidRDefault="00000000" w:rsidP="00BE5DEA">
      <w:pPr>
        <w:pStyle w:val="CodeBlock"/>
        <w:spacing w:line="360" w:lineRule="auto"/>
        <w:rPr>
          <w:rFonts w:cs="Arial"/>
        </w:rPr>
      </w:pPr>
      <w:r w:rsidRPr="00BE5DEA">
        <w:rPr>
          <w:rFonts w:cs="Arial"/>
          <w:sz w:val="17"/>
        </w:rPr>
        <w:t>&lt;!DOCTYPE html&gt;</w:t>
      </w:r>
    </w:p>
    <w:p w14:paraId="31A52E78" w14:textId="77777777" w:rsidR="00ED1788" w:rsidRPr="00BE5DEA" w:rsidRDefault="00000000" w:rsidP="00BE5DEA">
      <w:pPr>
        <w:pStyle w:val="CodeBlock"/>
        <w:spacing w:line="360" w:lineRule="auto"/>
        <w:rPr>
          <w:rFonts w:cs="Arial"/>
        </w:rPr>
      </w:pPr>
      <w:r w:rsidRPr="00BE5DEA">
        <w:rPr>
          <w:rFonts w:cs="Arial"/>
          <w:sz w:val="17"/>
        </w:rPr>
        <w:t>&lt;html lang="en"&gt;</w:t>
      </w:r>
    </w:p>
    <w:p w14:paraId="28F48032" w14:textId="77777777" w:rsidR="00ED1788" w:rsidRPr="00BE5DEA" w:rsidRDefault="00000000" w:rsidP="00BE5DEA">
      <w:pPr>
        <w:pStyle w:val="CodeBlock"/>
        <w:spacing w:line="360" w:lineRule="auto"/>
        <w:rPr>
          <w:rFonts w:cs="Arial"/>
        </w:rPr>
      </w:pPr>
      <w:r w:rsidRPr="00BE5DEA">
        <w:rPr>
          <w:rFonts w:cs="Arial"/>
          <w:sz w:val="17"/>
        </w:rPr>
        <w:t>&lt;head&gt;</w:t>
      </w:r>
    </w:p>
    <w:p w14:paraId="46E6C665" w14:textId="77777777" w:rsidR="00ED1788" w:rsidRPr="00BE5DEA" w:rsidRDefault="00000000" w:rsidP="00BE5DEA">
      <w:pPr>
        <w:pStyle w:val="CodeBlock"/>
        <w:spacing w:line="360" w:lineRule="auto"/>
        <w:rPr>
          <w:rFonts w:cs="Arial"/>
        </w:rPr>
      </w:pPr>
      <w:r w:rsidRPr="00BE5DEA">
        <w:rPr>
          <w:rFonts w:cs="Arial"/>
          <w:sz w:val="17"/>
        </w:rPr>
        <w:t xml:space="preserve">  &lt;meta charset="UTF-8"&gt;</w:t>
      </w:r>
    </w:p>
    <w:p w14:paraId="1E55EE6E" w14:textId="77777777" w:rsidR="00ED1788" w:rsidRPr="00BE5DEA" w:rsidRDefault="00000000" w:rsidP="00BE5DEA">
      <w:pPr>
        <w:pStyle w:val="CodeBlock"/>
        <w:spacing w:line="360" w:lineRule="auto"/>
        <w:rPr>
          <w:rFonts w:cs="Arial"/>
        </w:rPr>
      </w:pPr>
      <w:r w:rsidRPr="00BE5DEA">
        <w:rPr>
          <w:rFonts w:cs="Arial"/>
          <w:sz w:val="17"/>
        </w:rPr>
        <w:t xml:space="preserve">  &lt;meta name="viewport" content="width=device-width, initial-scale=1.0"&gt;</w:t>
      </w:r>
    </w:p>
    <w:p w14:paraId="61A8AE5A" w14:textId="77777777" w:rsidR="00ED1788" w:rsidRPr="00BE5DEA" w:rsidRDefault="00000000" w:rsidP="00BE5DEA">
      <w:pPr>
        <w:pStyle w:val="CodeBlock"/>
        <w:spacing w:line="360" w:lineRule="auto"/>
        <w:rPr>
          <w:rFonts w:cs="Arial"/>
        </w:rPr>
      </w:pPr>
      <w:r w:rsidRPr="00BE5DEA">
        <w:rPr>
          <w:rFonts w:cs="Arial"/>
          <w:sz w:val="17"/>
        </w:rPr>
        <w:t xml:space="preserve">  &lt;title&gt;Ahmad Mecca Photography | Contact&lt;/title&gt;</w:t>
      </w:r>
    </w:p>
    <w:p w14:paraId="1F359BF9" w14:textId="77777777" w:rsidR="00ED1788" w:rsidRPr="00BE5DEA" w:rsidRDefault="00000000" w:rsidP="00BE5DEA">
      <w:pPr>
        <w:pStyle w:val="CodeBlock"/>
        <w:spacing w:line="360" w:lineRule="auto"/>
        <w:rPr>
          <w:rFonts w:cs="Arial"/>
        </w:rPr>
      </w:pPr>
      <w:r w:rsidRPr="00BE5DEA">
        <w:rPr>
          <w:rFonts w:cs="Arial"/>
          <w:sz w:val="17"/>
        </w:rPr>
        <w:t xml:space="preserve">  &lt;meta name="description" content="Contact page"&gt;</w:t>
      </w:r>
    </w:p>
    <w:p w14:paraId="66AD5ACC" w14:textId="77777777" w:rsidR="00ED1788" w:rsidRPr="00BE5DEA" w:rsidRDefault="00000000" w:rsidP="00BE5DEA">
      <w:pPr>
        <w:pStyle w:val="CodeBlock"/>
        <w:spacing w:line="360" w:lineRule="auto"/>
        <w:rPr>
          <w:rFonts w:cs="Arial"/>
        </w:rPr>
      </w:pPr>
      <w:r w:rsidRPr="00BE5DEA">
        <w:rPr>
          <w:rFonts w:cs="Arial"/>
          <w:sz w:val="17"/>
        </w:rPr>
        <w:t xml:space="preserve">  &lt;meta name="author" content="Ahmad Kassabi"&gt;</w:t>
      </w:r>
    </w:p>
    <w:p w14:paraId="23813EEB" w14:textId="77777777" w:rsidR="00ED1788" w:rsidRPr="00BE5DEA" w:rsidRDefault="00000000" w:rsidP="00BE5DEA">
      <w:pPr>
        <w:pStyle w:val="CodeBlock"/>
        <w:spacing w:line="360" w:lineRule="auto"/>
        <w:rPr>
          <w:rFonts w:cs="Arial"/>
        </w:rPr>
      </w:pPr>
      <w:r w:rsidRPr="00BE5DEA">
        <w:rPr>
          <w:rFonts w:cs="Arial"/>
          <w:sz w:val="17"/>
        </w:rPr>
        <w:t xml:space="preserve">  &lt;link rel="stylesheet" href="style.css"&gt;</w:t>
      </w:r>
    </w:p>
    <w:p w14:paraId="30578C0C" w14:textId="77777777" w:rsidR="00ED1788" w:rsidRPr="00BE5DEA" w:rsidRDefault="00000000" w:rsidP="00BE5DEA">
      <w:pPr>
        <w:pStyle w:val="CodeBlock"/>
        <w:spacing w:line="360" w:lineRule="auto"/>
        <w:rPr>
          <w:rFonts w:cs="Arial"/>
        </w:rPr>
      </w:pPr>
      <w:r w:rsidRPr="00BE5DEA">
        <w:rPr>
          <w:rFonts w:cs="Arial"/>
          <w:sz w:val="17"/>
        </w:rPr>
        <w:t xml:space="preserve">  &lt;script defer src="script.js"&gt;&lt;/script&gt;</w:t>
      </w:r>
    </w:p>
    <w:p w14:paraId="29A4778F" w14:textId="77777777" w:rsidR="00ED1788" w:rsidRPr="00BE5DEA" w:rsidRDefault="00000000" w:rsidP="00BE5DEA">
      <w:pPr>
        <w:pStyle w:val="CodeBlock"/>
        <w:spacing w:line="360" w:lineRule="auto"/>
        <w:rPr>
          <w:rFonts w:cs="Arial"/>
        </w:rPr>
      </w:pPr>
      <w:r w:rsidRPr="00BE5DEA">
        <w:rPr>
          <w:rFonts w:cs="Arial"/>
          <w:sz w:val="17"/>
        </w:rPr>
        <w:t xml:space="preserve">  &lt;style&gt;:root { --hero-image: url('https://commons.wikimedia.org/wiki/Special:FilePath/Al_Masjid_An-Nabawi.jpg'); }&lt;/style&gt;</w:t>
      </w:r>
    </w:p>
    <w:p w14:paraId="258B8291" w14:textId="77777777" w:rsidR="00ED1788" w:rsidRPr="00BE5DEA" w:rsidRDefault="00000000" w:rsidP="00BE5DEA">
      <w:pPr>
        <w:pStyle w:val="CodeBlock"/>
        <w:spacing w:line="360" w:lineRule="auto"/>
        <w:rPr>
          <w:rFonts w:cs="Arial"/>
        </w:rPr>
      </w:pPr>
      <w:r w:rsidRPr="00BE5DEA">
        <w:rPr>
          <w:rFonts w:cs="Arial"/>
          <w:sz w:val="17"/>
        </w:rPr>
        <w:t>&lt;/head&gt;</w:t>
      </w:r>
    </w:p>
    <w:p w14:paraId="741CB171" w14:textId="77777777" w:rsidR="00ED1788" w:rsidRPr="00BE5DEA" w:rsidRDefault="00000000" w:rsidP="00BE5DEA">
      <w:pPr>
        <w:pStyle w:val="CodeBlock"/>
        <w:spacing w:line="360" w:lineRule="auto"/>
        <w:rPr>
          <w:rFonts w:cs="Arial"/>
        </w:rPr>
      </w:pPr>
      <w:r w:rsidRPr="00BE5DEA">
        <w:rPr>
          <w:rFonts w:cs="Arial"/>
          <w:sz w:val="17"/>
        </w:rPr>
        <w:t>&lt;body&gt;</w:t>
      </w:r>
    </w:p>
    <w:p w14:paraId="0BD021CF" w14:textId="77777777" w:rsidR="00ED1788" w:rsidRPr="00BE5DEA" w:rsidRDefault="00000000" w:rsidP="00BE5DEA">
      <w:pPr>
        <w:pStyle w:val="CodeBlock"/>
        <w:spacing w:line="360" w:lineRule="auto"/>
        <w:rPr>
          <w:rFonts w:cs="Arial"/>
        </w:rPr>
      </w:pPr>
      <w:r w:rsidRPr="00BE5DEA">
        <w:rPr>
          <w:rFonts w:cs="Arial"/>
          <w:sz w:val="17"/>
        </w:rPr>
        <w:t xml:space="preserve">  &lt;a class="skip-link" href="#main-content"&gt;Skip to main content&lt;/a&gt;</w:t>
      </w:r>
    </w:p>
    <w:p w14:paraId="4AADA916" w14:textId="77777777" w:rsidR="00ED1788" w:rsidRPr="00BE5DEA" w:rsidRDefault="00000000" w:rsidP="00BE5DEA">
      <w:pPr>
        <w:pStyle w:val="CodeBlock"/>
        <w:spacing w:line="360" w:lineRule="auto"/>
        <w:rPr>
          <w:rFonts w:cs="Arial"/>
        </w:rPr>
      </w:pPr>
      <w:r w:rsidRPr="00BE5DEA">
        <w:rPr>
          <w:rFonts w:cs="Arial"/>
          <w:sz w:val="17"/>
        </w:rPr>
        <w:t xml:space="preserve">  </w:t>
      </w:r>
    </w:p>
    <w:p w14:paraId="033C9540" w14:textId="77777777" w:rsidR="00ED1788" w:rsidRPr="00BE5DEA" w:rsidRDefault="00000000" w:rsidP="00BE5DEA">
      <w:pPr>
        <w:pStyle w:val="CodeBlock"/>
        <w:spacing w:line="360" w:lineRule="auto"/>
        <w:rPr>
          <w:rFonts w:cs="Arial"/>
        </w:rPr>
      </w:pPr>
      <w:r w:rsidRPr="00BE5DEA">
        <w:rPr>
          <w:rFonts w:cs="Arial"/>
          <w:sz w:val="17"/>
        </w:rPr>
        <w:t xml:space="preserve">    &lt;header class="site-header"&gt;</w:t>
      </w:r>
    </w:p>
    <w:p w14:paraId="46366D13" w14:textId="77777777" w:rsidR="00ED1788" w:rsidRPr="00BE5DEA" w:rsidRDefault="00000000" w:rsidP="00BE5DEA">
      <w:pPr>
        <w:pStyle w:val="CodeBlock"/>
        <w:spacing w:line="360" w:lineRule="auto"/>
        <w:rPr>
          <w:rFonts w:cs="Arial"/>
        </w:rPr>
      </w:pPr>
      <w:r w:rsidRPr="00BE5DEA">
        <w:rPr>
          <w:rFonts w:cs="Arial"/>
          <w:sz w:val="17"/>
        </w:rPr>
        <w:t xml:space="preserve">      &lt;div class="container navbar"&gt;</w:t>
      </w:r>
    </w:p>
    <w:p w14:paraId="31034DEB" w14:textId="77777777" w:rsidR="00ED1788" w:rsidRPr="00BE5DEA" w:rsidRDefault="00000000" w:rsidP="00BE5DEA">
      <w:pPr>
        <w:pStyle w:val="CodeBlock"/>
        <w:spacing w:line="360" w:lineRule="auto"/>
        <w:rPr>
          <w:rFonts w:cs="Arial"/>
        </w:rPr>
      </w:pPr>
      <w:r w:rsidRPr="00BE5DEA">
        <w:rPr>
          <w:rFonts w:cs="Arial"/>
          <w:sz w:val="17"/>
        </w:rPr>
        <w:t xml:space="preserve">        &lt;a class="brand" href="index.html"&gt;Ahmad Mecca Photography&lt;/a&gt;</w:t>
      </w:r>
    </w:p>
    <w:p w14:paraId="66D0FCF2" w14:textId="77777777" w:rsidR="00ED1788" w:rsidRPr="00BE5DEA" w:rsidRDefault="00000000" w:rsidP="00BE5DEA">
      <w:pPr>
        <w:pStyle w:val="CodeBlock"/>
        <w:spacing w:line="360" w:lineRule="auto"/>
        <w:rPr>
          <w:rFonts w:cs="Arial"/>
        </w:rPr>
      </w:pPr>
      <w:r w:rsidRPr="00BE5DEA">
        <w:rPr>
          <w:rFonts w:cs="Arial"/>
          <w:sz w:val="17"/>
        </w:rPr>
        <w:t xml:space="preserve">        &lt;button class="menu-toggle" type="button" aria-expanded="false" aria-controls="primary-nav"&gt;Menu&lt;/button&gt;</w:t>
      </w:r>
    </w:p>
    <w:p w14:paraId="7A84C22D" w14:textId="77777777" w:rsidR="00ED1788" w:rsidRPr="00BE5DEA" w:rsidRDefault="00000000" w:rsidP="00BE5DEA">
      <w:pPr>
        <w:pStyle w:val="CodeBlock"/>
        <w:spacing w:line="360" w:lineRule="auto"/>
        <w:rPr>
          <w:rFonts w:cs="Arial"/>
        </w:rPr>
      </w:pPr>
      <w:r w:rsidRPr="00BE5DEA">
        <w:rPr>
          <w:rFonts w:cs="Arial"/>
          <w:sz w:val="17"/>
        </w:rPr>
        <w:t xml:space="preserve">        &lt;ul class="nav-links" id="primary-nav"&gt;</w:t>
      </w:r>
    </w:p>
    <w:p w14:paraId="521A38A0" w14:textId="77777777" w:rsidR="00ED1788" w:rsidRPr="00BE5DEA" w:rsidRDefault="00000000" w:rsidP="00BE5DEA">
      <w:pPr>
        <w:pStyle w:val="CodeBlock"/>
        <w:spacing w:line="360" w:lineRule="auto"/>
        <w:rPr>
          <w:rFonts w:cs="Arial"/>
        </w:rPr>
      </w:pPr>
      <w:r w:rsidRPr="00BE5DEA">
        <w:rPr>
          <w:rFonts w:cs="Arial"/>
          <w:sz w:val="17"/>
        </w:rPr>
        <w:t xml:space="preserve">          &lt;li&gt;&lt;a  href="index.html"&gt;Home&lt;/a&gt;&lt;/li&gt;</w:t>
      </w:r>
    </w:p>
    <w:p w14:paraId="52FB2AC4"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&lt;li&gt;&lt;a  href="about.html"&gt;About&lt;/a&gt;&lt;/li&gt;</w:t>
      </w:r>
    </w:p>
    <w:p w14:paraId="08A4767A" w14:textId="77777777" w:rsidR="00ED1788" w:rsidRPr="00BE5DEA" w:rsidRDefault="00000000" w:rsidP="00BE5DEA">
      <w:pPr>
        <w:pStyle w:val="CodeBlock"/>
        <w:spacing w:line="360" w:lineRule="auto"/>
        <w:rPr>
          <w:rFonts w:cs="Arial"/>
        </w:rPr>
      </w:pPr>
      <w:r w:rsidRPr="00BE5DEA">
        <w:rPr>
          <w:rFonts w:cs="Arial"/>
          <w:sz w:val="17"/>
        </w:rPr>
        <w:t xml:space="preserve">          &lt;li&gt;&lt;a  href="gallery.html"&gt;Gallery&lt;/a&gt;&lt;/li&gt;</w:t>
      </w:r>
    </w:p>
    <w:p w14:paraId="2861CE8F" w14:textId="77777777" w:rsidR="00ED1788" w:rsidRPr="00BE5DEA" w:rsidRDefault="00000000" w:rsidP="00BE5DEA">
      <w:pPr>
        <w:pStyle w:val="CodeBlock"/>
        <w:spacing w:line="360" w:lineRule="auto"/>
        <w:rPr>
          <w:rFonts w:cs="Arial"/>
        </w:rPr>
      </w:pPr>
      <w:r w:rsidRPr="00BE5DEA">
        <w:rPr>
          <w:rFonts w:cs="Arial"/>
          <w:sz w:val="17"/>
        </w:rPr>
        <w:t xml:space="preserve">          &lt;li&gt;&lt;a class="active" href="contact.html"&gt;Contact&lt;/a&gt;&lt;/li&gt;</w:t>
      </w:r>
    </w:p>
    <w:p w14:paraId="4B3E0C2E" w14:textId="77777777" w:rsidR="00ED1788" w:rsidRPr="00BE5DEA" w:rsidRDefault="00000000" w:rsidP="00BE5DEA">
      <w:pPr>
        <w:pStyle w:val="CodeBlock"/>
        <w:spacing w:line="360" w:lineRule="auto"/>
        <w:rPr>
          <w:rFonts w:cs="Arial"/>
        </w:rPr>
      </w:pPr>
      <w:r w:rsidRPr="00BE5DEA">
        <w:rPr>
          <w:rFonts w:cs="Arial"/>
          <w:sz w:val="17"/>
        </w:rPr>
        <w:t xml:space="preserve">        &lt;/ul&gt;</w:t>
      </w:r>
    </w:p>
    <w:p w14:paraId="26661E73"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36AADE2C" w14:textId="77777777" w:rsidR="00ED1788" w:rsidRPr="00BE5DEA" w:rsidRDefault="00000000" w:rsidP="00BE5DEA">
      <w:pPr>
        <w:pStyle w:val="CodeBlock"/>
        <w:spacing w:line="360" w:lineRule="auto"/>
        <w:rPr>
          <w:rFonts w:cs="Arial"/>
        </w:rPr>
      </w:pPr>
      <w:r w:rsidRPr="00BE5DEA">
        <w:rPr>
          <w:rFonts w:cs="Arial"/>
          <w:sz w:val="17"/>
        </w:rPr>
        <w:t xml:space="preserve">    &lt;/header&gt;</w:t>
      </w:r>
    </w:p>
    <w:p w14:paraId="541A00E5" w14:textId="77777777" w:rsidR="00ED1788" w:rsidRPr="00BE5DEA" w:rsidRDefault="00000000" w:rsidP="00BE5DEA">
      <w:pPr>
        <w:pStyle w:val="CodeBlock"/>
        <w:spacing w:line="360" w:lineRule="auto"/>
        <w:rPr>
          <w:rFonts w:cs="Arial"/>
        </w:rPr>
      </w:pPr>
      <w:r w:rsidRPr="00BE5DEA">
        <w:rPr>
          <w:rFonts w:cs="Arial"/>
          <w:sz w:val="17"/>
        </w:rPr>
        <w:t xml:space="preserve"> </w:t>
      </w:r>
    </w:p>
    <w:p w14:paraId="04A132E7" w14:textId="77777777" w:rsidR="00ED1788" w:rsidRPr="00BE5DEA" w:rsidRDefault="00000000" w:rsidP="00BE5DEA">
      <w:pPr>
        <w:pStyle w:val="CodeBlock"/>
        <w:spacing w:line="360" w:lineRule="auto"/>
        <w:rPr>
          <w:rFonts w:cs="Arial"/>
        </w:rPr>
      </w:pPr>
      <w:r w:rsidRPr="00BE5DEA">
        <w:rPr>
          <w:rFonts w:cs="Arial"/>
          <w:sz w:val="17"/>
        </w:rPr>
        <w:t xml:space="preserve">  &lt;main id="main-content"&gt;</w:t>
      </w:r>
    </w:p>
    <w:p w14:paraId="372A7600" w14:textId="77777777" w:rsidR="00ED1788" w:rsidRPr="00BE5DEA" w:rsidRDefault="00000000" w:rsidP="00BE5DEA">
      <w:pPr>
        <w:pStyle w:val="CodeBlock"/>
        <w:spacing w:line="360" w:lineRule="auto"/>
        <w:rPr>
          <w:rFonts w:cs="Arial"/>
        </w:rPr>
      </w:pPr>
      <w:r w:rsidRPr="00BE5DEA">
        <w:rPr>
          <w:rFonts w:cs="Arial"/>
          <w:sz w:val="17"/>
        </w:rPr>
        <w:t xml:space="preserve">    &lt;section class="hero" aria-label="Page introduction"&gt;</w:t>
      </w:r>
    </w:p>
    <w:p w14:paraId="72FDACAC" w14:textId="77777777" w:rsidR="00ED1788" w:rsidRPr="00BE5DEA" w:rsidRDefault="00000000" w:rsidP="00BE5DEA">
      <w:pPr>
        <w:pStyle w:val="CodeBlock"/>
        <w:spacing w:line="360" w:lineRule="auto"/>
        <w:rPr>
          <w:rFonts w:cs="Arial"/>
        </w:rPr>
      </w:pPr>
      <w:r w:rsidRPr="00BE5DEA">
        <w:rPr>
          <w:rFonts w:cs="Arial"/>
          <w:sz w:val="17"/>
        </w:rPr>
        <w:t xml:space="preserve">      &lt;div class="container hero-content"&gt;</w:t>
      </w:r>
    </w:p>
    <w:p w14:paraId="08D6380D" w14:textId="77777777" w:rsidR="00ED1788" w:rsidRPr="00BE5DEA" w:rsidRDefault="00000000" w:rsidP="00BE5DEA">
      <w:pPr>
        <w:pStyle w:val="CodeBlock"/>
        <w:spacing w:line="360" w:lineRule="auto"/>
        <w:rPr>
          <w:rFonts w:cs="Arial"/>
        </w:rPr>
      </w:pPr>
      <w:r w:rsidRPr="00BE5DEA">
        <w:rPr>
          <w:rFonts w:cs="Arial"/>
          <w:sz w:val="17"/>
        </w:rPr>
        <w:t xml:space="preserve">        &lt;h1&gt;Get in touch through a separate contact page&lt;/h1&gt;</w:t>
      </w:r>
    </w:p>
    <w:p w14:paraId="1D30FE0D" w14:textId="77777777" w:rsidR="00ED1788" w:rsidRPr="00BE5DEA" w:rsidRDefault="00000000" w:rsidP="00BE5DEA">
      <w:pPr>
        <w:pStyle w:val="CodeBlock"/>
        <w:spacing w:line="360" w:lineRule="auto"/>
        <w:rPr>
          <w:rFonts w:cs="Arial"/>
        </w:rPr>
      </w:pPr>
      <w:r w:rsidRPr="00BE5DEA">
        <w:rPr>
          <w:rFonts w:cs="Arial"/>
          <w:sz w:val="17"/>
        </w:rPr>
        <w:t xml:space="preserve">        &lt;p&gt;This page provides a direct way to enquire while keeping the same subject matter and image theme used across the rest of the website.&lt;/p&gt;</w:t>
      </w:r>
    </w:p>
    <w:p w14:paraId="7B8EFC74" w14:textId="77777777" w:rsidR="00ED1788" w:rsidRPr="00BE5DEA" w:rsidRDefault="00000000" w:rsidP="00BE5DEA">
      <w:pPr>
        <w:pStyle w:val="CodeBlock"/>
        <w:spacing w:line="360" w:lineRule="auto"/>
        <w:rPr>
          <w:rFonts w:cs="Arial"/>
        </w:rPr>
      </w:pPr>
      <w:r w:rsidRPr="00BE5DEA">
        <w:rPr>
          <w:rFonts w:cs="Arial"/>
          <w:sz w:val="17"/>
        </w:rPr>
        <w:t xml:space="preserve">        &lt;div class="button-row"&gt;&lt;a class="btn btn-secondary" href="index.html"&gt;Back to Home&lt;/a&gt;&lt;a class="btn btn-primary" href="about.html"&gt;About the Brand&lt;/a&gt;&lt;/div&gt;</w:t>
      </w:r>
    </w:p>
    <w:p w14:paraId="3777F623"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102A6A45" w14:textId="77777777" w:rsidR="00ED1788" w:rsidRPr="00BE5DEA" w:rsidRDefault="00000000" w:rsidP="00BE5DEA">
      <w:pPr>
        <w:pStyle w:val="CodeBlock"/>
        <w:spacing w:line="360" w:lineRule="auto"/>
        <w:rPr>
          <w:rFonts w:cs="Arial"/>
        </w:rPr>
      </w:pPr>
      <w:r w:rsidRPr="00BE5DEA">
        <w:rPr>
          <w:rFonts w:cs="Arial"/>
          <w:sz w:val="17"/>
        </w:rPr>
        <w:t xml:space="preserve">    &lt;/section&gt;</w:t>
      </w:r>
    </w:p>
    <w:p w14:paraId="463B8C78" w14:textId="77777777" w:rsidR="00ED1788" w:rsidRPr="00BE5DEA" w:rsidRDefault="00000000" w:rsidP="00BE5DEA">
      <w:pPr>
        <w:pStyle w:val="CodeBlock"/>
        <w:spacing w:line="360" w:lineRule="auto"/>
        <w:rPr>
          <w:rFonts w:cs="Arial"/>
        </w:rPr>
      </w:pPr>
      <w:r w:rsidRPr="00BE5DEA">
        <w:rPr>
          <w:rFonts w:cs="Arial"/>
          <w:sz w:val="17"/>
        </w:rPr>
        <w:t xml:space="preserve">    </w:t>
      </w:r>
    </w:p>
    <w:p w14:paraId="7588A24B" w14:textId="77777777" w:rsidR="00ED1788" w:rsidRPr="00BE5DEA" w:rsidRDefault="00000000" w:rsidP="00BE5DEA">
      <w:pPr>
        <w:pStyle w:val="CodeBlock"/>
        <w:spacing w:line="360" w:lineRule="auto"/>
        <w:rPr>
          <w:rFonts w:cs="Arial"/>
        </w:rPr>
      </w:pPr>
      <w:r w:rsidRPr="00BE5DEA">
        <w:rPr>
          <w:rFonts w:cs="Arial"/>
          <w:sz w:val="17"/>
        </w:rPr>
        <w:t>&lt;section class="section section-alt"&gt;</w:t>
      </w:r>
    </w:p>
    <w:p w14:paraId="15C71B1F" w14:textId="77777777" w:rsidR="00ED1788" w:rsidRPr="00BE5DEA" w:rsidRDefault="00000000" w:rsidP="00BE5DEA">
      <w:pPr>
        <w:pStyle w:val="CodeBlock"/>
        <w:spacing w:line="360" w:lineRule="auto"/>
        <w:rPr>
          <w:rFonts w:cs="Arial"/>
        </w:rPr>
      </w:pPr>
      <w:r w:rsidRPr="00BE5DEA">
        <w:rPr>
          <w:rFonts w:cs="Arial"/>
          <w:sz w:val="17"/>
        </w:rPr>
        <w:t xml:space="preserve">  &lt;div class="container grid-2"&gt;</w:t>
      </w:r>
    </w:p>
    <w:p w14:paraId="1268421E"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44BD21CF" w14:textId="77777777" w:rsidR="00ED1788" w:rsidRPr="00BE5DEA" w:rsidRDefault="00000000" w:rsidP="00BE5DEA">
      <w:pPr>
        <w:pStyle w:val="CodeBlock"/>
        <w:spacing w:line="360" w:lineRule="auto"/>
        <w:rPr>
          <w:rFonts w:cs="Arial"/>
        </w:rPr>
      </w:pPr>
      <w:r w:rsidRPr="00BE5DEA">
        <w:rPr>
          <w:rFonts w:cs="Arial"/>
          <w:sz w:val="17"/>
        </w:rPr>
        <w:t xml:space="preserve">      &lt;h2&gt;Contact&lt;/h2&gt;</w:t>
      </w:r>
    </w:p>
    <w:p w14:paraId="26C6E2C9" w14:textId="77777777" w:rsidR="00ED1788" w:rsidRPr="00BE5DEA" w:rsidRDefault="00000000" w:rsidP="00BE5DEA">
      <w:pPr>
        <w:pStyle w:val="CodeBlock"/>
        <w:spacing w:line="360" w:lineRule="auto"/>
        <w:rPr>
          <w:rFonts w:cs="Arial"/>
        </w:rPr>
      </w:pPr>
      <w:r w:rsidRPr="00BE5DEA">
        <w:rPr>
          <w:rFonts w:cs="Arial"/>
          <w:sz w:val="17"/>
        </w:rPr>
        <w:t xml:space="preserve">      &lt;p class="lead"&gt;For print requests, editorial work, travel photography, or portfolio enquiries related to Mecca and Madina, use the contact form below.&lt;/p&gt;</w:t>
      </w:r>
    </w:p>
    <w:p w14:paraId="36F6F1AB" w14:textId="77777777" w:rsidR="00ED1788" w:rsidRPr="00BE5DEA" w:rsidRDefault="00000000" w:rsidP="00BE5DEA">
      <w:pPr>
        <w:pStyle w:val="CodeBlock"/>
        <w:spacing w:line="360" w:lineRule="auto"/>
        <w:rPr>
          <w:rFonts w:cs="Arial"/>
        </w:rPr>
      </w:pPr>
      <w:r w:rsidRPr="00BE5DEA">
        <w:rPr>
          <w:rFonts w:cs="Arial"/>
          <w:sz w:val="17"/>
        </w:rPr>
        <w:t xml:space="preserve">      &lt;ul class="feature-list"&gt;</w:t>
      </w:r>
    </w:p>
    <w:p w14:paraId="3AA1ECE3" w14:textId="77777777" w:rsidR="00ED1788" w:rsidRPr="00BE5DEA" w:rsidRDefault="00000000" w:rsidP="00BE5DEA">
      <w:pPr>
        <w:pStyle w:val="CodeBlock"/>
        <w:spacing w:line="360" w:lineRule="auto"/>
        <w:rPr>
          <w:rFonts w:cs="Arial"/>
        </w:rPr>
      </w:pPr>
      <w:r w:rsidRPr="00BE5DEA">
        <w:rPr>
          <w:rFonts w:cs="Arial"/>
          <w:sz w:val="17"/>
        </w:rPr>
        <w:t xml:space="preserve">        &lt;li&gt;Email: info@example.com&lt;/li&gt;</w:t>
      </w:r>
    </w:p>
    <w:p w14:paraId="71098A0B" w14:textId="77777777" w:rsidR="00ED1788" w:rsidRPr="00BE5DEA" w:rsidRDefault="00000000" w:rsidP="00BE5DEA">
      <w:pPr>
        <w:pStyle w:val="CodeBlock"/>
        <w:spacing w:line="360" w:lineRule="auto"/>
        <w:rPr>
          <w:rFonts w:cs="Arial"/>
        </w:rPr>
      </w:pPr>
      <w:r w:rsidRPr="00BE5DEA">
        <w:rPr>
          <w:rFonts w:cs="Arial"/>
          <w:sz w:val="17"/>
        </w:rPr>
        <w:t xml:space="preserve">        &lt;li&gt;Phone: +44 20 0000 0000&lt;/li&gt;</w:t>
      </w:r>
    </w:p>
    <w:p w14:paraId="1601B013" w14:textId="77777777" w:rsidR="00ED1788" w:rsidRPr="00BE5DEA" w:rsidRDefault="00000000" w:rsidP="00BE5DEA">
      <w:pPr>
        <w:pStyle w:val="CodeBlock"/>
        <w:spacing w:line="360" w:lineRule="auto"/>
        <w:rPr>
          <w:rFonts w:cs="Arial"/>
        </w:rPr>
      </w:pPr>
      <w:r w:rsidRPr="00BE5DEA">
        <w:rPr>
          <w:rFonts w:cs="Arial"/>
          <w:sz w:val="17"/>
        </w:rPr>
        <w:t xml:space="preserve">        &lt;li&gt;Office hours: Monday to Friday, 9:00 AM to 5:00 PM&lt;/li&gt;</w:t>
      </w:r>
    </w:p>
    <w:p w14:paraId="59CC87EA" w14:textId="77777777" w:rsidR="00ED1788" w:rsidRPr="00BE5DEA" w:rsidRDefault="00000000" w:rsidP="00BE5DEA">
      <w:pPr>
        <w:pStyle w:val="CodeBlock"/>
        <w:spacing w:line="360" w:lineRule="auto"/>
        <w:rPr>
          <w:rFonts w:cs="Arial"/>
        </w:rPr>
      </w:pPr>
      <w:r w:rsidRPr="00BE5DEA">
        <w:rPr>
          <w:rFonts w:cs="Arial"/>
          <w:sz w:val="17"/>
        </w:rPr>
        <w:t xml:space="preserve">        &lt;li&gt;Quick replies for new enquiries&lt;/li&gt;</w:t>
      </w:r>
    </w:p>
    <w:p w14:paraId="168712FF" w14:textId="77777777" w:rsidR="00ED1788" w:rsidRPr="00BE5DEA" w:rsidRDefault="00000000" w:rsidP="00BE5DEA">
      <w:pPr>
        <w:pStyle w:val="CodeBlock"/>
        <w:spacing w:line="360" w:lineRule="auto"/>
        <w:rPr>
          <w:rFonts w:cs="Arial"/>
        </w:rPr>
      </w:pPr>
      <w:r w:rsidRPr="00BE5DEA">
        <w:rPr>
          <w:rFonts w:cs="Arial"/>
          <w:sz w:val="17"/>
        </w:rPr>
        <w:t xml:space="preserve">      &lt;/ul&gt;</w:t>
      </w:r>
    </w:p>
    <w:p w14:paraId="56F08532"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6432B0B8" w14:textId="77777777" w:rsidR="00ED1788" w:rsidRPr="00BE5DEA" w:rsidRDefault="00000000" w:rsidP="00BE5DEA">
      <w:pPr>
        <w:pStyle w:val="CodeBlock"/>
        <w:spacing w:line="360" w:lineRule="auto"/>
        <w:rPr>
          <w:rFonts w:cs="Arial"/>
        </w:rPr>
      </w:pPr>
      <w:r w:rsidRPr="00BE5DEA">
        <w:rPr>
          <w:rFonts w:cs="Arial"/>
          <w:sz w:val="17"/>
        </w:rPr>
        <w:t xml:space="preserve">    &lt;div class="form-wrap"&gt;</w:t>
      </w:r>
    </w:p>
    <w:p w14:paraId="07B26FB8" w14:textId="77777777" w:rsidR="00ED1788" w:rsidRPr="00BE5DEA" w:rsidRDefault="00000000" w:rsidP="00BE5DEA">
      <w:pPr>
        <w:pStyle w:val="CodeBlock"/>
        <w:spacing w:line="360" w:lineRule="auto"/>
        <w:rPr>
          <w:rFonts w:cs="Arial"/>
        </w:rPr>
      </w:pPr>
      <w:r w:rsidRPr="00BE5DEA">
        <w:rPr>
          <w:rFonts w:cs="Arial"/>
          <w:sz w:val="17"/>
        </w:rPr>
        <w:t xml:space="preserve">      &lt;h2&gt;Send a message&lt;/h2&gt;</w:t>
      </w:r>
    </w:p>
    <w:p w14:paraId="63749665" w14:textId="77777777" w:rsidR="00ED1788" w:rsidRPr="00BE5DEA" w:rsidRDefault="00000000" w:rsidP="00BE5DEA">
      <w:pPr>
        <w:pStyle w:val="CodeBlock"/>
        <w:spacing w:line="360" w:lineRule="auto"/>
        <w:rPr>
          <w:rFonts w:cs="Arial"/>
        </w:rPr>
      </w:pPr>
      <w:r w:rsidRPr="00BE5DEA">
        <w:rPr>
          <w:rFonts w:cs="Arial"/>
          <w:sz w:val="17"/>
        </w:rPr>
        <w:t xml:space="preserve">      &lt;form action="#" method="post"&gt;</w:t>
      </w:r>
    </w:p>
    <w:p w14:paraId="0ABA9582" w14:textId="77777777" w:rsidR="00ED1788" w:rsidRPr="00BE5DEA" w:rsidRDefault="00000000" w:rsidP="00BE5DEA">
      <w:pPr>
        <w:pStyle w:val="CodeBlock"/>
        <w:spacing w:line="360" w:lineRule="auto"/>
        <w:rPr>
          <w:rFonts w:cs="Arial"/>
        </w:rPr>
      </w:pPr>
      <w:r w:rsidRPr="00BE5DEA">
        <w:rPr>
          <w:rFonts w:cs="Arial"/>
          <w:sz w:val="17"/>
        </w:rPr>
        <w:t xml:space="preserve">        &lt;label for="contact-name"&gt;Full name&lt;/label&gt;</w:t>
      </w:r>
    </w:p>
    <w:p w14:paraId="33065686" w14:textId="77777777" w:rsidR="00ED1788" w:rsidRPr="00BE5DEA" w:rsidRDefault="00000000" w:rsidP="00BE5DEA">
      <w:pPr>
        <w:pStyle w:val="CodeBlock"/>
        <w:spacing w:line="360" w:lineRule="auto"/>
        <w:rPr>
          <w:rFonts w:cs="Arial"/>
        </w:rPr>
      </w:pPr>
      <w:r w:rsidRPr="00BE5DEA">
        <w:rPr>
          <w:rFonts w:cs="Arial"/>
          <w:sz w:val="17"/>
        </w:rPr>
        <w:t xml:space="preserve">        &lt;input id="contact-name" name="contact-name" type="text" placeholder="Enter your name" required&gt;</w:t>
      </w:r>
    </w:p>
    <w:p w14:paraId="1532124C" w14:textId="77777777" w:rsidR="00ED1788" w:rsidRPr="00BE5DEA" w:rsidRDefault="00000000" w:rsidP="00BE5DEA">
      <w:pPr>
        <w:pStyle w:val="CodeBlock"/>
        <w:spacing w:line="360" w:lineRule="auto"/>
        <w:rPr>
          <w:rFonts w:cs="Arial"/>
        </w:rPr>
      </w:pPr>
      <w:r w:rsidRPr="00BE5DEA">
        <w:rPr>
          <w:rFonts w:cs="Arial"/>
          <w:sz w:val="17"/>
        </w:rPr>
        <w:t xml:space="preserve">        &lt;label for="contact-email"&gt;Email address&lt;/label&gt;</w:t>
      </w:r>
    </w:p>
    <w:p w14:paraId="3CF4A941" w14:textId="77777777" w:rsidR="00ED1788" w:rsidRPr="00BE5DEA" w:rsidRDefault="00000000" w:rsidP="00BE5DEA">
      <w:pPr>
        <w:pStyle w:val="CodeBlock"/>
        <w:spacing w:line="360" w:lineRule="auto"/>
        <w:rPr>
          <w:rFonts w:cs="Arial"/>
        </w:rPr>
      </w:pPr>
      <w:r w:rsidRPr="00BE5DEA">
        <w:rPr>
          <w:rFonts w:cs="Arial"/>
          <w:sz w:val="17"/>
        </w:rPr>
        <w:t xml:space="preserve">        &lt;input id="contact-email" name="contact-email" type="email" placeholder="Enter your email" required&gt;</w:t>
      </w:r>
    </w:p>
    <w:p w14:paraId="110DEC92" w14:textId="77777777" w:rsidR="00ED1788" w:rsidRPr="00BE5DEA" w:rsidRDefault="00000000" w:rsidP="00BE5DEA">
      <w:pPr>
        <w:pStyle w:val="CodeBlock"/>
        <w:spacing w:line="360" w:lineRule="auto"/>
        <w:rPr>
          <w:rFonts w:cs="Arial"/>
        </w:rPr>
      </w:pPr>
      <w:r w:rsidRPr="00BE5DEA">
        <w:rPr>
          <w:rFonts w:cs="Arial"/>
          <w:sz w:val="17"/>
        </w:rPr>
        <w:t xml:space="preserve">        &lt;label for="contact-subject"&gt;Subject&lt;/label&gt;</w:t>
      </w:r>
    </w:p>
    <w:p w14:paraId="5E395B3A" w14:textId="77777777" w:rsidR="00ED1788" w:rsidRPr="00BE5DEA" w:rsidRDefault="00000000" w:rsidP="00BE5DEA">
      <w:pPr>
        <w:pStyle w:val="CodeBlock"/>
        <w:spacing w:line="360" w:lineRule="auto"/>
        <w:rPr>
          <w:rFonts w:cs="Arial"/>
        </w:rPr>
      </w:pPr>
      <w:r w:rsidRPr="00BE5DEA">
        <w:rPr>
          <w:rFonts w:cs="Arial"/>
          <w:sz w:val="17"/>
        </w:rPr>
        <w:t xml:space="preserve">        &lt;select id="contact-subject" name="contact-subject" required&gt;</w:t>
      </w:r>
    </w:p>
    <w:p w14:paraId="596DB721" w14:textId="77777777" w:rsidR="00ED1788" w:rsidRPr="00BE5DEA" w:rsidRDefault="00000000" w:rsidP="00BE5DEA">
      <w:pPr>
        <w:pStyle w:val="CodeBlock"/>
        <w:spacing w:line="360" w:lineRule="auto"/>
        <w:rPr>
          <w:rFonts w:cs="Arial"/>
        </w:rPr>
      </w:pPr>
      <w:r w:rsidRPr="00BE5DEA">
        <w:rPr>
          <w:rFonts w:cs="Arial"/>
          <w:sz w:val="17"/>
        </w:rPr>
        <w:t xml:space="preserve">          &lt;option value=""&gt;Choose a subject&lt;/option&gt;</w:t>
      </w:r>
    </w:p>
    <w:p w14:paraId="61175EE1" w14:textId="77777777" w:rsidR="00ED1788" w:rsidRPr="00BE5DEA" w:rsidRDefault="00000000" w:rsidP="00BE5DEA">
      <w:pPr>
        <w:pStyle w:val="CodeBlock"/>
        <w:spacing w:line="360" w:lineRule="auto"/>
        <w:rPr>
          <w:rFonts w:cs="Arial"/>
        </w:rPr>
      </w:pPr>
      <w:r w:rsidRPr="00BE5DEA">
        <w:rPr>
          <w:rFonts w:cs="Arial"/>
          <w:sz w:val="17"/>
        </w:rPr>
        <w:t xml:space="preserve">          &lt;option&gt;General enquiry&lt;/option&gt;</w:t>
      </w:r>
    </w:p>
    <w:p w14:paraId="589FBB2C" w14:textId="77777777" w:rsidR="00ED1788" w:rsidRPr="00BE5DEA" w:rsidRDefault="00000000" w:rsidP="00BE5DEA">
      <w:pPr>
        <w:pStyle w:val="CodeBlock"/>
        <w:spacing w:line="360" w:lineRule="auto"/>
        <w:rPr>
          <w:rFonts w:cs="Arial"/>
        </w:rPr>
      </w:pPr>
      <w:r w:rsidRPr="00BE5DEA">
        <w:rPr>
          <w:rFonts w:cs="Arial"/>
          <w:sz w:val="17"/>
        </w:rPr>
        <w:t xml:space="preserve">          &lt;option&gt;Booking request&lt;/option&gt;</w:t>
      </w:r>
    </w:p>
    <w:p w14:paraId="02DC743C" w14:textId="77777777" w:rsidR="00ED1788" w:rsidRPr="00BE5DEA" w:rsidRDefault="00000000" w:rsidP="00BE5DEA">
      <w:pPr>
        <w:pStyle w:val="CodeBlock"/>
        <w:spacing w:line="360" w:lineRule="auto"/>
        <w:rPr>
          <w:rFonts w:cs="Arial"/>
        </w:rPr>
      </w:pPr>
      <w:r w:rsidRPr="00BE5DEA">
        <w:rPr>
          <w:rFonts w:cs="Arial"/>
          <w:sz w:val="17"/>
        </w:rPr>
        <w:t xml:space="preserve">          &lt;option&gt;Pricing information&lt;/option&gt;</w:t>
      </w:r>
    </w:p>
    <w:p w14:paraId="5E63CED4"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&lt;/select&gt;</w:t>
      </w:r>
    </w:p>
    <w:p w14:paraId="36027B3A" w14:textId="77777777" w:rsidR="00ED1788" w:rsidRPr="00BE5DEA" w:rsidRDefault="00000000" w:rsidP="00BE5DEA">
      <w:pPr>
        <w:pStyle w:val="CodeBlock"/>
        <w:spacing w:line="360" w:lineRule="auto"/>
        <w:rPr>
          <w:rFonts w:cs="Arial"/>
        </w:rPr>
      </w:pPr>
      <w:r w:rsidRPr="00BE5DEA">
        <w:rPr>
          <w:rFonts w:cs="Arial"/>
          <w:sz w:val="17"/>
        </w:rPr>
        <w:t xml:space="preserve">        &lt;label for="contact-message"&gt;Message&lt;/label&gt;</w:t>
      </w:r>
    </w:p>
    <w:p w14:paraId="183E333E" w14:textId="77777777" w:rsidR="00ED1788" w:rsidRPr="00BE5DEA" w:rsidRDefault="00000000" w:rsidP="00BE5DEA">
      <w:pPr>
        <w:pStyle w:val="CodeBlock"/>
        <w:spacing w:line="360" w:lineRule="auto"/>
        <w:rPr>
          <w:rFonts w:cs="Arial"/>
        </w:rPr>
      </w:pPr>
      <w:r w:rsidRPr="00BE5DEA">
        <w:rPr>
          <w:rFonts w:cs="Arial"/>
          <w:sz w:val="17"/>
        </w:rPr>
        <w:t xml:space="preserve">        &lt;textarea id="contact-message" name="contact-message" rows="5" placeholder="Write your message here"&gt;&lt;/textarea&gt;</w:t>
      </w:r>
    </w:p>
    <w:p w14:paraId="25409CD4" w14:textId="77777777" w:rsidR="00ED1788" w:rsidRPr="00BE5DEA" w:rsidRDefault="00000000" w:rsidP="00BE5DEA">
      <w:pPr>
        <w:pStyle w:val="CodeBlock"/>
        <w:spacing w:line="360" w:lineRule="auto"/>
        <w:rPr>
          <w:rFonts w:cs="Arial"/>
        </w:rPr>
      </w:pPr>
      <w:r w:rsidRPr="00BE5DEA">
        <w:rPr>
          <w:rFonts w:cs="Arial"/>
          <w:sz w:val="17"/>
        </w:rPr>
        <w:t xml:space="preserve">        &lt;button class="btn btn-primary" type="submit"&gt;Send message&lt;/button&gt;</w:t>
      </w:r>
    </w:p>
    <w:p w14:paraId="3ACD398C" w14:textId="77777777" w:rsidR="00ED1788" w:rsidRPr="00BE5DEA" w:rsidRDefault="00000000" w:rsidP="00BE5DEA">
      <w:pPr>
        <w:pStyle w:val="CodeBlock"/>
        <w:spacing w:line="360" w:lineRule="auto"/>
        <w:rPr>
          <w:rFonts w:cs="Arial"/>
        </w:rPr>
      </w:pPr>
      <w:r w:rsidRPr="00BE5DEA">
        <w:rPr>
          <w:rFonts w:cs="Arial"/>
          <w:sz w:val="17"/>
        </w:rPr>
        <w:t xml:space="preserve">      &lt;/form&gt;</w:t>
      </w:r>
    </w:p>
    <w:p w14:paraId="6E25831A"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30237515"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5B4F6B30" w14:textId="77777777" w:rsidR="00ED1788" w:rsidRPr="00BE5DEA" w:rsidRDefault="00000000" w:rsidP="00BE5DEA">
      <w:pPr>
        <w:pStyle w:val="CodeBlock"/>
        <w:spacing w:line="360" w:lineRule="auto"/>
        <w:rPr>
          <w:rFonts w:cs="Arial"/>
        </w:rPr>
      </w:pPr>
      <w:r w:rsidRPr="00BE5DEA">
        <w:rPr>
          <w:rFonts w:cs="Arial"/>
          <w:sz w:val="17"/>
        </w:rPr>
        <w:t>&lt;/section&gt;</w:t>
      </w:r>
    </w:p>
    <w:p w14:paraId="10CFF1FF" w14:textId="77777777" w:rsidR="00ED1788" w:rsidRPr="00BE5DEA" w:rsidRDefault="00000000" w:rsidP="00BE5DEA">
      <w:pPr>
        <w:pStyle w:val="CodeBlock"/>
        <w:spacing w:line="360" w:lineRule="auto"/>
        <w:rPr>
          <w:rFonts w:cs="Arial"/>
        </w:rPr>
      </w:pPr>
      <w:r w:rsidRPr="00BE5DEA">
        <w:rPr>
          <w:rFonts w:cs="Arial"/>
          <w:sz w:val="17"/>
        </w:rPr>
        <w:t xml:space="preserve"> </w:t>
      </w:r>
    </w:p>
    <w:p w14:paraId="14838A26" w14:textId="77777777" w:rsidR="00ED1788" w:rsidRPr="00BE5DEA" w:rsidRDefault="00000000" w:rsidP="00BE5DEA">
      <w:pPr>
        <w:pStyle w:val="CodeBlock"/>
        <w:spacing w:line="360" w:lineRule="auto"/>
        <w:rPr>
          <w:rFonts w:cs="Arial"/>
        </w:rPr>
      </w:pPr>
      <w:r w:rsidRPr="00BE5DEA">
        <w:rPr>
          <w:rFonts w:cs="Arial"/>
          <w:sz w:val="17"/>
        </w:rPr>
        <w:t>&lt;section class="section"&gt;</w:t>
      </w:r>
    </w:p>
    <w:p w14:paraId="1557845C" w14:textId="77777777" w:rsidR="00ED1788" w:rsidRPr="00BE5DEA" w:rsidRDefault="00000000" w:rsidP="00BE5DEA">
      <w:pPr>
        <w:pStyle w:val="CodeBlock"/>
        <w:spacing w:line="360" w:lineRule="auto"/>
        <w:rPr>
          <w:rFonts w:cs="Arial"/>
        </w:rPr>
      </w:pPr>
      <w:r w:rsidRPr="00BE5DEA">
        <w:rPr>
          <w:rFonts w:cs="Arial"/>
          <w:sz w:val="17"/>
        </w:rPr>
        <w:t xml:space="preserve">  &lt;div class="container cards"&gt;</w:t>
      </w:r>
    </w:p>
    <w:p w14:paraId="597D8BDF" w14:textId="77777777" w:rsidR="00ED1788" w:rsidRPr="00BE5DEA" w:rsidRDefault="00000000" w:rsidP="00BE5DEA">
      <w:pPr>
        <w:pStyle w:val="CodeBlock"/>
        <w:spacing w:line="360" w:lineRule="auto"/>
        <w:rPr>
          <w:rFonts w:cs="Arial"/>
        </w:rPr>
      </w:pPr>
      <w:r w:rsidRPr="00BE5DEA">
        <w:rPr>
          <w:rFonts w:cs="Arial"/>
          <w:sz w:val="17"/>
        </w:rPr>
        <w:t xml:space="preserve">    &lt;article class="card"&gt;</w:t>
      </w:r>
    </w:p>
    <w:p w14:paraId="406BCAAB" w14:textId="77777777" w:rsidR="00ED1788" w:rsidRPr="00BE5DEA" w:rsidRDefault="00000000" w:rsidP="00BE5DEA">
      <w:pPr>
        <w:pStyle w:val="CodeBlock"/>
        <w:spacing w:line="360" w:lineRule="auto"/>
        <w:rPr>
          <w:rFonts w:cs="Arial"/>
        </w:rPr>
      </w:pPr>
      <w:r w:rsidRPr="00BE5DEA">
        <w:rPr>
          <w:rFonts w:cs="Arial"/>
          <w:sz w:val="17"/>
        </w:rPr>
        <w:t xml:space="preserve">      &lt;img src="https://commons.wikimedia.org/wiki/Special:FilePath/Masjid_al-Haram_2025.jpg" alt="Contact section image one"&gt;</w:t>
      </w:r>
    </w:p>
    <w:p w14:paraId="024AE81A" w14:textId="77777777" w:rsidR="00ED1788" w:rsidRPr="00BE5DEA" w:rsidRDefault="00000000" w:rsidP="00BE5DEA">
      <w:pPr>
        <w:pStyle w:val="CodeBlock"/>
        <w:spacing w:line="360" w:lineRule="auto"/>
        <w:rPr>
          <w:rFonts w:cs="Arial"/>
        </w:rPr>
      </w:pPr>
      <w:r w:rsidRPr="00BE5DEA">
        <w:rPr>
          <w:rFonts w:cs="Arial"/>
          <w:sz w:val="17"/>
        </w:rPr>
        <w:t xml:space="preserve">      &lt;div class="card-body"&gt;</w:t>
      </w:r>
    </w:p>
    <w:p w14:paraId="0EB6E917" w14:textId="77777777" w:rsidR="00ED1788" w:rsidRPr="00BE5DEA" w:rsidRDefault="00000000" w:rsidP="00BE5DEA">
      <w:pPr>
        <w:pStyle w:val="CodeBlock"/>
        <w:spacing w:line="360" w:lineRule="auto"/>
        <w:rPr>
          <w:rFonts w:cs="Arial"/>
        </w:rPr>
      </w:pPr>
      <w:r w:rsidRPr="00BE5DEA">
        <w:rPr>
          <w:rFonts w:cs="Arial"/>
          <w:sz w:val="17"/>
        </w:rPr>
        <w:t xml:space="preserve">        &lt;h3&gt;Simple contact route&lt;/h3&gt;</w:t>
      </w:r>
    </w:p>
    <w:p w14:paraId="1A18E151" w14:textId="77777777" w:rsidR="00ED1788" w:rsidRPr="00BE5DEA" w:rsidRDefault="00000000" w:rsidP="00BE5DEA">
      <w:pPr>
        <w:pStyle w:val="CodeBlock"/>
        <w:spacing w:line="360" w:lineRule="auto"/>
        <w:rPr>
          <w:rFonts w:cs="Arial"/>
        </w:rPr>
      </w:pPr>
      <w:r w:rsidRPr="00BE5DEA">
        <w:rPr>
          <w:rFonts w:cs="Arial"/>
          <w:sz w:val="17"/>
        </w:rPr>
        <w:t xml:space="preserve">        &lt;p&gt;The main image on the site shows the Kaaba and the central sacred space of Masjid al-Haram.&lt;/p&gt;</w:t>
      </w:r>
    </w:p>
    <w:p w14:paraId="47888F41"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5CEC9E9B" w14:textId="77777777" w:rsidR="00ED1788" w:rsidRPr="00BE5DEA" w:rsidRDefault="00000000" w:rsidP="00BE5DEA">
      <w:pPr>
        <w:pStyle w:val="CodeBlock"/>
        <w:spacing w:line="360" w:lineRule="auto"/>
        <w:rPr>
          <w:rFonts w:cs="Arial"/>
        </w:rPr>
      </w:pPr>
      <w:r w:rsidRPr="00BE5DEA">
        <w:rPr>
          <w:rFonts w:cs="Arial"/>
          <w:sz w:val="17"/>
        </w:rPr>
        <w:t xml:space="preserve">    &lt;/article&gt;</w:t>
      </w:r>
    </w:p>
    <w:p w14:paraId="7C8D9305" w14:textId="77777777" w:rsidR="00ED1788" w:rsidRPr="00BE5DEA" w:rsidRDefault="00000000" w:rsidP="00BE5DEA">
      <w:pPr>
        <w:pStyle w:val="CodeBlock"/>
        <w:spacing w:line="360" w:lineRule="auto"/>
        <w:rPr>
          <w:rFonts w:cs="Arial"/>
        </w:rPr>
      </w:pPr>
      <w:r w:rsidRPr="00BE5DEA">
        <w:rPr>
          <w:rFonts w:cs="Arial"/>
          <w:sz w:val="17"/>
        </w:rPr>
        <w:t xml:space="preserve">    &lt;article class="card"&gt;</w:t>
      </w:r>
    </w:p>
    <w:p w14:paraId="5E4E2A8A" w14:textId="77777777" w:rsidR="00ED1788" w:rsidRPr="00BE5DEA" w:rsidRDefault="00000000" w:rsidP="00BE5DEA">
      <w:pPr>
        <w:pStyle w:val="CodeBlock"/>
        <w:spacing w:line="360" w:lineRule="auto"/>
        <w:rPr>
          <w:rFonts w:cs="Arial"/>
        </w:rPr>
      </w:pPr>
      <w:r w:rsidRPr="00BE5DEA">
        <w:rPr>
          <w:rFonts w:cs="Arial"/>
          <w:sz w:val="17"/>
        </w:rPr>
        <w:t xml:space="preserve">      &lt;img src="https://commons.wikimedia.org/wiki/Special:FilePath/Al-Masjid_an_Nabawi.jpg" alt="Contact section image two"&gt;</w:t>
      </w:r>
    </w:p>
    <w:p w14:paraId="77C2D68F" w14:textId="77777777" w:rsidR="00ED1788" w:rsidRPr="00BE5DEA" w:rsidRDefault="00000000" w:rsidP="00BE5DEA">
      <w:pPr>
        <w:pStyle w:val="CodeBlock"/>
        <w:spacing w:line="360" w:lineRule="auto"/>
        <w:rPr>
          <w:rFonts w:cs="Arial"/>
        </w:rPr>
      </w:pPr>
      <w:r w:rsidRPr="00BE5DEA">
        <w:rPr>
          <w:rFonts w:cs="Arial"/>
          <w:sz w:val="17"/>
        </w:rPr>
        <w:t xml:space="preserve">      &lt;div class="card-body"&gt;</w:t>
      </w:r>
    </w:p>
    <w:p w14:paraId="08AE1168" w14:textId="77777777" w:rsidR="00ED1788" w:rsidRPr="00BE5DEA" w:rsidRDefault="00000000" w:rsidP="00BE5DEA">
      <w:pPr>
        <w:pStyle w:val="CodeBlock"/>
        <w:spacing w:line="360" w:lineRule="auto"/>
        <w:rPr>
          <w:rFonts w:cs="Arial"/>
        </w:rPr>
      </w:pPr>
      <w:r w:rsidRPr="00BE5DEA">
        <w:rPr>
          <w:rFonts w:cs="Arial"/>
          <w:sz w:val="17"/>
        </w:rPr>
        <w:t xml:space="preserve">        &lt;h3&gt;Consistent styling&lt;/h3&gt;</w:t>
      </w:r>
    </w:p>
    <w:p w14:paraId="18DE7429" w14:textId="77777777" w:rsidR="00ED1788" w:rsidRPr="00BE5DEA" w:rsidRDefault="00000000" w:rsidP="00BE5DEA">
      <w:pPr>
        <w:pStyle w:val="CodeBlock"/>
        <w:spacing w:line="360" w:lineRule="auto"/>
        <w:rPr>
          <w:rFonts w:cs="Arial"/>
        </w:rPr>
      </w:pPr>
      <w:r w:rsidRPr="00BE5DEA">
        <w:rPr>
          <w:rFonts w:cs="Arial"/>
          <w:sz w:val="17"/>
        </w:rPr>
        <w:t xml:space="preserve">        &lt;p&gt;Other images include the Makkah Clock Tower and wider views around the mosque complex.&lt;/p&gt;</w:t>
      </w:r>
    </w:p>
    <w:p w14:paraId="291B1745"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0F588BC2" w14:textId="77777777" w:rsidR="00ED1788" w:rsidRPr="00BE5DEA" w:rsidRDefault="00000000" w:rsidP="00BE5DEA">
      <w:pPr>
        <w:pStyle w:val="CodeBlock"/>
        <w:spacing w:line="360" w:lineRule="auto"/>
        <w:rPr>
          <w:rFonts w:cs="Arial"/>
        </w:rPr>
      </w:pPr>
      <w:r w:rsidRPr="00BE5DEA">
        <w:rPr>
          <w:rFonts w:cs="Arial"/>
          <w:sz w:val="17"/>
        </w:rPr>
        <w:t xml:space="preserve">    &lt;/article&gt;</w:t>
      </w:r>
    </w:p>
    <w:p w14:paraId="52F65536" w14:textId="77777777" w:rsidR="00ED1788" w:rsidRPr="00BE5DEA" w:rsidRDefault="00000000" w:rsidP="00BE5DEA">
      <w:pPr>
        <w:pStyle w:val="CodeBlock"/>
        <w:spacing w:line="360" w:lineRule="auto"/>
        <w:rPr>
          <w:rFonts w:cs="Arial"/>
        </w:rPr>
      </w:pPr>
      <w:r w:rsidRPr="00BE5DEA">
        <w:rPr>
          <w:rFonts w:cs="Arial"/>
          <w:sz w:val="17"/>
        </w:rPr>
        <w:t xml:space="preserve">    &lt;article class="card"&gt;</w:t>
      </w:r>
    </w:p>
    <w:p w14:paraId="4F2FDA40" w14:textId="77777777" w:rsidR="00ED1788" w:rsidRPr="00BE5DEA" w:rsidRDefault="00000000" w:rsidP="00BE5DEA">
      <w:pPr>
        <w:pStyle w:val="CodeBlock"/>
        <w:spacing w:line="360" w:lineRule="auto"/>
        <w:rPr>
          <w:rFonts w:cs="Arial"/>
        </w:rPr>
      </w:pPr>
      <w:r w:rsidRPr="00BE5DEA">
        <w:rPr>
          <w:rFonts w:cs="Arial"/>
          <w:sz w:val="17"/>
        </w:rPr>
        <w:t xml:space="preserve">      &lt;img src="https://commons.wikimedia.org/wiki/Special:FilePath/Kaaba_Masjid_Haraam_Makkah.jpg" alt="Contact section image three"&gt;</w:t>
      </w:r>
    </w:p>
    <w:p w14:paraId="79D496B9" w14:textId="77777777" w:rsidR="00ED1788" w:rsidRPr="00BE5DEA" w:rsidRDefault="00000000" w:rsidP="00BE5DEA">
      <w:pPr>
        <w:pStyle w:val="CodeBlock"/>
        <w:spacing w:line="360" w:lineRule="auto"/>
        <w:rPr>
          <w:rFonts w:cs="Arial"/>
        </w:rPr>
      </w:pPr>
      <w:r w:rsidRPr="00BE5DEA">
        <w:rPr>
          <w:rFonts w:cs="Arial"/>
          <w:sz w:val="17"/>
        </w:rPr>
        <w:t xml:space="preserve">      &lt;div class="card-body"&gt;</w:t>
      </w:r>
    </w:p>
    <w:p w14:paraId="6BA7305D" w14:textId="77777777" w:rsidR="00ED1788" w:rsidRPr="00BE5DEA" w:rsidRDefault="00000000" w:rsidP="00BE5DEA">
      <w:pPr>
        <w:pStyle w:val="CodeBlock"/>
        <w:spacing w:line="360" w:lineRule="auto"/>
        <w:rPr>
          <w:rFonts w:cs="Arial"/>
        </w:rPr>
      </w:pPr>
      <w:r w:rsidRPr="00BE5DEA">
        <w:rPr>
          <w:rFonts w:cs="Arial"/>
          <w:sz w:val="17"/>
        </w:rPr>
        <w:t xml:space="preserve">        &lt;h3&gt;Better balance&lt;/h3&gt;</w:t>
      </w:r>
    </w:p>
    <w:p w14:paraId="07F7550D" w14:textId="77777777" w:rsidR="00ED1788" w:rsidRPr="00BE5DEA" w:rsidRDefault="00000000" w:rsidP="00BE5DEA">
      <w:pPr>
        <w:pStyle w:val="CodeBlock"/>
        <w:spacing w:line="360" w:lineRule="auto"/>
        <w:rPr>
          <w:rFonts w:cs="Arial"/>
        </w:rPr>
      </w:pPr>
      <w:r w:rsidRPr="00BE5DEA">
        <w:rPr>
          <w:rFonts w:cs="Arial"/>
          <w:sz w:val="17"/>
        </w:rPr>
        <w:t xml:space="preserve">        &lt;p&gt;The gallery page combines close sacred-site views with broader architectural scenes from Mecca.&lt;/p&gt;</w:t>
      </w:r>
    </w:p>
    <w:p w14:paraId="3686918A"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638A2F5A" w14:textId="77777777" w:rsidR="00ED1788" w:rsidRPr="00BE5DEA" w:rsidRDefault="00000000" w:rsidP="00BE5DEA">
      <w:pPr>
        <w:pStyle w:val="CodeBlock"/>
        <w:spacing w:line="360" w:lineRule="auto"/>
        <w:rPr>
          <w:rFonts w:cs="Arial"/>
        </w:rPr>
      </w:pPr>
      <w:r w:rsidRPr="00BE5DEA">
        <w:rPr>
          <w:rFonts w:cs="Arial"/>
          <w:sz w:val="17"/>
        </w:rPr>
        <w:t xml:space="preserve">    &lt;/article&gt;</w:t>
      </w:r>
    </w:p>
    <w:p w14:paraId="47476FD4"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1A99F395" w14:textId="77777777" w:rsidR="00ED1788" w:rsidRPr="00BE5DEA" w:rsidRDefault="00000000" w:rsidP="00BE5DEA">
      <w:pPr>
        <w:pStyle w:val="CodeBlock"/>
        <w:spacing w:line="360" w:lineRule="auto"/>
        <w:rPr>
          <w:rFonts w:cs="Arial"/>
        </w:rPr>
      </w:pPr>
      <w:r w:rsidRPr="00BE5DEA">
        <w:rPr>
          <w:rFonts w:cs="Arial"/>
          <w:sz w:val="17"/>
        </w:rPr>
        <w:t>&lt;/section&gt;</w:t>
      </w:r>
    </w:p>
    <w:p w14:paraId="1F224D42" w14:textId="77777777" w:rsidR="00ED1788" w:rsidRPr="00BE5DEA" w:rsidRDefault="00000000" w:rsidP="00BE5DEA">
      <w:pPr>
        <w:pStyle w:val="CodeBlock"/>
        <w:spacing w:line="360" w:lineRule="auto"/>
        <w:rPr>
          <w:rFonts w:cs="Arial"/>
        </w:rPr>
      </w:pPr>
      <w:r w:rsidRPr="00BE5DEA">
        <w:rPr>
          <w:rFonts w:cs="Arial"/>
          <w:sz w:val="17"/>
        </w:rPr>
        <w:t xml:space="preserve"> </w:t>
      </w:r>
    </w:p>
    <w:p w14:paraId="01FAA450" w14:textId="77777777" w:rsidR="00ED1788" w:rsidRPr="00BE5DEA" w:rsidRDefault="00000000" w:rsidP="00BE5DEA">
      <w:pPr>
        <w:pStyle w:val="CodeBlock"/>
        <w:spacing w:line="360" w:lineRule="auto"/>
        <w:rPr>
          <w:rFonts w:cs="Arial"/>
        </w:rPr>
      </w:pPr>
      <w:r w:rsidRPr="00BE5DEA">
        <w:rPr>
          <w:rFonts w:cs="Arial"/>
          <w:sz w:val="17"/>
        </w:rPr>
        <w:t xml:space="preserve">  &lt;/main&gt;</w:t>
      </w:r>
    </w:p>
    <w:p w14:paraId="077E418B" w14:textId="77777777" w:rsidR="00ED1788" w:rsidRPr="00BE5DEA" w:rsidRDefault="00000000" w:rsidP="00BE5DEA">
      <w:pPr>
        <w:pStyle w:val="CodeBlock"/>
        <w:spacing w:line="360" w:lineRule="auto"/>
        <w:rPr>
          <w:rFonts w:cs="Arial"/>
        </w:rPr>
      </w:pPr>
      <w:r w:rsidRPr="00BE5DEA">
        <w:rPr>
          <w:rFonts w:cs="Arial"/>
          <w:sz w:val="17"/>
        </w:rPr>
        <w:t xml:space="preserve">  &lt;footer class="footer"&gt;</w:t>
      </w:r>
    </w:p>
    <w:p w14:paraId="11A538FC" w14:textId="77777777" w:rsidR="00ED1788" w:rsidRPr="00BE5DEA" w:rsidRDefault="00000000" w:rsidP="00BE5DEA">
      <w:pPr>
        <w:pStyle w:val="CodeBlock"/>
        <w:spacing w:line="360" w:lineRule="auto"/>
        <w:rPr>
          <w:rFonts w:cs="Arial"/>
        </w:rPr>
      </w:pPr>
      <w:r w:rsidRPr="00BE5DEA">
        <w:rPr>
          <w:rFonts w:cs="Arial"/>
          <w:sz w:val="17"/>
        </w:rPr>
        <w:t xml:space="preserve">    &lt;div class="container footer-grid"&gt;</w:t>
      </w:r>
    </w:p>
    <w:p w14:paraId="0A87CA99"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1673F683" w14:textId="77777777" w:rsidR="00ED1788" w:rsidRPr="00BE5DEA" w:rsidRDefault="00000000" w:rsidP="00BE5DEA">
      <w:pPr>
        <w:pStyle w:val="CodeBlock"/>
        <w:spacing w:line="360" w:lineRule="auto"/>
        <w:rPr>
          <w:rFonts w:cs="Arial"/>
        </w:rPr>
      </w:pPr>
      <w:r w:rsidRPr="00BE5DEA">
        <w:rPr>
          <w:rFonts w:cs="Arial"/>
          <w:sz w:val="17"/>
        </w:rPr>
        <w:t xml:space="preserve">        &lt;h2&gt;Ahmad Mecca Photography&lt;/h2&gt;</w:t>
      </w:r>
    </w:p>
    <w:p w14:paraId="79C4ADC8"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&lt;p&gt;For print requests, editorial work, travel photography, or portfolio enquiries related to Mecca and Madina, use the contact form below.&lt;/p&gt;</w:t>
      </w:r>
    </w:p>
    <w:p w14:paraId="094BBDF8"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39C388F8"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1D6A5C93" w14:textId="77777777" w:rsidR="00ED1788" w:rsidRPr="00BE5DEA" w:rsidRDefault="00000000" w:rsidP="00BE5DEA">
      <w:pPr>
        <w:pStyle w:val="CodeBlock"/>
        <w:spacing w:line="360" w:lineRule="auto"/>
        <w:rPr>
          <w:rFonts w:cs="Arial"/>
        </w:rPr>
      </w:pPr>
      <w:r w:rsidRPr="00BE5DEA">
        <w:rPr>
          <w:rFonts w:cs="Arial"/>
          <w:sz w:val="17"/>
        </w:rPr>
        <w:t xml:space="preserve">        &lt;h3&gt;Pages&lt;/h3&gt;</w:t>
      </w:r>
    </w:p>
    <w:p w14:paraId="146E3C03" w14:textId="77777777" w:rsidR="00ED1788" w:rsidRPr="00BE5DEA" w:rsidRDefault="00000000" w:rsidP="00BE5DEA">
      <w:pPr>
        <w:pStyle w:val="CodeBlock"/>
        <w:spacing w:line="360" w:lineRule="auto"/>
        <w:rPr>
          <w:rFonts w:cs="Arial"/>
        </w:rPr>
      </w:pPr>
      <w:r w:rsidRPr="00BE5DEA">
        <w:rPr>
          <w:rFonts w:cs="Arial"/>
          <w:sz w:val="17"/>
        </w:rPr>
        <w:t xml:space="preserve">        &lt;p&gt;&lt;a href="index.html"&gt;Home&lt;/a&gt;&lt;br&gt;&lt;a href="about.html"&gt;About&lt;/a&gt;&lt;br&gt;&lt;a href="gallery.html"&gt;Gallery&lt;/a&gt;&lt;br&gt;&lt;a href="contact.html"&gt;Contact&lt;/a&gt;&lt;/p&gt;</w:t>
      </w:r>
    </w:p>
    <w:p w14:paraId="6400F2F0"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1374D5B4"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04371F2E" w14:textId="77777777" w:rsidR="00ED1788" w:rsidRPr="00BE5DEA" w:rsidRDefault="00000000" w:rsidP="00BE5DEA">
      <w:pPr>
        <w:pStyle w:val="CodeBlock"/>
        <w:spacing w:line="360" w:lineRule="auto"/>
        <w:rPr>
          <w:rFonts w:cs="Arial"/>
        </w:rPr>
      </w:pPr>
      <w:r w:rsidRPr="00BE5DEA">
        <w:rPr>
          <w:rFonts w:cs="Arial"/>
          <w:sz w:val="17"/>
        </w:rPr>
        <w:t xml:space="preserve">        &lt;h3&gt;Contact&lt;/h3&gt;</w:t>
      </w:r>
    </w:p>
    <w:p w14:paraId="51B3D172" w14:textId="77777777" w:rsidR="00ED1788" w:rsidRPr="00BE5DEA" w:rsidRDefault="00000000" w:rsidP="00BE5DEA">
      <w:pPr>
        <w:pStyle w:val="CodeBlock"/>
        <w:spacing w:line="360" w:lineRule="auto"/>
        <w:rPr>
          <w:rFonts w:cs="Arial"/>
        </w:rPr>
      </w:pPr>
      <w:r w:rsidRPr="00BE5DEA">
        <w:rPr>
          <w:rFonts w:cs="Arial"/>
          <w:sz w:val="17"/>
        </w:rPr>
        <w:t xml:space="preserve">        &lt;p&gt;Email: info@example.com&lt;br&gt;Phone: +44 20 0000 0000&lt;br&gt;&amp;copy; &lt;span id="year"&gt;&lt;/span&gt;&lt;/p&gt;</w:t>
      </w:r>
    </w:p>
    <w:p w14:paraId="7A76E2EB"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3DEC4FC7" w14:textId="77777777" w:rsidR="00ED1788" w:rsidRPr="00BE5DEA" w:rsidRDefault="00000000" w:rsidP="00BE5DEA">
      <w:pPr>
        <w:pStyle w:val="CodeBlock"/>
        <w:spacing w:line="360" w:lineRule="auto"/>
        <w:rPr>
          <w:rFonts w:cs="Arial"/>
        </w:rPr>
      </w:pPr>
      <w:r w:rsidRPr="00BE5DEA">
        <w:rPr>
          <w:rFonts w:cs="Arial"/>
          <w:sz w:val="17"/>
        </w:rPr>
        <w:t xml:space="preserve">    &lt;/div&gt;</w:t>
      </w:r>
    </w:p>
    <w:p w14:paraId="2DBD4941" w14:textId="77777777" w:rsidR="00ED1788" w:rsidRPr="00BE5DEA" w:rsidRDefault="00000000" w:rsidP="00BE5DEA">
      <w:pPr>
        <w:pStyle w:val="CodeBlock"/>
        <w:spacing w:line="360" w:lineRule="auto"/>
        <w:rPr>
          <w:rFonts w:cs="Arial"/>
        </w:rPr>
      </w:pPr>
      <w:r w:rsidRPr="00BE5DEA">
        <w:rPr>
          <w:rFonts w:cs="Arial"/>
          <w:sz w:val="17"/>
        </w:rPr>
        <w:t xml:space="preserve">  &lt;/footer&gt;</w:t>
      </w:r>
    </w:p>
    <w:p w14:paraId="51B012C9" w14:textId="77777777" w:rsidR="00ED1788" w:rsidRPr="00BE5DEA" w:rsidRDefault="00000000" w:rsidP="00BE5DEA">
      <w:pPr>
        <w:pStyle w:val="CodeBlock"/>
        <w:spacing w:line="360" w:lineRule="auto"/>
        <w:rPr>
          <w:rFonts w:cs="Arial"/>
        </w:rPr>
      </w:pPr>
      <w:r w:rsidRPr="00BE5DEA">
        <w:rPr>
          <w:rFonts w:cs="Arial"/>
          <w:sz w:val="17"/>
        </w:rPr>
        <w:t>&lt;/body&gt;</w:t>
      </w:r>
    </w:p>
    <w:p w14:paraId="6ACD907E" w14:textId="77777777" w:rsidR="00ED1788" w:rsidRDefault="00000000" w:rsidP="00BE5DEA">
      <w:pPr>
        <w:pStyle w:val="CodeBlock"/>
        <w:spacing w:line="360" w:lineRule="auto"/>
        <w:rPr>
          <w:rFonts w:cs="Arial"/>
          <w:sz w:val="17"/>
        </w:rPr>
      </w:pPr>
      <w:r w:rsidRPr="00BE5DEA">
        <w:rPr>
          <w:rFonts w:cs="Arial"/>
          <w:sz w:val="17"/>
        </w:rPr>
        <w:t>&lt;/html&gt;</w:t>
      </w:r>
    </w:p>
    <w:p w14:paraId="142C7193" w14:textId="77777777" w:rsidR="00BE5DEA" w:rsidRPr="00BE5DEA" w:rsidRDefault="00BE5DEA" w:rsidP="00BE5DEA">
      <w:pPr>
        <w:pStyle w:val="CodeBlock"/>
        <w:spacing w:line="360" w:lineRule="auto"/>
        <w:rPr>
          <w:rFonts w:cs="Arial"/>
        </w:rPr>
      </w:pPr>
    </w:p>
    <w:p w14:paraId="6B2D2C0E" w14:textId="77777777" w:rsidR="00ED1788" w:rsidRPr="00BE5DEA" w:rsidRDefault="00000000" w:rsidP="00BE5DEA">
      <w:pPr>
        <w:pStyle w:val="CodeBlock"/>
        <w:spacing w:line="360" w:lineRule="auto"/>
        <w:rPr>
          <w:rFonts w:cs="Arial"/>
        </w:rPr>
      </w:pPr>
      <w:r w:rsidRPr="00BE5DEA">
        <w:rPr>
          <w:rFonts w:cs="Arial"/>
          <w:sz w:val="17"/>
        </w:rPr>
        <w:t xml:space="preserve"> </w:t>
      </w:r>
    </w:p>
    <w:p w14:paraId="3EFFFFB6" w14:textId="77777777" w:rsidR="00ED1788" w:rsidRPr="00BE5DEA" w:rsidRDefault="00000000" w:rsidP="00BE5DEA">
      <w:pPr>
        <w:pStyle w:val="Heading1"/>
        <w:rPr>
          <w:rFonts w:ascii="Arial" w:hAnsi="Arial" w:cs="Arial"/>
        </w:rPr>
      </w:pPr>
      <w:bookmarkStart w:id="21" w:name="_Toc226023211"/>
      <w:r w:rsidRPr="00BE5DEA">
        <w:rPr>
          <w:rFonts w:ascii="Arial" w:eastAsia="Arial" w:hAnsi="Arial" w:cs="Arial"/>
          <w:sz w:val="22"/>
        </w:rPr>
        <w:t>Appendix E. style.css</w:t>
      </w:r>
      <w:bookmarkEnd w:id="21"/>
    </w:p>
    <w:p w14:paraId="7E01AEDF" w14:textId="77777777" w:rsidR="00ED1788" w:rsidRPr="00BE5DEA" w:rsidRDefault="00000000" w:rsidP="00BE5DEA">
      <w:pPr>
        <w:pStyle w:val="CodeBlock"/>
        <w:spacing w:line="360" w:lineRule="auto"/>
        <w:rPr>
          <w:rFonts w:cs="Arial"/>
        </w:rPr>
      </w:pPr>
      <w:r w:rsidRPr="00BE5DEA">
        <w:rPr>
          <w:rFonts w:cs="Arial"/>
          <w:sz w:val="17"/>
        </w:rPr>
        <w:t>* {</w:t>
      </w:r>
    </w:p>
    <w:p w14:paraId="219EA556" w14:textId="77777777" w:rsidR="00ED1788" w:rsidRPr="00BE5DEA" w:rsidRDefault="00000000" w:rsidP="00BE5DEA">
      <w:pPr>
        <w:pStyle w:val="CodeBlock"/>
        <w:spacing w:line="360" w:lineRule="auto"/>
        <w:rPr>
          <w:rFonts w:cs="Arial"/>
        </w:rPr>
      </w:pPr>
      <w:r w:rsidRPr="00BE5DEA">
        <w:rPr>
          <w:rFonts w:cs="Arial"/>
          <w:sz w:val="17"/>
        </w:rPr>
        <w:t xml:space="preserve">  box-sizing: border-box;</w:t>
      </w:r>
    </w:p>
    <w:p w14:paraId="5E39A5B0" w14:textId="77777777" w:rsidR="00ED1788" w:rsidRPr="00BE5DEA" w:rsidRDefault="00000000" w:rsidP="00BE5DEA">
      <w:pPr>
        <w:pStyle w:val="CodeBlock"/>
        <w:spacing w:line="360" w:lineRule="auto"/>
        <w:rPr>
          <w:rFonts w:cs="Arial"/>
        </w:rPr>
      </w:pPr>
      <w:r w:rsidRPr="00BE5DEA">
        <w:rPr>
          <w:rFonts w:cs="Arial"/>
          <w:sz w:val="17"/>
        </w:rPr>
        <w:t>}</w:t>
      </w:r>
    </w:p>
    <w:p w14:paraId="64963BC9" w14:textId="77777777" w:rsidR="00ED1788" w:rsidRPr="00BE5DEA" w:rsidRDefault="00000000" w:rsidP="00BE5DEA">
      <w:pPr>
        <w:pStyle w:val="CodeBlock"/>
        <w:spacing w:line="360" w:lineRule="auto"/>
        <w:rPr>
          <w:rFonts w:cs="Arial"/>
        </w:rPr>
      </w:pPr>
      <w:r w:rsidRPr="00BE5DEA">
        <w:rPr>
          <w:rFonts w:cs="Arial"/>
          <w:sz w:val="17"/>
        </w:rPr>
        <w:t xml:space="preserve"> </w:t>
      </w:r>
    </w:p>
    <w:p w14:paraId="7280689B" w14:textId="77777777" w:rsidR="00ED1788" w:rsidRPr="00BE5DEA" w:rsidRDefault="00000000" w:rsidP="00BE5DEA">
      <w:pPr>
        <w:pStyle w:val="CodeBlock"/>
        <w:spacing w:line="360" w:lineRule="auto"/>
        <w:rPr>
          <w:rFonts w:cs="Arial"/>
        </w:rPr>
      </w:pPr>
      <w:r w:rsidRPr="00BE5DEA">
        <w:rPr>
          <w:rFonts w:cs="Arial"/>
          <w:sz w:val="17"/>
        </w:rPr>
        <w:t>html {</w:t>
      </w:r>
    </w:p>
    <w:p w14:paraId="4339F34D" w14:textId="77777777" w:rsidR="00ED1788" w:rsidRPr="00BE5DEA" w:rsidRDefault="00000000" w:rsidP="00BE5DEA">
      <w:pPr>
        <w:pStyle w:val="CodeBlock"/>
        <w:spacing w:line="360" w:lineRule="auto"/>
        <w:rPr>
          <w:rFonts w:cs="Arial"/>
        </w:rPr>
      </w:pPr>
      <w:r w:rsidRPr="00BE5DEA">
        <w:rPr>
          <w:rFonts w:cs="Arial"/>
          <w:sz w:val="17"/>
        </w:rPr>
        <w:t xml:space="preserve">  scroll-behavior: smooth;</w:t>
      </w:r>
    </w:p>
    <w:p w14:paraId="2137A784" w14:textId="77777777" w:rsidR="00ED1788" w:rsidRPr="00BE5DEA" w:rsidRDefault="00000000" w:rsidP="00BE5DEA">
      <w:pPr>
        <w:pStyle w:val="CodeBlock"/>
        <w:spacing w:line="360" w:lineRule="auto"/>
        <w:rPr>
          <w:rFonts w:cs="Arial"/>
        </w:rPr>
      </w:pPr>
      <w:r w:rsidRPr="00BE5DEA">
        <w:rPr>
          <w:rFonts w:cs="Arial"/>
          <w:sz w:val="17"/>
        </w:rPr>
        <w:t>}</w:t>
      </w:r>
    </w:p>
    <w:p w14:paraId="6F2244EC" w14:textId="77777777" w:rsidR="00ED1788" w:rsidRPr="00BE5DEA" w:rsidRDefault="00000000" w:rsidP="00BE5DEA">
      <w:pPr>
        <w:pStyle w:val="CodeBlock"/>
        <w:spacing w:line="360" w:lineRule="auto"/>
        <w:rPr>
          <w:rFonts w:cs="Arial"/>
        </w:rPr>
      </w:pPr>
      <w:r w:rsidRPr="00BE5DEA">
        <w:rPr>
          <w:rFonts w:cs="Arial"/>
          <w:sz w:val="17"/>
        </w:rPr>
        <w:t xml:space="preserve"> </w:t>
      </w:r>
    </w:p>
    <w:p w14:paraId="10BB0700" w14:textId="77777777" w:rsidR="00ED1788" w:rsidRPr="00BE5DEA" w:rsidRDefault="00000000" w:rsidP="00BE5DEA">
      <w:pPr>
        <w:pStyle w:val="CodeBlock"/>
        <w:spacing w:line="360" w:lineRule="auto"/>
        <w:rPr>
          <w:rFonts w:cs="Arial"/>
        </w:rPr>
      </w:pPr>
      <w:r w:rsidRPr="00BE5DEA">
        <w:rPr>
          <w:rFonts w:cs="Arial"/>
          <w:sz w:val="17"/>
        </w:rPr>
        <w:t>body {</w:t>
      </w:r>
    </w:p>
    <w:p w14:paraId="720848D0" w14:textId="77777777" w:rsidR="00ED1788" w:rsidRPr="00BE5DEA" w:rsidRDefault="00000000" w:rsidP="00BE5DEA">
      <w:pPr>
        <w:pStyle w:val="CodeBlock"/>
        <w:spacing w:line="360" w:lineRule="auto"/>
        <w:rPr>
          <w:rFonts w:cs="Arial"/>
        </w:rPr>
      </w:pPr>
      <w:r w:rsidRPr="00BE5DEA">
        <w:rPr>
          <w:rFonts w:cs="Arial"/>
          <w:sz w:val="17"/>
        </w:rPr>
        <w:t xml:space="preserve">  margin: 0;</w:t>
      </w:r>
    </w:p>
    <w:p w14:paraId="42DE4E25" w14:textId="77777777" w:rsidR="00ED1788" w:rsidRPr="00BE5DEA" w:rsidRDefault="00000000" w:rsidP="00BE5DEA">
      <w:pPr>
        <w:pStyle w:val="CodeBlock"/>
        <w:spacing w:line="360" w:lineRule="auto"/>
        <w:rPr>
          <w:rFonts w:cs="Arial"/>
        </w:rPr>
      </w:pPr>
      <w:r w:rsidRPr="00BE5DEA">
        <w:rPr>
          <w:rFonts w:cs="Arial"/>
          <w:sz w:val="17"/>
        </w:rPr>
        <w:t xml:space="preserve">  font-family: Arial, Helvetica, sans-serif;</w:t>
      </w:r>
    </w:p>
    <w:p w14:paraId="6568C193" w14:textId="77777777" w:rsidR="00ED1788" w:rsidRPr="00BE5DEA" w:rsidRDefault="00000000" w:rsidP="00BE5DEA">
      <w:pPr>
        <w:pStyle w:val="CodeBlock"/>
        <w:spacing w:line="360" w:lineRule="auto"/>
        <w:rPr>
          <w:rFonts w:cs="Arial"/>
        </w:rPr>
      </w:pPr>
      <w:r w:rsidRPr="00BE5DEA">
        <w:rPr>
          <w:rFonts w:cs="Arial"/>
          <w:sz w:val="17"/>
        </w:rPr>
        <w:t xml:space="preserve">  line-height: 1.6;</w:t>
      </w:r>
    </w:p>
    <w:p w14:paraId="7ED6FFF6" w14:textId="77777777" w:rsidR="00ED1788" w:rsidRPr="00BE5DEA" w:rsidRDefault="00000000" w:rsidP="00BE5DEA">
      <w:pPr>
        <w:pStyle w:val="CodeBlock"/>
        <w:spacing w:line="360" w:lineRule="auto"/>
        <w:rPr>
          <w:rFonts w:cs="Arial"/>
        </w:rPr>
      </w:pPr>
      <w:r w:rsidRPr="00BE5DEA">
        <w:rPr>
          <w:rFonts w:cs="Arial"/>
          <w:sz w:val="17"/>
        </w:rPr>
        <w:t xml:space="preserve">  color: #222;</w:t>
      </w:r>
    </w:p>
    <w:p w14:paraId="19267F39" w14:textId="77777777" w:rsidR="00ED1788" w:rsidRPr="00BE5DEA" w:rsidRDefault="00000000" w:rsidP="00BE5DEA">
      <w:pPr>
        <w:pStyle w:val="CodeBlock"/>
        <w:spacing w:line="360" w:lineRule="auto"/>
        <w:rPr>
          <w:rFonts w:cs="Arial"/>
        </w:rPr>
      </w:pPr>
      <w:r w:rsidRPr="00BE5DEA">
        <w:rPr>
          <w:rFonts w:cs="Arial"/>
          <w:sz w:val="17"/>
        </w:rPr>
        <w:t xml:space="preserve">  background: #f6f6f6;</w:t>
      </w:r>
    </w:p>
    <w:p w14:paraId="74EB751C" w14:textId="77777777" w:rsidR="00ED1788" w:rsidRPr="00BE5DEA" w:rsidRDefault="00000000" w:rsidP="00BE5DEA">
      <w:pPr>
        <w:pStyle w:val="CodeBlock"/>
        <w:spacing w:line="360" w:lineRule="auto"/>
        <w:rPr>
          <w:rFonts w:cs="Arial"/>
        </w:rPr>
      </w:pPr>
      <w:r w:rsidRPr="00BE5DEA">
        <w:rPr>
          <w:rFonts w:cs="Arial"/>
          <w:sz w:val="17"/>
        </w:rPr>
        <w:t>}</w:t>
      </w:r>
    </w:p>
    <w:p w14:paraId="07F8B759" w14:textId="77777777" w:rsidR="00ED1788" w:rsidRPr="00BE5DEA" w:rsidRDefault="00000000" w:rsidP="00BE5DEA">
      <w:pPr>
        <w:pStyle w:val="CodeBlock"/>
        <w:spacing w:line="360" w:lineRule="auto"/>
        <w:rPr>
          <w:rFonts w:cs="Arial"/>
        </w:rPr>
      </w:pPr>
      <w:r w:rsidRPr="00BE5DEA">
        <w:rPr>
          <w:rFonts w:cs="Arial"/>
          <w:sz w:val="17"/>
        </w:rPr>
        <w:t xml:space="preserve"> </w:t>
      </w:r>
    </w:p>
    <w:p w14:paraId="6B9E94B1" w14:textId="77777777" w:rsidR="00ED1788" w:rsidRPr="00BE5DEA" w:rsidRDefault="00000000" w:rsidP="00BE5DEA">
      <w:pPr>
        <w:pStyle w:val="CodeBlock"/>
        <w:spacing w:line="360" w:lineRule="auto"/>
        <w:rPr>
          <w:rFonts w:cs="Arial"/>
        </w:rPr>
      </w:pPr>
      <w:r w:rsidRPr="00BE5DEA">
        <w:rPr>
          <w:rFonts w:cs="Arial"/>
          <w:sz w:val="17"/>
        </w:rPr>
        <w:t>img {</w:t>
      </w:r>
    </w:p>
    <w:p w14:paraId="3DBB2F74" w14:textId="77777777" w:rsidR="00ED1788" w:rsidRPr="00BE5DEA" w:rsidRDefault="00000000" w:rsidP="00BE5DEA">
      <w:pPr>
        <w:pStyle w:val="CodeBlock"/>
        <w:spacing w:line="360" w:lineRule="auto"/>
        <w:rPr>
          <w:rFonts w:cs="Arial"/>
        </w:rPr>
      </w:pPr>
      <w:r w:rsidRPr="00BE5DEA">
        <w:rPr>
          <w:rFonts w:cs="Arial"/>
          <w:sz w:val="17"/>
        </w:rPr>
        <w:t xml:space="preserve">  max-width: 100%;</w:t>
      </w:r>
    </w:p>
    <w:p w14:paraId="5118575F" w14:textId="77777777" w:rsidR="00ED1788" w:rsidRPr="00BE5DEA" w:rsidRDefault="00000000" w:rsidP="00BE5DEA">
      <w:pPr>
        <w:pStyle w:val="CodeBlock"/>
        <w:spacing w:line="360" w:lineRule="auto"/>
        <w:rPr>
          <w:rFonts w:cs="Arial"/>
        </w:rPr>
      </w:pPr>
      <w:r w:rsidRPr="00BE5DEA">
        <w:rPr>
          <w:rFonts w:cs="Arial"/>
          <w:sz w:val="17"/>
        </w:rPr>
        <w:t xml:space="preserve">  display: block;</w:t>
      </w:r>
    </w:p>
    <w:p w14:paraId="2DDCB65F" w14:textId="77777777" w:rsidR="00ED1788" w:rsidRPr="00BE5DEA" w:rsidRDefault="00000000" w:rsidP="00BE5DEA">
      <w:pPr>
        <w:pStyle w:val="CodeBlock"/>
        <w:spacing w:line="360" w:lineRule="auto"/>
        <w:rPr>
          <w:rFonts w:cs="Arial"/>
        </w:rPr>
      </w:pPr>
      <w:r w:rsidRPr="00BE5DEA">
        <w:rPr>
          <w:rFonts w:cs="Arial"/>
          <w:sz w:val="17"/>
        </w:rPr>
        <w:t>}</w:t>
      </w:r>
    </w:p>
    <w:p w14:paraId="074D32B5" w14:textId="77777777" w:rsidR="00ED1788" w:rsidRPr="00BE5DEA" w:rsidRDefault="00000000" w:rsidP="00BE5DEA">
      <w:pPr>
        <w:pStyle w:val="CodeBlock"/>
        <w:spacing w:line="360" w:lineRule="auto"/>
        <w:rPr>
          <w:rFonts w:cs="Arial"/>
        </w:rPr>
      </w:pPr>
      <w:r w:rsidRPr="00BE5DEA">
        <w:rPr>
          <w:rFonts w:cs="Arial"/>
          <w:sz w:val="17"/>
        </w:rPr>
        <w:t xml:space="preserve"> </w:t>
      </w:r>
    </w:p>
    <w:p w14:paraId="379EF537" w14:textId="77777777" w:rsidR="00ED1788" w:rsidRPr="00BE5DEA" w:rsidRDefault="00000000" w:rsidP="00BE5DEA">
      <w:pPr>
        <w:pStyle w:val="CodeBlock"/>
        <w:spacing w:line="360" w:lineRule="auto"/>
        <w:rPr>
          <w:rFonts w:cs="Arial"/>
        </w:rPr>
      </w:pPr>
      <w:r w:rsidRPr="00BE5DEA">
        <w:rPr>
          <w:rFonts w:cs="Arial"/>
          <w:sz w:val="17"/>
        </w:rPr>
        <w:t>.skip-link {</w:t>
      </w:r>
    </w:p>
    <w:p w14:paraId="6831FFF1" w14:textId="77777777" w:rsidR="00ED1788" w:rsidRPr="00BE5DEA" w:rsidRDefault="00000000" w:rsidP="00BE5DEA">
      <w:pPr>
        <w:pStyle w:val="CodeBlock"/>
        <w:spacing w:line="360" w:lineRule="auto"/>
        <w:rPr>
          <w:rFonts w:cs="Arial"/>
        </w:rPr>
      </w:pPr>
      <w:r w:rsidRPr="00BE5DEA">
        <w:rPr>
          <w:rFonts w:cs="Arial"/>
          <w:sz w:val="17"/>
        </w:rPr>
        <w:t xml:space="preserve">  position: absolute;</w:t>
      </w:r>
    </w:p>
    <w:p w14:paraId="6134ACE5" w14:textId="77777777" w:rsidR="00ED1788" w:rsidRPr="00BE5DEA" w:rsidRDefault="00000000" w:rsidP="00BE5DEA">
      <w:pPr>
        <w:pStyle w:val="CodeBlock"/>
        <w:spacing w:line="360" w:lineRule="auto"/>
        <w:rPr>
          <w:rFonts w:cs="Arial"/>
        </w:rPr>
      </w:pPr>
      <w:r w:rsidRPr="00BE5DEA">
        <w:rPr>
          <w:rFonts w:cs="Arial"/>
          <w:sz w:val="17"/>
        </w:rPr>
        <w:t xml:space="preserve">  left: -9999px;</w:t>
      </w:r>
    </w:p>
    <w:p w14:paraId="3CD9C00F"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top: 0;</w:t>
      </w:r>
    </w:p>
    <w:p w14:paraId="08A9C463" w14:textId="77777777" w:rsidR="00ED1788" w:rsidRPr="00BE5DEA" w:rsidRDefault="00000000" w:rsidP="00BE5DEA">
      <w:pPr>
        <w:pStyle w:val="CodeBlock"/>
        <w:spacing w:line="360" w:lineRule="auto"/>
        <w:rPr>
          <w:rFonts w:cs="Arial"/>
        </w:rPr>
      </w:pPr>
      <w:r w:rsidRPr="00BE5DEA">
        <w:rPr>
          <w:rFonts w:cs="Arial"/>
          <w:sz w:val="17"/>
        </w:rPr>
        <w:t xml:space="preserve">  background: #000;</w:t>
      </w:r>
    </w:p>
    <w:p w14:paraId="73DFC1A2" w14:textId="77777777" w:rsidR="00ED1788" w:rsidRPr="00BE5DEA" w:rsidRDefault="00000000" w:rsidP="00BE5DEA">
      <w:pPr>
        <w:pStyle w:val="CodeBlock"/>
        <w:spacing w:line="360" w:lineRule="auto"/>
        <w:rPr>
          <w:rFonts w:cs="Arial"/>
        </w:rPr>
      </w:pPr>
      <w:r w:rsidRPr="00BE5DEA">
        <w:rPr>
          <w:rFonts w:cs="Arial"/>
          <w:sz w:val="17"/>
        </w:rPr>
        <w:t xml:space="preserve">  color: #fff;</w:t>
      </w:r>
    </w:p>
    <w:p w14:paraId="6A14627A" w14:textId="77777777" w:rsidR="00ED1788" w:rsidRPr="00BE5DEA" w:rsidRDefault="00000000" w:rsidP="00BE5DEA">
      <w:pPr>
        <w:pStyle w:val="CodeBlock"/>
        <w:spacing w:line="360" w:lineRule="auto"/>
        <w:rPr>
          <w:rFonts w:cs="Arial"/>
        </w:rPr>
      </w:pPr>
      <w:r w:rsidRPr="00BE5DEA">
        <w:rPr>
          <w:rFonts w:cs="Arial"/>
          <w:sz w:val="17"/>
        </w:rPr>
        <w:t xml:space="preserve">  padding: 12px 16px;</w:t>
      </w:r>
    </w:p>
    <w:p w14:paraId="2B12E1A0" w14:textId="77777777" w:rsidR="00ED1788" w:rsidRPr="00BE5DEA" w:rsidRDefault="00000000" w:rsidP="00BE5DEA">
      <w:pPr>
        <w:pStyle w:val="CodeBlock"/>
        <w:spacing w:line="360" w:lineRule="auto"/>
        <w:rPr>
          <w:rFonts w:cs="Arial"/>
        </w:rPr>
      </w:pPr>
      <w:r w:rsidRPr="00BE5DEA">
        <w:rPr>
          <w:rFonts w:cs="Arial"/>
          <w:sz w:val="17"/>
        </w:rPr>
        <w:t xml:space="preserve">  z-index: 10000;</w:t>
      </w:r>
    </w:p>
    <w:p w14:paraId="0E6681E8" w14:textId="77777777" w:rsidR="00ED1788" w:rsidRPr="00BE5DEA" w:rsidRDefault="00000000" w:rsidP="00BE5DEA">
      <w:pPr>
        <w:pStyle w:val="CodeBlock"/>
        <w:spacing w:line="360" w:lineRule="auto"/>
        <w:rPr>
          <w:rFonts w:cs="Arial"/>
        </w:rPr>
      </w:pPr>
      <w:r w:rsidRPr="00BE5DEA">
        <w:rPr>
          <w:rFonts w:cs="Arial"/>
          <w:sz w:val="17"/>
        </w:rPr>
        <w:t>}</w:t>
      </w:r>
    </w:p>
    <w:p w14:paraId="0D925F66" w14:textId="77777777" w:rsidR="00ED1788" w:rsidRPr="00BE5DEA" w:rsidRDefault="00000000" w:rsidP="00BE5DEA">
      <w:pPr>
        <w:pStyle w:val="CodeBlock"/>
        <w:spacing w:line="360" w:lineRule="auto"/>
        <w:rPr>
          <w:rFonts w:cs="Arial"/>
        </w:rPr>
      </w:pPr>
      <w:r w:rsidRPr="00BE5DEA">
        <w:rPr>
          <w:rFonts w:cs="Arial"/>
          <w:sz w:val="17"/>
        </w:rPr>
        <w:t xml:space="preserve"> </w:t>
      </w:r>
    </w:p>
    <w:p w14:paraId="436295C9" w14:textId="77777777" w:rsidR="00ED1788" w:rsidRPr="00BE5DEA" w:rsidRDefault="00000000" w:rsidP="00BE5DEA">
      <w:pPr>
        <w:pStyle w:val="CodeBlock"/>
        <w:spacing w:line="360" w:lineRule="auto"/>
        <w:rPr>
          <w:rFonts w:cs="Arial"/>
        </w:rPr>
      </w:pPr>
      <w:r w:rsidRPr="00BE5DEA">
        <w:rPr>
          <w:rFonts w:cs="Arial"/>
          <w:sz w:val="17"/>
        </w:rPr>
        <w:t>.skip-link:focus {</w:t>
      </w:r>
    </w:p>
    <w:p w14:paraId="38190FAB" w14:textId="77777777" w:rsidR="00ED1788" w:rsidRPr="00BE5DEA" w:rsidRDefault="00000000" w:rsidP="00BE5DEA">
      <w:pPr>
        <w:pStyle w:val="CodeBlock"/>
        <w:spacing w:line="360" w:lineRule="auto"/>
        <w:rPr>
          <w:rFonts w:cs="Arial"/>
        </w:rPr>
      </w:pPr>
      <w:r w:rsidRPr="00BE5DEA">
        <w:rPr>
          <w:rFonts w:cs="Arial"/>
          <w:sz w:val="17"/>
        </w:rPr>
        <w:t xml:space="preserve">  left: 12px;</w:t>
      </w:r>
    </w:p>
    <w:p w14:paraId="347AF02F" w14:textId="77777777" w:rsidR="00ED1788" w:rsidRPr="00BE5DEA" w:rsidRDefault="00000000" w:rsidP="00BE5DEA">
      <w:pPr>
        <w:pStyle w:val="CodeBlock"/>
        <w:spacing w:line="360" w:lineRule="auto"/>
        <w:rPr>
          <w:rFonts w:cs="Arial"/>
        </w:rPr>
      </w:pPr>
      <w:r w:rsidRPr="00BE5DEA">
        <w:rPr>
          <w:rFonts w:cs="Arial"/>
          <w:sz w:val="17"/>
        </w:rPr>
        <w:t xml:space="preserve">  top: 12px;</w:t>
      </w:r>
    </w:p>
    <w:p w14:paraId="6B5D057A" w14:textId="77777777" w:rsidR="00ED1788" w:rsidRPr="00BE5DEA" w:rsidRDefault="00000000" w:rsidP="00BE5DEA">
      <w:pPr>
        <w:pStyle w:val="CodeBlock"/>
        <w:spacing w:line="360" w:lineRule="auto"/>
        <w:rPr>
          <w:rFonts w:cs="Arial"/>
        </w:rPr>
      </w:pPr>
      <w:r w:rsidRPr="00BE5DEA">
        <w:rPr>
          <w:rFonts w:cs="Arial"/>
          <w:sz w:val="17"/>
        </w:rPr>
        <w:t>}</w:t>
      </w:r>
    </w:p>
    <w:p w14:paraId="6AA80152" w14:textId="77777777" w:rsidR="00ED1788" w:rsidRPr="00BE5DEA" w:rsidRDefault="00000000" w:rsidP="00BE5DEA">
      <w:pPr>
        <w:pStyle w:val="CodeBlock"/>
        <w:spacing w:line="360" w:lineRule="auto"/>
        <w:rPr>
          <w:rFonts w:cs="Arial"/>
        </w:rPr>
      </w:pPr>
      <w:r w:rsidRPr="00BE5DEA">
        <w:rPr>
          <w:rFonts w:cs="Arial"/>
          <w:sz w:val="17"/>
        </w:rPr>
        <w:t xml:space="preserve"> </w:t>
      </w:r>
    </w:p>
    <w:p w14:paraId="4A478520" w14:textId="77777777" w:rsidR="00ED1788" w:rsidRPr="00BE5DEA" w:rsidRDefault="00000000" w:rsidP="00BE5DEA">
      <w:pPr>
        <w:pStyle w:val="CodeBlock"/>
        <w:spacing w:line="360" w:lineRule="auto"/>
        <w:rPr>
          <w:rFonts w:cs="Arial"/>
        </w:rPr>
      </w:pPr>
      <w:r w:rsidRPr="00BE5DEA">
        <w:rPr>
          <w:rFonts w:cs="Arial"/>
          <w:sz w:val="17"/>
        </w:rPr>
        <w:t>.container {</w:t>
      </w:r>
    </w:p>
    <w:p w14:paraId="34CAEA67" w14:textId="77777777" w:rsidR="00ED1788" w:rsidRPr="00BE5DEA" w:rsidRDefault="00000000" w:rsidP="00BE5DEA">
      <w:pPr>
        <w:pStyle w:val="CodeBlock"/>
        <w:spacing w:line="360" w:lineRule="auto"/>
        <w:rPr>
          <w:rFonts w:cs="Arial"/>
        </w:rPr>
      </w:pPr>
      <w:r w:rsidRPr="00BE5DEA">
        <w:rPr>
          <w:rFonts w:cs="Arial"/>
          <w:sz w:val="17"/>
        </w:rPr>
        <w:t xml:space="preserve">  width: min(1140px, 92%);</w:t>
      </w:r>
    </w:p>
    <w:p w14:paraId="678F39B9" w14:textId="77777777" w:rsidR="00ED1788" w:rsidRPr="00BE5DEA" w:rsidRDefault="00000000" w:rsidP="00BE5DEA">
      <w:pPr>
        <w:pStyle w:val="CodeBlock"/>
        <w:spacing w:line="360" w:lineRule="auto"/>
        <w:rPr>
          <w:rFonts w:cs="Arial"/>
        </w:rPr>
      </w:pPr>
      <w:r w:rsidRPr="00BE5DEA">
        <w:rPr>
          <w:rFonts w:cs="Arial"/>
          <w:sz w:val="17"/>
        </w:rPr>
        <w:t xml:space="preserve">  margin: 0 auto;</w:t>
      </w:r>
    </w:p>
    <w:p w14:paraId="7CA652E8" w14:textId="77777777" w:rsidR="00ED1788" w:rsidRPr="00BE5DEA" w:rsidRDefault="00000000" w:rsidP="00BE5DEA">
      <w:pPr>
        <w:pStyle w:val="CodeBlock"/>
        <w:spacing w:line="360" w:lineRule="auto"/>
        <w:rPr>
          <w:rFonts w:cs="Arial"/>
        </w:rPr>
      </w:pPr>
      <w:r w:rsidRPr="00BE5DEA">
        <w:rPr>
          <w:rFonts w:cs="Arial"/>
          <w:sz w:val="17"/>
        </w:rPr>
        <w:t>}</w:t>
      </w:r>
    </w:p>
    <w:p w14:paraId="13C79348" w14:textId="77777777" w:rsidR="00ED1788" w:rsidRPr="00BE5DEA" w:rsidRDefault="00000000" w:rsidP="00BE5DEA">
      <w:pPr>
        <w:pStyle w:val="CodeBlock"/>
        <w:spacing w:line="360" w:lineRule="auto"/>
        <w:rPr>
          <w:rFonts w:cs="Arial"/>
        </w:rPr>
      </w:pPr>
      <w:r w:rsidRPr="00BE5DEA">
        <w:rPr>
          <w:rFonts w:cs="Arial"/>
          <w:sz w:val="17"/>
        </w:rPr>
        <w:t xml:space="preserve"> </w:t>
      </w:r>
    </w:p>
    <w:p w14:paraId="6A69F484" w14:textId="77777777" w:rsidR="00ED1788" w:rsidRPr="00BE5DEA" w:rsidRDefault="00000000" w:rsidP="00BE5DEA">
      <w:pPr>
        <w:pStyle w:val="CodeBlock"/>
        <w:spacing w:line="360" w:lineRule="auto"/>
        <w:rPr>
          <w:rFonts w:cs="Arial"/>
        </w:rPr>
      </w:pPr>
      <w:r w:rsidRPr="00BE5DEA">
        <w:rPr>
          <w:rFonts w:cs="Arial"/>
          <w:sz w:val="17"/>
        </w:rPr>
        <w:t>.site-header {</w:t>
      </w:r>
    </w:p>
    <w:p w14:paraId="7DD6511A" w14:textId="77777777" w:rsidR="00ED1788" w:rsidRPr="00BE5DEA" w:rsidRDefault="00000000" w:rsidP="00BE5DEA">
      <w:pPr>
        <w:pStyle w:val="CodeBlock"/>
        <w:spacing w:line="360" w:lineRule="auto"/>
        <w:rPr>
          <w:rFonts w:cs="Arial"/>
        </w:rPr>
      </w:pPr>
      <w:r w:rsidRPr="00BE5DEA">
        <w:rPr>
          <w:rFonts w:cs="Arial"/>
          <w:sz w:val="17"/>
        </w:rPr>
        <w:t xml:space="preserve">  position: sticky;</w:t>
      </w:r>
    </w:p>
    <w:p w14:paraId="21F25AE4" w14:textId="77777777" w:rsidR="00ED1788" w:rsidRPr="00BE5DEA" w:rsidRDefault="00000000" w:rsidP="00BE5DEA">
      <w:pPr>
        <w:pStyle w:val="CodeBlock"/>
        <w:spacing w:line="360" w:lineRule="auto"/>
        <w:rPr>
          <w:rFonts w:cs="Arial"/>
        </w:rPr>
      </w:pPr>
      <w:r w:rsidRPr="00BE5DEA">
        <w:rPr>
          <w:rFonts w:cs="Arial"/>
          <w:sz w:val="17"/>
        </w:rPr>
        <w:t xml:space="preserve">  top: 0;</w:t>
      </w:r>
    </w:p>
    <w:p w14:paraId="6995ADD3" w14:textId="77777777" w:rsidR="00ED1788" w:rsidRPr="00BE5DEA" w:rsidRDefault="00000000" w:rsidP="00BE5DEA">
      <w:pPr>
        <w:pStyle w:val="CodeBlock"/>
        <w:spacing w:line="360" w:lineRule="auto"/>
        <w:rPr>
          <w:rFonts w:cs="Arial"/>
        </w:rPr>
      </w:pPr>
      <w:r w:rsidRPr="00BE5DEA">
        <w:rPr>
          <w:rFonts w:cs="Arial"/>
          <w:sz w:val="17"/>
        </w:rPr>
        <w:t xml:space="preserve">  z-index: 1000;</w:t>
      </w:r>
    </w:p>
    <w:p w14:paraId="2E3A5F0E" w14:textId="77777777" w:rsidR="00ED1788" w:rsidRPr="00BE5DEA" w:rsidRDefault="00000000" w:rsidP="00BE5DEA">
      <w:pPr>
        <w:pStyle w:val="CodeBlock"/>
        <w:spacing w:line="360" w:lineRule="auto"/>
        <w:rPr>
          <w:rFonts w:cs="Arial"/>
        </w:rPr>
      </w:pPr>
      <w:r w:rsidRPr="00BE5DEA">
        <w:rPr>
          <w:rFonts w:cs="Arial"/>
          <w:sz w:val="17"/>
        </w:rPr>
        <w:t xml:space="preserve">  background: #103a22;</w:t>
      </w:r>
    </w:p>
    <w:p w14:paraId="105D690A" w14:textId="77777777" w:rsidR="00ED1788" w:rsidRPr="00BE5DEA" w:rsidRDefault="00000000" w:rsidP="00BE5DEA">
      <w:pPr>
        <w:pStyle w:val="CodeBlock"/>
        <w:spacing w:line="360" w:lineRule="auto"/>
        <w:rPr>
          <w:rFonts w:cs="Arial"/>
        </w:rPr>
      </w:pPr>
      <w:r w:rsidRPr="00BE5DEA">
        <w:rPr>
          <w:rFonts w:cs="Arial"/>
          <w:sz w:val="17"/>
        </w:rPr>
        <w:t xml:space="preserve">  color: #fff;</w:t>
      </w:r>
    </w:p>
    <w:p w14:paraId="6A936D03" w14:textId="77777777" w:rsidR="00ED1788" w:rsidRPr="00BE5DEA" w:rsidRDefault="00000000" w:rsidP="00BE5DEA">
      <w:pPr>
        <w:pStyle w:val="CodeBlock"/>
        <w:spacing w:line="360" w:lineRule="auto"/>
        <w:rPr>
          <w:rFonts w:cs="Arial"/>
        </w:rPr>
      </w:pPr>
      <w:r w:rsidRPr="00BE5DEA">
        <w:rPr>
          <w:rFonts w:cs="Arial"/>
          <w:sz w:val="17"/>
        </w:rPr>
        <w:t xml:space="preserve">  box-shadow: 0 4px 14px rgba(0,0,0,0.14);</w:t>
      </w:r>
    </w:p>
    <w:p w14:paraId="34C9F7C3" w14:textId="77777777" w:rsidR="00ED1788" w:rsidRPr="00BE5DEA" w:rsidRDefault="00000000" w:rsidP="00BE5DEA">
      <w:pPr>
        <w:pStyle w:val="CodeBlock"/>
        <w:spacing w:line="360" w:lineRule="auto"/>
        <w:rPr>
          <w:rFonts w:cs="Arial"/>
        </w:rPr>
      </w:pPr>
      <w:r w:rsidRPr="00BE5DEA">
        <w:rPr>
          <w:rFonts w:cs="Arial"/>
          <w:sz w:val="17"/>
        </w:rPr>
        <w:t>}</w:t>
      </w:r>
    </w:p>
    <w:p w14:paraId="4332CE5A" w14:textId="77777777" w:rsidR="00ED1788" w:rsidRPr="00BE5DEA" w:rsidRDefault="00000000" w:rsidP="00BE5DEA">
      <w:pPr>
        <w:pStyle w:val="CodeBlock"/>
        <w:spacing w:line="360" w:lineRule="auto"/>
        <w:rPr>
          <w:rFonts w:cs="Arial"/>
        </w:rPr>
      </w:pPr>
      <w:r w:rsidRPr="00BE5DEA">
        <w:rPr>
          <w:rFonts w:cs="Arial"/>
          <w:sz w:val="17"/>
        </w:rPr>
        <w:t xml:space="preserve"> </w:t>
      </w:r>
    </w:p>
    <w:p w14:paraId="0F233CB9" w14:textId="77777777" w:rsidR="00ED1788" w:rsidRPr="00BE5DEA" w:rsidRDefault="00000000" w:rsidP="00BE5DEA">
      <w:pPr>
        <w:pStyle w:val="CodeBlock"/>
        <w:spacing w:line="360" w:lineRule="auto"/>
        <w:rPr>
          <w:rFonts w:cs="Arial"/>
        </w:rPr>
      </w:pPr>
      <w:r w:rsidRPr="00BE5DEA">
        <w:rPr>
          <w:rFonts w:cs="Arial"/>
          <w:sz w:val="17"/>
        </w:rPr>
        <w:t>.navbar {</w:t>
      </w:r>
    </w:p>
    <w:p w14:paraId="55DD3982" w14:textId="77777777" w:rsidR="00ED1788" w:rsidRPr="00BE5DEA" w:rsidRDefault="00000000" w:rsidP="00BE5DEA">
      <w:pPr>
        <w:pStyle w:val="CodeBlock"/>
        <w:spacing w:line="360" w:lineRule="auto"/>
        <w:rPr>
          <w:rFonts w:cs="Arial"/>
        </w:rPr>
      </w:pPr>
      <w:r w:rsidRPr="00BE5DEA">
        <w:rPr>
          <w:rFonts w:cs="Arial"/>
          <w:sz w:val="17"/>
        </w:rPr>
        <w:t xml:space="preserve">  display: flex;</w:t>
      </w:r>
    </w:p>
    <w:p w14:paraId="22F401D3" w14:textId="77777777" w:rsidR="00ED1788" w:rsidRPr="00BE5DEA" w:rsidRDefault="00000000" w:rsidP="00BE5DEA">
      <w:pPr>
        <w:pStyle w:val="CodeBlock"/>
        <w:spacing w:line="360" w:lineRule="auto"/>
        <w:rPr>
          <w:rFonts w:cs="Arial"/>
        </w:rPr>
      </w:pPr>
      <w:r w:rsidRPr="00BE5DEA">
        <w:rPr>
          <w:rFonts w:cs="Arial"/>
          <w:sz w:val="17"/>
        </w:rPr>
        <w:t xml:space="preserve">  justify-content: space-between;</w:t>
      </w:r>
    </w:p>
    <w:p w14:paraId="05F6CE14" w14:textId="77777777" w:rsidR="00ED1788" w:rsidRPr="00BE5DEA" w:rsidRDefault="00000000" w:rsidP="00BE5DEA">
      <w:pPr>
        <w:pStyle w:val="CodeBlock"/>
        <w:spacing w:line="360" w:lineRule="auto"/>
        <w:rPr>
          <w:rFonts w:cs="Arial"/>
        </w:rPr>
      </w:pPr>
      <w:r w:rsidRPr="00BE5DEA">
        <w:rPr>
          <w:rFonts w:cs="Arial"/>
          <w:sz w:val="17"/>
        </w:rPr>
        <w:t xml:space="preserve">  align-items: center;</w:t>
      </w:r>
    </w:p>
    <w:p w14:paraId="684C813F" w14:textId="77777777" w:rsidR="00ED1788" w:rsidRPr="00BE5DEA" w:rsidRDefault="00000000" w:rsidP="00BE5DEA">
      <w:pPr>
        <w:pStyle w:val="CodeBlock"/>
        <w:spacing w:line="360" w:lineRule="auto"/>
        <w:rPr>
          <w:rFonts w:cs="Arial"/>
        </w:rPr>
      </w:pPr>
      <w:r w:rsidRPr="00BE5DEA">
        <w:rPr>
          <w:rFonts w:cs="Arial"/>
          <w:sz w:val="17"/>
        </w:rPr>
        <w:t xml:space="preserve">  gap: 20px;</w:t>
      </w:r>
    </w:p>
    <w:p w14:paraId="5A073FA0" w14:textId="77777777" w:rsidR="00ED1788" w:rsidRPr="00BE5DEA" w:rsidRDefault="00000000" w:rsidP="00BE5DEA">
      <w:pPr>
        <w:pStyle w:val="CodeBlock"/>
        <w:spacing w:line="360" w:lineRule="auto"/>
        <w:rPr>
          <w:rFonts w:cs="Arial"/>
        </w:rPr>
      </w:pPr>
      <w:r w:rsidRPr="00BE5DEA">
        <w:rPr>
          <w:rFonts w:cs="Arial"/>
          <w:sz w:val="17"/>
        </w:rPr>
        <w:t xml:space="preserve">  padding: 14px 0;</w:t>
      </w:r>
    </w:p>
    <w:p w14:paraId="6320D2FC" w14:textId="77777777" w:rsidR="00ED1788" w:rsidRPr="00BE5DEA" w:rsidRDefault="00000000" w:rsidP="00BE5DEA">
      <w:pPr>
        <w:pStyle w:val="CodeBlock"/>
        <w:spacing w:line="360" w:lineRule="auto"/>
        <w:rPr>
          <w:rFonts w:cs="Arial"/>
        </w:rPr>
      </w:pPr>
      <w:r w:rsidRPr="00BE5DEA">
        <w:rPr>
          <w:rFonts w:cs="Arial"/>
          <w:sz w:val="17"/>
        </w:rPr>
        <w:t>}</w:t>
      </w:r>
    </w:p>
    <w:p w14:paraId="7D4B0308" w14:textId="77777777" w:rsidR="00ED1788" w:rsidRPr="00BE5DEA" w:rsidRDefault="00000000" w:rsidP="00BE5DEA">
      <w:pPr>
        <w:pStyle w:val="CodeBlock"/>
        <w:spacing w:line="360" w:lineRule="auto"/>
        <w:rPr>
          <w:rFonts w:cs="Arial"/>
        </w:rPr>
      </w:pPr>
      <w:r w:rsidRPr="00BE5DEA">
        <w:rPr>
          <w:rFonts w:cs="Arial"/>
          <w:sz w:val="17"/>
        </w:rPr>
        <w:t xml:space="preserve"> </w:t>
      </w:r>
    </w:p>
    <w:p w14:paraId="41C042EA" w14:textId="77777777" w:rsidR="00ED1788" w:rsidRPr="00BE5DEA" w:rsidRDefault="00000000" w:rsidP="00BE5DEA">
      <w:pPr>
        <w:pStyle w:val="CodeBlock"/>
        <w:spacing w:line="360" w:lineRule="auto"/>
        <w:rPr>
          <w:rFonts w:cs="Arial"/>
        </w:rPr>
      </w:pPr>
      <w:r w:rsidRPr="00BE5DEA">
        <w:rPr>
          <w:rFonts w:cs="Arial"/>
          <w:sz w:val="17"/>
        </w:rPr>
        <w:t>.brand {</w:t>
      </w:r>
    </w:p>
    <w:p w14:paraId="07D3F256" w14:textId="77777777" w:rsidR="00ED1788" w:rsidRPr="00BE5DEA" w:rsidRDefault="00000000" w:rsidP="00BE5DEA">
      <w:pPr>
        <w:pStyle w:val="CodeBlock"/>
        <w:spacing w:line="360" w:lineRule="auto"/>
        <w:rPr>
          <w:rFonts w:cs="Arial"/>
        </w:rPr>
      </w:pPr>
      <w:r w:rsidRPr="00BE5DEA">
        <w:rPr>
          <w:rFonts w:cs="Arial"/>
          <w:sz w:val="17"/>
        </w:rPr>
        <w:t xml:space="preserve">  color: #fff;</w:t>
      </w:r>
    </w:p>
    <w:p w14:paraId="69049339" w14:textId="77777777" w:rsidR="00ED1788" w:rsidRPr="00BE5DEA" w:rsidRDefault="00000000" w:rsidP="00BE5DEA">
      <w:pPr>
        <w:pStyle w:val="CodeBlock"/>
        <w:spacing w:line="360" w:lineRule="auto"/>
        <w:rPr>
          <w:rFonts w:cs="Arial"/>
        </w:rPr>
      </w:pPr>
      <w:r w:rsidRPr="00BE5DEA">
        <w:rPr>
          <w:rFonts w:cs="Arial"/>
          <w:sz w:val="17"/>
        </w:rPr>
        <w:t xml:space="preserve">  text-decoration: none;</w:t>
      </w:r>
    </w:p>
    <w:p w14:paraId="6F90E492" w14:textId="77777777" w:rsidR="00ED1788" w:rsidRPr="00BE5DEA" w:rsidRDefault="00000000" w:rsidP="00BE5DEA">
      <w:pPr>
        <w:pStyle w:val="CodeBlock"/>
        <w:spacing w:line="360" w:lineRule="auto"/>
        <w:rPr>
          <w:rFonts w:cs="Arial"/>
        </w:rPr>
      </w:pPr>
      <w:r w:rsidRPr="00BE5DEA">
        <w:rPr>
          <w:rFonts w:cs="Arial"/>
          <w:sz w:val="17"/>
        </w:rPr>
        <w:t xml:space="preserve">  font-weight: 700;</w:t>
      </w:r>
    </w:p>
    <w:p w14:paraId="249DA057" w14:textId="77777777" w:rsidR="00ED1788" w:rsidRPr="00BE5DEA" w:rsidRDefault="00000000" w:rsidP="00BE5DEA">
      <w:pPr>
        <w:pStyle w:val="CodeBlock"/>
        <w:spacing w:line="360" w:lineRule="auto"/>
        <w:rPr>
          <w:rFonts w:cs="Arial"/>
        </w:rPr>
      </w:pPr>
      <w:r w:rsidRPr="00BE5DEA">
        <w:rPr>
          <w:rFonts w:cs="Arial"/>
          <w:sz w:val="17"/>
        </w:rPr>
        <w:t xml:space="preserve">  font-size: 1.2rem;</w:t>
      </w:r>
    </w:p>
    <w:p w14:paraId="4E1CE147" w14:textId="77777777" w:rsidR="00ED1788" w:rsidRPr="00BE5DEA" w:rsidRDefault="00000000" w:rsidP="00BE5DEA">
      <w:pPr>
        <w:pStyle w:val="CodeBlock"/>
        <w:spacing w:line="360" w:lineRule="auto"/>
        <w:rPr>
          <w:rFonts w:cs="Arial"/>
        </w:rPr>
      </w:pPr>
      <w:r w:rsidRPr="00BE5DEA">
        <w:rPr>
          <w:rFonts w:cs="Arial"/>
          <w:sz w:val="17"/>
        </w:rPr>
        <w:t>}</w:t>
      </w:r>
    </w:p>
    <w:p w14:paraId="44FB390F" w14:textId="77777777" w:rsidR="00ED1788" w:rsidRPr="00BE5DEA" w:rsidRDefault="00000000" w:rsidP="00BE5DEA">
      <w:pPr>
        <w:pStyle w:val="CodeBlock"/>
        <w:spacing w:line="360" w:lineRule="auto"/>
        <w:rPr>
          <w:rFonts w:cs="Arial"/>
        </w:rPr>
      </w:pPr>
      <w:r w:rsidRPr="00BE5DEA">
        <w:rPr>
          <w:rFonts w:cs="Arial"/>
          <w:sz w:val="17"/>
        </w:rPr>
        <w:t xml:space="preserve"> </w:t>
      </w:r>
    </w:p>
    <w:p w14:paraId="74C8CD3D" w14:textId="77777777" w:rsidR="00ED1788" w:rsidRPr="00BE5DEA" w:rsidRDefault="00000000" w:rsidP="00BE5DEA">
      <w:pPr>
        <w:pStyle w:val="CodeBlock"/>
        <w:spacing w:line="360" w:lineRule="auto"/>
        <w:rPr>
          <w:rFonts w:cs="Arial"/>
        </w:rPr>
      </w:pPr>
      <w:r w:rsidRPr="00BE5DEA">
        <w:rPr>
          <w:rFonts w:cs="Arial"/>
          <w:sz w:val="17"/>
        </w:rPr>
        <w:t>.menu-toggle {</w:t>
      </w:r>
    </w:p>
    <w:p w14:paraId="5676805D" w14:textId="77777777" w:rsidR="00ED1788" w:rsidRPr="00BE5DEA" w:rsidRDefault="00000000" w:rsidP="00BE5DEA">
      <w:pPr>
        <w:pStyle w:val="CodeBlock"/>
        <w:spacing w:line="360" w:lineRule="auto"/>
        <w:rPr>
          <w:rFonts w:cs="Arial"/>
        </w:rPr>
      </w:pPr>
      <w:r w:rsidRPr="00BE5DEA">
        <w:rPr>
          <w:rFonts w:cs="Arial"/>
          <w:sz w:val="17"/>
        </w:rPr>
        <w:t xml:space="preserve">  display: none;</w:t>
      </w:r>
    </w:p>
    <w:p w14:paraId="1B275C82" w14:textId="77777777" w:rsidR="00ED1788" w:rsidRPr="00BE5DEA" w:rsidRDefault="00000000" w:rsidP="00BE5DEA">
      <w:pPr>
        <w:pStyle w:val="CodeBlock"/>
        <w:spacing w:line="360" w:lineRule="auto"/>
        <w:rPr>
          <w:rFonts w:cs="Arial"/>
        </w:rPr>
      </w:pPr>
      <w:r w:rsidRPr="00BE5DEA">
        <w:rPr>
          <w:rFonts w:cs="Arial"/>
          <w:sz w:val="17"/>
        </w:rPr>
        <w:t xml:space="preserve">  background: transparent;</w:t>
      </w:r>
    </w:p>
    <w:p w14:paraId="5014B035"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color: #fff;</w:t>
      </w:r>
    </w:p>
    <w:p w14:paraId="44B8B7F2" w14:textId="77777777" w:rsidR="00ED1788" w:rsidRPr="00BE5DEA" w:rsidRDefault="00000000" w:rsidP="00BE5DEA">
      <w:pPr>
        <w:pStyle w:val="CodeBlock"/>
        <w:spacing w:line="360" w:lineRule="auto"/>
        <w:rPr>
          <w:rFonts w:cs="Arial"/>
        </w:rPr>
      </w:pPr>
      <w:r w:rsidRPr="00BE5DEA">
        <w:rPr>
          <w:rFonts w:cs="Arial"/>
          <w:sz w:val="17"/>
        </w:rPr>
        <w:t xml:space="preserve">  border: 2px solid rgba(255,255,255,0.35);</w:t>
      </w:r>
    </w:p>
    <w:p w14:paraId="7D759ED2" w14:textId="77777777" w:rsidR="00ED1788" w:rsidRPr="00BE5DEA" w:rsidRDefault="00000000" w:rsidP="00BE5DEA">
      <w:pPr>
        <w:pStyle w:val="CodeBlock"/>
        <w:spacing w:line="360" w:lineRule="auto"/>
        <w:rPr>
          <w:rFonts w:cs="Arial"/>
        </w:rPr>
      </w:pPr>
      <w:r w:rsidRPr="00BE5DEA">
        <w:rPr>
          <w:rFonts w:cs="Arial"/>
          <w:sz w:val="17"/>
        </w:rPr>
        <w:t xml:space="preserve">  border-radius: 10px;</w:t>
      </w:r>
    </w:p>
    <w:p w14:paraId="245ACB50" w14:textId="77777777" w:rsidR="00ED1788" w:rsidRPr="00BE5DEA" w:rsidRDefault="00000000" w:rsidP="00BE5DEA">
      <w:pPr>
        <w:pStyle w:val="CodeBlock"/>
        <w:spacing w:line="360" w:lineRule="auto"/>
        <w:rPr>
          <w:rFonts w:cs="Arial"/>
        </w:rPr>
      </w:pPr>
      <w:r w:rsidRPr="00BE5DEA">
        <w:rPr>
          <w:rFonts w:cs="Arial"/>
          <w:sz w:val="17"/>
        </w:rPr>
        <w:t xml:space="preserve">  padding: 8px 12px;</w:t>
      </w:r>
    </w:p>
    <w:p w14:paraId="4A367AA1" w14:textId="77777777" w:rsidR="00ED1788" w:rsidRPr="00BE5DEA" w:rsidRDefault="00000000" w:rsidP="00BE5DEA">
      <w:pPr>
        <w:pStyle w:val="CodeBlock"/>
        <w:spacing w:line="360" w:lineRule="auto"/>
        <w:rPr>
          <w:rFonts w:cs="Arial"/>
        </w:rPr>
      </w:pPr>
      <w:r w:rsidRPr="00BE5DEA">
        <w:rPr>
          <w:rFonts w:cs="Arial"/>
          <w:sz w:val="17"/>
        </w:rPr>
        <w:t xml:space="preserve">  cursor: pointer;</w:t>
      </w:r>
    </w:p>
    <w:p w14:paraId="270B3FAB" w14:textId="77777777" w:rsidR="00ED1788" w:rsidRPr="00BE5DEA" w:rsidRDefault="00000000" w:rsidP="00BE5DEA">
      <w:pPr>
        <w:pStyle w:val="CodeBlock"/>
        <w:spacing w:line="360" w:lineRule="auto"/>
        <w:rPr>
          <w:rFonts w:cs="Arial"/>
        </w:rPr>
      </w:pPr>
      <w:r w:rsidRPr="00BE5DEA">
        <w:rPr>
          <w:rFonts w:cs="Arial"/>
          <w:sz w:val="17"/>
        </w:rPr>
        <w:t>}</w:t>
      </w:r>
    </w:p>
    <w:p w14:paraId="75963A0A" w14:textId="77777777" w:rsidR="00ED1788" w:rsidRPr="00BE5DEA" w:rsidRDefault="00000000" w:rsidP="00BE5DEA">
      <w:pPr>
        <w:pStyle w:val="CodeBlock"/>
        <w:spacing w:line="360" w:lineRule="auto"/>
        <w:rPr>
          <w:rFonts w:cs="Arial"/>
        </w:rPr>
      </w:pPr>
      <w:r w:rsidRPr="00BE5DEA">
        <w:rPr>
          <w:rFonts w:cs="Arial"/>
          <w:sz w:val="17"/>
        </w:rPr>
        <w:t xml:space="preserve"> </w:t>
      </w:r>
    </w:p>
    <w:p w14:paraId="1F3D974F" w14:textId="77777777" w:rsidR="00ED1788" w:rsidRPr="00BE5DEA" w:rsidRDefault="00000000" w:rsidP="00BE5DEA">
      <w:pPr>
        <w:pStyle w:val="CodeBlock"/>
        <w:spacing w:line="360" w:lineRule="auto"/>
        <w:rPr>
          <w:rFonts w:cs="Arial"/>
        </w:rPr>
      </w:pPr>
      <w:r w:rsidRPr="00BE5DEA">
        <w:rPr>
          <w:rFonts w:cs="Arial"/>
          <w:sz w:val="17"/>
        </w:rPr>
        <w:t>.nav-links {</w:t>
      </w:r>
    </w:p>
    <w:p w14:paraId="18E266FA" w14:textId="77777777" w:rsidR="00ED1788" w:rsidRPr="00BE5DEA" w:rsidRDefault="00000000" w:rsidP="00BE5DEA">
      <w:pPr>
        <w:pStyle w:val="CodeBlock"/>
        <w:spacing w:line="360" w:lineRule="auto"/>
        <w:rPr>
          <w:rFonts w:cs="Arial"/>
        </w:rPr>
      </w:pPr>
      <w:r w:rsidRPr="00BE5DEA">
        <w:rPr>
          <w:rFonts w:cs="Arial"/>
          <w:sz w:val="17"/>
        </w:rPr>
        <w:t xml:space="preserve">  list-style: none;</w:t>
      </w:r>
    </w:p>
    <w:p w14:paraId="40953DEA" w14:textId="77777777" w:rsidR="00ED1788" w:rsidRPr="00BE5DEA" w:rsidRDefault="00000000" w:rsidP="00BE5DEA">
      <w:pPr>
        <w:pStyle w:val="CodeBlock"/>
        <w:spacing w:line="360" w:lineRule="auto"/>
        <w:rPr>
          <w:rFonts w:cs="Arial"/>
        </w:rPr>
      </w:pPr>
      <w:r w:rsidRPr="00BE5DEA">
        <w:rPr>
          <w:rFonts w:cs="Arial"/>
          <w:sz w:val="17"/>
        </w:rPr>
        <w:t xml:space="preserve">  display: flex;</w:t>
      </w:r>
    </w:p>
    <w:p w14:paraId="38752395" w14:textId="77777777" w:rsidR="00ED1788" w:rsidRPr="00BE5DEA" w:rsidRDefault="00000000" w:rsidP="00BE5DEA">
      <w:pPr>
        <w:pStyle w:val="CodeBlock"/>
        <w:spacing w:line="360" w:lineRule="auto"/>
        <w:rPr>
          <w:rFonts w:cs="Arial"/>
        </w:rPr>
      </w:pPr>
      <w:r w:rsidRPr="00BE5DEA">
        <w:rPr>
          <w:rFonts w:cs="Arial"/>
          <w:sz w:val="17"/>
        </w:rPr>
        <w:t xml:space="preserve">  gap: 10px;</w:t>
      </w:r>
    </w:p>
    <w:p w14:paraId="00E2E25A" w14:textId="77777777" w:rsidR="00ED1788" w:rsidRPr="00BE5DEA" w:rsidRDefault="00000000" w:rsidP="00BE5DEA">
      <w:pPr>
        <w:pStyle w:val="CodeBlock"/>
        <w:spacing w:line="360" w:lineRule="auto"/>
        <w:rPr>
          <w:rFonts w:cs="Arial"/>
        </w:rPr>
      </w:pPr>
      <w:r w:rsidRPr="00BE5DEA">
        <w:rPr>
          <w:rFonts w:cs="Arial"/>
          <w:sz w:val="17"/>
        </w:rPr>
        <w:t xml:space="preserve">  padding: 0;</w:t>
      </w:r>
    </w:p>
    <w:p w14:paraId="1B12344B" w14:textId="77777777" w:rsidR="00ED1788" w:rsidRPr="00BE5DEA" w:rsidRDefault="00000000" w:rsidP="00BE5DEA">
      <w:pPr>
        <w:pStyle w:val="CodeBlock"/>
        <w:spacing w:line="360" w:lineRule="auto"/>
        <w:rPr>
          <w:rFonts w:cs="Arial"/>
        </w:rPr>
      </w:pPr>
      <w:r w:rsidRPr="00BE5DEA">
        <w:rPr>
          <w:rFonts w:cs="Arial"/>
          <w:sz w:val="17"/>
        </w:rPr>
        <w:t xml:space="preserve">  margin: 0;</w:t>
      </w:r>
    </w:p>
    <w:p w14:paraId="246CF16C" w14:textId="77777777" w:rsidR="00ED1788" w:rsidRPr="00BE5DEA" w:rsidRDefault="00000000" w:rsidP="00BE5DEA">
      <w:pPr>
        <w:pStyle w:val="CodeBlock"/>
        <w:spacing w:line="360" w:lineRule="auto"/>
        <w:rPr>
          <w:rFonts w:cs="Arial"/>
        </w:rPr>
      </w:pPr>
      <w:r w:rsidRPr="00BE5DEA">
        <w:rPr>
          <w:rFonts w:cs="Arial"/>
          <w:sz w:val="17"/>
        </w:rPr>
        <w:t>}</w:t>
      </w:r>
    </w:p>
    <w:p w14:paraId="027688DA" w14:textId="77777777" w:rsidR="00ED1788" w:rsidRPr="00BE5DEA" w:rsidRDefault="00000000" w:rsidP="00BE5DEA">
      <w:pPr>
        <w:pStyle w:val="CodeBlock"/>
        <w:spacing w:line="360" w:lineRule="auto"/>
        <w:rPr>
          <w:rFonts w:cs="Arial"/>
        </w:rPr>
      </w:pPr>
      <w:r w:rsidRPr="00BE5DEA">
        <w:rPr>
          <w:rFonts w:cs="Arial"/>
          <w:sz w:val="17"/>
        </w:rPr>
        <w:t xml:space="preserve"> </w:t>
      </w:r>
    </w:p>
    <w:p w14:paraId="186CCF67" w14:textId="77777777" w:rsidR="00ED1788" w:rsidRPr="00BE5DEA" w:rsidRDefault="00000000" w:rsidP="00BE5DEA">
      <w:pPr>
        <w:pStyle w:val="CodeBlock"/>
        <w:spacing w:line="360" w:lineRule="auto"/>
        <w:rPr>
          <w:rFonts w:cs="Arial"/>
        </w:rPr>
      </w:pPr>
      <w:r w:rsidRPr="00BE5DEA">
        <w:rPr>
          <w:rFonts w:cs="Arial"/>
          <w:sz w:val="17"/>
        </w:rPr>
        <w:t>.nav-links a {</w:t>
      </w:r>
    </w:p>
    <w:p w14:paraId="215D6718" w14:textId="77777777" w:rsidR="00ED1788" w:rsidRPr="00BE5DEA" w:rsidRDefault="00000000" w:rsidP="00BE5DEA">
      <w:pPr>
        <w:pStyle w:val="CodeBlock"/>
        <w:spacing w:line="360" w:lineRule="auto"/>
        <w:rPr>
          <w:rFonts w:cs="Arial"/>
        </w:rPr>
      </w:pPr>
      <w:r w:rsidRPr="00BE5DEA">
        <w:rPr>
          <w:rFonts w:cs="Arial"/>
          <w:sz w:val="17"/>
        </w:rPr>
        <w:t xml:space="preserve">  color: #fff;</w:t>
      </w:r>
    </w:p>
    <w:p w14:paraId="1748CD30" w14:textId="77777777" w:rsidR="00ED1788" w:rsidRPr="00BE5DEA" w:rsidRDefault="00000000" w:rsidP="00BE5DEA">
      <w:pPr>
        <w:pStyle w:val="CodeBlock"/>
        <w:spacing w:line="360" w:lineRule="auto"/>
        <w:rPr>
          <w:rFonts w:cs="Arial"/>
        </w:rPr>
      </w:pPr>
      <w:r w:rsidRPr="00BE5DEA">
        <w:rPr>
          <w:rFonts w:cs="Arial"/>
          <w:sz w:val="17"/>
        </w:rPr>
        <w:t xml:space="preserve">  text-decoration: none;</w:t>
      </w:r>
    </w:p>
    <w:p w14:paraId="5EF474E1" w14:textId="77777777" w:rsidR="00ED1788" w:rsidRPr="00BE5DEA" w:rsidRDefault="00000000" w:rsidP="00BE5DEA">
      <w:pPr>
        <w:pStyle w:val="CodeBlock"/>
        <w:spacing w:line="360" w:lineRule="auto"/>
        <w:rPr>
          <w:rFonts w:cs="Arial"/>
        </w:rPr>
      </w:pPr>
      <w:r w:rsidRPr="00BE5DEA">
        <w:rPr>
          <w:rFonts w:cs="Arial"/>
          <w:sz w:val="17"/>
        </w:rPr>
        <w:t xml:space="preserve">  padding: 10px 14px;</w:t>
      </w:r>
    </w:p>
    <w:p w14:paraId="6334B40A" w14:textId="77777777" w:rsidR="00ED1788" w:rsidRPr="00BE5DEA" w:rsidRDefault="00000000" w:rsidP="00BE5DEA">
      <w:pPr>
        <w:pStyle w:val="CodeBlock"/>
        <w:spacing w:line="360" w:lineRule="auto"/>
        <w:rPr>
          <w:rFonts w:cs="Arial"/>
        </w:rPr>
      </w:pPr>
      <w:r w:rsidRPr="00BE5DEA">
        <w:rPr>
          <w:rFonts w:cs="Arial"/>
          <w:sz w:val="17"/>
        </w:rPr>
        <w:t xml:space="preserve">  border-radius: 999px;</w:t>
      </w:r>
    </w:p>
    <w:p w14:paraId="77EBD31F" w14:textId="77777777" w:rsidR="00ED1788" w:rsidRPr="00BE5DEA" w:rsidRDefault="00000000" w:rsidP="00BE5DEA">
      <w:pPr>
        <w:pStyle w:val="CodeBlock"/>
        <w:spacing w:line="360" w:lineRule="auto"/>
        <w:rPr>
          <w:rFonts w:cs="Arial"/>
        </w:rPr>
      </w:pPr>
      <w:r w:rsidRPr="00BE5DEA">
        <w:rPr>
          <w:rFonts w:cs="Arial"/>
          <w:sz w:val="17"/>
        </w:rPr>
        <w:t xml:space="preserve">  display: inline-block;</w:t>
      </w:r>
    </w:p>
    <w:p w14:paraId="2D0F5741" w14:textId="77777777" w:rsidR="00ED1788" w:rsidRPr="00BE5DEA" w:rsidRDefault="00000000" w:rsidP="00BE5DEA">
      <w:pPr>
        <w:pStyle w:val="CodeBlock"/>
        <w:spacing w:line="360" w:lineRule="auto"/>
        <w:rPr>
          <w:rFonts w:cs="Arial"/>
        </w:rPr>
      </w:pPr>
      <w:r w:rsidRPr="00BE5DEA">
        <w:rPr>
          <w:rFonts w:cs="Arial"/>
          <w:sz w:val="17"/>
        </w:rPr>
        <w:t>}</w:t>
      </w:r>
    </w:p>
    <w:p w14:paraId="4093305B" w14:textId="77777777" w:rsidR="00ED1788" w:rsidRPr="00BE5DEA" w:rsidRDefault="00000000" w:rsidP="00BE5DEA">
      <w:pPr>
        <w:pStyle w:val="CodeBlock"/>
        <w:spacing w:line="360" w:lineRule="auto"/>
        <w:rPr>
          <w:rFonts w:cs="Arial"/>
        </w:rPr>
      </w:pPr>
      <w:r w:rsidRPr="00BE5DEA">
        <w:rPr>
          <w:rFonts w:cs="Arial"/>
          <w:sz w:val="17"/>
        </w:rPr>
        <w:t xml:space="preserve"> </w:t>
      </w:r>
    </w:p>
    <w:p w14:paraId="69B2E16E" w14:textId="77777777" w:rsidR="00ED1788" w:rsidRPr="00BE5DEA" w:rsidRDefault="00000000" w:rsidP="00BE5DEA">
      <w:pPr>
        <w:pStyle w:val="CodeBlock"/>
        <w:spacing w:line="360" w:lineRule="auto"/>
        <w:rPr>
          <w:rFonts w:cs="Arial"/>
        </w:rPr>
      </w:pPr>
      <w:r w:rsidRPr="00BE5DEA">
        <w:rPr>
          <w:rFonts w:cs="Arial"/>
          <w:sz w:val="17"/>
        </w:rPr>
        <w:t>.nav-links a:hover,</w:t>
      </w:r>
    </w:p>
    <w:p w14:paraId="0E7F3904" w14:textId="77777777" w:rsidR="00ED1788" w:rsidRPr="00BE5DEA" w:rsidRDefault="00000000" w:rsidP="00BE5DEA">
      <w:pPr>
        <w:pStyle w:val="CodeBlock"/>
        <w:spacing w:line="360" w:lineRule="auto"/>
        <w:rPr>
          <w:rFonts w:cs="Arial"/>
        </w:rPr>
      </w:pPr>
      <w:r w:rsidRPr="00BE5DEA">
        <w:rPr>
          <w:rFonts w:cs="Arial"/>
          <w:sz w:val="17"/>
        </w:rPr>
        <w:t>.nav-links a:focus,</w:t>
      </w:r>
    </w:p>
    <w:p w14:paraId="41BB1230" w14:textId="77777777" w:rsidR="00ED1788" w:rsidRPr="00BE5DEA" w:rsidRDefault="00000000" w:rsidP="00BE5DEA">
      <w:pPr>
        <w:pStyle w:val="CodeBlock"/>
        <w:spacing w:line="360" w:lineRule="auto"/>
        <w:rPr>
          <w:rFonts w:cs="Arial"/>
        </w:rPr>
      </w:pPr>
      <w:r w:rsidRPr="00BE5DEA">
        <w:rPr>
          <w:rFonts w:cs="Arial"/>
          <w:sz w:val="17"/>
        </w:rPr>
        <w:t>.nav-links a.active {</w:t>
      </w:r>
    </w:p>
    <w:p w14:paraId="40B59D12" w14:textId="77777777" w:rsidR="00ED1788" w:rsidRPr="00BE5DEA" w:rsidRDefault="00000000" w:rsidP="00BE5DEA">
      <w:pPr>
        <w:pStyle w:val="CodeBlock"/>
        <w:spacing w:line="360" w:lineRule="auto"/>
        <w:rPr>
          <w:rFonts w:cs="Arial"/>
        </w:rPr>
      </w:pPr>
      <w:r w:rsidRPr="00BE5DEA">
        <w:rPr>
          <w:rFonts w:cs="Arial"/>
          <w:sz w:val="17"/>
        </w:rPr>
        <w:t xml:space="preserve">  background: rgba(255,255,255,0.18);</w:t>
      </w:r>
    </w:p>
    <w:p w14:paraId="12578905" w14:textId="77777777" w:rsidR="00ED1788" w:rsidRPr="00BE5DEA" w:rsidRDefault="00000000" w:rsidP="00BE5DEA">
      <w:pPr>
        <w:pStyle w:val="CodeBlock"/>
        <w:spacing w:line="360" w:lineRule="auto"/>
        <w:rPr>
          <w:rFonts w:cs="Arial"/>
        </w:rPr>
      </w:pPr>
      <w:r w:rsidRPr="00BE5DEA">
        <w:rPr>
          <w:rFonts w:cs="Arial"/>
          <w:sz w:val="17"/>
        </w:rPr>
        <w:t xml:space="preserve">  outline: none;</w:t>
      </w:r>
    </w:p>
    <w:p w14:paraId="43303140" w14:textId="77777777" w:rsidR="00ED1788" w:rsidRPr="00BE5DEA" w:rsidRDefault="00000000" w:rsidP="00BE5DEA">
      <w:pPr>
        <w:pStyle w:val="CodeBlock"/>
        <w:spacing w:line="360" w:lineRule="auto"/>
        <w:rPr>
          <w:rFonts w:cs="Arial"/>
        </w:rPr>
      </w:pPr>
      <w:r w:rsidRPr="00BE5DEA">
        <w:rPr>
          <w:rFonts w:cs="Arial"/>
          <w:sz w:val="17"/>
        </w:rPr>
        <w:t>}</w:t>
      </w:r>
    </w:p>
    <w:p w14:paraId="2ADE3314" w14:textId="77777777" w:rsidR="00ED1788" w:rsidRPr="00BE5DEA" w:rsidRDefault="00000000" w:rsidP="00BE5DEA">
      <w:pPr>
        <w:pStyle w:val="CodeBlock"/>
        <w:spacing w:line="360" w:lineRule="auto"/>
        <w:rPr>
          <w:rFonts w:cs="Arial"/>
        </w:rPr>
      </w:pPr>
      <w:r w:rsidRPr="00BE5DEA">
        <w:rPr>
          <w:rFonts w:cs="Arial"/>
          <w:sz w:val="17"/>
        </w:rPr>
        <w:t xml:space="preserve"> </w:t>
      </w:r>
    </w:p>
    <w:p w14:paraId="295A3D0A" w14:textId="77777777" w:rsidR="00ED1788" w:rsidRPr="00BE5DEA" w:rsidRDefault="00000000" w:rsidP="00BE5DEA">
      <w:pPr>
        <w:pStyle w:val="CodeBlock"/>
        <w:spacing w:line="360" w:lineRule="auto"/>
        <w:rPr>
          <w:rFonts w:cs="Arial"/>
        </w:rPr>
      </w:pPr>
      <w:r w:rsidRPr="00BE5DEA">
        <w:rPr>
          <w:rFonts w:cs="Arial"/>
          <w:sz w:val="17"/>
        </w:rPr>
        <w:t>.hero {</w:t>
      </w:r>
    </w:p>
    <w:p w14:paraId="05E47A02" w14:textId="77777777" w:rsidR="00ED1788" w:rsidRPr="00BE5DEA" w:rsidRDefault="00000000" w:rsidP="00BE5DEA">
      <w:pPr>
        <w:pStyle w:val="CodeBlock"/>
        <w:spacing w:line="360" w:lineRule="auto"/>
        <w:rPr>
          <w:rFonts w:cs="Arial"/>
        </w:rPr>
      </w:pPr>
      <w:r w:rsidRPr="00BE5DEA">
        <w:rPr>
          <w:rFonts w:cs="Arial"/>
          <w:sz w:val="17"/>
        </w:rPr>
        <w:t xml:space="preserve">  min-height: 72vh;</w:t>
      </w:r>
    </w:p>
    <w:p w14:paraId="29295C3F" w14:textId="77777777" w:rsidR="00ED1788" w:rsidRPr="00BE5DEA" w:rsidRDefault="00000000" w:rsidP="00BE5DEA">
      <w:pPr>
        <w:pStyle w:val="CodeBlock"/>
        <w:spacing w:line="360" w:lineRule="auto"/>
        <w:rPr>
          <w:rFonts w:cs="Arial"/>
        </w:rPr>
      </w:pPr>
      <w:r w:rsidRPr="00BE5DEA">
        <w:rPr>
          <w:rFonts w:cs="Arial"/>
          <w:sz w:val="17"/>
        </w:rPr>
        <w:t xml:space="preserve">  display: grid;</w:t>
      </w:r>
    </w:p>
    <w:p w14:paraId="32C4953C" w14:textId="77777777" w:rsidR="00ED1788" w:rsidRPr="00BE5DEA" w:rsidRDefault="00000000" w:rsidP="00BE5DEA">
      <w:pPr>
        <w:pStyle w:val="CodeBlock"/>
        <w:spacing w:line="360" w:lineRule="auto"/>
        <w:rPr>
          <w:rFonts w:cs="Arial"/>
        </w:rPr>
      </w:pPr>
      <w:r w:rsidRPr="00BE5DEA">
        <w:rPr>
          <w:rFonts w:cs="Arial"/>
          <w:sz w:val="17"/>
        </w:rPr>
        <w:t xml:space="preserve">  align-items: center;</w:t>
      </w:r>
    </w:p>
    <w:p w14:paraId="3A9DE90D" w14:textId="77777777" w:rsidR="00ED1788" w:rsidRPr="00BE5DEA" w:rsidRDefault="00000000" w:rsidP="00BE5DEA">
      <w:pPr>
        <w:pStyle w:val="CodeBlock"/>
        <w:spacing w:line="360" w:lineRule="auto"/>
        <w:rPr>
          <w:rFonts w:cs="Arial"/>
        </w:rPr>
      </w:pPr>
      <w:r w:rsidRPr="00BE5DEA">
        <w:rPr>
          <w:rFonts w:cs="Arial"/>
          <w:sz w:val="17"/>
        </w:rPr>
        <w:t xml:space="preserve">  background:</w:t>
      </w:r>
    </w:p>
    <w:p w14:paraId="570271C9" w14:textId="77777777" w:rsidR="00ED1788" w:rsidRPr="00BE5DEA" w:rsidRDefault="00000000" w:rsidP="00BE5DEA">
      <w:pPr>
        <w:pStyle w:val="CodeBlock"/>
        <w:spacing w:line="360" w:lineRule="auto"/>
        <w:rPr>
          <w:rFonts w:cs="Arial"/>
        </w:rPr>
      </w:pPr>
      <w:r w:rsidRPr="00BE5DEA">
        <w:rPr>
          <w:rFonts w:cs="Arial"/>
          <w:sz w:val="17"/>
        </w:rPr>
        <w:t xml:space="preserve">    linear-gradient(rgba(0,0,0,0.58), rgba(0,0,0,0.42)),</w:t>
      </w:r>
    </w:p>
    <w:p w14:paraId="13D41299" w14:textId="77777777" w:rsidR="00ED1788" w:rsidRPr="00BE5DEA" w:rsidRDefault="00000000" w:rsidP="00BE5DEA">
      <w:pPr>
        <w:pStyle w:val="CodeBlock"/>
        <w:spacing w:line="360" w:lineRule="auto"/>
        <w:rPr>
          <w:rFonts w:cs="Arial"/>
        </w:rPr>
      </w:pPr>
      <w:r w:rsidRPr="00BE5DEA">
        <w:rPr>
          <w:rFonts w:cs="Arial"/>
          <w:sz w:val="17"/>
        </w:rPr>
        <w:t xml:space="preserve">    var(--hero-image) center/cover no-repeat;</w:t>
      </w:r>
    </w:p>
    <w:p w14:paraId="49DA449C" w14:textId="77777777" w:rsidR="00ED1788" w:rsidRPr="00BE5DEA" w:rsidRDefault="00000000" w:rsidP="00BE5DEA">
      <w:pPr>
        <w:pStyle w:val="CodeBlock"/>
        <w:spacing w:line="360" w:lineRule="auto"/>
        <w:rPr>
          <w:rFonts w:cs="Arial"/>
        </w:rPr>
      </w:pPr>
      <w:r w:rsidRPr="00BE5DEA">
        <w:rPr>
          <w:rFonts w:cs="Arial"/>
          <w:sz w:val="17"/>
        </w:rPr>
        <w:t xml:space="preserve">  color: #fff;</w:t>
      </w:r>
    </w:p>
    <w:p w14:paraId="5586E405" w14:textId="77777777" w:rsidR="00ED1788" w:rsidRPr="00BE5DEA" w:rsidRDefault="00000000" w:rsidP="00BE5DEA">
      <w:pPr>
        <w:pStyle w:val="CodeBlock"/>
        <w:spacing w:line="360" w:lineRule="auto"/>
        <w:rPr>
          <w:rFonts w:cs="Arial"/>
        </w:rPr>
      </w:pPr>
      <w:r w:rsidRPr="00BE5DEA">
        <w:rPr>
          <w:rFonts w:cs="Arial"/>
          <w:sz w:val="17"/>
        </w:rPr>
        <w:t>}</w:t>
      </w:r>
    </w:p>
    <w:p w14:paraId="32E67B5E" w14:textId="77777777" w:rsidR="00ED1788" w:rsidRPr="00BE5DEA" w:rsidRDefault="00000000" w:rsidP="00BE5DEA">
      <w:pPr>
        <w:pStyle w:val="CodeBlock"/>
        <w:spacing w:line="360" w:lineRule="auto"/>
        <w:rPr>
          <w:rFonts w:cs="Arial"/>
        </w:rPr>
      </w:pPr>
      <w:r w:rsidRPr="00BE5DEA">
        <w:rPr>
          <w:rFonts w:cs="Arial"/>
          <w:sz w:val="17"/>
        </w:rPr>
        <w:t xml:space="preserve"> </w:t>
      </w:r>
    </w:p>
    <w:p w14:paraId="4F17A009" w14:textId="77777777" w:rsidR="00ED1788" w:rsidRPr="00BE5DEA" w:rsidRDefault="00000000" w:rsidP="00BE5DEA">
      <w:pPr>
        <w:pStyle w:val="CodeBlock"/>
        <w:spacing w:line="360" w:lineRule="auto"/>
        <w:rPr>
          <w:rFonts w:cs="Arial"/>
        </w:rPr>
      </w:pPr>
      <w:r w:rsidRPr="00BE5DEA">
        <w:rPr>
          <w:rFonts w:cs="Arial"/>
          <w:sz w:val="17"/>
        </w:rPr>
        <w:t>.hero-content {</w:t>
      </w:r>
    </w:p>
    <w:p w14:paraId="58635FC5" w14:textId="77777777" w:rsidR="00ED1788" w:rsidRPr="00BE5DEA" w:rsidRDefault="00000000" w:rsidP="00BE5DEA">
      <w:pPr>
        <w:pStyle w:val="CodeBlock"/>
        <w:spacing w:line="360" w:lineRule="auto"/>
        <w:rPr>
          <w:rFonts w:cs="Arial"/>
        </w:rPr>
      </w:pPr>
      <w:r w:rsidRPr="00BE5DEA">
        <w:rPr>
          <w:rFonts w:cs="Arial"/>
          <w:sz w:val="17"/>
        </w:rPr>
        <w:t xml:space="preserve">  max-width: 780px;</w:t>
      </w:r>
    </w:p>
    <w:p w14:paraId="775DF4FC" w14:textId="77777777" w:rsidR="00ED1788" w:rsidRPr="00BE5DEA" w:rsidRDefault="00000000" w:rsidP="00BE5DEA">
      <w:pPr>
        <w:pStyle w:val="CodeBlock"/>
        <w:spacing w:line="360" w:lineRule="auto"/>
        <w:rPr>
          <w:rFonts w:cs="Arial"/>
        </w:rPr>
      </w:pPr>
      <w:r w:rsidRPr="00BE5DEA">
        <w:rPr>
          <w:rFonts w:cs="Arial"/>
          <w:sz w:val="17"/>
        </w:rPr>
        <w:t xml:space="preserve">  padding: 88px 0;</w:t>
      </w:r>
    </w:p>
    <w:p w14:paraId="6A8C6161" w14:textId="77777777" w:rsidR="00ED1788" w:rsidRPr="00BE5DEA" w:rsidRDefault="00000000" w:rsidP="00BE5DEA">
      <w:pPr>
        <w:pStyle w:val="CodeBlock"/>
        <w:spacing w:line="360" w:lineRule="auto"/>
        <w:rPr>
          <w:rFonts w:cs="Arial"/>
        </w:rPr>
      </w:pPr>
      <w:r w:rsidRPr="00BE5DEA">
        <w:rPr>
          <w:rFonts w:cs="Arial"/>
          <w:sz w:val="17"/>
        </w:rPr>
        <w:t>}</w:t>
      </w:r>
    </w:p>
    <w:p w14:paraId="2680AD91"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w:t>
      </w:r>
    </w:p>
    <w:p w14:paraId="318F59A9" w14:textId="77777777" w:rsidR="00ED1788" w:rsidRPr="00BE5DEA" w:rsidRDefault="00000000" w:rsidP="00BE5DEA">
      <w:pPr>
        <w:pStyle w:val="CodeBlock"/>
        <w:spacing w:line="360" w:lineRule="auto"/>
        <w:rPr>
          <w:rFonts w:cs="Arial"/>
        </w:rPr>
      </w:pPr>
      <w:r w:rsidRPr="00BE5DEA">
        <w:rPr>
          <w:rFonts w:cs="Arial"/>
          <w:sz w:val="17"/>
        </w:rPr>
        <w:t>.hero h1 {</w:t>
      </w:r>
    </w:p>
    <w:p w14:paraId="636F74E5" w14:textId="77777777" w:rsidR="00ED1788" w:rsidRPr="00BE5DEA" w:rsidRDefault="00000000" w:rsidP="00BE5DEA">
      <w:pPr>
        <w:pStyle w:val="CodeBlock"/>
        <w:spacing w:line="360" w:lineRule="auto"/>
        <w:rPr>
          <w:rFonts w:cs="Arial"/>
        </w:rPr>
      </w:pPr>
      <w:r w:rsidRPr="00BE5DEA">
        <w:rPr>
          <w:rFonts w:cs="Arial"/>
          <w:sz w:val="17"/>
        </w:rPr>
        <w:t xml:space="preserve">  font-size: clamp(2rem, 5vw, 4rem);</w:t>
      </w:r>
    </w:p>
    <w:p w14:paraId="45E4607D" w14:textId="77777777" w:rsidR="00ED1788" w:rsidRPr="00BE5DEA" w:rsidRDefault="00000000" w:rsidP="00BE5DEA">
      <w:pPr>
        <w:pStyle w:val="CodeBlock"/>
        <w:spacing w:line="360" w:lineRule="auto"/>
        <w:rPr>
          <w:rFonts w:cs="Arial"/>
        </w:rPr>
      </w:pPr>
      <w:r w:rsidRPr="00BE5DEA">
        <w:rPr>
          <w:rFonts w:cs="Arial"/>
          <w:sz w:val="17"/>
        </w:rPr>
        <w:t xml:space="preserve">  line-height: 1.08;</w:t>
      </w:r>
    </w:p>
    <w:p w14:paraId="65567971" w14:textId="77777777" w:rsidR="00ED1788" w:rsidRPr="00BE5DEA" w:rsidRDefault="00000000" w:rsidP="00BE5DEA">
      <w:pPr>
        <w:pStyle w:val="CodeBlock"/>
        <w:spacing w:line="360" w:lineRule="auto"/>
        <w:rPr>
          <w:rFonts w:cs="Arial"/>
        </w:rPr>
      </w:pPr>
      <w:r w:rsidRPr="00BE5DEA">
        <w:rPr>
          <w:rFonts w:cs="Arial"/>
          <w:sz w:val="17"/>
        </w:rPr>
        <w:t xml:space="preserve">  margin: 0 0 16px;</w:t>
      </w:r>
    </w:p>
    <w:p w14:paraId="417DE2AE" w14:textId="77777777" w:rsidR="00ED1788" w:rsidRPr="00BE5DEA" w:rsidRDefault="00000000" w:rsidP="00BE5DEA">
      <w:pPr>
        <w:pStyle w:val="CodeBlock"/>
        <w:spacing w:line="360" w:lineRule="auto"/>
        <w:rPr>
          <w:rFonts w:cs="Arial"/>
        </w:rPr>
      </w:pPr>
      <w:r w:rsidRPr="00BE5DEA">
        <w:rPr>
          <w:rFonts w:cs="Arial"/>
          <w:sz w:val="17"/>
        </w:rPr>
        <w:t>}</w:t>
      </w:r>
    </w:p>
    <w:p w14:paraId="156E0601" w14:textId="77777777" w:rsidR="00ED1788" w:rsidRPr="00BE5DEA" w:rsidRDefault="00000000" w:rsidP="00BE5DEA">
      <w:pPr>
        <w:pStyle w:val="CodeBlock"/>
        <w:spacing w:line="360" w:lineRule="auto"/>
        <w:rPr>
          <w:rFonts w:cs="Arial"/>
        </w:rPr>
      </w:pPr>
      <w:r w:rsidRPr="00BE5DEA">
        <w:rPr>
          <w:rFonts w:cs="Arial"/>
          <w:sz w:val="17"/>
        </w:rPr>
        <w:t xml:space="preserve"> </w:t>
      </w:r>
    </w:p>
    <w:p w14:paraId="38E91135" w14:textId="77777777" w:rsidR="00ED1788" w:rsidRPr="00BE5DEA" w:rsidRDefault="00000000" w:rsidP="00BE5DEA">
      <w:pPr>
        <w:pStyle w:val="CodeBlock"/>
        <w:spacing w:line="360" w:lineRule="auto"/>
        <w:rPr>
          <w:rFonts w:cs="Arial"/>
        </w:rPr>
      </w:pPr>
      <w:r w:rsidRPr="00BE5DEA">
        <w:rPr>
          <w:rFonts w:cs="Arial"/>
          <w:sz w:val="17"/>
        </w:rPr>
        <w:t>.hero p {</w:t>
      </w:r>
    </w:p>
    <w:p w14:paraId="6045E49C" w14:textId="77777777" w:rsidR="00ED1788" w:rsidRPr="00BE5DEA" w:rsidRDefault="00000000" w:rsidP="00BE5DEA">
      <w:pPr>
        <w:pStyle w:val="CodeBlock"/>
        <w:spacing w:line="360" w:lineRule="auto"/>
        <w:rPr>
          <w:rFonts w:cs="Arial"/>
        </w:rPr>
      </w:pPr>
      <w:r w:rsidRPr="00BE5DEA">
        <w:rPr>
          <w:rFonts w:cs="Arial"/>
          <w:sz w:val="17"/>
        </w:rPr>
        <w:t xml:space="preserve">  font-size: 1.08rem;</w:t>
      </w:r>
    </w:p>
    <w:p w14:paraId="74602403" w14:textId="77777777" w:rsidR="00ED1788" w:rsidRPr="00BE5DEA" w:rsidRDefault="00000000" w:rsidP="00BE5DEA">
      <w:pPr>
        <w:pStyle w:val="CodeBlock"/>
        <w:spacing w:line="360" w:lineRule="auto"/>
        <w:rPr>
          <w:rFonts w:cs="Arial"/>
        </w:rPr>
      </w:pPr>
      <w:r w:rsidRPr="00BE5DEA">
        <w:rPr>
          <w:rFonts w:cs="Arial"/>
          <w:sz w:val="17"/>
        </w:rPr>
        <w:t xml:space="preserve">  max-width: 60ch;</w:t>
      </w:r>
    </w:p>
    <w:p w14:paraId="27528426" w14:textId="77777777" w:rsidR="00ED1788" w:rsidRPr="00BE5DEA" w:rsidRDefault="00000000" w:rsidP="00BE5DEA">
      <w:pPr>
        <w:pStyle w:val="CodeBlock"/>
        <w:spacing w:line="360" w:lineRule="auto"/>
        <w:rPr>
          <w:rFonts w:cs="Arial"/>
        </w:rPr>
      </w:pPr>
      <w:r w:rsidRPr="00BE5DEA">
        <w:rPr>
          <w:rFonts w:cs="Arial"/>
          <w:sz w:val="17"/>
        </w:rPr>
        <w:t xml:space="preserve">  margin: 0 0 26px;</w:t>
      </w:r>
    </w:p>
    <w:p w14:paraId="23A45F6D" w14:textId="77777777" w:rsidR="00ED1788" w:rsidRPr="00BE5DEA" w:rsidRDefault="00000000" w:rsidP="00BE5DEA">
      <w:pPr>
        <w:pStyle w:val="CodeBlock"/>
        <w:spacing w:line="360" w:lineRule="auto"/>
        <w:rPr>
          <w:rFonts w:cs="Arial"/>
        </w:rPr>
      </w:pPr>
      <w:r w:rsidRPr="00BE5DEA">
        <w:rPr>
          <w:rFonts w:cs="Arial"/>
          <w:sz w:val="17"/>
        </w:rPr>
        <w:t>}</w:t>
      </w:r>
    </w:p>
    <w:p w14:paraId="73EDA638" w14:textId="77777777" w:rsidR="00ED1788" w:rsidRPr="00BE5DEA" w:rsidRDefault="00000000" w:rsidP="00BE5DEA">
      <w:pPr>
        <w:pStyle w:val="CodeBlock"/>
        <w:spacing w:line="360" w:lineRule="auto"/>
        <w:rPr>
          <w:rFonts w:cs="Arial"/>
        </w:rPr>
      </w:pPr>
      <w:r w:rsidRPr="00BE5DEA">
        <w:rPr>
          <w:rFonts w:cs="Arial"/>
          <w:sz w:val="17"/>
        </w:rPr>
        <w:t xml:space="preserve"> </w:t>
      </w:r>
    </w:p>
    <w:p w14:paraId="7F0EB970" w14:textId="77777777" w:rsidR="00ED1788" w:rsidRPr="00BE5DEA" w:rsidRDefault="00000000" w:rsidP="00BE5DEA">
      <w:pPr>
        <w:pStyle w:val="CodeBlock"/>
        <w:spacing w:line="360" w:lineRule="auto"/>
        <w:rPr>
          <w:rFonts w:cs="Arial"/>
        </w:rPr>
      </w:pPr>
      <w:r w:rsidRPr="00BE5DEA">
        <w:rPr>
          <w:rFonts w:cs="Arial"/>
          <w:sz w:val="17"/>
        </w:rPr>
        <w:t>.button-row {</w:t>
      </w:r>
    </w:p>
    <w:p w14:paraId="72ECEAB5" w14:textId="77777777" w:rsidR="00ED1788" w:rsidRPr="00BE5DEA" w:rsidRDefault="00000000" w:rsidP="00BE5DEA">
      <w:pPr>
        <w:pStyle w:val="CodeBlock"/>
        <w:spacing w:line="360" w:lineRule="auto"/>
        <w:rPr>
          <w:rFonts w:cs="Arial"/>
        </w:rPr>
      </w:pPr>
      <w:r w:rsidRPr="00BE5DEA">
        <w:rPr>
          <w:rFonts w:cs="Arial"/>
          <w:sz w:val="17"/>
        </w:rPr>
        <w:t xml:space="preserve">  display: flex;</w:t>
      </w:r>
    </w:p>
    <w:p w14:paraId="05F506B0" w14:textId="77777777" w:rsidR="00ED1788" w:rsidRPr="00BE5DEA" w:rsidRDefault="00000000" w:rsidP="00BE5DEA">
      <w:pPr>
        <w:pStyle w:val="CodeBlock"/>
        <w:spacing w:line="360" w:lineRule="auto"/>
        <w:rPr>
          <w:rFonts w:cs="Arial"/>
        </w:rPr>
      </w:pPr>
      <w:r w:rsidRPr="00BE5DEA">
        <w:rPr>
          <w:rFonts w:cs="Arial"/>
          <w:sz w:val="17"/>
        </w:rPr>
        <w:t xml:space="preserve">  flex-wrap: wrap;</w:t>
      </w:r>
    </w:p>
    <w:p w14:paraId="240E34D4" w14:textId="77777777" w:rsidR="00ED1788" w:rsidRPr="00BE5DEA" w:rsidRDefault="00000000" w:rsidP="00BE5DEA">
      <w:pPr>
        <w:pStyle w:val="CodeBlock"/>
        <w:spacing w:line="360" w:lineRule="auto"/>
        <w:rPr>
          <w:rFonts w:cs="Arial"/>
        </w:rPr>
      </w:pPr>
      <w:r w:rsidRPr="00BE5DEA">
        <w:rPr>
          <w:rFonts w:cs="Arial"/>
          <w:sz w:val="17"/>
        </w:rPr>
        <w:t xml:space="preserve">  gap: 14px;</w:t>
      </w:r>
    </w:p>
    <w:p w14:paraId="500D66E8" w14:textId="77777777" w:rsidR="00ED1788" w:rsidRPr="00BE5DEA" w:rsidRDefault="00000000" w:rsidP="00BE5DEA">
      <w:pPr>
        <w:pStyle w:val="CodeBlock"/>
        <w:spacing w:line="360" w:lineRule="auto"/>
        <w:rPr>
          <w:rFonts w:cs="Arial"/>
        </w:rPr>
      </w:pPr>
      <w:r w:rsidRPr="00BE5DEA">
        <w:rPr>
          <w:rFonts w:cs="Arial"/>
          <w:sz w:val="17"/>
        </w:rPr>
        <w:t>}</w:t>
      </w:r>
    </w:p>
    <w:p w14:paraId="2D31AD78" w14:textId="77777777" w:rsidR="00ED1788" w:rsidRPr="00BE5DEA" w:rsidRDefault="00000000" w:rsidP="00BE5DEA">
      <w:pPr>
        <w:pStyle w:val="CodeBlock"/>
        <w:spacing w:line="360" w:lineRule="auto"/>
        <w:rPr>
          <w:rFonts w:cs="Arial"/>
        </w:rPr>
      </w:pPr>
      <w:r w:rsidRPr="00BE5DEA">
        <w:rPr>
          <w:rFonts w:cs="Arial"/>
          <w:sz w:val="17"/>
        </w:rPr>
        <w:t xml:space="preserve"> </w:t>
      </w:r>
    </w:p>
    <w:p w14:paraId="65D8B09B" w14:textId="77777777" w:rsidR="00ED1788" w:rsidRPr="00BE5DEA" w:rsidRDefault="00000000" w:rsidP="00BE5DEA">
      <w:pPr>
        <w:pStyle w:val="CodeBlock"/>
        <w:spacing w:line="360" w:lineRule="auto"/>
        <w:rPr>
          <w:rFonts w:cs="Arial"/>
        </w:rPr>
      </w:pPr>
      <w:r w:rsidRPr="00BE5DEA">
        <w:rPr>
          <w:rFonts w:cs="Arial"/>
          <w:sz w:val="17"/>
        </w:rPr>
        <w:t>.btn {</w:t>
      </w:r>
    </w:p>
    <w:p w14:paraId="44FC063F" w14:textId="77777777" w:rsidR="00ED1788" w:rsidRPr="00BE5DEA" w:rsidRDefault="00000000" w:rsidP="00BE5DEA">
      <w:pPr>
        <w:pStyle w:val="CodeBlock"/>
        <w:spacing w:line="360" w:lineRule="auto"/>
        <w:rPr>
          <w:rFonts w:cs="Arial"/>
        </w:rPr>
      </w:pPr>
      <w:r w:rsidRPr="00BE5DEA">
        <w:rPr>
          <w:rFonts w:cs="Arial"/>
          <w:sz w:val="17"/>
        </w:rPr>
        <w:t xml:space="preserve">  display: inline-block;</w:t>
      </w:r>
    </w:p>
    <w:p w14:paraId="138873DC" w14:textId="77777777" w:rsidR="00ED1788" w:rsidRPr="00BE5DEA" w:rsidRDefault="00000000" w:rsidP="00BE5DEA">
      <w:pPr>
        <w:pStyle w:val="CodeBlock"/>
        <w:spacing w:line="360" w:lineRule="auto"/>
        <w:rPr>
          <w:rFonts w:cs="Arial"/>
        </w:rPr>
      </w:pPr>
      <w:r w:rsidRPr="00BE5DEA">
        <w:rPr>
          <w:rFonts w:cs="Arial"/>
          <w:sz w:val="17"/>
        </w:rPr>
        <w:t xml:space="preserve">  padding: 12px 20px;</w:t>
      </w:r>
    </w:p>
    <w:p w14:paraId="74D171A5" w14:textId="77777777" w:rsidR="00ED1788" w:rsidRPr="00BE5DEA" w:rsidRDefault="00000000" w:rsidP="00BE5DEA">
      <w:pPr>
        <w:pStyle w:val="CodeBlock"/>
        <w:spacing w:line="360" w:lineRule="auto"/>
        <w:rPr>
          <w:rFonts w:cs="Arial"/>
        </w:rPr>
      </w:pPr>
      <w:r w:rsidRPr="00BE5DEA">
        <w:rPr>
          <w:rFonts w:cs="Arial"/>
          <w:sz w:val="17"/>
        </w:rPr>
        <w:t xml:space="preserve">  border-radius: 999px;</w:t>
      </w:r>
    </w:p>
    <w:p w14:paraId="2201C606" w14:textId="77777777" w:rsidR="00ED1788" w:rsidRPr="00BE5DEA" w:rsidRDefault="00000000" w:rsidP="00BE5DEA">
      <w:pPr>
        <w:pStyle w:val="CodeBlock"/>
        <w:spacing w:line="360" w:lineRule="auto"/>
        <w:rPr>
          <w:rFonts w:cs="Arial"/>
        </w:rPr>
      </w:pPr>
      <w:r w:rsidRPr="00BE5DEA">
        <w:rPr>
          <w:rFonts w:cs="Arial"/>
          <w:sz w:val="17"/>
        </w:rPr>
        <w:t xml:space="preserve">  text-decoration: none;</w:t>
      </w:r>
    </w:p>
    <w:p w14:paraId="39168A0E" w14:textId="77777777" w:rsidR="00ED1788" w:rsidRPr="00BE5DEA" w:rsidRDefault="00000000" w:rsidP="00BE5DEA">
      <w:pPr>
        <w:pStyle w:val="CodeBlock"/>
        <w:spacing w:line="360" w:lineRule="auto"/>
        <w:rPr>
          <w:rFonts w:cs="Arial"/>
        </w:rPr>
      </w:pPr>
      <w:r w:rsidRPr="00BE5DEA">
        <w:rPr>
          <w:rFonts w:cs="Arial"/>
          <w:sz w:val="17"/>
        </w:rPr>
        <w:t xml:space="preserve">  font-weight: 700;</w:t>
      </w:r>
    </w:p>
    <w:p w14:paraId="30BB0591" w14:textId="77777777" w:rsidR="00ED1788" w:rsidRPr="00BE5DEA" w:rsidRDefault="00000000" w:rsidP="00BE5DEA">
      <w:pPr>
        <w:pStyle w:val="CodeBlock"/>
        <w:spacing w:line="360" w:lineRule="auto"/>
        <w:rPr>
          <w:rFonts w:cs="Arial"/>
        </w:rPr>
      </w:pPr>
      <w:r w:rsidRPr="00BE5DEA">
        <w:rPr>
          <w:rFonts w:cs="Arial"/>
          <w:sz w:val="17"/>
        </w:rPr>
        <w:t xml:space="preserve">  border: 2px solid transparent;</w:t>
      </w:r>
    </w:p>
    <w:p w14:paraId="11D15449" w14:textId="77777777" w:rsidR="00ED1788" w:rsidRPr="00BE5DEA" w:rsidRDefault="00000000" w:rsidP="00BE5DEA">
      <w:pPr>
        <w:pStyle w:val="CodeBlock"/>
        <w:spacing w:line="360" w:lineRule="auto"/>
        <w:rPr>
          <w:rFonts w:cs="Arial"/>
        </w:rPr>
      </w:pPr>
      <w:r w:rsidRPr="00BE5DEA">
        <w:rPr>
          <w:rFonts w:cs="Arial"/>
          <w:sz w:val="17"/>
        </w:rPr>
        <w:t>}</w:t>
      </w:r>
    </w:p>
    <w:p w14:paraId="269B285F" w14:textId="77777777" w:rsidR="00ED1788" w:rsidRPr="00BE5DEA" w:rsidRDefault="00000000" w:rsidP="00BE5DEA">
      <w:pPr>
        <w:pStyle w:val="CodeBlock"/>
        <w:spacing w:line="360" w:lineRule="auto"/>
        <w:rPr>
          <w:rFonts w:cs="Arial"/>
        </w:rPr>
      </w:pPr>
      <w:r w:rsidRPr="00BE5DEA">
        <w:rPr>
          <w:rFonts w:cs="Arial"/>
          <w:sz w:val="17"/>
        </w:rPr>
        <w:t xml:space="preserve"> </w:t>
      </w:r>
    </w:p>
    <w:p w14:paraId="296892AA" w14:textId="77777777" w:rsidR="00ED1788" w:rsidRPr="00BE5DEA" w:rsidRDefault="00000000" w:rsidP="00BE5DEA">
      <w:pPr>
        <w:pStyle w:val="CodeBlock"/>
        <w:spacing w:line="360" w:lineRule="auto"/>
        <w:rPr>
          <w:rFonts w:cs="Arial"/>
        </w:rPr>
      </w:pPr>
      <w:r w:rsidRPr="00BE5DEA">
        <w:rPr>
          <w:rFonts w:cs="Arial"/>
          <w:sz w:val="17"/>
        </w:rPr>
        <w:t>.btn-primary {</w:t>
      </w:r>
    </w:p>
    <w:p w14:paraId="2BCF488B" w14:textId="77777777" w:rsidR="00ED1788" w:rsidRPr="00BE5DEA" w:rsidRDefault="00000000" w:rsidP="00BE5DEA">
      <w:pPr>
        <w:pStyle w:val="CodeBlock"/>
        <w:spacing w:line="360" w:lineRule="auto"/>
        <w:rPr>
          <w:rFonts w:cs="Arial"/>
        </w:rPr>
      </w:pPr>
      <w:r w:rsidRPr="00BE5DEA">
        <w:rPr>
          <w:rFonts w:cs="Arial"/>
          <w:sz w:val="17"/>
        </w:rPr>
        <w:t xml:space="preserve">  background: #1e6b3f;</w:t>
      </w:r>
    </w:p>
    <w:p w14:paraId="4A1ECC98" w14:textId="77777777" w:rsidR="00ED1788" w:rsidRPr="00BE5DEA" w:rsidRDefault="00000000" w:rsidP="00BE5DEA">
      <w:pPr>
        <w:pStyle w:val="CodeBlock"/>
        <w:spacing w:line="360" w:lineRule="auto"/>
        <w:rPr>
          <w:rFonts w:cs="Arial"/>
        </w:rPr>
      </w:pPr>
      <w:r w:rsidRPr="00BE5DEA">
        <w:rPr>
          <w:rFonts w:cs="Arial"/>
          <w:sz w:val="17"/>
        </w:rPr>
        <w:t xml:space="preserve">  color: #fff;</w:t>
      </w:r>
    </w:p>
    <w:p w14:paraId="1A9BC3BB" w14:textId="77777777" w:rsidR="00ED1788" w:rsidRPr="00BE5DEA" w:rsidRDefault="00000000" w:rsidP="00BE5DEA">
      <w:pPr>
        <w:pStyle w:val="CodeBlock"/>
        <w:spacing w:line="360" w:lineRule="auto"/>
        <w:rPr>
          <w:rFonts w:cs="Arial"/>
        </w:rPr>
      </w:pPr>
      <w:r w:rsidRPr="00BE5DEA">
        <w:rPr>
          <w:rFonts w:cs="Arial"/>
          <w:sz w:val="17"/>
        </w:rPr>
        <w:t>}</w:t>
      </w:r>
    </w:p>
    <w:p w14:paraId="64B08E9C" w14:textId="77777777" w:rsidR="00ED1788" w:rsidRPr="00BE5DEA" w:rsidRDefault="00000000" w:rsidP="00BE5DEA">
      <w:pPr>
        <w:pStyle w:val="CodeBlock"/>
        <w:spacing w:line="360" w:lineRule="auto"/>
        <w:rPr>
          <w:rFonts w:cs="Arial"/>
        </w:rPr>
      </w:pPr>
      <w:r w:rsidRPr="00BE5DEA">
        <w:rPr>
          <w:rFonts w:cs="Arial"/>
          <w:sz w:val="17"/>
        </w:rPr>
        <w:t xml:space="preserve"> </w:t>
      </w:r>
    </w:p>
    <w:p w14:paraId="645BE0EB" w14:textId="77777777" w:rsidR="00ED1788" w:rsidRPr="00BE5DEA" w:rsidRDefault="00000000" w:rsidP="00BE5DEA">
      <w:pPr>
        <w:pStyle w:val="CodeBlock"/>
        <w:spacing w:line="360" w:lineRule="auto"/>
        <w:rPr>
          <w:rFonts w:cs="Arial"/>
        </w:rPr>
      </w:pPr>
      <w:r w:rsidRPr="00BE5DEA">
        <w:rPr>
          <w:rFonts w:cs="Arial"/>
          <w:sz w:val="17"/>
        </w:rPr>
        <w:t>.btn-primary:hover,</w:t>
      </w:r>
    </w:p>
    <w:p w14:paraId="33D086F1" w14:textId="77777777" w:rsidR="00ED1788" w:rsidRPr="00BE5DEA" w:rsidRDefault="00000000" w:rsidP="00BE5DEA">
      <w:pPr>
        <w:pStyle w:val="CodeBlock"/>
        <w:spacing w:line="360" w:lineRule="auto"/>
        <w:rPr>
          <w:rFonts w:cs="Arial"/>
        </w:rPr>
      </w:pPr>
      <w:r w:rsidRPr="00BE5DEA">
        <w:rPr>
          <w:rFonts w:cs="Arial"/>
          <w:sz w:val="17"/>
        </w:rPr>
        <w:t>.btn-primary:focus {</w:t>
      </w:r>
    </w:p>
    <w:p w14:paraId="61D590C8" w14:textId="77777777" w:rsidR="00ED1788" w:rsidRPr="00BE5DEA" w:rsidRDefault="00000000" w:rsidP="00BE5DEA">
      <w:pPr>
        <w:pStyle w:val="CodeBlock"/>
        <w:spacing w:line="360" w:lineRule="auto"/>
        <w:rPr>
          <w:rFonts w:cs="Arial"/>
        </w:rPr>
      </w:pPr>
      <w:r w:rsidRPr="00BE5DEA">
        <w:rPr>
          <w:rFonts w:cs="Arial"/>
          <w:sz w:val="17"/>
        </w:rPr>
        <w:t xml:space="preserve">  background: #2d8c57;</w:t>
      </w:r>
    </w:p>
    <w:p w14:paraId="59204290" w14:textId="77777777" w:rsidR="00ED1788" w:rsidRPr="00BE5DEA" w:rsidRDefault="00000000" w:rsidP="00BE5DEA">
      <w:pPr>
        <w:pStyle w:val="CodeBlock"/>
        <w:spacing w:line="360" w:lineRule="auto"/>
        <w:rPr>
          <w:rFonts w:cs="Arial"/>
        </w:rPr>
      </w:pPr>
      <w:r w:rsidRPr="00BE5DEA">
        <w:rPr>
          <w:rFonts w:cs="Arial"/>
          <w:sz w:val="17"/>
        </w:rPr>
        <w:t xml:space="preserve">  outline: none;</w:t>
      </w:r>
    </w:p>
    <w:p w14:paraId="45A67C75" w14:textId="77777777" w:rsidR="00ED1788" w:rsidRPr="00BE5DEA" w:rsidRDefault="00000000" w:rsidP="00BE5DEA">
      <w:pPr>
        <w:pStyle w:val="CodeBlock"/>
        <w:spacing w:line="360" w:lineRule="auto"/>
        <w:rPr>
          <w:rFonts w:cs="Arial"/>
        </w:rPr>
      </w:pPr>
      <w:r w:rsidRPr="00BE5DEA">
        <w:rPr>
          <w:rFonts w:cs="Arial"/>
          <w:sz w:val="17"/>
        </w:rPr>
        <w:t>}</w:t>
      </w:r>
    </w:p>
    <w:p w14:paraId="1F016ECB" w14:textId="77777777" w:rsidR="00ED1788" w:rsidRPr="00BE5DEA" w:rsidRDefault="00000000" w:rsidP="00BE5DEA">
      <w:pPr>
        <w:pStyle w:val="CodeBlock"/>
        <w:spacing w:line="360" w:lineRule="auto"/>
        <w:rPr>
          <w:rFonts w:cs="Arial"/>
        </w:rPr>
      </w:pPr>
      <w:r w:rsidRPr="00BE5DEA">
        <w:rPr>
          <w:rFonts w:cs="Arial"/>
          <w:sz w:val="17"/>
        </w:rPr>
        <w:t xml:space="preserve"> </w:t>
      </w:r>
    </w:p>
    <w:p w14:paraId="150436DE" w14:textId="77777777" w:rsidR="00ED1788" w:rsidRPr="00BE5DEA" w:rsidRDefault="00000000" w:rsidP="00BE5DEA">
      <w:pPr>
        <w:pStyle w:val="CodeBlock"/>
        <w:spacing w:line="360" w:lineRule="auto"/>
        <w:rPr>
          <w:rFonts w:cs="Arial"/>
        </w:rPr>
      </w:pPr>
      <w:r w:rsidRPr="00BE5DEA">
        <w:rPr>
          <w:rFonts w:cs="Arial"/>
          <w:sz w:val="17"/>
        </w:rPr>
        <w:t>.btn-secondary {</w:t>
      </w:r>
    </w:p>
    <w:p w14:paraId="5DB9A34F" w14:textId="77777777" w:rsidR="00ED1788" w:rsidRPr="00BE5DEA" w:rsidRDefault="00000000" w:rsidP="00BE5DEA">
      <w:pPr>
        <w:pStyle w:val="CodeBlock"/>
        <w:spacing w:line="360" w:lineRule="auto"/>
        <w:rPr>
          <w:rFonts w:cs="Arial"/>
        </w:rPr>
      </w:pPr>
      <w:r w:rsidRPr="00BE5DEA">
        <w:rPr>
          <w:rFonts w:cs="Arial"/>
          <w:sz w:val="17"/>
        </w:rPr>
        <w:t xml:space="preserve">  color: #fff;</w:t>
      </w:r>
    </w:p>
    <w:p w14:paraId="35BB0489" w14:textId="77777777" w:rsidR="00ED1788" w:rsidRPr="00BE5DEA" w:rsidRDefault="00000000" w:rsidP="00BE5DEA">
      <w:pPr>
        <w:pStyle w:val="CodeBlock"/>
        <w:spacing w:line="360" w:lineRule="auto"/>
        <w:rPr>
          <w:rFonts w:cs="Arial"/>
        </w:rPr>
      </w:pPr>
      <w:r w:rsidRPr="00BE5DEA">
        <w:rPr>
          <w:rFonts w:cs="Arial"/>
          <w:sz w:val="17"/>
        </w:rPr>
        <w:t xml:space="preserve">  border-color: #fff;</w:t>
      </w:r>
    </w:p>
    <w:p w14:paraId="62A9D8C1" w14:textId="77777777" w:rsidR="00ED1788" w:rsidRPr="00BE5DEA" w:rsidRDefault="00000000" w:rsidP="00BE5DEA">
      <w:pPr>
        <w:pStyle w:val="CodeBlock"/>
        <w:spacing w:line="360" w:lineRule="auto"/>
        <w:rPr>
          <w:rFonts w:cs="Arial"/>
        </w:rPr>
      </w:pPr>
      <w:r w:rsidRPr="00BE5DEA">
        <w:rPr>
          <w:rFonts w:cs="Arial"/>
          <w:sz w:val="17"/>
        </w:rPr>
        <w:t>}</w:t>
      </w:r>
    </w:p>
    <w:p w14:paraId="28ED4DEA" w14:textId="77777777" w:rsidR="00ED1788" w:rsidRPr="00BE5DEA" w:rsidRDefault="00000000" w:rsidP="00BE5DEA">
      <w:pPr>
        <w:pStyle w:val="CodeBlock"/>
        <w:spacing w:line="360" w:lineRule="auto"/>
        <w:rPr>
          <w:rFonts w:cs="Arial"/>
        </w:rPr>
      </w:pPr>
      <w:r w:rsidRPr="00BE5DEA">
        <w:rPr>
          <w:rFonts w:cs="Arial"/>
          <w:sz w:val="17"/>
        </w:rPr>
        <w:t xml:space="preserve"> </w:t>
      </w:r>
    </w:p>
    <w:p w14:paraId="32D2CFC4" w14:textId="77777777" w:rsidR="00ED1788" w:rsidRPr="00BE5DEA" w:rsidRDefault="00000000" w:rsidP="00BE5DEA">
      <w:pPr>
        <w:pStyle w:val="CodeBlock"/>
        <w:spacing w:line="360" w:lineRule="auto"/>
        <w:rPr>
          <w:rFonts w:cs="Arial"/>
        </w:rPr>
      </w:pPr>
      <w:r w:rsidRPr="00BE5DEA">
        <w:rPr>
          <w:rFonts w:cs="Arial"/>
          <w:sz w:val="17"/>
        </w:rPr>
        <w:lastRenderedPageBreak/>
        <w:t>.btn-secondary:hover,</w:t>
      </w:r>
    </w:p>
    <w:p w14:paraId="5C797029" w14:textId="77777777" w:rsidR="00ED1788" w:rsidRPr="00BE5DEA" w:rsidRDefault="00000000" w:rsidP="00BE5DEA">
      <w:pPr>
        <w:pStyle w:val="CodeBlock"/>
        <w:spacing w:line="360" w:lineRule="auto"/>
        <w:rPr>
          <w:rFonts w:cs="Arial"/>
        </w:rPr>
      </w:pPr>
      <w:r w:rsidRPr="00BE5DEA">
        <w:rPr>
          <w:rFonts w:cs="Arial"/>
          <w:sz w:val="17"/>
        </w:rPr>
        <w:t>.btn-secondary:focus {</w:t>
      </w:r>
    </w:p>
    <w:p w14:paraId="39D0CC8E" w14:textId="77777777" w:rsidR="00ED1788" w:rsidRPr="00BE5DEA" w:rsidRDefault="00000000" w:rsidP="00BE5DEA">
      <w:pPr>
        <w:pStyle w:val="CodeBlock"/>
        <w:spacing w:line="360" w:lineRule="auto"/>
        <w:rPr>
          <w:rFonts w:cs="Arial"/>
        </w:rPr>
      </w:pPr>
      <w:r w:rsidRPr="00BE5DEA">
        <w:rPr>
          <w:rFonts w:cs="Arial"/>
          <w:sz w:val="17"/>
        </w:rPr>
        <w:t xml:space="preserve">  background: rgba(255,255,255,0.12);</w:t>
      </w:r>
    </w:p>
    <w:p w14:paraId="1A444080" w14:textId="77777777" w:rsidR="00ED1788" w:rsidRPr="00BE5DEA" w:rsidRDefault="00000000" w:rsidP="00BE5DEA">
      <w:pPr>
        <w:pStyle w:val="CodeBlock"/>
        <w:spacing w:line="360" w:lineRule="auto"/>
        <w:rPr>
          <w:rFonts w:cs="Arial"/>
        </w:rPr>
      </w:pPr>
      <w:r w:rsidRPr="00BE5DEA">
        <w:rPr>
          <w:rFonts w:cs="Arial"/>
          <w:sz w:val="17"/>
        </w:rPr>
        <w:t xml:space="preserve">  outline: none;</w:t>
      </w:r>
    </w:p>
    <w:p w14:paraId="476B2AF8" w14:textId="77777777" w:rsidR="00ED1788" w:rsidRPr="00BE5DEA" w:rsidRDefault="00000000" w:rsidP="00BE5DEA">
      <w:pPr>
        <w:pStyle w:val="CodeBlock"/>
        <w:spacing w:line="360" w:lineRule="auto"/>
        <w:rPr>
          <w:rFonts w:cs="Arial"/>
        </w:rPr>
      </w:pPr>
      <w:r w:rsidRPr="00BE5DEA">
        <w:rPr>
          <w:rFonts w:cs="Arial"/>
          <w:sz w:val="17"/>
        </w:rPr>
        <w:t>}</w:t>
      </w:r>
    </w:p>
    <w:p w14:paraId="755C35F8" w14:textId="77777777" w:rsidR="00ED1788" w:rsidRPr="00BE5DEA" w:rsidRDefault="00000000" w:rsidP="00BE5DEA">
      <w:pPr>
        <w:pStyle w:val="CodeBlock"/>
        <w:spacing w:line="360" w:lineRule="auto"/>
        <w:rPr>
          <w:rFonts w:cs="Arial"/>
        </w:rPr>
      </w:pPr>
      <w:r w:rsidRPr="00BE5DEA">
        <w:rPr>
          <w:rFonts w:cs="Arial"/>
          <w:sz w:val="17"/>
        </w:rPr>
        <w:t xml:space="preserve"> </w:t>
      </w:r>
    </w:p>
    <w:p w14:paraId="6D8F6F0A" w14:textId="77777777" w:rsidR="00ED1788" w:rsidRPr="00BE5DEA" w:rsidRDefault="00000000" w:rsidP="00BE5DEA">
      <w:pPr>
        <w:pStyle w:val="CodeBlock"/>
        <w:spacing w:line="360" w:lineRule="auto"/>
        <w:rPr>
          <w:rFonts w:cs="Arial"/>
        </w:rPr>
      </w:pPr>
      <w:r w:rsidRPr="00BE5DEA">
        <w:rPr>
          <w:rFonts w:cs="Arial"/>
          <w:sz w:val="17"/>
        </w:rPr>
        <w:t>.section {</w:t>
      </w:r>
    </w:p>
    <w:p w14:paraId="32A3CDE4" w14:textId="77777777" w:rsidR="00ED1788" w:rsidRPr="00BE5DEA" w:rsidRDefault="00000000" w:rsidP="00BE5DEA">
      <w:pPr>
        <w:pStyle w:val="CodeBlock"/>
        <w:spacing w:line="360" w:lineRule="auto"/>
        <w:rPr>
          <w:rFonts w:cs="Arial"/>
        </w:rPr>
      </w:pPr>
      <w:r w:rsidRPr="00BE5DEA">
        <w:rPr>
          <w:rFonts w:cs="Arial"/>
          <w:sz w:val="17"/>
        </w:rPr>
        <w:t xml:space="preserve">  padding: 72px 0;</w:t>
      </w:r>
    </w:p>
    <w:p w14:paraId="511E7606" w14:textId="77777777" w:rsidR="00ED1788" w:rsidRPr="00BE5DEA" w:rsidRDefault="00000000" w:rsidP="00BE5DEA">
      <w:pPr>
        <w:pStyle w:val="CodeBlock"/>
        <w:spacing w:line="360" w:lineRule="auto"/>
        <w:rPr>
          <w:rFonts w:cs="Arial"/>
        </w:rPr>
      </w:pPr>
      <w:r w:rsidRPr="00BE5DEA">
        <w:rPr>
          <w:rFonts w:cs="Arial"/>
          <w:sz w:val="17"/>
        </w:rPr>
        <w:t>}</w:t>
      </w:r>
    </w:p>
    <w:p w14:paraId="18A2A7FD" w14:textId="77777777" w:rsidR="00ED1788" w:rsidRPr="00BE5DEA" w:rsidRDefault="00000000" w:rsidP="00BE5DEA">
      <w:pPr>
        <w:pStyle w:val="CodeBlock"/>
        <w:spacing w:line="360" w:lineRule="auto"/>
        <w:rPr>
          <w:rFonts w:cs="Arial"/>
        </w:rPr>
      </w:pPr>
      <w:r w:rsidRPr="00BE5DEA">
        <w:rPr>
          <w:rFonts w:cs="Arial"/>
          <w:sz w:val="17"/>
        </w:rPr>
        <w:t xml:space="preserve"> </w:t>
      </w:r>
    </w:p>
    <w:p w14:paraId="3313464A" w14:textId="77777777" w:rsidR="00ED1788" w:rsidRPr="00BE5DEA" w:rsidRDefault="00000000" w:rsidP="00BE5DEA">
      <w:pPr>
        <w:pStyle w:val="CodeBlock"/>
        <w:spacing w:line="360" w:lineRule="auto"/>
        <w:rPr>
          <w:rFonts w:cs="Arial"/>
        </w:rPr>
      </w:pPr>
      <w:r w:rsidRPr="00BE5DEA">
        <w:rPr>
          <w:rFonts w:cs="Arial"/>
          <w:sz w:val="17"/>
        </w:rPr>
        <w:t>.section-alt {</w:t>
      </w:r>
    </w:p>
    <w:p w14:paraId="057C5343" w14:textId="77777777" w:rsidR="00ED1788" w:rsidRPr="00BE5DEA" w:rsidRDefault="00000000" w:rsidP="00BE5DEA">
      <w:pPr>
        <w:pStyle w:val="CodeBlock"/>
        <w:spacing w:line="360" w:lineRule="auto"/>
        <w:rPr>
          <w:rFonts w:cs="Arial"/>
        </w:rPr>
      </w:pPr>
      <w:r w:rsidRPr="00BE5DEA">
        <w:rPr>
          <w:rFonts w:cs="Arial"/>
          <w:sz w:val="17"/>
        </w:rPr>
        <w:t xml:space="preserve">  background: #fff;</w:t>
      </w:r>
    </w:p>
    <w:p w14:paraId="0D92E4AB" w14:textId="77777777" w:rsidR="00ED1788" w:rsidRPr="00BE5DEA" w:rsidRDefault="00000000" w:rsidP="00BE5DEA">
      <w:pPr>
        <w:pStyle w:val="CodeBlock"/>
        <w:spacing w:line="360" w:lineRule="auto"/>
        <w:rPr>
          <w:rFonts w:cs="Arial"/>
        </w:rPr>
      </w:pPr>
      <w:r w:rsidRPr="00BE5DEA">
        <w:rPr>
          <w:rFonts w:cs="Arial"/>
          <w:sz w:val="17"/>
        </w:rPr>
        <w:t>}</w:t>
      </w:r>
    </w:p>
    <w:p w14:paraId="575B37DB" w14:textId="77777777" w:rsidR="00ED1788" w:rsidRPr="00BE5DEA" w:rsidRDefault="00000000" w:rsidP="00BE5DEA">
      <w:pPr>
        <w:pStyle w:val="CodeBlock"/>
        <w:spacing w:line="360" w:lineRule="auto"/>
        <w:rPr>
          <w:rFonts w:cs="Arial"/>
        </w:rPr>
      </w:pPr>
      <w:r w:rsidRPr="00BE5DEA">
        <w:rPr>
          <w:rFonts w:cs="Arial"/>
          <w:sz w:val="17"/>
        </w:rPr>
        <w:t xml:space="preserve"> </w:t>
      </w:r>
    </w:p>
    <w:p w14:paraId="617AAE30" w14:textId="77777777" w:rsidR="00ED1788" w:rsidRPr="00BE5DEA" w:rsidRDefault="00000000" w:rsidP="00BE5DEA">
      <w:pPr>
        <w:pStyle w:val="CodeBlock"/>
        <w:spacing w:line="360" w:lineRule="auto"/>
        <w:rPr>
          <w:rFonts w:cs="Arial"/>
        </w:rPr>
      </w:pPr>
      <w:r w:rsidRPr="00BE5DEA">
        <w:rPr>
          <w:rFonts w:cs="Arial"/>
          <w:sz w:val="17"/>
        </w:rPr>
        <w:t>.section h2 {</w:t>
      </w:r>
    </w:p>
    <w:p w14:paraId="3A795B47" w14:textId="77777777" w:rsidR="00ED1788" w:rsidRPr="00BE5DEA" w:rsidRDefault="00000000" w:rsidP="00BE5DEA">
      <w:pPr>
        <w:pStyle w:val="CodeBlock"/>
        <w:spacing w:line="360" w:lineRule="auto"/>
        <w:rPr>
          <w:rFonts w:cs="Arial"/>
        </w:rPr>
      </w:pPr>
      <w:r w:rsidRPr="00BE5DEA">
        <w:rPr>
          <w:rFonts w:cs="Arial"/>
          <w:sz w:val="17"/>
        </w:rPr>
        <w:t xml:space="preserve">  font-size: clamp(1.7rem, 4vw, 2.5rem);</w:t>
      </w:r>
    </w:p>
    <w:p w14:paraId="5CAF8596" w14:textId="77777777" w:rsidR="00ED1788" w:rsidRPr="00BE5DEA" w:rsidRDefault="00000000" w:rsidP="00BE5DEA">
      <w:pPr>
        <w:pStyle w:val="CodeBlock"/>
        <w:spacing w:line="360" w:lineRule="auto"/>
        <w:rPr>
          <w:rFonts w:cs="Arial"/>
        </w:rPr>
      </w:pPr>
      <w:r w:rsidRPr="00BE5DEA">
        <w:rPr>
          <w:rFonts w:cs="Arial"/>
          <w:sz w:val="17"/>
        </w:rPr>
        <w:t xml:space="preserve">  margin: 0 0 14px;</w:t>
      </w:r>
    </w:p>
    <w:p w14:paraId="54A4C0AE" w14:textId="77777777" w:rsidR="00ED1788" w:rsidRPr="00BE5DEA" w:rsidRDefault="00000000" w:rsidP="00BE5DEA">
      <w:pPr>
        <w:pStyle w:val="CodeBlock"/>
        <w:spacing w:line="360" w:lineRule="auto"/>
        <w:rPr>
          <w:rFonts w:cs="Arial"/>
        </w:rPr>
      </w:pPr>
      <w:r w:rsidRPr="00BE5DEA">
        <w:rPr>
          <w:rFonts w:cs="Arial"/>
          <w:sz w:val="17"/>
        </w:rPr>
        <w:t xml:space="preserve">  color: #103a22;</w:t>
      </w:r>
    </w:p>
    <w:p w14:paraId="4F80B059" w14:textId="77777777" w:rsidR="00ED1788" w:rsidRPr="00BE5DEA" w:rsidRDefault="00000000" w:rsidP="00BE5DEA">
      <w:pPr>
        <w:pStyle w:val="CodeBlock"/>
        <w:spacing w:line="360" w:lineRule="auto"/>
        <w:rPr>
          <w:rFonts w:cs="Arial"/>
        </w:rPr>
      </w:pPr>
      <w:r w:rsidRPr="00BE5DEA">
        <w:rPr>
          <w:rFonts w:cs="Arial"/>
          <w:sz w:val="17"/>
        </w:rPr>
        <w:t>}</w:t>
      </w:r>
    </w:p>
    <w:p w14:paraId="16FA17B5" w14:textId="77777777" w:rsidR="00ED1788" w:rsidRPr="00BE5DEA" w:rsidRDefault="00000000" w:rsidP="00BE5DEA">
      <w:pPr>
        <w:pStyle w:val="CodeBlock"/>
        <w:spacing w:line="360" w:lineRule="auto"/>
        <w:rPr>
          <w:rFonts w:cs="Arial"/>
        </w:rPr>
      </w:pPr>
      <w:r w:rsidRPr="00BE5DEA">
        <w:rPr>
          <w:rFonts w:cs="Arial"/>
          <w:sz w:val="17"/>
        </w:rPr>
        <w:t xml:space="preserve"> </w:t>
      </w:r>
    </w:p>
    <w:p w14:paraId="136C3846" w14:textId="77777777" w:rsidR="00ED1788" w:rsidRPr="00BE5DEA" w:rsidRDefault="00000000" w:rsidP="00BE5DEA">
      <w:pPr>
        <w:pStyle w:val="CodeBlock"/>
        <w:spacing w:line="360" w:lineRule="auto"/>
        <w:rPr>
          <w:rFonts w:cs="Arial"/>
        </w:rPr>
      </w:pPr>
      <w:r w:rsidRPr="00BE5DEA">
        <w:rPr>
          <w:rFonts w:cs="Arial"/>
          <w:sz w:val="17"/>
        </w:rPr>
        <w:t>.lead {</w:t>
      </w:r>
    </w:p>
    <w:p w14:paraId="39B78DC7" w14:textId="77777777" w:rsidR="00ED1788" w:rsidRPr="00BE5DEA" w:rsidRDefault="00000000" w:rsidP="00BE5DEA">
      <w:pPr>
        <w:pStyle w:val="CodeBlock"/>
        <w:spacing w:line="360" w:lineRule="auto"/>
        <w:rPr>
          <w:rFonts w:cs="Arial"/>
        </w:rPr>
      </w:pPr>
      <w:r w:rsidRPr="00BE5DEA">
        <w:rPr>
          <w:rFonts w:cs="Arial"/>
          <w:sz w:val="17"/>
        </w:rPr>
        <w:t xml:space="preserve">  max-width: 70ch;</w:t>
      </w:r>
    </w:p>
    <w:p w14:paraId="51C6D58C" w14:textId="77777777" w:rsidR="00ED1788" w:rsidRPr="00BE5DEA" w:rsidRDefault="00000000" w:rsidP="00BE5DEA">
      <w:pPr>
        <w:pStyle w:val="CodeBlock"/>
        <w:spacing w:line="360" w:lineRule="auto"/>
        <w:rPr>
          <w:rFonts w:cs="Arial"/>
        </w:rPr>
      </w:pPr>
      <w:r w:rsidRPr="00BE5DEA">
        <w:rPr>
          <w:rFonts w:cs="Arial"/>
          <w:sz w:val="17"/>
        </w:rPr>
        <w:t xml:space="preserve">  color: #444;</w:t>
      </w:r>
    </w:p>
    <w:p w14:paraId="53FB35EC" w14:textId="77777777" w:rsidR="00ED1788" w:rsidRPr="00BE5DEA" w:rsidRDefault="00000000" w:rsidP="00BE5DEA">
      <w:pPr>
        <w:pStyle w:val="CodeBlock"/>
        <w:spacing w:line="360" w:lineRule="auto"/>
        <w:rPr>
          <w:rFonts w:cs="Arial"/>
        </w:rPr>
      </w:pPr>
      <w:r w:rsidRPr="00BE5DEA">
        <w:rPr>
          <w:rFonts w:cs="Arial"/>
          <w:sz w:val="17"/>
        </w:rPr>
        <w:t>}</w:t>
      </w:r>
    </w:p>
    <w:p w14:paraId="6750854F" w14:textId="77777777" w:rsidR="00ED1788" w:rsidRPr="00BE5DEA" w:rsidRDefault="00000000" w:rsidP="00BE5DEA">
      <w:pPr>
        <w:pStyle w:val="CodeBlock"/>
        <w:spacing w:line="360" w:lineRule="auto"/>
        <w:rPr>
          <w:rFonts w:cs="Arial"/>
        </w:rPr>
      </w:pPr>
      <w:r w:rsidRPr="00BE5DEA">
        <w:rPr>
          <w:rFonts w:cs="Arial"/>
          <w:sz w:val="17"/>
        </w:rPr>
        <w:t xml:space="preserve"> </w:t>
      </w:r>
    </w:p>
    <w:p w14:paraId="17171B17" w14:textId="77777777" w:rsidR="00ED1788" w:rsidRPr="00BE5DEA" w:rsidRDefault="00000000" w:rsidP="00BE5DEA">
      <w:pPr>
        <w:pStyle w:val="CodeBlock"/>
        <w:spacing w:line="360" w:lineRule="auto"/>
        <w:rPr>
          <w:rFonts w:cs="Arial"/>
        </w:rPr>
      </w:pPr>
      <w:r w:rsidRPr="00BE5DEA">
        <w:rPr>
          <w:rFonts w:cs="Arial"/>
          <w:sz w:val="17"/>
        </w:rPr>
        <w:t>.grid-2,</w:t>
      </w:r>
    </w:p>
    <w:p w14:paraId="6C7710B4" w14:textId="77777777" w:rsidR="00ED1788" w:rsidRPr="00BE5DEA" w:rsidRDefault="00000000" w:rsidP="00BE5DEA">
      <w:pPr>
        <w:pStyle w:val="CodeBlock"/>
        <w:spacing w:line="360" w:lineRule="auto"/>
        <w:rPr>
          <w:rFonts w:cs="Arial"/>
        </w:rPr>
      </w:pPr>
      <w:r w:rsidRPr="00BE5DEA">
        <w:rPr>
          <w:rFonts w:cs="Arial"/>
          <w:sz w:val="17"/>
        </w:rPr>
        <w:t>.cards,</w:t>
      </w:r>
    </w:p>
    <w:p w14:paraId="2EC8B0F1" w14:textId="77777777" w:rsidR="00ED1788" w:rsidRPr="00BE5DEA" w:rsidRDefault="00000000" w:rsidP="00BE5DEA">
      <w:pPr>
        <w:pStyle w:val="CodeBlock"/>
        <w:spacing w:line="360" w:lineRule="auto"/>
        <w:rPr>
          <w:rFonts w:cs="Arial"/>
        </w:rPr>
      </w:pPr>
      <w:r w:rsidRPr="00BE5DEA">
        <w:rPr>
          <w:rFonts w:cs="Arial"/>
          <w:sz w:val="17"/>
        </w:rPr>
        <w:t>.footer-grid {</w:t>
      </w:r>
    </w:p>
    <w:p w14:paraId="6438E896" w14:textId="77777777" w:rsidR="00ED1788" w:rsidRPr="00BE5DEA" w:rsidRDefault="00000000" w:rsidP="00BE5DEA">
      <w:pPr>
        <w:pStyle w:val="CodeBlock"/>
        <w:spacing w:line="360" w:lineRule="auto"/>
        <w:rPr>
          <w:rFonts w:cs="Arial"/>
        </w:rPr>
      </w:pPr>
      <w:r w:rsidRPr="00BE5DEA">
        <w:rPr>
          <w:rFonts w:cs="Arial"/>
          <w:sz w:val="17"/>
        </w:rPr>
        <w:t xml:space="preserve">  display: grid;</w:t>
      </w:r>
    </w:p>
    <w:p w14:paraId="763FB6EE" w14:textId="77777777" w:rsidR="00ED1788" w:rsidRPr="00BE5DEA" w:rsidRDefault="00000000" w:rsidP="00BE5DEA">
      <w:pPr>
        <w:pStyle w:val="CodeBlock"/>
        <w:spacing w:line="360" w:lineRule="auto"/>
        <w:rPr>
          <w:rFonts w:cs="Arial"/>
        </w:rPr>
      </w:pPr>
      <w:r w:rsidRPr="00BE5DEA">
        <w:rPr>
          <w:rFonts w:cs="Arial"/>
          <w:sz w:val="17"/>
        </w:rPr>
        <w:t xml:space="preserve">  gap: 24px;</w:t>
      </w:r>
    </w:p>
    <w:p w14:paraId="0559ACA5" w14:textId="77777777" w:rsidR="00ED1788" w:rsidRPr="00BE5DEA" w:rsidRDefault="00000000" w:rsidP="00BE5DEA">
      <w:pPr>
        <w:pStyle w:val="CodeBlock"/>
        <w:spacing w:line="360" w:lineRule="auto"/>
        <w:rPr>
          <w:rFonts w:cs="Arial"/>
        </w:rPr>
      </w:pPr>
      <w:r w:rsidRPr="00BE5DEA">
        <w:rPr>
          <w:rFonts w:cs="Arial"/>
          <w:sz w:val="17"/>
        </w:rPr>
        <w:t>}</w:t>
      </w:r>
    </w:p>
    <w:p w14:paraId="5C40E3DF" w14:textId="77777777" w:rsidR="00ED1788" w:rsidRPr="00BE5DEA" w:rsidRDefault="00000000" w:rsidP="00BE5DEA">
      <w:pPr>
        <w:pStyle w:val="CodeBlock"/>
        <w:spacing w:line="360" w:lineRule="auto"/>
        <w:rPr>
          <w:rFonts w:cs="Arial"/>
        </w:rPr>
      </w:pPr>
      <w:r w:rsidRPr="00BE5DEA">
        <w:rPr>
          <w:rFonts w:cs="Arial"/>
          <w:sz w:val="17"/>
        </w:rPr>
        <w:t xml:space="preserve"> </w:t>
      </w:r>
    </w:p>
    <w:p w14:paraId="4072C91D" w14:textId="77777777" w:rsidR="00ED1788" w:rsidRPr="00BE5DEA" w:rsidRDefault="00000000" w:rsidP="00BE5DEA">
      <w:pPr>
        <w:pStyle w:val="CodeBlock"/>
        <w:spacing w:line="360" w:lineRule="auto"/>
        <w:rPr>
          <w:rFonts w:cs="Arial"/>
        </w:rPr>
      </w:pPr>
      <w:r w:rsidRPr="00BE5DEA">
        <w:rPr>
          <w:rFonts w:cs="Arial"/>
          <w:sz w:val="17"/>
        </w:rPr>
        <w:t>.grid-2 {</w:t>
      </w:r>
    </w:p>
    <w:p w14:paraId="0E9A34FB" w14:textId="77777777" w:rsidR="00ED1788" w:rsidRPr="00BE5DEA" w:rsidRDefault="00000000" w:rsidP="00BE5DEA">
      <w:pPr>
        <w:pStyle w:val="CodeBlock"/>
        <w:spacing w:line="360" w:lineRule="auto"/>
        <w:rPr>
          <w:rFonts w:cs="Arial"/>
        </w:rPr>
      </w:pPr>
      <w:r w:rsidRPr="00BE5DEA">
        <w:rPr>
          <w:rFonts w:cs="Arial"/>
          <w:sz w:val="17"/>
        </w:rPr>
        <w:t xml:space="preserve">  grid-template-columns: repeat(2, 1fr);</w:t>
      </w:r>
    </w:p>
    <w:p w14:paraId="4CEF33AF" w14:textId="77777777" w:rsidR="00ED1788" w:rsidRPr="00BE5DEA" w:rsidRDefault="00000000" w:rsidP="00BE5DEA">
      <w:pPr>
        <w:pStyle w:val="CodeBlock"/>
        <w:spacing w:line="360" w:lineRule="auto"/>
        <w:rPr>
          <w:rFonts w:cs="Arial"/>
        </w:rPr>
      </w:pPr>
      <w:r w:rsidRPr="00BE5DEA">
        <w:rPr>
          <w:rFonts w:cs="Arial"/>
          <w:sz w:val="17"/>
        </w:rPr>
        <w:t>}</w:t>
      </w:r>
    </w:p>
    <w:p w14:paraId="0F9EAAC0" w14:textId="77777777" w:rsidR="00ED1788" w:rsidRPr="00BE5DEA" w:rsidRDefault="00000000" w:rsidP="00BE5DEA">
      <w:pPr>
        <w:pStyle w:val="CodeBlock"/>
        <w:spacing w:line="360" w:lineRule="auto"/>
        <w:rPr>
          <w:rFonts w:cs="Arial"/>
        </w:rPr>
      </w:pPr>
      <w:r w:rsidRPr="00BE5DEA">
        <w:rPr>
          <w:rFonts w:cs="Arial"/>
          <w:sz w:val="17"/>
        </w:rPr>
        <w:t xml:space="preserve"> </w:t>
      </w:r>
    </w:p>
    <w:p w14:paraId="550949FC" w14:textId="77777777" w:rsidR="00ED1788" w:rsidRPr="00BE5DEA" w:rsidRDefault="00000000" w:rsidP="00BE5DEA">
      <w:pPr>
        <w:pStyle w:val="CodeBlock"/>
        <w:spacing w:line="360" w:lineRule="auto"/>
        <w:rPr>
          <w:rFonts w:cs="Arial"/>
        </w:rPr>
      </w:pPr>
      <w:r w:rsidRPr="00BE5DEA">
        <w:rPr>
          <w:rFonts w:cs="Arial"/>
          <w:sz w:val="17"/>
        </w:rPr>
        <w:t>.cards {</w:t>
      </w:r>
    </w:p>
    <w:p w14:paraId="60683843" w14:textId="77777777" w:rsidR="00ED1788" w:rsidRPr="00BE5DEA" w:rsidRDefault="00000000" w:rsidP="00BE5DEA">
      <w:pPr>
        <w:pStyle w:val="CodeBlock"/>
        <w:spacing w:line="360" w:lineRule="auto"/>
        <w:rPr>
          <w:rFonts w:cs="Arial"/>
        </w:rPr>
      </w:pPr>
      <w:r w:rsidRPr="00BE5DEA">
        <w:rPr>
          <w:rFonts w:cs="Arial"/>
          <w:sz w:val="17"/>
        </w:rPr>
        <w:t xml:space="preserve">  grid-template-columns: repeat(3, 1fr);</w:t>
      </w:r>
    </w:p>
    <w:p w14:paraId="19435BE0" w14:textId="77777777" w:rsidR="00ED1788" w:rsidRPr="00BE5DEA" w:rsidRDefault="00000000" w:rsidP="00BE5DEA">
      <w:pPr>
        <w:pStyle w:val="CodeBlock"/>
        <w:spacing w:line="360" w:lineRule="auto"/>
        <w:rPr>
          <w:rFonts w:cs="Arial"/>
        </w:rPr>
      </w:pPr>
      <w:r w:rsidRPr="00BE5DEA">
        <w:rPr>
          <w:rFonts w:cs="Arial"/>
          <w:sz w:val="17"/>
        </w:rPr>
        <w:t>}</w:t>
      </w:r>
    </w:p>
    <w:p w14:paraId="48286BAE" w14:textId="77777777" w:rsidR="00ED1788" w:rsidRPr="00BE5DEA" w:rsidRDefault="00000000" w:rsidP="00BE5DEA">
      <w:pPr>
        <w:pStyle w:val="CodeBlock"/>
        <w:spacing w:line="360" w:lineRule="auto"/>
        <w:rPr>
          <w:rFonts w:cs="Arial"/>
        </w:rPr>
      </w:pPr>
      <w:r w:rsidRPr="00BE5DEA">
        <w:rPr>
          <w:rFonts w:cs="Arial"/>
          <w:sz w:val="17"/>
        </w:rPr>
        <w:t xml:space="preserve"> </w:t>
      </w:r>
    </w:p>
    <w:p w14:paraId="51B7BABE" w14:textId="77777777" w:rsidR="00ED1788" w:rsidRPr="00BE5DEA" w:rsidRDefault="00000000" w:rsidP="00BE5DEA">
      <w:pPr>
        <w:pStyle w:val="CodeBlock"/>
        <w:spacing w:line="360" w:lineRule="auto"/>
        <w:rPr>
          <w:rFonts w:cs="Arial"/>
        </w:rPr>
      </w:pPr>
      <w:r w:rsidRPr="00BE5DEA">
        <w:rPr>
          <w:rFonts w:cs="Arial"/>
          <w:sz w:val="17"/>
        </w:rPr>
        <w:t>.card {</w:t>
      </w:r>
    </w:p>
    <w:p w14:paraId="1083DE46" w14:textId="77777777" w:rsidR="00ED1788" w:rsidRPr="00BE5DEA" w:rsidRDefault="00000000" w:rsidP="00BE5DEA">
      <w:pPr>
        <w:pStyle w:val="CodeBlock"/>
        <w:spacing w:line="360" w:lineRule="auto"/>
        <w:rPr>
          <w:rFonts w:cs="Arial"/>
        </w:rPr>
      </w:pPr>
      <w:r w:rsidRPr="00BE5DEA">
        <w:rPr>
          <w:rFonts w:cs="Arial"/>
          <w:sz w:val="17"/>
        </w:rPr>
        <w:t xml:space="preserve">  background: #fff;</w:t>
      </w:r>
    </w:p>
    <w:p w14:paraId="2DF2CF57" w14:textId="77777777" w:rsidR="00ED1788" w:rsidRPr="00BE5DEA" w:rsidRDefault="00000000" w:rsidP="00BE5DEA">
      <w:pPr>
        <w:pStyle w:val="CodeBlock"/>
        <w:spacing w:line="360" w:lineRule="auto"/>
        <w:rPr>
          <w:rFonts w:cs="Arial"/>
        </w:rPr>
      </w:pPr>
      <w:r w:rsidRPr="00BE5DEA">
        <w:rPr>
          <w:rFonts w:cs="Arial"/>
          <w:sz w:val="17"/>
        </w:rPr>
        <w:t xml:space="preserve">  border-radius: 18px;</w:t>
      </w:r>
    </w:p>
    <w:p w14:paraId="57090104" w14:textId="77777777" w:rsidR="00ED1788" w:rsidRPr="00BE5DEA" w:rsidRDefault="00000000" w:rsidP="00BE5DEA">
      <w:pPr>
        <w:pStyle w:val="CodeBlock"/>
        <w:spacing w:line="360" w:lineRule="auto"/>
        <w:rPr>
          <w:rFonts w:cs="Arial"/>
        </w:rPr>
      </w:pPr>
      <w:r w:rsidRPr="00BE5DEA">
        <w:rPr>
          <w:rFonts w:cs="Arial"/>
          <w:sz w:val="17"/>
        </w:rPr>
        <w:t xml:space="preserve">  overflow: hidden;</w:t>
      </w:r>
    </w:p>
    <w:p w14:paraId="0F78CA14"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border: 1px solid #ececec;</w:t>
      </w:r>
    </w:p>
    <w:p w14:paraId="27ED09A7" w14:textId="77777777" w:rsidR="00ED1788" w:rsidRPr="00BE5DEA" w:rsidRDefault="00000000" w:rsidP="00BE5DEA">
      <w:pPr>
        <w:pStyle w:val="CodeBlock"/>
        <w:spacing w:line="360" w:lineRule="auto"/>
        <w:rPr>
          <w:rFonts w:cs="Arial"/>
        </w:rPr>
      </w:pPr>
      <w:r w:rsidRPr="00BE5DEA">
        <w:rPr>
          <w:rFonts w:cs="Arial"/>
          <w:sz w:val="17"/>
        </w:rPr>
        <w:t xml:space="preserve">  box-shadow: 0 10px 24px rgba(0,0,0,0.08);</w:t>
      </w:r>
    </w:p>
    <w:p w14:paraId="4B9821D6" w14:textId="77777777" w:rsidR="00ED1788" w:rsidRPr="00BE5DEA" w:rsidRDefault="00000000" w:rsidP="00BE5DEA">
      <w:pPr>
        <w:pStyle w:val="CodeBlock"/>
        <w:spacing w:line="360" w:lineRule="auto"/>
        <w:rPr>
          <w:rFonts w:cs="Arial"/>
        </w:rPr>
      </w:pPr>
      <w:r w:rsidRPr="00BE5DEA">
        <w:rPr>
          <w:rFonts w:cs="Arial"/>
          <w:sz w:val="17"/>
        </w:rPr>
        <w:t>}</w:t>
      </w:r>
    </w:p>
    <w:p w14:paraId="2656E43D" w14:textId="77777777" w:rsidR="00ED1788" w:rsidRPr="00BE5DEA" w:rsidRDefault="00000000" w:rsidP="00BE5DEA">
      <w:pPr>
        <w:pStyle w:val="CodeBlock"/>
        <w:spacing w:line="360" w:lineRule="auto"/>
        <w:rPr>
          <w:rFonts w:cs="Arial"/>
        </w:rPr>
      </w:pPr>
      <w:r w:rsidRPr="00BE5DEA">
        <w:rPr>
          <w:rFonts w:cs="Arial"/>
          <w:sz w:val="17"/>
        </w:rPr>
        <w:t xml:space="preserve"> </w:t>
      </w:r>
    </w:p>
    <w:p w14:paraId="6E7EB54D" w14:textId="77777777" w:rsidR="00ED1788" w:rsidRPr="00BE5DEA" w:rsidRDefault="00000000" w:rsidP="00BE5DEA">
      <w:pPr>
        <w:pStyle w:val="CodeBlock"/>
        <w:spacing w:line="360" w:lineRule="auto"/>
        <w:rPr>
          <w:rFonts w:cs="Arial"/>
        </w:rPr>
      </w:pPr>
      <w:r w:rsidRPr="00BE5DEA">
        <w:rPr>
          <w:rFonts w:cs="Arial"/>
          <w:sz w:val="17"/>
        </w:rPr>
        <w:t>.card img {</w:t>
      </w:r>
    </w:p>
    <w:p w14:paraId="0DFE2D35" w14:textId="77777777" w:rsidR="00ED1788" w:rsidRPr="00BE5DEA" w:rsidRDefault="00000000" w:rsidP="00BE5DEA">
      <w:pPr>
        <w:pStyle w:val="CodeBlock"/>
        <w:spacing w:line="360" w:lineRule="auto"/>
        <w:rPr>
          <w:rFonts w:cs="Arial"/>
        </w:rPr>
      </w:pPr>
      <w:r w:rsidRPr="00BE5DEA">
        <w:rPr>
          <w:rFonts w:cs="Arial"/>
          <w:sz w:val="17"/>
        </w:rPr>
        <w:t xml:space="preserve">  width: 100%;</w:t>
      </w:r>
    </w:p>
    <w:p w14:paraId="6B1902D3" w14:textId="77777777" w:rsidR="00ED1788" w:rsidRPr="00BE5DEA" w:rsidRDefault="00000000" w:rsidP="00BE5DEA">
      <w:pPr>
        <w:pStyle w:val="CodeBlock"/>
        <w:spacing w:line="360" w:lineRule="auto"/>
        <w:rPr>
          <w:rFonts w:cs="Arial"/>
        </w:rPr>
      </w:pPr>
      <w:r w:rsidRPr="00BE5DEA">
        <w:rPr>
          <w:rFonts w:cs="Arial"/>
          <w:sz w:val="17"/>
        </w:rPr>
        <w:t xml:space="preserve">  height: 260px;</w:t>
      </w:r>
    </w:p>
    <w:p w14:paraId="398E37D0" w14:textId="77777777" w:rsidR="00ED1788" w:rsidRPr="00BE5DEA" w:rsidRDefault="00000000" w:rsidP="00BE5DEA">
      <w:pPr>
        <w:pStyle w:val="CodeBlock"/>
        <w:spacing w:line="360" w:lineRule="auto"/>
        <w:rPr>
          <w:rFonts w:cs="Arial"/>
        </w:rPr>
      </w:pPr>
      <w:r w:rsidRPr="00BE5DEA">
        <w:rPr>
          <w:rFonts w:cs="Arial"/>
          <w:sz w:val="17"/>
        </w:rPr>
        <w:t xml:space="preserve">  object-fit: cover;</w:t>
      </w:r>
    </w:p>
    <w:p w14:paraId="1FFFF46A" w14:textId="77777777" w:rsidR="00ED1788" w:rsidRPr="00BE5DEA" w:rsidRDefault="00000000" w:rsidP="00BE5DEA">
      <w:pPr>
        <w:pStyle w:val="CodeBlock"/>
        <w:spacing w:line="360" w:lineRule="auto"/>
        <w:rPr>
          <w:rFonts w:cs="Arial"/>
        </w:rPr>
      </w:pPr>
      <w:r w:rsidRPr="00BE5DEA">
        <w:rPr>
          <w:rFonts w:cs="Arial"/>
          <w:sz w:val="17"/>
        </w:rPr>
        <w:t>}</w:t>
      </w:r>
    </w:p>
    <w:p w14:paraId="395055C8" w14:textId="77777777" w:rsidR="00ED1788" w:rsidRPr="00BE5DEA" w:rsidRDefault="00000000" w:rsidP="00BE5DEA">
      <w:pPr>
        <w:pStyle w:val="CodeBlock"/>
        <w:spacing w:line="360" w:lineRule="auto"/>
        <w:rPr>
          <w:rFonts w:cs="Arial"/>
        </w:rPr>
      </w:pPr>
      <w:r w:rsidRPr="00BE5DEA">
        <w:rPr>
          <w:rFonts w:cs="Arial"/>
          <w:sz w:val="17"/>
        </w:rPr>
        <w:t xml:space="preserve"> </w:t>
      </w:r>
    </w:p>
    <w:p w14:paraId="59F7BA3D" w14:textId="77777777" w:rsidR="00ED1788" w:rsidRPr="00BE5DEA" w:rsidRDefault="00000000" w:rsidP="00BE5DEA">
      <w:pPr>
        <w:pStyle w:val="CodeBlock"/>
        <w:spacing w:line="360" w:lineRule="auto"/>
        <w:rPr>
          <w:rFonts w:cs="Arial"/>
        </w:rPr>
      </w:pPr>
      <w:r w:rsidRPr="00BE5DEA">
        <w:rPr>
          <w:rFonts w:cs="Arial"/>
          <w:sz w:val="17"/>
        </w:rPr>
        <w:t>.card-body {</w:t>
      </w:r>
    </w:p>
    <w:p w14:paraId="0FB0952C" w14:textId="77777777" w:rsidR="00ED1788" w:rsidRPr="00BE5DEA" w:rsidRDefault="00000000" w:rsidP="00BE5DEA">
      <w:pPr>
        <w:pStyle w:val="CodeBlock"/>
        <w:spacing w:line="360" w:lineRule="auto"/>
        <w:rPr>
          <w:rFonts w:cs="Arial"/>
        </w:rPr>
      </w:pPr>
      <w:r w:rsidRPr="00BE5DEA">
        <w:rPr>
          <w:rFonts w:cs="Arial"/>
          <w:sz w:val="17"/>
        </w:rPr>
        <w:t xml:space="preserve">  padding: 22px;</w:t>
      </w:r>
    </w:p>
    <w:p w14:paraId="045778C1" w14:textId="77777777" w:rsidR="00ED1788" w:rsidRPr="00BE5DEA" w:rsidRDefault="00000000" w:rsidP="00BE5DEA">
      <w:pPr>
        <w:pStyle w:val="CodeBlock"/>
        <w:spacing w:line="360" w:lineRule="auto"/>
        <w:rPr>
          <w:rFonts w:cs="Arial"/>
        </w:rPr>
      </w:pPr>
      <w:r w:rsidRPr="00BE5DEA">
        <w:rPr>
          <w:rFonts w:cs="Arial"/>
          <w:sz w:val="17"/>
        </w:rPr>
        <w:t>}</w:t>
      </w:r>
    </w:p>
    <w:p w14:paraId="2AC02755" w14:textId="77777777" w:rsidR="00ED1788" w:rsidRPr="00BE5DEA" w:rsidRDefault="00000000" w:rsidP="00BE5DEA">
      <w:pPr>
        <w:pStyle w:val="CodeBlock"/>
        <w:spacing w:line="360" w:lineRule="auto"/>
        <w:rPr>
          <w:rFonts w:cs="Arial"/>
        </w:rPr>
      </w:pPr>
      <w:r w:rsidRPr="00BE5DEA">
        <w:rPr>
          <w:rFonts w:cs="Arial"/>
          <w:sz w:val="17"/>
        </w:rPr>
        <w:t xml:space="preserve"> </w:t>
      </w:r>
    </w:p>
    <w:p w14:paraId="28B1A998" w14:textId="77777777" w:rsidR="00ED1788" w:rsidRPr="00BE5DEA" w:rsidRDefault="00000000" w:rsidP="00BE5DEA">
      <w:pPr>
        <w:pStyle w:val="CodeBlock"/>
        <w:spacing w:line="360" w:lineRule="auto"/>
        <w:rPr>
          <w:rFonts w:cs="Arial"/>
        </w:rPr>
      </w:pPr>
      <w:r w:rsidRPr="00BE5DEA">
        <w:rPr>
          <w:rFonts w:cs="Arial"/>
          <w:sz w:val="17"/>
        </w:rPr>
        <w:t>.card h3 {</w:t>
      </w:r>
    </w:p>
    <w:p w14:paraId="42C3EB29" w14:textId="77777777" w:rsidR="00ED1788" w:rsidRPr="00BE5DEA" w:rsidRDefault="00000000" w:rsidP="00BE5DEA">
      <w:pPr>
        <w:pStyle w:val="CodeBlock"/>
        <w:spacing w:line="360" w:lineRule="auto"/>
        <w:rPr>
          <w:rFonts w:cs="Arial"/>
        </w:rPr>
      </w:pPr>
      <w:r w:rsidRPr="00BE5DEA">
        <w:rPr>
          <w:rFonts w:cs="Arial"/>
          <w:sz w:val="17"/>
        </w:rPr>
        <w:t xml:space="preserve">  margin-top: 0;</w:t>
      </w:r>
    </w:p>
    <w:p w14:paraId="71214D8C" w14:textId="77777777" w:rsidR="00ED1788" w:rsidRPr="00BE5DEA" w:rsidRDefault="00000000" w:rsidP="00BE5DEA">
      <w:pPr>
        <w:pStyle w:val="CodeBlock"/>
        <w:spacing w:line="360" w:lineRule="auto"/>
        <w:rPr>
          <w:rFonts w:cs="Arial"/>
        </w:rPr>
      </w:pPr>
      <w:r w:rsidRPr="00BE5DEA">
        <w:rPr>
          <w:rFonts w:cs="Arial"/>
          <w:sz w:val="17"/>
        </w:rPr>
        <w:t xml:space="preserve">  color: #103a22;</w:t>
      </w:r>
    </w:p>
    <w:p w14:paraId="25A8E2E8" w14:textId="77777777" w:rsidR="00ED1788" w:rsidRPr="00BE5DEA" w:rsidRDefault="00000000" w:rsidP="00BE5DEA">
      <w:pPr>
        <w:pStyle w:val="CodeBlock"/>
        <w:spacing w:line="360" w:lineRule="auto"/>
        <w:rPr>
          <w:rFonts w:cs="Arial"/>
        </w:rPr>
      </w:pPr>
      <w:r w:rsidRPr="00BE5DEA">
        <w:rPr>
          <w:rFonts w:cs="Arial"/>
          <w:sz w:val="17"/>
        </w:rPr>
        <w:t>}</w:t>
      </w:r>
    </w:p>
    <w:p w14:paraId="5B159940" w14:textId="77777777" w:rsidR="00ED1788" w:rsidRPr="00BE5DEA" w:rsidRDefault="00000000" w:rsidP="00BE5DEA">
      <w:pPr>
        <w:pStyle w:val="CodeBlock"/>
        <w:spacing w:line="360" w:lineRule="auto"/>
        <w:rPr>
          <w:rFonts w:cs="Arial"/>
        </w:rPr>
      </w:pPr>
      <w:r w:rsidRPr="00BE5DEA">
        <w:rPr>
          <w:rFonts w:cs="Arial"/>
          <w:sz w:val="17"/>
        </w:rPr>
        <w:t xml:space="preserve"> </w:t>
      </w:r>
    </w:p>
    <w:p w14:paraId="66A50437" w14:textId="77777777" w:rsidR="00ED1788" w:rsidRPr="00BE5DEA" w:rsidRDefault="00000000" w:rsidP="00BE5DEA">
      <w:pPr>
        <w:pStyle w:val="CodeBlock"/>
        <w:spacing w:line="360" w:lineRule="auto"/>
        <w:rPr>
          <w:rFonts w:cs="Arial"/>
        </w:rPr>
      </w:pPr>
      <w:r w:rsidRPr="00BE5DEA">
        <w:rPr>
          <w:rFonts w:cs="Arial"/>
          <w:sz w:val="17"/>
        </w:rPr>
        <w:t>.feature-list {</w:t>
      </w:r>
    </w:p>
    <w:p w14:paraId="639F9542" w14:textId="77777777" w:rsidR="00ED1788" w:rsidRPr="00BE5DEA" w:rsidRDefault="00000000" w:rsidP="00BE5DEA">
      <w:pPr>
        <w:pStyle w:val="CodeBlock"/>
        <w:spacing w:line="360" w:lineRule="auto"/>
        <w:rPr>
          <w:rFonts w:cs="Arial"/>
        </w:rPr>
      </w:pPr>
      <w:r w:rsidRPr="00BE5DEA">
        <w:rPr>
          <w:rFonts w:cs="Arial"/>
          <w:sz w:val="17"/>
        </w:rPr>
        <w:t xml:space="preserve">  padding-left: 20px;</w:t>
      </w:r>
    </w:p>
    <w:p w14:paraId="7C2DF8AA" w14:textId="77777777" w:rsidR="00ED1788" w:rsidRPr="00BE5DEA" w:rsidRDefault="00000000" w:rsidP="00BE5DEA">
      <w:pPr>
        <w:pStyle w:val="CodeBlock"/>
        <w:spacing w:line="360" w:lineRule="auto"/>
        <w:rPr>
          <w:rFonts w:cs="Arial"/>
        </w:rPr>
      </w:pPr>
      <w:r w:rsidRPr="00BE5DEA">
        <w:rPr>
          <w:rFonts w:cs="Arial"/>
          <w:sz w:val="17"/>
        </w:rPr>
        <w:t>}</w:t>
      </w:r>
    </w:p>
    <w:p w14:paraId="0AA97CFC" w14:textId="77777777" w:rsidR="00ED1788" w:rsidRPr="00BE5DEA" w:rsidRDefault="00000000" w:rsidP="00BE5DEA">
      <w:pPr>
        <w:pStyle w:val="CodeBlock"/>
        <w:spacing w:line="360" w:lineRule="auto"/>
        <w:rPr>
          <w:rFonts w:cs="Arial"/>
        </w:rPr>
      </w:pPr>
      <w:r w:rsidRPr="00BE5DEA">
        <w:rPr>
          <w:rFonts w:cs="Arial"/>
          <w:sz w:val="17"/>
        </w:rPr>
        <w:t xml:space="preserve"> </w:t>
      </w:r>
    </w:p>
    <w:p w14:paraId="232C8054" w14:textId="77777777" w:rsidR="00ED1788" w:rsidRPr="00BE5DEA" w:rsidRDefault="00000000" w:rsidP="00BE5DEA">
      <w:pPr>
        <w:pStyle w:val="CodeBlock"/>
        <w:spacing w:line="360" w:lineRule="auto"/>
        <w:rPr>
          <w:rFonts w:cs="Arial"/>
        </w:rPr>
      </w:pPr>
      <w:r w:rsidRPr="00BE5DEA">
        <w:rPr>
          <w:rFonts w:cs="Arial"/>
          <w:sz w:val="17"/>
        </w:rPr>
        <w:t>.feature-list li {</w:t>
      </w:r>
    </w:p>
    <w:p w14:paraId="7D43D381" w14:textId="77777777" w:rsidR="00ED1788" w:rsidRPr="00BE5DEA" w:rsidRDefault="00000000" w:rsidP="00BE5DEA">
      <w:pPr>
        <w:pStyle w:val="CodeBlock"/>
        <w:spacing w:line="360" w:lineRule="auto"/>
        <w:rPr>
          <w:rFonts w:cs="Arial"/>
        </w:rPr>
      </w:pPr>
      <w:r w:rsidRPr="00BE5DEA">
        <w:rPr>
          <w:rFonts w:cs="Arial"/>
          <w:sz w:val="17"/>
        </w:rPr>
        <w:t xml:space="preserve">  margin-bottom: 10px;</w:t>
      </w:r>
    </w:p>
    <w:p w14:paraId="2E15F686" w14:textId="77777777" w:rsidR="00ED1788" w:rsidRPr="00BE5DEA" w:rsidRDefault="00000000" w:rsidP="00BE5DEA">
      <w:pPr>
        <w:pStyle w:val="CodeBlock"/>
        <w:spacing w:line="360" w:lineRule="auto"/>
        <w:rPr>
          <w:rFonts w:cs="Arial"/>
        </w:rPr>
      </w:pPr>
      <w:r w:rsidRPr="00BE5DEA">
        <w:rPr>
          <w:rFonts w:cs="Arial"/>
          <w:sz w:val="17"/>
        </w:rPr>
        <w:t>}</w:t>
      </w:r>
    </w:p>
    <w:p w14:paraId="1B9F337F" w14:textId="77777777" w:rsidR="00ED1788" w:rsidRPr="00BE5DEA" w:rsidRDefault="00000000" w:rsidP="00BE5DEA">
      <w:pPr>
        <w:pStyle w:val="CodeBlock"/>
        <w:spacing w:line="360" w:lineRule="auto"/>
        <w:rPr>
          <w:rFonts w:cs="Arial"/>
        </w:rPr>
      </w:pPr>
      <w:r w:rsidRPr="00BE5DEA">
        <w:rPr>
          <w:rFonts w:cs="Arial"/>
          <w:sz w:val="17"/>
        </w:rPr>
        <w:t xml:space="preserve"> </w:t>
      </w:r>
    </w:p>
    <w:p w14:paraId="4587472F" w14:textId="77777777" w:rsidR="00ED1788" w:rsidRPr="00BE5DEA" w:rsidRDefault="00000000" w:rsidP="00BE5DEA">
      <w:pPr>
        <w:pStyle w:val="CodeBlock"/>
        <w:spacing w:line="360" w:lineRule="auto"/>
        <w:rPr>
          <w:rFonts w:cs="Arial"/>
        </w:rPr>
      </w:pPr>
      <w:r w:rsidRPr="00BE5DEA">
        <w:rPr>
          <w:rFonts w:cs="Arial"/>
          <w:sz w:val="17"/>
        </w:rPr>
        <w:t>.form-wrap {</w:t>
      </w:r>
    </w:p>
    <w:p w14:paraId="71C2AAD1" w14:textId="77777777" w:rsidR="00ED1788" w:rsidRPr="00BE5DEA" w:rsidRDefault="00000000" w:rsidP="00BE5DEA">
      <w:pPr>
        <w:pStyle w:val="CodeBlock"/>
        <w:spacing w:line="360" w:lineRule="auto"/>
        <w:rPr>
          <w:rFonts w:cs="Arial"/>
        </w:rPr>
      </w:pPr>
      <w:r w:rsidRPr="00BE5DEA">
        <w:rPr>
          <w:rFonts w:cs="Arial"/>
          <w:sz w:val="17"/>
        </w:rPr>
        <w:t xml:space="preserve">  background: #fff;</w:t>
      </w:r>
    </w:p>
    <w:p w14:paraId="541FFE79" w14:textId="77777777" w:rsidR="00ED1788" w:rsidRPr="00BE5DEA" w:rsidRDefault="00000000" w:rsidP="00BE5DEA">
      <w:pPr>
        <w:pStyle w:val="CodeBlock"/>
        <w:spacing w:line="360" w:lineRule="auto"/>
        <w:rPr>
          <w:rFonts w:cs="Arial"/>
        </w:rPr>
      </w:pPr>
      <w:r w:rsidRPr="00BE5DEA">
        <w:rPr>
          <w:rFonts w:cs="Arial"/>
          <w:sz w:val="17"/>
        </w:rPr>
        <w:t xml:space="preserve">  padding: 28px;</w:t>
      </w:r>
    </w:p>
    <w:p w14:paraId="6A724D2F" w14:textId="77777777" w:rsidR="00ED1788" w:rsidRPr="00BE5DEA" w:rsidRDefault="00000000" w:rsidP="00BE5DEA">
      <w:pPr>
        <w:pStyle w:val="CodeBlock"/>
        <w:spacing w:line="360" w:lineRule="auto"/>
        <w:rPr>
          <w:rFonts w:cs="Arial"/>
        </w:rPr>
      </w:pPr>
      <w:r w:rsidRPr="00BE5DEA">
        <w:rPr>
          <w:rFonts w:cs="Arial"/>
          <w:sz w:val="17"/>
        </w:rPr>
        <w:t xml:space="preserve">  border-radius: 18px;</w:t>
      </w:r>
    </w:p>
    <w:p w14:paraId="3E07ED20" w14:textId="77777777" w:rsidR="00ED1788" w:rsidRPr="00BE5DEA" w:rsidRDefault="00000000" w:rsidP="00BE5DEA">
      <w:pPr>
        <w:pStyle w:val="CodeBlock"/>
        <w:spacing w:line="360" w:lineRule="auto"/>
        <w:rPr>
          <w:rFonts w:cs="Arial"/>
        </w:rPr>
      </w:pPr>
      <w:r w:rsidRPr="00BE5DEA">
        <w:rPr>
          <w:rFonts w:cs="Arial"/>
          <w:sz w:val="17"/>
        </w:rPr>
        <w:t xml:space="preserve">  box-shadow: 0 10px 24px rgba(0,0,0,0.08);</w:t>
      </w:r>
    </w:p>
    <w:p w14:paraId="5120B16D" w14:textId="77777777" w:rsidR="00ED1788" w:rsidRPr="00BE5DEA" w:rsidRDefault="00000000" w:rsidP="00BE5DEA">
      <w:pPr>
        <w:pStyle w:val="CodeBlock"/>
        <w:spacing w:line="360" w:lineRule="auto"/>
        <w:rPr>
          <w:rFonts w:cs="Arial"/>
        </w:rPr>
      </w:pPr>
      <w:r w:rsidRPr="00BE5DEA">
        <w:rPr>
          <w:rFonts w:cs="Arial"/>
          <w:sz w:val="17"/>
        </w:rPr>
        <w:t>}</w:t>
      </w:r>
    </w:p>
    <w:p w14:paraId="6E438367" w14:textId="77777777" w:rsidR="00ED1788" w:rsidRPr="00BE5DEA" w:rsidRDefault="00000000" w:rsidP="00BE5DEA">
      <w:pPr>
        <w:pStyle w:val="CodeBlock"/>
        <w:spacing w:line="360" w:lineRule="auto"/>
        <w:rPr>
          <w:rFonts w:cs="Arial"/>
        </w:rPr>
      </w:pPr>
      <w:r w:rsidRPr="00BE5DEA">
        <w:rPr>
          <w:rFonts w:cs="Arial"/>
          <w:sz w:val="17"/>
        </w:rPr>
        <w:t xml:space="preserve"> </w:t>
      </w:r>
    </w:p>
    <w:p w14:paraId="2F14FA55" w14:textId="77777777" w:rsidR="00ED1788" w:rsidRPr="00BE5DEA" w:rsidRDefault="00000000" w:rsidP="00BE5DEA">
      <w:pPr>
        <w:pStyle w:val="CodeBlock"/>
        <w:spacing w:line="360" w:lineRule="auto"/>
        <w:rPr>
          <w:rFonts w:cs="Arial"/>
        </w:rPr>
      </w:pPr>
      <w:r w:rsidRPr="00BE5DEA">
        <w:rPr>
          <w:rFonts w:cs="Arial"/>
          <w:sz w:val="17"/>
        </w:rPr>
        <w:t>label {</w:t>
      </w:r>
    </w:p>
    <w:p w14:paraId="52D468B8" w14:textId="77777777" w:rsidR="00ED1788" w:rsidRPr="00BE5DEA" w:rsidRDefault="00000000" w:rsidP="00BE5DEA">
      <w:pPr>
        <w:pStyle w:val="CodeBlock"/>
        <w:spacing w:line="360" w:lineRule="auto"/>
        <w:rPr>
          <w:rFonts w:cs="Arial"/>
        </w:rPr>
      </w:pPr>
      <w:r w:rsidRPr="00BE5DEA">
        <w:rPr>
          <w:rFonts w:cs="Arial"/>
          <w:sz w:val="17"/>
        </w:rPr>
        <w:t xml:space="preserve">  display: block;</w:t>
      </w:r>
    </w:p>
    <w:p w14:paraId="39C22C84" w14:textId="77777777" w:rsidR="00ED1788" w:rsidRPr="00BE5DEA" w:rsidRDefault="00000000" w:rsidP="00BE5DEA">
      <w:pPr>
        <w:pStyle w:val="CodeBlock"/>
        <w:spacing w:line="360" w:lineRule="auto"/>
        <w:rPr>
          <w:rFonts w:cs="Arial"/>
        </w:rPr>
      </w:pPr>
      <w:r w:rsidRPr="00BE5DEA">
        <w:rPr>
          <w:rFonts w:cs="Arial"/>
          <w:sz w:val="17"/>
        </w:rPr>
        <w:t xml:space="preserve">  font-weight: 700;</w:t>
      </w:r>
    </w:p>
    <w:p w14:paraId="69329D57" w14:textId="77777777" w:rsidR="00ED1788" w:rsidRPr="00BE5DEA" w:rsidRDefault="00000000" w:rsidP="00BE5DEA">
      <w:pPr>
        <w:pStyle w:val="CodeBlock"/>
        <w:spacing w:line="360" w:lineRule="auto"/>
        <w:rPr>
          <w:rFonts w:cs="Arial"/>
        </w:rPr>
      </w:pPr>
      <w:r w:rsidRPr="00BE5DEA">
        <w:rPr>
          <w:rFonts w:cs="Arial"/>
          <w:sz w:val="17"/>
        </w:rPr>
        <w:t xml:space="preserve">  margin-bottom: 6px;</w:t>
      </w:r>
    </w:p>
    <w:p w14:paraId="55CB0731" w14:textId="77777777" w:rsidR="00ED1788" w:rsidRPr="00BE5DEA" w:rsidRDefault="00000000" w:rsidP="00BE5DEA">
      <w:pPr>
        <w:pStyle w:val="CodeBlock"/>
        <w:spacing w:line="360" w:lineRule="auto"/>
        <w:rPr>
          <w:rFonts w:cs="Arial"/>
        </w:rPr>
      </w:pPr>
      <w:r w:rsidRPr="00BE5DEA">
        <w:rPr>
          <w:rFonts w:cs="Arial"/>
          <w:sz w:val="17"/>
        </w:rPr>
        <w:t>}</w:t>
      </w:r>
    </w:p>
    <w:p w14:paraId="68DFD4EA" w14:textId="77777777" w:rsidR="00ED1788" w:rsidRPr="00BE5DEA" w:rsidRDefault="00000000" w:rsidP="00BE5DEA">
      <w:pPr>
        <w:pStyle w:val="CodeBlock"/>
        <w:spacing w:line="360" w:lineRule="auto"/>
        <w:rPr>
          <w:rFonts w:cs="Arial"/>
        </w:rPr>
      </w:pPr>
      <w:r w:rsidRPr="00BE5DEA">
        <w:rPr>
          <w:rFonts w:cs="Arial"/>
          <w:sz w:val="17"/>
        </w:rPr>
        <w:t xml:space="preserve"> </w:t>
      </w:r>
    </w:p>
    <w:p w14:paraId="6DF80759" w14:textId="77777777" w:rsidR="00ED1788" w:rsidRPr="00BE5DEA" w:rsidRDefault="00000000" w:rsidP="00BE5DEA">
      <w:pPr>
        <w:pStyle w:val="CodeBlock"/>
        <w:spacing w:line="360" w:lineRule="auto"/>
        <w:rPr>
          <w:rFonts w:cs="Arial"/>
        </w:rPr>
      </w:pPr>
      <w:r w:rsidRPr="00BE5DEA">
        <w:rPr>
          <w:rFonts w:cs="Arial"/>
          <w:sz w:val="17"/>
        </w:rPr>
        <w:t>input,</w:t>
      </w:r>
    </w:p>
    <w:p w14:paraId="5F3EC236" w14:textId="77777777" w:rsidR="00ED1788" w:rsidRPr="00BE5DEA" w:rsidRDefault="00000000" w:rsidP="00BE5DEA">
      <w:pPr>
        <w:pStyle w:val="CodeBlock"/>
        <w:spacing w:line="360" w:lineRule="auto"/>
        <w:rPr>
          <w:rFonts w:cs="Arial"/>
        </w:rPr>
      </w:pPr>
      <w:r w:rsidRPr="00BE5DEA">
        <w:rPr>
          <w:rFonts w:cs="Arial"/>
          <w:sz w:val="17"/>
        </w:rPr>
        <w:t>select,</w:t>
      </w:r>
    </w:p>
    <w:p w14:paraId="05AD8C94" w14:textId="77777777" w:rsidR="00ED1788" w:rsidRPr="00BE5DEA" w:rsidRDefault="00000000" w:rsidP="00BE5DEA">
      <w:pPr>
        <w:pStyle w:val="CodeBlock"/>
        <w:spacing w:line="360" w:lineRule="auto"/>
        <w:rPr>
          <w:rFonts w:cs="Arial"/>
        </w:rPr>
      </w:pPr>
      <w:r w:rsidRPr="00BE5DEA">
        <w:rPr>
          <w:rFonts w:cs="Arial"/>
          <w:sz w:val="17"/>
        </w:rPr>
        <w:t>textarea {</w:t>
      </w:r>
    </w:p>
    <w:p w14:paraId="6DF6C003" w14:textId="77777777" w:rsidR="00ED1788" w:rsidRPr="00BE5DEA" w:rsidRDefault="00000000" w:rsidP="00BE5DEA">
      <w:pPr>
        <w:pStyle w:val="CodeBlock"/>
        <w:spacing w:line="360" w:lineRule="auto"/>
        <w:rPr>
          <w:rFonts w:cs="Arial"/>
        </w:rPr>
      </w:pPr>
      <w:r w:rsidRPr="00BE5DEA">
        <w:rPr>
          <w:rFonts w:cs="Arial"/>
          <w:sz w:val="17"/>
        </w:rPr>
        <w:t xml:space="preserve">  width: 100%;</w:t>
      </w:r>
    </w:p>
    <w:p w14:paraId="2E312069"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padding: 12px 14px;</w:t>
      </w:r>
    </w:p>
    <w:p w14:paraId="2DB53696" w14:textId="77777777" w:rsidR="00ED1788" w:rsidRPr="00BE5DEA" w:rsidRDefault="00000000" w:rsidP="00BE5DEA">
      <w:pPr>
        <w:pStyle w:val="CodeBlock"/>
        <w:spacing w:line="360" w:lineRule="auto"/>
        <w:rPr>
          <w:rFonts w:cs="Arial"/>
        </w:rPr>
      </w:pPr>
      <w:r w:rsidRPr="00BE5DEA">
        <w:rPr>
          <w:rFonts w:cs="Arial"/>
          <w:sz w:val="17"/>
        </w:rPr>
        <w:t xml:space="preserve">  border: 1px solid #cfcfcf;</w:t>
      </w:r>
    </w:p>
    <w:p w14:paraId="1BFBD530" w14:textId="77777777" w:rsidR="00ED1788" w:rsidRPr="00BE5DEA" w:rsidRDefault="00000000" w:rsidP="00BE5DEA">
      <w:pPr>
        <w:pStyle w:val="CodeBlock"/>
        <w:spacing w:line="360" w:lineRule="auto"/>
        <w:rPr>
          <w:rFonts w:cs="Arial"/>
        </w:rPr>
      </w:pPr>
      <w:r w:rsidRPr="00BE5DEA">
        <w:rPr>
          <w:rFonts w:cs="Arial"/>
          <w:sz w:val="17"/>
        </w:rPr>
        <w:t xml:space="preserve">  border-radius: 12px;</w:t>
      </w:r>
    </w:p>
    <w:p w14:paraId="272E4ADC" w14:textId="77777777" w:rsidR="00ED1788" w:rsidRPr="00BE5DEA" w:rsidRDefault="00000000" w:rsidP="00BE5DEA">
      <w:pPr>
        <w:pStyle w:val="CodeBlock"/>
        <w:spacing w:line="360" w:lineRule="auto"/>
        <w:rPr>
          <w:rFonts w:cs="Arial"/>
        </w:rPr>
      </w:pPr>
      <w:r w:rsidRPr="00BE5DEA">
        <w:rPr>
          <w:rFonts w:cs="Arial"/>
          <w:sz w:val="17"/>
        </w:rPr>
        <w:t xml:space="preserve">  margin-bottom: 16px;</w:t>
      </w:r>
    </w:p>
    <w:p w14:paraId="35FAAB25" w14:textId="77777777" w:rsidR="00ED1788" w:rsidRPr="00BE5DEA" w:rsidRDefault="00000000" w:rsidP="00BE5DEA">
      <w:pPr>
        <w:pStyle w:val="CodeBlock"/>
        <w:spacing w:line="360" w:lineRule="auto"/>
        <w:rPr>
          <w:rFonts w:cs="Arial"/>
        </w:rPr>
      </w:pPr>
      <w:r w:rsidRPr="00BE5DEA">
        <w:rPr>
          <w:rFonts w:cs="Arial"/>
          <w:sz w:val="17"/>
        </w:rPr>
        <w:t xml:space="preserve">  font: inherit;</w:t>
      </w:r>
    </w:p>
    <w:p w14:paraId="6C848062" w14:textId="77777777" w:rsidR="00ED1788" w:rsidRPr="00BE5DEA" w:rsidRDefault="00000000" w:rsidP="00BE5DEA">
      <w:pPr>
        <w:pStyle w:val="CodeBlock"/>
        <w:spacing w:line="360" w:lineRule="auto"/>
        <w:rPr>
          <w:rFonts w:cs="Arial"/>
        </w:rPr>
      </w:pPr>
      <w:r w:rsidRPr="00BE5DEA">
        <w:rPr>
          <w:rFonts w:cs="Arial"/>
          <w:sz w:val="17"/>
        </w:rPr>
        <w:t>}</w:t>
      </w:r>
    </w:p>
    <w:p w14:paraId="323E168E" w14:textId="77777777" w:rsidR="00ED1788" w:rsidRPr="00BE5DEA" w:rsidRDefault="00000000" w:rsidP="00BE5DEA">
      <w:pPr>
        <w:pStyle w:val="CodeBlock"/>
        <w:spacing w:line="360" w:lineRule="auto"/>
        <w:rPr>
          <w:rFonts w:cs="Arial"/>
        </w:rPr>
      </w:pPr>
      <w:r w:rsidRPr="00BE5DEA">
        <w:rPr>
          <w:rFonts w:cs="Arial"/>
          <w:sz w:val="17"/>
        </w:rPr>
        <w:t xml:space="preserve"> </w:t>
      </w:r>
    </w:p>
    <w:p w14:paraId="12F40F3E" w14:textId="77777777" w:rsidR="00ED1788" w:rsidRPr="00BE5DEA" w:rsidRDefault="00000000" w:rsidP="00BE5DEA">
      <w:pPr>
        <w:pStyle w:val="CodeBlock"/>
        <w:spacing w:line="360" w:lineRule="auto"/>
        <w:rPr>
          <w:rFonts w:cs="Arial"/>
        </w:rPr>
      </w:pPr>
      <w:r w:rsidRPr="00BE5DEA">
        <w:rPr>
          <w:rFonts w:cs="Arial"/>
          <w:sz w:val="17"/>
        </w:rPr>
        <w:t>input:focus,</w:t>
      </w:r>
    </w:p>
    <w:p w14:paraId="37F98634" w14:textId="77777777" w:rsidR="00ED1788" w:rsidRPr="00BE5DEA" w:rsidRDefault="00000000" w:rsidP="00BE5DEA">
      <w:pPr>
        <w:pStyle w:val="CodeBlock"/>
        <w:spacing w:line="360" w:lineRule="auto"/>
        <w:rPr>
          <w:rFonts w:cs="Arial"/>
        </w:rPr>
      </w:pPr>
      <w:r w:rsidRPr="00BE5DEA">
        <w:rPr>
          <w:rFonts w:cs="Arial"/>
          <w:sz w:val="17"/>
        </w:rPr>
        <w:t>select:focus,</w:t>
      </w:r>
    </w:p>
    <w:p w14:paraId="7A9E5A12" w14:textId="77777777" w:rsidR="00ED1788" w:rsidRPr="00BE5DEA" w:rsidRDefault="00000000" w:rsidP="00BE5DEA">
      <w:pPr>
        <w:pStyle w:val="CodeBlock"/>
        <w:spacing w:line="360" w:lineRule="auto"/>
        <w:rPr>
          <w:rFonts w:cs="Arial"/>
        </w:rPr>
      </w:pPr>
      <w:r w:rsidRPr="00BE5DEA">
        <w:rPr>
          <w:rFonts w:cs="Arial"/>
          <w:sz w:val="17"/>
        </w:rPr>
        <w:t>textarea:focus {</w:t>
      </w:r>
    </w:p>
    <w:p w14:paraId="27F254EF" w14:textId="77777777" w:rsidR="00ED1788" w:rsidRPr="00BE5DEA" w:rsidRDefault="00000000" w:rsidP="00BE5DEA">
      <w:pPr>
        <w:pStyle w:val="CodeBlock"/>
        <w:spacing w:line="360" w:lineRule="auto"/>
        <w:rPr>
          <w:rFonts w:cs="Arial"/>
        </w:rPr>
      </w:pPr>
      <w:r w:rsidRPr="00BE5DEA">
        <w:rPr>
          <w:rFonts w:cs="Arial"/>
          <w:sz w:val="17"/>
        </w:rPr>
        <w:t xml:space="preserve">  outline: 3px solid rgba(0,0,0,0.08);</w:t>
      </w:r>
    </w:p>
    <w:p w14:paraId="16B119FC" w14:textId="77777777" w:rsidR="00ED1788" w:rsidRPr="00BE5DEA" w:rsidRDefault="00000000" w:rsidP="00BE5DEA">
      <w:pPr>
        <w:pStyle w:val="CodeBlock"/>
        <w:spacing w:line="360" w:lineRule="auto"/>
        <w:rPr>
          <w:rFonts w:cs="Arial"/>
        </w:rPr>
      </w:pPr>
      <w:r w:rsidRPr="00BE5DEA">
        <w:rPr>
          <w:rFonts w:cs="Arial"/>
          <w:sz w:val="17"/>
        </w:rPr>
        <w:t xml:space="preserve">  border-color: #1e6b3f;</w:t>
      </w:r>
    </w:p>
    <w:p w14:paraId="233EA520" w14:textId="77777777" w:rsidR="00ED1788" w:rsidRPr="00BE5DEA" w:rsidRDefault="00000000" w:rsidP="00BE5DEA">
      <w:pPr>
        <w:pStyle w:val="CodeBlock"/>
        <w:spacing w:line="360" w:lineRule="auto"/>
        <w:rPr>
          <w:rFonts w:cs="Arial"/>
        </w:rPr>
      </w:pPr>
      <w:r w:rsidRPr="00BE5DEA">
        <w:rPr>
          <w:rFonts w:cs="Arial"/>
          <w:sz w:val="17"/>
        </w:rPr>
        <w:t>}</w:t>
      </w:r>
    </w:p>
    <w:p w14:paraId="35518887" w14:textId="77777777" w:rsidR="00ED1788" w:rsidRPr="00BE5DEA" w:rsidRDefault="00000000" w:rsidP="00BE5DEA">
      <w:pPr>
        <w:pStyle w:val="CodeBlock"/>
        <w:spacing w:line="360" w:lineRule="auto"/>
        <w:rPr>
          <w:rFonts w:cs="Arial"/>
        </w:rPr>
      </w:pPr>
      <w:r w:rsidRPr="00BE5DEA">
        <w:rPr>
          <w:rFonts w:cs="Arial"/>
          <w:sz w:val="17"/>
        </w:rPr>
        <w:t xml:space="preserve"> </w:t>
      </w:r>
    </w:p>
    <w:p w14:paraId="13EF7CF6" w14:textId="77777777" w:rsidR="00ED1788" w:rsidRPr="00BE5DEA" w:rsidRDefault="00000000" w:rsidP="00BE5DEA">
      <w:pPr>
        <w:pStyle w:val="CodeBlock"/>
        <w:spacing w:line="360" w:lineRule="auto"/>
        <w:rPr>
          <w:rFonts w:cs="Arial"/>
        </w:rPr>
      </w:pPr>
      <w:r w:rsidRPr="00BE5DEA">
        <w:rPr>
          <w:rFonts w:cs="Arial"/>
          <w:sz w:val="17"/>
        </w:rPr>
        <w:t>.footer {</w:t>
      </w:r>
    </w:p>
    <w:p w14:paraId="65999BA4" w14:textId="77777777" w:rsidR="00ED1788" w:rsidRPr="00BE5DEA" w:rsidRDefault="00000000" w:rsidP="00BE5DEA">
      <w:pPr>
        <w:pStyle w:val="CodeBlock"/>
        <w:spacing w:line="360" w:lineRule="auto"/>
        <w:rPr>
          <w:rFonts w:cs="Arial"/>
        </w:rPr>
      </w:pPr>
      <w:r w:rsidRPr="00BE5DEA">
        <w:rPr>
          <w:rFonts w:cs="Arial"/>
          <w:sz w:val="17"/>
        </w:rPr>
        <w:t xml:space="preserve">  background: #103a22;</w:t>
      </w:r>
    </w:p>
    <w:p w14:paraId="50F4DE36" w14:textId="77777777" w:rsidR="00ED1788" w:rsidRPr="00BE5DEA" w:rsidRDefault="00000000" w:rsidP="00BE5DEA">
      <w:pPr>
        <w:pStyle w:val="CodeBlock"/>
        <w:spacing w:line="360" w:lineRule="auto"/>
        <w:rPr>
          <w:rFonts w:cs="Arial"/>
        </w:rPr>
      </w:pPr>
      <w:r w:rsidRPr="00BE5DEA">
        <w:rPr>
          <w:rFonts w:cs="Arial"/>
          <w:sz w:val="17"/>
        </w:rPr>
        <w:t xml:space="preserve">  color: #fff;</w:t>
      </w:r>
    </w:p>
    <w:p w14:paraId="5CFD8C37" w14:textId="77777777" w:rsidR="00ED1788" w:rsidRPr="00BE5DEA" w:rsidRDefault="00000000" w:rsidP="00BE5DEA">
      <w:pPr>
        <w:pStyle w:val="CodeBlock"/>
        <w:spacing w:line="360" w:lineRule="auto"/>
        <w:rPr>
          <w:rFonts w:cs="Arial"/>
        </w:rPr>
      </w:pPr>
      <w:r w:rsidRPr="00BE5DEA">
        <w:rPr>
          <w:rFonts w:cs="Arial"/>
          <w:sz w:val="17"/>
        </w:rPr>
        <w:t xml:space="preserve">  padding: 32px 0;</w:t>
      </w:r>
    </w:p>
    <w:p w14:paraId="05F90894" w14:textId="77777777" w:rsidR="00ED1788" w:rsidRPr="00BE5DEA" w:rsidRDefault="00000000" w:rsidP="00BE5DEA">
      <w:pPr>
        <w:pStyle w:val="CodeBlock"/>
        <w:spacing w:line="360" w:lineRule="auto"/>
        <w:rPr>
          <w:rFonts w:cs="Arial"/>
        </w:rPr>
      </w:pPr>
      <w:r w:rsidRPr="00BE5DEA">
        <w:rPr>
          <w:rFonts w:cs="Arial"/>
          <w:sz w:val="17"/>
        </w:rPr>
        <w:t xml:space="preserve">  border-top: 4px solid rgba(255,255,255,0.08);</w:t>
      </w:r>
    </w:p>
    <w:p w14:paraId="3DCACD23" w14:textId="77777777" w:rsidR="00ED1788" w:rsidRPr="00BE5DEA" w:rsidRDefault="00000000" w:rsidP="00BE5DEA">
      <w:pPr>
        <w:pStyle w:val="CodeBlock"/>
        <w:spacing w:line="360" w:lineRule="auto"/>
        <w:rPr>
          <w:rFonts w:cs="Arial"/>
        </w:rPr>
      </w:pPr>
      <w:r w:rsidRPr="00BE5DEA">
        <w:rPr>
          <w:rFonts w:cs="Arial"/>
          <w:sz w:val="17"/>
        </w:rPr>
        <w:t>}</w:t>
      </w:r>
    </w:p>
    <w:p w14:paraId="282C9A79" w14:textId="77777777" w:rsidR="00ED1788" w:rsidRPr="00BE5DEA" w:rsidRDefault="00000000" w:rsidP="00BE5DEA">
      <w:pPr>
        <w:pStyle w:val="CodeBlock"/>
        <w:spacing w:line="360" w:lineRule="auto"/>
        <w:rPr>
          <w:rFonts w:cs="Arial"/>
        </w:rPr>
      </w:pPr>
      <w:r w:rsidRPr="00BE5DEA">
        <w:rPr>
          <w:rFonts w:cs="Arial"/>
          <w:sz w:val="17"/>
        </w:rPr>
        <w:t xml:space="preserve"> </w:t>
      </w:r>
    </w:p>
    <w:p w14:paraId="522ED6DE" w14:textId="77777777" w:rsidR="00ED1788" w:rsidRPr="00BE5DEA" w:rsidRDefault="00000000" w:rsidP="00BE5DEA">
      <w:pPr>
        <w:pStyle w:val="CodeBlock"/>
        <w:spacing w:line="360" w:lineRule="auto"/>
        <w:rPr>
          <w:rFonts w:cs="Arial"/>
        </w:rPr>
      </w:pPr>
      <w:r w:rsidRPr="00BE5DEA">
        <w:rPr>
          <w:rFonts w:cs="Arial"/>
          <w:sz w:val="17"/>
        </w:rPr>
        <w:t>.footer-grid {</w:t>
      </w:r>
    </w:p>
    <w:p w14:paraId="69F5E45A" w14:textId="77777777" w:rsidR="00ED1788" w:rsidRPr="00BE5DEA" w:rsidRDefault="00000000" w:rsidP="00BE5DEA">
      <w:pPr>
        <w:pStyle w:val="CodeBlock"/>
        <w:spacing w:line="360" w:lineRule="auto"/>
        <w:rPr>
          <w:rFonts w:cs="Arial"/>
        </w:rPr>
      </w:pPr>
      <w:r w:rsidRPr="00BE5DEA">
        <w:rPr>
          <w:rFonts w:cs="Arial"/>
          <w:sz w:val="17"/>
        </w:rPr>
        <w:t xml:space="preserve">  grid-template-columns: 2fr 1fr 1fr;</w:t>
      </w:r>
    </w:p>
    <w:p w14:paraId="19464B81" w14:textId="77777777" w:rsidR="00ED1788" w:rsidRPr="00BE5DEA" w:rsidRDefault="00000000" w:rsidP="00BE5DEA">
      <w:pPr>
        <w:pStyle w:val="CodeBlock"/>
        <w:spacing w:line="360" w:lineRule="auto"/>
        <w:rPr>
          <w:rFonts w:cs="Arial"/>
        </w:rPr>
      </w:pPr>
      <w:r w:rsidRPr="00BE5DEA">
        <w:rPr>
          <w:rFonts w:cs="Arial"/>
          <w:sz w:val="17"/>
        </w:rPr>
        <w:t>}</w:t>
      </w:r>
    </w:p>
    <w:p w14:paraId="38CB628A" w14:textId="77777777" w:rsidR="00ED1788" w:rsidRPr="00BE5DEA" w:rsidRDefault="00000000" w:rsidP="00BE5DEA">
      <w:pPr>
        <w:pStyle w:val="CodeBlock"/>
        <w:spacing w:line="360" w:lineRule="auto"/>
        <w:rPr>
          <w:rFonts w:cs="Arial"/>
        </w:rPr>
      </w:pPr>
      <w:r w:rsidRPr="00BE5DEA">
        <w:rPr>
          <w:rFonts w:cs="Arial"/>
          <w:sz w:val="17"/>
        </w:rPr>
        <w:t xml:space="preserve"> </w:t>
      </w:r>
    </w:p>
    <w:p w14:paraId="6D901754" w14:textId="77777777" w:rsidR="00ED1788" w:rsidRPr="00BE5DEA" w:rsidRDefault="00000000" w:rsidP="00BE5DEA">
      <w:pPr>
        <w:pStyle w:val="CodeBlock"/>
        <w:spacing w:line="360" w:lineRule="auto"/>
        <w:rPr>
          <w:rFonts w:cs="Arial"/>
        </w:rPr>
      </w:pPr>
      <w:r w:rsidRPr="00BE5DEA">
        <w:rPr>
          <w:rFonts w:cs="Arial"/>
          <w:sz w:val="17"/>
        </w:rPr>
        <w:t>.footer a {</w:t>
      </w:r>
    </w:p>
    <w:p w14:paraId="4BDBF17E" w14:textId="77777777" w:rsidR="00ED1788" w:rsidRPr="00BE5DEA" w:rsidRDefault="00000000" w:rsidP="00BE5DEA">
      <w:pPr>
        <w:pStyle w:val="CodeBlock"/>
        <w:spacing w:line="360" w:lineRule="auto"/>
        <w:rPr>
          <w:rFonts w:cs="Arial"/>
        </w:rPr>
      </w:pPr>
      <w:r w:rsidRPr="00BE5DEA">
        <w:rPr>
          <w:rFonts w:cs="Arial"/>
          <w:sz w:val="17"/>
        </w:rPr>
        <w:t xml:space="preserve">  color: #fff;</w:t>
      </w:r>
    </w:p>
    <w:p w14:paraId="4FCC51E7" w14:textId="77777777" w:rsidR="00ED1788" w:rsidRPr="00BE5DEA" w:rsidRDefault="00000000" w:rsidP="00BE5DEA">
      <w:pPr>
        <w:pStyle w:val="CodeBlock"/>
        <w:spacing w:line="360" w:lineRule="auto"/>
        <w:rPr>
          <w:rFonts w:cs="Arial"/>
        </w:rPr>
      </w:pPr>
      <w:r w:rsidRPr="00BE5DEA">
        <w:rPr>
          <w:rFonts w:cs="Arial"/>
          <w:sz w:val="17"/>
        </w:rPr>
        <w:t>}</w:t>
      </w:r>
    </w:p>
    <w:p w14:paraId="6C6EF0AB" w14:textId="77777777" w:rsidR="00ED1788" w:rsidRPr="00BE5DEA" w:rsidRDefault="00000000" w:rsidP="00BE5DEA">
      <w:pPr>
        <w:pStyle w:val="CodeBlock"/>
        <w:spacing w:line="360" w:lineRule="auto"/>
        <w:rPr>
          <w:rFonts w:cs="Arial"/>
        </w:rPr>
      </w:pPr>
      <w:r w:rsidRPr="00BE5DEA">
        <w:rPr>
          <w:rFonts w:cs="Arial"/>
          <w:sz w:val="17"/>
        </w:rPr>
        <w:t xml:space="preserve"> </w:t>
      </w:r>
    </w:p>
    <w:p w14:paraId="7713C395" w14:textId="77777777" w:rsidR="00ED1788" w:rsidRPr="00BE5DEA" w:rsidRDefault="00000000" w:rsidP="00BE5DEA">
      <w:pPr>
        <w:pStyle w:val="CodeBlock"/>
        <w:spacing w:line="360" w:lineRule="auto"/>
        <w:rPr>
          <w:rFonts w:cs="Arial"/>
        </w:rPr>
      </w:pPr>
      <w:r w:rsidRPr="00BE5DEA">
        <w:rPr>
          <w:rFonts w:cs="Arial"/>
          <w:sz w:val="17"/>
        </w:rPr>
        <w:t>@media (max-width: 900px) {</w:t>
      </w:r>
    </w:p>
    <w:p w14:paraId="4C4327E2" w14:textId="77777777" w:rsidR="00ED1788" w:rsidRPr="00BE5DEA" w:rsidRDefault="00000000" w:rsidP="00BE5DEA">
      <w:pPr>
        <w:pStyle w:val="CodeBlock"/>
        <w:spacing w:line="360" w:lineRule="auto"/>
        <w:rPr>
          <w:rFonts w:cs="Arial"/>
        </w:rPr>
      </w:pPr>
      <w:r w:rsidRPr="00BE5DEA">
        <w:rPr>
          <w:rFonts w:cs="Arial"/>
          <w:sz w:val="17"/>
        </w:rPr>
        <w:t xml:space="preserve">  .grid-2,</w:t>
      </w:r>
    </w:p>
    <w:p w14:paraId="475DF393" w14:textId="77777777" w:rsidR="00ED1788" w:rsidRPr="00BE5DEA" w:rsidRDefault="00000000" w:rsidP="00BE5DEA">
      <w:pPr>
        <w:pStyle w:val="CodeBlock"/>
        <w:spacing w:line="360" w:lineRule="auto"/>
        <w:rPr>
          <w:rFonts w:cs="Arial"/>
        </w:rPr>
      </w:pPr>
      <w:r w:rsidRPr="00BE5DEA">
        <w:rPr>
          <w:rFonts w:cs="Arial"/>
          <w:sz w:val="17"/>
        </w:rPr>
        <w:t xml:space="preserve">  .cards,</w:t>
      </w:r>
    </w:p>
    <w:p w14:paraId="7A562C82" w14:textId="77777777" w:rsidR="00ED1788" w:rsidRPr="00BE5DEA" w:rsidRDefault="00000000" w:rsidP="00BE5DEA">
      <w:pPr>
        <w:pStyle w:val="CodeBlock"/>
        <w:spacing w:line="360" w:lineRule="auto"/>
        <w:rPr>
          <w:rFonts w:cs="Arial"/>
        </w:rPr>
      </w:pPr>
      <w:r w:rsidRPr="00BE5DEA">
        <w:rPr>
          <w:rFonts w:cs="Arial"/>
          <w:sz w:val="17"/>
        </w:rPr>
        <w:t xml:space="preserve">  .footer-grid {</w:t>
      </w:r>
    </w:p>
    <w:p w14:paraId="56F67CD3" w14:textId="77777777" w:rsidR="00ED1788" w:rsidRPr="00BE5DEA" w:rsidRDefault="00000000" w:rsidP="00BE5DEA">
      <w:pPr>
        <w:pStyle w:val="CodeBlock"/>
        <w:spacing w:line="360" w:lineRule="auto"/>
        <w:rPr>
          <w:rFonts w:cs="Arial"/>
        </w:rPr>
      </w:pPr>
      <w:r w:rsidRPr="00BE5DEA">
        <w:rPr>
          <w:rFonts w:cs="Arial"/>
          <w:sz w:val="17"/>
        </w:rPr>
        <w:t xml:space="preserve">    grid-template-columns: 1fr 1fr;</w:t>
      </w:r>
    </w:p>
    <w:p w14:paraId="491F7F65" w14:textId="77777777" w:rsidR="00ED1788" w:rsidRPr="00BE5DEA" w:rsidRDefault="00000000" w:rsidP="00BE5DEA">
      <w:pPr>
        <w:pStyle w:val="CodeBlock"/>
        <w:spacing w:line="360" w:lineRule="auto"/>
        <w:rPr>
          <w:rFonts w:cs="Arial"/>
        </w:rPr>
      </w:pPr>
      <w:r w:rsidRPr="00BE5DEA">
        <w:rPr>
          <w:rFonts w:cs="Arial"/>
          <w:sz w:val="17"/>
        </w:rPr>
        <w:t xml:space="preserve">  }</w:t>
      </w:r>
    </w:p>
    <w:p w14:paraId="5867303D" w14:textId="77777777" w:rsidR="00ED1788" w:rsidRPr="00BE5DEA" w:rsidRDefault="00000000" w:rsidP="00BE5DEA">
      <w:pPr>
        <w:pStyle w:val="CodeBlock"/>
        <w:spacing w:line="360" w:lineRule="auto"/>
        <w:rPr>
          <w:rFonts w:cs="Arial"/>
        </w:rPr>
      </w:pPr>
      <w:r w:rsidRPr="00BE5DEA">
        <w:rPr>
          <w:rFonts w:cs="Arial"/>
          <w:sz w:val="17"/>
        </w:rPr>
        <w:t>}</w:t>
      </w:r>
    </w:p>
    <w:p w14:paraId="09B2793E" w14:textId="77777777" w:rsidR="00ED1788" w:rsidRPr="00BE5DEA" w:rsidRDefault="00000000" w:rsidP="00BE5DEA">
      <w:pPr>
        <w:pStyle w:val="CodeBlock"/>
        <w:spacing w:line="360" w:lineRule="auto"/>
        <w:rPr>
          <w:rFonts w:cs="Arial"/>
        </w:rPr>
      </w:pPr>
      <w:r w:rsidRPr="00BE5DEA">
        <w:rPr>
          <w:rFonts w:cs="Arial"/>
          <w:sz w:val="17"/>
        </w:rPr>
        <w:t xml:space="preserve"> </w:t>
      </w:r>
    </w:p>
    <w:p w14:paraId="1EE1F446" w14:textId="77777777" w:rsidR="00ED1788" w:rsidRPr="00BE5DEA" w:rsidRDefault="00000000" w:rsidP="00BE5DEA">
      <w:pPr>
        <w:pStyle w:val="CodeBlock"/>
        <w:spacing w:line="360" w:lineRule="auto"/>
        <w:rPr>
          <w:rFonts w:cs="Arial"/>
        </w:rPr>
      </w:pPr>
      <w:r w:rsidRPr="00BE5DEA">
        <w:rPr>
          <w:rFonts w:cs="Arial"/>
          <w:sz w:val="17"/>
        </w:rPr>
        <w:t>@media (max-width: 700px) {</w:t>
      </w:r>
    </w:p>
    <w:p w14:paraId="5D64F679" w14:textId="77777777" w:rsidR="00ED1788" w:rsidRPr="00BE5DEA" w:rsidRDefault="00000000" w:rsidP="00BE5DEA">
      <w:pPr>
        <w:pStyle w:val="CodeBlock"/>
        <w:spacing w:line="360" w:lineRule="auto"/>
        <w:rPr>
          <w:rFonts w:cs="Arial"/>
        </w:rPr>
      </w:pPr>
      <w:r w:rsidRPr="00BE5DEA">
        <w:rPr>
          <w:rFonts w:cs="Arial"/>
          <w:sz w:val="17"/>
        </w:rPr>
        <w:t xml:space="preserve">  .menu-toggle {</w:t>
      </w:r>
    </w:p>
    <w:p w14:paraId="05506005" w14:textId="77777777" w:rsidR="00ED1788" w:rsidRPr="00BE5DEA" w:rsidRDefault="00000000" w:rsidP="00BE5DEA">
      <w:pPr>
        <w:pStyle w:val="CodeBlock"/>
        <w:spacing w:line="360" w:lineRule="auto"/>
        <w:rPr>
          <w:rFonts w:cs="Arial"/>
        </w:rPr>
      </w:pPr>
      <w:r w:rsidRPr="00BE5DEA">
        <w:rPr>
          <w:rFonts w:cs="Arial"/>
          <w:sz w:val="17"/>
        </w:rPr>
        <w:t xml:space="preserve">    display: inline-block;</w:t>
      </w:r>
    </w:p>
    <w:p w14:paraId="77804E0B" w14:textId="77777777" w:rsidR="00ED1788" w:rsidRPr="00BE5DEA" w:rsidRDefault="00000000" w:rsidP="00BE5DEA">
      <w:pPr>
        <w:pStyle w:val="CodeBlock"/>
        <w:spacing w:line="360" w:lineRule="auto"/>
        <w:rPr>
          <w:rFonts w:cs="Arial"/>
        </w:rPr>
      </w:pPr>
      <w:r w:rsidRPr="00BE5DEA">
        <w:rPr>
          <w:rFonts w:cs="Arial"/>
          <w:sz w:val="17"/>
        </w:rPr>
        <w:t xml:space="preserve">  }</w:t>
      </w:r>
    </w:p>
    <w:p w14:paraId="103EFEF9" w14:textId="77777777" w:rsidR="00ED1788" w:rsidRPr="00BE5DEA" w:rsidRDefault="00000000" w:rsidP="00BE5DEA">
      <w:pPr>
        <w:pStyle w:val="CodeBlock"/>
        <w:spacing w:line="360" w:lineRule="auto"/>
        <w:rPr>
          <w:rFonts w:cs="Arial"/>
        </w:rPr>
      </w:pPr>
      <w:r w:rsidRPr="00BE5DEA">
        <w:rPr>
          <w:rFonts w:cs="Arial"/>
          <w:sz w:val="17"/>
        </w:rPr>
        <w:t xml:space="preserve"> </w:t>
      </w:r>
    </w:p>
    <w:p w14:paraId="5BC85D6A" w14:textId="77777777" w:rsidR="00ED1788" w:rsidRPr="00BE5DEA" w:rsidRDefault="00000000" w:rsidP="00BE5DEA">
      <w:pPr>
        <w:pStyle w:val="CodeBlock"/>
        <w:spacing w:line="360" w:lineRule="auto"/>
        <w:rPr>
          <w:rFonts w:cs="Arial"/>
        </w:rPr>
      </w:pPr>
      <w:r w:rsidRPr="00BE5DEA">
        <w:rPr>
          <w:rFonts w:cs="Arial"/>
          <w:sz w:val="17"/>
        </w:rPr>
        <w:t xml:space="preserve">  .nav-links {</w:t>
      </w:r>
    </w:p>
    <w:p w14:paraId="30B485DF" w14:textId="77777777" w:rsidR="00ED1788" w:rsidRPr="00BE5DEA" w:rsidRDefault="00000000" w:rsidP="00BE5DEA">
      <w:pPr>
        <w:pStyle w:val="CodeBlock"/>
        <w:spacing w:line="360" w:lineRule="auto"/>
        <w:rPr>
          <w:rFonts w:cs="Arial"/>
        </w:rPr>
      </w:pPr>
      <w:r w:rsidRPr="00BE5DEA">
        <w:rPr>
          <w:rFonts w:cs="Arial"/>
          <w:sz w:val="17"/>
        </w:rPr>
        <w:t xml:space="preserve">    display: none;</w:t>
      </w:r>
    </w:p>
    <w:p w14:paraId="1880981A" w14:textId="77777777" w:rsidR="00ED1788" w:rsidRPr="00BE5DEA" w:rsidRDefault="00000000" w:rsidP="00BE5DEA">
      <w:pPr>
        <w:pStyle w:val="CodeBlock"/>
        <w:spacing w:line="360" w:lineRule="auto"/>
        <w:rPr>
          <w:rFonts w:cs="Arial"/>
        </w:rPr>
      </w:pPr>
      <w:r w:rsidRPr="00BE5DEA">
        <w:rPr>
          <w:rFonts w:cs="Arial"/>
          <w:sz w:val="17"/>
        </w:rPr>
        <w:lastRenderedPageBreak/>
        <w:t xml:space="preserve">    width: 100%;</w:t>
      </w:r>
    </w:p>
    <w:p w14:paraId="1857D9FD" w14:textId="77777777" w:rsidR="00ED1788" w:rsidRPr="00BE5DEA" w:rsidRDefault="00000000" w:rsidP="00BE5DEA">
      <w:pPr>
        <w:pStyle w:val="CodeBlock"/>
        <w:spacing w:line="360" w:lineRule="auto"/>
        <w:rPr>
          <w:rFonts w:cs="Arial"/>
        </w:rPr>
      </w:pPr>
      <w:r w:rsidRPr="00BE5DEA">
        <w:rPr>
          <w:rFonts w:cs="Arial"/>
          <w:sz w:val="17"/>
        </w:rPr>
        <w:t xml:space="preserve">    flex-direction: column;</w:t>
      </w:r>
    </w:p>
    <w:p w14:paraId="7D528FC1" w14:textId="77777777" w:rsidR="00ED1788" w:rsidRPr="00BE5DEA" w:rsidRDefault="00000000" w:rsidP="00BE5DEA">
      <w:pPr>
        <w:pStyle w:val="CodeBlock"/>
        <w:spacing w:line="360" w:lineRule="auto"/>
        <w:rPr>
          <w:rFonts w:cs="Arial"/>
        </w:rPr>
      </w:pPr>
      <w:r w:rsidRPr="00BE5DEA">
        <w:rPr>
          <w:rFonts w:cs="Arial"/>
          <w:sz w:val="17"/>
        </w:rPr>
        <w:t xml:space="preserve">    background: #103a22;</w:t>
      </w:r>
    </w:p>
    <w:p w14:paraId="6361DEF0" w14:textId="77777777" w:rsidR="00ED1788" w:rsidRPr="00BE5DEA" w:rsidRDefault="00000000" w:rsidP="00BE5DEA">
      <w:pPr>
        <w:pStyle w:val="CodeBlock"/>
        <w:spacing w:line="360" w:lineRule="auto"/>
        <w:rPr>
          <w:rFonts w:cs="Arial"/>
        </w:rPr>
      </w:pPr>
      <w:r w:rsidRPr="00BE5DEA">
        <w:rPr>
          <w:rFonts w:cs="Arial"/>
          <w:sz w:val="17"/>
        </w:rPr>
        <w:t xml:space="preserve">    padding: 12px 0 4px;</w:t>
      </w:r>
    </w:p>
    <w:p w14:paraId="3CB298E5" w14:textId="77777777" w:rsidR="00ED1788" w:rsidRPr="00BE5DEA" w:rsidRDefault="00000000" w:rsidP="00BE5DEA">
      <w:pPr>
        <w:pStyle w:val="CodeBlock"/>
        <w:spacing w:line="360" w:lineRule="auto"/>
        <w:rPr>
          <w:rFonts w:cs="Arial"/>
        </w:rPr>
      </w:pPr>
      <w:r w:rsidRPr="00BE5DEA">
        <w:rPr>
          <w:rFonts w:cs="Arial"/>
          <w:sz w:val="17"/>
        </w:rPr>
        <w:t xml:space="preserve">  }</w:t>
      </w:r>
    </w:p>
    <w:p w14:paraId="2AA05EC3" w14:textId="77777777" w:rsidR="00ED1788" w:rsidRPr="00BE5DEA" w:rsidRDefault="00000000" w:rsidP="00BE5DEA">
      <w:pPr>
        <w:pStyle w:val="CodeBlock"/>
        <w:spacing w:line="360" w:lineRule="auto"/>
        <w:rPr>
          <w:rFonts w:cs="Arial"/>
        </w:rPr>
      </w:pPr>
      <w:r w:rsidRPr="00BE5DEA">
        <w:rPr>
          <w:rFonts w:cs="Arial"/>
          <w:sz w:val="17"/>
        </w:rPr>
        <w:t xml:space="preserve"> </w:t>
      </w:r>
    </w:p>
    <w:p w14:paraId="656022F3" w14:textId="77777777" w:rsidR="00ED1788" w:rsidRPr="00BE5DEA" w:rsidRDefault="00000000" w:rsidP="00BE5DEA">
      <w:pPr>
        <w:pStyle w:val="CodeBlock"/>
        <w:spacing w:line="360" w:lineRule="auto"/>
        <w:rPr>
          <w:rFonts w:cs="Arial"/>
        </w:rPr>
      </w:pPr>
      <w:r w:rsidRPr="00BE5DEA">
        <w:rPr>
          <w:rFonts w:cs="Arial"/>
          <w:sz w:val="17"/>
        </w:rPr>
        <w:t xml:space="preserve">  .nav-links.show {</w:t>
      </w:r>
    </w:p>
    <w:p w14:paraId="3429A263" w14:textId="77777777" w:rsidR="00ED1788" w:rsidRPr="00BE5DEA" w:rsidRDefault="00000000" w:rsidP="00BE5DEA">
      <w:pPr>
        <w:pStyle w:val="CodeBlock"/>
        <w:spacing w:line="360" w:lineRule="auto"/>
        <w:rPr>
          <w:rFonts w:cs="Arial"/>
        </w:rPr>
      </w:pPr>
      <w:r w:rsidRPr="00BE5DEA">
        <w:rPr>
          <w:rFonts w:cs="Arial"/>
          <w:sz w:val="17"/>
        </w:rPr>
        <w:t xml:space="preserve">    display: flex;</w:t>
      </w:r>
    </w:p>
    <w:p w14:paraId="3C478F33" w14:textId="77777777" w:rsidR="00ED1788" w:rsidRPr="00BE5DEA" w:rsidRDefault="00000000" w:rsidP="00BE5DEA">
      <w:pPr>
        <w:pStyle w:val="CodeBlock"/>
        <w:spacing w:line="360" w:lineRule="auto"/>
        <w:rPr>
          <w:rFonts w:cs="Arial"/>
        </w:rPr>
      </w:pPr>
      <w:r w:rsidRPr="00BE5DEA">
        <w:rPr>
          <w:rFonts w:cs="Arial"/>
          <w:sz w:val="17"/>
        </w:rPr>
        <w:t xml:space="preserve">  }</w:t>
      </w:r>
    </w:p>
    <w:p w14:paraId="204D6C33" w14:textId="77777777" w:rsidR="00ED1788" w:rsidRPr="00BE5DEA" w:rsidRDefault="00000000" w:rsidP="00BE5DEA">
      <w:pPr>
        <w:pStyle w:val="CodeBlock"/>
        <w:spacing w:line="360" w:lineRule="auto"/>
        <w:rPr>
          <w:rFonts w:cs="Arial"/>
        </w:rPr>
      </w:pPr>
      <w:r w:rsidRPr="00BE5DEA">
        <w:rPr>
          <w:rFonts w:cs="Arial"/>
          <w:sz w:val="17"/>
        </w:rPr>
        <w:t xml:space="preserve"> </w:t>
      </w:r>
    </w:p>
    <w:p w14:paraId="553C9DBE" w14:textId="77777777" w:rsidR="00ED1788" w:rsidRPr="00BE5DEA" w:rsidRDefault="00000000" w:rsidP="00BE5DEA">
      <w:pPr>
        <w:pStyle w:val="CodeBlock"/>
        <w:spacing w:line="360" w:lineRule="auto"/>
        <w:rPr>
          <w:rFonts w:cs="Arial"/>
        </w:rPr>
      </w:pPr>
      <w:r w:rsidRPr="00BE5DEA">
        <w:rPr>
          <w:rFonts w:cs="Arial"/>
          <w:sz w:val="17"/>
        </w:rPr>
        <w:t xml:space="preserve">  .navbar {</w:t>
      </w:r>
    </w:p>
    <w:p w14:paraId="117C6B3A" w14:textId="77777777" w:rsidR="00ED1788" w:rsidRPr="00BE5DEA" w:rsidRDefault="00000000" w:rsidP="00BE5DEA">
      <w:pPr>
        <w:pStyle w:val="CodeBlock"/>
        <w:spacing w:line="360" w:lineRule="auto"/>
        <w:rPr>
          <w:rFonts w:cs="Arial"/>
        </w:rPr>
      </w:pPr>
      <w:r w:rsidRPr="00BE5DEA">
        <w:rPr>
          <w:rFonts w:cs="Arial"/>
          <w:sz w:val="17"/>
        </w:rPr>
        <w:t xml:space="preserve">    flex-wrap: wrap;</w:t>
      </w:r>
    </w:p>
    <w:p w14:paraId="6D2A4471" w14:textId="77777777" w:rsidR="00ED1788" w:rsidRPr="00BE5DEA" w:rsidRDefault="00000000" w:rsidP="00BE5DEA">
      <w:pPr>
        <w:pStyle w:val="CodeBlock"/>
        <w:spacing w:line="360" w:lineRule="auto"/>
        <w:rPr>
          <w:rFonts w:cs="Arial"/>
        </w:rPr>
      </w:pPr>
      <w:r w:rsidRPr="00BE5DEA">
        <w:rPr>
          <w:rFonts w:cs="Arial"/>
          <w:sz w:val="17"/>
        </w:rPr>
        <w:t xml:space="preserve">  }</w:t>
      </w:r>
    </w:p>
    <w:p w14:paraId="0990A1FC" w14:textId="77777777" w:rsidR="00ED1788" w:rsidRPr="00BE5DEA" w:rsidRDefault="00000000" w:rsidP="00BE5DEA">
      <w:pPr>
        <w:pStyle w:val="CodeBlock"/>
        <w:spacing w:line="360" w:lineRule="auto"/>
        <w:rPr>
          <w:rFonts w:cs="Arial"/>
        </w:rPr>
      </w:pPr>
      <w:r w:rsidRPr="00BE5DEA">
        <w:rPr>
          <w:rFonts w:cs="Arial"/>
          <w:sz w:val="17"/>
        </w:rPr>
        <w:t xml:space="preserve"> </w:t>
      </w:r>
    </w:p>
    <w:p w14:paraId="0CA2E8A3" w14:textId="77777777" w:rsidR="00ED1788" w:rsidRPr="00BE5DEA" w:rsidRDefault="00000000" w:rsidP="00BE5DEA">
      <w:pPr>
        <w:pStyle w:val="CodeBlock"/>
        <w:spacing w:line="360" w:lineRule="auto"/>
        <w:rPr>
          <w:rFonts w:cs="Arial"/>
        </w:rPr>
      </w:pPr>
      <w:r w:rsidRPr="00BE5DEA">
        <w:rPr>
          <w:rFonts w:cs="Arial"/>
          <w:sz w:val="17"/>
        </w:rPr>
        <w:t xml:space="preserve">  .grid-2,</w:t>
      </w:r>
    </w:p>
    <w:p w14:paraId="60C36F82" w14:textId="77777777" w:rsidR="00ED1788" w:rsidRPr="00BE5DEA" w:rsidRDefault="00000000" w:rsidP="00BE5DEA">
      <w:pPr>
        <w:pStyle w:val="CodeBlock"/>
        <w:spacing w:line="360" w:lineRule="auto"/>
        <w:rPr>
          <w:rFonts w:cs="Arial"/>
        </w:rPr>
      </w:pPr>
      <w:r w:rsidRPr="00BE5DEA">
        <w:rPr>
          <w:rFonts w:cs="Arial"/>
          <w:sz w:val="17"/>
        </w:rPr>
        <w:t xml:space="preserve">  .cards,</w:t>
      </w:r>
    </w:p>
    <w:p w14:paraId="4499B434" w14:textId="77777777" w:rsidR="00ED1788" w:rsidRPr="00BE5DEA" w:rsidRDefault="00000000" w:rsidP="00BE5DEA">
      <w:pPr>
        <w:pStyle w:val="CodeBlock"/>
        <w:spacing w:line="360" w:lineRule="auto"/>
        <w:rPr>
          <w:rFonts w:cs="Arial"/>
        </w:rPr>
      </w:pPr>
      <w:r w:rsidRPr="00BE5DEA">
        <w:rPr>
          <w:rFonts w:cs="Arial"/>
          <w:sz w:val="17"/>
        </w:rPr>
        <w:t xml:space="preserve">  .footer-grid {</w:t>
      </w:r>
    </w:p>
    <w:p w14:paraId="57A310E5" w14:textId="77777777" w:rsidR="00ED1788" w:rsidRPr="00BE5DEA" w:rsidRDefault="00000000" w:rsidP="00BE5DEA">
      <w:pPr>
        <w:pStyle w:val="CodeBlock"/>
        <w:spacing w:line="360" w:lineRule="auto"/>
        <w:rPr>
          <w:rFonts w:cs="Arial"/>
        </w:rPr>
      </w:pPr>
      <w:r w:rsidRPr="00BE5DEA">
        <w:rPr>
          <w:rFonts w:cs="Arial"/>
          <w:sz w:val="17"/>
        </w:rPr>
        <w:t xml:space="preserve">    grid-template-columns: 1fr;</w:t>
      </w:r>
    </w:p>
    <w:p w14:paraId="25CC1183" w14:textId="77777777" w:rsidR="00ED1788" w:rsidRPr="00BE5DEA" w:rsidRDefault="00000000" w:rsidP="00BE5DEA">
      <w:pPr>
        <w:pStyle w:val="CodeBlock"/>
        <w:spacing w:line="360" w:lineRule="auto"/>
        <w:rPr>
          <w:rFonts w:cs="Arial"/>
        </w:rPr>
      </w:pPr>
      <w:r w:rsidRPr="00BE5DEA">
        <w:rPr>
          <w:rFonts w:cs="Arial"/>
          <w:sz w:val="17"/>
        </w:rPr>
        <w:t xml:space="preserve">  }</w:t>
      </w:r>
    </w:p>
    <w:p w14:paraId="20C88CC8" w14:textId="77777777" w:rsidR="00ED1788" w:rsidRPr="00BE5DEA" w:rsidRDefault="00000000" w:rsidP="00BE5DEA">
      <w:pPr>
        <w:pStyle w:val="CodeBlock"/>
        <w:spacing w:line="360" w:lineRule="auto"/>
        <w:rPr>
          <w:rFonts w:cs="Arial"/>
        </w:rPr>
      </w:pPr>
      <w:r w:rsidRPr="00BE5DEA">
        <w:rPr>
          <w:rFonts w:cs="Arial"/>
          <w:sz w:val="17"/>
        </w:rPr>
        <w:t xml:space="preserve"> </w:t>
      </w:r>
    </w:p>
    <w:p w14:paraId="48CDA55B" w14:textId="77777777" w:rsidR="00ED1788" w:rsidRPr="00BE5DEA" w:rsidRDefault="00000000" w:rsidP="00BE5DEA">
      <w:pPr>
        <w:pStyle w:val="CodeBlock"/>
        <w:spacing w:line="360" w:lineRule="auto"/>
        <w:rPr>
          <w:rFonts w:cs="Arial"/>
        </w:rPr>
      </w:pPr>
      <w:r w:rsidRPr="00BE5DEA">
        <w:rPr>
          <w:rFonts w:cs="Arial"/>
          <w:sz w:val="17"/>
        </w:rPr>
        <w:t xml:space="preserve">  .hero-content {</w:t>
      </w:r>
    </w:p>
    <w:p w14:paraId="144D5F97" w14:textId="77777777" w:rsidR="00ED1788" w:rsidRPr="00BE5DEA" w:rsidRDefault="00000000" w:rsidP="00BE5DEA">
      <w:pPr>
        <w:pStyle w:val="CodeBlock"/>
        <w:spacing w:line="360" w:lineRule="auto"/>
        <w:rPr>
          <w:rFonts w:cs="Arial"/>
        </w:rPr>
      </w:pPr>
      <w:r w:rsidRPr="00BE5DEA">
        <w:rPr>
          <w:rFonts w:cs="Arial"/>
          <w:sz w:val="17"/>
        </w:rPr>
        <w:t xml:space="preserve">    padding: 72px 0;</w:t>
      </w:r>
    </w:p>
    <w:p w14:paraId="7758DAED" w14:textId="77777777" w:rsidR="00ED1788" w:rsidRPr="00BE5DEA" w:rsidRDefault="00000000" w:rsidP="00BE5DEA">
      <w:pPr>
        <w:pStyle w:val="CodeBlock"/>
        <w:spacing w:line="360" w:lineRule="auto"/>
        <w:rPr>
          <w:rFonts w:cs="Arial"/>
        </w:rPr>
      </w:pPr>
      <w:r w:rsidRPr="00BE5DEA">
        <w:rPr>
          <w:rFonts w:cs="Arial"/>
          <w:sz w:val="17"/>
        </w:rPr>
        <w:t xml:space="preserve">  }</w:t>
      </w:r>
    </w:p>
    <w:p w14:paraId="26D3A358" w14:textId="77777777" w:rsidR="00ED1788" w:rsidRPr="00BE5DEA" w:rsidRDefault="00000000" w:rsidP="00BE5DEA">
      <w:pPr>
        <w:pStyle w:val="CodeBlock"/>
        <w:spacing w:line="360" w:lineRule="auto"/>
        <w:rPr>
          <w:rFonts w:cs="Arial"/>
        </w:rPr>
      </w:pPr>
      <w:r w:rsidRPr="00BE5DEA">
        <w:rPr>
          <w:rFonts w:cs="Arial"/>
          <w:sz w:val="17"/>
        </w:rPr>
        <w:t>}</w:t>
      </w:r>
    </w:p>
    <w:p w14:paraId="202E3A84" w14:textId="77777777" w:rsidR="00ED1788" w:rsidRPr="00BE5DEA" w:rsidRDefault="00000000" w:rsidP="00BE5DEA">
      <w:pPr>
        <w:pStyle w:val="CodeBlock"/>
        <w:spacing w:line="360" w:lineRule="auto"/>
        <w:rPr>
          <w:rFonts w:cs="Arial"/>
        </w:rPr>
      </w:pPr>
      <w:r w:rsidRPr="00BE5DEA">
        <w:rPr>
          <w:rFonts w:cs="Arial"/>
          <w:sz w:val="17"/>
        </w:rPr>
        <w:t xml:space="preserve"> </w:t>
      </w:r>
    </w:p>
    <w:p w14:paraId="2887A1BC" w14:textId="77777777" w:rsidR="00ED1788" w:rsidRPr="00BE5DEA" w:rsidRDefault="00000000" w:rsidP="00BE5DEA">
      <w:pPr>
        <w:pStyle w:val="Heading1"/>
        <w:rPr>
          <w:rFonts w:ascii="Arial" w:hAnsi="Arial" w:cs="Arial"/>
        </w:rPr>
      </w:pPr>
      <w:bookmarkStart w:id="22" w:name="_Toc226023212"/>
      <w:r w:rsidRPr="00BE5DEA">
        <w:rPr>
          <w:rFonts w:ascii="Arial" w:eastAsia="Arial" w:hAnsi="Arial" w:cs="Arial"/>
          <w:sz w:val="22"/>
        </w:rPr>
        <w:t>Appendix F. script.js</w:t>
      </w:r>
      <w:bookmarkEnd w:id="22"/>
    </w:p>
    <w:p w14:paraId="76548395" w14:textId="77777777" w:rsidR="00ED1788" w:rsidRPr="00BE5DEA" w:rsidRDefault="00000000" w:rsidP="00BE5DEA">
      <w:pPr>
        <w:pStyle w:val="CodeBlock"/>
        <w:spacing w:line="360" w:lineRule="auto"/>
        <w:rPr>
          <w:rFonts w:cs="Arial"/>
        </w:rPr>
      </w:pPr>
      <w:r w:rsidRPr="00BE5DEA">
        <w:rPr>
          <w:rFonts w:cs="Arial"/>
          <w:sz w:val="17"/>
        </w:rPr>
        <w:t>document.addEventListener('DOMContentLoaded', function () {</w:t>
      </w:r>
    </w:p>
    <w:p w14:paraId="2348E69D" w14:textId="77777777" w:rsidR="00ED1788" w:rsidRPr="00BE5DEA" w:rsidRDefault="00000000" w:rsidP="00BE5DEA">
      <w:pPr>
        <w:pStyle w:val="CodeBlock"/>
        <w:spacing w:line="360" w:lineRule="auto"/>
        <w:rPr>
          <w:rFonts w:cs="Arial"/>
        </w:rPr>
      </w:pPr>
      <w:r w:rsidRPr="00BE5DEA">
        <w:rPr>
          <w:rFonts w:cs="Arial"/>
          <w:sz w:val="17"/>
        </w:rPr>
        <w:t xml:space="preserve">  var toggle = document.querySelector('.menu-toggle');</w:t>
      </w:r>
    </w:p>
    <w:p w14:paraId="3EC3D5B3" w14:textId="77777777" w:rsidR="00ED1788" w:rsidRPr="00BE5DEA" w:rsidRDefault="00000000" w:rsidP="00BE5DEA">
      <w:pPr>
        <w:pStyle w:val="CodeBlock"/>
        <w:spacing w:line="360" w:lineRule="auto"/>
        <w:rPr>
          <w:rFonts w:cs="Arial"/>
        </w:rPr>
      </w:pPr>
      <w:r w:rsidRPr="00BE5DEA">
        <w:rPr>
          <w:rFonts w:cs="Arial"/>
          <w:sz w:val="17"/>
        </w:rPr>
        <w:t xml:space="preserve">  var nav = document.querySelector('.nav-links');</w:t>
      </w:r>
    </w:p>
    <w:p w14:paraId="79EA047F" w14:textId="77777777" w:rsidR="00ED1788" w:rsidRPr="00BE5DEA" w:rsidRDefault="00000000" w:rsidP="00BE5DEA">
      <w:pPr>
        <w:pStyle w:val="CodeBlock"/>
        <w:spacing w:line="360" w:lineRule="auto"/>
        <w:rPr>
          <w:rFonts w:cs="Arial"/>
        </w:rPr>
      </w:pPr>
      <w:r w:rsidRPr="00BE5DEA">
        <w:rPr>
          <w:rFonts w:cs="Arial"/>
          <w:sz w:val="17"/>
        </w:rPr>
        <w:t xml:space="preserve">  if (toggle &amp;&amp; nav) {</w:t>
      </w:r>
    </w:p>
    <w:p w14:paraId="21BB7F7D" w14:textId="77777777" w:rsidR="00ED1788" w:rsidRPr="00BE5DEA" w:rsidRDefault="00000000" w:rsidP="00BE5DEA">
      <w:pPr>
        <w:pStyle w:val="CodeBlock"/>
        <w:spacing w:line="360" w:lineRule="auto"/>
        <w:rPr>
          <w:rFonts w:cs="Arial"/>
        </w:rPr>
      </w:pPr>
      <w:r w:rsidRPr="00BE5DEA">
        <w:rPr>
          <w:rFonts w:cs="Arial"/>
          <w:sz w:val="17"/>
        </w:rPr>
        <w:t xml:space="preserve">    toggle.addEventListener('click', function () {</w:t>
      </w:r>
    </w:p>
    <w:p w14:paraId="3116A1EC" w14:textId="77777777" w:rsidR="00ED1788" w:rsidRPr="00BE5DEA" w:rsidRDefault="00000000" w:rsidP="00BE5DEA">
      <w:pPr>
        <w:pStyle w:val="CodeBlock"/>
        <w:spacing w:line="360" w:lineRule="auto"/>
        <w:rPr>
          <w:rFonts w:cs="Arial"/>
        </w:rPr>
      </w:pPr>
      <w:r w:rsidRPr="00BE5DEA">
        <w:rPr>
          <w:rFonts w:cs="Arial"/>
          <w:sz w:val="17"/>
        </w:rPr>
        <w:t xml:space="preserve">      nav.classList.toggle('show');</w:t>
      </w:r>
    </w:p>
    <w:p w14:paraId="4C4EA776" w14:textId="77777777" w:rsidR="00ED1788" w:rsidRPr="00BE5DEA" w:rsidRDefault="00000000" w:rsidP="00BE5DEA">
      <w:pPr>
        <w:pStyle w:val="CodeBlock"/>
        <w:spacing w:line="360" w:lineRule="auto"/>
        <w:rPr>
          <w:rFonts w:cs="Arial"/>
        </w:rPr>
      </w:pPr>
      <w:r w:rsidRPr="00BE5DEA">
        <w:rPr>
          <w:rFonts w:cs="Arial"/>
          <w:sz w:val="17"/>
        </w:rPr>
        <w:t xml:space="preserve">      var expanded = toggle.getAttribute('aria-expanded') === 'true';</w:t>
      </w:r>
    </w:p>
    <w:p w14:paraId="007B33B6" w14:textId="77777777" w:rsidR="00ED1788" w:rsidRPr="00BE5DEA" w:rsidRDefault="00000000" w:rsidP="00BE5DEA">
      <w:pPr>
        <w:pStyle w:val="CodeBlock"/>
        <w:spacing w:line="360" w:lineRule="auto"/>
        <w:rPr>
          <w:rFonts w:cs="Arial"/>
        </w:rPr>
      </w:pPr>
      <w:r w:rsidRPr="00BE5DEA">
        <w:rPr>
          <w:rFonts w:cs="Arial"/>
          <w:sz w:val="17"/>
        </w:rPr>
        <w:t xml:space="preserve">      toggle.setAttribute('aria-expanded', String(!expanded));</w:t>
      </w:r>
    </w:p>
    <w:p w14:paraId="117B786E" w14:textId="77777777" w:rsidR="00ED1788" w:rsidRPr="00BE5DEA" w:rsidRDefault="00000000" w:rsidP="00BE5DEA">
      <w:pPr>
        <w:pStyle w:val="CodeBlock"/>
        <w:spacing w:line="360" w:lineRule="auto"/>
        <w:rPr>
          <w:rFonts w:cs="Arial"/>
        </w:rPr>
      </w:pPr>
      <w:r w:rsidRPr="00BE5DEA">
        <w:rPr>
          <w:rFonts w:cs="Arial"/>
          <w:sz w:val="17"/>
        </w:rPr>
        <w:t xml:space="preserve">    });</w:t>
      </w:r>
    </w:p>
    <w:p w14:paraId="48C7C6FD" w14:textId="77777777" w:rsidR="00ED1788" w:rsidRPr="00BE5DEA" w:rsidRDefault="00000000" w:rsidP="00BE5DEA">
      <w:pPr>
        <w:pStyle w:val="CodeBlock"/>
        <w:spacing w:line="360" w:lineRule="auto"/>
        <w:rPr>
          <w:rFonts w:cs="Arial"/>
        </w:rPr>
      </w:pPr>
      <w:r w:rsidRPr="00BE5DEA">
        <w:rPr>
          <w:rFonts w:cs="Arial"/>
          <w:sz w:val="17"/>
        </w:rPr>
        <w:t xml:space="preserve">  }</w:t>
      </w:r>
    </w:p>
    <w:p w14:paraId="3329B1A3" w14:textId="77777777" w:rsidR="00ED1788" w:rsidRPr="00BE5DEA" w:rsidRDefault="00000000" w:rsidP="00BE5DEA">
      <w:pPr>
        <w:pStyle w:val="CodeBlock"/>
        <w:spacing w:line="360" w:lineRule="auto"/>
        <w:rPr>
          <w:rFonts w:cs="Arial"/>
        </w:rPr>
      </w:pPr>
      <w:r w:rsidRPr="00BE5DEA">
        <w:rPr>
          <w:rFonts w:cs="Arial"/>
          <w:sz w:val="17"/>
        </w:rPr>
        <w:t xml:space="preserve">  var year = document.getElementById('year');</w:t>
      </w:r>
    </w:p>
    <w:p w14:paraId="61909494" w14:textId="77777777" w:rsidR="00ED1788" w:rsidRPr="00BE5DEA" w:rsidRDefault="00000000" w:rsidP="00BE5DEA">
      <w:pPr>
        <w:pStyle w:val="CodeBlock"/>
        <w:spacing w:line="360" w:lineRule="auto"/>
        <w:rPr>
          <w:rFonts w:cs="Arial"/>
        </w:rPr>
      </w:pPr>
      <w:r w:rsidRPr="00BE5DEA">
        <w:rPr>
          <w:rFonts w:cs="Arial"/>
          <w:sz w:val="17"/>
        </w:rPr>
        <w:t xml:space="preserve">  if (year) {</w:t>
      </w:r>
    </w:p>
    <w:p w14:paraId="02A0CDDB" w14:textId="77777777" w:rsidR="00ED1788" w:rsidRPr="00BE5DEA" w:rsidRDefault="00000000" w:rsidP="00BE5DEA">
      <w:pPr>
        <w:pStyle w:val="CodeBlock"/>
        <w:spacing w:line="360" w:lineRule="auto"/>
        <w:rPr>
          <w:rFonts w:cs="Arial"/>
        </w:rPr>
      </w:pPr>
      <w:r w:rsidRPr="00BE5DEA">
        <w:rPr>
          <w:rFonts w:cs="Arial"/>
          <w:sz w:val="17"/>
        </w:rPr>
        <w:t xml:space="preserve">    year.textContent = new Date().getFullYear();</w:t>
      </w:r>
    </w:p>
    <w:p w14:paraId="6E060719" w14:textId="77777777" w:rsidR="00ED1788" w:rsidRPr="00BE5DEA" w:rsidRDefault="00000000" w:rsidP="00BE5DEA">
      <w:pPr>
        <w:pStyle w:val="CodeBlock"/>
        <w:spacing w:line="360" w:lineRule="auto"/>
        <w:rPr>
          <w:rFonts w:cs="Arial"/>
        </w:rPr>
      </w:pPr>
      <w:r w:rsidRPr="00BE5DEA">
        <w:rPr>
          <w:rFonts w:cs="Arial"/>
          <w:sz w:val="17"/>
        </w:rPr>
        <w:t xml:space="preserve">  }</w:t>
      </w:r>
    </w:p>
    <w:p w14:paraId="784B414B" w14:textId="77777777" w:rsidR="00ED1788" w:rsidRPr="00BE5DEA" w:rsidRDefault="00000000" w:rsidP="00BE5DEA">
      <w:pPr>
        <w:pStyle w:val="CodeBlock"/>
        <w:spacing w:line="360" w:lineRule="auto"/>
        <w:rPr>
          <w:rFonts w:cs="Arial"/>
        </w:rPr>
      </w:pPr>
      <w:r w:rsidRPr="00BE5DEA">
        <w:rPr>
          <w:rFonts w:cs="Arial"/>
          <w:sz w:val="17"/>
        </w:rPr>
        <w:t>});</w:t>
      </w:r>
    </w:p>
    <w:p w14:paraId="7A14CAB6" w14:textId="77777777" w:rsidR="00ED1788" w:rsidRPr="00BE5DEA" w:rsidRDefault="00000000" w:rsidP="00BE5DEA">
      <w:pPr>
        <w:pStyle w:val="CodeBlock"/>
        <w:spacing w:line="360" w:lineRule="auto"/>
        <w:rPr>
          <w:rFonts w:cs="Arial"/>
        </w:rPr>
      </w:pPr>
      <w:r w:rsidRPr="00BE5DEA">
        <w:rPr>
          <w:rFonts w:cs="Arial"/>
          <w:sz w:val="17"/>
        </w:rPr>
        <w:t xml:space="preserve"> </w:t>
      </w:r>
    </w:p>
    <w:sectPr w:rsidR="00ED1788" w:rsidRPr="00BE5DEA"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45518386">
    <w:abstractNumId w:val="8"/>
  </w:num>
  <w:num w:numId="2" w16cid:durableId="2040158707">
    <w:abstractNumId w:val="6"/>
  </w:num>
  <w:num w:numId="3" w16cid:durableId="1808234270">
    <w:abstractNumId w:val="5"/>
  </w:num>
  <w:num w:numId="4" w16cid:durableId="1740051918">
    <w:abstractNumId w:val="4"/>
  </w:num>
  <w:num w:numId="5" w16cid:durableId="1408305707">
    <w:abstractNumId w:val="7"/>
  </w:num>
  <w:num w:numId="6" w16cid:durableId="103304271">
    <w:abstractNumId w:val="3"/>
  </w:num>
  <w:num w:numId="7" w16cid:durableId="1354652543">
    <w:abstractNumId w:val="2"/>
  </w:num>
  <w:num w:numId="8" w16cid:durableId="799877561">
    <w:abstractNumId w:val="1"/>
  </w:num>
  <w:num w:numId="9" w16cid:durableId="2141917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8C529A"/>
    <w:rsid w:val="00A02F88"/>
    <w:rsid w:val="00AA1D8D"/>
    <w:rsid w:val="00B47730"/>
    <w:rsid w:val="00BE5DEA"/>
    <w:rsid w:val="00C10698"/>
    <w:rsid w:val="00CB0664"/>
    <w:rsid w:val="00CE355A"/>
    <w:rsid w:val="00D4556C"/>
    <w:rsid w:val="00DA7E85"/>
    <w:rsid w:val="00ED178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0E7575"/>
  <w14:defaultImageDpi w14:val="300"/>
  <w15:docId w15:val="{CCA77AF8-A97D-4FB3-A816-0FFE74FD5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120" w:after="120" w:line="360" w:lineRule="auto"/>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120" w:after="120" w:line="360"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120" w:after="120" w:line="360"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deBlock">
    <w:name w:val="CodeBlock"/>
    <w:pPr>
      <w:spacing w:after="0" w:line="240" w:lineRule="auto"/>
      <w:ind w:left="227"/>
    </w:pPr>
    <w:rPr>
      <w:rFonts w:ascii="Arial" w:eastAsia="Arial" w:hAnsi="Arial"/>
      <w:sz w:val="18"/>
    </w:rPr>
  </w:style>
  <w:style w:type="paragraph" w:styleId="TOC1">
    <w:name w:val="toc 1"/>
    <w:basedOn w:val="Normal"/>
    <w:next w:val="Normal"/>
    <w:autoRedefine/>
    <w:uiPriority w:val="39"/>
    <w:unhideWhenUsed/>
    <w:rsid w:val="00BE5DEA"/>
    <w:pPr>
      <w:spacing w:after="100"/>
    </w:pPr>
  </w:style>
  <w:style w:type="paragraph" w:styleId="TOC2">
    <w:name w:val="toc 2"/>
    <w:basedOn w:val="Normal"/>
    <w:next w:val="Normal"/>
    <w:autoRedefine/>
    <w:uiPriority w:val="39"/>
    <w:unhideWhenUsed/>
    <w:rsid w:val="00BE5DEA"/>
    <w:pPr>
      <w:spacing w:after="100"/>
      <w:ind w:left="220"/>
    </w:pPr>
  </w:style>
  <w:style w:type="paragraph" w:styleId="TOC3">
    <w:name w:val="toc 3"/>
    <w:basedOn w:val="Normal"/>
    <w:next w:val="Normal"/>
    <w:autoRedefine/>
    <w:uiPriority w:val="39"/>
    <w:unhideWhenUsed/>
    <w:rsid w:val="00BE5DEA"/>
    <w:pPr>
      <w:spacing w:after="100"/>
      <w:ind w:left="440"/>
    </w:pPr>
  </w:style>
  <w:style w:type="character" w:styleId="Hyperlink">
    <w:name w:val="Hyperlink"/>
    <w:basedOn w:val="DefaultParagraphFont"/>
    <w:uiPriority w:val="99"/>
    <w:unhideWhenUsed/>
    <w:rsid w:val="00BE5D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38</Pages>
  <Words>7615</Words>
  <Characters>43407</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50921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ahmad.dox</dc:creator>
  <cp:keywords/>
  <dc:description>generated by python-docx</dc:description>
  <cp:lastModifiedBy>Ahmad Omar Kassabi (2419776)</cp:lastModifiedBy>
  <cp:revision>4</cp:revision>
  <dcterms:created xsi:type="dcterms:W3CDTF">2026-04-02T11:04:00Z</dcterms:created>
  <dcterms:modified xsi:type="dcterms:W3CDTF">2026-04-02T11:11:00Z</dcterms:modified>
  <cp:category/>
</cp:coreProperties>
</file>