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Jeremy Ampomah – Job Application (Dreams Ltd Delivery Driver)</w:t>
      </w:r>
    </w:p>
    <w:p>
      <w:pPr>
        <w:pStyle w:val="Heading1"/>
      </w:pPr>
      <w:r>
        <w:t>Cover Letter</w:t>
      </w:r>
    </w:p>
    <w:p>
      <w:r>
        <w:t>Dear Hiring Manager,</w:t>
        <w:br/>
        <w:br/>
        <w:t>I am writing to apply for the Delivery Driver position at Dreams Ltd in Swanley. With over 15 years of experience in delivery driving, logistics, and customer service, I am confident in my ability to contribute positively to your delivery team and represent the Dreams brand to a high standard.</w:t>
        <w:br/>
        <w:br/>
        <w:t>In my current role as a Cleaning Delivery Courier with PHS, I deliver goods to a wide range of customers, ensuring every delivery is completed safely, efficiently, and on time. I consistently provide a high level of customer service and take pride in maintaining a professional and friendly approach during every interaction. Previously, I have worked in fast-paced courier roles where I managed multi-drop deliveries across London, met tight deadlines, and maintained strong customer satisfaction ratings.</w:t>
        <w:br/>
        <w:br/>
        <w:t>I hold a full UK driving licence with a clean record and have extensive experience driving 3.5-tonne vehicles. I am comfortable with the physical demands of the role, including lifting and delivering heavy items, and I am confident in assembling furniture in customers’ homes. I take pride in going the extra mile to ensure customers are satisfied and feel valued.</w:t>
        <w:br/>
        <w:br/>
        <w:t>What particularly appeals to me about Dreams is your strong focus on customer experience and teamwork. I am enthusiastic about the opportunity to join a company known for quality service and to contribute to delivering a positive experience for every customer.</w:t>
        <w:br/>
        <w:br/>
        <w:t>I would welcome the opportunity to discuss my application further and demonstrate how my skills and experience align with your needs.</w:t>
        <w:br/>
        <w:br/>
        <w:t>Thank you for your time and consideration.</w:t>
        <w:br/>
        <w:br/>
        <w:t>Yours faithfully,</w:t>
        <w:br/>
        <w:t>Jeremy Ampomah</w:t>
        <w:br/>
      </w:r>
    </w:p>
    <w:p>
      <w:pPr>
        <w:pStyle w:val="Heading1"/>
      </w:pPr>
      <w:r>
        <w:t>Curriculum Vitae</w:t>
      </w:r>
    </w:p>
    <w:p>
      <w:r>
        <w:t>Jeremy Ampomah</w:t>
        <w:br/>
        <w:t>Lidgate Road, London, SE15 6DW</w:t>
        <w:br/>
        <w:t>07379 624085 | jampomah365@outlook.com</w:t>
        <w:br/>
        <w:br/>
        <w:t>Professional Summary</w:t>
        <w:br/>
        <w:t>Experienced and dependable delivery driver with over 15 years of experience in logistics, customer service, and business operations. Proven track record of meeting tight delivery deadlines, optimising routes, and maintaining high levels of customer satisfaction.</w:t>
        <w:br/>
        <w:br/>
        <w:t>Key Skills</w:t>
        <w:br/>
        <w:t>- Delivery Driving &amp; Multi-Drop Operations</w:t>
        <w:br/>
        <w:t>- Route Planning &amp; Time Management</w:t>
        <w:br/>
        <w:t>- Customer Service &amp; Client Relations</w:t>
        <w:br/>
        <w:t>- Health &amp; Safety Compliance</w:t>
        <w:br/>
        <w:t>- Problem Solving &amp; Communication</w:t>
        <w:br/>
        <w:br/>
        <w:t>Work Experience</w:t>
        <w:br/>
        <w:br/>
        <w:t>PHS – Cleaning Delivery Courier (2024 – Present)</w:t>
        <w:br/>
        <w:t>- Deliver goods efficiently and safely</w:t>
        <w:br/>
        <w:t>- Maintain high customer satisfaction</w:t>
        <w:br/>
        <w:t>- Support operational improvements</w:t>
        <w:br/>
        <w:br/>
        <w:t>Crawford Courier – Courier Driver (2022 – 2023)</w:t>
        <w:br/>
        <w:t>- High-volume multi-drop deliveries</w:t>
        <w:br/>
        <w:t>- Reduced delivery times by 10%</w:t>
        <w:br/>
        <w:t>- Maintained 95% customer satisfaction</w:t>
        <w:br/>
        <w:br/>
        <w:t>E Courier – Delivery Driver (2018 – 2022)</w:t>
        <w:br/>
        <w:t>- Managed London delivery routes</w:t>
        <w:br/>
        <w:t>- Improved efficiency by 12%</w:t>
        <w:br/>
        <w:t>- Handled customer queries professionally</w:t>
        <w:br/>
        <w:br/>
        <w:t>Self-Employed – Cleaning Company Owner (2010 – 2018)</w:t>
        <w:br/>
        <w:t>- Managed operations, staff, and finances</w:t>
        <w:br/>
        <w:t>- Grew business by 20% annually</w:t>
        <w:br/>
        <w:br/>
        <w:t>T-Mobile – Customer Service Representative (2007 – 2010)</w:t>
        <w:br/>
        <w:t>- Handled 50+ daily customer enquiries</w:t>
        <w:br/>
        <w:t>- Improved customer retention by 15%</w:t>
        <w:br/>
        <w:br/>
        <w:t>Education</w:t>
        <w:br/>
        <w:t>Kingston College – BTEC National Diploma (Distinction)</w:t>
        <w:br/>
        <w:t>Sacred Heart RC School – 5 GCSEs (A–C)</w:t>
        <w:br/>
        <w:br/>
        <w:t>Additional Information</w:t>
        <w:br/>
        <w:t>Full UK Driving Licence</w:t>
        <w:br/>
      </w:r>
    </w:p>
    <w:p>
      <w:pPr>
        <w:pStyle w:val="Heading1"/>
      </w:pPr>
      <w:r>
        <w:t>Job Description – Dreams Ltd Delivery Driver</w:t>
      </w:r>
    </w:p>
    <w:p>
      <w:r>
        <w:t>Delivery Driver – Dreams Ltd (Swanley, Kent)</w:t>
        <w:br/>
        <w:br/>
        <w:t>- £15.14 per hour + bonus</w:t>
        <w:br/>
        <w:t>- 3.5T vehicle driving with assistant</w:t>
        <w:br/>
        <w:t>- Heavy lifting and furniture assembly</w:t>
        <w:br/>
        <w:t>- Strong customer service focus</w:t>
        <w:br/>
        <w:t>- 38.75 hours/week including Saturdays</w:t>
        <w:br/>
        <w:t>- Full UK licence required (max 6 points)</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