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15A2B" w14:textId="7FE9808E" w:rsidR="00901F48" w:rsidRDefault="00901F48">
      <w:pPr>
        <w:pStyle w:val="Heading1"/>
        <w:rPr>
          <w:lang w:val="pt-PT"/>
        </w:rPr>
      </w:pPr>
      <w:r>
        <w:rPr>
          <w:noProof/>
        </w:rPr>
        <w:drawing>
          <wp:inline distT="0" distB="0" distL="0" distR="0" wp14:anchorId="02BDD3BA" wp14:editId="7BDA472D">
            <wp:extent cx="2571750" cy="1409700"/>
            <wp:effectExtent l="0" t="0" r="0" b="0"/>
            <wp:docPr id="1414311332" name="Picture 1" descr="university-of-wales-trinity-saint-david-logo-vector | ESR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-of-wales-trinity-saint-david-logo-vector | ESRC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2E2A5" w14:textId="77777777" w:rsidR="00901F48" w:rsidRDefault="00901F48" w:rsidP="00901F48">
      <w:pPr>
        <w:rPr>
          <w:lang w:val="pt-PT"/>
        </w:rPr>
      </w:pPr>
    </w:p>
    <w:p w14:paraId="0AA31BA1" w14:textId="77777777" w:rsidR="00901F48" w:rsidRDefault="00901F48" w:rsidP="00901F48">
      <w:pPr>
        <w:rPr>
          <w:lang w:val="pt-PT"/>
        </w:rPr>
      </w:pPr>
    </w:p>
    <w:p w14:paraId="58F20EC1" w14:textId="77777777" w:rsidR="00901F48" w:rsidRDefault="00901F48" w:rsidP="00901F48">
      <w:pPr>
        <w:rPr>
          <w:lang w:val="pt-PT"/>
        </w:rPr>
      </w:pPr>
    </w:p>
    <w:p w14:paraId="2B96F371" w14:textId="77777777" w:rsidR="00901F48" w:rsidRDefault="00901F48" w:rsidP="00901F48">
      <w:pPr>
        <w:rPr>
          <w:lang w:val="pt-PT"/>
        </w:rPr>
      </w:pPr>
    </w:p>
    <w:p w14:paraId="3A074CB1" w14:textId="25D89E7C" w:rsidR="00901F48" w:rsidRDefault="00901F48" w:rsidP="00901F48">
      <w:pPr>
        <w:rPr>
          <w:lang w:val="en-GB"/>
        </w:rPr>
      </w:pPr>
      <w:r w:rsidRPr="00901F48">
        <w:rPr>
          <w:b/>
          <w:bCs/>
          <w:lang w:val="en-GB"/>
        </w:rPr>
        <w:t>Module</w:t>
      </w:r>
      <w:r w:rsidRPr="00901F48">
        <w:rPr>
          <w:lang w:val="en-GB"/>
        </w:rPr>
        <w:t>: LCLM4005 Employability and C</w:t>
      </w:r>
      <w:r>
        <w:rPr>
          <w:lang w:val="en-GB"/>
        </w:rPr>
        <w:t xml:space="preserve">areer development </w:t>
      </w:r>
    </w:p>
    <w:p w14:paraId="01500050" w14:textId="4A8B7DC1" w:rsidR="00901F48" w:rsidRDefault="00901F48" w:rsidP="00901F48">
      <w:pPr>
        <w:rPr>
          <w:lang w:val="en-GB"/>
        </w:rPr>
      </w:pPr>
      <w:r w:rsidRPr="00901F48">
        <w:rPr>
          <w:b/>
          <w:bCs/>
          <w:lang w:val="en-GB"/>
        </w:rPr>
        <w:t>Lecturer</w:t>
      </w:r>
      <w:r>
        <w:rPr>
          <w:lang w:val="en-GB"/>
        </w:rPr>
        <w:t>: Dr Lizeta Demetriou</w:t>
      </w:r>
    </w:p>
    <w:p w14:paraId="21130EE7" w14:textId="77777777" w:rsidR="00901F48" w:rsidRPr="00901F48" w:rsidRDefault="00901F48" w:rsidP="00901F48">
      <w:pPr>
        <w:rPr>
          <w:lang w:val="en-GB"/>
        </w:rPr>
      </w:pPr>
    </w:p>
    <w:p w14:paraId="567BB95F" w14:textId="77777777" w:rsidR="00901F48" w:rsidRPr="00901F48" w:rsidRDefault="00901F48">
      <w:pPr>
        <w:pStyle w:val="Heading1"/>
        <w:rPr>
          <w:lang w:val="en-GB"/>
        </w:rPr>
      </w:pPr>
    </w:p>
    <w:p w14:paraId="172C2ECA" w14:textId="77777777" w:rsidR="00901F48" w:rsidRPr="00901F48" w:rsidRDefault="00901F48" w:rsidP="00901F48">
      <w:pPr>
        <w:rPr>
          <w:lang w:val="en-GB"/>
        </w:rPr>
      </w:pPr>
    </w:p>
    <w:p w14:paraId="002B3277" w14:textId="77777777" w:rsidR="00901F48" w:rsidRPr="00901F48" w:rsidRDefault="00901F48" w:rsidP="00901F48">
      <w:pPr>
        <w:rPr>
          <w:lang w:val="en-GB"/>
        </w:rPr>
      </w:pPr>
    </w:p>
    <w:p w14:paraId="4E60DCAA" w14:textId="77777777" w:rsidR="00901F48" w:rsidRPr="00901F48" w:rsidRDefault="00901F48" w:rsidP="00901F48">
      <w:pPr>
        <w:rPr>
          <w:lang w:val="en-GB"/>
        </w:rPr>
      </w:pPr>
    </w:p>
    <w:p w14:paraId="58AECC3E" w14:textId="77777777" w:rsidR="00901F48" w:rsidRPr="00901F48" w:rsidRDefault="00901F48" w:rsidP="00901F48">
      <w:pPr>
        <w:rPr>
          <w:lang w:val="en-GB"/>
        </w:rPr>
      </w:pPr>
    </w:p>
    <w:p w14:paraId="2134D4F9" w14:textId="77777777" w:rsidR="00901F48" w:rsidRPr="00901F48" w:rsidRDefault="00901F48" w:rsidP="00901F48">
      <w:pPr>
        <w:rPr>
          <w:lang w:val="en-GB"/>
        </w:rPr>
      </w:pPr>
    </w:p>
    <w:p w14:paraId="27FFEB2C" w14:textId="77777777" w:rsidR="00901F48" w:rsidRPr="00901F48" w:rsidRDefault="00901F48" w:rsidP="00901F48">
      <w:pPr>
        <w:rPr>
          <w:lang w:val="en-GB"/>
        </w:rPr>
      </w:pPr>
    </w:p>
    <w:p w14:paraId="7C01D5EB" w14:textId="77777777" w:rsidR="00901F48" w:rsidRPr="00901F48" w:rsidRDefault="00901F48" w:rsidP="00901F48">
      <w:pPr>
        <w:rPr>
          <w:lang w:val="en-GB"/>
        </w:rPr>
      </w:pPr>
    </w:p>
    <w:p w14:paraId="45098204" w14:textId="77777777" w:rsidR="00901F48" w:rsidRPr="00901F48" w:rsidRDefault="00901F48" w:rsidP="00901F48">
      <w:pPr>
        <w:rPr>
          <w:lang w:val="en-GB"/>
        </w:rPr>
      </w:pPr>
    </w:p>
    <w:p w14:paraId="25D9E3C8" w14:textId="77777777" w:rsidR="00901F48" w:rsidRPr="00901F48" w:rsidRDefault="00901F48" w:rsidP="00901F48">
      <w:pPr>
        <w:rPr>
          <w:lang w:val="en-GB"/>
        </w:rPr>
      </w:pPr>
    </w:p>
    <w:p w14:paraId="43EF3C8E" w14:textId="77777777" w:rsidR="00901F48" w:rsidRPr="00901F48" w:rsidRDefault="00901F48" w:rsidP="00901F48">
      <w:pPr>
        <w:rPr>
          <w:lang w:val="en-GB"/>
        </w:rPr>
      </w:pPr>
    </w:p>
    <w:p w14:paraId="3FCAD472" w14:textId="77777777" w:rsidR="00901F48" w:rsidRPr="00901F48" w:rsidRDefault="00901F48" w:rsidP="00901F48">
      <w:pPr>
        <w:rPr>
          <w:lang w:val="en-GB"/>
        </w:rPr>
      </w:pPr>
    </w:p>
    <w:p w14:paraId="65BF2718" w14:textId="77777777" w:rsidR="00901F48" w:rsidRPr="00901F48" w:rsidRDefault="00901F48" w:rsidP="00901F48">
      <w:pPr>
        <w:rPr>
          <w:lang w:val="en-GB"/>
        </w:rPr>
      </w:pPr>
    </w:p>
    <w:p w14:paraId="4B419AD5" w14:textId="77777777" w:rsidR="004B2A0C" w:rsidRPr="004B2A0C" w:rsidRDefault="004B2A0C" w:rsidP="004B2A0C">
      <w:pPr>
        <w:rPr>
          <w:b/>
          <w:bCs/>
          <w:lang w:val="en-GB"/>
        </w:rPr>
      </w:pPr>
      <w:r w:rsidRPr="004B2A0C">
        <w:rPr>
          <w:b/>
          <w:bCs/>
          <w:lang w:val="en-GB"/>
        </w:rPr>
        <w:lastRenderedPageBreak/>
        <w:t>Job Description</w:t>
      </w:r>
    </w:p>
    <w:p w14:paraId="2EDDC9CD" w14:textId="77777777" w:rsidR="004B2A0C" w:rsidRPr="004B2A0C" w:rsidRDefault="004B2A0C" w:rsidP="004B2A0C">
      <w:pPr>
        <w:rPr>
          <w:lang w:val="en-GB"/>
        </w:rPr>
      </w:pPr>
      <w:r w:rsidRPr="004B2A0C">
        <w:rPr>
          <w:lang w:val="en-GB"/>
        </w:rPr>
        <w:t>Responsible for ensuring smooth daily restaurant operations, supporting both customers and staff. Duties include customer service, order management, stock coordination, team scheduling, and maintaining a professional and welcoming environment.</w:t>
      </w:r>
    </w:p>
    <w:p w14:paraId="0D9390F2" w14:textId="77777777" w:rsidR="004B2A0C" w:rsidRPr="004B2A0C" w:rsidRDefault="004B2A0C" w:rsidP="004B2A0C">
      <w:pPr>
        <w:rPr>
          <w:lang w:val="en-GB"/>
        </w:rPr>
      </w:pPr>
      <w:r w:rsidRPr="004B2A0C">
        <w:rPr>
          <w:lang w:val="en-GB"/>
        </w:rPr>
        <w:t>• Supervising and coordinating daily restaurant operations</w:t>
      </w:r>
    </w:p>
    <w:p w14:paraId="712C54B9" w14:textId="77777777" w:rsidR="004B2A0C" w:rsidRPr="004B2A0C" w:rsidRDefault="004B2A0C" w:rsidP="004B2A0C">
      <w:pPr>
        <w:rPr>
          <w:lang w:val="en-GB"/>
        </w:rPr>
      </w:pPr>
      <w:r w:rsidRPr="004B2A0C">
        <w:rPr>
          <w:lang w:val="en-GB"/>
        </w:rPr>
        <w:t>• Distributing tasks among staff based on shift schedules</w:t>
      </w:r>
    </w:p>
    <w:p w14:paraId="4CBB41FB" w14:textId="77777777" w:rsidR="004B2A0C" w:rsidRPr="004B2A0C" w:rsidRDefault="004B2A0C" w:rsidP="004B2A0C">
      <w:pPr>
        <w:rPr>
          <w:lang w:val="en-GB"/>
        </w:rPr>
      </w:pPr>
      <w:r w:rsidRPr="004B2A0C">
        <w:rPr>
          <w:lang w:val="en-GB"/>
        </w:rPr>
        <w:t>• Ensuring smooth communication between kitchen and service staff</w:t>
      </w:r>
    </w:p>
    <w:p w14:paraId="46DF0EED" w14:textId="77777777" w:rsidR="004B2A0C" w:rsidRPr="004B2A0C" w:rsidRDefault="004B2A0C" w:rsidP="004B2A0C">
      <w:pPr>
        <w:rPr>
          <w:lang w:val="en-GB"/>
        </w:rPr>
      </w:pPr>
      <w:r w:rsidRPr="004B2A0C">
        <w:rPr>
          <w:lang w:val="en-GB"/>
        </w:rPr>
        <w:t>• Monitoring performance and providing feedback</w:t>
      </w:r>
    </w:p>
    <w:p w14:paraId="7A1AAA15" w14:textId="764C84A5" w:rsidR="00901F48" w:rsidRPr="00901F48" w:rsidRDefault="004B2A0C" w:rsidP="004B2A0C">
      <w:pPr>
        <w:rPr>
          <w:lang w:val="en-GB"/>
        </w:rPr>
      </w:pPr>
      <w:r w:rsidRPr="004B2A0C">
        <w:rPr>
          <w:lang w:val="en-GB"/>
        </w:rPr>
        <w:t>• Supporting team members during busy hours to maintain efficient service</w:t>
      </w:r>
    </w:p>
    <w:p w14:paraId="3B3E7970" w14:textId="234C5E49" w:rsidR="00901F48" w:rsidRPr="00901F48" w:rsidRDefault="00901F48" w:rsidP="00901F48">
      <w:pPr>
        <w:rPr>
          <w:lang w:val="en-GB"/>
        </w:rPr>
      </w:pPr>
    </w:p>
    <w:p w14:paraId="4478718B" w14:textId="77777777" w:rsidR="00901F48" w:rsidRPr="00901F48" w:rsidRDefault="00901F48" w:rsidP="00901F48">
      <w:pPr>
        <w:rPr>
          <w:lang w:val="en-GB"/>
        </w:rPr>
      </w:pPr>
    </w:p>
    <w:p w14:paraId="7407D9D3" w14:textId="77777777" w:rsidR="00901F48" w:rsidRPr="00901F48" w:rsidRDefault="00901F48" w:rsidP="00901F48">
      <w:pPr>
        <w:rPr>
          <w:lang w:val="en-GB"/>
        </w:rPr>
      </w:pPr>
    </w:p>
    <w:p w14:paraId="63F6842B" w14:textId="77777777" w:rsidR="00901F48" w:rsidRPr="00901F48" w:rsidRDefault="00901F48" w:rsidP="00901F48">
      <w:pPr>
        <w:rPr>
          <w:lang w:val="en-GB"/>
        </w:rPr>
      </w:pPr>
    </w:p>
    <w:p w14:paraId="4A0A3816" w14:textId="77777777" w:rsidR="00901F48" w:rsidRPr="00901F48" w:rsidRDefault="00901F48" w:rsidP="00901F48">
      <w:pPr>
        <w:rPr>
          <w:lang w:val="en-GB"/>
        </w:rPr>
      </w:pPr>
    </w:p>
    <w:p w14:paraId="4A4B0409" w14:textId="77777777" w:rsidR="00901F48" w:rsidRPr="00901F48" w:rsidRDefault="00901F48" w:rsidP="00901F48">
      <w:pPr>
        <w:rPr>
          <w:lang w:val="en-GB"/>
        </w:rPr>
      </w:pPr>
    </w:p>
    <w:p w14:paraId="40D32A3F" w14:textId="77777777" w:rsidR="00901F48" w:rsidRPr="00901F48" w:rsidRDefault="00901F48" w:rsidP="00901F48">
      <w:pPr>
        <w:rPr>
          <w:lang w:val="en-GB"/>
        </w:rPr>
      </w:pPr>
    </w:p>
    <w:p w14:paraId="60AD0887" w14:textId="77777777" w:rsidR="00901F48" w:rsidRPr="00901F48" w:rsidRDefault="00901F48" w:rsidP="00901F48">
      <w:pPr>
        <w:rPr>
          <w:lang w:val="en-GB"/>
        </w:rPr>
      </w:pPr>
    </w:p>
    <w:p w14:paraId="01B13E17" w14:textId="77777777" w:rsidR="00901F48" w:rsidRPr="00901F48" w:rsidRDefault="00901F48" w:rsidP="00901F48">
      <w:pPr>
        <w:rPr>
          <w:lang w:val="en-GB"/>
        </w:rPr>
      </w:pPr>
    </w:p>
    <w:p w14:paraId="46D0F80B" w14:textId="77777777" w:rsidR="00901F48" w:rsidRPr="00901F48" w:rsidRDefault="00901F48" w:rsidP="00901F48">
      <w:pPr>
        <w:rPr>
          <w:lang w:val="en-GB"/>
        </w:rPr>
      </w:pPr>
    </w:p>
    <w:p w14:paraId="560D2F4C" w14:textId="77777777" w:rsidR="00901F48" w:rsidRPr="00901F48" w:rsidRDefault="00901F48" w:rsidP="00901F48">
      <w:pPr>
        <w:rPr>
          <w:lang w:val="en-GB"/>
        </w:rPr>
      </w:pPr>
    </w:p>
    <w:p w14:paraId="6C14FA45" w14:textId="77777777" w:rsidR="00901F48" w:rsidRPr="00901F48" w:rsidRDefault="00901F48" w:rsidP="00901F48">
      <w:pPr>
        <w:rPr>
          <w:lang w:val="en-GB"/>
        </w:rPr>
      </w:pPr>
    </w:p>
    <w:p w14:paraId="4732DD13" w14:textId="77777777" w:rsidR="00901F48" w:rsidRPr="00901F48" w:rsidRDefault="00901F48" w:rsidP="00901F48">
      <w:pPr>
        <w:rPr>
          <w:lang w:val="en-GB"/>
        </w:rPr>
      </w:pPr>
    </w:p>
    <w:p w14:paraId="1A8143C9" w14:textId="77777777" w:rsidR="00901F48" w:rsidRPr="00901F48" w:rsidRDefault="00901F48" w:rsidP="00901F48">
      <w:pPr>
        <w:rPr>
          <w:lang w:val="en-GB"/>
        </w:rPr>
      </w:pPr>
    </w:p>
    <w:p w14:paraId="42278840" w14:textId="77777777" w:rsidR="00901F48" w:rsidRPr="00901F48" w:rsidRDefault="00901F48">
      <w:pPr>
        <w:pStyle w:val="Heading1"/>
        <w:rPr>
          <w:lang w:val="en-GB"/>
        </w:rPr>
      </w:pPr>
    </w:p>
    <w:p w14:paraId="6057EE8D" w14:textId="77777777" w:rsidR="00901F48" w:rsidRPr="00901F48" w:rsidRDefault="00901F48">
      <w:pPr>
        <w:pStyle w:val="Heading1"/>
        <w:rPr>
          <w:lang w:val="en-GB"/>
        </w:rPr>
      </w:pPr>
    </w:p>
    <w:p w14:paraId="250FDCF0" w14:textId="77777777" w:rsidR="00901F48" w:rsidRPr="00901F48" w:rsidRDefault="00901F48">
      <w:pPr>
        <w:pStyle w:val="Heading1"/>
        <w:rPr>
          <w:lang w:val="en-GB"/>
        </w:rPr>
      </w:pPr>
    </w:p>
    <w:p w14:paraId="2D9E47FE" w14:textId="77777777" w:rsidR="00901F48" w:rsidRPr="00901F48" w:rsidRDefault="00901F48">
      <w:pPr>
        <w:pStyle w:val="Heading1"/>
        <w:rPr>
          <w:lang w:val="en-GB"/>
        </w:rPr>
      </w:pPr>
    </w:p>
    <w:p w14:paraId="2DE08386" w14:textId="77777777" w:rsidR="00901F48" w:rsidRPr="00901F48" w:rsidRDefault="00901F48">
      <w:pPr>
        <w:pStyle w:val="Heading1"/>
        <w:rPr>
          <w:lang w:val="en-GB"/>
        </w:rPr>
      </w:pPr>
    </w:p>
    <w:p w14:paraId="63D39FE5" w14:textId="77777777" w:rsidR="00901F48" w:rsidRPr="00901F48" w:rsidRDefault="00901F48">
      <w:pPr>
        <w:pStyle w:val="Heading1"/>
        <w:rPr>
          <w:lang w:val="en-GB"/>
        </w:rPr>
      </w:pPr>
    </w:p>
    <w:p w14:paraId="11EB2680" w14:textId="77777777" w:rsidR="00901F48" w:rsidRPr="00901F48" w:rsidRDefault="00901F48" w:rsidP="00901F48">
      <w:pPr>
        <w:rPr>
          <w:lang w:val="en-GB"/>
        </w:rPr>
      </w:pPr>
    </w:p>
    <w:p w14:paraId="36B0E8F1" w14:textId="77777777" w:rsidR="00901F48" w:rsidRPr="00901F48" w:rsidRDefault="00901F48" w:rsidP="00901F48">
      <w:pPr>
        <w:rPr>
          <w:lang w:val="en-GB"/>
        </w:rPr>
      </w:pPr>
    </w:p>
    <w:p w14:paraId="65A96665" w14:textId="77777777" w:rsidR="00901F48" w:rsidRPr="00901F48" w:rsidRDefault="00901F48" w:rsidP="00901F48">
      <w:pPr>
        <w:rPr>
          <w:lang w:val="en-GB"/>
        </w:rPr>
      </w:pPr>
    </w:p>
    <w:p w14:paraId="190B492F" w14:textId="77777777" w:rsidR="00901F48" w:rsidRPr="00901F48" w:rsidRDefault="00901F48" w:rsidP="00901F48">
      <w:pPr>
        <w:rPr>
          <w:lang w:val="en-GB"/>
        </w:rPr>
      </w:pPr>
    </w:p>
    <w:p w14:paraId="55DE82E9" w14:textId="77777777" w:rsidR="00901F48" w:rsidRPr="00901F48" w:rsidRDefault="00901F48" w:rsidP="00901F48">
      <w:pPr>
        <w:rPr>
          <w:lang w:val="en-GB"/>
        </w:rPr>
      </w:pPr>
    </w:p>
    <w:p w14:paraId="4353A04E" w14:textId="77777777" w:rsidR="00901F48" w:rsidRPr="00901F48" w:rsidRDefault="00901F48" w:rsidP="00901F48">
      <w:pPr>
        <w:rPr>
          <w:lang w:val="en-GB"/>
        </w:rPr>
      </w:pPr>
    </w:p>
    <w:p w14:paraId="3BBB67F5" w14:textId="77777777" w:rsidR="00901F48" w:rsidRPr="00901F48" w:rsidRDefault="00901F48">
      <w:pPr>
        <w:pStyle w:val="Heading1"/>
        <w:rPr>
          <w:lang w:val="en-GB"/>
        </w:rPr>
      </w:pPr>
    </w:p>
    <w:p w14:paraId="6EFA3EF4" w14:textId="77777777" w:rsidR="00901F48" w:rsidRDefault="00901F48">
      <w:pPr>
        <w:pStyle w:val="Heading1"/>
        <w:rPr>
          <w:lang w:val="en-GB"/>
        </w:rPr>
      </w:pPr>
    </w:p>
    <w:p w14:paraId="32F7838A" w14:textId="77777777" w:rsidR="00901F48" w:rsidRDefault="00901F48" w:rsidP="00901F48">
      <w:pPr>
        <w:rPr>
          <w:lang w:val="en-GB"/>
        </w:rPr>
      </w:pPr>
    </w:p>
    <w:p w14:paraId="69639712" w14:textId="77777777" w:rsidR="00901F48" w:rsidRDefault="00901F48" w:rsidP="00901F48">
      <w:pPr>
        <w:rPr>
          <w:lang w:val="en-GB"/>
        </w:rPr>
      </w:pPr>
    </w:p>
    <w:p w14:paraId="32DBA4DC" w14:textId="77777777" w:rsidR="00901F48" w:rsidRDefault="00901F48" w:rsidP="00901F48">
      <w:pPr>
        <w:rPr>
          <w:lang w:val="en-GB"/>
        </w:rPr>
      </w:pPr>
    </w:p>
    <w:p w14:paraId="3A1A9E7D" w14:textId="77777777" w:rsidR="00901F48" w:rsidRDefault="00901F48" w:rsidP="00901F48">
      <w:pPr>
        <w:rPr>
          <w:lang w:val="en-GB"/>
        </w:rPr>
      </w:pPr>
    </w:p>
    <w:p w14:paraId="4A1D5BBF" w14:textId="77777777" w:rsidR="00901F48" w:rsidRDefault="00901F48" w:rsidP="00901F48">
      <w:pPr>
        <w:rPr>
          <w:lang w:val="en-GB"/>
        </w:rPr>
      </w:pPr>
    </w:p>
    <w:p w14:paraId="61DF5BAF" w14:textId="77777777" w:rsidR="00901F48" w:rsidRPr="00901F48" w:rsidRDefault="00901F48" w:rsidP="00901F48">
      <w:pPr>
        <w:rPr>
          <w:lang w:val="en-GB"/>
        </w:rPr>
      </w:pPr>
    </w:p>
    <w:p w14:paraId="2C889F53" w14:textId="09CAB38D" w:rsidR="0011369C" w:rsidRPr="00901F48" w:rsidRDefault="00000000">
      <w:pPr>
        <w:pStyle w:val="Heading1"/>
        <w:rPr>
          <w:lang w:val="pt-PT"/>
        </w:rPr>
      </w:pPr>
      <w:r w:rsidRPr="00901F48">
        <w:rPr>
          <w:lang w:val="pt-PT"/>
        </w:rPr>
        <w:lastRenderedPageBreak/>
        <w:t>Bozhidara Naydenova</w:t>
      </w:r>
    </w:p>
    <w:p w14:paraId="1054F77D" w14:textId="77777777" w:rsidR="0011369C" w:rsidRPr="00901F48" w:rsidRDefault="00000000">
      <w:pPr>
        <w:rPr>
          <w:lang w:val="pt-PT"/>
        </w:rPr>
      </w:pPr>
      <w:r w:rsidRPr="00901F48">
        <w:rPr>
          <w:lang w:val="pt-PT"/>
        </w:rPr>
        <w:t>Phone: 07393836138</w:t>
      </w:r>
    </w:p>
    <w:p w14:paraId="26A74310" w14:textId="77777777" w:rsidR="0011369C" w:rsidRPr="00901F48" w:rsidRDefault="00000000">
      <w:pPr>
        <w:rPr>
          <w:lang w:val="pt-PT"/>
        </w:rPr>
      </w:pPr>
      <w:r w:rsidRPr="00901F48">
        <w:rPr>
          <w:lang w:val="pt-PT"/>
        </w:rPr>
        <w:t>Email: naydenovabozhidara@gmail.com</w:t>
      </w:r>
    </w:p>
    <w:p w14:paraId="79C48FAE" w14:textId="77777777" w:rsidR="0011369C" w:rsidRDefault="00000000">
      <w:r>
        <w:t>Nationality: Bulgarian</w:t>
      </w:r>
    </w:p>
    <w:p w14:paraId="04C9025F" w14:textId="77777777" w:rsidR="0011369C" w:rsidRDefault="00000000">
      <w:pPr>
        <w:pStyle w:val="Heading2"/>
      </w:pPr>
      <w:r>
        <w:t>Profile</w:t>
      </w:r>
    </w:p>
    <w:p w14:paraId="5F6601B2" w14:textId="150AEF79" w:rsidR="00901F48" w:rsidRPr="00901F48" w:rsidRDefault="00901F48" w:rsidP="00901F48">
      <w:r w:rsidRPr="00901F48">
        <w:t>Results-driven hospitality professional with exceptional communication skills and a proven track record in delivering outstanding guest experiences. Skilled in customer service, restaurant operations, and team leadership, with a strong ability to coordinate staff and optimize service efficiency.</w:t>
      </w:r>
    </w:p>
    <w:p w14:paraId="19A561E1" w14:textId="77777777" w:rsidR="0011369C" w:rsidRDefault="00000000">
      <w:pPr>
        <w:pStyle w:val="Heading2"/>
      </w:pPr>
      <w:r>
        <w:t>Work Experience</w:t>
      </w:r>
    </w:p>
    <w:p w14:paraId="79A61383" w14:textId="17E98934" w:rsidR="0011369C" w:rsidRDefault="00000000" w:rsidP="00901F48">
      <w:r>
        <w:t>Restaurant Manager and Waitress | Dosa and Sambal Express</w:t>
      </w:r>
      <w:r w:rsidR="00901F48">
        <w:t xml:space="preserve">   </w:t>
      </w:r>
      <w:r>
        <w:t>2019 to Present</w:t>
      </w:r>
    </w:p>
    <w:p w14:paraId="734777B5" w14:textId="77777777" w:rsidR="0011369C" w:rsidRDefault="00000000">
      <w:r>
        <w:t>• Serving and clearing tables</w:t>
      </w:r>
      <w:r>
        <w:br/>
        <w:t>• Taking customer orders in person and by phone</w:t>
      </w:r>
      <w:r>
        <w:br/>
        <w:t>• Managing restaurant supply orders</w:t>
      </w:r>
      <w:r>
        <w:br/>
        <w:t>• Creating weekly staff schedules</w:t>
      </w:r>
      <w:r>
        <w:br/>
        <w:t>• Handling staff payments</w:t>
      </w:r>
    </w:p>
    <w:p w14:paraId="3B145B19" w14:textId="77777777" w:rsidR="0011369C" w:rsidRDefault="00000000">
      <w:pPr>
        <w:pStyle w:val="Heading2"/>
      </w:pPr>
      <w:r>
        <w:t>Education</w:t>
      </w:r>
    </w:p>
    <w:p w14:paraId="16F7938B" w14:textId="77777777" w:rsidR="0011369C" w:rsidRDefault="00000000">
      <w:r>
        <w:t>Spanish Language High School, Bulgaria</w:t>
      </w:r>
    </w:p>
    <w:p w14:paraId="32E3FD95" w14:textId="77777777" w:rsidR="0011369C" w:rsidRDefault="00000000">
      <w:pPr>
        <w:pStyle w:val="Heading2"/>
      </w:pPr>
      <w:r>
        <w:t>Languages</w:t>
      </w:r>
    </w:p>
    <w:p w14:paraId="6F841EE8" w14:textId="77777777" w:rsidR="0011369C" w:rsidRDefault="00000000">
      <w:r>
        <w:t>• Bulgarian (native)</w:t>
      </w:r>
      <w:r>
        <w:br/>
        <w:t>• English</w:t>
      </w:r>
      <w:r>
        <w:br/>
        <w:t>• Spanish</w:t>
      </w:r>
    </w:p>
    <w:p w14:paraId="3AA2AC0F" w14:textId="77777777" w:rsidR="0011369C" w:rsidRDefault="00000000">
      <w:r>
        <w:br w:type="page"/>
      </w:r>
    </w:p>
    <w:p w14:paraId="0DAF8602" w14:textId="77777777" w:rsidR="0011369C" w:rsidRDefault="00000000">
      <w:pPr>
        <w:pStyle w:val="Heading1"/>
      </w:pPr>
      <w:r>
        <w:lastRenderedPageBreak/>
        <w:t>Cover Letter</w:t>
      </w:r>
    </w:p>
    <w:p w14:paraId="21B4A3F0" w14:textId="77777777" w:rsidR="0011369C" w:rsidRDefault="00000000">
      <w:r>
        <w:t>Dear Hiring Manager,</w:t>
      </w:r>
    </w:p>
    <w:p w14:paraId="2A020448" w14:textId="77777777" w:rsidR="0011369C" w:rsidRDefault="0011369C"/>
    <w:p w14:paraId="2A6B0CAF" w14:textId="77777777" w:rsidR="0011369C" w:rsidRDefault="00000000">
      <w:r>
        <w:t>I am writing to express my interest in joining your team. With several years of experience in the hospitality field, including my current role as a restaurant manager and waitress at Dosa and Sambal Express, I have developed strong communication skills, a steady work ethic, and the ability to stay organized in fast-paced environments.</w:t>
      </w:r>
    </w:p>
    <w:p w14:paraId="67D256D6" w14:textId="77777777" w:rsidR="0011369C" w:rsidRDefault="0011369C"/>
    <w:p w14:paraId="0B5A319A" w14:textId="77777777" w:rsidR="0011369C" w:rsidRDefault="00000000">
      <w:r>
        <w:t>In my current position, I manage staff scheduling, handle customer orders both in person and over the phone, oversee supply orders, and support the team in daily operations. These responsibilities have helped me grow as a reliable team member who enjoys helping a workplace run smoothly.</w:t>
      </w:r>
    </w:p>
    <w:p w14:paraId="1E2D9CF7" w14:textId="77777777" w:rsidR="0011369C" w:rsidRDefault="0011369C"/>
    <w:p w14:paraId="56EB7629" w14:textId="77777777" w:rsidR="0011369C" w:rsidRDefault="00000000">
      <w:r>
        <w:t>I also bring strong language skills, speaking Bulgarian, English, and Spanish. I enjoy working with people and adapting to new challenges, and I am motivated to continue improving and contributing wherever I am needed.</w:t>
      </w:r>
    </w:p>
    <w:p w14:paraId="2220F935" w14:textId="77777777" w:rsidR="0011369C" w:rsidRDefault="0011369C"/>
    <w:p w14:paraId="660538D3" w14:textId="77777777" w:rsidR="0011369C" w:rsidRDefault="00000000">
      <w:r>
        <w:t>Thank you for taking the time to consider my application. I look forward to the chance to discuss how I can support your team.</w:t>
      </w:r>
    </w:p>
    <w:p w14:paraId="7161D6EF" w14:textId="77777777" w:rsidR="0011369C" w:rsidRDefault="0011369C"/>
    <w:p w14:paraId="517F7853" w14:textId="77777777" w:rsidR="0011369C" w:rsidRDefault="00000000">
      <w:r>
        <w:t>Sincerely,</w:t>
      </w:r>
    </w:p>
    <w:p w14:paraId="2237D867" w14:textId="77777777" w:rsidR="0011369C" w:rsidRDefault="00000000">
      <w:r>
        <w:t>Bozhidara Naydenova</w:t>
      </w:r>
    </w:p>
    <w:sectPr w:rsidR="0011369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05861117">
    <w:abstractNumId w:val="8"/>
  </w:num>
  <w:num w:numId="2" w16cid:durableId="1996105550">
    <w:abstractNumId w:val="6"/>
  </w:num>
  <w:num w:numId="3" w16cid:durableId="2083946084">
    <w:abstractNumId w:val="5"/>
  </w:num>
  <w:num w:numId="4" w16cid:durableId="1195390758">
    <w:abstractNumId w:val="4"/>
  </w:num>
  <w:num w:numId="5" w16cid:durableId="1641569801">
    <w:abstractNumId w:val="7"/>
  </w:num>
  <w:num w:numId="6" w16cid:durableId="1597400438">
    <w:abstractNumId w:val="3"/>
  </w:num>
  <w:num w:numId="7" w16cid:durableId="883441278">
    <w:abstractNumId w:val="2"/>
  </w:num>
  <w:num w:numId="8" w16cid:durableId="1543863346">
    <w:abstractNumId w:val="1"/>
  </w:num>
  <w:num w:numId="9" w16cid:durableId="1510871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369C"/>
    <w:rsid w:val="0015074B"/>
    <w:rsid w:val="0029639D"/>
    <w:rsid w:val="00304D18"/>
    <w:rsid w:val="00326F90"/>
    <w:rsid w:val="004B2A0C"/>
    <w:rsid w:val="00901F48"/>
    <w:rsid w:val="00AA1D8D"/>
    <w:rsid w:val="00B47730"/>
    <w:rsid w:val="00BD39E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3551D5"/>
  <w14:defaultImageDpi w14:val="300"/>
  <w15:docId w15:val="{B2A95C84-44FD-4623-BFD3-8E1860D5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Spas Hristov</cp:lastModifiedBy>
  <cp:revision>2</cp:revision>
  <dcterms:created xsi:type="dcterms:W3CDTF">2025-11-12T22:47:00Z</dcterms:created>
  <dcterms:modified xsi:type="dcterms:W3CDTF">2025-11-12T22:47:00Z</dcterms:modified>
  <cp:category/>
</cp:coreProperties>
</file>