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22F651" w14:textId="7189BA7E" w:rsidR="00806987" w:rsidRPr="00E74FFC" w:rsidRDefault="00602BF9" w:rsidP="00057BF6">
      <w:pPr>
        <w:spacing w:line="360" w:lineRule="auto"/>
        <w:jc w:val="center"/>
        <w:rPr>
          <w:rFonts w:ascii="Times New Roman" w:hAnsi="Times New Roman" w:cs="Times New Roman"/>
          <w:b/>
          <w:bCs/>
          <w:sz w:val="28"/>
          <w:szCs w:val="28"/>
        </w:rPr>
      </w:pPr>
      <w:bookmarkStart w:id="0" w:name="OLE_LINK3"/>
      <w:r w:rsidRPr="00E74FFC">
        <w:rPr>
          <w:rFonts w:ascii="Times New Roman" w:hAnsi="Times New Roman" w:cs="Times New Roman" w:hint="eastAsia"/>
          <w:b/>
          <w:bCs/>
          <w:sz w:val="28"/>
          <w:szCs w:val="28"/>
        </w:rPr>
        <w:t>Poetic essay film</w:t>
      </w:r>
    </w:p>
    <w:p w14:paraId="6662AC24" w14:textId="6FCAE706" w:rsidR="008F3ECE" w:rsidRDefault="00806987" w:rsidP="00057BF6">
      <w:pPr>
        <w:spacing w:line="360" w:lineRule="auto"/>
        <w:jc w:val="center"/>
        <w:rPr>
          <w:rFonts w:ascii="Times New Roman" w:hAnsi="Times New Roman"/>
        </w:rPr>
      </w:pPr>
      <w:bookmarkStart w:id="1" w:name="OLE_LINK1"/>
      <w:bookmarkEnd w:id="1"/>
      <w:r>
        <w:rPr>
          <w:rFonts w:ascii="Times New Roman" w:hAnsi="Times New Roman"/>
        </w:rPr>
        <w:t>In this essay, I</w:t>
      </w:r>
      <w:r w:rsidR="00602BF9">
        <w:rPr>
          <w:rFonts w:ascii="Times New Roman" w:hAnsi="Times New Roman" w:hint="eastAsia"/>
        </w:rPr>
        <w:t xml:space="preserve"> try to make deep understand of poetic essay </w:t>
      </w:r>
      <w:proofErr w:type="spellStart"/>
      <w:proofErr w:type="gramStart"/>
      <w:r w:rsidR="00602BF9">
        <w:rPr>
          <w:rFonts w:ascii="Times New Roman" w:hAnsi="Times New Roman" w:hint="eastAsia"/>
        </w:rPr>
        <w:t>film,what</w:t>
      </w:r>
      <w:proofErr w:type="spellEnd"/>
      <w:proofErr w:type="gramEnd"/>
      <w:r w:rsidR="00602BF9">
        <w:rPr>
          <w:rFonts w:ascii="Times New Roman" w:hAnsi="Times New Roman" w:hint="eastAsia"/>
        </w:rPr>
        <w:t xml:space="preserve"> is </w:t>
      </w:r>
      <w:proofErr w:type="spellStart"/>
      <w:proofErr w:type="gramStart"/>
      <w:r w:rsidR="00602BF9">
        <w:rPr>
          <w:rFonts w:ascii="Times New Roman" w:hAnsi="Times New Roman" w:hint="eastAsia"/>
        </w:rPr>
        <w:t>it,why</w:t>
      </w:r>
      <w:proofErr w:type="spellEnd"/>
      <w:proofErr w:type="gramEnd"/>
      <w:r w:rsidR="00602BF9">
        <w:rPr>
          <w:rFonts w:ascii="Times New Roman" w:hAnsi="Times New Roman" w:hint="eastAsia"/>
        </w:rPr>
        <w:t xml:space="preserve"> some people </w:t>
      </w:r>
      <w:r w:rsidR="00B60ECD">
        <w:rPr>
          <w:rFonts w:ascii="Times New Roman" w:hAnsi="Times New Roman" w:hint="eastAsia"/>
        </w:rPr>
        <w:t>fascinated</w:t>
      </w:r>
      <w:r w:rsidR="00602BF9">
        <w:rPr>
          <w:rFonts w:ascii="Times New Roman" w:hAnsi="Times New Roman" w:hint="eastAsia"/>
        </w:rPr>
        <w:t xml:space="preserve"> with that</w:t>
      </w:r>
      <w:r w:rsidR="00B60ECD">
        <w:rPr>
          <w:rFonts w:ascii="Times New Roman" w:hAnsi="Times New Roman" w:hint="eastAsia"/>
        </w:rPr>
        <w:t xml:space="preserve"> </w:t>
      </w:r>
      <w:proofErr w:type="spellStart"/>
      <w:proofErr w:type="gramStart"/>
      <w:r w:rsidR="00B60ECD">
        <w:rPr>
          <w:rFonts w:ascii="Times New Roman" w:hAnsi="Times New Roman" w:hint="eastAsia"/>
        </w:rPr>
        <w:t>and,how</w:t>
      </w:r>
      <w:proofErr w:type="spellEnd"/>
      <w:proofErr w:type="gramEnd"/>
      <w:r w:rsidR="00B60ECD">
        <w:rPr>
          <w:rFonts w:ascii="Times New Roman" w:hAnsi="Times New Roman" w:hint="eastAsia"/>
        </w:rPr>
        <w:t xml:space="preserve"> to create poetic feeling of this</w:t>
      </w:r>
      <w:r w:rsidR="008F3ECE">
        <w:rPr>
          <w:rFonts w:ascii="Times New Roman" w:hAnsi="Times New Roman" w:hint="eastAsia"/>
        </w:rPr>
        <w:t>.</w:t>
      </w:r>
    </w:p>
    <w:p w14:paraId="6DC171C3" w14:textId="32F46F68" w:rsidR="00806987" w:rsidRPr="00AA18B6" w:rsidRDefault="00806987" w:rsidP="00057BF6">
      <w:pPr>
        <w:spacing w:line="360" w:lineRule="auto"/>
        <w:jc w:val="center"/>
        <w:rPr>
          <w:rFonts w:ascii="Times New Roman" w:hAnsi="Times New Roman" w:cs="Times New Roman"/>
          <w:b/>
          <w:bCs/>
        </w:rPr>
      </w:pPr>
      <w:r w:rsidRPr="00AA18B6">
        <w:rPr>
          <w:rFonts w:ascii="Times New Roman" w:hAnsi="Times New Roman" w:cs="Times New Roman"/>
          <w:b/>
          <w:bCs/>
        </w:rPr>
        <w:t xml:space="preserve">For professional </w:t>
      </w:r>
      <w:proofErr w:type="gramStart"/>
      <w:r w:rsidRPr="00AA18B6">
        <w:rPr>
          <w:rFonts w:ascii="Times New Roman" w:hAnsi="Times New Roman" w:cs="Times New Roman"/>
          <w:b/>
          <w:bCs/>
        </w:rPr>
        <w:t>Master Degree</w:t>
      </w:r>
      <w:proofErr w:type="gramEnd"/>
      <w:r w:rsidRPr="00AA18B6">
        <w:rPr>
          <w:rFonts w:ascii="Times New Roman" w:hAnsi="Times New Roman" w:cs="Times New Roman"/>
          <w:b/>
          <w:bCs/>
        </w:rPr>
        <w:t xml:space="preserve"> of Master of UWTSD</w:t>
      </w:r>
    </w:p>
    <w:p w14:paraId="31362B98" w14:textId="77777777" w:rsidR="00806987" w:rsidRPr="00AA18B6" w:rsidRDefault="00806987" w:rsidP="00057BF6">
      <w:pPr>
        <w:spacing w:line="360" w:lineRule="auto"/>
        <w:jc w:val="center"/>
        <w:rPr>
          <w:rFonts w:ascii="Times New Roman" w:hAnsi="Times New Roman" w:cs="Times New Roman"/>
          <w:b/>
          <w:bCs/>
        </w:rPr>
      </w:pPr>
    </w:p>
    <w:p w14:paraId="06333353" w14:textId="77777777" w:rsidR="00806987" w:rsidRPr="00AA18B6" w:rsidRDefault="00806987" w:rsidP="00057BF6">
      <w:pPr>
        <w:spacing w:line="360" w:lineRule="auto"/>
        <w:jc w:val="center"/>
        <w:rPr>
          <w:rFonts w:ascii="Times New Roman" w:hAnsi="Times New Roman" w:cs="Times New Roman"/>
          <w:b/>
          <w:bCs/>
        </w:rPr>
      </w:pPr>
    </w:p>
    <w:p w14:paraId="7544A71B" w14:textId="77777777" w:rsidR="00806987" w:rsidRPr="00AA18B6" w:rsidRDefault="00806987" w:rsidP="00057BF6">
      <w:pPr>
        <w:spacing w:line="360" w:lineRule="auto"/>
        <w:jc w:val="center"/>
        <w:rPr>
          <w:rFonts w:ascii="Times New Roman" w:hAnsi="Times New Roman" w:cs="Times New Roman"/>
          <w:b/>
          <w:bCs/>
        </w:rPr>
      </w:pPr>
    </w:p>
    <w:p w14:paraId="65CB9A3D" w14:textId="77777777" w:rsidR="00806987" w:rsidRPr="00AA18B6" w:rsidRDefault="00806987" w:rsidP="00057BF6">
      <w:pPr>
        <w:spacing w:line="360" w:lineRule="auto"/>
        <w:jc w:val="center"/>
        <w:rPr>
          <w:rFonts w:ascii="Times New Roman" w:hAnsi="Times New Roman" w:cs="Times New Roman"/>
          <w:b/>
          <w:bCs/>
        </w:rPr>
      </w:pPr>
    </w:p>
    <w:p w14:paraId="4EE8F17F" w14:textId="77777777" w:rsidR="00806987" w:rsidRPr="00AA18B6" w:rsidRDefault="00806987" w:rsidP="00057BF6">
      <w:pPr>
        <w:spacing w:line="360" w:lineRule="auto"/>
        <w:jc w:val="center"/>
        <w:rPr>
          <w:rFonts w:ascii="Times New Roman" w:hAnsi="Times New Roman" w:cs="Times New Roman"/>
          <w:b/>
          <w:bCs/>
        </w:rPr>
      </w:pPr>
    </w:p>
    <w:p w14:paraId="59857F16" w14:textId="77777777" w:rsidR="00806987" w:rsidRPr="00AA18B6" w:rsidRDefault="00806987" w:rsidP="00057BF6">
      <w:pPr>
        <w:spacing w:line="360" w:lineRule="auto"/>
        <w:jc w:val="center"/>
        <w:rPr>
          <w:rFonts w:ascii="Times New Roman" w:hAnsi="Times New Roman" w:cs="Times New Roman"/>
          <w:b/>
          <w:bCs/>
        </w:rPr>
      </w:pPr>
    </w:p>
    <w:p w14:paraId="716942AF" w14:textId="77777777" w:rsidR="00806987" w:rsidRPr="00AA18B6" w:rsidRDefault="00806987" w:rsidP="00057BF6">
      <w:pPr>
        <w:spacing w:line="360" w:lineRule="auto"/>
        <w:jc w:val="center"/>
        <w:rPr>
          <w:rFonts w:ascii="Times New Roman" w:hAnsi="Times New Roman" w:cs="Times New Roman"/>
          <w:b/>
          <w:bCs/>
        </w:rPr>
      </w:pPr>
    </w:p>
    <w:p w14:paraId="6E302FA7" w14:textId="77777777" w:rsidR="00806987" w:rsidRPr="00AA18B6" w:rsidRDefault="00806987" w:rsidP="00057BF6">
      <w:pPr>
        <w:spacing w:line="360" w:lineRule="auto"/>
        <w:jc w:val="center"/>
        <w:rPr>
          <w:rFonts w:ascii="Times New Roman" w:hAnsi="Times New Roman" w:cs="Times New Roman"/>
          <w:b/>
          <w:bCs/>
        </w:rPr>
      </w:pPr>
    </w:p>
    <w:p w14:paraId="49A11214" w14:textId="77777777" w:rsidR="00806987" w:rsidRPr="00AA18B6" w:rsidRDefault="00806987" w:rsidP="00057BF6">
      <w:pPr>
        <w:spacing w:line="360" w:lineRule="auto"/>
        <w:jc w:val="center"/>
        <w:rPr>
          <w:rFonts w:ascii="Times New Roman" w:hAnsi="Times New Roman" w:cs="Times New Roman"/>
          <w:b/>
          <w:bCs/>
        </w:rPr>
      </w:pPr>
    </w:p>
    <w:p w14:paraId="71345B34" w14:textId="77777777" w:rsidR="00806987" w:rsidRDefault="00806987" w:rsidP="00057BF6">
      <w:pPr>
        <w:spacing w:line="360" w:lineRule="auto"/>
        <w:rPr>
          <w:rFonts w:ascii="Times New Roman" w:hAnsi="Times New Roman" w:cs="Times New Roman"/>
          <w:b/>
          <w:bCs/>
        </w:rPr>
      </w:pPr>
    </w:p>
    <w:p w14:paraId="334A33A1" w14:textId="77777777" w:rsidR="008F3ECE" w:rsidRDefault="008F3ECE" w:rsidP="00057BF6">
      <w:pPr>
        <w:spacing w:line="360" w:lineRule="auto"/>
        <w:rPr>
          <w:rFonts w:ascii="Times New Roman" w:hAnsi="Times New Roman" w:cs="Times New Roman"/>
          <w:b/>
          <w:bCs/>
        </w:rPr>
      </w:pPr>
    </w:p>
    <w:p w14:paraId="078FFB1E" w14:textId="57518F95" w:rsidR="008F3ECE" w:rsidRDefault="008F3ECE" w:rsidP="00057BF6">
      <w:pPr>
        <w:spacing w:line="360" w:lineRule="auto"/>
        <w:rPr>
          <w:rFonts w:ascii="Times New Roman" w:hAnsi="Times New Roman" w:cs="Times New Roman"/>
          <w:b/>
          <w:bCs/>
        </w:rPr>
      </w:pPr>
    </w:p>
    <w:p w14:paraId="2574A514" w14:textId="77777777" w:rsidR="00315EEE" w:rsidRDefault="00315EEE" w:rsidP="00057BF6">
      <w:pPr>
        <w:spacing w:line="360" w:lineRule="auto"/>
        <w:rPr>
          <w:rFonts w:ascii="Times New Roman" w:hAnsi="Times New Roman" w:cs="Times New Roman"/>
          <w:b/>
          <w:bCs/>
        </w:rPr>
      </w:pPr>
    </w:p>
    <w:p w14:paraId="6D77B534" w14:textId="77777777" w:rsidR="00E91401" w:rsidRDefault="00E91401" w:rsidP="00057BF6">
      <w:pPr>
        <w:spacing w:line="360" w:lineRule="auto"/>
        <w:rPr>
          <w:rFonts w:ascii="Times New Roman" w:hAnsi="Times New Roman" w:cs="Times New Roman"/>
          <w:b/>
          <w:bCs/>
        </w:rPr>
      </w:pPr>
    </w:p>
    <w:p w14:paraId="647B5C31" w14:textId="77777777" w:rsidR="00E91401" w:rsidRDefault="00E91401" w:rsidP="00057BF6">
      <w:pPr>
        <w:spacing w:line="360" w:lineRule="auto"/>
        <w:rPr>
          <w:rFonts w:ascii="Times New Roman" w:hAnsi="Times New Roman" w:cs="Times New Roman"/>
          <w:b/>
          <w:bCs/>
        </w:rPr>
      </w:pPr>
    </w:p>
    <w:p w14:paraId="0DC77FE6" w14:textId="77777777" w:rsidR="00E91401" w:rsidRDefault="00E91401" w:rsidP="00057BF6">
      <w:pPr>
        <w:spacing w:line="360" w:lineRule="auto"/>
        <w:rPr>
          <w:rFonts w:ascii="Times New Roman" w:hAnsi="Times New Roman" w:cs="Times New Roman"/>
          <w:b/>
          <w:bCs/>
        </w:rPr>
      </w:pPr>
    </w:p>
    <w:p w14:paraId="575A162E" w14:textId="77777777" w:rsidR="00E91401" w:rsidRDefault="00E91401" w:rsidP="00057BF6">
      <w:pPr>
        <w:spacing w:line="360" w:lineRule="auto"/>
        <w:rPr>
          <w:rFonts w:ascii="Times New Roman" w:hAnsi="Times New Roman" w:cs="Times New Roman"/>
          <w:b/>
          <w:bCs/>
        </w:rPr>
      </w:pPr>
    </w:p>
    <w:p w14:paraId="6369A8A6" w14:textId="77777777" w:rsidR="00E91401" w:rsidRDefault="00E91401" w:rsidP="00057BF6">
      <w:pPr>
        <w:spacing w:line="360" w:lineRule="auto"/>
        <w:rPr>
          <w:rFonts w:ascii="Times New Roman" w:hAnsi="Times New Roman" w:cs="Times New Roman"/>
          <w:b/>
          <w:bCs/>
        </w:rPr>
      </w:pPr>
    </w:p>
    <w:p w14:paraId="7B50F53A" w14:textId="77777777" w:rsidR="00E91401" w:rsidRDefault="00E91401" w:rsidP="00057BF6">
      <w:pPr>
        <w:spacing w:line="360" w:lineRule="auto"/>
        <w:rPr>
          <w:rFonts w:ascii="Times New Roman" w:hAnsi="Times New Roman" w:cs="Times New Roman"/>
          <w:b/>
          <w:bCs/>
        </w:rPr>
      </w:pPr>
    </w:p>
    <w:p w14:paraId="0B21919E" w14:textId="77777777" w:rsidR="00E91401" w:rsidRDefault="00E91401" w:rsidP="00057BF6">
      <w:pPr>
        <w:spacing w:line="360" w:lineRule="auto"/>
        <w:rPr>
          <w:rFonts w:ascii="Times New Roman" w:hAnsi="Times New Roman" w:cs="Times New Roman"/>
          <w:b/>
          <w:bCs/>
        </w:rPr>
      </w:pPr>
    </w:p>
    <w:p w14:paraId="14DE9B97" w14:textId="77777777" w:rsidR="00E91401" w:rsidRPr="00AA18B6" w:rsidRDefault="00E91401" w:rsidP="00057BF6">
      <w:pPr>
        <w:spacing w:line="360" w:lineRule="auto"/>
        <w:rPr>
          <w:rFonts w:ascii="Times New Roman" w:hAnsi="Times New Roman" w:cs="Times New Roman"/>
          <w:b/>
          <w:bCs/>
        </w:rPr>
      </w:pPr>
    </w:p>
    <w:p w14:paraId="009BC9C3" w14:textId="77777777" w:rsidR="00806987" w:rsidRPr="00AA18B6" w:rsidRDefault="00806987" w:rsidP="00057BF6">
      <w:pPr>
        <w:spacing w:line="360" w:lineRule="auto"/>
        <w:jc w:val="center"/>
        <w:rPr>
          <w:rFonts w:ascii="Times New Roman" w:hAnsi="Times New Roman" w:cs="Times New Roman"/>
          <w:b/>
          <w:bCs/>
        </w:rPr>
      </w:pPr>
      <w:r w:rsidRPr="00AA18B6">
        <w:rPr>
          <w:rFonts w:ascii="Times New Roman" w:hAnsi="Times New Roman" w:cs="Times New Roman"/>
          <w:b/>
          <w:bCs/>
        </w:rPr>
        <w:t xml:space="preserve">BY </w:t>
      </w:r>
    </w:p>
    <w:p w14:paraId="7397F8A8" w14:textId="77777777" w:rsidR="00806987" w:rsidRPr="00AA18B6" w:rsidRDefault="00806987" w:rsidP="00057BF6">
      <w:pPr>
        <w:spacing w:line="360" w:lineRule="auto"/>
        <w:jc w:val="center"/>
        <w:rPr>
          <w:rFonts w:ascii="Times New Roman" w:hAnsi="Times New Roman" w:cs="Times New Roman"/>
        </w:rPr>
      </w:pPr>
      <w:r w:rsidRPr="00AA18B6">
        <w:rPr>
          <w:rFonts w:ascii="Times New Roman" w:hAnsi="Times New Roman" w:cs="Times New Roman"/>
        </w:rPr>
        <w:t>SI BO ZHENG</w:t>
      </w:r>
    </w:p>
    <w:p w14:paraId="282B356D" w14:textId="77777777" w:rsidR="00806987" w:rsidRPr="00AA18B6" w:rsidRDefault="00806987" w:rsidP="00057BF6">
      <w:pPr>
        <w:spacing w:line="360" w:lineRule="auto"/>
        <w:jc w:val="center"/>
        <w:rPr>
          <w:rFonts w:ascii="Times New Roman" w:hAnsi="Times New Roman" w:cs="Times New Roman"/>
        </w:rPr>
      </w:pPr>
      <w:r w:rsidRPr="00AA18B6">
        <w:rPr>
          <w:rFonts w:ascii="Times New Roman" w:hAnsi="Times New Roman" w:cs="Times New Roman"/>
        </w:rPr>
        <w:t xml:space="preserve"> 2507317</w:t>
      </w:r>
    </w:p>
    <w:p w14:paraId="1CAD674C" w14:textId="5E6A94EE" w:rsidR="00806987" w:rsidRDefault="00806987" w:rsidP="00057BF6">
      <w:pPr>
        <w:spacing w:line="360" w:lineRule="auto"/>
        <w:jc w:val="center"/>
        <w:rPr>
          <w:rFonts w:ascii="Times New Roman" w:hAnsi="Times New Roman" w:cs="Times New Roman"/>
        </w:rPr>
      </w:pPr>
      <w:r w:rsidRPr="00AA18B6">
        <w:rPr>
          <w:rFonts w:ascii="Times New Roman" w:hAnsi="Times New Roman" w:cs="Times New Roman"/>
        </w:rPr>
        <w:t xml:space="preserve">Dissertation </w:t>
      </w:r>
      <w:proofErr w:type="spellStart"/>
      <w:proofErr w:type="gramStart"/>
      <w:r w:rsidRPr="00AA18B6">
        <w:rPr>
          <w:rFonts w:ascii="Times New Roman" w:hAnsi="Times New Roman" w:cs="Times New Roman"/>
        </w:rPr>
        <w:t>Supervisor:</w:t>
      </w:r>
      <w:r w:rsidR="00C06303">
        <w:rPr>
          <w:rFonts w:ascii="Times New Roman" w:hAnsi="Times New Roman" w:cs="Times New Roman" w:hint="eastAsia"/>
        </w:rPr>
        <w:t>Kylie</w:t>
      </w:r>
      <w:proofErr w:type="spellEnd"/>
      <w:proofErr w:type="gramEnd"/>
      <w:r w:rsidR="00C06303">
        <w:rPr>
          <w:rFonts w:ascii="Times New Roman" w:hAnsi="Times New Roman" w:cs="Times New Roman" w:hint="eastAsia"/>
        </w:rPr>
        <w:t xml:space="preserve"> Boon</w:t>
      </w:r>
      <w:r w:rsidRPr="00AA18B6">
        <w:rPr>
          <w:rFonts w:ascii="Times New Roman" w:hAnsi="Times New Roman" w:cs="Times New Roman"/>
        </w:rPr>
        <w:br/>
      </w:r>
      <w:r w:rsidR="00D15A0A">
        <w:rPr>
          <w:rFonts w:ascii="Times New Roman" w:hAnsi="Times New Roman" w:cs="Times New Roman" w:hint="eastAsia"/>
        </w:rPr>
        <w:t>MAY</w:t>
      </w:r>
      <w:r w:rsidRPr="00AA18B6">
        <w:rPr>
          <w:rFonts w:ascii="Times New Roman" w:hAnsi="Times New Roman" w:cs="Times New Roman"/>
        </w:rPr>
        <w:t xml:space="preserve"> </w:t>
      </w:r>
      <w:r w:rsidR="00D15A0A">
        <w:rPr>
          <w:rFonts w:ascii="Times New Roman" w:hAnsi="Times New Roman" w:cs="Times New Roman" w:hint="eastAsia"/>
        </w:rPr>
        <w:t>4</w:t>
      </w:r>
      <w:r w:rsidRPr="00AA18B6">
        <w:rPr>
          <w:rFonts w:ascii="Times New Roman" w:hAnsi="Times New Roman" w:cs="Times New Roman"/>
          <w:vertAlign w:val="superscript"/>
        </w:rPr>
        <w:t>TH</w:t>
      </w:r>
      <w:r w:rsidRPr="00AA18B6">
        <w:rPr>
          <w:rFonts w:ascii="Times New Roman" w:hAnsi="Times New Roman" w:cs="Times New Roman"/>
        </w:rPr>
        <w:t xml:space="preserve"> </w:t>
      </w:r>
      <w:r w:rsidR="00C06303">
        <w:rPr>
          <w:rFonts w:ascii="Times New Roman" w:hAnsi="Times New Roman" w:cs="Times New Roman" w:hint="eastAsia"/>
        </w:rPr>
        <w:t>2026</w:t>
      </w:r>
    </w:p>
    <w:p w14:paraId="5AC32764" w14:textId="77777777" w:rsidR="008F3ECE" w:rsidRDefault="008F3ECE" w:rsidP="00057BF6">
      <w:pPr>
        <w:spacing w:line="360" w:lineRule="auto"/>
        <w:jc w:val="center"/>
        <w:rPr>
          <w:rFonts w:ascii="Times New Roman" w:hAnsi="Times New Roman" w:cs="Times New Roman"/>
        </w:rPr>
      </w:pPr>
    </w:p>
    <w:bookmarkEnd w:id="0"/>
    <w:p w14:paraId="18687374" w14:textId="447204B4" w:rsidR="008F3ECE" w:rsidRPr="00AA18B6" w:rsidRDefault="00CE4459" w:rsidP="00057BF6">
      <w:pPr>
        <w:spacing w:line="360" w:lineRule="auto"/>
        <w:rPr>
          <w:rFonts w:ascii="Times New Roman" w:hAnsi="Times New Roman" w:cs="Times New Roman"/>
          <w:b/>
          <w:bCs/>
        </w:rPr>
      </w:pPr>
      <w:r>
        <w:rPr>
          <w:rFonts w:ascii="Times New Roman" w:hAnsi="Times New Roman" w:cs="Times New Roman" w:hint="eastAsia"/>
          <w:b/>
          <w:bCs/>
        </w:rPr>
        <w:lastRenderedPageBreak/>
        <w:t>P</w:t>
      </w:r>
      <w:r w:rsidR="00D15A0A">
        <w:rPr>
          <w:rFonts w:ascii="Times New Roman" w:hAnsi="Times New Roman" w:cs="Times New Roman" w:hint="eastAsia"/>
          <w:b/>
          <w:bCs/>
        </w:rPr>
        <w:t>oetic essay film</w:t>
      </w:r>
    </w:p>
    <w:p w14:paraId="20A131AB" w14:textId="62FB2085" w:rsidR="00057BF6" w:rsidRDefault="00000000" w:rsidP="00057BF6">
      <w:pPr>
        <w:spacing w:line="360" w:lineRule="auto"/>
        <w:rPr>
          <w:rFonts w:ascii="Times New Roman" w:hAnsi="Times New Roman" w:cs="Times New Roman"/>
          <w:color w:val="000000" w:themeColor="text1"/>
        </w:rPr>
      </w:pPr>
      <w:r w:rsidRPr="00CD47A3">
        <w:rPr>
          <w:rFonts w:ascii="Times New Roman" w:hAnsi="Times New Roman" w:cs="Times New Roman"/>
          <w:color w:val="000000" w:themeColor="text1"/>
        </w:rPr>
        <w:t>By Si Bo Zheng</w:t>
      </w:r>
    </w:p>
    <w:p w14:paraId="54F2B01C" w14:textId="77777777" w:rsidR="00057BF6" w:rsidRPr="00CD47A3" w:rsidRDefault="00057BF6" w:rsidP="00057BF6">
      <w:pPr>
        <w:spacing w:line="360" w:lineRule="auto"/>
        <w:rPr>
          <w:rFonts w:ascii="Times New Roman" w:hAnsi="Times New Roman" w:cs="Times New Roman" w:hint="eastAsia"/>
          <w:color w:val="000000" w:themeColor="text1"/>
        </w:rPr>
      </w:pPr>
    </w:p>
    <w:p w14:paraId="1C8827A7" w14:textId="77777777" w:rsidR="007C3B10" w:rsidRPr="00CD47A3" w:rsidRDefault="007C3B10" w:rsidP="00057BF6">
      <w:pPr>
        <w:pStyle w:val="21"/>
        <w:spacing w:before="0" w:line="360" w:lineRule="auto"/>
        <w:rPr>
          <w:rFonts w:ascii="Times New Roman" w:hAnsi="Times New Roman" w:cs="Times New Roman"/>
          <w:color w:val="000000" w:themeColor="text1"/>
          <w:sz w:val="24"/>
          <w:szCs w:val="24"/>
        </w:rPr>
      </w:pPr>
      <w:r w:rsidRPr="00CD47A3">
        <w:rPr>
          <w:rStyle w:val="af8"/>
          <w:rFonts w:ascii="Times New Roman" w:hAnsi="Times New Roman" w:cs="Times New Roman"/>
          <w:b/>
          <w:bCs/>
          <w:color w:val="000000" w:themeColor="text1"/>
          <w:sz w:val="24"/>
          <w:szCs w:val="24"/>
        </w:rPr>
        <w:t>Introduction</w:t>
      </w:r>
    </w:p>
    <w:p w14:paraId="3D6CA8EC" w14:textId="33F172CA" w:rsidR="005D7987" w:rsidRDefault="00F366CB" w:rsidP="00057BF6">
      <w:pPr>
        <w:spacing w:line="360" w:lineRule="auto"/>
        <w:ind w:firstLineChars="100" w:firstLine="240"/>
        <w:rPr>
          <w:rFonts w:ascii="Times New Roman" w:eastAsiaTheme="minorEastAsia" w:hAnsi="Times New Roman" w:cs="Times New Roman"/>
        </w:rPr>
      </w:pPr>
      <w:r w:rsidRPr="00F366CB">
        <w:rPr>
          <w:rFonts w:ascii="Times New Roman" w:hAnsi="Times New Roman" w:cs="Times New Roman"/>
        </w:rPr>
        <w:t xml:space="preserve">Where </w:t>
      </w:r>
      <w:proofErr w:type="spellStart"/>
      <w:r w:rsidRPr="00F366CB">
        <w:rPr>
          <w:rFonts w:ascii="Times New Roman" w:hAnsi="Times New Roman" w:cs="Times New Roman"/>
        </w:rPr>
        <w:t>i</w:t>
      </w:r>
      <w:proofErr w:type="spellEnd"/>
      <w:r w:rsidRPr="00F366CB">
        <w:rPr>
          <w:rFonts w:ascii="Times New Roman" w:hAnsi="Times New Roman" w:cs="Times New Roman"/>
        </w:rPr>
        <w:t xml:space="preserve"> heard this concept</w:t>
      </w:r>
      <w:r w:rsidR="00E432EC">
        <w:rPr>
          <w:rFonts w:ascii="Times New Roman" w:hAnsi="Times New Roman" w:cs="Times New Roman" w:hint="eastAsia"/>
        </w:rPr>
        <w:t xml:space="preserve"> from a </w:t>
      </w:r>
      <w:r w:rsidR="00180521">
        <w:rPr>
          <w:rFonts w:ascii="Times New Roman" w:hAnsi="Times New Roman" w:cs="Times New Roman" w:hint="eastAsia"/>
        </w:rPr>
        <w:t xml:space="preserve">coincident </w:t>
      </w:r>
      <w:r w:rsidR="00253B42">
        <w:rPr>
          <w:rFonts w:ascii="Times New Roman" w:hAnsi="Times New Roman" w:cs="Times New Roman" w:hint="eastAsia"/>
        </w:rPr>
        <w:t>in Timi</w:t>
      </w:r>
      <w:r w:rsidR="00253B42">
        <w:rPr>
          <w:rFonts w:ascii="Times New Roman" w:hAnsi="Times New Roman" w:cs="Times New Roman"/>
        </w:rPr>
        <w:t>’</w:t>
      </w:r>
      <w:r w:rsidR="00253B42">
        <w:rPr>
          <w:rFonts w:ascii="Times New Roman" w:hAnsi="Times New Roman" w:cs="Times New Roman" w:hint="eastAsia"/>
        </w:rPr>
        <w:t xml:space="preserve">s </w:t>
      </w:r>
      <w:proofErr w:type="spellStart"/>
      <w:r w:rsidR="00253B42">
        <w:rPr>
          <w:rFonts w:ascii="Times New Roman" w:hAnsi="Times New Roman" w:cs="Times New Roman" w:hint="eastAsia"/>
        </w:rPr>
        <w:t>course,</w:t>
      </w:r>
      <w:r w:rsidR="00D47FE1">
        <w:rPr>
          <w:rFonts w:ascii="Times New Roman" w:hAnsi="Times New Roman" w:cs="Times New Roman" w:hint="eastAsia"/>
        </w:rPr>
        <w:t>from</w:t>
      </w:r>
      <w:proofErr w:type="spellEnd"/>
      <w:r w:rsidR="00D47FE1">
        <w:rPr>
          <w:rFonts w:ascii="Times New Roman" w:hAnsi="Times New Roman" w:cs="Times New Roman" w:hint="eastAsia"/>
        </w:rPr>
        <w:t xml:space="preserve"> this </w:t>
      </w:r>
      <w:proofErr w:type="spellStart"/>
      <w:r w:rsidR="00D47FE1">
        <w:rPr>
          <w:rFonts w:ascii="Times New Roman" w:hAnsi="Times New Roman" w:cs="Times New Roman" w:hint="eastAsia"/>
        </w:rPr>
        <w:t>idea,offer</w:t>
      </w:r>
      <w:proofErr w:type="spellEnd"/>
      <w:r w:rsidR="00D47FE1">
        <w:rPr>
          <w:rFonts w:ascii="Times New Roman" w:hAnsi="Times New Roman" w:cs="Times New Roman" w:hint="eastAsia"/>
        </w:rPr>
        <w:t xml:space="preserve"> me some </w:t>
      </w:r>
      <w:proofErr w:type="spellStart"/>
      <w:r w:rsidR="00D16AE6">
        <w:rPr>
          <w:rFonts w:ascii="Times New Roman" w:hAnsi="Times New Roman" w:cs="Times New Roman" w:hint="eastAsia"/>
        </w:rPr>
        <w:t>inspiration,</w:t>
      </w:r>
      <w:r w:rsidR="00C25DA4">
        <w:rPr>
          <w:rFonts w:ascii="Times New Roman" w:hAnsi="Times New Roman" w:cs="Times New Roman" w:hint="eastAsia"/>
        </w:rPr>
        <w:t>why</w:t>
      </w:r>
      <w:proofErr w:type="spellEnd"/>
      <w:r w:rsidR="00C25DA4">
        <w:rPr>
          <w:rFonts w:ascii="Times New Roman" w:hAnsi="Times New Roman" w:cs="Times New Roman" w:hint="eastAsia"/>
        </w:rPr>
        <w:t xml:space="preserve"> it called essay film and why it is poetic or called a kind </w:t>
      </w:r>
      <w:proofErr w:type="spellStart"/>
      <w:r w:rsidR="00C25DA4">
        <w:rPr>
          <w:rFonts w:ascii="Times New Roman" w:hAnsi="Times New Roman" w:cs="Times New Roman" w:hint="eastAsia"/>
        </w:rPr>
        <w:t>poetic,</w:t>
      </w:r>
      <w:r w:rsidR="00054068">
        <w:rPr>
          <w:rFonts w:ascii="Times New Roman" w:hAnsi="Times New Roman" w:cs="Times New Roman" w:hint="eastAsia"/>
        </w:rPr>
        <w:t>how</w:t>
      </w:r>
      <w:proofErr w:type="spellEnd"/>
      <w:r w:rsidR="00054068">
        <w:rPr>
          <w:rFonts w:ascii="Times New Roman" w:hAnsi="Times New Roman" w:cs="Times New Roman" w:hint="eastAsia"/>
        </w:rPr>
        <w:t xml:space="preserve"> we contact with </w:t>
      </w:r>
      <w:proofErr w:type="spellStart"/>
      <w:r w:rsidR="00054068">
        <w:rPr>
          <w:rFonts w:ascii="Times New Roman" w:hAnsi="Times New Roman" w:cs="Times New Roman" w:hint="eastAsia"/>
        </w:rPr>
        <w:t>that,those</w:t>
      </w:r>
      <w:proofErr w:type="spellEnd"/>
      <w:r w:rsidR="00054068">
        <w:rPr>
          <w:rFonts w:ascii="Times New Roman" w:hAnsi="Times New Roman" w:cs="Times New Roman" w:hint="eastAsia"/>
        </w:rPr>
        <w:t xml:space="preserve"> question came into my </w:t>
      </w:r>
      <w:proofErr w:type="spellStart"/>
      <w:r w:rsidR="00054068">
        <w:rPr>
          <w:rFonts w:ascii="Times New Roman" w:hAnsi="Times New Roman" w:cs="Times New Roman" w:hint="eastAsia"/>
        </w:rPr>
        <w:t>mind</w:t>
      </w:r>
      <w:r w:rsidR="00023C29">
        <w:rPr>
          <w:rFonts w:ascii="Times New Roman" w:hAnsi="Times New Roman" w:cs="Times New Roman" w:hint="eastAsia"/>
        </w:rPr>
        <w:t>.And</w:t>
      </w:r>
      <w:proofErr w:type="spellEnd"/>
      <w:r w:rsidR="00023C29">
        <w:rPr>
          <w:rFonts w:ascii="Times New Roman" w:hAnsi="Times New Roman" w:cs="Times New Roman" w:hint="eastAsia"/>
        </w:rPr>
        <w:t xml:space="preserve"> </w:t>
      </w:r>
      <w:proofErr w:type="spellStart"/>
      <w:r w:rsidR="00023C29">
        <w:rPr>
          <w:rFonts w:ascii="Times New Roman" w:hAnsi="Times New Roman" w:cs="Times New Roman" w:hint="eastAsia"/>
        </w:rPr>
        <w:t>later,one</w:t>
      </w:r>
      <w:proofErr w:type="spellEnd"/>
      <w:r w:rsidR="00023C29">
        <w:rPr>
          <w:rFonts w:ascii="Times New Roman" w:hAnsi="Times New Roman" w:cs="Times New Roman" w:hint="eastAsia"/>
        </w:rPr>
        <w:t xml:space="preserve"> new word appear in Kylie</w:t>
      </w:r>
      <w:r w:rsidR="00023C29">
        <w:rPr>
          <w:rFonts w:ascii="Times New Roman" w:hAnsi="Times New Roman" w:cs="Times New Roman"/>
        </w:rPr>
        <w:t>’</w:t>
      </w:r>
      <w:r w:rsidR="00023C29">
        <w:rPr>
          <w:rFonts w:ascii="Times New Roman" w:hAnsi="Times New Roman" w:cs="Times New Roman" w:hint="eastAsia"/>
        </w:rPr>
        <w:t>s course</w:t>
      </w:r>
      <w:r w:rsidR="007B27AE">
        <w:rPr>
          <w:rFonts w:ascii="Times New Roman" w:hAnsi="Times New Roman" w:cs="Times New Roman" w:hint="eastAsia"/>
        </w:rPr>
        <w:t>:</w:t>
      </w:r>
      <w:r w:rsidR="007B27AE" w:rsidRPr="007B27AE">
        <w:rPr>
          <w:rFonts w:ascii="Times New Roman" w:eastAsiaTheme="minorEastAsia" w:hAnsi="Times New Roman" w:cs="Times New Roman"/>
          <w:lang w:eastAsia="en-US"/>
        </w:rPr>
        <w:t xml:space="preserve"> </w:t>
      </w:r>
      <w:proofErr w:type="spellStart"/>
      <w:r w:rsidR="00850C40">
        <w:rPr>
          <w:rFonts w:ascii="Times New Roman" w:eastAsiaTheme="minorEastAsia" w:hAnsi="Times New Roman" w:cs="Times New Roman" w:hint="eastAsia"/>
        </w:rPr>
        <w:t>E</w:t>
      </w:r>
      <w:r w:rsidR="007B27AE" w:rsidRPr="007B27AE">
        <w:rPr>
          <w:rFonts w:ascii="Times New Roman" w:eastAsiaTheme="minorEastAsia" w:hAnsi="Times New Roman" w:cs="Times New Roman"/>
          <w:lang w:eastAsia="en-US"/>
        </w:rPr>
        <w:t>xistentialism</w:t>
      </w:r>
      <w:r w:rsidR="007B27AE">
        <w:rPr>
          <w:rFonts w:ascii="Times New Roman" w:eastAsiaTheme="minorEastAsia" w:hAnsi="Times New Roman" w:cs="Times New Roman" w:hint="eastAsia"/>
        </w:rPr>
        <w:t>,</w:t>
      </w:r>
      <w:r w:rsidR="004A20CF">
        <w:rPr>
          <w:rFonts w:ascii="Times New Roman" w:eastAsiaTheme="minorEastAsia" w:hAnsi="Times New Roman" w:cs="Times New Roman" w:hint="eastAsia"/>
        </w:rPr>
        <w:t>in</w:t>
      </w:r>
      <w:proofErr w:type="spellEnd"/>
      <w:r w:rsidR="004A20CF">
        <w:rPr>
          <w:rFonts w:ascii="Times New Roman" w:eastAsiaTheme="minorEastAsia" w:hAnsi="Times New Roman" w:cs="Times New Roman" w:hint="eastAsia"/>
        </w:rPr>
        <w:t xml:space="preserve"> academic </w:t>
      </w:r>
      <w:proofErr w:type="spellStart"/>
      <w:r w:rsidR="004A20CF">
        <w:rPr>
          <w:rFonts w:ascii="Times New Roman" w:eastAsiaTheme="minorEastAsia" w:hAnsi="Times New Roman" w:cs="Times New Roman" w:hint="eastAsia"/>
        </w:rPr>
        <w:t>translation,it</w:t>
      </w:r>
      <w:proofErr w:type="spellEnd"/>
      <w:r w:rsidR="004A20CF">
        <w:rPr>
          <w:rFonts w:ascii="Times New Roman" w:eastAsiaTheme="minorEastAsia" w:hAnsi="Times New Roman" w:cs="Times New Roman" w:hint="eastAsia"/>
        </w:rPr>
        <w:t xml:space="preserve"> is much formal </w:t>
      </w:r>
      <w:proofErr w:type="spellStart"/>
      <w:r w:rsidR="004A20CF">
        <w:rPr>
          <w:rFonts w:ascii="Times New Roman" w:eastAsiaTheme="minorEastAsia" w:hAnsi="Times New Roman" w:cs="Times New Roman" w:hint="eastAsia"/>
        </w:rPr>
        <w:t>meaning,about</w:t>
      </w:r>
      <w:proofErr w:type="spellEnd"/>
      <w:r w:rsidR="004A20CF">
        <w:rPr>
          <w:rFonts w:ascii="Times New Roman" w:eastAsiaTheme="minorEastAsia" w:hAnsi="Times New Roman" w:cs="Times New Roman" w:hint="eastAsia"/>
        </w:rPr>
        <w:t xml:space="preserve"> human </w:t>
      </w:r>
      <w:proofErr w:type="spellStart"/>
      <w:r w:rsidR="004A20CF">
        <w:rPr>
          <w:rFonts w:ascii="Times New Roman" w:eastAsiaTheme="minorEastAsia" w:hAnsi="Times New Roman" w:cs="Times New Roman" w:hint="eastAsia"/>
        </w:rPr>
        <w:t>condition,freedom,</w:t>
      </w:r>
      <w:r w:rsidR="006F0C9F">
        <w:rPr>
          <w:rFonts w:ascii="Times New Roman" w:eastAsiaTheme="minorEastAsia" w:hAnsi="Times New Roman" w:cs="Times New Roman" w:hint="eastAsia"/>
        </w:rPr>
        <w:t>but</w:t>
      </w:r>
      <w:proofErr w:type="spellEnd"/>
      <w:r w:rsidR="006F0C9F">
        <w:rPr>
          <w:rFonts w:ascii="Times New Roman" w:eastAsiaTheme="minorEastAsia" w:hAnsi="Times New Roman" w:cs="Times New Roman" w:hint="eastAsia"/>
        </w:rPr>
        <w:t xml:space="preserve"> in my </w:t>
      </w:r>
      <w:proofErr w:type="spellStart"/>
      <w:r w:rsidR="006F0C9F">
        <w:rPr>
          <w:rFonts w:ascii="Times New Roman" w:eastAsiaTheme="minorEastAsia" w:hAnsi="Times New Roman" w:cs="Times New Roman" w:hint="eastAsia"/>
        </w:rPr>
        <w:t>view,if</w:t>
      </w:r>
      <w:proofErr w:type="spellEnd"/>
      <w:r w:rsidR="006F0C9F">
        <w:rPr>
          <w:rFonts w:ascii="Times New Roman" w:eastAsiaTheme="minorEastAsia" w:hAnsi="Times New Roman" w:cs="Times New Roman" w:hint="eastAsia"/>
        </w:rPr>
        <w:t xml:space="preserve"> </w:t>
      </w:r>
      <w:proofErr w:type="spellStart"/>
      <w:r w:rsidR="006F0C9F">
        <w:rPr>
          <w:rFonts w:ascii="Times New Roman" w:eastAsiaTheme="minorEastAsia" w:hAnsi="Times New Roman" w:cs="Times New Roman" w:hint="eastAsia"/>
        </w:rPr>
        <w:t>i</w:t>
      </w:r>
      <w:proofErr w:type="spellEnd"/>
      <w:r w:rsidR="006F0C9F">
        <w:rPr>
          <w:rFonts w:ascii="Times New Roman" w:eastAsiaTheme="minorEastAsia" w:hAnsi="Times New Roman" w:cs="Times New Roman" w:hint="eastAsia"/>
        </w:rPr>
        <w:t xml:space="preserve"> can use this concept to insert my essay </w:t>
      </w:r>
      <w:proofErr w:type="spellStart"/>
      <w:r w:rsidR="006F0C9F">
        <w:rPr>
          <w:rFonts w:ascii="Times New Roman" w:eastAsiaTheme="minorEastAsia" w:hAnsi="Times New Roman" w:cs="Times New Roman" w:hint="eastAsia"/>
        </w:rPr>
        <w:t>film,</w:t>
      </w:r>
      <w:r w:rsidR="006F0A7F">
        <w:rPr>
          <w:rFonts w:ascii="Times New Roman" w:eastAsiaTheme="minorEastAsia" w:hAnsi="Times New Roman" w:cs="Times New Roman" w:hint="eastAsia"/>
        </w:rPr>
        <w:t>perhaps</w:t>
      </w:r>
      <w:proofErr w:type="spellEnd"/>
      <w:r w:rsidR="006F0A7F">
        <w:rPr>
          <w:rFonts w:ascii="Times New Roman" w:eastAsiaTheme="minorEastAsia" w:hAnsi="Times New Roman" w:cs="Times New Roman" w:hint="eastAsia"/>
        </w:rPr>
        <w:t xml:space="preserve"> </w:t>
      </w:r>
      <w:r w:rsidR="006F0A7F">
        <w:rPr>
          <w:rFonts w:ascii="Times New Roman" w:eastAsiaTheme="minorEastAsia" w:hAnsi="Times New Roman" w:cs="Times New Roman"/>
        </w:rPr>
        <w:t>I</w:t>
      </w:r>
      <w:r w:rsidR="006F0A7F">
        <w:rPr>
          <w:rFonts w:ascii="Times New Roman" w:eastAsiaTheme="minorEastAsia" w:hAnsi="Times New Roman" w:cs="Times New Roman" w:hint="eastAsia"/>
        </w:rPr>
        <w:t xml:space="preserve"> will get more meaning of </w:t>
      </w:r>
      <w:proofErr w:type="spellStart"/>
      <w:r w:rsidR="006F0A7F">
        <w:rPr>
          <w:rFonts w:ascii="Times New Roman" w:eastAsiaTheme="minorEastAsia" w:hAnsi="Times New Roman" w:cs="Times New Roman" w:hint="eastAsia"/>
        </w:rPr>
        <w:t>poetic,because</w:t>
      </w:r>
      <w:proofErr w:type="spellEnd"/>
      <w:r w:rsidR="006F0A7F">
        <w:rPr>
          <w:rFonts w:ascii="Times New Roman" w:eastAsiaTheme="minorEastAsia" w:hAnsi="Times New Roman" w:cs="Times New Roman" w:hint="eastAsia"/>
        </w:rPr>
        <w:t xml:space="preserve"> in the essay </w:t>
      </w:r>
      <w:proofErr w:type="spellStart"/>
      <w:r w:rsidR="006F0A7F">
        <w:rPr>
          <w:rFonts w:ascii="Times New Roman" w:eastAsiaTheme="minorEastAsia" w:hAnsi="Times New Roman" w:cs="Times New Roman" w:hint="eastAsia"/>
        </w:rPr>
        <w:t>film,</w:t>
      </w:r>
      <w:r w:rsidR="006F0A7F">
        <w:rPr>
          <w:rFonts w:ascii="Times New Roman" w:eastAsiaTheme="minorEastAsia" w:hAnsi="Times New Roman" w:cs="Times New Roman"/>
        </w:rPr>
        <w:t>I</w:t>
      </w:r>
      <w:proofErr w:type="spellEnd"/>
      <w:r w:rsidR="006F0A7F">
        <w:rPr>
          <w:rFonts w:ascii="Times New Roman" w:eastAsiaTheme="minorEastAsia" w:hAnsi="Times New Roman" w:cs="Times New Roman" w:hint="eastAsia"/>
        </w:rPr>
        <w:t xml:space="preserve"> would </w:t>
      </w:r>
      <w:r w:rsidR="00957F05">
        <w:rPr>
          <w:rFonts w:ascii="Times New Roman" w:eastAsiaTheme="minorEastAsia" w:hAnsi="Times New Roman" w:cs="Times New Roman" w:hint="eastAsia"/>
        </w:rPr>
        <w:t xml:space="preserve">think it is more about feeling of your </w:t>
      </w:r>
      <w:proofErr w:type="spellStart"/>
      <w:r w:rsidR="00957F05">
        <w:rPr>
          <w:rFonts w:ascii="Times New Roman" w:eastAsiaTheme="minorEastAsia" w:hAnsi="Times New Roman" w:cs="Times New Roman" w:hint="eastAsia"/>
        </w:rPr>
        <w:t>present,like</w:t>
      </w:r>
      <w:proofErr w:type="spellEnd"/>
      <w:r w:rsidR="00957F05">
        <w:rPr>
          <w:rFonts w:ascii="Times New Roman" w:eastAsiaTheme="minorEastAsia" w:hAnsi="Times New Roman" w:cs="Times New Roman" w:hint="eastAsia"/>
        </w:rPr>
        <w:t xml:space="preserve"> your </w:t>
      </w:r>
      <w:proofErr w:type="spellStart"/>
      <w:r w:rsidR="00957F05">
        <w:rPr>
          <w:rFonts w:ascii="Times New Roman" w:eastAsiaTheme="minorEastAsia" w:hAnsi="Times New Roman" w:cs="Times New Roman" w:hint="eastAsia"/>
        </w:rPr>
        <w:t>mood,your</w:t>
      </w:r>
      <w:proofErr w:type="spellEnd"/>
      <w:r w:rsidR="00957F05">
        <w:rPr>
          <w:rFonts w:ascii="Times New Roman" w:eastAsiaTheme="minorEastAsia" w:hAnsi="Times New Roman" w:cs="Times New Roman" w:hint="eastAsia"/>
        </w:rPr>
        <w:t xml:space="preserve"> environment</w:t>
      </w:r>
      <w:r w:rsidR="00003EEA">
        <w:rPr>
          <w:rFonts w:ascii="Times New Roman" w:eastAsiaTheme="minorEastAsia" w:hAnsi="Times New Roman" w:cs="Times New Roman" w:hint="eastAsia"/>
        </w:rPr>
        <w:t xml:space="preserve"> and everything in front of you.</w:t>
      </w:r>
    </w:p>
    <w:p w14:paraId="0654BBC9" w14:textId="0F07C795" w:rsidR="005765D4" w:rsidRDefault="005765D4" w:rsidP="00057BF6">
      <w:pPr>
        <w:spacing w:line="360" w:lineRule="auto"/>
        <w:ind w:firstLineChars="100" w:firstLine="240"/>
        <w:rPr>
          <w:rFonts w:ascii="Times New Roman" w:eastAsiaTheme="minorEastAsia" w:hAnsi="Times New Roman" w:cs="Times New Roman"/>
        </w:rPr>
      </w:pPr>
      <w:r>
        <w:rPr>
          <w:rFonts w:ascii="Times New Roman" w:eastAsiaTheme="minorEastAsia" w:hAnsi="Times New Roman" w:cs="Times New Roman" w:hint="eastAsia"/>
        </w:rPr>
        <w:t xml:space="preserve">I remember one of my memorable experience in the </w:t>
      </w:r>
      <w:proofErr w:type="spellStart"/>
      <w:r>
        <w:rPr>
          <w:rFonts w:ascii="Times New Roman" w:eastAsiaTheme="minorEastAsia" w:hAnsi="Times New Roman" w:cs="Times New Roman" w:hint="eastAsia"/>
        </w:rPr>
        <w:t>past,in</w:t>
      </w:r>
      <w:proofErr w:type="spellEnd"/>
      <w:r>
        <w:rPr>
          <w:rFonts w:ascii="Times New Roman" w:eastAsiaTheme="minorEastAsia" w:hAnsi="Times New Roman" w:cs="Times New Roman" w:hint="eastAsia"/>
        </w:rPr>
        <w:t xml:space="preserve"> that time </w:t>
      </w:r>
      <w:r>
        <w:rPr>
          <w:rFonts w:ascii="Times New Roman" w:eastAsiaTheme="minorEastAsia" w:hAnsi="Times New Roman" w:cs="Times New Roman"/>
        </w:rPr>
        <w:t>I</w:t>
      </w:r>
      <w:r>
        <w:rPr>
          <w:rFonts w:ascii="Times New Roman" w:eastAsiaTheme="minorEastAsia" w:hAnsi="Times New Roman" w:cs="Times New Roman" w:hint="eastAsia"/>
        </w:rPr>
        <w:t xml:space="preserve"> was </w:t>
      </w:r>
      <w:r w:rsidR="00594A09">
        <w:rPr>
          <w:rFonts w:ascii="Times New Roman" w:eastAsiaTheme="minorEastAsia" w:hAnsi="Times New Roman" w:cs="Times New Roman" w:hint="eastAsia"/>
        </w:rPr>
        <w:t xml:space="preserve">22 years </w:t>
      </w:r>
      <w:proofErr w:type="spellStart"/>
      <w:r w:rsidR="00594A09">
        <w:rPr>
          <w:rFonts w:ascii="Times New Roman" w:eastAsiaTheme="minorEastAsia" w:hAnsi="Times New Roman" w:cs="Times New Roman" w:hint="eastAsia"/>
        </w:rPr>
        <w:t>old,it</w:t>
      </w:r>
      <w:proofErr w:type="spellEnd"/>
      <w:r w:rsidR="00594A09">
        <w:rPr>
          <w:rFonts w:ascii="Times New Roman" w:eastAsiaTheme="minorEastAsia" w:hAnsi="Times New Roman" w:cs="Times New Roman" w:hint="eastAsia"/>
        </w:rPr>
        <w:t xml:space="preserve"> is first time </w:t>
      </w:r>
      <w:r w:rsidR="00594A09">
        <w:rPr>
          <w:rFonts w:ascii="Times New Roman" w:eastAsiaTheme="minorEastAsia" w:hAnsi="Times New Roman" w:cs="Times New Roman"/>
        </w:rPr>
        <w:t>I</w:t>
      </w:r>
      <w:r w:rsidR="00594A09">
        <w:rPr>
          <w:rFonts w:ascii="Times New Roman" w:eastAsiaTheme="minorEastAsia" w:hAnsi="Times New Roman" w:cs="Times New Roman" w:hint="eastAsia"/>
        </w:rPr>
        <w:t xml:space="preserve"> travel with my mom to a n</w:t>
      </w:r>
      <w:r w:rsidR="008B1E65">
        <w:rPr>
          <w:rFonts w:ascii="Times New Roman" w:eastAsiaTheme="minorEastAsia" w:hAnsi="Times New Roman" w:cs="Times New Roman" w:hint="eastAsia"/>
        </w:rPr>
        <w:t xml:space="preserve">ature landscape </w:t>
      </w:r>
      <w:proofErr w:type="spellStart"/>
      <w:r w:rsidR="008B1E65">
        <w:rPr>
          <w:rFonts w:ascii="Times New Roman" w:eastAsiaTheme="minorEastAsia" w:hAnsi="Times New Roman" w:cs="Times New Roman" w:hint="eastAsia"/>
        </w:rPr>
        <w:t>place,before,</w:t>
      </w:r>
      <w:r w:rsidR="008B1E65">
        <w:rPr>
          <w:rFonts w:ascii="Times New Roman" w:eastAsiaTheme="minorEastAsia" w:hAnsi="Times New Roman" w:cs="Times New Roman"/>
        </w:rPr>
        <w:t>I</w:t>
      </w:r>
      <w:proofErr w:type="spellEnd"/>
      <w:r w:rsidR="008B1E65">
        <w:rPr>
          <w:rFonts w:ascii="Times New Roman" w:eastAsiaTheme="minorEastAsia" w:hAnsi="Times New Roman" w:cs="Times New Roman" w:hint="eastAsia"/>
        </w:rPr>
        <w:t xml:space="preserve"> always </w:t>
      </w:r>
      <w:r w:rsidR="008B1E65">
        <w:rPr>
          <w:rFonts w:ascii="Times New Roman" w:eastAsiaTheme="minorEastAsia" w:hAnsi="Times New Roman" w:cs="Times New Roman"/>
        </w:rPr>
        <w:t>growled</w:t>
      </w:r>
      <w:r w:rsidR="008B1E65">
        <w:rPr>
          <w:rFonts w:ascii="Times New Roman" w:eastAsiaTheme="minorEastAsia" w:hAnsi="Times New Roman" w:cs="Times New Roman" w:hint="eastAsia"/>
        </w:rPr>
        <w:t xml:space="preserve"> up in the big city</w:t>
      </w:r>
      <w:r w:rsidR="00FC09D0">
        <w:rPr>
          <w:rFonts w:ascii="Times New Roman" w:eastAsiaTheme="minorEastAsia" w:hAnsi="Times New Roman" w:cs="Times New Roman" w:hint="eastAsia"/>
        </w:rPr>
        <w:t xml:space="preserve"> accompany by crowd and </w:t>
      </w:r>
      <w:proofErr w:type="spellStart"/>
      <w:r w:rsidR="00FC09D0">
        <w:rPr>
          <w:rFonts w:ascii="Times New Roman" w:eastAsiaTheme="minorEastAsia" w:hAnsi="Times New Roman" w:cs="Times New Roman" w:hint="eastAsia"/>
        </w:rPr>
        <w:t>skyscrapers,</w:t>
      </w:r>
      <w:r w:rsidR="00FC09D0">
        <w:rPr>
          <w:rFonts w:ascii="Times New Roman" w:eastAsiaTheme="minorEastAsia" w:hAnsi="Times New Roman" w:cs="Times New Roman"/>
        </w:rPr>
        <w:t>I</w:t>
      </w:r>
      <w:proofErr w:type="spellEnd"/>
      <w:r w:rsidR="00FC09D0">
        <w:rPr>
          <w:rFonts w:ascii="Times New Roman" w:eastAsiaTheme="minorEastAsia" w:hAnsi="Times New Roman" w:cs="Times New Roman" w:hint="eastAsia"/>
        </w:rPr>
        <w:t xml:space="preserve"> never imag</w:t>
      </w:r>
      <w:r w:rsidR="00D26120">
        <w:rPr>
          <w:rFonts w:ascii="Times New Roman" w:eastAsiaTheme="minorEastAsia" w:hAnsi="Times New Roman" w:cs="Times New Roman" w:hint="eastAsia"/>
        </w:rPr>
        <w:t>ine that outside the city what scene it is.</w:t>
      </w:r>
      <w:r w:rsidR="008B1E65">
        <w:rPr>
          <w:rFonts w:ascii="Times New Roman" w:eastAsiaTheme="minorEastAsia" w:hAnsi="Times New Roman" w:cs="Times New Roman" w:hint="eastAsia"/>
        </w:rPr>
        <w:t xml:space="preserve"> </w:t>
      </w:r>
      <w:r w:rsidR="003014C2">
        <w:rPr>
          <w:rFonts w:ascii="Times New Roman" w:eastAsiaTheme="minorEastAsia" w:hAnsi="Times New Roman" w:cs="Times New Roman" w:hint="eastAsia"/>
        </w:rPr>
        <w:t xml:space="preserve">When </w:t>
      </w:r>
      <w:r w:rsidR="003014C2">
        <w:rPr>
          <w:rFonts w:ascii="Times New Roman" w:eastAsiaTheme="minorEastAsia" w:hAnsi="Times New Roman" w:cs="Times New Roman"/>
        </w:rPr>
        <w:t>I</w:t>
      </w:r>
      <w:r w:rsidR="003014C2">
        <w:rPr>
          <w:rFonts w:ascii="Times New Roman" w:eastAsiaTheme="minorEastAsia" w:hAnsi="Times New Roman" w:cs="Times New Roman" w:hint="eastAsia"/>
        </w:rPr>
        <w:t xml:space="preserve"> first time surrounded by </w:t>
      </w:r>
      <w:proofErr w:type="spellStart"/>
      <w:r w:rsidR="003014C2">
        <w:rPr>
          <w:rFonts w:ascii="Times New Roman" w:eastAsiaTheme="minorEastAsia" w:hAnsi="Times New Roman" w:cs="Times New Roman" w:hint="eastAsia"/>
        </w:rPr>
        <w:t>wind,plants</w:t>
      </w:r>
      <w:proofErr w:type="spellEnd"/>
      <w:r w:rsidR="003014C2">
        <w:rPr>
          <w:rFonts w:ascii="Times New Roman" w:eastAsiaTheme="minorEastAsia" w:hAnsi="Times New Roman" w:cs="Times New Roman" w:hint="eastAsia"/>
        </w:rPr>
        <w:t xml:space="preserve"> and </w:t>
      </w:r>
      <w:r w:rsidR="0073210A">
        <w:rPr>
          <w:rFonts w:ascii="Times New Roman" w:eastAsiaTheme="minorEastAsia" w:hAnsi="Times New Roman" w:cs="Times New Roman" w:hint="eastAsia"/>
        </w:rPr>
        <w:t xml:space="preserve">primitive </w:t>
      </w:r>
      <w:proofErr w:type="spellStart"/>
      <w:r w:rsidR="0073210A">
        <w:rPr>
          <w:rFonts w:ascii="Times New Roman" w:eastAsiaTheme="minorEastAsia" w:hAnsi="Times New Roman" w:cs="Times New Roman" w:hint="eastAsia"/>
        </w:rPr>
        <w:t>ethic</w:t>
      </w:r>
      <w:proofErr w:type="spellEnd"/>
      <w:r w:rsidR="0073210A">
        <w:rPr>
          <w:rFonts w:ascii="Times New Roman" w:eastAsiaTheme="minorEastAsia" w:hAnsi="Times New Roman" w:cs="Times New Roman" w:hint="eastAsia"/>
        </w:rPr>
        <w:t xml:space="preserve"> </w:t>
      </w:r>
      <w:proofErr w:type="spellStart"/>
      <w:r w:rsidR="0073210A">
        <w:rPr>
          <w:rFonts w:ascii="Times New Roman" w:eastAsiaTheme="minorEastAsia" w:hAnsi="Times New Roman" w:cs="Times New Roman" w:hint="eastAsia"/>
        </w:rPr>
        <w:t>minorities,</w:t>
      </w:r>
      <w:r w:rsidR="0073210A">
        <w:rPr>
          <w:rFonts w:ascii="Times New Roman" w:eastAsiaTheme="minorEastAsia" w:hAnsi="Times New Roman" w:cs="Times New Roman"/>
        </w:rPr>
        <w:t>I</w:t>
      </w:r>
      <w:proofErr w:type="spellEnd"/>
      <w:r w:rsidR="0073210A">
        <w:rPr>
          <w:rFonts w:ascii="Times New Roman" w:eastAsiaTheme="minorEastAsia" w:hAnsi="Times New Roman" w:cs="Times New Roman" w:hint="eastAsia"/>
        </w:rPr>
        <w:t xml:space="preserve"> find a cert</w:t>
      </w:r>
      <w:r w:rsidR="00A5456F">
        <w:rPr>
          <w:rFonts w:ascii="Times New Roman" w:eastAsiaTheme="minorEastAsia" w:hAnsi="Times New Roman" w:cs="Times New Roman" w:hint="eastAsia"/>
        </w:rPr>
        <w:t xml:space="preserve">ain </w:t>
      </w:r>
      <w:r w:rsidR="0073210A">
        <w:rPr>
          <w:rFonts w:ascii="Times New Roman" w:eastAsiaTheme="minorEastAsia" w:hAnsi="Times New Roman" w:cs="Times New Roman" w:hint="eastAsia"/>
        </w:rPr>
        <w:t xml:space="preserve">feeling in my </w:t>
      </w:r>
      <w:proofErr w:type="spellStart"/>
      <w:r w:rsidR="0073210A">
        <w:rPr>
          <w:rFonts w:ascii="Times New Roman" w:eastAsiaTheme="minorEastAsia" w:hAnsi="Times New Roman" w:cs="Times New Roman" w:hint="eastAsia"/>
        </w:rPr>
        <w:t>mind,</w:t>
      </w:r>
      <w:r w:rsidR="00A5456F">
        <w:rPr>
          <w:rFonts w:ascii="Times New Roman" w:eastAsiaTheme="minorEastAsia" w:hAnsi="Times New Roman" w:cs="Times New Roman" w:hint="eastAsia"/>
        </w:rPr>
        <w:t>in</w:t>
      </w:r>
      <w:proofErr w:type="spellEnd"/>
      <w:r w:rsidR="00A5456F">
        <w:rPr>
          <w:rFonts w:ascii="Times New Roman" w:eastAsiaTheme="minorEastAsia" w:hAnsi="Times New Roman" w:cs="Times New Roman" w:hint="eastAsia"/>
        </w:rPr>
        <w:t xml:space="preserve"> that time </w:t>
      </w:r>
      <w:r w:rsidR="00000F7B">
        <w:rPr>
          <w:rFonts w:ascii="Times New Roman" w:eastAsiaTheme="minorEastAsia" w:hAnsi="Times New Roman" w:cs="Times New Roman" w:hint="eastAsia"/>
        </w:rPr>
        <w:t xml:space="preserve">it is hard to </w:t>
      </w:r>
      <w:proofErr w:type="spellStart"/>
      <w:r w:rsidR="00000F7B">
        <w:rPr>
          <w:rFonts w:ascii="Times New Roman" w:eastAsiaTheme="minorEastAsia" w:hAnsi="Times New Roman" w:cs="Times New Roman" w:hint="eastAsia"/>
        </w:rPr>
        <w:t>describe,seems</w:t>
      </w:r>
      <w:proofErr w:type="spellEnd"/>
      <w:r w:rsidR="00000F7B">
        <w:rPr>
          <w:rFonts w:ascii="Times New Roman" w:eastAsiaTheme="minorEastAsia" w:hAnsi="Times New Roman" w:cs="Times New Roman" w:hint="eastAsia"/>
        </w:rPr>
        <w:t xml:space="preserve"> like you make </w:t>
      </w:r>
      <w:r w:rsidR="000B213C">
        <w:rPr>
          <w:rFonts w:ascii="Times New Roman" w:eastAsiaTheme="minorEastAsia" w:hAnsi="Times New Roman" w:cs="Times New Roman" w:hint="eastAsia"/>
        </w:rPr>
        <w:t xml:space="preserve">certain connection with your present </w:t>
      </w:r>
      <w:proofErr w:type="spellStart"/>
      <w:r w:rsidR="000B213C">
        <w:rPr>
          <w:rFonts w:ascii="Times New Roman" w:eastAsiaTheme="minorEastAsia" w:hAnsi="Times New Roman" w:cs="Times New Roman" w:hint="eastAsia"/>
        </w:rPr>
        <w:t>en</w:t>
      </w:r>
      <w:r w:rsidR="0046044D">
        <w:rPr>
          <w:rFonts w:ascii="Times New Roman" w:eastAsiaTheme="minorEastAsia" w:hAnsi="Times New Roman" w:cs="Times New Roman" w:hint="eastAsia"/>
        </w:rPr>
        <w:t>vironment,and</w:t>
      </w:r>
      <w:proofErr w:type="spellEnd"/>
      <w:r w:rsidR="0046044D">
        <w:rPr>
          <w:rFonts w:ascii="Times New Roman" w:eastAsiaTheme="minorEastAsia" w:hAnsi="Times New Roman" w:cs="Times New Roman" w:hint="eastAsia"/>
        </w:rPr>
        <w:t xml:space="preserve"> you want to express something through your </w:t>
      </w:r>
      <w:proofErr w:type="spellStart"/>
      <w:r w:rsidR="0046044D">
        <w:rPr>
          <w:rFonts w:ascii="Times New Roman" w:eastAsiaTheme="minorEastAsia" w:hAnsi="Times New Roman" w:cs="Times New Roman" w:hint="eastAsia"/>
        </w:rPr>
        <w:t>eyes,through</w:t>
      </w:r>
      <w:proofErr w:type="spellEnd"/>
      <w:r w:rsidR="0046044D">
        <w:rPr>
          <w:rFonts w:ascii="Times New Roman" w:eastAsiaTheme="minorEastAsia" w:hAnsi="Times New Roman" w:cs="Times New Roman" w:hint="eastAsia"/>
        </w:rPr>
        <w:t xml:space="preserve"> your present </w:t>
      </w:r>
      <w:proofErr w:type="spellStart"/>
      <w:r w:rsidR="0046044D">
        <w:rPr>
          <w:rFonts w:ascii="Times New Roman" w:eastAsiaTheme="minorEastAsia" w:hAnsi="Times New Roman" w:cs="Times New Roman" w:hint="eastAsia"/>
        </w:rPr>
        <w:t>feeling</w:t>
      </w:r>
      <w:r w:rsidR="00EC3DB6">
        <w:rPr>
          <w:rFonts w:ascii="Times New Roman" w:eastAsiaTheme="minorEastAsia" w:hAnsi="Times New Roman" w:cs="Times New Roman" w:hint="eastAsia"/>
        </w:rPr>
        <w:t>,it</w:t>
      </w:r>
      <w:proofErr w:type="spellEnd"/>
      <w:r w:rsidR="00EC3DB6">
        <w:rPr>
          <w:rFonts w:ascii="Times New Roman" w:eastAsiaTheme="minorEastAsia" w:hAnsi="Times New Roman" w:cs="Times New Roman" w:hint="eastAsia"/>
        </w:rPr>
        <w:t xml:space="preserve"> look like </w:t>
      </w:r>
      <w:r w:rsidR="005D3D00">
        <w:rPr>
          <w:rFonts w:ascii="Times New Roman" w:eastAsiaTheme="minorEastAsia" w:hAnsi="Times New Roman" w:cs="Times New Roman" w:hint="eastAsia"/>
        </w:rPr>
        <w:t xml:space="preserve">some complete different thing in front of </w:t>
      </w:r>
      <w:proofErr w:type="spellStart"/>
      <w:r w:rsidR="005D3D00">
        <w:rPr>
          <w:rFonts w:ascii="Times New Roman" w:eastAsiaTheme="minorEastAsia" w:hAnsi="Times New Roman" w:cs="Times New Roman" w:hint="eastAsia"/>
        </w:rPr>
        <w:t>you,</w:t>
      </w:r>
      <w:r w:rsidR="006860DE">
        <w:rPr>
          <w:rFonts w:ascii="Times New Roman" w:eastAsiaTheme="minorEastAsia" w:hAnsi="Times New Roman" w:cs="Times New Roman" w:hint="eastAsia"/>
        </w:rPr>
        <w:t>you</w:t>
      </w:r>
      <w:proofErr w:type="spellEnd"/>
      <w:r w:rsidR="006860DE">
        <w:rPr>
          <w:rFonts w:ascii="Times New Roman" w:eastAsiaTheme="minorEastAsia" w:hAnsi="Times New Roman" w:cs="Times New Roman" w:hint="eastAsia"/>
        </w:rPr>
        <w:t xml:space="preserve"> want to </w:t>
      </w:r>
      <w:proofErr w:type="spellStart"/>
      <w:r w:rsidR="006860DE">
        <w:rPr>
          <w:rFonts w:ascii="Times New Roman" w:eastAsiaTheme="minorEastAsia" w:hAnsi="Times New Roman" w:cs="Times New Roman" w:hint="eastAsia"/>
        </w:rPr>
        <w:t>express,but</w:t>
      </w:r>
      <w:proofErr w:type="spellEnd"/>
      <w:r w:rsidR="006860DE">
        <w:rPr>
          <w:rFonts w:ascii="Times New Roman" w:eastAsiaTheme="minorEastAsia" w:hAnsi="Times New Roman" w:cs="Times New Roman" w:hint="eastAsia"/>
        </w:rPr>
        <w:t xml:space="preserve"> in that time there was no suit</w:t>
      </w:r>
      <w:r w:rsidR="0062394A">
        <w:rPr>
          <w:rFonts w:ascii="Times New Roman" w:eastAsiaTheme="minorEastAsia" w:hAnsi="Times New Roman" w:cs="Times New Roman" w:hint="eastAsia"/>
        </w:rPr>
        <w:t>able</w:t>
      </w:r>
      <w:r w:rsidR="006860DE">
        <w:rPr>
          <w:rFonts w:ascii="Times New Roman" w:eastAsiaTheme="minorEastAsia" w:hAnsi="Times New Roman" w:cs="Times New Roman" w:hint="eastAsia"/>
        </w:rPr>
        <w:t xml:space="preserve"> way to </w:t>
      </w:r>
      <w:proofErr w:type="spellStart"/>
      <w:r w:rsidR="006860DE">
        <w:rPr>
          <w:rFonts w:ascii="Times New Roman" w:eastAsiaTheme="minorEastAsia" w:hAnsi="Times New Roman" w:cs="Times New Roman" w:hint="eastAsia"/>
        </w:rPr>
        <w:t>express</w:t>
      </w:r>
      <w:r w:rsidR="0062394A">
        <w:rPr>
          <w:rFonts w:ascii="Times New Roman" w:eastAsiaTheme="minorEastAsia" w:hAnsi="Times New Roman" w:cs="Times New Roman" w:hint="eastAsia"/>
        </w:rPr>
        <w:t>,later</w:t>
      </w:r>
      <w:proofErr w:type="spellEnd"/>
      <w:r w:rsidR="0062394A">
        <w:rPr>
          <w:rFonts w:ascii="Times New Roman" w:eastAsiaTheme="minorEastAsia" w:hAnsi="Times New Roman" w:cs="Times New Roman" w:hint="eastAsia"/>
        </w:rPr>
        <w:t xml:space="preserve"> when </w:t>
      </w:r>
      <w:r w:rsidR="0062394A">
        <w:rPr>
          <w:rFonts w:ascii="Times New Roman" w:eastAsiaTheme="minorEastAsia" w:hAnsi="Times New Roman" w:cs="Times New Roman"/>
        </w:rPr>
        <w:t>I</w:t>
      </w:r>
      <w:r w:rsidR="0062394A">
        <w:rPr>
          <w:rFonts w:ascii="Times New Roman" w:eastAsiaTheme="minorEastAsia" w:hAnsi="Times New Roman" w:cs="Times New Roman" w:hint="eastAsia"/>
        </w:rPr>
        <w:t xml:space="preserve"> went to university </w:t>
      </w:r>
      <w:r w:rsidR="00E96091">
        <w:rPr>
          <w:rFonts w:ascii="Times New Roman" w:eastAsiaTheme="minorEastAsia" w:hAnsi="Times New Roman" w:cs="Times New Roman"/>
        </w:rPr>
        <w:t>I</w:t>
      </w:r>
      <w:r w:rsidR="00E96091">
        <w:rPr>
          <w:rFonts w:ascii="Times New Roman" w:eastAsiaTheme="minorEastAsia" w:hAnsi="Times New Roman" w:cs="Times New Roman" w:hint="eastAsia"/>
        </w:rPr>
        <w:t xml:space="preserve"> just know in that period of time this experience could be a prose in my </w:t>
      </w:r>
      <w:proofErr w:type="spellStart"/>
      <w:r w:rsidR="00E96091">
        <w:rPr>
          <w:rFonts w:ascii="Times New Roman" w:eastAsiaTheme="minorEastAsia" w:hAnsi="Times New Roman" w:cs="Times New Roman" w:hint="eastAsia"/>
        </w:rPr>
        <w:t>mind,</w:t>
      </w:r>
      <w:r w:rsidR="00E96091">
        <w:rPr>
          <w:rFonts w:ascii="Times New Roman" w:eastAsiaTheme="minorEastAsia" w:hAnsi="Times New Roman" w:cs="Times New Roman"/>
        </w:rPr>
        <w:t>I</w:t>
      </w:r>
      <w:proofErr w:type="spellEnd"/>
      <w:r w:rsidR="00E96091">
        <w:rPr>
          <w:rFonts w:ascii="Times New Roman" w:eastAsiaTheme="minorEastAsia" w:hAnsi="Times New Roman" w:cs="Times New Roman" w:hint="eastAsia"/>
        </w:rPr>
        <w:t xml:space="preserve"> already had some </w:t>
      </w:r>
      <w:r w:rsidR="00F44921">
        <w:rPr>
          <w:rFonts w:ascii="Times New Roman" w:eastAsiaTheme="minorEastAsia" w:hAnsi="Times New Roman" w:cs="Times New Roman" w:hint="eastAsia"/>
        </w:rPr>
        <w:t>material save in my mind.</w:t>
      </w:r>
    </w:p>
    <w:p w14:paraId="017E488D" w14:textId="3D1387BD" w:rsidR="00F44921" w:rsidRDefault="00F44921" w:rsidP="00057BF6">
      <w:pPr>
        <w:spacing w:line="360" w:lineRule="auto"/>
        <w:ind w:firstLineChars="100" w:firstLine="240"/>
        <w:rPr>
          <w:rFonts w:ascii="Times New Roman" w:eastAsiaTheme="minorEastAsia" w:hAnsi="Times New Roman" w:cs="Times New Roman"/>
        </w:rPr>
      </w:pPr>
      <w:proofErr w:type="spellStart"/>
      <w:proofErr w:type="gramStart"/>
      <w:r>
        <w:rPr>
          <w:rFonts w:ascii="Times New Roman" w:eastAsiaTheme="minorEastAsia" w:hAnsi="Times New Roman" w:cs="Times New Roman" w:hint="eastAsia"/>
        </w:rPr>
        <w:t>So</w:t>
      </w:r>
      <w:r w:rsidR="00525FC7">
        <w:rPr>
          <w:rFonts w:ascii="Times New Roman" w:eastAsiaTheme="minorEastAsia" w:hAnsi="Times New Roman" w:cs="Times New Roman" w:hint="eastAsia"/>
        </w:rPr>
        <w:t>,in</w:t>
      </w:r>
      <w:proofErr w:type="spellEnd"/>
      <w:proofErr w:type="gramEnd"/>
      <w:r w:rsidR="00525FC7">
        <w:rPr>
          <w:rFonts w:ascii="Times New Roman" w:eastAsiaTheme="minorEastAsia" w:hAnsi="Times New Roman" w:cs="Times New Roman" w:hint="eastAsia"/>
        </w:rPr>
        <w:t xml:space="preserve"> this </w:t>
      </w:r>
      <w:proofErr w:type="spellStart"/>
      <w:proofErr w:type="gramStart"/>
      <w:r w:rsidR="00525FC7">
        <w:rPr>
          <w:rFonts w:ascii="Times New Roman" w:eastAsiaTheme="minorEastAsia" w:hAnsi="Times New Roman" w:cs="Times New Roman" w:hint="eastAsia"/>
        </w:rPr>
        <w:t>essay,</w:t>
      </w:r>
      <w:r w:rsidR="00EF628D">
        <w:rPr>
          <w:rFonts w:ascii="Times New Roman" w:eastAsiaTheme="minorEastAsia" w:hAnsi="Times New Roman" w:cs="Times New Roman"/>
        </w:rPr>
        <w:t>I</w:t>
      </w:r>
      <w:proofErr w:type="spellEnd"/>
      <w:proofErr w:type="gramEnd"/>
      <w:r w:rsidR="00EF628D">
        <w:rPr>
          <w:rFonts w:ascii="Times New Roman" w:eastAsiaTheme="minorEastAsia" w:hAnsi="Times New Roman" w:cs="Times New Roman" w:hint="eastAsia"/>
        </w:rPr>
        <w:t xml:space="preserve"> want to figure out what is essay </w:t>
      </w:r>
      <w:proofErr w:type="spellStart"/>
      <w:proofErr w:type="gramStart"/>
      <w:r w:rsidR="00C67F9C">
        <w:rPr>
          <w:rFonts w:ascii="Times New Roman" w:eastAsiaTheme="minorEastAsia" w:hAnsi="Times New Roman" w:cs="Times New Roman" w:hint="eastAsia"/>
        </w:rPr>
        <w:t>film,what</w:t>
      </w:r>
      <w:proofErr w:type="spellEnd"/>
      <w:proofErr w:type="gramEnd"/>
      <w:r w:rsidR="00C67F9C">
        <w:rPr>
          <w:rFonts w:ascii="Times New Roman" w:eastAsiaTheme="minorEastAsia" w:hAnsi="Times New Roman" w:cs="Times New Roman" w:hint="eastAsia"/>
        </w:rPr>
        <w:t xml:space="preserve"> kind of essay film can be </w:t>
      </w:r>
      <w:proofErr w:type="spellStart"/>
      <w:proofErr w:type="gramStart"/>
      <w:r w:rsidR="00C67F9C">
        <w:rPr>
          <w:rFonts w:ascii="Times New Roman" w:eastAsiaTheme="minorEastAsia" w:hAnsi="Times New Roman" w:cs="Times New Roman" w:hint="eastAsia"/>
        </w:rPr>
        <w:t>poetic,</w:t>
      </w:r>
      <w:r w:rsidR="0013724F">
        <w:rPr>
          <w:rFonts w:ascii="Times New Roman" w:eastAsiaTheme="minorEastAsia" w:hAnsi="Times New Roman" w:cs="Times New Roman" w:hint="eastAsia"/>
        </w:rPr>
        <w:t>and</w:t>
      </w:r>
      <w:proofErr w:type="spellEnd"/>
      <w:proofErr w:type="gramEnd"/>
      <w:r w:rsidR="0013724F">
        <w:rPr>
          <w:rFonts w:ascii="Times New Roman" w:eastAsiaTheme="minorEastAsia" w:hAnsi="Times New Roman" w:cs="Times New Roman" w:hint="eastAsia"/>
        </w:rPr>
        <w:t xml:space="preserve"> also how poetic essay film can make co</w:t>
      </w:r>
      <w:r w:rsidR="0037584E">
        <w:rPr>
          <w:rFonts w:ascii="Times New Roman" w:eastAsiaTheme="minorEastAsia" w:hAnsi="Times New Roman" w:cs="Times New Roman" w:hint="eastAsia"/>
        </w:rPr>
        <w:t xml:space="preserve">nnection with my </w:t>
      </w:r>
      <w:proofErr w:type="spellStart"/>
      <w:proofErr w:type="gramStart"/>
      <w:r w:rsidR="0037584E">
        <w:rPr>
          <w:rFonts w:ascii="Times New Roman" w:eastAsiaTheme="minorEastAsia" w:hAnsi="Times New Roman" w:cs="Times New Roman" w:hint="eastAsia"/>
        </w:rPr>
        <w:t>audience</w:t>
      </w:r>
      <w:r w:rsidR="009B39D1">
        <w:rPr>
          <w:rFonts w:ascii="Times New Roman" w:eastAsiaTheme="minorEastAsia" w:hAnsi="Times New Roman" w:cs="Times New Roman" w:hint="eastAsia"/>
        </w:rPr>
        <w:t>,bring</w:t>
      </w:r>
      <w:proofErr w:type="spellEnd"/>
      <w:proofErr w:type="gramEnd"/>
      <w:r w:rsidR="009B39D1">
        <w:rPr>
          <w:rFonts w:ascii="Times New Roman" w:eastAsiaTheme="minorEastAsia" w:hAnsi="Times New Roman" w:cs="Times New Roman" w:hint="eastAsia"/>
        </w:rPr>
        <w:t xml:space="preserve"> them s</w:t>
      </w:r>
      <w:r w:rsidR="00F227CB">
        <w:rPr>
          <w:rFonts w:ascii="Times New Roman" w:eastAsiaTheme="minorEastAsia" w:hAnsi="Times New Roman" w:cs="Times New Roman" w:hint="eastAsia"/>
        </w:rPr>
        <w:t>ense of empathy.</w:t>
      </w:r>
    </w:p>
    <w:p w14:paraId="374027A3" w14:textId="77777777" w:rsidR="00C02463" w:rsidRDefault="00C02463" w:rsidP="00057BF6">
      <w:pPr>
        <w:spacing w:line="360" w:lineRule="auto"/>
        <w:ind w:firstLineChars="100" w:firstLine="240"/>
        <w:rPr>
          <w:rFonts w:ascii="Times New Roman" w:eastAsiaTheme="minorEastAsia" w:hAnsi="Times New Roman" w:cs="Times New Roman"/>
        </w:rPr>
      </w:pPr>
    </w:p>
    <w:p w14:paraId="724609F3" w14:textId="3BB6DCC5" w:rsidR="00C02463" w:rsidRPr="00CD47A3" w:rsidRDefault="00C02463" w:rsidP="00057BF6">
      <w:pPr>
        <w:pStyle w:val="21"/>
        <w:spacing w:before="0" w:line="360" w:lineRule="auto"/>
        <w:rPr>
          <w:rFonts w:ascii="Times New Roman" w:hAnsi="Times New Roman" w:cs="Times New Roman"/>
          <w:color w:val="000000" w:themeColor="text1"/>
          <w:sz w:val="24"/>
          <w:szCs w:val="24"/>
        </w:rPr>
      </w:pPr>
      <w:r>
        <w:rPr>
          <w:rFonts w:ascii="Times New Roman" w:hAnsi="Times New Roman" w:cs="Times New Roman" w:hint="eastAsia"/>
          <w:color w:val="000000" w:themeColor="text1"/>
          <w:sz w:val="24"/>
          <w:szCs w:val="24"/>
        </w:rPr>
        <w:t>Internal and external linkages of essay films</w:t>
      </w:r>
    </w:p>
    <w:p w14:paraId="56E5D96A" w14:textId="08020D98" w:rsidR="00C02463" w:rsidRDefault="00AC671E" w:rsidP="00057BF6">
      <w:pPr>
        <w:spacing w:line="360" w:lineRule="auto"/>
        <w:rPr>
          <w:noProof/>
        </w:rPr>
      </w:pPr>
      <w:r>
        <w:rPr>
          <w:rFonts w:ascii="Times New Roman" w:eastAsiaTheme="minorEastAsia" w:hAnsi="Times New Roman" w:cs="Times New Roman"/>
        </w:rPr>
        <w:t>W</w:t>
      </w:r>
      <w:r>
        <w:rPr>
          <w:rFonts w:ascii="Times New Roman" w:eastAsiaTheme="minorEastAsia" w:hAnsi="Times New Roman" w:cs="Times New Roman" w:hint="eastAsia"/>
        </w:rPr>
        <w:t xml:space="preserve">hat kind of </w:t>
      </w:r>
      <w:r w:rsidR="00216D0B">
        <w:rPr>
          <w:rFonts w:ascii="Times New Roman" w:eastAsiaTheme="minorEastAsia" w:hAnsi="Times New Roman" w:cs="Times New Roman" w:hint="eastAsia"/>
        </w:rPr>
        <w:t xml:space="preserve">films could think it is essay </w:t>
      </w:r>
      <w:proofErr w:type="spellStart"/>
      <w:r w:rsidR="00216D0B">
        <w:rPr>
          <w:rFonts w:ascii="Times New Roman" w:eastAsiaTheme="minorEastAsia" w:hAnsi="Times New Roman" w:cs="Times New Roman" w:hint="eastAsia"/>
        </w:rPr>
        <w:t>films?this</w:t>
      </w:r>
      <w:proofErr w:type="spellEnd"/>
      <w:r w:rsidR="00216D0B">
        <w:rPr>
          <w:rFonts w:ascii="Times New Roman" w:eastAsiaTheme="minorEastAsia" w:hAnsi="Times New Roman" w:cs="Times New Roman" w:hint="eastAsia"/>
        </w:rPr>
        <w:t xml:space="preserve"> is a basic </w:t>
      </w:r>
      <w:proofErr w:type="spellStart"/>
      <w:r w:rsidR="00216D0B">
        <w:rPr>
          <w:rFonts w:ascii="Times New Roman" w:eastAsiaTheme="minorEastAsia" w:hAnsi="Times New Roman" w:cs="Times New Roman" w:hint="eastAsia"/>
        </w:rPr>
        <w:t>question,</w:t>
      </w:r>
      <w:r w:rsidR="00B72E72">
        <w:rPr>
          <w:rFonts w:ascii="Times New Roman" w:eastAsiaTheme="minorEastAsia" w:hAnsi="Times New Roman" w:cs="Times New Roman" w:hint="eastAsia"/>
        </w:rPr>
        <w:t>is</w:t>
      </w:r>
      <w:proofErr w:type="spellEnd"/>
      <w:r w:rsidR="00B72E72">
        <w:rPr>
          <w:rFonts w:ascii="Times New Roman" w:eastAsiaTheme="minorEastAsia" w:hAnsi="Times New Roman" w:cs="Times New Roman" w:hint="eastAsia"/>
        </w:rPr>
        <w:t xml:space="preserve"> it beautiful or </w:t>
      </w:r>
      <w:r w:rsidR="00E74D7C">
        <w:rPr>
          <w:rFonts w:ascii="Times New Roman" w:eastAsiaTheme="minorEastAsia" w:hAnsi="Times New Roman" w:cs="Times New Roman"/>
        </w:rPr>
        <w:t>narrative</w:t>
      </w:r>
      <w:r w:rsidR="00E74D7C">
        <w:rPr>
          <w:rFonts w:ascii="Times New Roman" w:eastAsiaTheme="minorEastAsia" w:hAnsi="Times New Roman" w:cs="Times New Roman" w:hint="eastAsia"/>
        </w:rPr>
        <w:t xml:space="preserve"> or explore meaning of </w:t>
      </w:r>
      <w:proofErr w:type="spellStart"/>
      <w:r w:rsidR="00E74D7C">
        <w:rPr>
          <w:rFonts w:ascii="Times New Roman" w:eastAsiaTheme="minorEastAsia" w:hAnsi="Times New Roman" w:cs="Times New Roman" w:hint="eastAsia"/>
        </w:rPr>
        <w:t>existence</w:t>
      </w:r>
      <w:r w:rsidR="00C347B9">
        <w:rPr>
          <w:rFonts w:ascii="Times New Roman" w:eastAsiaTheme="minorEastAsia" w:hAnsi="Times New Roman" w:cs="Times New Roman" w:hint="eastAsia"/>
        </w:rPr>
        <w:t>?it</w:t>
      </w:r>
      <w:proofErr w:type="spellEnd"/>
      <w:r w:rsidR="00C347B9">
        <w:rPr>
          <w:rFonts w:ascii="Times New Roman" w:eastAsiaTheme="minorEastAsia" w:hAnsi="Times New Roman" w:cs="Times New Roman" w:hint="eastAsia"/>
        </w:rPr>
        <w:t xml:space="preserve"> is a philosophy </w:t>
      </w:r>
      <w:proofErr w:type="spellStart"/>
      <w:r w:rsidR="00C347B9">
        <w:rPr>
          <w:rFonts w:ascii="Times New Roman" w:eastAsiaTheme="minorEastAsia" w:hAnsi="Times New Roman" w:cs="Times New Roman" w:hint="eastAsia"/>
        </w:rPr>
        <w:t>question</w:t>
      </w:r>
      <w:r w:rsidR="00CE0E70">
        <w:rPr>
          <w:rFonts w:ascii="Times New Roman" w:eastAsiaTheme="minorEastAsia" w:hAnsi="Times New Roman" w:cs="Times New Roman" w:hint="eastAsia"/>
        </w:rPr>
        <w:t>.First,</w:t>
      </w:r>
      <w:r w:rsidR="00CE0E70">
        <w:rPr>
          <w:rFonts w:ascii="Times New Roman" w:eastAsiaTheme="minorEastAsia" w:hAnsi="Times New Roman" w:cs="Times New Roman"/>
        </w:rPr>
        <w:t>I</w:t>
      </w:r>
      <w:proofErr w:type="spellEnd"/>
      <w:r w:rsidR="00CE0E70">
        <w:rPr>
          <w:rFonts w:ascii="Times New Roman" w:eastAsiaTheme="minorEastAsia" w:hAnsi="Times New Roman" w:cs="Times New Roman" w:hint="eastAsia"/>
        </w:rPr>
        <w:t xml:space="preserve"> want to use internal view to </w:t>
      </w:r>
      <w:r w:rsidR="00452ECB">
        <w:rPr>
          <w:rFonts w:ascii="Times New Roman" w:eastAsiaTheme="minorEastAsia" w:hAnsi="Times New Roman" w:cs="Times New Roman" w:hint="eastAsia"/>
        </w:rPr>
        <w:t xml:space="preserve">define this kind of </w:t>
      </w:r>
      <w:proofErr w:type="spellStart"/>
      <w:r w:rsidR="00452ECB">
        <w:rPr>
          <w:rFonts w:ascii="Times New Roman" w:eastAsiaTheme="minorEastAsia" w:hAnsi="Times New Roman" w:cs="Times New Roman" w:hint="eastAsia"/>
        </w:rPr>
        <w:t>films,a</w:t>
      </w:r>
      <w:proofErr w:type="spellEnd"/>
      <w:r w:rsidR="00452ECB">
        <w:rPr>
          <w:rFonts w:ascii="Times New Roman" w:eastAsiaTheme="minorEastAsia" w:hAnsi="Times New Roman" w:cs="Times New Roman" w:hint="eastAsia"/>
        </w:rPr>
        <w:t xml:space="preserve"> iconic representative </w:t>
      </w:r>
      <w:r w:rsidR="00592471">
        <w:rPr>
          <w:rFonts w:ascii="Times New Roman" w:eastAsiaTheme="minorEastAsia" w:hAnsi="Times New Roman" w:cs="Times New Roman" w:hint="eastAsia"/>
        </w:rPr>
        <w:t xml:space="preserve">is Tarkovsky and a </w:t>
      </w:r>
      <w:r w:rsidR="00592471">
        <w:rPr>
          <w:rFonts w:ascii="Times New Roman" w:eastAsiaTheme="minorEastAsia" w:hAnsi="Times New Roman" w:cs="Times New Roman"/>
        </w:rPr>
        <w:lastRenderedPageBreak/>
        <w:t>French</w:t>
      </w:r>
      <w:r w:rsidR="00592471">
        <w:rPr>
          <w:rFonts w:ascii="Times New Roman" w:eastAsiaTheme="minorEastAsia" w:hAnsi="Times New Roman" w:cs="Times New Roman" w:hint="eastAsia"/>
        </w:rPr>
        <w:t xml:space="preserve"> movie </w:t>
      </w:r>
      <w:r w:rsidR="00592471" w:rsidRPr="00592471">
        <w:rPr>
          <w:rFonts w:ascii="Times New Roman" w:eastAsiaTheme="minorEastAsia" w:hAnsi="Times New Roman" w:cs="Times New Roman"/>
        </w:rPr>
        <w:t>&lt;</w:t>
      </w:r>
      <w:r w:rsidR="00592471" w:rsidRPr="00592471">
        <w:rPr>
          <w:rFonts w:ascii="Times New Roman" w:hAnsi="Times New Roman" w:cs="Times New Roman"/>
        </w:rPr>
        <w:t>La Jetée&gt;</w:t>
      </w:r>
      <w:r w:rsidR="00A323C9">
        <w:rPr>
          <w:rFonts w:ascii="Times New Roman" w:hAnsi="Times New Roman" w:cs="Times New Roman" w:hint="eastAsia"/>
        </w:rPr>
        <w:t>,</w:t>
      </w:r>
      <w:r w:rsidR="00742EAA">
        <w:rPr>
          <w:rFonts w:ascii="Times New Roman" w:hAnsi="Times New Roman" w:cs="Times New Roman" w:hint="eastAsia"/>
        </w:rPr>
        <w:t xml:space="preserve">in those two </w:t>
      </w:r>
      <w:proofErr w:type="spellStart"/>
      <w:r w:rsidR="00742EAA">
        <w:rPr>
          <w:rFonts w:ascii="Times New Roman" w:hAnsi="Times New Roman" w:cs="Times New Roman" w:hint="eastAsia"/>
        </w:rPr>
        <w:t>films,you</w:t>
      </w:r>
      <w:proofErr w:type="spellEnd"/>
      <w:r w:rsidR="00742EAA">
        <w:rPr>
          <w:rFonts w:ascii="Times New Roman" w:hAnsi="Times New Roman" w:cs="Times New Roman" w:hint="eastAsia"/>
        </w:rPr>
        <w:t xml:space="preserve"> can feel that everything especially the time is </w:t>
      </w:r>
      <w:proofErr w:type="spellStart"/>
      <w:r w:rsidR="005F77DE">
        <w:rPr>
          <w:rFonts w:ascii="Times New Roman" w:hAnsi="Times New Roman" w:cs="Times New Roman" w:hint="eastAsia"/>
        </w:rPr>
        <w:t>flowing,is</w:t>
      </w:r>
      <w:proofErr w:type="spellEnd"/>
      <w:r w:rsidR="005F77DE">
        <w:rPr>
          <w:rFonts w:ascii="Times New Roman" w:hAnsi="Times New Roman" w:cs="Times New Roman" w:hint="eastAsia"/>
        </w:rPr>
        <w:t xml:space="preserve"> not like standard </w:t>
      </w:r>
      <w:proofErr w:type="spellStart"/>
      <w:r w:rsidR="005F77DE">
        <w:rPr>
          <w:rFonts w:ascii="Times New Roman" w:hAnsi="Times New Roman" w:cs="Times New Roman" w:hint="eastAsia"/>
        </w:rPr>
        <w:t>narrative,is</w:t>
      </w:r>
      <w:proofErr w:type="spellEnd"/>
      <w:r w:rsidR="005F77DE">
        <w:rPr>
          <w:rFonts w:ascii="Times New Roman" w:hAnsi="Times New Roman" w:cs="Times New Roman" w:hint="eastAsia"/>
        </w:rPr>
        <w:t xml:space="preserve"> most like make a feeling </w:t>
      </w:r>
      <w:r w:rsidR="007265C2">
        <w:rPr>
          <w:rFonts w:ascii="Times New Roman" w:hAnsi="Times New Roman" w:cs="Times New Roman" w:hint="eastAsia"/>
        </w:rPr>
        <w:t xml:space="preserve">which can </w:t>
      </w:r>
      <w:proofErr w:type="spellStart"/>
      <w:r w:rsidR="007265C2">
        <w:rPr>
          <w:rFonts w:ascii="Times New Roman" w:hAnsi="Times New Roman" w:cs="Times New Roman" w:hint="eastAsia"/>
        </w:rPr>
        <w:t>intouch</w:t>
      </w:r>
      <w:proofErr w:type="spellEnd"/>
      <w:r w:rsidR="007265C2">
        <w:rPr>
          <w:rFonts w:ascii="Times New Roman" w:eastAsiaTheme="minorEastAsia" w:hAnsi="Times New Roman" w:cs="Times New Roman" w:hint="eastAsia"/>
        </w:rPr>
        <w:t xml:space="preserve"> </w:t>
      </w:r>
      <w:proofErr w:type="spellStart"/>
      <w:r w:rsidR="007265C2">
        <w:rPr>
          <w:rFonts w:ascii="Times New Roman" w:eastAsiaTheme="minorEastAsia" w:hAnsi="Times New Roman" w:cs="Times New Roman" w:hint="eastAsia"/>
        </w:rPr>
        <w:t>with</w:t>
      </w:r>
      <w:r w:rsidR="00BF7AFF">
        <w:rPr>
          <w:rFonts w:ascii="Times New Roman" w:eastAsiaTheme="minorEastAsia" w:hAnsi="Times New Roman" w:cs="Times New Roman" w:hint="eastAsia"/>
        </w:rPr>
        <w:t>,different</w:t>
      </w:r>
      <w:proofErr w:type="spellEnd"/>
      <w:r w:rsidR="00BF7AFF">
        <w:rPr>
          <w:rFonts w:ascii="Times New Roman" w:eastAsiaTheme="minorEastAsia" w:hAnsi="Times New Roman" w:cs="Times New Roman" w:hint="eastAsia"/>
        </w:rPr>
        <w:t xml:space="preserve"> person has different sense of </w:t>
      </w:r>
      <w:proofErr w:type="spellStart"/>
      <w:r w:rsidR="00BF7AFF">
        <w:rPr>
          <w:rFonts w:ascii="Times New Roman" w:eastAsiaTheme="minorEastAsia" w:hAnsi="Times New Roman" w:cs="Times New Roman" w:hint="eastAsia"/>
        </w:rPr>
        <w:t>that,for</w:t>
      </w:r>
      <w:proofErr w:type="spellEnd"/>
      <w:r w:rsidR="00BF7AFF">
        <w:rPr>
          <w:rFonts w:ascii="Times New Roman" w:eastAsiaTheme="minorEastAsia" w:hAnsi="Times New Roman" w:cs="Times New Roman" w:hint="eastAsia"/>
        </w:rPr>
        <w:t xml:space="preserve"> </w:t>
      </w:r>
      <w:proofErr w:type="spellStart"/>
      <w:r w:rsidR="00BF7AFF">
        <w:rPr>
          <w:rFonts w:ascii="Times New Roman" w:eastAsiaTheme="minorEastAsia" w:hAnsi="Times New Roman" w:cs="Times New Roman" w:hint="eastAsia"/>
        </w:rPr>
        <w:t>me,most</w:t>
      </w:r>
      <w:proofErr w:type="spellEnd"/>
      <w:r w:rsidR="00BF7AFF">
        <w:rPr>
          <w:rFonts w:ascii="Times New Roman" w:eastAsiaTheme="minorEastAsia" w:hAnsi="Times New Roman" w:cs="Times New Roman" w:hint="eastAsia"/>
        </w:rPr>
        <w:t xml:space="preserve"> time </w:t>
      </w:r>
      <w:r w:rsidR="00BF7AFF">
        <w:rPr>
          <w:rFonts w:ascii="Times New Roman" w:eastAsiaTheme="minorEastAsia" w:hAnsi="Times New Roman" w:cs="Times New Roman"/>
        </w:rPr>
        <w:t>I</w:t>
      </w:r>
      <w:r w:rsidR="00BF7AFF">
        <w:rPr>
          <w:rFonts w:ascii="Times New Roman" w:eastAsiaTheme="minorEastAsia" w:hAnsi="Times New Roman" w:cs="Times New Roman" w:hint="eastAsia"/>
        </w:rPr>
        <w:t xml:space="preserve"> felt </w:t>
      </w:r>
      <w:r w:rsidR="002F6EAD">
        <w:rPr>
          <w:rFonts w:ascii="Times New Roman" w:eastAsiaTheme="minorEastAsia" w:hAnsi="Times New Roman" w:cs="Times New Roman" w:hint="eastAsia"/>
        </w:rPr>
        <w:t xml:space="preserve">some certain scene was </w:t>
      </w:r>
      <w:r w:rsidR="002F6EAD" w:rsidRPr="002F6EAD">
        <w:rPr>
          <w:rFonts w:ascii="Times New Roman" w:eastAsiaTheme="minorEastAsia" w:hAnsi="Times New Roman" w:cs="Times New Roman"/>
        </w:rPr>
        <w:t xml:space="preserve">Déjà </w:t>
      </w:r>
      <w:proofErr w:type="spellStart"/>
      <w:r w:rsidR="002F6EAD" w:rsidRPr="002F6EAD">
        <w:rPr>
          <w:rFonts w:ascii="Times New Roman" w:eastAsiaTheme="minorEastAsia" w:hAnsi="Times New Roman" w:cs="Times New Roman"/>
        </w:rPr>
        <w:t>vu</w:t>
      </w:r>
      <w:r w:rsidR="00A31746">
        <w:rPr>
          <w:rFonts w:ascii="Times New Roman" w:eastAsiaTheme="minorEastAsia" w:hAnsi="Times New Roman" w:cs="Times New Roman" w:hint="eastAsia"/>
        </w:rPr>
        <w:t>,</w:t>
      </w:r>
      <w:r w:rsidR="0056202B">
        <w:rPr>
          <w:rFonts w:ascii="Times New Roman" w:eastAsiaTheme="minorEastAsia" w:hAnsi="Times New Roman" w:cs="Times New Roman" w:hint="eastAsia"/>
        </w:rPr>
        <w:t>this</w:t>
      </w:r>
      <w:proofErr w:type="spellEnd"/>
      <w:r w:rsidR="0056202B">
        <w:rPr>
          <w:rFonts w:ascii="Times New Roman" w:eastAsiaTheme="minorEastAsia" w:hAnsi="Times New Roman" w:cs="Times New Roman" w:hint="eastAsia"/>
        </w:rPr>
        <w:t xml:space="preserve"> </w:t>
      </w:r>
      <w:r w:rsidR="0056202B" w:rsidRPr="0056202B">
        <w:rPr>
          <w:rFonts w:ascii="Times New Roman" w:eastAsiaTheme="minorEastAsia" w:hAnsi="Times New Roman" w:cs="Times New Roman"/>
        </w:rPr>
        <w:t>Déjà vu</w:t>
      </w:r>
      <w:r w:rsidR="0056202B">
        <w:rPr>
          <w:rFonts w:ascii="Times New Roman" w:eastAsiaTheme="minorEastAsia" w:hAnsi="Times New Roman" w:cs="Times New Roman" w:hint="eastAsia"/>
        </w:rPr>
        <w:t xml:space="preserve"> feeling from certain </w:t>
      </w:r>
      <w:proofErr w:type="spellStart"/>
      <w:r w:rsidR="00BF1E74">
        <w:rPr>
          <w:rFonts w:ascii="Times New Roman" w:eastAsiaTheme="minorEastAsia" w:hAnsi="Times New Roman" w:cs="Times New Roman" w:hint="eastAsia"/>
        </w:rPr>
        <w:t>characte</w:t>
      </w:r>
      <w:r w:rsidR="00BF1E74">
        <w:rPr>
          <w:rFonts w:ascii="Times New Roman" w:eastAsiaTheme="minorEastAsia" w:hAnsi="Times New Roman" w:cs="Times New Roman"/>
        </w:rPr>
        <w:t>’</w:t>
      </w:r>
      <w:r w:rsidR="00BF1E74">
        <w:rPr>
          <w:rFonts w:ascii="Times New Roman" w:eastAsiaTheme="minorEastAsia" w:hAnsi="Times New Roman" w:cs="Times New Roman" w:hint="eastAsia"/>
        </w:rPr>
        <w:t>s</w:t>
      </w:r>
      <w:proofErr w:type="spellEnd"/>
      <w:r w:rsidR="00BF1E74">
        <w:rPr>
          <w:rFonts w:ascii="Times New Roman" w:eastAsiaTheme="minorEastAsia" w:hAnsi="Times New Roman" w:cs="Times New Roman" w:hint="eastAsia"/>
        </w:rPr>
        <w:t xml:space="preserve"> experience or some location you already </w:t>
      </w:r>
      <w:r w:rsidR="003279EF">
        <w:rPr>
          <w:rFonts w:ascii="Times New Roman" w:eastAsiaTheme="minorEastAsia" w:hAnsi="Times New Roman" w:cs="Times New Roman" w:hint="eastAsia"/>
        </w:rPr>
        <w:t xml:space="preserve">through the dream or in person to went. </w:t>
      </w:r>
      <w:r w:rsidR="00C05A4F">
        <w:rPr>
          <w:rFonts w:ascii="Times New Roman" w:eastAsiaTheme="minorEastAsia" w:hAnsi="Times New Roman" w:cs="Times New Roman" w:hint="eastAsia"/>
        </w:rPr>
        <w:br/>
      </w:r>
      <w:r w:rsidR="00C05A4F">
        <w:rPr>
          <w:rFonts w:ascii="Times New Roman" w:eastAsiaTheme="minorEastAsia" w:hAnsi="Times New Roman" w:cs="Times New Roman"/>
        </w:rPr>
        <w:br/>
      </w:r>
      <w:r w:rsidR="00C05A4F" w:rsidRPr="00C05A4F">
        <w:rPr>
          <w:rFonts w:ascii="Times New Roman" w:eastAsiaTheme="minorEastAsia" w:hAnsi="Times New Roman" w:cs="Times New Roman"/>
          <w:noProof/>
        </w:rPr>
        <w:drawing>
          <wp:inline distT="0" distB="0" distL="0" distR="0" wp14:anchorId="2F463928" wp14:editId="77A1E7E2">
            <wp:extent cx="2264224" cy="1408064"/>
            <wp:effectExtent l="0" t="0" r="0" b="1905"/>
            <wp:docPr id="54594683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946832" name=""/>
                    <pic:cNvPicPr/>
                  </pic:nvPicPr>
                  <pic:blipFill>
                    <a:blip r:embed="rId6" cstate="screen">
                      <a:extLst>
                        <a:ext uri="{28A0092B-C50C-407E-A947-70E740481C1C}">
                          <a14:useLocalDpi xmlns:a14="http://schemas.microsoft.com/office/drawing/2010/main"/>
                        </a:ext>
                      </a:extLst>
                    </a:blip>
                    <a:stretch>
                      <a:fillRect/>
                    </a:stretch>
                  </pic:blipFill>
                  <pic:spPr>
                    <a:xfrm>
                      <a:off x="0" y="0"/>
                      <a:ext cx="2290452" cy="1424375"/>
                    </a:xfrm>
                    <a:prstGeom prst="rect">
                      <a:avLst/>
                    </a:prstGeom>
                  </pic:spPr>
                </pic:pic>
              </a:graphicData>
            </a:graphic>
          </wp:inline>
        </w:drawing>
      </w:r>
      <w:r w:rsidR="00CE0E70" w:rsidRPr="00CE0E70">
        <w:rPr>
          <w:noProof/>
        </w:rPr>
        <w:t xml:space="preserve"> </w:t>
      </w:r>
      <w:r w:rsidR="00CE0E70" w:rsidRPr="00CE0E70">
        <w:rPr>
          <w:rFonts w:ascii="Times New Roman" w:eastAsiaTheme="minorEastAsia" w:hAnsi="Times New Roman" w:cs="Times New Roman"/>
          <w:noProof/>
        </w:rPr>
        <w:drawing>
          <wp:inline distT="0" distB="0" distL="0" distR="0" wp14:anchorId="72DD61A2" wp14:editId="7D45BE49">
            <wp:extent cx="2204658" cy="1387097"/>
            <wp:effectExtent l="0" t="0" r="5715" b="0"/>
            <wp:docPr id="367890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89012" name=""/>
                    <pic:cNvPicPr/>
                  </pic:nvPicPr>
                  <pic:blipFill>
                    <a:blip r:embed="rId7" cstate="screen">
                      <a:extLst>
                        <a:ext uri="{28A0092B-C50C-407E-A947-70E740481C1C}">
                          <a14:useLocalDpi xmlns:a14="http://schemas.microsoft.com/office/drawing/2010/main"/>
                        </a:ext>
                      </a:extLst>
                    </a:blip>
                    <a:stretch>
                      <a:fillRect/>
                    </a:stretch>
                  </pic:blipFill>
                  <pic:spPr>
                    <a:xfrm>
                      <a:off x="0" y="0"/>
                      <a:ext cx="2279309" cy="1434065"/>
                    </a:xfrm>
                    <a:prstGeom prst="rect">
                      <a:avLst/>
                    </a:prstGeom>
                  </pic:spPr>
                </pic:pic>
              </a:graphicData>
            </a:graphic>
          </wp:inline>
        </w:drawing>
      </w:r>
    </w:p>
    <w:p w14:paraId="0FCB17E1" w14:textId="77777777" w:rsidR="00CE4459" w:rsidRDefault="00CE4459" w:rsidP="00057BF6">
      <w:pPr>
        <w:pStyle w:val="aff9"/>
        <w:spacing w:before="0" w:beforeAutospacing="0" w:after="0" w:afterAutospacing="0" w:line="360" w:lineRule="auto"/>
        <w:rPr>
          <w:rStyle w:val="af8"/>
          <w:rFonts w:ascii="Times New Roman" w:hAnsi="Times New Roman" w:cs="Times New Roman"/>
          <w:b w:val="0"/>
          <w:bCs w:val="0"/>
        </w:rPr>
      </w:pPr>
      <w:r w:rsidRPr="00F9484C">
        <w:rPr>
          <w:rStyle w:val="af8"/>
          <w:rFonts w:ascii="Times New Roman" w:hAnsi="Times New Roman" w:cs="Times New Roman"/>
          <w:b w:val="0"/>
          <w:bCs w:val="0"/>
        </w:rPr>
        <w:t xml:space="preserve">Figure 3. La Jetée (1962), dir. Chris Marker.  </w:t>
      </w:r>
    </w:p>
    <w:p w14:paraId="40A73EDC" w14:textId="3322F061" w:rsidR="00CE4459" w:rsidRDefault="00CE4459" w:rsidP="00057BF6">
      <w:pPr>
        <w:pStyle w:val="aff9"/>
        <w:spacing w:before="0" w:beforeAutospacing="0" w:after="0" w:afterAutospacing="0" w:line="360" w:lineRule="auto"/>
        <w:rPr>
          <w:rStyle w:val="af8"/>
          <w:rFonts w:ascii="Times New Roman" w:hAnsi="Times New Roman" w:cs="Times New Roman"/>
          <w:b w:val="0"/>
          <w:bCs w:val="0"/>
        </w:rPr>
      </w:pPr>
      <w:r w:rsidRPr="00F9484C">
        <w:rPr>
          <w:rStyle w:val="af8"/>
          <w:rFonts w:ascii="Times New Roman" w:hAnsi="Times New Roman" w:cs="Times New Roman"/>
          <w:b w:val="0"/>
          <w:bCs w:val="0"/>
        </w:rPr>
        <w:t>Source: Film still.</w:t>
      </w:r>
    </w:p>
    <w:p w14:paraId="2A76A33E" w14:textId="77777777" w:rsidR="00057BF6" w:rsidRPr="00CE4459" w:rsidRDefault="00057BF6" w:rsidP="00057BF6">
      <w:pPr>
        <w:pStyle w:val="aff9"/>
        <w:spacing w:before="0" w:beforeAutospacing="0" w:after="0" w:afterAutospacing="0" w:line="360" w:lineRule="auto"/>
        <w:rPr>
          <w:rFonts w:ascii="Times New Roman" w:hAnsi="Times New Roman" w:cs="Times New Roman" w:hint="eastAsia"/>
        </w:rPr>
      </w:pPr>
    </w:p>
    <w:p w14:paraId="0A4A1E94" w14:textId="741F141D" w:rsidR="00C02463" w:rsidRPr="00216D0B" w:rsidRDefault="0023461F" w:rsidP="00057BF6">
      <w:pPr>
        <w:spacing w:line="360" w:lineRule="auto"/>
        <w:rPr>
          <w:rFonts w:ascii="Times New Roman" w:eastAsiaTheme="minorEastAsia" w:hAnsi="Times New Roman" w:cs="Times New Roman"/>
        </w:rPr>
      </w:pPr>
      <w:proofErr w:type="spellStart"/>
      <w:proofErr w:type="gramStart"/>
      <w:r>
        <w:rPr>
          <w:rFonts w:ascii="Times New Roman" w:eastAsiaTheme="minorEastAsia" w:hAnsi="Times New Roman" w:cs="Times New Roman" w:hint="eastAsia"/>
        </w:rPr>
        <w:t>However,internal</w:t>
      </w:r>
      <w:proofErr w:type="spellEnd"/>
      <w:proofErr w:type="gramEnd"/>
      <w:r>
        <w:rPr>
          <w:rFonts w:ascii="Times New Roman" w:eastAsiaTheme="minorEastAsia" w:hAnsi="Times New Roman" w:cs="Times New Roman" w:hint="eastAsia"/>
        </w:rPr>
        <w:t xml:space="preserve"> view is much about when you look at this kind of </w:t>
      </w:r>
      <w:proofErr w:type="spellStart"/>
      <w:proofErr w:type="gramStart"/>
      <w:r>
        <w:rPr>
          <w:rFonts w:ascii="Times New Roman" w:eastAsiaTheme="minorEastAsia" w:hAnsi="Times New Roman" w:cs="Times New Roman" w:hint="eastAsia"/>
        </w:rPr>
        <w:t>films,your</w:t>
      </w:r>
      <w:proofErr w:type="spellEnd"/>
      <w:proofErr w:type="gramEnd"/>
      <w:r>
        <w:rPr>
          <w:rFonts w:ascii="Times New Roman" w:eastAsiaTheme="minorEastAsia" w:hAnsi="Times New Roman" w:cs="Times New Roman" w:hint="eastAsia"/>
        </w:rPr>
        <w:t xml:space="preserve"> present mood or </w:t>
      </w:r>
      <w:proofErr w:type="spellStart"/>
      <w:proofErr w:type="gramStart"/>
      <w:r>
        <w:rPr>
          <w:rFonts w:ascii="Times New Roman" w:eastAsiaTheme="minorEastAsia" w:hAnsi="Times New Roman" w:cs="Times New Roman" w:hint="eastAsia"/>
        </w:rPr>
        <w:t>vibe</w:t>
      </w:r>
      <w:r w:rsidR="006655C0">
        <w:rPr>
          <w:rFonts w:ascii="Times New Roman" w:eastAsiaTheme="minorEastAsia" w:hAnsi="Times New Roman" w:cs="Times New Roman" w:hint="eastAsia"/>
        </w:rPr>
        <w:t>,is</w:t>
      </w:r>
      <w:proofErr w:type="spellEnd"/>
      <w:proofErr w:type="gramEnd"/>
      <w:r w:rsidR="006655C0">
        <w:rPr>
          <w:rFonts w:ascii="Times New Roman" w:eastAsiaTheme="minorEastAsia" w:hAnsi="Times New Roman" w:cs="Times New Roman" w:hint="eastAsia"/>
        </w:rPr>
        <w:t xml:space="preserve"> tend to </w:t>
      </w:r>
      <w:proofErr w:type="spellStart"/>
      <w:proofErr w:type="gramStart"/>
      <w:r w:rsidR="006655C0">
        <w:rPr>
          <w:rFonts w:ascii="Times New Roman" w:eastAsiaTheme="minorEastAsia" w:hAnsi="Times New Roman" w:cs="Times New Roman" w:hint="eastAsia"/>
        </w:rPr>
        <w:t>personal,everyone</w:t>
      </w:r>
      <w:proofErr w:type="spellEnd"/>
      <w:proofErr w:type="gramEnd"/>
      <w:r w:rsidR="006655C0">
        <w:rPr>
          <w:rFonts w:ascii="Times New Roman" w:eastAsiaTheme="minorEastAsia" w:hAnsi="Times New Roman" w:cs="Times New Roman" w:hint="eastAsia"/>
        </w:rPr>
        <w:t xml:space="preserve"> has different feeling and th</w:t>
      </w:r>
      <w:r w:rsidR="000C3840">
        <w:rPr>
          <w:rFonts w:ascii="Times New Roman" w:eastAsiaTheme="minorEastAsia" w:hAnsi="Times New Roman" w:cs="Times New Roman" w:hint="eastAsia"/>
        </w:rPr>
        <w:t>oughts about that.</w:t>
      </w:r>
    </w:p>
    <w:p w14:paraId="1172430B" w14:textId="24161AD1" w:rsidR="00F44921" w:rsidRDefault="009E3AB7" w:rsidP="00057BF6">
      <w:pPr>
        <w:spacing w:line="360" w:lineRule="auto"/>
        <w:rPr>
          <w:rFonts w:ascii="Times New Roman" w:eastAsiaTheme="minorEastAsia" w:hAnsi="Times New Roman" w:cs="Times New Roman"/>
        </w:rPr>
      </w:pPr>
      <w:r>
        <w:rPr>
          <w:rFonts w:ascii="Times New Roman" w:eastAsiaTheme="minorEastAsia" w:hAnsi="Times New Roman" w:cs="Times New Roman" w:hint="eastAsia"/>
        </w:rPr>
        <w:t xml:space="preserve">When every time </w:t>
      </w:r>
      <w:r>
        <w:rPr>
          <w:rFonts w:ascii="Times New Roman" w:eastAsiaTheme="minorEastAsia" w:hAnsi="Times New Roman" w:cs="Times New Roman"/>
        </w:rPr>
        <w:t>I</w:t>
      </w:r>
      <w:r>
        <w:rPr>
          <w:rFonts w:ascii="Times New Roman" w:eastAsiaTheme="minorEastAsia" w:hAnsi="Times New Roman" w:cs="Times New Roman" w:hint="eastAsia"/>
        </w:rPr>
        <w:t xml:space="preserve"> </w:t>
      </w:r>
      <w:r w:rsidR="00AF25DC">
        <w:rPr>
          <w:rFonts w:ascii="Times New Roman" w:eastAsiaTheme="minorEastAsia" w:hAnsi="Times New Roman" w:cs="Times New Roman" w:hint="eastAsia"/>
        </w:rPr>
        <w:t xml:space="preserve">try to get into this kind of </w:t>
      </w:r>
      <w:proofErr w:type="spellStart"/>
      <w:r w:rsidR="00AF25DC">
        <w:rPr>
          <w:rFonts w:ascii="Times New Roman" w:eastAsiaTheme="minorEastAsia" w:hAnsi="Times New Roman" w:cs="Times New Roman" w:hint="eastAsia"/>
        </w:rPr>
        <w:t>film,</w:t>
      </w:r>
      <w:r w:rsidR="00AF25DC">
        <w:rPr>
          <w:rFonts w:ascii="Times New Roman" w:eastAsiaTheme="minorEastAsia" w:hAnsi="Times New Roman" w:cs="Times New Roman"/>
        </w:rPr>
        <w:t>I</w:t>
      </w:r>
      <w:proofErr w:type="spellEnd"/>
      <w:r w:rsidR="00AF25DC">
        <w:rPr>
          <w:rFonts w:ascii="Times New Roman" w:eastAsiaTheme="minorEastAsia" w:hAnsi="Times New Roman" w:cs="Times New Roman" w:hint="eastAsia"/>
        </w:rPr>
        <w:t xml:space="preserve"> have always ask myself a </w:t>
      </w:r>
      <w:proofErr w:type="spellStart"/>
      <w:r w:rsidR="00AF25DC">
        <w:rPr>
          <w:rFonts w:ascii="Times New Roman" w:eastAsiaTheme="minorEastAsia" w:hAnsi="Times New Roman" w:cs="Times New Roman" w:hint="eastAsia"/>
        </w:rPr>
        <w:t>question,</w:t>
      </w:r>
      <w:r w:rsidR="003C4727">
        <w:rPr>
          <w:rFonts w:ascii="Times New Roman" w:eastAsiaTheme="minorEastAsia" w:hAnsi="Times New Roman" w:cs="Times New Roman" w:hint="eastAsia"/>
        </w:rPr>
        <w:t>how</w:t>
      </w:r>
      <w:proofErr w:type="spellEnd"/>
      <w:r w:rsidR="003C4727">
        <w:rPr>
          <w:rFonts w:ascii="Times New Roman" w:eastAsiaTheme="minorEastAsia" w:hAnsi="Times New Roman" w:cs="Times New Roman" w:hint="eastAsia"/>
        </w:rPr>
        <w:t xml:space="preserve"> to make </w:t>
      </w:r>
      <w:r w:rsidR="00327C46">
        <w:rPr>
          <w:rFonts w:ascii="Times New Roman" w:eastAsiaTheme="minorEastAsia" w:hAnsi="Times New Roman" w:cs="Times New Roman" w:hint="eastAsia"/>
        </w:rPr>
        <w:t xml:space="preserve">depth </w:t>
      </w:r>
      <w:r w:rsidR="003C4727">
        <w:rPr>
          <w:rFonts w:ascii="Times New Roman" w:eastAsiaTheme="minorEastAsia" w:hAnsi="Times New Roman" w:cs="Times New Roman" w:hint="eastAsia"/>
        </w:rPr>
        <w:t>understand with cha</w:t>
      </w:r>
      <w:r w:rsidR="00327C46">
        <w:rPr>
          <w:rFonts w:ascii="Times New Roman" w:eastAsiaTheme="minorEastAsia" w:hAnsi="Times New Roman" w:cs="Times New Roman" w:hint="eastAsia"/>
        </w:rPr>
        <w:t xml:space="preserve">racter or is there some scene which </w:t>
      </w:r>
      <w:r w:rsidR="00CA6DE9">
        <w:rPr>
          <w:rFonts w:ascii="Times New Roman" w:eastAsiaTheme="minorEastAsia" w:hAnsi="Times New Roman" w:cs="Times New Roman" w:hint="eastAsia"/>
        </w:rPr>
        <w:t xml:space="preserve">touch with </w:t>
      </w:r>
      <w:proofErr w:type="spellStart"/>
      <w:r w:rsidR="00CA6DE9">
        <w:rPr>
          <w:rFonts w:ascii="Times New Roman" w:eastAsiaTheme="minorEastAsia" w:hAnsi="Times New Roman" w:cs="Times New Roman" w:hint="eastAsia"/>
        </w:rPr>
        <w:t>me?at</w:t>
      </w:r>
      <w:proofErr w:type="spellEnd"/>
      <w:r w:rsidR="00CA6DE9">
        <w:rPr>
          <w:rFonts w:ascii="Times New Roman" w:eastAsiaTheme="minorEastAsia" w:hAnsi="Times New Roman" w:cs="Times New Roman" w:hint="eastAsia"/>
        </w:rPr>
        <w:t xml:space="preserve"> this </w:t>
      </w:r>
      <w:proofErr w:type="spellStart"/>
      <w:r w:rsidR="00CA6DE9">
        <w:rPr>
          <w:rFonts w:ascii="Times New Roman" w:eastAsiaTheme="minorEastAsia" w:hAnsi="Times New Roman" w:cs="Times New Roman" w:hint="eastAsia"/>
        </w:rPr>
        <w:t>moment,</w:t>
      </w:r>
      <w:r w:rsidR="0047133E">
        <w:rPr>
          <w:rFonts w:ascii="Times New Roman" w:eastAsiaTheme="minorEastAsia" w:hAnsi="Times New Roman" w:cs="Times New Roman" w:hint="eastAsia"/>
        </w:rPr>
        <w:t>i</w:t>
      </w:r>
      <w:proofErr w:type="spellEnd"/>
      <w:r w:rsidR="0047133E">
        <w:rPr>
          <w:rFonts w:ascii="Times New Roman" w:eastAsiaTheme="minorEastAsia" w:hAnsi="Times New Roman" w:cs="Times New Roman" w:hint="eastAsia"/>
        </w:rPr>
        <w:t xml:space="preserve"> just realize in some </w:t>
      </w:r>
      <w:proofErr w:type="spellStart"/>
      <w:r w:rsidR="0047133E">
        <w:rPr>
          <w:rFonts w:ascii="Times New Roman" w:eastAsiaTheme="minorEastAsia" w:hAnsi="Times New Roman" w:cs="Times New Roman" w:hint="eastAsia"/>
        </w:rPr>
        <w:t>way,it</w:t>
      </w:r>
      <w:proofErr w:type="spellEnd"/>
      <w:r w:rsidR="0047133E">
        <w:rPr>
          <w:rFonts w:ascii="Times New Roman" w:eastAsiaTheme="minorEastAsia" w:hAnsi="Times New Roman" w:cs="Times New Roman" w:hint="eastAsia"/>
        </w:rPr>
        <w:t xml:space="preserve"> may has another </w:t>
      </w:r>
      <w:r w:rsidR="00800C20">
        <w:rPr>
          <w:rFonts w:ascii="Times New Roman" w:eastAsiaTheme="minorEastAsia" w:hAnsi="Times New Roman" w:cs="Times New Roman" w:hint="eastAsia"/>
        </w:rPr>
        <w:t xml:space="preserve">view of </w:t>
      </w:r>
      <w:proofErr w:type="spellStart"/>
      <w:r w:rsidR="00800C20">
        <w:rPr>
          <w:rFonts w:ascii="Times New Roman" w:eastAsiaTheme="minorEastAsia" w:hAnsi="Times New Roman" w:cs="Times New Roman" w:hint="eastAsia"/>
        </w:rPr>
        <w:t>feeling,</w:t>
      </w:r>
      <w:r w:rsidR="00800C20">
        <w:rPr>
          <w:rFonts w:ascii="Times New Roman" w:eastAsiaTheme="minorEastAsia" w:hAnsi="Times New Roman" w:cs="Times New Roman"/>
        </w:rPr>
        <w:t>I</w:t>
      </w:r>
      <w:proofErr w:type="spellEnd"/>
      <w:r w:rsidR="00800C20">
        <w:rPr>
          <w:rFonts w:ascii="Times New Roman" w:eastAsiaTheme="minorEastAsia" w:hAnsi="Times New Roman" w:cs="Times New Roman" w:hint="eastAsia"/>
        </w:rPr>
        <w:t xml:space="preserve"> think it is </w:t>
      </w:r>
      <w:proofErr w:type="spellStart"/>
      <w:r w:rsidR="00800C20">
        <w:rPr>
          <w:rFonts w:ascii="Times New Roman" w:eastAsiaTheme="minorEastAsia" w:hAnsi="Times New Roman" w:cs="Times New Roman" w:hint="eastAsia"/>
        </w:rPr>
        <w:t>external.</w:t>
      </w:r>
      <w:r w:rsidR="007F204E">
        <w:rPr>
          <w:rFonts w:ascii="Times New Roman" w:eastAsiaTheme="minorEastAsia" w:hAnsi="Times New Roman" w:cs="Times New Roman" w:hint="eastAsia"/>
        </w:rPr>
        <w:t>Indeed,if</w:t>
      </w:r>
      <w:proofErr w:type="spellEnd"/>
      <w:r w:rsidR="007F204E">
        <w:rPr>
          <w:rFonts w:ascii="Times New Roman" w:eastAsiaTheme="minorEastAsia" w:hAnsi="Times New Roman" w:cs="Times New Roman" w:hint="eastAsia"/>
        </w:rPr>
        <w:t xml:space="preserve"> internal is much about my present </w:t>
      </w:r>
      <w:proofErr w:type="spellStart"/>
      <w:r w:rsidR="007F204E">
        <w:rPr>
          <w:rFonts w:ascii="Times New Roman" w:eastAsiaTheme="minorEastAsia" w:hAnsi="Times New Roman" w:cs="Times New Roman" w:hint="eastAsia"/>
        </w:rPr>
        <w:t>feeling,the</w:t>
      </w:r>
      <w:proofErr w:type="spellEnd"/>
      <w:r w:rsidR="007F204E">
        <w:rPr>
          <w:rFonts w:ascii="Times New Roman" w:eastAsiaTheme="minorEastAsia" w:hAnsi="Times New Roman" w:cs="Times New Roman" w:hint="eastAsia"/>
        </w:rPr>
        <w:t xml:space="preserve"> external </w:t>
      </w:r>
      <w:r w:rsidR="00216E68">
        <w:rPr>
          <w:rFonts w:ascii="Times New Roman" w:eastAsiaTheme="minorEastAsia" w:hAnsi="Times New Roman" w:cs="Times New Roman" w:hint="eastAsia"/>
        </w:rPr>
        <w:t xml:space="preserve">is tend to </w:t>
      </w:r>
      <w:r w:rsidR="002718BA">
        <w:rPr>
          <w:rFonts w:ascii="Times New Roman" w:eastAsiaTheme="minorEastAsia" w:hAnsi="Times New Roman" w:cs="Times New Roman" w:hint="eastAsia"/>
        </w:rPr>
        <w:t xml:space="preserve">make touch with author or </w:t>
      </w:r>
      <w:proofErr w:type="spellStart"/>
      <w:r w:rsidR="002718BA">
        <w:rPr>
          <w:rFonts w:ascii="Times New Roman" w:eastAsiaTheme="minorEastAsia" w:hAnsi="Times New Roman" w:cs="Times New Roman" w:hint="eastAsia"/>
        </w:rPr>
        <w:t>scene,like</w:t>
      </w:r>
      <w:proofErr w:type="spellEnd"/>
      <w:r w:rsidR="002718BA">
        <w:rPr>
          <w:rFonts w:ascii="Times New Roman" w:eastAsiaTheme="minorEastAsia" w:hAnsi="Times New Roman" w:cs="Times New Roman" w:hint="eastAsia"/>
        </w:rPr>
        <w:t xml:space="preserve"> </w:t>
      </w:r>
      <w:r w:rsidR="002C6E3A">
        <w:rPr>
          <w:rFonts w:ascii="Times New Roman" w:eastAsiaTheme="minorEastAsia" w:hAnsi="Times New Roman" w:cs="Times New Roman" w:hint="eastAsia"/>
        </w:rPr>
        <w:t xml:space="preserve">some of this kind of </w:t>
      </w:r>
      <w:proofErr w:type="spellStart"/>
      <w:r w:rsidR="002C6E3A">
        <w:rPr>
          <w:rFonts w:ascii="Times New Roman" w:eastAsiaTheme="minorEastAsia" w:hAnsi="Times New Roman" w:cs="Times New Roman" w:hint="eastAsia"/>
        </w:rPr>
        <w:t>film,some</w:t>
      </w:r>
      <w:proofErr w:type="spellEnd"/>
      <w:r w:rsidR="002C6E3A">
        <w:rPr>
          <w:rFonts w:ascii="Times New Roman" w:eastAsiaTheme="minorEastAsia" w:hAnsi="Times New Roman" w:cs="Times New Roman" w:hint="eastAsia"/>
        </w:rPr>
        <w:t xml:space="preserve"> people may think it is </w:t>
      </w:r>
      <w:proofErr w:type="spellStart"/>
      <w:r w:rsidR="002C6E3A">
        <w:rPr>
          <w:rFonts w:ascii="Times New Roman" w:eastAsiaTheme="minorEastAsia" w:hAnsi="Times New Roman" w:cs="Times New Roman" w:hint="eastAsia"/>
        </w:rPr>
        <w:t>bord,it</w:t>
      </w:r>
      <w:proofErr w:type="spellEnd"/>
      <w:r w:rsidR="002C6E3A">
        <w:rPr>
          <w:rFonts w:ascii="Times New Roman" w:eastAsiaTheme="minorEastAsia" w:hAnsi="Times New Roman" w:cs="Times New Roman" w:hint="eastAsia"/>
        </w:rPr>
        <w:t xml:space="preserve"> is always </w:t>
      </w:r>
      <w:proofErr w:type="spellStart"/>
      <w:r w:rsidR="002C6E3A">
        <w:rPr>
          <w:rFonts w:ascii="Times New Roman" w:eastAsiaTheme="minorEastAsia" w:hAnsi="Times New Roman" w:cs="Times New Roman" w:hint="eastAsia"/>
        </w:rPr>
        <w:t>slowly,not</w:t>
      </w:r>
      <w:proofErr w:type="spellEnd"/>
      <w:r w:rsidR="002C6E3A">
        <w:rPr>
          <w:rFonts w:ascii="Times New Roman" w:eastAsiaTheme="minorEastAsia" w:hAnsi="Times New Roman" w:cs="Times New Roman" w:hint="eastAsia"/>
        </w:rPr>
        <w:t xml:space="preserve"> has </w:t>
      </w:r>
      <w:proofErr w:type="spellStart"/>
      <w:r w:rsidR="002C6E3A">
        <w:rPr>
          <w:rFonts w:ascii="Times New Roman" w:eastAsiaTheme="minorEastAsia" w:hAnsi="Times New Roman" w:cs="Times New Roman" w:hint="eastAsia"/>
        </w:rPr>
        <w:t>to</w:t>
      </w:r>
      <w:proofErr w:type="spellEnd"/>
      <w:r w:rsidR="002C6E3A">
        <w:rPr>
          <w:rFonts w:ascii="Times New Roman" w:eastAsiaTheme="minorEastAsia" w:hAnsi="Times New Roman" w:cs="Times New Roman" w:hint="eastAsia"/>
        </w:rPr>
        <w:t xml:space="preserve"> much </w:t>
      </w:r>
      <w:proofErr w:type="spellStart"/>
      <w:r w:rsidR="00FE0070">
        <w:rPr>
          <w:rFonts w:ascii="Times New Roman" w:eastAsiaTheme="minorEastAsia" w:hAnsi="Times New Roman" w:cs="Times New Roman" w:hint="eastAsia"/>
        </w:rPr>
        <w:t>fluctuation,in</w:t>
      </w:r>
      <w:proofErr w:type="spellEnd"/>
      <w:r w:rsidR="00FE0070">
        <w:rPr>
          <w:rFonts w:ascii="Times New Roman" w:eastAsiaTheme="minorEastAsia" w:hAnsi="Times New Roman" w:cs="Times New Roman" w:hint="eastAsia"/>
        </w:rPr>
        <w:t xml:space="preserve"> some </w:t>
      </w:r>
      <w:r w:rsidR="00FE0070">
        <w:rPr>
          <w:rFonts w:ascii="Times New Roman" w:eastAsiaTheme="minorEastAsia" w:hAnsi="Times New Roman" w:cs="Times New Roman"/>
        </w:rPr>
        <w:t>specific</w:t>
      </w:r>
      <w:r w:rsidR="00FE0070">
        <w:rPr>
          <w:rFonts w:ascii="Times New Roman" w:eastAsiaTheme="minorEastAsia" w:hAnsi="Times New Roman" w:cs="Times New Roman" w:hint="eastAsia"/>
        </w:rPr>
        <w:t xml:space="preserve"> </w:t>
      </w:r>
      <w:proofErr w:type="spellStart"/>
      <w:r w:rsidR="00FE0070">
        <w:rPr>
          <w:rFonts w:ascii="Times New Roman" w:eastAsiaTheme="minorEastAsia" w:hAnsi="Times New Roman" w:cs="Times New Roman" w:hint="eastAsia"/>
        </w:rPr>
        <w:t>works,it</w:t>
      </w:r>
      <w:proofErr w:type="spellEnd"/>
      <w:r w:rsidR="00FE0070">
        <w:rPr>
          <w:rFonts w:ascii="Times New Roman" w:eastAsiaTheme="minorEastAsia" w:hAnsi="Times New Roman" w:cs="Times New Roman" w:hint="eastAsia"/>
        </w:rPr>
        <w:t xml:space="preserve"> even like a </w:t>
      </w:r>
      <w:proofErr w:type="spellStart"/>
      <w:r w:rsidR="00FE0070">
        <w:rPr>
          <w:rFonts w:ascii="Times New Roman" w:eastAsiaTheme="minorEastAsia" w:hAnsi="Times New Roman" w:cs="Times New Roman" w:hint="eastAsia"/>
        </w:rPr>
        <w:t>slide,</w:t>
      </w:r>
      <w:r w:rsidR="00FE44F1">
        <w:rPr>
          <w:rFonts w:ascii="Times New Roman" w:eastAsiaTheme="minorEastAsia" w:hAnsi="Times New Roman" w:cs="Times New Roman" w:hint="eastAsia"/>
        </w:rPr>
        <w:t>just</w:t>
      </w:r>
      <w:proofErr w:type="spellEnd"/>
      <w:r w:rsidR="00FE44F1">
        <w:rPr>
          <w:rFonts w:ascii="Times New Roman" w:eastAsiaTheme="minorEastAsia" w:hAnsi="Times New Roman" w:cs="Times New Roman" w:hint="eastAsia"/>
        </w:rPr>
        <w:t xml:space="preserve"> one after another </w:t>
      </w:r>
      <w:proofErr w:type="spellStart"/>
      <w:r w:rsidR="00FE44F1">
        <w:rPr>
          <w:rFonts w:ascii="Times New Roman" w:eastAsiaTheme="minorEastAsia" w:hAnsi="Times New Roman" w:cs="Times New Roman" w:hint="eastAsia"/>
        </w:rPr>
        <w:t>scene.But</w:t>
      </w:r>
      <w:proofErr w:type="spellEnd"/>
      <w:r w:rsidR="00FE44F1">
        <w:rPr>
          <w:rFonts w:ascii="Times New Roman" w:eastAsiaTheme="minorEastAsia" w:hAnsi="Times New Roman" w:cs="Times New Roman" w:hint="eastAsia"/>
        </w:rPr>
        <w:t xml:space="preserve"> in the external </w:t>
      </w:r>
      <w:proofErr w:type="spellStart"/>
      <w:r w:rsidR="00FE44F1">
        <w:rPr>
          <w:rFonts w:ascii="Times New Roman" w:eastAsiaTheme="minorEastAsia" w:hAnsi="Times New Roman" w:cs="Times New Roman" w:hint="eastAsia"/>
        </w:rPr>
        <w:t>view,</w:t>
      </w:r>
      <w:r w:rsidR="002F3A54">
        <w:rPr>
          <w:rFonts w:ascii="Times New Roman" w:eastAsiaTheme="minorEastAsia" w:hAnsi="Times New Roman" w:cs="Times New Roman"/>
        </w:rPr>
        <w:t>I</w:t>
      </w:r>
      <w:proofErr w:type="spellEnd"/>
      <w:r w:rsidR="002F3A54">
        <w:rPr>
          <w:rFonts w:ascii="Times New Roman" w:eastAsiaTheme="minorEastAsia" w:hAnsi="Times New Roman" w:cs="Times New Roman" w:hint="eastAsia"/>
        </w:rPr>
        <w:t xml:space="preserve"> try to set out from my </w:t>
      </w:r>
      <w:proofErr w:type="spellStart"/>
      <w:r w:rsidR="002F3A54">
        <w:rPr>
          <w:rFonts w:ascii="Times New Roman" w:eastAsiaTheme="minorEastAsia" w:hAnsi="Times New Roman" w:cs="Times New Roman" w:hint="eastAsia"/>
        </w:rPr>
        <w:t>heart,from</w:t>
      </w:r>
      <w:proofErr w:type="spellEnd"/>
      <w:r w:rsidR="002F3A54">
        <w:rPr>
          <w:rFonts w:ascii="Times New Roman" w:eastAsiaTheme="minorEastAsia" w:hAnsi="Times New Roman" w:cs="Times New Roman" w:hint="eastAsia"/>
        </w:rPr>
        <w:t xml:space="preserve"> my past </w:t>
      </w:r>
      <w:proofErr w:type="spellStart"/>
      <w:r w:rsidR="002F3A54">
        <w:rPr>
          <w:rFonts w:ascii="Times New Roman" w:eastAsiaTheme="minorEastAsia" w:hAnsi="Times New Roman" w:cs="Times New Roman" w:hint="eastAsia"/>
        </w:rPr>
        <w:t>experience,</w:t>
      </w:r>
      <w:r w:rsidR="000A3A6D">
        <w:rPr>
          <w:rFonts w:ascii="Times New Roman" w:eastAsiaTheme="minorEastAsia" w:hAnsi="Times New Roman" w:cs="Times New Roman" w:hint="eastAsia"/>
        </w:rPr>
        <w:t>from</w:t>
      </w:r>
      <w:proofErr w:type="spellEnd"/>
      <w:r w:rsidR="000A3A6D">
        <w:rPr>
          <w:rFonts w:ascii="Times New Roman" w:eastAsiaTheme="minorEastAsia" w:hAnsi="Times New Roman" w:cs="Times New Roman" w:hint="eastAsia"/>
        </w:rPr>
        <w:t xml:space="preserve"> this perspective to </w:t>
      </w:r>
      <w:r w:rsidR="00C458F3">
        <w:rPr>
          <w:rFonts w:ascii="Times New Roman" w:eastAsiaTheme="minorEastAsia" w:hAnsi="Times New Roman" w:cs="Times New Roman" w:hint="eastAsia"/>
        </w:rPr>
        <w:t xml:space="preserve">get </w:t>
      </w:r>
      <w:r w:rsidR="00680937">
        <w:rPr>
          <w:rFonts w:ascii="Times New Roman" w:eastAsiaTheme="minorEastAsia" w:hAnsi="Times New Roman" w:cs="Times New Roman" w:hint="eastAsia"/>
        </w:rPr>
        <w:t xml:space="preserve">into the </w:t>
      </w:r>
      <w:proofErr w:type="spellStart"/>
      <w:r w:rsidR="00680937">
        <w:rPr>
          <w:rFonts w:ascii="Times New Roman" w:eastAsiaTheme="minorEastAsia" w:hAnsi="Times New Roman" w:cs="Times New Roman" w:hint="eastAsia"/>
        </w:rPr>
        <w:t>scene,</w:t>
      </w:r>
      <w:r w:rsidR="00455228">
        <w:rPr>
          <w:rFonts w:ascii="Times New Roman" w:eastAsiaTheme="minorEastAsia" w:hAnsi="Times New Roman" w:cs="Times New Roman" w:hint="eastAsia"/>
        </w:rPr>
        <w:t>could</w:t>
      </w:r>
      <w:proofErr w:type="spellEnd"/>
      <w:r w:rsidR="00455228">
        <w:rPr>
          <w:rFonts w:ascii="Times New Roman" w:eastAsiaTheme="minorEastAsia" w:hAnsi="Times New Roman" w:cs="Times New Roman" w:hint="eastAsia"/>
        </w:rPr>
        <w:t xml:space="preserve"> find that fascinating.</w:t>
      </w:r>
    </w:p>
    <w:p w14:paraId="73EAF490" w14:textId="77777777" w:rsidR="00AC2F44" w:rsidRPr="00FE0070" w:rsidRDefault="00AC2F44" w:rsidP="00057BF6">
      <w:pPr>
        <w:spacing w:line="360" w:lineRule="auto"/>
        <w:rPr>
          <w:rFonts w:ascii="Times New Roman" w:eastAsiaTheme="minorEastAsia" w:hAnsi="Times New Roman" w:cs="Times New Roman"/>
        </w:rPr>
      </w:pPr>
    </w:p>
    <w:p w14:paraId="12F0D33A" w14:textId="6F04B0D8" w:rsidR="00455228" w:rsidRPr="00CD47A3" w:rsidRDefault="00455228" w:rsidP="00057BF6">
      <w:pPr>
        <w:pStyle w:val="21"/>
        <w:spacing w:before="0" w:line="360" w:lineRule="auto"/>
        <w:rPr>
          <w:rFonts w:ascii="Times New Roman" w:hAnsi="Times New Roman" w:cs="Times New Roman"/>
          <w:color w:val="000000" w:themeColor="text1"/>
          <w:sz w:val="24"/>
          <w:szCs w:val="24"/>
        </w:rPr>
      </w:pPr>
      <w:r>
        <w:rPr>
          <w:rFonts w:ascii="Times New Roman" w:hAnsi="Times New Roman" w:cs="Times New Roman" w:hint="eastAsia"/>
          <w:color w:val="000000" w:themeColor="text1"/>
          <w:sz w:val="24"/>
          <w:szCs w:val="24"/>
        </w:rPr>
        <w:t xml:space="preserve">What patterns do </w:t>
      </w:r>
      <w:r>
        <w:rPr>
          <w:rFonts w:ascii="Times New Roman" w:hAnsi="Times New Roman" w:cs="Times New Roman"/>
          <w:color w:val="000000" w:themeColor="text1"/>
          <w:sz w:val="24"/>
          <w:szCs w:val="24"/>
        </w:rPr>
        <w:t>I</w:t>
      </w:r>
      <w:r>
        <w:rPr>
          <w:rFonts w:ascii="Times New Roman" w:hAnsi="Times New Roman" w:cs="Times New Roman" w:hint="eastAsia"/>
          <w:color w:val="000000" w:themeColor="text1"/>
          <w:sz w:val="24"/>
          <w:szCs w:val="24"/>
        </w:rPr>
        <w:t xml:space="preserve"> see?</w:t>
      </w:r>
    </w:p>
    <w:p w14:paraId="1BD2C278" w14:textId="2F43F46A" w:rsidR="00F44921" w:rsidRDefault="00AC2F44" w:rsidP="00057BF6">
      <w:pPr>
        <w:spacing w:line="360" w:lineRule="auto"/>
        <w:rPr>
          <w:rFonts w:ascii="Times New Roman" w:hAnsi="Times New Roman" w:cs="Times New Roman"/>
        </w:rPr>
      </w:pPr>
      <w:r>
        <w:rPr>
          <w:rFonts w:ascii="Times New Roman" w:hAnsi="Times New Roman" w:cs="Times New Roman" w:hint="eastAsia"/>
        </w:rPr>
        <w:t xml:space="preserve">I already </w:t>
      </w:r>
      <w:r w:rsidR="00117D3C">
        <w:rPr>
          <w:rFonts w:ascii="Times New Roman" w:hAnsi="Times New Roman" w:cs="Times New Roman" w:hint="eastAsia"/>
        </w:rPr>
        <w:t xml:space="preserve">highly clear what type </w:t>
      </w:r>
      <w:r w:rsidR="00DA2FD4">
        <w:rPr>
          <w:rFonts w:ascii="Times New Roman" w:hAnsi="Times New Roman" w:cs="Times New Roman" w:hint="eastAsia"/>
        </w:rPr>
        <w:t xml:space="preserve">or style of this film </w:t>
      </w:r>
      <w:r w:rsidR="00DA2FD4">
        <w:rPr>
          <w:rFonts w:ascii="Times New Roman" w:hAnsi="Times New Roman" w:cs="Times New Roman"/>
        </w:rPr>
        <w:t>I</w:t>
      </w:r>
      <w:r w:rsidR="00DA2FD4">
        <w:rPr>
          <w:rFonts w:ascii="Times New Roman" w:hAnsi="Times New Roman" w:cs="Times New Roman" w:hint="eastAsia"/>
        </w:rPr>
        <w:t xml:space="preserve"> would to </w:t>
      </w:r>
      <w:proofErr w:type="spellStart"/>
      <w:r w:rsidR="00DA2FD4">
        <w:rPr>
          <w:rFonts w:ascii="Times New Roman" w:hAnsi="Times New Roman" w:cs="Times New Roman" w:hint="eastAsia"/>
        </w:rPr>
        <w:t>produce,</w:t>
      </w:r>
      <w:r w:rsidR="00820C26">
        <w:rPr>
          <w:rFonts w:ascii="Times New Roman" w:hAnsi="Times New Roman" w:cs="Times New Roman" w:hint="eastAsia"/>
        </w:rPr>
        <w:t>is</w:t>
      </w:r>
      <w:proofErr w:type="spellEnd"/>
      <w:r w:rsidR="00820C26">
        <w:rPr>
          <w:rFonts w:ascii="Times New Roman" w:hAnsi="Times New Roman" w:cs="Times New Roman" w:hint="eastAsia"/>
        </w:rPr>
        <w:t xml:space="preserve"> much about </w:t>
      </w:r>
      <w:proofErr w:type="spellStart"/>
      <w:r w:rsidR="00820C26">
        <w:rPr>
          <w:rFonts w:ascii="Times New Roman" w:hAnsi="Times New Roman" w:cs="Times New Roman" w:hint="eastAsia"/>
        </w:rPr>
        <w:t>journey,philosophy</w:t>
      </w:r>
      <w:proofErr w:type="spellEnd"/>
      <w:r w:rsidR="00820C26">
        <w:rPr>
          <w:rFonts w:ascii="Times New Roman" w:hAnsi="Times New Roman" w:cs="Times New Roman" w:hint="eastAsia"/>
        </w:rPr>
        <w:t xml:space="preserve"> and </w:t>
      </w:r>
      <w:proofErr w:type="spellStart"/>
      <w:r w:rsidR="00820C26">
        <w:rPr>
          <w:rFonts w:ascii="Times New Roman" w:hAnsi="Times New Roman" w:cs="Times New Roman" w:hint="eastAsia"/>
        </w:rPr>
        <w:t>humanities,</w:t>
      </w:r>
      <w:r w:rsidR="007B1EFB">
        <w:rPr>
          <w:rFonts w:ascii="Times New Roman" w:hAnsi="Times New Roman" w:cs="Times New Roman" w:hint="eastAsia"/>
        </w:rPr>
        <w:t>for</w:t>
      </w:r>
      <w:proofErr w:type="spellEnd"/>
      <w:r w:rsidR="007B1EFB">
        <w:rPr>
          <w:rFonts w:ascii="Times New Roman" w:hAnsi="Times New Roman" w:cs="Times New Roman" w:hint="eastAsia"/>
        </w:rPr>
        <w:t xml:space="preserve"> this </w:t>
      </w:r>
      <w:proofErr w:type="spellStart"/>
      <w:r w:rsidR="007B1EFB">
        <w:rPr>
          <w:rFonts w:ascii="Times New Roman" w:hAnsi="Times New Roman" w:cs="Times New Roman" w:hint="eastAsia"/>
        </w:rPr>
        <w:t>perspective,only</w:t>
      </w:r>
      <w:proofErr w:type="spellEnd"/>
      <w:r w:rsidR="007B1EFB">
        <w:rPr>
          <w:rFonts w:ascii="Times New Roman" w:hAnsi="Times New Roman" w:cs="Times New Roman" w:hint="eastAsia"/>
        </w:rPr>
        <w:t xml:space="preserve"> one thing </w:t>
      </w:r>
      <w:r w:rsidR="007B1EFB">
        <w:rPr>
          <w:rFonts w:ascii="Times New Roman" w:hAnsi="Times New Roman" w:cs="Times New Roman"/>
        </w:rPr>
        <w:t>I</w:t>
      </w:r>
      <w:r w:rsidR="007B1EFB">
        <w:rPr>
          <w:rFonts w:ascii="Times New Roman" w:hAnsi="Times New Roman" w:cs="Times New Roman" w:hint="eastAsia"/>
        </w:rPr>
        <w:t xml:space="preserve"> should </w:t>
      </w:r>
      <w:r w:rsidR="00DD604B">
        <w:rPr>
          <w:rFonts w:ascii="Times New Roman" w:hAnsi="Times New Roman" w:cs="Times New Roman" w:hint="eastAsia"/>
        </w:rPr>
        <w:t xml:space="preserve">do or focus on is much </w:t>
      </w:r>
      <w:r w:rsidR="00DD604B">
        <w:rPr>
          <w:rFonts w:ascii="Times New Roman" w:hAnsi="Times New Roman" w:cs="Times New Roman"/>
        </w:rPr>
        <w:t>attention</w:t>
      </w:r>
      <w:r w:rsidR="00DD604B">
        <w:rPr>
          <w:rFonts w:ascii="Times New Roman" w:hAnsi="Times New Roman" w:cs="Times New Roman" w:hint="eastAsia"/>
        </w:rPr>
        <w:t xml:space="preserve"> about every tiny </w:t>
      </w:r>
      <w:proofErr w:type="spellStart"/>
      <w:r w:rsidR="00DD604B">
        <w:rPr>
          <w:rFonts w:ascii="Times New Roman" w:hAnsi="Times New Roman" w:cs="Times New Roman" w:hint="eastAsia"/>
        </w:rPr>
        <w:t>elements,</w:t>
      </w:r>
      <w:r w:rsidR="009C49BE">
        <w:rPr>
          <w:rFonts w:ascii="Times New Roman" w:hAnsi="Times New Roman" w:cs="Times New Roman" w:hint="eastAsia"/>
        </w:rPr>
        <w:t>is</w:t>
      </w:r>
      <w:proofErr w:type="spellEnd"/>
      <w:r w:rsidR="009C49BE">
        <w:rPr>
          <w:rFonts w:ascii="Times New Roman" w:hAnsi="Times New Roman" w:cs="Times New Roman" w:hint="eastAsia"/>
        </w:rPr>
        <w:t xml:space="preserve"> not just about </w:t>
      </w:r>
      <w:proofErr w:type="spellStart"/>
      <w:r w:rsidR="009C49BE">
        <w:rPr>
          <w:rFonts w:ascii="Times New Roman" w:hAnsi="Times New Roman" w:cs="Times New Roman" w:hint="eastAsia"/>
        </w:rPr>
        <w:t>perspective,it</w:t>
      </w:r>
      <w:proofErr w:type="spellEnd"/>
      <w:r w:rsidR="009C49BE">
        <w:rPr>
          <w:rFonts w:ascii="Times New Roman" w:hAnsi="Times New Roman" w:cs="Times New Roman" w:hint="eastAsia"/>
        </w:rPr>
        <w:t xml:space="preserve"> is </w:t>
      </w:r>
      <w:r w:rsidR="009C49BE">
        <w:rPr>
          <w:rFonts w:ascii="Times New Roman" w:hAnsi="Times New Roman" w:cs="Times New Roman" w:hint="eastAsia"/>
        </w:rPr>
        <w:lastRenderedPageBreak/>
        <w:t xml:space="preserve">most about </w:t>
      </w:r>
      <w:r w:rsidR="00FF293C">
        <w:rPr>
          <w:rFonts w:ascii="Times New Roman" w:hAnsi="Times New Roman" w:cs="Times New Roman" w:hint="eastAsia"/>
        </w:rPr>
        <w:t xml:space="preserve">the </w:t>
      </w:r>
      <w:r w:rsidR="008E2948">
        <w:rPr>
          <w:rFonts w:ascii="Times New Roman" w:hAnsi="Times New Roman" w:cs="Times New Roman" w:hint="eastAsia"/>
        </w:rPr>
        <w:t xml:space="preserve">ways of looking at the world or </w:t>
      </w:r>
      <w:proofErr w:type="spellStart"/>
      <w:r w:rsidR="008E2948">
        <w:rPr>
          <w:rFonts w:ascii="Times New Roman" w:hAnsi="Times New Roman" w:cs="Times New Roman" w:hint="eastAsia"/>
        </w:rPr>
        <w:t>life.Life</w:t>
      </w:r>
      <w:proofErr w:type="spellEnd"/>
      <w:r w:rsidR="008E2948">
        <w:rPr>
          <w:rFonts w:ascii="Times New Roman" w:hAnsi="Times New Roman" w:cs="Times New Roman" w:hint="eastAsia"/>
        </w:rPr>
        <w:t xml:space="preserve"> is </w:t>
      </w:r>
      <w:r w:rsidR="001D5362">
        <w:rPr>
          <w:rFonts w:ascii="Times New Roman" w:hAnsi="Times New Roman" w:cs="Times New Roman" w:hint="eastAsia"/>
        </w:rPr>
        <w:t xml:space="preserve">so fascinating </w:t>
      </w:r>
      <w:proofErr w:type="spellStart"/>
      <w:r w:rsidR="001D5362">
        <w:rPr>
          <w:rFonts w:ascii="Times New Roman" w:hAnsi="Times New Roman" w:cs="Times New Roman" w:hint="eastAsia"/>
        </w:rPr>
        <w:t>topic,</w:t>
      </w:r>
      <w:r w:rsidR="00FF293C">
        <w:rPr>
          <w:rFonts w:ascii="Times New Roman" w:hAnsi="Times New Roman" w:cs="Times New Roman" w:hint="eastAsia"/>
        </w:rPr>
        <w:t>when</w:t>
      </w:r>
      <w:proofErr w:type="spellEnd"/>
      <w:r w:rsidR="00FF293C">
        <w:rPr>
          <w:rFonts w:ascii="Times New Roman" w:hAnsi="Times New Roman" w:cs="Times New Roman" w:hint="eastAsia"/>
        </w:rPr>
        <w:t xml:space="preserve"> </w:t>
      </w:r>
      <w:r w:rsidR="00FF293C">
        <w:rPr>
          <w:rFonts w:ascii="Times New Roman" w:hAnsi="Times New Roman" w:cs="Times New Roman"/>
        </w:rPr>
        <w:t>I</w:t>
      </w:r>
      <w:r w:rsidR="00FF293C">
        <w:rPr>
          <w:rFonts w:ascii="Times New Roman" w:hAnsi="Times New Roman" w:cs="Times New Roman" w:hint="eastAsia"/>
        </w:rPr>
        <w:t xml:space="preserve"> was 22,</w:t>
      </w:r>
      <w:r w:rsidR="00FF293C">
        <w:rPr>
          <w:rFonts w:ascii="Times New Roman" w:hAnsi="Times New Roman" w:cs="Times New Roman"/>
        </w:rPr>
        <w:t>I</w:t>
      </w:r>
      <w:r w:rsidR="00FF293C">
        <w:rPr>
          <w:rFonts w:ascii="Times New Roman" w:hAnsi="Times New Roman" w:cs="Times New Roman" w:hint="eastAsia"/>
        </w:rPr>
        <w:t xml:space="preserve"> just knew some person </w:t>
      </w:r>
      <w:r w:rsidR="00824BE9">
        <w:rPr>
          <w:rFonts w:ascii="Times New Roman" w:hAnsi="Times New Roman" w:cs="Times New Roman" w:hint="eastAsia"/>
        </w:rPr>
        <w:t xml:space="preserve">always living in their place of </w:t>
      </w:r>
      <w:proofErr w:type="spellStart"/>
      <w:r w:rsidR="00824BE9">
        <w:rPr>
          <w:rFonts w:ascii="Times New Roman" w:hAnsi="Times New Roman" w:cs="Times New Roman" w:hint="eastAsia"/>
        </w:rPr>
        <w:t>birth,they</w:t>
      </w:r>
      <w:proofErr w:type="spellEnd"/>
      <w:r w:rsidR="00824BE9">
        <w:rPr>
          <w:rFonts w:ascii="Times New Roman" w:hAnsi="Times New Roman" w:cs="Times New Roman" w:hint="eastAsia"/>
        </w:rPr>
        <w:t xml:space="preserve"> do not know </w:t>
      </w:r>
      <w:r w:rsidR="003B5544">
        <w:rPr>
          <w:rFonts w:ascii="Times New Roman" w:hAnsi="Times New Roman" w:cs="Times New Roman" w:hint="eastAsia"/>
        </w:rPr>
        <w:t xml:space="preserve">outside of their </w:t>
      </w:r>
      <w:proofErr w:type="spellStart"/>
      <w:r w:rsidR="003B5544">
        <w:rPr>
          <w:rFonts w:ascii="Times New Roman" w:hAnsi="Times New Roman" w:cs="Times New Roman" w:hint="eastAsia"/>
        </w:rPr>
        <w:t>homeland,but</w:t>
      </w:r>
      <w:proofErr w:type="spellEnd"/>
      <w:r w:rsidR="003B5544">
        <w:rPr>
          <w:rFonts w:ascii="Times New Roman" w:hAnsi="Times New Roman" w:cs="Times New Roman" w:hint="eastAsia"/>
        </w:rPr>
        <w:t xml:space="preserve"> they </w:t>
      </w:r>
      <w:proofErr w:type="spellStart"/>
      <w:r w:rsidR="003B5544">
        <w:rPr>
          <w:rFonts w:ascii="Times New Roman" w:hAnsi="Times New Roman" w:cs="Times New Roman" w:hint="eastAsia"/>
        </w:rPr>
        <w:t>keep,save</w:t>
      </w:r>
      <w:proofErr w:type="spellEnd"/>
      <w:r w:rsidR="003B5544">
        <w:rPr>
          <w:rFonts w:ascii="Times New Roman" w:hAnsi="Times New Roman" w:cs="Times New Roman" w:hint="eastAsia"/>
        </w:rPr>
        <w:t xml:space="preserve"> a kind of </w:t>
      </w:r>
      <w:r w:rsidR="003B5544" w:rsidRPr="003B5544">
        <w:rPr>
          <w:rFonts w:ascii="Times New Roman" w:hAnsi="Times New Roman" w:cs="Times New Roman"/>
        </w:rPr>
        <w:t>Innocence</w:t>
      </w:r>
      <w:r w:rsidR="003B5544">
        <w:rPr>
          <w:rFonts w:ascii="Times New Roman" w:hAnsi="Times New Roman" w:cs="Times New Roman" w:hint="eastAsia"/>
        </w:rPr>
        <w:t xml:space="preserve"> and </w:t>
      </w:r>
      <w:r w:rsidR="00C67706">
        <w:rPr>
          <w:rFonts w:ascii="Times New Roman" w:hAnsi="Times New Roman" w:cs="Times New Roman" w:hint="eastAsia"/>
        </w:rPr>
        <w:t xml:space="preserve">simple </w:t>
      </w:r>
      <w:proofErr w:type="spellStart"/>
      <w:r w:rsidR="00C67706">
        <w:rPr>
          <w:rFonts w:ascii="Times New Roman" w:hAnsi="Times New Roman" w:cs="Times New Roman" w:hint="eastAsia"/>
        </w:rPr>
        <w:t>happiness,</w:t>
      </w:r>
      <w:r w:rsidR="00C67706">
        <w:rPr>
          <w:rFonts w:ascii="Times New Roman" w:hAnsi="Times New Roman" w:cs="Times New Roman"/>
        </w:rPr>
        <w:t>I</w:t>
      </w:r>
      <w:proofErr w:type="spellEnd"/>
      <w:r w:rsidR="00C67706">
        <w:rPr>
          <w:rFonts w:ascii="Times New Roman" w:hAnsi="Times New Roman" w:cs="Times New Roman" w:hint="eastAsia"/>
        </w:rPr>
        <w:t xml:space="preserve"> remember a pr</w:t>
      </w:r>
      <w:r w:rsidR="00FD05C0">
        <w:rPr>
          <w:rFonts w:ascii="Times New Roman" w:hAnsi="Times New Roman" w:cs="Times New Roman" w:hint="eastAsia"/>
        </w:rPr>
        <w:t>overb says:</w:t>
      </w:r>
      <w:r w:rsidR="00FD05C0" w:rsidRPr="00FD05C0">
        <w:t xml:space="preserve"> </w:t>
      </w:r>
      <w:r w:rsidR="00FD05C0" w:rsidRPr="00FD05C0">
        <w:rPr>
          <w:rFonts w:ascii="Times New Roman" w:hAnsi="Times New Roman" w:cs="Times New Roman"/>
        </w:rPr>
        <w:t xml:space="preserve">The more you possess, the deeper the </w:t>
      </w:r>
      <w:proofErr w:type="spellStart"/>
      <w:r w:rsidR="00FD05C0" w:rsidRPr="00FD05C0">
        <w:rPr>
          <w:rFonts w:ascii="Times New Roman" w:hAnsi="Times New Roman" w:cs="Times New Roman"/>
        </w:rPr>
        <w:t>pain.</w:t>
      </w:r>
      <w:r w:rsidR="00083E62">
        <w:rPr>
          <w:rFonts w:ascii="Times New Roman" w:hAnsi="Times New Roman" w:cs="Times New Roman" w:hint="eastAsia"/>
        </w:rPr>
        <w:t>For</w:t>
      </w:r>
      <w:proofErr w:type="spellEnd"/>
      <w:r w:rsidR="00083E62">
        <w:rPr>
          <w:rFonts w:ascii="Times New Roman" w:hAnsi="Times New Roman" w:cs="Times New Roman" w:hint="eastAsia"/>
        </w:rPr>
        <w:t xml:space="preserve"> </w:t>
      </w:r>
      <w:proofErr w:type="spellStart"/>
      <w:r w:rsidR="00083E62">
        <w:rPr>
          <w:rFonts w:ascii="Times New Roman" w:hAnsi="Times New Roman" w:cs="Times New Roman" w:hint="eastAsia"/>
        </w:rPr>
        <w:t>me,the</w:t>
      </w:r>
      <w:proofErr w:type="spellEnd"/>
      <w:r w:rsidR="00083E62">
        <w:rPr>
          <w:rFonts w:ascii="Times New Roman" w:hAnsi="Times New Roman" w:cs="Times New Roman" w:hint="eastAsia"/>
        </w:rPr>
        <w:t xml:space="preserve"> one patterns is </w:t>
      </w:r>
      <w:proofErr w:type="spellStart"/>
      <w:r w:rsidR="00083E62">
        <w:rPr>
          <w:rFonts w:ascii="Times New Roman" w:hAnsi="Times New Roman" w:cs="Times New Roman" w:hint="eastAsia"/>
        </w:rPr>
        <w:t>understand,understand</w:t>
      </w:r>
      <w:proofErr w:type="spellEnd"/>
      <w:r w:rsidR="00083E62">
        <w:rPr>
          <w:rFonts w:ascii="Times New Roman" w:hAnsi="Times New Roman" w:cs="Times New Roman" w:hint="eastAsia"/>
        </w:rPr>
        <w:t xml:space="preserve"> my surrounding</w:t>
      </w:r>
      <w:r w:rsidR="00E127FE">
        <w:rPr>
          <w:rFonts w:ascii="Times New Roman" w:hAnsi="Times New Roman" w:cs="Times New Roman" w:hint="eastAsia"/>
        </w:rPr>
        <w:t xml:space="preserve"> and every single tiny thing beside </w:t>
      </w:r>
      <w:proofErr w:type="spellStart"/>
      <w:r w:rsidR="00E127FE">
        <w:rPr>
          <w:rFonts w:ascii="Times New Roman" w:hAnsi="Times New Roman" w:cs="Times New Roman" w:hint="eastAsia"/>
        </w:rPr>
        <w:t>me,</w:t>
      </w:r>
      <w:r w:rsidR="00731220">
        <w:rPr>
          <w:rFonts w:ascii="Times New Roman" w:hAnsi="Times New Roman" w:cs="Times New Roman" w:hint="eastAsia"/>
        </w:rPr>
        <w:t>every</w:t>
      </w:r>
      <w:proofErr w:type="spellEnd"/>
      <w:r w:rsidR="00731220">
        <w:rPr>
          <w:rFonts w:ascii="Times New Roman" w:hAnsi="Times New Roman" w:cs="Times New Roman" w:hint="eastAsia"/>
        </w:rPr>
        <w:t xml:space="preserve"> person who around </w:t>
      </w:r>
      <w:proofErr w:type="spellStart"/>
      <w:r w:rsidR="00731220">
        <w:rPr>
          <w:rFonts w:ascii="Times New Roman" w:hAnsi="Times New Roman" w:cs="Times New Roman" w:hint="eastAsia"/>
        </w:rPr>
        <w:t>me,</w:t>
      </w:r>
      <w:r w:rsidR="001A31E1">
        <w:rPr>
          <w:rFonts w:ascii="Times New Roman" w:hAnsi="Times New Roman" w:cs="Times New Roman" w:hint="eastAsia"/>
        </w:rPr>
        <w:t>for</w:t>
      </w:r>
      <w:proofErr w:type="spellEnd"/>
      <w:r w:rsidR="001A31E1">
        <w:rPr>
          <w:rFonts w:ascii="Times New Roman" w:hAnsi="Times New Roman" w:cs="Times New Roman" w:hint="eastAsia"/>
        </w:rPr>
        <w:t xml:space="preserve"> me this is the real </w:t>
      </w:r>
      <w:proofErr w:type="spellStart"/>
      <w:r w:rsidR="001A31E1">
        <w:rPr>
          <w:rFonts w:ascii="Times New Roman" w:hAnsi="Times New Roman" w:cs="Times New Roman" w:hint="eastAsia"/>
        </w:rPr>
        <w:t>pattern,is</w:t>
      </w:r>
      <w:proofErr w:type="spellEnd"/>
      <w:r w:rsidR="001A31E1">
        <w:rPr>
          <w:rFonts w:ascii="Times New Roman" w:hAnsi="Times New Roman" w:cs="Times New Roman" w:hint="eastAsia"/>
        </w:rPr>
        <w:t xml:space="preserve"> not just </w:t>
      </w:r>
      <w:proofErr w:type="spellStart"/>
      <w:r w:rsidR="001A31E1">
        <w:rPr>
          <w:rFonts w:ascii="Times New Roman" w:hAnsi="Times New Roman" w:cs="Times New Roman" w:hint="eastAsia"/>
        </w:rPr>
        <w:t>technique,</w:t>
      </w:r>
      <w:r w:rsidR="009A2B31">
        <w:rPr>
          <w:rFonts w:ascii="Times New Roman" w:hAnsi="Times New Roman" w:cs="Times New Roman" w:hint="eastAsia"/>
        </w:rPr>
        <w:t>it</w:t>
      </w:r>
      <w:proofErr w:type="spellEnd"/>
      <w:r w:rsidR="009A2B31">
        <w:rPr>
          <w:rFonts w:ascii="Times New Roman" w:hAnsi="Times New Roman" w:cs="Times New Roman" w:hint="eastAsia"/>
        </w:rPr>
        <w:t xml:space="preserve"> is a skill for how </w:t>
      </w:r>
      <w:proofErr w:type="spellStart"/>
      <w:r w:rsidR="009A2B31">
        <w:rPr>
          <w:rFonts w:ascii="Times New Roman" w:hAnsi="Times New Roman" w:cs="Times New Roman" w:hint="eastAsia"/>
        </w:rPr>
        <w:t>intouch</w:t>
      </w:r>
      <w:proofErr w:type="spellEnd"/>
      <w:r w:rsidR="009A2B31">
        <w:rPr>
          <w:rFonts w:ascii="Times New Roman" w:hAnsi="Times New Roman" w:cs="Times New Roman" w:hint="eastAsia"/>
        </w:rPr>
        <w:t xml:space="preserve"> with this real </w:t>
      </w:r>
      <w:proofErr w:type="spellStart"/>
      <w:r w:rsidR="009A2B31">
        <w:rPr>
          <w:rFonts w:ascii="Times New Roman" w:hAnsi="Times New Roman" w:cs="Times New Roman" w:hint="eastAsia"/>
        </w:rPr>
        <w:t>world,before</w:t>
      </w:r>
      <w:proofErr w:type="spellEnd"/>
      <w:r w:rsidR="009A2B31">
        <w:rPr>
          <w:rFonts w:ascii="Times New Roman" w:hAnsi="Times New Roman" w:cs="Times New Roman" w:hint="eastAsia"/>
        </w:rPr>
        <w:t xml:space="preserve"> </w:t>
      </w:r>
      <w:r w:rsidR="009A2B31">
        <w:rPr>
          <w:rFonts w:ascii="Times New Roman" w:hAnsi="Times New Roman" w:cs="Times New Roman"/>
        </w:rPr>
        <w:t>I</w:t>
      </w:r>
      <w:r w:rsidR="009A2B31">
        <w:rPr>
          <w:rFonts w:ascii="Times New Roman" w:hAnsi="Times New Roman" w:cs="Times New Roman" w:hint="eastAsia"/>
        </w:rPr>
        <w:t xml:space="preserve"> have heard a </w:t>
      </w:r>
      <w:r w:rsidR="00482133">
        <w:rPr>
          <w:rFonts w:ascii="Times New Roman" w:hAnsi="Times New Roman" w:cs="Times New Roman" w:hint="eastAsia"/>
        </w:rPr>
        <w:t xml:space="preserve">noun called critical </w:t>
      </w:r>
      <w:proofErr w:type="spellStart"/>
      <w:r w:rsidR="00482133">
        <w:rPr>
          <w:rFonts w:ascii="Times New Roman" w:hAnsi="Times New Roman" w:cs="Times New Roman" w:hint="eastAsia"/>
        </w:rPr>
        <w:t>state,</w:t>
      </w:r>
      <w:r w:rsidR="009A1939">
        <w:rPr>
          <w:rFonts w:ascii="Times New Roman" w:hAnsi="Times New Roman" w:cs="Times New Roman" w:hint="eastAsia"/>
        </w:rPr>
        <w:t>it</w:t>
      </w:r>
      <w:proofErr w:type="spellEnd"/>
      <w:r w:rsidR="009A1939">
        <w:rPr>
          <w:rFonts w:ascii="Times New Roman" w:hAnsi="Times New Roman" w:cs="Times New Roman" w:hint="eastAsia"/>
        </w:rPr>
        <w:t xml:space="preserve"> basically describe if people keep </w:t>
      </w:r>
      <w:r w:rsidR="009B238D">
        <w:rPr>
          <w:rFonts w:ascii="Times New Roman" w:hAnsi="Times New Roman" w:cs="Times New Roman" w:hint="eastAsia"/>
        </w:rPr>
        <w:t xml:space="preserve">a relatively </w:t>
      </w:r>
      <w:proofErr w:type="spellStart"/>
      <w:r w:rsidR="009B238D">
        <w:rPr>
          <w:rFonts w:ascii="Times New Roman" w:hAnsi="Times New Roman" w:cs="Times New Roman" w:hint="eastAsia"/>
        </w:rPr>
        <w:t>mood,it</w:t>
      </w:r>
      <w:proofErr w:type="spellEnd"/>
      <w:r w:rsidR="009B238D">
        <w:rPr>
          <w:rFonts w:ascii="Times New Roman" w:hAnsi="Times New Roman" w:cs="Times New Roman" w:hint="eastAsia"/>
        </w:rPr>
        <w:t xml:space="preserve"> can into a higher </w:t>
      </w:r>
      <w:proofErr w:type="spellStart"/>
      <w:r w:rsidR="009B238D">
        <w:rPr>
          <w:rFonts w:ascii="Times New Roman" w:hAnsi="Times New Roman" w:cs="Times New Roman" w:hint="eastAsia"/>
        </w:rPr>
        <w:t>state:</w:t>
      </w:r>
      <w:r w:rsidR="007124FA">
        <w:rPr>
          <w:rFonts w:ascii="Times New Roman" w:hAnsi="Times New Roman" w:cs="Times New Roman" w:hint="eastAsia"/>
        </w:rPr>
        <w:t>Flow</w:t>
      </w:r>
      <w:proofErr w:type="spellEnd"/>
      <w:r w:rsidR="007124FA">
        <w:rPr>
          <w:rFonts w:ascii="Times New Roman" w:hAnsi="Times New Roman" w:cs="Times New Roman" w:hint="eastAsia"/>
        </w:rPr>
        <w:t xml:space="preserve"> </w:t>
      </w:r>
      <w:proofErr w:type="spellStart"/>
      <w:r w:rsidR="007124FA">
        <w:rPr>
          <w:rFonts w:ascii="Times New Roman" w:hAnsi="Times New Roman" w:cs="Times New Roman" w:hint="eastAsia"/>
        </w:rPr>
        <w:t>state,in</w:t>
      </w:r>
      <w:proofErr w:type="spellEnd"/>
      <w:r w:rsidR="007124FA">
        <w:rPr>
          <w:rFonts w:ascii="Times New Roman" w:hAnsi="Times New Roman" w:cs="Times New Roman" w:hint="eastAsia"/>
        </w:rPr>
        <w:t xml:space="preserve"> this </w:t>
      </w:r>
      <w:proofErr w:type="spellStart"/>
      <w:r w:rsidR="007124FA">
        <w:rPr>
          <w:rFonts w:ascii="Times New Roman" w:hAnsi="Times New Roman" w:cs="Times New Roman" w:hint="eastAsia"/>
        </w:rPr>
        <w:t>state,you</w:t>
      </w:r>
      <w:proofErr w:type="spellEnd"/>
      <w:r w:rsidR="007124FA">
        <w:rPr>
          <w:rFonts w:ascii="Times New Roman" w:hAnsi="Times New Roman" w:cs="Times New Roman" w:hint="eastAsia"/>
        </w:rPr>
        <w:t xml:space="preserve"> can feel that </w:t>
      </w:r>
      <w:proofErr w:type="spellStart"/>
      <w:r w:rsidR="007124FA">
        <w:rPr>
          <w:rFonts w:ascii="Times New Roman" w:hAnsi="Times New Roman" w:cs="Times New Roman" w:hint="eastAsia"/>
        </w:rPr>
        <w:t>evey</w:t>
      </w:r>
      <w:proofErr w:type="spellEnd"/>
      <w:r w:rsidR="007124FA">
        <w:rPr>
          <w:rFonts w:ascii="Times New Roman" w:hAnsi="Times New Roman" w:cs="Times New Roman" w:hint="eastAsia"/>
        </w:rPr>
        <w:t xml:space="preserve"> tiny detail around </w:t>
      </w:r>
      <w:proofErr w:type="spellStart"/>
      <w:r w:rsidR="007124FA">
        <w:rPr>
          <w:rFonts w:ascii="Times New Roman" w:hAnsi="Times New Roman" w:cs="Times New Roman" w:hint="eastAsia"/>
        </w:rPr>
        <w:t>you,</w:t>
      </w:r>
      <w:r w:rsidR="003A66DC">
        <w:rPr>
          <w:rFonts w:ascii="Times New Roman" w:hAnsi="Times New Roman" w:cs="Times New Roman"/>
        </w:rPr>
        <w:t>I</w:t>
      </w:r>
      <w:proofErr w:type="spellEnd"/>
      <w:r w:rsidR="003A66DC">
        <w:rPr>
          <w:rFonts w:ascii="Times New Roman" w:hAnsi="Times New Roman" w:cs="Times New Roman" w:hint="eastAsia"/>
        </w:rPr>
        <w:t xml:space="preserve"> remember when last </w:t>
      </w:r>
      <w:r w:rsidR="003A66DC">
        <w:rPr>
          <w:rFonts w:ascii="Times New Roman" w:hAnsi="Times New Roman" w:cs="Times New Roman"/>
        </w:rPr>
        <w:t>I</w:t>
      </w:r>
      <w:r w:rsidR="003A66DC">
        <w:rPr>
          <w:rFonts w:ascii="Times New Roman" w:hAnsi="Times New Roman" w:cs="Times New Roman" w:hint="eastAsia"/>
        </w:rPr>
        <w:t xml:space="preserve"> felt this feeling was at </w:t>
      </w:r>
      <w:proofErr w:type="spellStart"/>
      <w:r w:rsidR="003A66DC">
        <w:rPr>
          <w:rFonts w:ascii="Times New Roman" w:hAnsi="Times New Roman" w:cs="Times New Roman" w:hint="eastAsia"/>
        </w:rPr>
        <w:t>Highland,in</w:t>
      </w:r>
      <w:proofErr w:type="spellEnd"/>
      <w:r w:rsidR="003A66DC">
        <w:rPr>
          <w:rFonts w:ascii="Times New Roman" w:hAnsi="Times New Roman" w:cs="Times New Roman" w:hint="eastAsia"/>
        </w:rPr>
        <w:t xml:space="preserve"> that </w:t>
      </w:r>
      <w:proofErr w:type="spellStart"/>
      <w:r w:rsidR="003A66DC">
        <w:rPr>
          <w:rFonts w:ascii="Times New Roman" w:hAnsi="Times New Roman" w:cs="Times New Roman" w:hint="eastAsia"/>
        </w:rPr>
        <w:t>time,rain</w:t>
      </w:r>
      <w:proofErr w:type="spellEnd"/>
      <w:r w:rsidR="003A66DC">
        <w:rPr>
          <w:rFonts w:ascii="Times New Roman" w:hAnsi="Times New Roman" w:cs="Times New Roman" w:hint="eastAsia"/>
        </w:rPr>
        <w:t xml:space="preserve"> storm </w:t>
      </w:r>
      <w:r w:rsidR="00C41268">
        <w:rPr>
          <w:rFonts w:ascii="Times New Roman" w:hAnsi="Times New Roman" w:cs="Times New Roman" w:hint="eastAsia"/>
        </w:rPr>
        <w:t xml:space="preserve">was cross in my </w:t>
      </w:r>
      <w:proofErr w:type="spellStart"/>
      <w:r w:rsidR="00C41268">
        <w:rPr>
          <w:rFonts w:ascii="Times New Roman" w:hAnsi="Times New Roman" w:cs="Times New Roman" w:hint="eastAsia"/>
        </w:rPr>
        <w:t>body,there</w:t>
      </w:r>
      <w:proofErr w:type="spellEnd"/>
      <w:r w:rsidR="00C41268">
        <w:rPr>
          <w:rFonts w:ascii="Times New Roman" w:hAnsi="Times New Roman" w:cs="Times New Roman" w:hint="eastAsia"/>
        </w:rPr>
        <w:t xml:space="preserve"> was no one </w:t>
      </w:r>
      <w:proofErr w:type="spellStart"/>
      <w:r w:rsidR="00C41268">
        <w:rPr>
          <w:rFonts w:ascii="Times New Roman" w:hAnsi="Times New Roman" w:cs="Times New Roman" w:hint="eastAsia"/>
        </w:rPr>
        <w:t>else,</w:t>
      </w:r>
      <w:r w:rsidR="00C41268">
        <w:rPr>
          <w:rFonts w:ascii="Times New Roman" w:hAnsi="Times New Roman" w:cs="Times New Roman"/>
        </w:rPr>
        <w:t>I</w:t>
      </w:r>
      <w:proofErr w:type="spellEnd"/>
      <w:r w:rsidR="00C41268">
        <w:rPr>
          <w:rFonts w:ascii="Times New Roman" w:hAnsi="Times New Roman" w:cs="Times New Roman" w:hint="eastAsia"/>
        </w:rPr>
        <w:t xml:space="preserve"> can heard my </w:t>
      </w:r>
      <w:proofErr w:type="spellStart"/>
      <w:r w:rsidR="002C2E47">
        <w:rPr>
          <w:rFonts w:ascii="Times New Roman" w:hAnsi="Times New Roman" w:cs="Times New Roman" w:hint="eastAsia"/>
        </w:rPr>
        <w:t>breathe,heartbeat,</w:t>
      </w:r>
      <w:r w:rsidR="002C2E47">
        <w:rPr>
          <w:rFonts w:ascii="Times New Roman" w:hAnsi="Times New Roman" w:cs="Times New Roman"/>
        </w:rPr>
        <w:t>I</w:t>
      </w:r>
      <w:proofErr w:type="spellEnd"/>
      <w:r w:rsidR="002C2E47">
        <w:rPr>
          <w:rFonts w:ascii="Times New Roman" w:hAnsi="Times New Roman" w:cs="Times New Roman" w:hint="eastAsia"/>
        </w:rPr>
        <w:t xml:space="preserve"> had lots thoughts </w:t>
      </w:r>
      <w:proofErr w:type="spellStart"/>
      <w:r w:rsidR="002C2E47">
        <w:rPr>
          <w:rFonts w:ascii="Times New Roman" w:hAnsi="Times New Roman" w:cs="Times New Roman" w:hint="eastAsia"/>
        </w:rPr>
        <w:t>about</w:t>
      </w:r>
      <w:r w:rsidR="004F46D8">
        <w:rPr>
          <w:rFonts w:ascii="Times New Roman" w:hAnsi="Times New Roman" w:cs="Times New Roman" w:hint="eastAsia"/>
        </w:rPr>
        <w:t>,my</w:t>
      </w:r>
      <w:proofErr w:type="spellEnd"/>
      <w:r w:rsidR="004F46D8">
        <w:rPr>
          <w:rFonts w:ascii="Times New Roman" w:hAnsi="Times New Roman" w:cs="Times New Roman" w:hint="eastAsia"/>
        </w:rPr>
        <w:t xml:space="preserve"> insight then go with this </w:t>
      </w:r>
      <w:proofErr w:type="spellStart"/>
      <w:r w:rsidR="004F46D8">
        <w:rPr>
          <w:rFonts w:ascii="Times New Roman" w:hAnsi="Times New Roman" w:cs="Times New Roman" w:hint="eastAsia"/>
        </w:rPr>
        <w:t>feeling,</w:t>
      </w:r>
      <w:r w:rsidR="009863AC">
        <w:rPr>
          <w:rFonts w:ascii="Times New Roman" w:hAnsi="Times New Roman" w:cs="Times New Roman" w:hint="eastAsia"/>
        </w:rPr>
        <w:t>this</w:t>
      </w:r>
      <w:proofErr w:type="spellEnd"/>
      <w:r w:rsidR="009863AC">
        <w:rPr>
          <w:rFonts w:ascii="Times New Roman" w:hAnsi="Times New Roman" w:cs="Times New Roman" w:hint="eastAsia"/>
        </w:rPr>
        <w:t xml:space="preserve"> experience also remind me </w:t>
      </w:r>
      <w:r w:rsidR="00913C71">
        <w:rPr>
          <w:rFonts w:ascii="Times New Roman" w:hAnsi="Times New Roman" w:cs="Times New Roman" w:hint="eastAsia"/>
        </w:rPr>
        <w:t xml:space="preserve">a course </w:t>
      </w:r>
      <w:proofErr w:type="spellStart"/>
      <w:r w:rsidR="00913C71">
        <w:rPr>
          <w:rFonts w:ascii="Times New Roman" w:hAnsi="Times New Roman" w:cs="Times New Roman" w:hint="eastAsia"/>
        </w:rPr>
        <w:t>before,</w:t>
      </w:r>
      <w:r w:rsidR="007B6F52">
        <w:rPr>
          <w:rFonts w:ascii="Times New Roman" w:hAnsi="Times New Roman" w:cs="Times New Roman" w:hint="eastAsia"/>
        </w:rPr>
        <w:t>called</w:t>
      </w:r>
      <w:proofErr w:type="spellEnd"/>
      <w:r w:rsidR="00913C71" w:rsidRPr="007B6F52">
        <w:rPr>
          <w:rFonts w:ascii="Times New Roman" w:hAnsi="Times New Roman" w:cs="Times New Roman"/>
          <w:sz w:val="28"/>
          <w:szCs w:val="28"/>
        </w:rPr>
        <w:t xml:space="preserve"> </w:t>
      </w:r>
      <w:proofErr w:type="spellStart"/>
      <w:r w:rsidR="007B6F52" w:rsidRPr="007B6F52">
        <w:rPr>
          <w:rStyle w:val="normaltextrun"/>
          <w:rFonts w:ascii="Times New Roman" w:hAnsi="Times New Roman" w:cs="Times New Roman"/>
          <w:b/>
          <w:bCs/>
          <w:color w:val="000000"/>
          <w:position w:val="3"/>
          <w:bdr w:val="none" w:sz="0" w:space="0" w:color="auto" w:frame="1"/>
        </w:rPr>
        <w:t>ethnography</w:t>
      </w:r>
      <w:r w:rsidR="007B6F52">
        <w:rPr>
          <w:rStyle w:val="normaltextrun"/>
          <w:rFonts w:ascii="Times New Roman" w:hAnsi="Times New Roman" w:cs="Times New Roman" w:hint="eastAsia"/>
          <w:b/>
          <w:bCs/>
          <w:color w:val="000000"/>
          <w:position w:val="3"/>
          <w:bdr w:val="none" w:sz="0" w:space="0" w:color="auto" w:frame="1"/>
        </w:rPr>
        <w:t>.</w:t>
      </w:r>
      <w:r w:rsidR="007B6F52" w:rsidRPr="007B6F52">
        <w:rPr>
          <w:rStyle w:val="normaltextrun"/>
          <w:rFonts w:ascii="Times New Roman" w:hAnsi="Times New Roman" w:cs="Times New Roman" w:hint="eastAsia"/>
          <w:color w:val="000000"/>
          <w:position w:val="3"/>
          <w:bdr w:val="none" w:sz="0" w:space="0" w:color="auto" w:frame="1"/>
        </w:rPr>
        <w:t>I</w:t>
      </w:r>
      <w:proofErr w:type="spellEnd"/>
      <w:r w:rsidR="007B6F52">
        <w:rPr>
          <w:rStyle w:val="normaltextrun"/>
          <w:rFonts w:ascii="Times New Roman" w:hAnsi="Times New Roman" w:cs="Times New Roman" w:hint="eastAsia"/>
          <w:color w:val="000000"/>
          <w:position w:val="3"/>
          <w:bdr w:val="none" w:sz="0" w:space="0" w:color="auto" w:frame="1"/>
        </w:rPr>
        <w:t xml:space="preserve"> think in that time </w:t>
      </w:r>
      <w:r w:rsidR="000E3114">
        <w:rPr>
          <w:rStyle w:val="normaltextrun"/>
          <w:rFonts w:ascii="Times New Roman" w:hAnsi="Times New Roman" w:cs="Times New Roman" w:hint="eastAsia"/>
          <w:color w:val="000000"/>
          <w:position w:val="3"/>
          <w:bdr w:val="none" w:sz="0" w:space="0" w:color="auto" w:frame="1"/>
        </w:rPr>
        <w:t xml:space="preserve">my role transfer from experienced to </w:t>
      </w:r>
      <w:proofErr w:type="spellStart"/>
      <w:r w:rsidR="000E3114">
        <w:rPr>
          <w:rStyle w:val="normaltextrun"/>
          <w:rFonts w:ascii="Times New Roman" w:hAnsi="Times New Roman" w:cs="Times New Roman" w:hint="eastAsia"/>
          <w:color w:val="000000"/>
          <w:position w:val="3"/>
          <w:bdr w:val="none" w:sz="0" w:space="0" w:color="auto" w:frame="1"/>
        </w:rPr>
        <w:t>observer,from</w:t>
      </w:r>
      <w:proofErr w:type="spellEnd"/>
      <w:r w:rsidR="000E3114">
        <w:rPr>
          <w:rStyle w:val="normaltextrun"/>
          <w:rFonts w:ascii="Times New Roman" w:hAnsi="Times New Roman" w:cs="Times New Roman" w:hint="eastAsia"/>
          <w:color w:val="000000"/>
          <w:position w:val="3"/>
          <w:bdr w:val="none" w:sz="0" w:space="0" w:color="auto" w:frame="1"/>
        </w:rPr>
        <w:t xml:space="preserve"> </w:t>
      </w:r>
      <w:r w:rsidR="009836C6">
        <w:rPr>
          <w:rStyle w:val="normaltextrun"/>
          <w:rFonts w:ascii="Times New Roman" w:hAnsi="Times New Roman" w:cs="Times New Roman" w:hint="eastAsia"/>
          <w:color w:val="000000"/>
          <w:position w:val="3"/>
          <w:bdr w:val="none" w:sz="0" w:space="0" w:color="auto" w:frame="1"/>
        </w:rPr>
        <w:t xml:space="preserve">bystander view to look at everything </w:t>
      </w:r>
      <w:proofErr w:type="spellStart"/>
      <w:r w:rsidR="009836C6">
        <w:rPr>
          <w:rStyle w:val="normaltextrun"/>
          <w:rFonts w:ascii="Times New Roman" w:hAnsi="Times New Roman" w:cs="Times New Roman" w:hint="eastAsia"/>
          <w:color w:val="000000"/>
          <w:position w:val="3"/>
          <w:bdr w:val="none" w:sz="0" w:space="0" w:color="auto" w:frame="1"/>
        </w:rPr>
        <w:t>surdding</w:t>
      </w:r>
      <w:proofErr w:type="spellEnd"/>
      <w:r w:rsidR="009836C6">
        <w:rPr>
          <w:rStyle w:val="normaltextrun"/>
          <w:rFonts w:ascii="Times New Roman" w:hAnsi="Times New Roman" w:cs="Times New Roman" w:hint="eastAsia"/>
          <w:color w:val="000000"/>
          <w:position w:val="3"/>
          <w:bdr w:val="none" w:sz="0" w:space="0" w:color="auto" w:frame="1"/>
        </w:rPr>
        <w:t xml:space="preserve"> by me.</w:t>
      </w:r>
      <w:r w:rsidR="00797808">
        <w:rPr>
          <w:rStyle w:val="normaltextrun"/>
          <w:rFonts w:ascii="Times New Roman" w:hAnsi="Times New Roman" w:cs="Times New Roman"/>
          <w:color w:val="000000"/>
          <w:position w:val="3"/>
          <w:bdr w:val="none" w:sz="0" w:space="0" w:color="auto" w:frame="1"/>
        </w:rPr>
        <w:br/>
      </w:r>
      <w:r w:rsidR="00797808">
        <w:rPr>
          <w:rStyle w:val="normaltextrun"/>
          <w:rFonts w:ascii="Times New Roman" w:hAnsi="Times New Roman" w:cs="Times New Roman"/>
          <w:color w:val="000000"/>
          <w:position w:val="3"/>
          <w:bdr w:val="none" w:sz="0" w:space="0" w:color="auto" w:frame="1"/>
        </w:rPr>
        <w:br/>
      </w:r>
    </w:p>
    <w:p w14:paraId="22810C2E" w14:textId="64A9786D" w:rsidR="00797808" w:rsidRPr="00CD47A3" w:rsidRDefault="00797808" w:rsidP="00057BF6">
      <w:pPr>
        <w:pStyle w:val="21"/>
        <w:spacing w:before="0" w:line="360" w:lineRule="auto"/>
        <w:rPr>
          <w:rFonts w:ascii="Times New Roman" w:hAnsi="Times New Roman" w:cs="Times New Roman"/>
          <w:color w:val="000000" w:themeColor="text1"/>
          <w:sz w:val="24"/>
          <w:szCs w:val="24"/>
        </w:rPr>
      </w:pPr>
      <w:r>
        <w:rPr>
          <w:rFonts w:ascii="Times New Roman" w:hAnsi="Times New Roman" w:cs="Times New Roman" w:hint="eastAsia"/>
          <w:color w:val="000000" w:themeColor="text1"/>
          <w:sz w:val="24"/>
          <w:szCs w:val="24"/>
        </w:rPr>
        <w:t>About essay film</w:t>
      </w:r>
    </w:p>
    <w:p w14:paraId="34224A16" w14:textId="687F862B" w:rsidR="00797808" w:rsidRDefault="00797808" w:rsidP="00057BF6">
      <w:pPr>
        <w:spacing w:line="360" w:lineRule="auto"/>
        <w:rPr>
          <w:rFonts w:ascii="Times New Roman" w:hAnsi="Times New Roman" w:cs="Times New Roman"/>
        </w:rPr>
      </w:pPr>
      <w:r>
        <w:rPr>
          <w:rFonts w:ascii="Times New Roman" w:hAnsi="Times New Roman" w:cs="Times New Roman" w:hint="eastAsia"/>
        </w:rPr>
        <w:t>T</w:t>
      </w:r>
      <w:r w:rsidR="005D6577">
        <w:rPr>
          <w:rFonts w:ascii="Times New Roman" w:hAnsi="Times New Roman" w:cs="Times New Roman" w:hint="eastAsia"/>
        </w:rPr>
        <w:t xml:space="preserve">his kind of film </w:t>
      </w:r>
      <w:r w:rsidR="005D6577">
        <w:rPr>
          <w:rFonts w:ascii="Times New Roman" w:hAnsi="Times New Roman" w:cs="Times New Roman"/>
        </w:rPr>
        <w:t>I</w:t>
      </w:r>
      <w:r w:rsidR="005D6577">
        <w:rPr>
          <w:rFonts w:ascii="Times New Roman" w:hAnsi="Times New Roman" w:cs="Times New Roman" w:hint="eastAsia"/>
        </w:rPr>
        <w:t xml:space="preserve"> would treat it as a </w:t>
      </w:r>
      <w:r w:rsidR="00550670">
        <w:rPr>
          <w:rFonts w:ascii="Times New Roman" w:hAnsi="Times New Roman" w:cs="Times New Roman" w:hint="eastAsia"/>
        </w:rPr>
        <w:t xml:space="preserve">poetry </w:t>
      </w:r>
      <w:proofErr w:type="spellStart"/>
      <w:proofErr w:type="gramStart"/>
      <w:r w:rsidR="00550670">
        <w:rPr>
          <w:rFonts w:ascii="Times New Roman" w:hAnsi="Times New Roman" w:cs="Times New Roman" w:hint="eastAsia"/>
        </w:rPr>
        <w:t>form,like</w:t>
      </w:r>
      <w:proofErr w:type="spellEnd"/>
      <w:proofErr w:type="gramEnd"/>
      <w:r w:rsidR="00550670">
        <w:rPr>
          <w:rFonts w:ascii="Times New Roman" w:hAnsi="Times New Roman" w:cs="Times New Roman" w:hint="eastAsia"/>
        </w:rPr>
        <w:t xml:space="preserve"> visual </w:t>
      </w:r>
      <w:proofErr w:type="spellStart"/>
      <w:proofErr w:type="gramStart"/>
      <w:r w:rsidR="00550670">
        <w:rPr>
          <w:rFonts w:ascii="Times New Roman" w:hAnsi="Times New Roman" w:cs="Times New Roman" w:hint="eastAsia"/>
        </w:rPr>
        <w:t>notes</w:t>
      </w:r>
      <w:r w:rsidR="007175D9">
        <w:rPr>
          <w:rFonts w:ascii="Times New Roman" w:hAnsi="Times New Roman" w:cs="Times New Roman" w:hint="eastAsia"/>
        </w:rPr>
        <w:t>,but</w:t>
      </w:r>
      <w:proofErr w:type="spellEnd"/>
      <w:proofErr w:type="gramEnd"/>
      <w:r w:rsidR="007175D9">
        <w:rPr>
          <w:rFonts w:ascii="Times New Roman" w:hAnsi="Times New Roman" w:cs="Times New Roman" w:hint="eastAsia"/>
        </w:rPr>
        <w:t xml:space="preserve"> for my </w:t>
      </w:r>
      <w:proofErr w:type="spellStart"/>
      <w:proofErr w:type="gramStart"/>
      <w:r w:rsidR="007175D9">
        <w:rPr>
          <w:rFonts w:ascii="Times New Roman" w:hAnsi="Times New Roman" w:cs="Times New Roman" w:hint="eastAsia"/>
        </w:rPr>
        <w:t>view,it</w:t>
      </w:r>
      <w:proofErr w:type="spellEnd"/>
      <w:proofErr w:type="gramEnd"/>
      <w:r w:rsidR="007175D9">
        <w:rPr>
          <w:rFonts w:ascii="Times New Roman" w:hAnsi="Times New Roman" w:cs="Times New Roman" w:hint="eastAsia"/>
        </w:rPr>
        <w:t xml:space="preserve"> is much </w:t>
      </w:r>
      <w:proofErr w:type="spellStart"/>
      <w:r w:rsidR="007175D9">
        <w:rPr>
          <w:rFonts w:ascii="Times New Roman" w:hAnsi="Times New Roman" w:cs="Times New Roman" w:hint="eastAsia"/>
        </w:rPr>
        <w:t>highp</w:t>
      </w:r>
      <w:proofErr w:type="spellEnd"/>
      <w:r w:rsidR="00211FE2">
        <w:rPr>
          <w:rFonts w:ascii="Times New Roman" w:hAnsi="Times New Roman" w:cs="Times New Roman" w:hint="eastAsia"/>
        </w:rPr>
        <w:t xml:space="preserve"> </w:t>
      </w:r>
      <w:proofErr w:type="spellStart"/>
      <w:r w:rsidR="007175D9">
        <w:rPr>
          <w:rFonts w:ascii="Times New Roman" w:hAnsi="Times New Roman" w:cs="Times New Roman" w:hint="eastAsia"/>
        </w:rPr>
        <w:t>remier</w:t>
      </w:r>
      <w:proofErr w:type="spellEnd"/>
      <w:r w:rsidR="00211FE2">
        <w:rPr>
          <w:rFonts w:ascii="Times New Roman" w:hAnsi="Times New Roman" w:cs="Times New Roman" w:hint="eastAsia"/>
        </w:rPr>
        <w:t xml:space="preserve"> form</w:t>
      </w:r>
      <w:r w:rsidR="007175D9">
        <w:rPr>
          <w:rFonts w:ascii="Times New Roman" w:hAnsi="Times New Roman" w:cs="Times New Roman" w:hint="eastAsia"/>
        </w:rPr>
        <w:t xml:space="preserve"> than </w:t>
      </w:r>
      <w:proofErr w:type="spellStart"/>
      <w:proofErr w:type="gramStart"/>
      <w:r w:rsidR="00211FE2">
        <w:rPr>
          <w:rFonts w:ascii="Times New Roman" w:hAnsi="Times New Roman" w:cs="Times New Roman" w:hint="eastAsia"/>
        </w:rPr>
        <w:t>record,it</w:t>
      </w:r>
      <w:proofErr w:type="spellEnd"/>
      <w:proofErr w:type="gramEnd"/>
      <w:r w:rsidR="00211FE2">
        <w:rPr>
          <w:rFonts w:ascii="Times New Roman" w:hAnsi="Times New Roman" w:cs="Times New Roman" w:hint="eastAsia"/>
        </w:rPr>
        <w:t xml:space="preserve"> express author present mood through </w:t>
      </w:r>
      <w:r w:rsidR="00E835F4">
        <w:rPr>
          <w:rFonts w:ascii="Times New Roman" w:hAnsi="Times New Roman" w:cs="Times New Roman" w:hint="eastAsia"/>
        </w:rPr>
        <w:t xml:space="preserve">aesthetic </w:t>
      </w:r>
      <w:proofErr w:type="spellStart"/>
      <w:proofErr w:type="gramStart"/>
      <w:r w:rsidR="00E835F4">
        <w:rPr>
          <w:rFonts w:ascii="Times New Roman" w:hAnsi="Times New Roman" w:cs="Times New Roman" w:hint="eastAsia"/>
        </w:rPr>
        <w:t>way,the</w:t>
      </w:r>
      <w:proofErr w:type="spellEnd"/>
      <w:proofErr w:type="gramEnd"/>
      <w:r w:rsidR="00E835F4">
        <w:rPr>
          <w:rFonts w:ascii="Times New Roman" w:hAnsi="Times New Roman" w:cs="Times New Roman" w:hint="eastAsia"/>
        </w:rPr>
        <w:t xml:space="preserve"> form is </w:t>
      </w:r>
      <w:proofErr w:type="spellStart"/>
      <w:proofErr w:type="gramStart"/>
      <w:r w:rsidR="00E835F4">
        <w:rPr>
          <w:rFonts w:ascii="Times New Roman" w:hAnsi="Times New Roman" w:cs="Times New Roman" w:hint="eastAsia"/>
        </w:rPr>
        <w:t>free,but</w:t>
      </w:r>
      <w:proofErr w:type="spellEnd"/>
      <w:proofErr w:type="gramEnd"/>
      <w:r w:rsidR="00E835F4">
        <w:rPr>
          <w:rFonts w:ascii="Times New Roman" w:hAnsi="Times New Roman" w:cs="Times New Roman" w:hint="eastAsia"/>
        </w:rPr>
        <w:t xml:space="preserve"> for </w:t>
      </w:r>
      <w:proofErr w:type="spellStart"/>
      <w:proofErr w:type="gramStart"/>
      <w:r w:rsidR="00E835F4">
        <w:rPr>
          <w:rFonts w:ascii="Times New Roman" w:hAnsi="Times New Roman" w:cs="Times New Roman" w:hint="eastAsia"/>
        </w:rPr>
        <w:t>me,</w:t>
      </w:r>
      <w:r w:rsidR="00E835F4">
        <w:rPr>
          <w:rFonts w:ascii="Times New Roman" w:hAnsi="Times New Roman" w:cs="Times New Roman"/>
        </w:rPr>
        <w:t>I</w:t>
      </w:r>
      <w:proofErr w:type="spellEnd"/>
      <w:proofErr w:type="gramEnd"/>
      <w:r w:rsidR="00E835F4">
        <w:rPr>
          <w:rFonts w:ascii="Times New Roman" w:hAnsi="Times New Roman" w:cs="Times New Roman" w:hint="eastAsia"/>
        </w:rPr>
        <w:t xml:space="preserve"> will </w:t>
      </w:r>
      <w:r w:rsidR="0058012F">
        <w:rPr>
          <w:rFonts w:ascii="Times New Roman" w:hAnsi="Times New Roman" w:cs="Times New Roman" w:hint="eastAsia"/>
        </w:rPr>
        <w:t xml:space="preserve">much care about the light and </w:t>
      </w:r>
      <w:proofErr w:type="spellStart"/>
      <w:proofErr w:type="gramStart"/>
      <w:r w:rsidR="0058012F">
        <w:rPr>
          <w:rFonts w:ascii="Times New Roman" w:hAnsi="Times New Roman" w:cs="Times New Roman" w:hint="eastAsia"/>
        </w:rPr>
        <w:t>space,</w:t>
      </w:r>
      <w:r w:rsidR="0022189C">
        <w:rPr>
          <w:rFonts w:ascii="Times New Roman" w:hAnsi="Times New Roman" w:cs="Times New Roman" w:hint="eastAsia"/>
        </w:rPr>
        <w:t>and</w:t>
      </w:r>
      <w:proofErr w:type="spellEnd"/>
      <w:proofErr w:type="gramEnd"/>
      <w:r w:rsidR="0022189C">
        <w:rPr>
          <w:rFonts w:ascii="Times New Roman" w:hAnsi="Times New Roman" w:cs="Times New Roman" w:hint="eastAsia"/>
        </w:rPr>
        <w:t xml:space="preserve"> distance.</w:t>
      </w:r>
    </w:p>
    <w:p w14:paraId="5F2862B8" w14:textId="366CB330" w:rsidR="00A93CCD" w:rsidRDefault="00A93CCD" w:rsidP="00057BF6">
      <w:pPr>
        <w:spacing w:line="360" w:lineRule="auto"/>
        <w:rPr>
          <w:noProof/>
        </w:rPr>
      </w:pPr>
      <w:r w:rsidRPr="00A93CCD">
        <w:rPr>
          <w:rFonts w:ascii="Times New Roman" w:hAnsi="Times New Roman" w:cs="Times New Roman"/>
          <w:noProof/>
        </w:rPr>
        <w:drawing>
          <wp:inline distT="0" distB="0" distL="0" distR="0" wp14:anchorId="64F64C3B" wp14:editId="762825F9">
            <wp:extent cx="2350513" cy="1337398"/>
            <wp:effectExtent l="0" t="0" r="0" b="0"/>
            <wp:docPr id="159836755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367559" name=""/>
                    <pic:cNvPicPr/>
                  </pic:nvPicPr>
                  <pic:blipFill>
                    <a:blip r:embed="rId8" cstate="screen">
                      <a:extLst>
                        <a:ext uri="{28A0092B-C50C-407E-A947-70E740481C1C}">
                          <a14:useLocalDpi xmlns:a14="http://schemas.microsoft.com/office/drawing/2010/main"/>
                        </a:ext>
                      </a:extLst>
                    </a:blip>
                    <a:stretch>
                      <a:fillRect/>
                    </a:stretch>
                  </pic:blipFill>
                  <pic:spPr>
                    <a:xfrm>
                      <a:off x="0" y="0"/>
                      <a:ext cx="2370196" cy="1348597"/>
                    </a:xfrm>
                    <a:prstGeom prst="rect">
                      <a:avLst/>
                    </a:prstGeom>
                  </pic:spPr>
                </pic:pic>
              </a:graphicData>
            </a:graphic>
          </wp:inline>
        </w:drawing>
      </w:r>
      <w:r w:rsidRPr="00A93CCD">
        <w:rPr>
          <w:noProof/>
        </w:rPr>
        <w:t xml:space="preserve"> </w:t>
      </w:r>
      <w:r w:rsidRPr="00A93CCD">
        <w:rPr>
          <w:rFonts w:ascii="Times New Roman" w:hAnsi="Times New Roman" w:cs="Times New Roman"/>
          <w:noProof/>
        </w:rPr>
        <w:drawing>
          <wp:inline distT="0" distB="0" distL="0" distR="0" wp14:anchorId="25DB230C" wp14:editId="5019503D">
            <wp:extent cx="2273632" cy="1323917"/>
            <wp:effectExtent l="0" t="0" r="0" b="0"/>
            <wp:docPr id="47061203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612037" name=""/>
                    <pic:cNvPicPr/>
                  </pic:nvPicPr>
                  <pic:blipFill>
                    <a:blip r:embed="rId9" cstate="screen">
                      <a:extLst>
                        <a:ext uri="{28A0092B-C50C-407E-A947-70E740481C1C}">
                          <a14:useLocalDpi xmlns:a14="http://schemas.microsoft.com/office/drawing/2010/main"/>
                        </a:ext>
                      </a:extLst>
                    </a:blip>
                    <a:stretch>
                      <a:fillRect/>
                    </a:stretch>
                  </pic:blipFill>
                  <pic:spPr>
                    <a:xfrm>
                      <a:off x="0" y="0"/>
                      <a:ext cx="2314834" cy="1347908"/>
                    </a:xfrm>
                    <a:prstGeom prst="rect">
                      <a:avLst/>
                    </a:prstGeom>
                  </pic:spPr>
                </pic:pic>
              </a:graphicData>
            </a:graphic>
          </wp:inline>
        </w:drawing>
      </w:r>
    </w:p>
    <w:p w14:paraId="1696B67F" w14:textId="77777777" w:rsidR="00CE4459" w:rsidRDefault="00CE4459" w:rsidP="00057BF6">
      <w:pPr>
        <w:spacing w:line="360" w:lineRule="auto"/>
        <w:rPr>
          <w:rStyle w:val="whitespace-normal"/>
          <w:rFonts w:ascii="Times New Roman" w:hAnsi="Times New Roman" w:cs="Times New Roman"/>
        </w:rPr>
      </w:pPr>
      <w:r w:rsidRPr="00F9484C">
        <w:rPr>
          <w:rStyle w:val="af8"/>
          <w:rFonts w:ascii="Times New Roman" w:hAnsi="Times New Roman" w:cs="Times New Roman"/>
          <w:b w:val="0"/>
          <w:bCs w:val="0"/>
        </w:rPr>
        <w:t xml:space="preserve">Figure </w:t>
      </w:r>
      <w:r>
        <w:rPr>
          <w:rStyle w:val="af8"/>
          <w:rFonts w:ascii="Times New Roman" w:hAnsi="Times New Roman" w:cs="Times New Roman" w:hint="eastAsia"/>
          <w:b w:val="0"/>
          <w:bCs w:val="0"/>
        </w:rPr>
        <w:t>2</w:t>
      </w:r>
      <w:r w:rsidRPr="00F9484C">
        <w:rPr>
          <w:rStyle w:val="af8"/>
          <w:rFonts w:ascii="Times New Roman" w:hAnsi="Times New Roman" w:cs="Times New Roman"/>
          <w:b w:val="0"/>
          <w:bCs w:val="0"/>
        </w:rPr>
        <w:t xml:space="preserve">. </w:t>
      </w:r>
      <w:r w:rsidRPr="00A93CCD">
        <w:rPr>
          <w:rFonts w:ascii="Times New Roman" w:hAnsi="Times New Roman" w:cs="Times New Roman"/>
          <w:noProof/>
        </w:rPr>
        <w:t>&lt;</w:t>
      </w:r>
      <w:r w:rsidRPr="00A93CCD">
        <w:rPr>
          <w:rFonts w:ascii="Times New Roman" w:hAnsi="Times New Roman" w:cs="Times New Roman"/>
        </w:rPr>
        <w:t xml:space="preserve"> </w:t>
      </w:r>
      <w:r w:rsidRPr="00A93CCD">
        <w:rPr>
          <w:rStyle w:val="whitespace-normal"/>
          <w:rFonts w:ascii="Times New Roman" w:hAnsi="Times New Roman" w:cs="Times New Roman"/>
        </w:rPr>
        <w:t>The Tree of Life&gt;</w:t>
      </w:r>
    </w:p>
    <w:p w14:paraId="7DE40CBA" w14:textId="331A64B8" w:rsidR="00CE4459" w:rsidRPr="00F9484C" w:rsidRDefault="00CE4459" w:rsidP="00057BF6">
      <w:pPr>
        <w:spacing w:line="360" w:lineRule="auto"/>
        <w:rPr>
          <w:rStyle w:val="af8"/>
          <w:rFonts w:ascii="Times New Roman" w:hAnsi="Times New Roman" w:cs="Times New Roman"/>
          <w:b w:val="0"/>
          <w:bCs w:val="0"/>
        </w:rPr>
      </w:pPr>
      <w:r w:rsidRPr="00F9484C">
        <w:rPr>
          <w:rStyle w:val="af8"/>
          <w:rFonts w:ascii="Times New Roman" w:hAnsi="Times New Roman" w:cs="Times New Roman"/>
          <w:b w:val="0"/>
          <w:bCs w:val="0"/>
        </w:rPr>
        <w:t>Source: Film still.</w:t>
      </w:r>
    </w:p>
    <w:p w14:paraId="4E99B677" w14:textId="77777777" w:rsidR="00CE4459" w:rsidRPr="00CE4459" w:rsidRDefault="00CE4459" w:rsidP="00057BF6">
      <w:pPr>
        <w:spacing w:line="360" w:lineRule="auto"/>
        <w:rPr>
          <w:rStyle w:val="whitespace-normal"/>
          <w:rFonts w:ascii="Times New Roman" w:hAnsi="Times New Roman" w:cs="Times New Roman" w:hint="eastAsia"/>
        </w:rPr>
      </w:pPr>
    </w:p>
    <w:p w14:paraId="1AC0AE8B" w14:textId="3BB461D3" w:rsidR="00A93CCD" w:rsidRDefault="00C96361" w:rsidP="00057BF6">
      <w:pPr>
        <w:spacing w:line="360" w:lineRule="auto"/>
        <w:rPr>
          <w:rStyle w:val="whitespace-normal"/>
          <w:rFonts w:ascii="Times New Roman" w:hAnsi="Times New Roman" w:cs="Times New Roman"/>
        </w:rPr>
      </w:pPr>
      <w:r>
        <w:rPr>
          <w:rStyle w:val="whitespace-normal"/>
          <w:rFonts w:ascii="Times New Roman" w:hAnsi="Times New Roman" w:cs="Times New Roman"/>
        </w:rPr>
        <w:t>F</w:t>
      </w:r>
      <w:r>
        <w:rPr>
          <w:rStyle w:val="whitespace-normal"/>
          <w:rFonts w:ascii="Times New Roman" w:hAnsi="Times New Roman" w:cs="Times New Roman" w:hint="eastAsia"/>
        </w:rPr>
        <w:t xml:space="preserve">or my </w:t>
      </w:r>
      <w:proofErr w:type="spellStart"/>
      <w:proofErr w:type="gramStart"/>
      <w:r>
        <w:rPr>
          <w:rStyle w:val="whitespace-normal"/>
          <w:rFonts w:ascii="Times New Roman" w:hAnsi="Times New Roman" w:cs="Times New Roman" w:hint="eastAsia"/>
        </w:rPr>
        <w:t>opinion,</w:t>
      </w:r>
      <w:r>
        <w:rPr>
          <w:rStyle w:val="whitespace-normal"/>
          <w:rFonts w:ascii="Times New Roman" w:hAnsi="Times New Roman" w:cs="Times New Roman"/>
        </w:rPr>
        <w:t>I</w:t>
      </w:r>
      <w:proofErr w:type="spellEnd"/>
      <w:proofErr w:type="gramEnd"/>
      <w:r>
        <w:rPr>
          <w:rStyle w:val="whitespace-normal"/>
          <w:rFonts w:ascii="Times New Roman" w:hAnsi="Times New Roman" w:cs="Times New Roman" w:hint="eastAsia"/>
        </w:rPr>
        <w:t xml:space="preserve"> like </w:t>
      </w:r>
      <w:proofErr w:type="gramStart"/>
      <w:r>
        <w:rPr>
          <w:rStyle w:val="whitespace-normal"/>
          <w:rFonts w:ascii="Times New Roman" w:hAnsi="Times New Roman" w:cs="Times New Roman"/>
        </w:rPr>
        <w:t>describe</w:t>
      </w:r>
      <w:proofErr w:type="gramEnd"/>
      <w:r>
        <w:rPr>
          <w:rStyle w:val="whitespace-normal"/>
          <w:rFonts w:ascii="Times New Roman" w:hAnsi="Times New Roman" w:cs="Times New Roman" w:hint="eastAsia"/>
        </w:rPr>
        <w:t xml:space="preserve"> it like a </w:t>
      </w:r>
      <w:proofErr w:type="spellStart"/>
      <w:proofErr w:type="gramStart"/>
      <w:r>
        <w:rPr>
          <w:rStyle w:val="whitespace-normal"/>
          <w:rFonts w:ascii="Times New Roman" w:hAnsi="Times New Roman" w:cs="Times New Roman" w:hint="eastAsia"/>
        </w:rPr>
        <w:t>transition,</w:t>
      </w:r>
      <w:r w:rsidR="00F12526">
        <w:rPr>
          <w:rStyle w:val="whitespace-normal"/>
          <w:rFonts w:ascii="Times New Roman" w:hAnsi="Times New Roman" w:cs="Times New Roman" w:hint="eastAsia"/>
        </w:rPr>
        <w:t>transforming</w:t>
      </w:r>
      <w:proofErr w:type="spellEnd"/>
      <w:proofErr w:type="gramEnd"/>
      <w:r w:rsidR="00F12526">
        <w:rPr>
          <w:rStyle w:val="whitespace-normal"/>
          <w:rFonts w:ascii="Times New Roman" w:hAnsi="Times New Roman" w:cs="Times New Roman" w:hint="eastAsia"/>
        </w:rPr>
        <w:t xml:space="preserve"> everyday life into poet</w:t>
      </w:r>
      <w:r w:rsidR="004050A2">
        <w:rPr>
          <w:rStyle w:val="whitespace-normal"/>
          <w:rFonts w:ascii="Times New Roman" w:hAnsi="Times New Roman" w:cs="Times New Roman" w:hint="eastAsia"/>
        </w:rPr>
        <w:t xml:space="preserve">ic </w:t>
      </w:r>
      <w:proofErr w:type="spellStart"/>
      <w:proofErr w:type="gramStart"/>
      <w:r w:rsidR="004050A2">
        <w:rPr>
          <w:rStyle w:val="whitespace-normal"/>
          <w:rFonts w:ascii="Times New Roman" w:hAnsi="Times New Roman" w:cs="Times New Roman" w:hint="eastAsia"/>
        </w:rPr>
        <w:t>expression,when</w:t>
      </w:r>
      <w:proofErr w:type="spellEnd"/>
      <w:proofErr w:type="gramEnd"/>
      <w:r w:rsidR="004050A2">
        <w:rPr>
          <w:rStyle w:val="whitespace-normal"/>
          <w:rFonts w:ascii="Times New Roman" w:hAnsi="Times New Roman" w:cs="Times New Roman" w:hint="eastAsia"/>
        </w:rPr>
        <w:t xml:space="preserve"> a gust of wind or a tree into poetic </w:t>
      </w:r>
      <w:proofErr w:type="spellStart"/>
      <w:proofErr w:type="gramStart"/>
      <w:r w:rsidR="004050A2">
        <w:rPr>
          <w:rStyle w:val="whitespace-normal"/>
          <w:rFonts w:ascii="Times New Roman" w:hAnsi="Times New Roman" w:cs="Times New Roman" w:hint="eastAsia"/>
        </w:rPr>
        <w:t>expression,</w:t>
      </w:r>
      <w:r w:rsidR="00354C4C">
        <w:rPr>
          <w:rStyle w:val="whitespace-normal"/>
          <w:rFonts w:ascii="Times New Roman" w:hAnsi="Times New Roman" w:cs="Times New Roman" w:hint="eastAsia"/>
        </w:rPr>
        <w:t>is</w:t>
      </w:r>
      <w:proofErr w:type="spellEnd"/>
      <w:proofErr w:type="gramEnd"/>
      <w:r w:rsidR="00354C4C">
        <w:rPr>
          <w:rStyle w:val="whitespace-normal"/>
          <w:rFonts w:ascii="Times New Roman" w:hAnsi="Times New Roman" w:cs="Times New Roman" w:hint="eastAsia"/>
        </w:rPr>
        <w:t xml:space="preserve"> not ordinary anymore</w:t>
      </w:r>
      <w:r w:rsidR="004A51B4">
        <w:rPr>
          <w:rStyle w:val="whitespace-normal"/>
          <w:rFonts w:ascii="Times New Roman" w:hAnsi="Times New Roman" w:cs="Times New Roman" w:hint="eastAsia"/>
        </w:rPr>
        <w:t>.</w:t>
      </w:r>
    </w:p>
    <w:p w14:paraId="310FE9EE" w14:textId="77777777" w:rsidR="00245CD4" w:rsidRDefault="004A51B4" w:rsidP="00057BF6">
      <w:pPr>
        <w:spacing w:line="360" w:lineRule="auto"/>
        <w:rPr>
          <w:rStyle w:val="whitespace-normal"/>
          <w:rFonts w:ascii="Times New Roman" w:hAnsi="Times New Roman" w:cs="Times New Roman"/>
        </w:rPr>
      </w:pPr>
      <w:proofErr w:type="spellStart"/>
      <w:r>
        <w:rPr>
          <w:rStyle w:val="whitespace-normal"/>
          <w:rFonts w:ascii="Times New Roman" w:hAnsi="Times New Roman" w:cs="Times New Roman" w:hint="eastAsia"/>
        </w:rPr>
        <w:lastRenderedPageBreak/>
        <w:t>Indeed,different</w:t>
      </w:r>
      <w:proofErr w:type="spellEnd"/>
      <w:r>
        <w:rPr>
          <w:rStyle w:val="whitespace-normal"/>
          <w:rFonts w:ascii="Times New Roman" w:hAnsi="Times New Roman" w:cs="Times New Roman" w:hint="eastAsia"/>
        </w:rPr>
        <w:t xml:space="preserve"> eyes look at the world which is </w:t>
      </w:r>
      <w:proofErr w:type="spellStart"/>
      <w:r>
        <w:rPr>
          <w:rStyle w:val="whitespace-normal"/>
          <w:rFonts w:ascii="Times New Roman" w:hAnsi="Times New Roman" w:cs="Times New Roman" w:hint="eastAsia"/>
        </w:rPr>
        <w:t>different,</w:t>
      </w:r>
      <w:r w:rsidR="000D372D">
        <w:rPr>
          <w:rStyle w:val="whitespace-normal"/>
          <w:rFonts w:ascii="Times New Roman" w:hAnsi="Times New Roman" w:cs="Times New Roman" w:hint="eastAsia"/>
        </w:rPr>
        <w:t>how</w:t>
      </w:r>
      <w:proofErr w:type="spellEnd"/>
      <w:r w:rsidR="000D372D">
        <w:rPr>
          <w:rStyle w:val="whitespace-normal"/>
          <w:rFonts w:ascii="Times New Roman" w:hAnsi="Times New Roman" w:cs="Times New Roman" w:hint="eastAsia"/>
        </w:rPr>
        <w:t xml:space="preserve"> can we find meaning of </w:t>
      </w:r>
      <w:proofErr w:type="spellStart"/>
      <w:r w:rsidR="000D372D">
        <w:rPr>
          <w:rStyle w:val="whitespace-normal"/>
          <w:rFonts w:ascii="Times New Roman" w:hAnsi="Times New Roman" w:cs="Times New Roman" w:hint="eastAsia"/>
        </w:rPr>
        <w:t>life?remaind</w:t>
      </w:r>
      <w:proofErr w:type="spellEnd"/>
      <w:r w:rsidR="000D372D">
        <w:rPr>
          <w:rStyle w:val="whitespace-normal"/>
          <w:rFonts w:ascii="Times New Roman" w:hAnsi="Times New Roman" w:cs="Times New Roman" w:hint="eastAsia"/>
        </w:rPr>
        <w:t xml:space="preserve"> us time past or some memorable moment that you want to </w:t>
      </w:r>
      <w:proofErr w:type="spellStart"/>
      <w:r w:rsidR="000D372D">
        <w:rPr>
          <w:rStyle w:val="whitespace-normal"/>
          <w:rFonts w:ascii="Times New Roman" w:hAnsi="Times New Roman" w:cs="Times New Roman" w:hint="eastAsia"/>
        </w:rPr>
        <w:t>keep,</w:t>
      </w:r>
      <w:r w:rsidR="00B72EF9">
        <w:rPr>
          <w:rStyle w:val="whitespace-normal"/>
          <w:rFonts w:ascii="Times New Roman" w:hAnsi="Times New Roman" w:cs="Times New Roman" w:hint="eastAsia"/>
        </w:rPr>
        <w:t>in</w:t>
      </w:r>
      <w:proofErr w:type="spellEnd"/>
      <w:r w:rsidR="00B72EF9">
        <w:rPr>
          <w:rStyle w:val="whitespace-normal"/>
          <w:rFonts w:ascii="Times New Roman" w:hAnsi="Times New Roman" w:cs="Times New Roman" w:hint="eastAsia"/>
        </w:rPr>
        <w:t xml:space="preserve"> my </w:t>
      </w:r>
      <w:proofErr w:type="spellStart"/>
      <w:r w:rsidR="00B72EF9">
        <w:rPr>
          <w:rStyle w:val="whitespace-normal"/>
          <w:rFonts w:ascii="Times New Roman" w:hAnsi="Times New Roman" w:cs="Times New Roman" w:hint="eastAsia"/>
        </w:rPr>
        <w:t>life,so</w:t>
      </w:r>
      <w:proofErr w:type="spellEnd"/>
      <w:r w:rsidR="00B72EF9">
        <w:rPr>
          <w:rStyle w:val="whitespace-normal"/>
          <w:rFonts w:ascii="Times New Roman" w:hAnsi="Times New Roman" w:cs="Times New Roman" w:hint="eastAsia"/>
        </w:rPr>
        <w:t xml:space="preserve"> </w:t>
      </w:r>
      <w:proofErr w:type="spellStart"/>
      <w:r w:rsidR="00B72EF9">
        <w:rPr>
          <w:rStyle w:val="whitespace-normal"/>
          <w:rFonts w:ascii="Times New Roman" w:hAnsi="Times New Roman" w:cs="Times New Roman" w:hint="eastAsia"/>
        </w:rPr>
        <w:t>far,</w:t>
      </w:r>
      <w:r w:rsidR="00B72EF9">
        <w:rPr>
          <w:rStyle w:val="whitespace-normal"/>
          <w:rFonts w:ascii="Times New Roman" w:hAnsi="Times New Roman" w:cs="Times New Roman"/>
        </w:rPr>
        <w:t>I</w:t>
      </w:r>
      <w:proofErr w:type="spellEnd"/>
      <w:r w:rsidR="00B72EF9">
        <w:rPr>
          <w:rStyle w:val="whitespace-normal"/>
          <w:rFonts w:ascii="Times New Roman" w:hAnsi="Times New Roman" w:cs="Times New Roman" w:hint="eastAsia"/>
        </w:rPr>
        <w:t xml:space="preserve"> collect lots instant in my </w:t>
      </w:r>
      <w:proofErr w:type="spellStart"/>
      <w:r w:rsidR="00B72EF9">
        <w:rPr>
          <w:rStyle w:val="whitespace-normal"/>
          <w:rFonts w:ascii="Times New Roman" w:hAnsi="Times New Roman" w:cs="Times New Roman" w:hint="eastAsia"/>
        </w:rPr>
        <w:t>mind,</w:t>
      </w:r>
      <w:r w:rsidR="00B7126C">
        <w:rPr>
          <w:rStyle w:val="whitespace-normal"/>
          <w:rFonts w:ascii="Times New Roman" w:hAnsi="Times New Roman" w:cs="Times New Roman" w:hint="eastAsia"/>
        </w:rPr>
        <w:t>every</w:t>
      </w:r>
      <w:proofErr w:type="spellEnd"/>
      <w:r w:rsidR="00B7126C">
        <w:rPr>
          <w:rStyle w:val="whitespace-normal"/>
          <w:rFonts w:ascii="Times New Roman" w:hAnsi="Times New Roman" w:cs="Times New Roman" w:hint="eastAsia"/>
        </w:rPr>
        <w:t xml:space="preserve"> </w:t>
      </w:r>
      <w:proofErr w:type="spellStart"/>
      <w:r w:rsidR="00B7126C">
        <w:rPr>
          <w:rStyle w:val="whitespace-normal"/>
          <w:rFonts w:ascii="Times New Roman" w:hAnsi="Times New Roman" w:cs="Times New Roman" w:hint="eastAsia"/>
        </w:rPr>
        <w:t>love,move,scene,</w:t>
      </w:r>
      <w:r w:rsidR="004A15BB">
        <w:rPr>
          <w:rStyle w:val="whitespace-normal"/>
          <w:rFonts w:ascii="Times New Roman" w:hAnsi="Times New Roman" w:cs="Times New Roman" w:hint="eastAsia"/>
        </w:rPr>
        <w:t>relation,push</w:t>
      </w:r>
      <w:proofErr w:type="spellEnd"/>
      <w:r w:rsidR="004A15BB">
        <w:rPr>
          <w:rStyle w:val="whitespace-normal"/>
          <w:rFonts w:ascii="Times New Roman" w:hAnsi="Times New Roman" w:cs="Times New Roman" w:hint="eastAsia"/>
        </w:rPr>
        <w:t xml:space="preserve"> me </w:t>
      </w:r>
      <w:proofErr w:type="spellStart"/>
      <w:r w:rsidR="004A15BB">
        <w:rPr>
          <w:rStyle w:val="whitespace-normal"/>
          <w:rFonts w:ascii="Times New Roman" w:hAnsi="Times New Roman" w:cs="Times New Roman" w:hint="eastAsia"/>
        </w:rPr>
        <w:t>flowing,</w:t>
      </w:r>
      <w:r w:rsidR="00950867">
        <w:rPr>
          <w:rStyle w:val="whitespace-normal"/>
          <w:rFonts w:ascii="Times New Roman" w:hAnsi="Times New Roman" w:cs="Times New Roman" w:hint="eastAsia"/>
        </w:rPr>
        <w:t>in</w:t>
      </w:r>
      <w:proofErr w:type="spellEnd"/>
      <w:r w:rsidR="00950867">
        <w:rPr>
          <w:rStyle w:val="whitespace-normal"/>
          <w:rFonts w:ascii="Times New Roman" w:hAnsi="Times New Roman" w:cs="Times New Roman" w:hint="eastAsia"/>
        </w:rPr>
        <w:t xml:space="preserve"> </w:t>
      </w:r>
      <w:r w:rsidR="004A15BB">
        <w:rPr>
          <w:rStyle w:val="whitespace-normal"/>
          <w:rFonts w:ascii="Times New Roman" w:hAnsi="Times New Roman" w:cs="Times New Roman" w:hint="eastAsia"/>
        </w:rPr>
        <w:t xml:space="preserve">past memory </w:t>
      </w:r>
      <w:r w:rsidR="00950867">
        <w:rPr>
          <w:rStyle w:val="whitespace-normal"/>
          <w:rFonts w:ascii="Times New Roman" w:hAnsi="Times New Roman" w:cs="Times New Roman" w:hint="eastAsia"/>
        </w:rPr>
        <w:t xml:space="preserve">determines your present </w:t>
      </w:r>
      <w:proofErr w:type="spellStart"/>
      <w:r w:rsidR="00950867">
        <w:rPr>
          <w:rStyle w:val="whitespace-normal"/>
          <w:rFonts w:ascii="Times New Roman" w:hAnsi="Times New Roman" w:cs="Times New Roman" w:hint="eastAsia"/>
        </w:rPr>
        <w:t>work,for</w:t>
      </w:r>
      <w:proofErr w:type="spellEnd"/>
      <w:r w:rsidR="00950867">
        <w:rPr>
          <w:rStyle w:val="whitespace-normal"/>
          <w:rFonts w:ascii="Times New Roman" w:hAnsi="Times New Roman" w:cs="Times New Roman" w:hint="eastAsia"/>
        </w:rPr>
        <w:t xml:space="preserve"> my research </w:t>
      </w:r>
      <w:proofErr w:type="spellStart"/>
      <w:r w:rsidR="00950867">
        <w:rPr>
          <w:rStyle w:val="whitespace-normal"/>
          <w:rFonts w:ascii="Times New Roman" w:hAnsi="Times New Roman" w:cs="Times New Roman" w:hint="eastAsia"/>
        </w:rPr>
        <w:t>subjects,Tarkovsky</w:t>
      </w:r>
      <w:proofErr w:type="spellEnd"/>
      <w:r w:rsidR="00950867">
        <w:rPr>
          <w:rStyle w:val="whitespace-normal"/>
          <w:rFonts w:ascii="Times New Roman" w:hAnsi="Times New Roman" w:cs="Times New Roman" w:hint="eastAsia"/>
        </w:rPr>
        <w:t xml:space="preserve"> he said </w:t>
      </w:r>
      <w:r w:rsidR="00457364">
        <w:rPr>
          <w:rStyle w:val="whitespace-normal"/>
          <w:rFonts w:ascii="Times New Roman" w:hAnsi="Times New Roman" w:cs="Times New Roman" w:hint="eastAsia"/>
        </w:rPr>
        <w:t xml:space="preserve">his film explore person with them homeland </w:t>
      </w:r>
      <w:proofErr w:type="spellStart"/>
      <w:r w:rsidR="00457364">
        <w:rPr>
          <w:rStyle w:val="whitespace-normal"/>
          <w:rFonts w:ascii="Times New Roman" w:hAnsi="Times New Roman" w:cs="Times New Roman" w:hint="eastAsia"/>
        </w:rPr>
        <w:t>relation</w:t>
      </w:r>
      <w:r w:rsidR="00394193">
        <w:rPr>
          <w:rStyle w:val="whitespace-normal"/>
          <w:rFonts w:ascii="Times New Roman" w:hAnsi="Times New Roman" w:cs="Times New Roman" w:hint="eastAsia"/>
        </w:rPr>
        <w:t>,however</w:t>
      </w:r>
      <w:proofErr w:type="spellEnd"/>
      <w:r w:rsidR="00394193">
        <w:rPr>
          <w:rStyle w:val="whitespace-normal"/>
          <w:rFonts w:ascii="Times New Roman" w:hAnsi="Times New Roman" w:cs="Times New Roman" w:hint="eastAsia"/>
        </w:rPr>
        <w:t xml:space="preserve"> we also find some </w:t>
      </w:r>
      <w:r w:rsidR="00E44FCE">
        <w:rPr>
          <w:rStyle w:val="whitespace-normal"/>
          <w:rFonts w:ascii="Times New Roman" w:hAnsi="Times New Roman" w:cs="Times New Roman" w:hint="eastAsia"/>
        </w:rPr>
        <w:t xml:space="preserve">clue in some of commercial </w:t>
      </w:r>
      <w:proofErr w:type="spellStart"/>
      <w:r w:rsidR="00E44FCE">
        <w:rPr>
          <w:rStyle w:val="whitespace-normal"/>
          <w:rFonts w:ascii="Times New Roman" w:hAnsi="Times New Roman" w:cs="Times New Roman" w:hint="eastAsia"/>
        </w:rPr>
        <w:t>films,like</w:t>
      </w:r>
      <w:proofErr w:type="spellEnd"/>
      <w:r w:rsidR="00E44FCE">
        <w:rPr>
          <w:rStyle w:val="whitespace-normal"/>
          <w:rFonts w:ascii="Times New Roman" w:hAnsi="Times New Roman" w:cs="Times New Roman" w:hint="eastAsia"/>
        </w:rPr>
        <w:t xml:space="preserve"> </w:t>
      </w:r>
      <w:proofErr w:type="spellStart"/>
      <w:r w:rsidR="00C7236A">
        <w:rPr>
          <w:rStyle w:val="whitespace-normal"/>
          <w:rFonts w:ascii="Times New Roman" w:hAnsi="Times New Roman" w:cs="Times New Roman" w:hint="eastAsia"/>
        </w:rPr>
        <w:t>Nolan,in</w:t>
      </w:r>
      <w:proofErr w:type="spellEnd"/>
      <w:r w:rsidR="00C7236A">
        <w:rPr>
          <w:rStyle w:val="whitespace-normal"/>
          <w:rFonts w:ascii="Times New Roman" w:hAnsi="Times New Roman" w:cs="Times New Roman" w:hint="eastAsia"/>
        </w:rPr>
        <w:t xml:space="preserve"> his </w:t>
      </w:r>
      <w:proofErr w:type="spellStart"/>
      <w:r w:rsidR="00C7236A">
        <w:rPr>
          <w:rStyle w:val="whitespace-normal"/>
          <w:rFonts w:ascii="Times New Roman" w:hAnsi="Times New Roman" w:cs="Times New Roman" w:hint="eastAsia"/>
        </w:rPr>
        <w:t>film,he</w:t>
      </w:r>
      <w:proofErr w:type="spellEnd"/>
      <w:r w:rsidR="00C7236A">
        <w:rPr>
          <w:rStyle w:val="whitespace-normal"/>
          <w:rFonts w:ascii="Times New Roman" w:hAnsi="Times New Roman" w:cs="Times New Roman" w:hint="eastAsia"/>
        </w:rPr>
        <w:t xml:space="preserve"> like to break up lots scene and then rebu</w:t>
      </w:r>
      <w:r w:rsidR="00140E73">
        <w:rPr>
          <w:rStyle w:val="whitespace-normal"/>
          <w:rFonts w:ascii="Times New Roman" w:hAnsi="Times New Roman" w:cs="Times New Roman" w:hint="eastAsia"/>
        </w:rPr>
        <w:t xml:space="preserve">ild a new </w:t>
      </w:r>
      <w:proofErr w:type="spellStart"/>
      <w:r w:rsidR="00140E73">
        <w:rPr>
          <w:rStyle w:val="whitespace-normal"/>
          <w:rFonts w:ascii="Times New Roman" w:hAnsi="Times New Roman" w:cs="Times New Roman" w:hint="eastAsia"/>
        </w:rPr>
        <w:t>space,lead</w:t>
      </w:r>
      <w:proofErr w:type="spellEnd"/>
      <w:r w:rsidR="00140E73">
        <w:rPr>
          <w:rStyle w:val="whitespace-normal"/>
          <w:rFonts w:ascii="Times New Roman" w:hAnsi="Times New Roman" w:cs="Times New Roman" w:hint="eastAsia"/>
        </w:rPr>
        <w:t xml:space="preserve"> audience get into </w:t>
      </w:r>
      <w:proofErr w:type="spellStart"/>
      <w:r w:rsidR="00140E73">
        <w:rPr>
          <w:rStyle w:val="whitespace-normal"/>
          <w:rFonts w:ascii="Times New Roman" w:hAnsi="Times New Roman" w:cs="Times New Roman" w:hint="eastAsia"/>
        </w:rPr>
        <w:t>a</w:t>
      </w:r>
      <w:proofErr w:type="spellEnd"/>
      <w:r w:rsidR="00140E73">
        <w:rPr>
          <w:rStyle w:val="whitespace-normal"/>
          <w:rFonts w:ascii="Times New Roman" w:hAnsi="Times New Roman" w:cs="Times New Roman" w:hint="eastAsia"/>
        </w:rPr>
        <w:t xml:space="preserve"> already familiar </w:t>
      </w:r>
      <w:r w:rsidR="008623C3">
        <w:rPr>
          <w:rStyle w:val="whitespace-normal"/>
          <w:rFonts w:ascii="Times New Roman" w:hAnsi="Times New Roman" w:cs="Times New Roman" w:hint="eastAsia"/>
        </w:rPr>
        <w:t>but much strangeness scene.</w:t>
      </w:r>
      <w:r w:rsidR="008623C3">
        <w:rPr>
          <w:rStyle w:val="whitespace-normal"/>
          <w:rFonts w:ascii="Times New Roman" w:hAnsi="Times New Roman" w:cs="Times New Roman"/>
        </w:rPr>
        <w:br/>
      </w:r>
      <w:r w:rsidR="008623C3">
        <w:rPr>
          <w:rStyle w:val="whitespace-normal"/>
          <w:rFonts w:ascii="Times New Roman" w:hAnsi="Times New Roman" w:cs="Times New Roman" w:hint="eastAsia"/>
        </w:rPr>
        <w:t xml:space="preserve">Looking back at essay </w:t>
      </w:r>
      <w:proofErr w:type="spellStart"/>
      <w:r w:rsidR="008623C3">
        <w:rPr>
          <w:rStyle w:val="whitespace-normal"/>
          <w:rFonts w:ascii="Times New Roman" w:hAnsi="Times New Roman" w:cs="Times New Roman" w:hint="eastAsia"/>
        </w:rPr>
        <w:t>film,</w:t>
      </w:r>
      <w:r w:rsidR="00755D40">
        <w:rPr>
          <w:rStyle w:val="whitespace-normal"/>
          <w:rFonts w:ascii="Times New Roman" w:hAnsi="Times New Roman" w:cs="Times New Roman" w:hint="eastAsia"/>
        </w:rPr>
        <w:t>in</w:t>
      </w:r>
      <w:proofErr w:type="spellEnd"/>
      <w:r w:rsidR="00755D40">
        <w:rPr>
          <w:rStyle w:val="whitespace-normal"/>
          <w:rFonts w:ascii="Times New Roman" w:hAnsi="Times New Roman" w:cs="Times New Roman" w:hint="eastAsia"/>
        </w:rPr>
        <w:t xml:space="preserve"> this field there was less of </w:t>
      </w:r>
      <w:r w:rsidR="0028662C">
        <w:rPr>
          <w:rStyle w:val="whitespace-normal"/>
          <w:rFonts w:ascii="Times New Roman" w:hAnsi="Times New Roman" w:cs="Times New Roman" w:hint="eastAsia"/>
        </w:rPr>
        <w:t xml:space="preserve">example or </w:t>
      </w:r>
      <w:proofErr w:type="spellStart"/>
      <w:r w:rsidR="0028662C">
        <w:rPr>
          <w:rStyle w:val="whitespace-normal"/>
          <w:rFonts w:ascii="Times New Roman" w:hAnsi="Times New Roman" w:cs="Times New Roman" w:hint="eastAsia"/>
        </w:rPr>
        <w:t>reasch,because</w:t>
      </w:r>
      <w:proofErr w:type="spellEnd"/>
      <w:r w:rsidR="0028662C">
        <w:rPr>
          <w:rStyle w:val="whitespace-normal"/>
          <w:rFonts w:ascii="Times New Roman" w:hAnsi="Times New Roman" w:cs="Times New Roman" w:hint="eastAsia"/>
        </w:rPr>
        <w:t xml:space="preserve"> this form of art </w:t>
      </w:r>
      <w:r w:rsidR="007F350F">
        <w:rPr>
          <w:rStyle w:val="whitespace-normal"/>
          <w:rFonts w:ascii="Times New Roman" w:hAnsi="Times New Roman" w:cs="Times New Roman" w:hint="eastAsia"/>
        </w:rPr>
        <w:t xml:space="preserve">is </w:t>
      </w:r>
      <w:proofErr w:type="spellStart"/>
      <w:r w:rsidR="007F350F">
        <w:rPr>
          <w:rStyle w:val="whitespace-normal"/>
          <w:rFonts w:ascii="Times New Roman" w:hAnsi="Times New Roman" w:cs="Times New Roman" w:hint="eastAsia"/>
        </w:rPr>
        <w:t>diverse,every</w:t>
      </w:r>
      <w:proofErr w:type="spellEnd"/>
      <w:r w:rsidR="007F350F">
        <w:rPr>
          <w:rStyle w:val="whitespace-normal"/>
          <w:rFonts w:ascii="Times New Roman" w:hAnsi="Times New Roman" w:cs="Times New Roman" w:hint="eastAsia"/>
        </w:rPr>
        <w:t xml:space="preserve"> </w:t>
      </w:r>
      <w:proofErr w:type="spellStart"/>
      <w:r w:rsidR="007F350F">
        <w:rPr>
          <w:rStyle w:val="whitespace-normal"/>
          <w:rFonts w:ascii="Times New Roman" w:hAnsi="Times New Roman" w:cs="Times New Roman" w:hint="eastAsia"/>
        </w:rPr>
        <w:t>video,record,even</w:t>
      </w:r>
      <w:proofErr w:type="spellEnd"/>
      <w:r w:rsidR="007F350F">
        <w:rPr>
          <w:rStyle w:val="whitespace-normal"/>
          <w:rFonts w:ascii="Times New Roman" w:hAnsi="Times New Roman" w:cs="Times New Roman" w:hint="eastAsia"/>
        </w:rPr>
        <w:t xml:space="preserve"> a series of photo could be essay </w:t>
      </w:r>
      <w:proofErr w:type="spellStart"/>
      <w:r w:rsidR="007F350F">
        <w:rPr>
          <w:rStyle w:val="whitespace-normal"/>
          <w:rFonts w:ascii="Times New Roman" w:hAnsi="Times New Roman" w:cs="Times New Roman" w:hint="eastAsia"/>
        </w:rPr>
        <w:t>film,</w:t>
      </w:r>
      <w:r w:rsidR="00E34D6A">
        <w:rPr>
          <w:rStyle w:val="whitespace-normal"/>
          <w:rFonts w:ascii="Times New Roman" w:hAnsi="Times New Roman" w:cs="Times New Roman" w:hint="eastAsia"/>
        </w:rPr>
        <w:t>what</w:t>
      </w:r>
      <w:proofErr w:type="spellEnd"/>
      <w:r w:rsidR="00E34D6A">
        <w:rPr>
          <w:rStyle w:val="whitespace-normal"/>
          <w:rFonts w:ascii="Times New Roman" w:hAnsi="Times New Roman" w:cs="Times New Roman" w:hint="eastAsia"/>
        </w:rPr>
        <w:t xml:space="preserve"> </w:t>
      </w:r>
      <w:r w:rsidR="00E34D6A">
        <w:rPr>
          <w:rStyle w:val="whitespace-normal"/>
          <w:rFonts w:ascii="Times New Roman" w:hAnsi="Times New Roman" w:cs="Times New Roman"/>
        </w:rPr>
        <w:t>important</w:t>
      </w:r>
      <w:r w:rsidR="00E34D6A">
        <w:rPr>
          <w:rStyle w:val="whitespace-normal"/>
          <w:rFonts w:ascii="Times New Roman" w:hAnsi="Times New Roman" w:cs="Times New Roman" w:hint="eastAsia"/>
        </w:rPr>
        <w:t xml:space="preserve"> </w:t>
      </w:r>
      <w:r w:rsidR="00E34D6A">
        <w:rPr>
          <w:rStyle w:val="whitespace-normal"/>
          <w:rFonts w:ascii="Times New Roman" w:hAnsi="Times New Roman" w:cs="Times New Roman"/>
        </w:rPr>
        <w:t>I</w:t>
      </w:r>
      <w:r w:rsidR="00E34D6A">
        <w:rPr>
          <w:rStyle w:val="whitespace-normal"/>
          <w:rFonts w:ascii="Times New Roman" w:hAnsi="Times New Roman" w:cs="Times New Roman" w:hint="eastAsia"/>
        </w:rPr>
        <w:t xml:space="preserve"> </w:t>
      </w:r>
      <w:proofErr w:type="spellStart"/>
      <w:r w:rsidR="00E34D6A">
        <w:rPr>
          <w:rStyle w:val="whitespace-normal"/>
          <w:rFonts w:ascii="Times New Roman" w:hAnsi="Times New Roman" w:cs="Times New Roman" w:hint="eastAsia"/>
        </w:rPr>
        <w:t>think?is</w:t>
      </w:r>
      <w:proofErr w:type="spellEnd"/>
      <w:r w:rsidR="00E34D6A">
        <w:rPr>
          <w:rStyle w:val="whitespace-normal"/>
          <w:rFonts w:ascii="Times New Roman" w:hAnsi="Times New Roman" w:cs="Times New Roman" w:hint="eastAsia"/>
        </w:rPr>
        <w:t xml:space="preserve"> </w:t>
      </w:r>
      <w:proofErr w:type="spellStart"/>
      <w:r w:rsidR="00E34D6A">
        <w:rPr>
          <w:rStyle w:val="whitespace-normal"/>
          <w:rFonts w:ascii="Times New Roman" w:hAnsi="Times New Roman" w:cs="Times New Roman" w:hint="eastAsia"/>
        </w:rPr>
        <w:t>expression,</w:t>
      </w:r>
      <w:r w:rsidR="00467E26">
        <w:rPr>
          <w:rStyle w:val="whitespace-normal"/>
          <w:rFonts w:ascii="Times New Roman" w:hAnsi="Times New Roman" w:cs="Times New Roman"/>
        </w:rPr>
        <w:t>I</w:t>
      </w:r>
      <w:proofErr w:type="spellEnd"/>
      <w:r w:rsidR="00467E26">
        <w:rPr>
          <w:rStyle w:val="whitespace-normal"/>
          <w:rFonts w:ascii="Times New Roman" w:hAnsi="Times New Roman" w:cs="Times New Roman" w:hint="eastAsia"/>
        </w:rPr>
        <w:t xml:space="preserve"> have always think life </w:t>
      </w:r>
      <w:r w:rsidR="00342A1C">
        <w:rPr>
          <w:rStyle w:val="whitespace-normal"/>
          <w:rFonts w:ascii="Times New Roman" w:hAnsi="Times New Roman" w:cs="Times New Roman" w:hint="eastAsia"/>
        </w:rPr>
        <w:t xml:space="preserve">is made up by lots </w:t>
      </w:r>
      <w:proofErr w:type="spellStart"/>
      <w:r w:rsidR="00342A1C">
        <w:rPr>
          <w:rStyle w:val="whitespace-normal"/>
          <w:rFonts w:ascii="Times New Roman" w:hAnsi="Times New Roman" w:cs="Times New Roman" w:hint="eastAsia"/>
        </w:rPr>
        <w:t>fragments,some</w:t>
      </w:r>
      <w:proofErr w:type="spellEnd"/>
      <w:r w:rsidR="00342A1C">
        <w:rPr>
          <w:rStyle w:val="whitespace-normal"/>
          <w:rFonts w:ascii="Times New Roman" w:hAnsi="Times New Roman" w:cs="Times New Roman" w:hint="eastAsia"/>
        </w:rPr>
        <w:t xml:space="preserve"> we already </w:t>
      </w:r>
      <w:proofErr w:type="spellStart"/>
      <w:r w:rsidR="001901DD">
        <w:rPr>
          <w:rStyle w:val="whitespace-normal"/>
          <w:rFonts w:ascii="Times New Roman" w:hAnsi="Times New Roman" w:cs="Times New Roman" w:hint="eastAsia"/>
        </w:rPr>
        <w:t>forget,some</w:t>
      </w:r>
      <w:proofErr w:type="spellEnd"/>
      <w:r w:rsidR="001901DD">
        <w:rPr>
          <w:rStyle w:val="whitespace-normal"/>
          <w:rFonts w:ascii="Times New Roman" w:hAnsi="Times New Roman" w:cs="Times New Roman" w:hint="eastAsia"/>
        </w:rPr>
        <w:t xml:space="preserve"> save in your deep </w:t>
      </w:r>
      <w:proofErr w:type="spellStart"/>
      <w:r w:rsidR="001901DD">
        <w:rPr>
          <w:rStyle w:val="whitespace-normal"/>
          <w:rFonts w:ascii="Times New Roman" w:hAnsi="Times New Roman" w:cs="Times New Roman" w:hint="eastAsia"/>
        </w:rPr>
        <w:t>mind,those</w:t>
      </w:r>
      <w:proofErr w:type="spellEnd"/>
      <w:r w:rsidR="001901DD">
        <w:rPr>
          <w:rStyle w:val="whitespace-normal"/>
          <w:rFonts w:ascii="Times New Roman" w:hAnsi="Times New Roman" w:cs="Times New Roman" w:hint="eastAsia"/>
        </w:rPr>
        <w:t xml:space="preserve"> fragments which save in your deep mind in some </w:t>
      </w:r>
      <w:proofErr w:type="spellStart"/>
      <w:r w:rsidR="001901DD">
        <w:rPr>
          <w:rStyle w:val="whitespace-normal"/>
          <w:rFonts w:ascii="Times New Roman" w:hAnsi="Times New Roman" w:cs="Times New Roman" w:hint="eastAsia"/>
        </w:rPr>
        <w:t>day,spe</w:t>
      </w:r>
      <w:r w:rsidR="00C72630">
        <w:rPr>
          <w:rStyle w:val="whitespace-normal"/>
          <w:rFonts w:ascii="Times New Roman" w:hAnsi="Times New Roman" w:cs="Times New Roman" w:hint="eastAsia"/>
        </w:rPr>
        <w:t>cific</w:t>
      </w:r>
      <w:proofErr w:type="spellEnd"/>
      <w:r w:rsidR="00C72630">
        <w:rPr>
          <w:rStyle w:val="whitespace-normal"/>
          <w:rFonts w:ascii="Times New Roman" w:hAnsi="Times New Roman" w:cs="Times New Roman" w:hint="eastAsia"/>
        </w:rPr>
        <w:t xml:space="preserve"> time or scene it may re </w:t>
      </w:r>
      <w:proofErr w:type="spellStart"/>
      <w:r w:rsidR="00C72630">
        <w:rPr>
          <w:rStyle w:val="whitespace-normal"/>
          <w:rFonts w:ascii="Times New Roman" w:hAnsi="Times New Roman" w:cs="Times New Roman" w:hint="eastAsia"/>
        </w:rPr>
        <w:t>stimulate,is</w:t>
      </w:r>
      <w:proofErr w:type="spellEnd"/>
      <w:r w:rsidR="00C72630">
        <w:rPr>
          <w:rStyle w:val="whitespace-normal"/>
          <w:rFonts w:ascii="Times New Roman" w:hAnsi="Times New Roman" w:cs="Times New Roman" w:hint="eastAsia"/>
        </w:rPr>
        <w:t xml:space="preserve"> like if you </w:t>
      </w:r>
      <w:r w:rsidR="00C82F64">
        <w:rPr>
          <w:rStyle w:val="whitespace-normal"/>
          <w:rFonts w:ascii="Times New Roman" w:hAnsi="Times New Roman" w:cs="Times New Roman" w:hint="eastAsia"/>
        </w:rPr>
        <w:t xml:space="preserve">go to </w:t>
      </w:r>
      <w:proofErr w:type="spellStart"/>
      <w:r w:rsidR="00C82F64">
        <w:rPr>
          <w:rStyle w:val="whitespace-normal"/>
          <w:rFonts w:ascii="Times New Roman" w:hAnsi="Times New Roman" w:cs="Times New Roman" w:hint="eastAsia"/>
        </w:rPr>
        <w:t>somewhere,you</w:t>
      </w:r>
      <w:proofErr w:type="spellEnd"/>
      <w:r w:rsidR="00C82F64">
        <w:rPr>
          <w:rStyle w:val="whitespace-normal"/>
          <w:rFonts w:ascii="Times New Roman" w:hAnsi="Times New Roman" w:cs="Times New Roman" w:hint="eastAsia"/>
        </w:rPr>
        <w:t xml:space="preserve"> would feel </w:t>
      </w:r>
      <w:proofErr w:type="spellStart"/>
      <w:r w:rsidR="00C82F64">
        <w:rPr>
          <w:rStyle w:val="whitespace-normal"/>
          <w:rFonts w:ascii="Times New Roman" w:hAnsi="Times New Roman" w:cs="Times New Roman" w:hint="eastAsia"/>
        </w:rPr>
        <w:t>familiar,but</w:t>
      </w:r>
      <w:proofErr w:type="spellEnd"/>
      <w:r w:rsidR="00C82F64">
        <w:rPr>
          <w:rStyle w:val="whitespace-normal"/>
          <w:rFonts w:ascii="Times New Roman" w:hAnsi="Times New Roman" w:cs="Times New Roman" w:hint="eastAsia"/>
        </w:rPr>
        <w:t xml:space="preserve"> you make sure you never been there </w:t>
      </w:r>
      <w:proofErr w:type="spellStart"/>
      <w:r w:rsidR="00C82F64">
        <w:rPr>
          <w:rStyle w:val="whitespace-normal"/>
          <w:rFonts w:ascii="Times New Roman" w:hAnsi="Times New Roman" w:cs="Times New Roman" w:hint="eastAsia"/>
        </w:rPr>
        <w:t>before,</w:t>
      </w:r>
      <w:r w:rsidR="00300273">
        <w:rPr>
          <w:rStyle w:val="whitespace-normal"/>
          <w:rFonts w:ascii="Times New Roman" w:hAnsi="Times New Roman" w:cs="Times New Roman" w:hint="eastAsia"/>
        </w:rPr>
        <w:t>or</w:t>
      </w:r>
      <w:proofErr w:type="spellEnd"/>
      <w:r w:rsidR="00300273">
        <w:rPr>
          <w:rStyle w:val="whitespace-normal"/>
          <w:rFonts w:ascii="Times New Roman" w:hAnsi="Times New Roman" w:cs="Times New Roman" w:hint="eastAsia"/>
        </w:rPr>
        <w:t xml:space="preserve"> look at some painting you can feel a </w:t>
      </w:r>
      <w:r w:rsidR="00300273">
        <w:rPr>
          <w:rStyle w:val="whitespace-normal"/>
          <w:rFonts w:ascii="Times New Roman" w:hAnsi="Times New Roman" w:cs="Times New Roman"/>
        </w:rPr>
        <w:t>certain</w:t>
      </w:r>
      <w:r w:rsidR="00300273">
        <w:rPr>
          <w:rStyle w:val="whitespace-normal"/>
          <w:rFonts w:ascii="Times New Roman" w:hAnsi="Times New Roman" w:cs="Times New Roman" w:hint="eastAsia"/>
        </w:rPr>
        <w:t xml:space="preserve"> </w:t>
      </w:r>
      <w:proofErr w:type="spellStart"/>
      <w:r w:rsidR="00300273">
        <w:rPr>
          <w:rStyle w:val="whitespace-normal"/>
          <w:rFonts w:ascii="Times New Roman" w:hAnsi="Times New Roman" w:cs="Times New Roman" w:hint="eastAsia"/>
        </w:rPr>
        <w:t>mood</w:t>
      </w:r>
      <w:r w:rsidR="006C36CB">
        <w:rPr>
          <w:rStyle w:val="whitespace-normal"/>
          <w:rFonts w:ascii="Times New Roman" w:hAnsi="Times New Roman" w:cs="Times New Roman" w:hint="eastAsia"/>
        </w:rPr>
        <w:t>,those</w:t>
      </w:r>
      <w:proofErr w:type="spellEnd"/>
      <w:r w:rsidR="006C36CB">
        <w:rPr>
          <w:rStyle w:val="whitespace-normal"/>
          <w:rFonts w:ascii="Times New Roman" w:hAnsi="Times New Roman" w:cs="Times New Roman" w:hint="eastAsia"/>
        </w:rPr>
        <w:t xml:space="preserve"> kinds of fragments </w:t>
      </w:r>
      <w:r w:rsidR="006C36CB">
        <w:rPr>
          <w:rStyle w:val="whitespace-normal"/>
          <w:rFonts w:ascii="Times New Roman" w:hAnsi="Times New Roman" w:cs="Times New Roman"/>
        </w:rPr>
        <w:t>I</w:t>
      </w:r>
      <w:r w:rsidR="006C36CB">
        <w:rPr>
          <w:rStyle w:val="whitespace-normal"/>
          <w:rFonts w:ascii="Times New Roman" w:hAnsi="Times New Roman" w:cs="Times New Roman" w:hint="eastAsia"/>
        </w:rPr>
        <w:t xml:space="preserve"> would think it is a visual </w:t>
      </w:r>
      <w:proofErr w:type="spellStart"/>
      <w:r w:rsidR="006C36CB">
        <w:rPr>
          <w:rStyle w:val="whitespace-normal"/>
          <w:rFonts w:ascii="Times New Roman" w:hAnsi="Times New Roman" w:cs="Times New Roman" w:hint="eastAsia"/>
        </w:rPr>
        <w:t>essay,but</w:t>
      </w:r>
      <w:proofErr w:type="spellEnd"/>
      <w:r w:rsidR="006C36CB">
        <w:rPr>
          <w:rStyle w:val="whitespace-normal"/>
          <w:rFonts w:ascii="Times New Roman" w:hAnsi="Times New Roman" w:cs="Times New Roman" w:hint="eastAsia"/>
        </w:rPr>
        <w:t xml:space="preserve"> is </w:t>
      </w:r>
      <w:r w:rsidR="00042D7C">
        <w:rPr>
          <w:rStyle w:val="whitespace-normal"/>
          <w:rFonts w:ascii="Times New Roman" w:hAnsi="Times New Roman" w:cs="Times New Roman" w:hint="eastAsia"/>
        </w:rPr>
        <w:t xml:space="preserve">just </w:t>
      </w:r>
      <w:r w:rsidR="006C36CB">
        <w:rPr>
          <w:rStyle w:val="whitespace-normal"/>
          <w:rFonts w:ascii="Times New Roman" w:hAnsi="Times New Roman" w:cs="Times New Roman" w:hint="eastAsia"/>
        </w:rPr>
        <w:t>not</w:t>
      </w:r>
      <w:r w:rsidR="00042D7C">
        <w:rPr>
          <w:rStyle w:val="whitespace-normal"/>
          <w:rFonts w:ascii="Times New Roman" w:hAnsi="Times New Roman" w:cs="Times New Roman" w:hint="eastAsia"/>
        </w:rPr>
        <w:t xml:space="preserve"> </w:t>
      </w:r>
      <w:proofErr w:type="spellStart"/>
      <w:r w:rsidR="00042D7C">
        <w:rPr>
          <w:rStyle w:val="whitespace-normal"/>
          <w:rFonts w:ascii="Times New Roman" w:hAnsi="Times New Roman" w:cs="Times New Roman" w:hint="eastAsia"/>
        </w:rPr>
        <w:t>materialized,is</w:t>
      </w:r>
      <w:proofErr w:type="spellEnd"/>
      <w:r w:rsidR="00042D7C">
        <w:rPr>
          <w:rStyle w:val="whitespace-normal"/>
          <w:rFonts w:ascii="Times New Roman" w:hAnsi="Times New Roman" w:cs="Times New Roman" w:hint="eastAsia"/>
        </w:rPr>
        <w:t xml:space="preserve"> just in your mind or </w:t>
      </w:r>
      <w:r w:rsidR="00C453CD">
        <w:rPr>
          <w:rStyle w:val="whitespace-normal"/>
          <w:rFonts w:ascii="Times New Roman" w:hAnsi="Times New Roman" w:cs="Times New Roman" w:hint="eastAsia"/>
        </w:rPr>
        <w:t>flash in your eyes</w:t>
      </w:r>
      <w:r w:rsidR="00042D7C">
        <w:rPr>
          <w:rStyle w:val="whitespace-normal"/>
          <w:rFonts w:ascii="Times New Roman" w:hAnsi="Times New Roman" w:cs="Times New Roman" w:hint="eastAsia"/>
        </w:rPr>
        <w:t>.</w:t>
      </w:r>
      <w:r w:rsidR="006C36CB">
        <w:rPr>
          <w:rStyle w:val="whitespace-normal"/>
          <w:rFonts w:ascii="Times New Roman" w:hAnsi="Times New Roman" w:cs="Times New Roman" w:hint="eastAsia"/>
        </w:rPr>
        <w:t xml:space="preserve"> </w:t>
      </w:r>
      <w:r w:rsidR="00245CD4">
        <w:rPr>
          <w:rStyle w:val="whitespace-normal"/>
          <w:rFonts w:ascii="Times New Roman" w:hAnsi="Times New Roman" w:cs="Times New Roman"/>
        </w:rPr>
        <w:br/>
      </w:r>
    </w:p>
    <w:p w14:paraId="4A8E2F25" w14:textId="7F465F62" w:rsidR="00245CD4" w:rsidRDefault="00245CD4" w:rsidP="00057BF6">
      <w:pPr>
        <w:pStyle w:val="21"/>
        <w:spacing w:before="0" w:line="360" w:lineRule="auto"/>
        <w:rPr>
          <w:rStyle w:val="af8"/>
          <w:rFonts w:ascii="Times New Roman" w:hAnsi="Times New Roman" w:cs="Times New Roman"/>
          <w:b/>
          <w:bCs/>
          <w:color w:val="000000" w:themeColor="text1"/>
        </w:rPr>
      </w:pPr>
      <w:r w:rsidRPr="0054400E">
        <w:rPr>
          <w:rStyle w:val="af8"/>
          <w:rFonts w:ascii="Times New Roman" w:hAnsi="Times New Roman" w:cs="Times New Roman" w:hint="eastAsia"/>
          <w:b/>
          <w:bCs/>
          <w:color w:val="000000" w:themeColor="text1"/>
        </w:rPr>
        <w:t>Poetic interpretation</w:t>
      </w:r>
    </w:p>
    <w:p w14:paraId="318BE7F8" w14:textId="77777777" w:rsidR="0054400E" w:rsidRPr="0054400E" w:rsidRDefault="0054400E" w:rsidP="00057BF6">
      <w:pPr>
        <w:pStyle w:val="aff9"/>
        <w:spacing w:before="0" w:beforeAutospacing="0" w:after="0" w:afterAutospacing="0" w:line="360" w:lineRule="auto"/>
        <w:rPr>
          <w:rFonts w:ascii="Times New Roman" w:hAnsi="Times New Roman" w:cs="Times New Roman"/>
        </w:rPr>
      </w:pPr>
      <w:r w:rsidRPr="0054400E">
        <w:rPr>
          <w:rFonts w:ascii="Times New Roman" w:hAnsi="Times New Roman" w:cs="Times New Roman"/>
        </w:rPr>
        <w:t>After discussing the general idea of essay film, I begin to think more deeply about what “poetic” really means in this context. For me, poetic is not simply about visual beauty or aesthetic composition. It is something more internal. It is a kind of emotional resonance that exists between image and perception.</w:t>
      </w:r>
    </w:p>
    <w:p w14:paraId="5F4ED694" w14:textId="77777777" w:rsidR="0054400E" w:rsidRPr="0054400E" w:rsidRDefault="0054400E" w:rsidP="00057BF6">
      <w:pPr>
        <w:pStyle w:val="aff9"/>
        <w:spacing w:before="0" w:beforeAutospacing="0" w:after="0" w:afterAutospacing="0" w:line="360" w:lineRule="auto"/>
        <w:rPr>
          <w:rFonts w:ascii="Times New Roman" w:hAnsi="Times New Roman" w:cs="Times New Roman"/>
        </w:rPr>
      </w:pPr>
      <w:r w:rsidRPr="0054400E">
        <w:rPr>
          <w:rFonts w:ascii="Times New Roman" w:hAnsi="Times New Roman" w:cs="Times New Roman"/>
        </w:rPr>
        <w:t xml:space="preserve">When I watch films such as </w:t>
      </w:r>
      <w:r w:rsidRPr="0054400E">
        <w:rPr>
          <w:rStyle w:val="af9"/>
          <w:rFonts w:ascii="Times New Roman" w:hAnsi="Times New Roman" w:cs="Times New Roman"/>
        </w:rPr>
        <w:t>Mirror</w:t>
      </w:r>
      <w:r w:rsidRPr="0054400E">
        <w:rPr>
          <w:rFonts w:ascii="Times New Roman" w:hAnsi="Times New Roman" w:cs="Times New Roman"/>
        </w:rPr>
        <w:t>, directed by Andrei Tarkovsky, I do not feel like I am watching a structured narrative. Instead, I feel like I am entering into a state of memory. The images do not explain themselves, and they do not guide me in a traditional storytelling way. Rather, they create a space for feeling.</w:t>
      </w:r>
    </w:p>
    <w:p w14:paraId="6E8AE286" w14:textId="77777777" w:rsidR="0054400E" w:rsidRPr="0054400E" w:rsidRDefault="0054400E" w:rsidP="00057BF6">
      <w:pPr>
        <w:pStyle w:val="aff9"/>
        <w:spacing w:before="0" w:beforeAutospacing="0" w:after="0" w:afterAutospacing="0" w:line="360" w:lineRule="auto"/>
        <w:rPr>
          <w:rFonts w:ascii="Times New Roman" w:hAnsi="Times New Roman" w:cs="Times New Roman"/>
        </w:rPr>
      </w:pPr>
      <w:r w:rsidRPr="0054400E">
        <w:rPr>
          <w:rFonts w:ascii="Times New Roman" w:hAnsi="Times New Roman" w:cs="Times New Roman"/>
        </w:rPr>
        <w:t>Poetic interpretation, therefore, is not about decoding meaning. It is about experiencing meaning.</w:t>
      </w:r>
    </w:p>
    <w:p w14:paraId="61212B0F" w14:textId="77777777" w:rsidR="0054400E" w:rsidRPr="0054400E" w:rsidRDefault="0054400E" w:rsidP="00057BF6">
      <w:pPr>
        <w:pStyle w:val="aff9"/>
        <w:spacing w:before="0" w:beforeAutospacing="0" w:after="0" w:afterAutospacing="0" w:line="360" w:lineRule="auto"/>
        <w:rPr>
          <w:rFonts w:ascii="Times New Roman" w:hAnsi="Times New Roman" w:cs="Times New Roman"/>
        </w:rPr>
      </w:pPr>
      <w:r w:rsidRPr="0054400E">
        <w:rPr>
          <w:rFonts w:ascii="Times New Roman" w:hAnsi="Times New Roman" w:cs="Times New Roman"/>
        </w:rPr>
        <w:t xml:space="preserve">For example, a simple image such as wind moving across a field may not have narrative significance, but it carries emotional weight. The duration of the shot, the sound of the </w:t>
      </w:r>
      <w:r w:rsidRPr="0054400E">
        <w:rPr>
          <w:rFonts w:ascii="Times New Roman" w:hAnsi="Times New Roman" w:cs="Times New Roman"/>
        </w:rPr>
        <w:lastRenderedPageBreak/>
        <w:t>wind, and the stillness of the camera all work together to create a moment that feels alive. This moment does not need explanation. It exists as a poetic experience.</w:t>
      </w:r>
    </w:p>
    <w:p w14:paraId="507DCC5E" w14:textId="77777777" w:rsidR="0054400E" w:rsidRPr="0054400E" w:rsidRDefault="0054400E" w:rsidP="00057BF6">
      <w:pPr>
        <w:pStyle w:val="aff9"/>
        <w:spacing w:before="0" w:beforeAutospacing="0" w:after="0" w:afterAutospacing="0" w:line="360" w:lineRule="auto"/>
        <w:rPr>
          <w:rFonts w:ascii="Times New Roman" w:hAnsi="Times New Roman" w:cs="Times New Roman"/>
        </w:rPr>
      </w:pPr>
      <w:r w:rsidRPr="0054400E">
        <w:rPr>
          <w:rFonts w:ascii="Times New Roman" w:hAnsi="Times New Roman" w:cs="Times New Roman"/>
        </w:rPr>
        <w:t>In this sense, poetic essay film transforms ordinary reality into emotional presence. It shifts the focus from “what is happening” to “what is being felt”.</w:t>
      </w:r>
    </w:p>
    <w:p w14:paraId="05161DE6" w14:textId="77777777" w:rsidR="0054400E" w:rsidRPr="0054400E" w:rsidRDefault="0054400E" w:rsidP="00057BF6">
      <w:pPr>
        <w:pStyle w:val="aff9"/>
        <w:spacing w:before="0" w:beforeAutospacing="0" w:after="0" w:afterAutospacing="0" w:line="360" w:lineRule="auto"/>
        <w:rPr>
          <w:rFonts w:ascii="Times New Roman" w:hAnsi="Times New Roman" w:cs="Times New Roman"/>
        </w:rPr>
      </w:pPr>
      <w:r w:rsidRPr="0054400E">
        <w:rPr>
          <w:rFonts w:ascii="Times New Roman" w:hAnsi="Times New Roman" w:cs="Times New Roman"/>
        </w:rPr>
        <w:t>Another important aspect of poetic interpretation is ambiguity. Unlike traditional cinema, where meaning is often clearly structured, poetic essay film allows for multiple interpretations. Each viewer brings their own memory and experience into the film.</w:t>
      </w:r>
    </w:p>
    <w:p w14:paraId="717D9B62" w14:textId="3E5478BE" w:rsidR="0054400E" w:rsidRDefault="0054400E" w:rsidP="00057BF6">
      <w:pPr>
        <w:pStyle w:val="aff9"/>
        <w:spacing w:before="0" w:beforeAutospacing="0" w:after="0" w:afterAutospacing="0" w:line="360" w:lineRule="auto"/>
        <w:rPr>
          <w:rFonts w:ascii="Times New Roman" w:hAnsi="Times New Roman" w:cs="Times New Roman"/>
        </w:rPr>
      </w:pPr>
      <w:r w:rsidRPr="0054400E">
        <w:rPr>
          <w:rFonts w:ascii="Times New Roman" w:hAnsi="Times New Roman" w:cs="Times New Roman"/>
        </w:rPr>
        <w:t xml:space="preserve">This idea is particularly visible in works such as </w:t>
      </w:r>
      <w:r w:rsidRPr="0054400E">
        <w:rPr>
          <w:rStyle w:val="af9"/>
          <w:rFonts w:ascii="Times New Roman" w:hAnsi="Times New Roman" w:cs="Times New Roman"/>
        </w:rPr>
        <w:t>La Jetée</w:t>
      </w:r>
      <w:r w:rsidRPr="0054400E">
        <w:rPr>
          <w:rFonts w:ascii="Times New Roman" w:hAnsi="Times New Roman" w:cs="Times New Roman"/>
        </w:rPr>
        <w:t xml:space="preserve"> by Chris Marker. The film is composed almost entirely of still images, yet it creates a powerful narrative and emotional journey. This suggests that movement is not essential for cinematic expression. Instead, the relationship between images is what creates </w:t>
      </w:r>
      <w:proofErr w:type="spellStart"/>
      <w:proofErr w:type="gramStart"/>
      <w:r w:rsidRPr="0054400E">
        <w:rPr>
          <w:rFonts w:ascii="Times New Roman" w:hAnsi="Times New Roman" w:cs="Times New Roman"/>
        </w:rPr>
        <w:t>meaning.Poetic</w:t>
      </w:r>
      <w:proofErr w:type="spellEnd"/>
      <w:proofErr w:type="gramEnd"/>
      <w:r w:rsidRPr="0054400E">
        <w:rPr>
          <w:rFonts w:ascii="Times New Roman" w:hAnsi="Times New Roman" w:cs="Times New Roman"/>
        </w:rPr>
        <w:t xml:space="preserve"> interpretation, therefore, is not fixed. It is fluid, subjective, and deeply personal.</w:t>
      </w:r>
    </w:p>
    <w:p w14:paraId="7BEC0B30" w14:textId="77777777" w:rsidR="00F77E3E" w:rsidRPr="00F77E3E" w:rsidRDefault="00F77E3E" w:rsidP="00057BF6">
      <w:pPr>
        <w:pStyle w:val="aff9"/>
        <w:spacing w:before="0" w:beforeAutospacing="0" w:after="0" w:afterAutospacing="0" w:line="360" w:lineRule="auto"/>
        <w:rPr>
          <w:rFonts w:ascii="Times New Roman" w:hAnsi="Times New Roman" w:cs="Times New Roman"/>
        </w:rPr>
      </w:pPr>
      <w:r w:rsidRPr="00F77E3E">
        <w:rPr>
          <w:rFonts w:ascii="Times New Roman" w:hAnsi="Times New Roman" w:cs="Times New Roman"/>
        </w:rPr>
        <w:t xml:space="preserve">When I continue to think about poetic essay film, I start to </w:t>
      </w:r>
      <w:proofErr w:type="spellStart"/>
      <w:r w:rsidRPr="00F77E3E">
        <w:rPr>
          <w:rFonts w:ascii="Times New Roman" w:hAnsi="Times New Roman" w:cs="Times New Roman"/>
        </w:rPr>
        <w:t>realise</w:t>
      </w:r>
      <w:proofErr w:type="spellEnd"/>
      <w:r w:rsidRPr="00F77E3E">
        <w:rPr>
          <w:rFonts w:ascii="Times New Roman" w:hAnsi="Times New Roman" w:cs="Times New Roman"/>
        </w:rPr>
        <w:t xml:space="preserve"> that “poetic” is not only about what we see, but also about what is not shown. Absence becomes as important as presence.</w:t>
      </w:r>
    </w:p>
    <w:p w14:paraId="29761D63" w14:textId="77777777" w:rsidR="00F77E3E" w:rsidRPr="00F77E3E" w:rsidRDefault="00F77E3E" w:rsidP="00057BF6">
      <w:pPr>
        <w:pStyle w:val="aff9"/>
        <w:spacing w:before="0" w:beforeAutospacing="0" w:after="0" w:afterAutospacing="0" w:line="360" w:lineRule="auto"/>
        <w:rPr>
          <w:rFonts w:ascii="Times New Roman" w:hAnsi="Times New Roman" w:cs="Times New Roman"/>
        </w:rPr>
      </w:pPr>
      <w:r w:rsidRPr="00F77E3E">
        <w:rPr>
          <w:rFonts w:ascii="Times New Roman" w:hAnsi="Times New Roman" w:cs="Times New Roman"/>
        </w:rPr>
        <w:t>In many poetic essay films, there is a strong use of silence. Silence is not empty. It allows the audience to project their own thoughts into the film. In this way, the film becomes a shared space between the filmmaker and the viewer.</w:t>
      </w:r>
    </w:p>
    <w:p w14:paraId="3352167D" w14:textId="77777777" w:rsidR="00F77E3E" w:rsidRPr="00F77E3E" w:rsidRDefault="00F77E3E" w:rsidP="00057BF6">
      <w:pPr>
        <w:pStyle w:val="aff9"/>
        <w:spacing w:before="0" w:beforeAutospacing="0" w:after="0" w:afterAutospacing="0" w:line="360" w:lineRule="auto"/>
        <w:rPr>
          <w:rFonts w:ascii="Times New Roman" w:hAnsi="Times New Roman" w:cs="Times New Roman"/>
        </w:rPr>
      </w:pPr>
      <w:r w:rsidRPr="00F77E3E">
        <w:rPr>
          <w:rFonts w:ascii="Times New Roman" w:hAnsi="Times New Roman" w:cs="Times New Roman"/>
        </w:rPr>
        <w:t xml:space="preserve">Another aspect is slowness. In mainstream cinema, speed is often used to maintain attention. However, in poetic essay film, slowness creates depth. When a shot lasts longer than expected, the viewer </w:t>
      </w:r>
      <w:proofErr w:type="gramStart"/>
      <w:r w:rsidRPr="00F77E3E">
        <w:rPr>
          <w:rFonts w:ascii="Times New Roman" w:hAnsi="Times New Roman" w:cs="Times New Roman"/>
        </w:rPr>
        <w:t>begins to notice</w:t>
      </w:r>
      <w:proofErr w:type="gramEnd"/>
      <w:r w:rsidRPr="00F77E3E">
        <w:rPr>
          <w:rFonts w:ascii="Times New Roman" w:hAnsi="Times New Roman" w:cs="Times New Roman"/>
        </w:rPr>
        <w:t xml:space="preserve"> details that would normally be ignored. Time becomes visible.</w:t>
      </w:r>
    </w:p>
    <w:p w14:paraId="6F3583BD" w14:textId="77777777" w:rsidR="00F77E3E" w:rsidRPr="00F77E3E" w:rsidRDefault="00F77E3E" w:rsidP="00057BF6">
      <w:pPr>
        <w:pStyle w:val="aff9"/>
        <w:spacing w:before="0" w:beforeAutospacing="0" w:after="0" w:afterAutospacing="0" w:line="360" w:lineRule="auto"/>
        <w:rPr>
          <w:rFonts w:ascii="Times New Roman" w:hAnsi="Times New Roman" w:cs="Times New Roman"/>
        </w:rPr>
      </w:pPr>
      <w:r w:rsidRPr="00F77E3E">
        <w:rPr>
          <w:rFonts w:ascii="Times New Roman" w:hAnsi="Times New Roman" w:cs="Times New Roman"/>
        </w:rPr>
        <w:t>This idea connects with my own experience. When I was in the natural environment that I described earlier, time felt slower. I was more aware of my surroundings. This awareness is what I try to translate into my understanding of poetic film.</w:t>
      </w:r>
    </w:p>
    <w:p w14:paraId="730BCAB1" w14:textId="77777777" w:rsidR="00F77E3E" w:rsidRPr="00F77E3E" w:rsidRDefault="00F77E3E" w:rsidP="00057BF6">
      <w:pPr>
        <w:pStyle w:val="aff9"/>
        <w:spacing w:before="0" w:beforeAutospacing="0" w:after="0" w:afterAutospacing="0" w:line="360" w:lineRule="auto"/>
        <w:rPr>
          <w:rFonts w:ascii="Times New Roman" w:hAnsi="Times New Roman" w:cs="Times New Roman"/>
        </w:rPr>
      </w:pPr>
      <w:r w:rsidRPr="00F77E3E">
        <w:rPr>
          <w:rFonts w:ascii="Times New Roman" w:hAnsi="Times New Roman" w:cs="Times New Roman"/>
        </w:rPr>
        <w:t>Poetic essay film also challenges the idea of clarity. It does not always aim to be understood immediately. Instead, it creates a space for reflection. The viewer may not fully understand the film during the first viewing, but certain images may stay in their mind.</w:t>
      </w:r>
    </w:p>
    <w:p w14:paraId="455E1CBF" w14:textId="65747B00" w:rsidR="0054400E" w:rsidRPr="00F77E3E" w:rsidRDefault="00F77E3E" w:rsidP="00057BF6">
      <w:pPr>
        <w:pStyle w:val="aff9"/>
        <w:spacing w:before="0" w:beforeAutospacing="0" w:after="0" w:afterAutospacing="0" w:line="360" w:lineRule="auto"/>
        <w:rPr>
          <w:rFonts w:ascii="Times New Roman" w:hAnsi="Times New Roman" w:cs="Times New Roman"/>
        </w:rPr>
      </w:pPr>
      <w:r w:rsidRPr="00F77E3E">
        <w:rPr>
          <w:rFonts w:ascii="Times New Roman" w:hAnsi="Times New Roman" w:cs="Times New Roman"/>
        </w:rPr>
        <w:t xml:space="preserve">This delayed understanding is important. It suggests that poetic meaning is not </w:t>
      </w:r>
      <w:proofErr w:type="gramStart"/>
      <w:r w:rsidRPr="00F77E3E">
        <w:rPr>
          <w:rFonts w:ascii="Times New Roman" w:hAnsi="Times New Roman" w:cs="Times New Roman"/>
        </w:rPr>
        <w:t>instant, but</w:t>
      </w:r>
      <w:proofErr w:type="gramEnd"/>
      <w:r w:rsidRPr="00F77E3E">
        <w:rPr>
          <w:rFonts w:ascii="Times New Roman" w:hAnsi="Times New Roman" w:cs="Times New Roman"/>
        </w:rPr>
        <w:t xml:space="preserve"> develops over time.</w:t>
      </w:r>
    </w:p>
    <w:p w14:paraId="023F74BB" w14:textId="77777777" w:rsidR="00F77E3E" w:rsidRPr="00F77E3E" w:rsidRDefault="0054400E" w:rsidP="00057BF6">
      <w:pPr>
        <w:pStyle w:val="aff9"/>
        <w:spacing w:before="0" w:beforeAutospacing="0" w:after="0" w:afterAutospacing="0" w:line="360" w:lineRule="auto"/>
        <w:rPr>
          <w:rFonts w:ascii="Times New Roman" w:hAnsi="Times New Roman" w:cs="Times New Roman"/>
        </w:rPr>
      </w:pPr>
      <w:r w:rsidRPr="00B94871">
        <w:rPr>
          <w:rFonts w:ascii="Times New Roman" w:hAnsi="Times New Roman" w:cs="Times New Roman"/>
          <w:b/>
          <w:bCs/>
          <w:color w:val="000000" w:themeColor="text1"/>
          <w:sz w:val="26"/>
          <w:szCs w:val="26"/>
        </w:rPr>
        <w:lastRenderedPageBreak/>
        <w:t>Image, Memory and Poetic Structure</w:t>
      </w:r>
      <w:r w:rsidR="004D3D9E" w:rsidRPr="0054400E">
        <w:rPr>
          <w:rStyle w:val="whitespace-normal"/>
          <w:rFonts w:ascii="Times New Roman" w:hAnsi="Times New Roman" w:cs="Times New Roman"/>
        </w:rPr>
        <w:br/>
      </w:r>
      <w:r w:rsidR="00F77E3E" w:rsidRPr="00F77E3E">
        <w:rPr>
          <w:rFonts w:ascii="Times New Roman" w:hAnsi="Times New Roman" w:cs="Times New Roman"/>
        </w:rPr>
        <w:t xml:space="preserve">In poetic essay film, image is not only a visual representation. It becomes a way of thinking. Each image carries emotional weight, and when images are combined, they create a structure </w:t>
      </w:r>
      <w:proofErr w:type="gramStart"/>
      <w:r w:rsidR="00F77E3E" w:rsidRPr="00F77E3E">
        <w:rPr>
          <w:rFonts w:ascii="Times New Roman" w:hAnsi="Times New Roman" w:cs="Times New Roman"/>
        </w:rPr>
        <w:t>similar to</w:t>
      </w:r>
      <w:proofErr w:type="gramEnd"/>
      <w:r w:rsidR="00F77E3E" w:rsidRPr="00F77E3E">
        <w:rPr>
          <w:rFonts w:ascii="Times New Roman" w:hAnsi="Times New Roman" w:cs="Times New Roman"/>
        </w:rPr>
        <w:t xml:space="preserve"> memory.</w:t>
      </w:r>
    </w:p>
    <w:p w14:paraId="576DCF8C" w14:textId="77777777" w:rsidR="00F77E3E" w:rsidRPr="00F77E3E" w:rsidRDefault="00F77E3E" w:rsidP="00057BF6">
      <w:pPr>
        <w:pStyle w:val="aff9"/>
        <w:spacing w:before="0" w:beforeAutospacing="0" w:after="0" w:afterAutospacing="0" w:line="360" w:lineRule="auto"/>
        <w:rPr>
          <w:rFonts w:ascii="Times New Roman" w:hAnsi="Times New Roman" w:cs="Times New Roman"/>
        </w:rPr>
      </w:pPr>
      <w:r w:rsidRPr="00F77E3E">
        <w:rPr>
          <w:rFonts w:ascii="Times New Roman" w:hAnsi="Times New Roman" w:cs="Times New Roman"/>
        </w:rPr>
        <w:t xml:space="preserve">In </w:t>
      </w:r>
      <w:r w:rsidRPr="00F77E3E">
        <w:rPr>
          <w:rStyle w:val="af9"/>
          <w:rFonts w:ascii="Times New Roman" w:hAnsi="Times New Roman" w:cs="Times New Roman"/>
        </w:rPr>
        <w:t>Mirror</w:t>
      </w:r>
      <w:r w:rsidRPr="00F77E3E">
        <w:rPr>
          <w:rFonts w:ascii="Times New Roman" w:hAnsi="Times New Roman" w:cs="Times New Roman"/>
        </w:rPr>
        <w:t xml:space="preserve">, directed by Andrei Tarkovsky, time is fragmented. Childhood memories, dreams, and present moments are </w:t>
      </w:r>
      <w:proofErr w:type="gramStart"/>
      <w:r w:rsidRPr="00F77E3E">
        <w:rPr>
          <w:rFonts w:ascii="Times New Roman" w:hAnsi="Times New Roman" w:cs="Times New Roman"/>
        </w:rPr>
        <w:t>mixed together</w:t>
      </w:r>
      <w:proofErr w:type="gramEnd"/>
      <w:r w:rsidRPr="00F77E3E">
        <w:rPr>
          <w:rFonts w:ascii="Times New Roman" w:hAnsi="Times New Roman" w:cs="Times New Roman"/>
        </w:rPr>
        <w:t xml:space="preserve">. This creates a sense of disorientation, but also intimacy. The viewer is not </w:t>
      </w:r>
      <w:proofErr w:type="gramStart"/>
      <w:r w:rsidRPr="00F77E3E">
        <w:rPr>
          <w:rFonts w:ascii="Times New Roman" w:hAnsi="Times New Roman" w:cs="Times New Roman"/>
        </w:rPr>
        <w:t>guided, but</w:t>
      </w:r>
      <w:proofErr w:type="gramEnd"/>
      <w:r w:rsidRPr="00F77E3E">
        <w:rPr>
          <w:rFonts w:ascii="Times New Roman" w:hAnsi="Times New Roman" w:cs="Times New Roman"/>
        </w:rPr>
        <w:t xml:space="preserve"> invited.</w:t>
      </w:r>
    </w:p>
    <w:p w14:paraId="2AC00EBF" w14:textId="77777777" w:rsidR="00F77E3E" w:rsidRPr="00F77E3E" w:rsidRDefault="00F77E3E" w:rsidP="00057BF6">
      <w:pPr>
        <w:pStyle w:val="aff9"/>
        <w:spacing w:before="0" w:beforeAutospacing="0" w:after="0" w:afterAutospacing="0" w:line="360" w:lineRule="auto"/>
        <w:rPr>
          <w:rFonts w:ascii="Times New Roman" w:hAnsi="Times New Roman" w:cs="Times New Roman"/>
        </w:rPr>
      </w:pPr>
      <w:r w:rsidRPr="00F77E3E">
        <w:rPr>
          <w:rFonts w:ascii="Times New Roman" w:hAnsi="Times New Roman" w:cs="Times New Roman"/>
        </w:rPr>
        <w:t>For example, the recurring image of wind moving through grass appears simple, but it becomes symbolic. It suggests the passing of time, but also something more personal. It feels like a memory that cannot be clearly explained.</w:t>
      </w:r>
    </w:p>
    <w:p w14:paraId="25027A8C" w14:textId="77777777" w:rsidR="00F77E3E" w:rsidRPr="00F77E3E" w:rsidRDefault="00F77E3E" w:rsidP="00057BF6">
      <w:pPr>
        <w:pStyle w:val="aff9"/>
        <w:spacing w:before="0" w:beforeAutospacing="0" w:after="0" w:afterAutospacing="0" w:line="360" w:lineRule="auto"/>
        <w:rPr>
          <w:rFonts w:ascii="Times New Roman" w:hAnsi="Times New Roman" w:cs="Times New Roman"/>
        </w:rPr>
      </w:pPr>
      <w:r w:rsidRPr="00F77E3E">
        <w:rPr>
          <w:rFonts w:ascii="Times New Roman" w:hAnsi="Times New Roman" w:cs="Times New Roman"/>
        </w:rPr>
        <w:t>The use of long takes is also important. Duration allows the viewer to stay with the image. Instead of moving quickly to the next event, the film allows time to unfold. This creates a meditative experience.</w:t>
      </w:r>
    </w:p>
    <w:p w14:paraId="6B24196F" w14:textId="77777777" w:rsidR="00F77E3E" w:rsidRPr="00F77E3E" w:rsidRDefault="00F77E3E" w:rsidP="00057BF6">
      <w:pPr>
        <w:pStyle w:val="aff9"/>
        <w:spacing w:before="0" w:beforeAutospacing="0" w:after="0" w:afterAutospacing="0" w:line="360" w:lineRule="auto"/>
        <w:rPr>
          <w:rFonts w:ascii="Times New Roman" w:hAnsi="Times New Roman" w:cs="Times New Roman"/>
        </w:rPr>
      </w:pPr>
      <w:r w:rsidRPr="00F77E3E">
        <w:rPr>
          <w:rFonts w:ascii="Times New Roman" w:hAnsi="Times New Roman" w:cs="Times New Roman"/>
        </w:rPr>
        <w:t xml:space="preserve">In </w:t>
      </w:r>
      <w:r w:rsidRPr="00F77E3E">
        <w:rPr>
          <w:rStyle w:val="af9"/>
          <w:rFonts w:ascii="Times New Roman" w:hAnsi="Times New Roman" w:cs="Times New Roman"/>
        </w:rPr>
        <w:t>La Jetée</w:t>
      </w:r>
      <w:r w:rsidRPr="00F77E3E">
        <w:rPr>
          <w:rFonts w:ascii="Times New Roman" w:hAnsi="Times New Roman" w:cs="Times New Roman"/>
        </w:rPr>
        <w:t xml:space="preserve">, Chris Marker uses still images to construct the entire film. This decision removes the illusion of </w:t>
      </w:r>
      <w:proofErr w:type="gramStart"/>
      <w:r w:rsidRPr="00F77E3E">
        <w:rPr>
          <w:rFonts w:ascii="Times New Roman" w:hAnsi="Times New Roman" w:cs="Times New Roman"/>
        </w:rPr>
        <w:t>movement, and</w:t>
      </w:r>
      <w:proofErr w:type="gramEnd"/>
      <w:r w:rsidRPr="00F77E3E">
        <w:rPr>
          <w:rFonts w:ascii="Times New Roman" w:hAnsi="Times New Roman" w:cs="Times New Roman"/>
        </w:rPr>
        <w:t xml:space="preserve"> forces the viewer to focus on each frame. Each image becomes significant.</w:t>
      </w:r>
    </w:p>
    <w:p w14:paraId="62F0A997" w14:textId="77777777" w:rsidR="00F77E3E" w:rsidRPr="00F77E3E" w:rsidRDefault="00F77E3E" w:rsidP="00057BF6">
      <w:pPr>
        <w:pStyle w:val="aff9"/>
        <w:spacing w:before="0" w:beforeAutospacing="0" w:after="0" w:afterAutospacing="0" w:line="360" w:lineRule="auto"/>
        <w:rPr>
          <w:rFonts w:ascii="Times New Roman" w:hAnsi="Times New Roman" w:cs="Times New Roman"/>
        </w:rPr>
      </w:pPr>
      <w:r w:rsidRPr="00F77E3E">
        <w:rPr>
          <w:rFonts w:ascii="Times New Roman" w:hAnsi="Times New Roman" w:cs="Times New Roman"/>
        </w:rPr>
        <w:t>The narrative is built through sequence, not action. This demonstrates that cinema does not require movement to create meaning. Instead, meaning emerges from the relationship between images.</w:t>
      </w:r>
    </w:p>
    <w:p w14:paraId="45A6DFD8" w14:textId="77777777" w:rsidR="00F77E3E" w:rsidRPr="00F77E3E" w:rsidRDefault="00F77E3E" w:rsidP="00057BF6">
      <w:pPr>
        <w:pStyle w:val="aff9"/>
        <w:spacing w:before="0" w:beforeAutospacing="0" w:after="0" w:afterAutospacing="0" w:line="360" w:lineRule="auto"/>
        <w:rPr>
          <w:rFonts w:ascii="Times New Roman" w:hAnsi="Times New Roman" w:cs="Times New Roman"/>
        </w:rPr>
      </w:pPr>
      <w:r w:rsidRPr="00F77E3E">
        <w:rPr>
          <w:rFonts w:ascii="Times New Roman" w:hAnsi="Times New Roman" w:cs="Times New Roman"/>
        </w:rPr>
        <w:t>The use of still images also creates a sense of distance. It feels as though we are looking at memories rather than reality. This distance is essential for reflection.</w:t>
      </w:r>
    </w:p>
    <w:p w14:paraId="2DE64114" w14:textId="77777777" w:rsidR="00F77E3E" w:rsidRPr="00F77E3E" w:rsidRDefault="00F77E3E" w:rsidP="00057BF6">
      <w:pPr>
        <w:pStyle w:val="aff9"/>
        <w:spacing w:before="0" w:beforeAutospacing="0" w:after="0" w:afterAutospacing="0" w:line="360" w:lineRule="auto"/>
        <w:rPr>
          <w:rFonts w:ascii="Times New Roman" w:hAnsi="Times New Roman" w:cs="Times New Roman"/>
        </w:rPr>
      </w:pPr>
      <w:r w:rsidRPr="00F77E3E">
        <w:rPr>
          <w:rFonts w:ascii="Times New Roman" w:hAnsi="Times New Roman" w:cs="Times New Roman"/>
        </w:rPr>
        <w:t xml:space="preserve">In contrast, </w:t>
      </w:r>
      <w:r w:rsidRPr="00F77E3E">
        <w:rPr>
          <w:rStyle w:val="af9"/>
          <w:rFonts w:ascii="Times New Roman" w:hAnsi="Times New Roman" w:cs="Times New Roman"/>
        </w:rPr>
        <w:t>The Tree of Life</w:t>
      </w:r>
      <w:r w:rsidRPr="00F77E3E">
        <w:rPr>
          <w:rFonts w:ascii="Times New Roman" w:hAnsi="Times New Roman" w:cs="Times New Roman"/>
        </w:rPr>
        <w:t xml:space="preserve"> by Terrence Malick introduces movement and fluidity. The camera often moves freely, almost like a human presence. This creates a feeling of immersion.</w:t>
      </w:r>
    </w:p>
    <w:p w14:paraId="755B6D69" w14:textId="77777777" w:rsidR="00F77E3E" w:rsidRDefault="00F77E3E" w:rsidP="00057BF6">
      <w:pPr>
        <w:pStyle w:val="aff9"/>
        <w:spacing w:before="0" w:beforeAutospacing="0" w:after="0" w:afterAutospacing="0" w:line="360" w:lineRule="auto"/>
        <w:rPr>
          <w:rFonts w:ascii="Times New Roman" w:hAnsi="Times New Roman" w:cs="Times New Roman"/>
        </w:rPr>
      </w:pPr>
      <w:r w:rsidRPr="00F77E3E">
        <w:rPr>
          <w:rFonts w:ascii="Times New Roman" w:hAnsi="Times New Roman" w:cs="Times New Roman"/>
        </w:rPr>
        <w:t>The film moves between personal memory and cosmic imagery. This contrast expands the meaning of the film. It suggests that individual experience is connected to something larger.</w:t>
      </w:r>
    </w:p>
    <w:p w14:paraId="61174688" w14:textId="61B5084D" w:rsidR="009B50EC" w:rsidRDefault="009B50EC" w:rsidP="00057BF6">
      <w:pPr>
        <w:pStyle w:val="aff9"/>
        <w:spacing w:before="0" w:beforeAutospacing="0" w:after="0" w:afterAutospacing="0" w:line="360" w:lineRule="auto"/>
        <w:rPr>
          <w:rFonts w:ascii="Times New Roman" w:hAnsi="Times New Roman" w:cs="Times New Roman"/>
        </w:rPr>
      </w:pPr>
      <w:r w:rsidRPr="006073D4">
        <w:rPr>
          <w:rFonts w:ascii="Times New Roman" w:hAnsi="Times New Roman" w:cs="Times New Roman"/>
          <w:noProof/>
        </w:rPr>
        <w:lastRenderedPageBreak/>
        <w:drawing>
          <wp:inline distT="0" distB="0" distL="0" distR="0" wp14:anchorId="790C5447" wp14:editId="3DE8021A">
            <wp:extent cx="5486400" cy="1154430"/>
            <wp:effectExtent l="0" t="0" r="0" b="1270"/>
            <wp:docPr id="195538190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381902" name=""/>
                    <pic:cNvPicPr/>
                  </pic:nvPicPr>
                  <pic:blipFill>
                    <a:blip r:embed="rId10" cstate="screen">
                      <a:extLst>
                        <a:ext uri="{28A0092B-C50C-407E-A947-70E740481C1C}">
                          <a14:useLocalDpi xmlns:a14="http://schemas.microsoft.com/office/drawing/2010/main"/>
                        </a:ext>
                      </a:extLst>
                    </a:blip>
                    <a:stretch>
                      <a:fillRect/>
                    </a:stretch>
                  </pic:blipFill>
                  <pic:spPr>
                    <a:xfrm>
                      <a:off x="0" y="0"/>
                      <a:ext cx="5486400" cy="1154430"/>
                    </a:xfrm>
                    <a:prstGeom prst="rect">
                      <a:avLst/>
                    </a:prstGeom>
                  </pic:spPr>
                </pic:pic>
              </a:graphicData>
            </a:graphic>
          </wp:inline>
        </w:drawing>
      </w:r>
    </w:p>
    <w:p w14:paraId="650F2443" w14:textId="77777777" w:rsidR="00F9484C" w:rsidRPr="00F9484C" w:rsidRDefault="00F9484C" w:rsidP="00057BF6">
      <w:pPr>
        <w:pStyle w:val="aff9"/>
        <w:spacing w:before="0" w:beforeAutospacing="0" w:after="0" w:afterAutospacing="0" w:line="360" w:lineRule="auto"/>
        <w:rPr>
          <w:rStyle w:val="af8"/>
          <w:rFonts w:ascii="Times New Roman" w:hAnsi="Times New Roman" w:cs="Times New Roman"/>
          <w:b w:val="0"/>
          <w:bCs w:val="0"/>
        </w:rPr>
      </w:pPr>
      <w:r w:rsidRPr="00F9484C">
        <w:rPr>
          <w:rStyle w:val="af8"/>
          <w:rFonts w:ascii="Times New Roman" w:hAnsi="Times New Roman" w:cs="Times New Roman"/>
          <w:b w:val="0"/>
          <w:bCs w:val="0"/>
        </w:rPr>
        <w:t xml:space="preserve">Figure 3. La Jetée (1962), dir. Chris Marker.  </w:t>
      </w:r>
    </w:p>
    <w:p w14:paraId="66F4CFBE" w14:textId="77777777" w:rsidR="00F9484C" w:rsidRPr="00F9484C" w:rsidRDefault="00F9484C" w:rsidP="00057BF6">
      <w:pPr>
        <w:pStyle w:val="aff9"/>
        <w:spacing w:before="0" w:beforeAutospacing="0" w:after="0" w:afterAutospacing="0" w:line="360" w:lineRule="auto"/>
        <w:rPr>
          <w:rStyle w:val="af8"/>
          <w:rFonts w:ascii="Times New Roman" w:hAnsi="Times New Roman" w:cs="Times New Roman"/>
          <w:b w:val="0"/>
          <w:bCs w:val="0"/>
        </w:rPr>
      </w:pPr>
      <w:r w:rsidRPr="00F9484C">
        <w:rPr>
          <w:rStyle w:val="af8"/>
          <w:rFonts w:ascii="Times New Roman" w:hAnsi="Times New Roman" w:cs="Times New Roman"/>
          <w:b w:val="0"/>
          <w:bCs w:val="0"/>
        </w:rPr>
        <w:t>Source: Film still.</w:t>
      </w:r>
    </w:p>
    <w:p w14:paraId="4F814A7B" w14:textId="402BAF67" w:rsidR="00F77E3E" w:rsidRPr="00F77E3E" w:rsidRDefault="00F77E3E" w:rsidP="00057BF6">
      <w:pPr>
        <w:pStyle w:val="aff9"/>
        <w:spacing w:before="0" w:beforeAutospacing="0" w:after="0" w:afterAutospacing="0" w:line="360" w:lineRule="auto"/>
        <w:rPr>
          <w:rFonts w:ascii="Times New Roman" w:hAnsi="Times New Roman" w:cs="Times New Roman"/>
        </w:rPr>
      </w:pPr>
      <w:r w:rsidRPr="00F77E3E">
        <w:rPr>
          <w:rFonts w:ascii="Times New Roman" w:hAnsi="Times New Roman" w:cs="Times New Roman"/>
        </w:rPr>
        <w:t xml:space="preserve">The use of voice-over is also significant. It does not explain the </w:t>
      </w:r>
      <w:proofErr w:type="gramStart"/>
      <w:r w:rsidRPr="00F77E3E">
        <w:rPr>
          <w:rFonts w:ascii="Times New Roman" w:hAnsi="Times New Roman" w:cs="Times New Roman"/>
        </w:rPr>
        <w:t>narrative, but</w:t>
      </w:r>
      <w:proofErr w:type="gramEnd"/>
      <w:r w:rsidRPr="00F77E3E">
        <w:rPr>
          <w:rFonts w:ascii="Times New Roman" w:hAnsi="Times New Roman" w:cs="Times New Roman"/>
        </w:rPr>
        <w:t xml:space="preserve"> expresses internal thoughts. It creates another layer of meaning.</w:t>
      </w:r>
    </w:p>
    <w:p w14:paraId="2E133BC2" w14:textId="77777777" w:rsidR="00F77E3E" w:rsidRDefault="00F77E3E" w:rsidP="00057BF6">
      <w:pPr>
        <w:pStyle w:val="aff9"/>
        <w:spacing w:before="0" w:beforeAutospacing="0" w:after="0" w:afterAutospacing="0" w:line="360" w:lineRule="auto"/>
        <w:rPr>
          <w:rFonts w:ascii="Times New Roman" w:hAnsi="Times New Roman" w:cs="Times New Roman"/>
        </w:rPr>
      </w:pPr>
      <w:r w:rsidRPr="00F77E3E">
        <w:rPr>
          <w:rFonts w:ascii="Times New Roman" w:hAnsi="Times New Roman" w:cs="Times New Roman"/>
        </w:rPr>
        <w:t xml:space="preserve">In </w:t>
      </w:r>
      <w:r w:rsidRPr="00F77E3E">
        <w:rPr>
          <w:rStyle w:val="af9"/>
          <w:rFonts w:ascii="Times New Roman" w:hAnsi="Times New Roman" w:cs="Times New Roman"/>
        </w:rPr>
        <w:t>Columbus</w:t>
      </w:r>
      <w:r w:rsidRPr="00F77E3E">
        <w:rPr>
          <w:rFonts w:ascii="Times New Roman" w:hAnsi="Times New Roman" w:cs="Times New Roman"/>
        </w:rPr>
        <w:t>, directed by Kogonada, space becomes the central element. The use of architecture, symmetry, and framing creates a visual language of isolation.</w:t>
      </w:r>
    </w:p>
    <w:p w14:paraId="122FC73E" w14:textId="09E0BF9A" w:rsidR="009B50EC" w:rsidRDefault="009B50EC" w:rsidP="00057BF6">
      <w:pPr>
        <w:pStyle w:val="aff9"/>
        <w:spacing w:before="0" w:beforeAutospacing="0" w:after="0" w:afterAutospacing="0" w:line="360" w:lineRule="auto"/>
        <w:rPr>
          <w:rFonts w:ascii="Times New Roman" w:hAnsi="Times New Roman" w:cs="Times New Roman"/>
        </w:rPr>
      </w:pPr>
      <w:r w:rsidRPr="000C6158">
        <w:rPr>
          <w:rFonts w:ascii="Times New Roman" w:hAnsi="Times New Roman" w:cs="Times New Roman"/>
          <w:noProof/>
        </w:rPr>
        <w:drawing>
          <wp:inline distT="0" distB="0" distL="0" distR="0" wp14:anchorId="54B7F497" wp14:editId="776F053A">
            <wp:extent cx="5486400" cy="1351280"/>
            <wp:effectExtent l="0" t="0" r="0" b="0"/>
            <wp:docPr id="150599752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997528" name=""/>
                    <pic:cNvPicPr/>
                  </pic:nvPicPr>
                  <pic:blipFill>
                    <a:blip r:embed="rId11" cstate="screen">
                      <a:extLst>
                        <a:ext uri="{28A0092B-C50C-407E-A947-70E740481C1C}">
                          <a14:useLocalDpi xmlns:a14="http://schemas.microsoft.com/office/drawing/2010/main"/>
                        </a:ext>
                      </a:extLst>
                    </a:blip>
                    <a:stretch>
                      <a:fillRect/>
                    </a:stretch>
                  </pic:blipFill>
                  <pic:spPr>
                    <a:xfrm>
                      <a:off x="0" y="0"/>
                      <a:ext cx="5486400" cy="1351280"/>
                    </a:xfrm>
                    <a:prstGeom prst="rect">
                      <a:avLst/>
                    </a:prstGeom>
                  </pic:spPr>
                </pic:pic>
              </a:graphicData>
            </a:graphic>
          </wp:inline>
        </w:drawing>
      </w:r>
    </w:p>
    <w:p w14:paraId="46464E1F" w14:textId="3D3A8A84" w:rsidR="009B50EC" w:rsidRDefault="009B50EC" w:rsidP="00057BF6">
      <w:pPr>
        <w:pStyle w:val="aff9"/>
        <w:spacing w:before="0" w:beforeAutospacing="0" w:after="0" w:afterAutospacing="0" w:line="360" w:lineRule="auto"/>
        <w:rPr>
          <w:rFonts w:ascii="Times New Roman" w:hAnsi="Times New Roman" w:cs="Times New Roman"/>
        </w:rPr>
      </w:pPr>
      <w:r w:rsidRPr="00341AC5">
        <w:rPr>
          <w:rStyle w:val="af8"/>
          <w:rFonts w:ascii="Times New Roman" w:hAnsi="Times New Roman" w:cs="Times New Roman"/>
        </w:rPr>
        <w:t>Figure 4.</w:t>
      </w:r>
      <w:r w:rsidRPr="00341AC5">
        <w:rPr>
          <w:rFonts w:ascii="Times New Roman" w:hAnsi="Times New Roman" w:cs="Times New Roman"/>
        </w:rPr>
        <w:t xml:space="preserve"> Frames from </w:t>
      </w:r>
      <w:r w:rsidRPr="00341AC5">
        <w:rPr>
          <w:rStyle w:val="whitespace-normal"/>
          <w:rFonts w:ascii="Times New Roman" w:hAnsi="Times New Roman" w:cs="Times New Roman"/>
        </w:rPr>
        <w:t>Columbus</w:t>
      </w:r>
      <w:r w:rsidRPr="00341AC5">
        <w:rPr>
          <w:rFonts w:ascii="Times New Roman" w:hAnsi="Times New Roman" w:cs="Times New Roman"/>
        </w:rPr>
        <w:t>, directed by Kogonada.</w:t>
      </w:r>
    </w:p>
    <w:p w14:paraId="0324277E" w14:textId="3B2C1E0C" w:rsidR="00F9484C" w:rsidRPr="00F9484C" w:rsidRDefault="00F9484C" w:rsidP="00057BF6">
      <w:pPr>
        <w:pStyle w:val="aff9"/>
        <w:spacing w:before="0" w:beforeAutospacing="0" w:after="0" w:afterAutospacing="0" w:line="360" w:lineRule="auto"/>
        <w:rPr>
          <w:rFonts w:ascii="Times New Roman" w:hAnsi="Times New Roman" w:cs="Times New Roman"/>
        </w:rPr>
      </w:pPr>
      <w:r w:rsidRPr="00F9484C">
        <w:rPr>
          <w:rFonts w:ascii="Times New Roman" w:hAnsi="Times New Roman" w:cs="Times New Roman"/>
        </w:rPr>
        <w:t>Source: Film still.</w:t>
      </w:r>
    </w:p>
    <w:p w14:paraId="32E84A9C" w14:textId="77777777" w:rsidR="00F77E3E" w:rsidRPr="00F77E3E" w:rsidRDefault="00F77E3E" w:rsidP="00057BF6">
      <w:pPr>
        <w:pStyle w:val="aff9"/>
        <w:spacing w:before="0" w:beforeAutospacing="0" w:after="0" w:afterAutospacing="0" w:line="360" w:lineRule="auto"/>
        <w:rPr>
          <w:rFonts w:ascii="Times New Roman" w:hAnsi="Times New Roman" w:cs="Times New Roman"/>
        </w:rPr>
      </w:pPr>
      <w:r w:rsidRPr="00F77E3E">
        <w:rPr>
          <w:rFonts w:ascii="Times New Roman" w:hAnsi="Times New Roman" w:cs="Times New Roman"/>
        </w:rPr>
        <w:t>Characters are often placed at a distance, surrounded by large structures. This creates a sense of separation. The viewer becomes aware of space, and how it influences emotion.</w:t>
      </w:r>
    </w:p>
    <w:p w14:paraId="148300F1" w14:textId="77777777" w:rsidR="00F77E3E" w:rsidRPr="00F77E3E" w:rsidRDefault="00F77E3E" w:rsidP="00057BF6">
      <w:pPr>
        <w:pStyle w:val="aff9"/>
        <w:spacing w:before="0" w:beforeAutospacing="0" w:after="0" w:afterAutospacing="0" w:line="360" w:lineRule="auto"/>
        <w:rPr>
          <w:rFonts w:ascii="Times New Roman" w:hAnsi="Times New Roman" w:cs="Times New Roman"/>
        </w:rPr>
      </w:pPr>
      <w:r w:rsidRPr="00F77E3E">
        <w:rPr>
          <w:rFonts w:ascii="Times New Roman" w:hAnsi="Times New Roman" w:cs="Times New Roman"/>
        </w:rPr>
        <w:t>This idea is closely related to my own practice. I am interested in how spatial composition can express feeling without relying on narrative.</w:t>
      </w:r>
    </w:p>
    <w:p w14:paraId="3E30A4A5" w14:textId="02433222" w:rsidR="006073D4" w:rsidRDefault="00F77E3E" w:rsidP="00057BF6">
      <w:pPr>
        <w:pStyle w:val="aff9"/>
        <w:spacing w:before="0" w:beforeAutospacing="0" w:after="0" w:afterAutospacing="0" w:line="360" w:lineRule="auto"/>
        <w:rPr>
          <w:rFonts w:ascii="Times New Roman" w:hAnsi="Times New Roman" w:cs="Times New Roman"/>
        </w:rPr>
      </w:pPr>
      <w:r w:rsidRPr="00F77E3E">
        <w:rPr>
          <w:rFonts w:ascii="Times New Roman" w:hAnsi="Times New Roman" w:cs="Times New Roman"/>
        </w:rPr>
        <w:t>Through these examples, I understand that poetic essay film is not defined by a single technique. It is defined by a way of seeing.</w:t>
      </w:r>
    </w:p>
    <w:p w14:paraId="2D757834" w14:textId="7071DD11" w:rsidR="00E1385F" w:rsidRPr="00E1385F" w:rsidRDefault="00E1385F" w:rsidP="00057BF6">
      <w:pPr>
        <w:pStyle w:val="21"/>
        <w:spacing w:before="0" w:line="360" w:lineRule="auto"/>
        <w:rPr>
          <w:rFonts w:ascii="Times New Roman" w:hAnsi="Times New Roman" w:cs="Times New Roman"/>
          <w:color w:val="000000" w:themeColor="text1"/>
        </w:rPr>
      </w:pPr>
      <w:r w:rsidRPr="00E1385F">
        <w:rPr>
          <w:rFonts w:ascii="Times New Roman" w:hAnsi="Times New Roman" w:cs="Times New Roman"/>
          <w:color w:val="000000" w:themeColor="text1"/>
        </w:rPr>
        <w:t>Limitations of Poetic Essay Film</w:t>
      </w:r>
    </w:p>
    <w:p w14:paraId="3AE21492" w14:textId="77777777" w:rsidR="00E1385F" w:rsidRPr="00E1385F" w:rsidRDefault="00E1385F" w:rsidP="00057BF6">
      <w:pPr>
        <w:pStyle w:val="aff9"/>
        <w:spacing w:before="0" w:beforeAutospacing="0" w:after="0" w:afterAutospacing="0" w:line="360" w:lineRule="auto"/>
        <w:rPr>
          <w:rFonts w:ascii="Times New Roman" w:hAnsi="Times New Roman" w:cs="Times New Roman"/>
        </w:rPr>
      </w:pPr>
      <w:r w:rsidRPr="00E1385F">
        <w:rPr>
          <w:rFonts w:ascii="Times New Roman" w:hAnsi="Times New Roman" w:cs="Times New Roman"/>
        </w:rPr>
        <w:t>Although poetic essay film offers a unique way of expression, it also has limitations.</w:t>
      </w:r>
    </w:p>
    <w:p w14:paraId="0E3BF97D" w14:textId="77777777" w:rsidR="00E1385F" w:rsidRPr="00E1385F" w:rsidRDefault="00E1385F" w:rsidP="00057BF6">
      <w:pPr>
        <w:pStyle w:val="aff9"/>
        <w:spacing w:before="0" w:beforeAutospacing="0" w:after="0" w:afterAutospacing="0" w:line="360" w:lineRule="auto"/>
        <w:rPr>
          <w:rFonts w:ascii="Times New Roman" w:hAnsi="Times New Roman" w:cs="Times New Roman"/>
        </w:rPr>
      </w:pPr>
      <w:r w:rsidRPr="00E1385F">
        <w:rPr>
          <w:rFonts w:ascii="Times New Roman" w:hAnsi="Times New Roman" w:cs="Times New Roman"/>
        </w:rPr>
        <w:t>One of the main issues is accessibility. For many audiences, this type of film can be difficult to understand. Without a clear narrative, viewers may feel disconnected.</w:t>
      </w:r>
    </w:p>
    <w:p w14:paraId="2DDED8B9" w14:textId="77777777" w:rsidR="00E1385F" w:rsidRPr="00E1385F" w:rsidRDefault="00E1385F" w:rsidP="00057BF6">
      <w:pPr>
        <w:pStyle w:val="aff9"/>
        <w:spacing w:before="0" w:beforeAutospacing="0" w:after="0" w:afterAutospacing="0" w:line="360" w:lineRule="auto"/>
        <w:rPr>
          <w:rFonts w:ascii="Times New Roman" w:hAnsi="Times New Roman" w:cs="Times New Roman"/>
        </w:rPr>
      </w:pPr>
      <w:r w:rsidRPr="00E1385F">
        <w:rPr>
          <w:rFonts w:ascii="Times New Roman" w:hAnsi="Times New Roman" w:cs="Times New Roman"/>
        </w:rPr>
        <w:t>Some people may describe these films as slow or even boring. This reaction is understandable, because the viewing experience is very different from mainstream cinema.</w:t>
      </w:r>
    </w:p>
    <w:p w14:paraId="592D0068" w14:textId="77777777" w:rsidR="00E1385F" w:rsidRPr="00E1385F" w:rsidRDefault="00E1385F" w:rsidP="00057BF6">
      <w:pPr>
        <w:pStyle w:val="aff9"/>
        <w:spacing w:before="0" w:beforeAutospacing="0" w:after="0" w:afterAutospacing="0" w:line="360" w:lineRule="auto"/>
        <w:rPr>
          <w:rFonts w:ascii="Times New Roman" w:hAnsi="Times New Roman" w:cs="Times New Roman"/>
        </w:rPr>
      </w:pPr>
      <w:r w:rsidRPr="00E1385F">
        <w:rPr>
          <w:rFonts w:ascii="Times New Roman" w:hAnsi="Times New Roman" w:cs="Times New Roman"/>
        </w:rPr>
        <w:lastRenderedPageBreak/>
        <w:t>Another limitation is that poetic essay film often relies heavily on personal experience. While this can create strong emotional depth, it can also make the work too subjective.</w:t>
      </w:r>
    </w:p>
    <w:p w14:paraId="2E756F66" w14:textId="77777777" w:rsidR="00E1385F" w:rsidRPr="00E1385F" w:rsidRDefault="00E1385F" w:rsidP="00057BF6">
      <w:pPr>
        <w:pStyle w:val="aff9"/>
        <w:spacing w:before="0" w:beforeAutospacing="0" w:after="0" w:afterAutospacing="0" w:line="360" w:lineRule="auto"/>
        <w:rPr>
          <w:rFonts w:ascii="Times New Roman" w:hAnsi="Times New Roman" w:cs="Times New Roman"/>
        </w:rPr>
      </w:pPr>
      <w:r w:rsidRPr="00E1385F">
        <w:rPr>
          <w:rFonts w:ascii="Times New Roman" w:hAnsi="Times New Roman" w:cs="Times New Roman"/>
        </w:rPr>
        <w:t>If the audience cannot connect with the filmmaker’s perspective, the film may lose its impact.</w:t>
      </w:r>
    </w:p>
    <w:p w14:paraId="6A3F58D2" w14:textId="77777777" w:rsidR="00E1385F" w:rsidRPr="00E1385F" w:rsidRDefault="00E1385F" w:rsidP="00057BF6">
      <w:pPr>
        <w:pStyle w:val="aff9"/>
        <w:spacing w:before="0" w:beforeAutospacing="0" w:after="0" w:afterAutospacing="0" w:line="360" w:lineRule="auto"/>
        <w:rPr>
          <w:rFonts w:ascii="Times New Roman" w:hAnsi="Times New Roman" w:cs="Times New Roman"/>
        </w:rPr>
      </w:pPr>
      <w:r w:rsidRPr="00E1385F">
        <w:rPr>
          <w:rFonts w:ascii="Times New Roman" w:hAnsi="Times New Roman" w:cs="Times New Roman"/>
        </w:rPr>
        <w:t>There is also a risk of over-</w:t>
      </w:r>
      <w:proofErr w:type="spellStart"/>
      <w:r w:rsidRPr="00E1385F">
        <w:rPr>
          <w:rFonts w:ascii="Times New Roman" w:hAnsi="Times New Roman" w:cs="Times New Roman"/>
        </w:rPr>
        <w:t>aestheticisation</w:t>
      </w:r>
      <w:proofErr w:type="spellEnd"/>
      <w:r w:rsidRPr="00E1385F">
        <w:rPr>
          <w:rFonts w:ascii="Times New Roman" w:hAnsi="Times New Roman" w:cs="Times New Roman"/>
        </w:rPr>
        <w:t>. When focusing too much on visual beauty, the film may lose meaning. Poetic image should not only be beautiful, but also meaningful.</w:t>
      </w:r>
    </w:p>
    <w:p w14:paraId="1B3F560B" w14:textId="77777777" w:rsidR="00E1385F" w:rsidRPr="00E1385F" w:rsidRDefault="00E1385F" w:rsidP="00057BF6">
      <w:pPr>
        <w:pStyle w:val="aff9"/>
        <w:spacing w:before="0" w:beforeAutospacing="0" w:after="0" w:afterAutospacing="0" w:line="360" w:lineRule="auto"/>
        <w:rPr>
          <w:rFonts w:ascii="Times New Roman" w:hAnsi="Times New Roman" w:cs="Times New Roman"/>
        </w:rPr>
      </w:pPr>
      <w:r w:rsidRPr="00E1385F">
        <w:rPr>
          <w:rFonts w:ascii="Times New Roman" w:hAnsi="Times New Roman" w:cs="Times New Roman"/>
        </w:rPr>
        <w:t>In my own work, I need to be aware of these limitations. I must find a balance between personal expression and audience engagement.</w:t>
      </w:r>
    </w:p>
    <w:p w14:paraId="164F4A73" w14:textId="77777777" w:rsidR="00E1385F" w:rsidRPr="00E1385F" w:rsidRDefault="00E1385F" w:rsidP="00057BF6">
      <w:pPr>
        <w:pStyle w:val="aff9"/>
        <w:spacing w:before="0" w:beforeAutospacing="0" w:after="0" w:afterAutospacing="0" w:line="360" w:lineRule="auto"/>
        <w:rPr>
          <w:rFonts w:ascii="Times New Roman" w:hAnsi="Times New Roman" w:cs="Times New Roman"/>
        </w:rPr>
      </w:pPr>
    </w:p>
    <w:p w14:paraId="25667399" w14:textId="77777777" w:rsidR="00B94871" w:rsidRDefault="00B94871" w:rsidP="00057BF6">
      <w:pPr>
        <w:pStyle w:val="21"/>
        <w:spacing w:before="0" w:line="360" w:lineRule="auto"/>
        <w:rPr>
          <w:rFonts w:ascii="Times New Roman" w:hAnsi="Times New Roman" w:cs="Times New Roman"/>
          <w:color w:val="000000" w:themeColor="text1"/>
        </w:rPr>
      </w:pPr>
      <w:r w:rsidRPr="00B94871">
        <w:rPr>
          <w:rFonts w:ascii="Times New Roman" w:hAnsi="Times New Roman" w:cs="Times New Roman"/>
          <w:color w:val="000000" w:themeColor="text1"/>
        </w:rPr>
        <w:t>How Should I Investigate?</w:t>
      </w:r>
    </w:p>
    <w:p w14:paraId="66161DDC" w14:textId="77777777" w:rsidR="004B59F5" w:rsidRPr="004B59F5" w:rsidRDefault="004B59F5" w:rsidP="00057BF6">
      <w:pPr>
        <w:pStyle w:val="aff9"/>
        <w:spacing w:before="0" w:beforeAutospacing="0" w:after="0" w:afterAutospacing="0" w:line="360" w:lineRule="auto"/>
        <w:rPr>
          <w:rFonts w:ascii="Times New Roman" w:hAnsi="Times New Roman" w:cs="Times New Roman"/>
          <w:color w:val="000000" w:themeColor="text1"/>
        </w:rPr>
      </w:pPr>
      <w:r w:rsidRPr="004B59F5">
        <w:rPr>
          <w:rFonts w:ascii="Times New Roman" w:hAnsi="Times New Roman" w:cs="Times New Roman"/>
          <w:color w:val="000000" w:themeColor="text1"/>
        </w:rPr>
        <w:t>My investigation process is both theoretical and practical. Because poetic essay film is highly subjective, I cannot rely only on academic theory. I must also rely on my own experience and observation.</w:t>
      </w:r>
    </w:p>
    <w:p w14:paraId="7984604D" w14:textId="77777777" w:rsidR="004B59F5" w:rsidRPr="004B59F5" w:rsidRDefault="004B59F5" w:rsidP="00057BF6">
      <w:pPr>
        <w:pStyle w:val="aff9"/>
        <w:spacing w:before="0" w:beforeAutospacing="0" w:after="0" w:afterAutospacing="0" w:line="360" w:lineRule="auto"/>
        <w:rPr>
          <w:rFonts w:ascii="Times New Roman" w:hAnsi="Times New Roman" w:cs="Times New Roman"/>
          <w:color w:val="000000" w:themeColor="text1"/>
        </w:rPr>
      </w:pPr>
      <w:r w:rsidRPr="004B59F5">
        <w:rPr>
          <w:rFonts w:ascii="Times New Roman" w:hAnsi="Times New Roman" w:cs="Times New Roman"/>
          <w:color w:val="000000" w:themeColor="text1"/>
        </w:rPr>
        <w:t>The first method I use is observation. This involves paying attention to small details in everyday life. Light, sound, movement, and silence all become important.</w:t>
      </w:r>
    </w:p>
    <w:p w14:paraId="666F72F1" w14:textId="77777777" w:rsidR="004B59F5" w:rsidRPr="004B59F5" w:rsidRDefault="004B59F5" w:rsidP="00057BF6">
      <w:pPr>
        <w:pStyle w:val="aff9"/>
        <w:spacing w:before="0" w:beforeAutospacing="0" w:after="0" w:afterAutospacing="0" w:line="360" w:lineRule="auto"/>
        <w:rPr>
          <w:rFonts w:ascii="Times New Roman" w:hAnsi="Times New Roman" w:cs="Times New Roman"/>
          <w:color w:val="000000" w:themeColor="text1"/>
        </w:rPr>
      </w:pPr>
      <w:r w:rsidRPr="004B59F5">
        <w:rPr>
          <w:rFonts w:ascii="Times New Roman" w:hAnsi="Times New Roman" w:cs="Times New Roman"/>
          <w:color w:val="000000" w:themeColor="text1"/>
        </w:rPr>
        <w:t>For example, I may observe how sunlight changes a room at different times of the day. Or how a person behaves when they are alone. These moments may seem insignificant, but they contain emotional depth.</w:t>
      </w:r>
    </w:p>
    <w:p w14:paraId="5C9962E3" w14:textId="77777777" w:rsidR="004B59F5" w:rsidRPr="004B59F5" w:rsidRDefault="004B59F5" w:rsidP="00057BF6">
      <w:pPr>
        <w:pStyle w:val="aff9"/>
        <w:spacing w:before="0" w:beforeAutospacing="0" w:after="0" w:afterAutospacing="0" w:line="360" w:lineRule="auto"/>
        <w:rPr>
          <w:rFonts w:ascii="Times New Roman" w:hAnsi="Times New Roman" w:cs="Times New Roman"/>
          <w:color w:val="000000" w:themeColor="text1"/>
        </w:rPr>
      </w:pPr>
      <w:r w:rsidRPr="004B59F5">
        <w:rPr>
          <w:rFonts w:ascii="Times New Roman" w:hAnsi="Times New Roman" w:cs="Times New Roman"/>
          <w:color w:val="000000" w:themeColor="text1"/>
        </w:rPr>
        <w:t>The second method is memory. Memory is not accurate, but it is meaningful. It contains emotional truth. By revisiting my own memories, I can find fragments that can be translated into visual form.</w:t>
      </w:r>
    </w:p>
    <w:p w14:paraId="0373886B" w14:textId="77777777" w:rsidR="004B59F5" w:rsidRPr="004B59F5" w:rsidRDefault="004B59F5" w:rsidP="00057BF6">
      <w:pPr>
        <w:pStyle w:val="aff9"/>
        <w:spacing w:before="0" w:beforeAutospacing="0" w:after="0" w:afterAutospacing="0" w:line="360" w:lineRule="auto"/>
        <w:rPr>
          <w:rFonts w:ascii="Times New Roman" w:hAnsi="Times New Roman" w:cs="Times New Roman"/>
          <w:color w:val="000000" w:themeColor="text1"/>
        </w:rPr>
      </w:pPr>
      <w:r w:rsidRPr="004B59F5">
        <w:rPr>
          <w:rFonts w:ascii="Times New Roman" w:hAnsi="Times New Roman" w:cs="Times New Roman"/>
          <w:color w:val="000000" w:themeColor="text1"/>
        </w:rPr>
        <w:t>The third method is film analysis. By studying directors such as Tarkovsky, Marker, and Malick, I can understand how they construct poetic meaning. I focus on elements such as:</w:t>
      </w:r>
    </w:p>
    <w:p w14:paraId="02451E35" w14:textId="77777777" w:rsidR="004B59F5" w:rsidRPr="004B59F5" w:rsidRDefault="004B59F5" w:rsidP="00057BF6">
      <w:pPr>
        <w:numPr>
          <w:ilvl w:val="0"/>
          <w:numId w:val="11"/>
        </w:numPr>
        <w:spacing w:line="360" w:lineRule="auto"/>
        <w:rPr>
          <w:rFonts w:ascii="Times New Roman" w:hAnsi="Times New Roman" w:cs="Times New Roman"/>
          <w:color w:val="000000" w:themeColor="text1"/>
        </w:rPr>
      </w:pPr>
      <w:r w:rsidRPr="004B59F5">
        <w:rPr>
          <w:rFonts w:ascii="Times New Roman" w:hAnsi="Times New Roman" w:cs="Times New Roman"/>
          <w:color w:val="000000" w:themeColor="text1"/>
        </w:rPr>
        <w:t xml:space="preserve">duration </w:t>
      </w:r>
    </w:p>
    <w:p w14:paraId="30A4869C" w14:textId="77777777" w:rsidR="004B59F5" w:rsidRPr="004B59F5" w:rsidRDefault="004B59F5" w:rsidP="00057BF6">
      <w:pPr>
        <w:numPr>
          <w:ilvl w:val="0"/>
          <w:numId w:val="11"/>
        </w:numPr>
        <w:spacing w:line="360" w:lineRule="auto"/>
        <w:rPr>
          <w:rFonts w:ascii="Times New Roman" w:hAnsi="Times New Roman" w:cs="Times New Roman"/>
          <w:color w:val="000000" w:themeColor="text1"/>
        </w:rPr>
      </w:pPr>
      <w:r w:rsidRPr="004B59F5">
        <w:rPr>
          <w:rFonts w:ascii="Times New Roman" w:hAnsi="Times New Roman" w:cs="Times New Roman"/>
          <w:color w:val="000000" w:themeColor="text1"/>
        </w:rPr>
        <w:t xml:space="preserve">rhythm </w:t>
      </w:r>
    </w:p>
    <w:p w14:paraId="32CCE0B9" w14:textId="77777777" w:rsidR="004B59F5" w:rsidRPr="004B59F5" w:rsidRDefault="004B59F5" w:rsidP="00057BF6">
      <w:pPr>
        <w:numPr>
          <w:ilvl w:val="0"/>
          <w:numId w:val="11"/>
        </w:numPr>
        <w:spacing w:line="360" w:lineRule="auto"/>
        <w:rPr>
          <w:rFonts w:ascii="Times New Roman" w:hAnsi="Times New Roman" w:cs="Times New Roman"/>
          <w:color w:val="000000" w:themeColor="text1"/>
        </w:rPr>
      </w:pPr>
      <w:r w:rsidRPr="004B59F5">
        <w:rPr>
          <w:rFonts w:ascii="Times New Roman" w:hAnsi="Times New Roman" w:cs="Times New Roman"/>
          <w:color w:val="000000" w:themeColor="text1"/>
        </w:rPr>
        <w:t xml:space="preserve">framing </w:t>
      </w:r>
    </w:p>
    <w:p w14:paraId="78D5DFB6" w14:textId="77777777" w:rsidR="004B59F5" w:rsidRPr="004B59F5" w:rsidRDefault="004B59F5" w:rsidP="00057BF6">
      <w:pPr>
        <w:numPr>
          <w:ilvl w:val="0"/>
          <w:numId w:val="11"/>
        </w:numPr>
        <w:spacing w:line="360" w:lineRule="auto"/>
        <w:rPr>
          <w:rFonts w:ascii="Times New Roman" w:hAnsi="Times New Roman" w:cs="Times New Roman"/>
          <w:color w:val="000000" w:themeColor="text1"/>
        </w:rPr>
      </w:pPr>
      <w:r w:rsidRPr="004B59F5">
        <w:rPr>
          <w:rFonts w:ascii="Times New Roman" w:hAnsi="Times New Roman" w:cs="Times New Roman"/>
          <w:color w:val="000000" w:themeColor="text1"/>
        </w:rPr>
        <w:t xml:space="preserve">sound </w:t>
      </w:r>
    </w:p>
    <w:p w14:paraId="3FF44666" w14:textId="77777777" w:rsidR="004B59F5" w:rsidRPr="004B59F5" w:rsidRDefault="004B59F5" w:rsidP="00057BF6">
      <w:pPr>
        <w:pStyle w:val="aff9"/>
        <w:spacing w:before="0" w:beforeAutospacing="0" w:after="0" w:afterAutospacing="0" w:line="360" w:lineRule="auto"/>
        <w:rPr>
          <w:rFonts w:ascii="Times New Roman" w:hAnsi="Times New Roman" w:cs="Times New Roman"/>
          <w:color w:val="000000" w:themeColor="text1"/>
        </w:rPr>
      </w:pPr>
      <w:r w:rsidRPr="004B59F5">
        <w:rPr>
          <w:rFonts w:ascii="Times New Roman" w:hAnsi="Times New Roman" w:cs="Times New Roman"/>
          <w:color w:val="000000" w:themeColor="text1"/>
        </w:rPr>
        <w:t>Finally, I experiment with my own practice. I test different approaches, including camera movement, composition, and sound design. Through this process, I gradually develop my own visual language.</w:t>
      </w:r>
    </w:p>
    <w:p w14:paraId="566AAC85" w14:textId="6FA263BB" w:rsidR="00B94871" w:rsidRDefault="004B59F5" w:rsidP="00057BF6">
      <w:pPr>
        <w:pStyle w:val="aff9"/>
        <w:spacing w:before="0" w:beforeAutospacing="0" w:after="0" w:afterAutospacing="0" w:line="360" w:lineRule="auto"/>
        <w:rPr>
          <w:rFonts w:ascii="Times New Roman" w:hAnsi="Times New Roman" w:cs="Times New Roman"/>
          <w:color w:val="000000" w:themeColor="text1"/>
        </w:rPr>
      </w:pPr>
      <w:r w:rsidRPr="004B59F5">
        <w:rPr>
          <w:rFonts w:ascii="Times New Roman" w:hAnsi="Times New Roman" w:cs="Times New Roman"/>
          <w:color w:val="000000" w:themeColor="text1"/>
        </w:rPr>
        <w:lastRenderedPageBreak/>
        <w:t>Investigation, therefore, is not a fixed method. It is an ongoing process of observation, reflection, and experimentation.</w:t>
      </w:r>
    </w:p>
    <w:p w14:paraId="575B76D4" w14:textId="77777777" w:rsidR="00110B51" w:rsidRDefault="00110B51" w:rsidP="00057BF6">
      <w:pPr>
        <w:pStyle w:val="aff9"/>
        <w:spacing w:before="0" w:beforeAutospacing="0" w:after="0" w:afterAutospacing="0" w:line="360" w:lineRule="auto"/>
        <w:rPr>
          <w:rFonts w:ascii="Times New Roman" w:hAnsi="Times New Roman" w:cs="Times New Roman"/>
          <w:color w:val="000000" w:themeColor="text1"/>
        </w:rPr>
      </w:pPr>
    </w:p>
    <w:p w14:paraId="3C96E150" w14:textId="5FBEC9A4" w:rsidR="004D3D9E" w:rsidRDefault="004B59F5" w:rsidP="00057BF6">
      <w:pPr>
        <w:pStyle w:val="21"/>
        <w:spacing w:before="0" w:line="360" w:lineRule="auto"/>
        <w:rPr>
          <w:rFonts w:ascii="Times New Roman" w:hAnsi="Times New Roman" w:cs="Times New Roman"/>
          <w:color w:val="000000" w:themeColor="text1"/>
          <w:sz w:val="24"/>
          <w:szCs w:val="24"/>
        </w:rPr>
      </w:pPr>
      <w:r w:rsidRPr="004B59F5">
        <w:rPr>
          <w:rFonts w:ascii="Times New Roman" w:hAnsi="Times New Roman" w:cs="Times New Roman"/>
          <w:color w:val="000000" w:themeColor="text1"/>
        </w:rPr>
        <w:t>What Will I Create?</w:t>
      </w:r>
    </w:p>
    <w:p w14:paraId="3F00081A" w14:textId="77777777" w:rsidR="00110B51" w:rsidRPr="00110B51" w:rsidRDefault="00110B51" w:rsidP="00057BF6">
      <w:pPr>
        <w:pStyle w:val="aff9"/>
        <w:spacing w:before="0" w:beforeAutospacing="0" w:after="0" w:afterAutospacing="0" w:line="360" w:lineRule="auto"/>
        <w:rPr>
          <w:rFonts w:ascii="Times New Roman" w:hAnsi="Times New Roman" w:cs="Times New Roman"/>
          <w:color w:val="000000" w:themeColor="text1"/>
        </w:rPr>
      </w:pPr>
      <w:r w:rsidRPr="00110B51">
        <w:rPr>
          <w:rFonts w:ascii="Times New Roman" w:hAnsi="Times New Roman" w:cs="Times New Roman"/>
          <w:color w:val="000000" w:themeColor="text1"/>
        </w:rPr>
        <w:t>Based on my research, I plan to create a poetic essay film that explores loneliness, memory, and spatial experience.</w:t>
      </w:r>
    </w:p>
    <w:p w14:paraId="7F439380" w14:textId="77777777" w:rsidR="00110B51" w:rsidRPr="00110B51" w:rsidRDefault="00110B51" w:rsidP="00057BF6">
      <w:pPr>
        <w:pStyle w:val="aff9"/>
        <w:spacing w:before="0" w:beforeAutospacing="0" w:after="0" w:afterAutospacing="0" w:line="360" w:lineRule="auto"/>
        <w:rPr>
          <w:rFonts w:ascii="Times New Roman" w:hAnsi="Times New Roman" w:cs="Times New Roman"/>
          <w:color w:val="000000" w:themeColor="text1"/>
        </w:rPr>
      </w:pPr>
      <w:r w:rsidRPr="00110B51">
        <w:rPr>
          <w:rFonts w:ascii="Times New Roman" w:hAnsi="Times New Roman" w:cs="Times New Roman"/>
          <w:color w:val="000000" w:themeColor="text1"/>
        </w:rPr>
        <w:t>The film will not follow a traditional narrative. Instead, it will consist of fragments. These fragments may include:</w:t>
      </w:r>
    </w:p>
    <w:p w14:paraId="5E7E8F55" w14:textId="77777777" w:rsidR="00110B51" w:rsidRPr="00110B51" w:rsidRDefault="00110B51" w:rsidP="00057BF6">
      <w:pPr>
        <w:numPr>
          <w:ilvl w:val="0"/>
          <w:numId w:val="12"/>
        </w:numPr>
        <w:spacing w:line="360" w:lineRule="auto"/>
        <w:rPr>
          <w:rFonts w:ascii="Times New Roman" w:hAnsi="Times New Roman" w:cs="Times New Roman"/>
          <w:color w:val="000000" w:themeColor="text1"/>
        </w:rPr>
      </w:pPr>
      <w:r w:rsidRPr="00110B51">
        <w:rPr>
          <w:rFonts w:ascii="Times New Roman" w:hAnsi="Times New Roman" w:cs="Times New Roman"/>
          <w:color w:val="000000" w:themeColor="text1"/>
        </w:rPr>
        <w:t xml:space="preserve">landscapes </w:t>
      </w:r>
    </w:p>
    <w:p w14:paraId="384D970E" w14:textId="77777777" w:rsidR="00110B51" w:rsidRPr="00110B51" w:rsidRDefault="00110B51" w:rsidP="00057BF6">
      <w:pPr>
        <w:numPr>
          <w:ilvl w:val="0"/>
          <w:numId w:val="12"/>
        </w:numPr>
        <w:spacing w:line="360" w:lineRule="auto"/>
        <w:rPr>
          <w:rFonts w:ascii="Times New Roman" w:hAnsi="Times New Roman" w:cs="Times New Roman"/>
          <w:color w:val="000000" w:themeColor="text1"/>
        </w:rPr>
      </w:pPr>
      <w:r w:rsidRPr="00110B51">
        <w:rPr>
          <w:rFonts w:ascii="Times New Roman" w:hAnsi="Times New Roman" w:cs="Times New Roman"/>
          <w:color w:val="000000" w:themeColor="text1"/>
        </w:rPr>
        <w:t xml:space="preserve">urban environments </w:t>
      </w:r>
    </w:p>
    <w:p w14:paraId="13A8D280" w14:textId="77777777" w:rsidR="00110B51" w:rsidRPr="00110B51" w:rsidRDefault="00110B51" w:rsidP="00057BF6">
      <w:pPr>
        <w:numPr>
          <w:ilvl w:val="0"/>
          <w:numId w:val="12"/>
        </w:numPr>
        <w:spacing w:line="360" w:lineRule="auto"/>
        <w:rPr>
          <w:rFonts w:ascii="Times New Roman" w:hAnsi="Times New Roman" w:cs="Times New Roman"/>
          <w:color w:val="000000" w:themeColor="text1"/>
        </w:rPr>
      </w:pPr>
      <w:r w:rsidRPr="00110B51">
        <w:rPr>
          <w:rFonts w:ascii="Times New Roman" w:hAnsi="Times New Roman" w:cs="Times New Roman"/>
          <w:color w:val="000000" w:themeColor="text1"/>
        </w:rPr>
        <w:t xml:space="preserve">personal moments </w:t>
      </w:r>
    </w:p>
    <w:p w14:paraId="4EA026E1" w14:textId="77777777" w:rsidR="00110B51" w:rsidRPr="00110B51" w:rsidRDefault="00110B51" w:rsidP="00057BF6">
      <w:pPr>
        <w:numPr>
          <w:ilvl w:val="0"/>
          <w:numId w:val="12"/>
        </w:numPr>
        <w:spacing w:line="360" w:lineRule="auto"/>
        <w:rPr>
          <w:rFonts w:ascii="Times New Roman" w:hAnsi="Times New Roman" w:cs="Times New Roman"/>
          <w:color w:val="000000" w:themeColor="text1"/>
        </w:rPr>
      </w:pPr>
      <w:r w:rsidRPr="00110B51">
        <w:rPr>
          <w:rFonts w:ascii="Times New Roman" w:hAnsi="Times New Roman" w:cs="Times New Roman"/>
          <w:color w:val="000000" w:themeColor="text1"/>
        </w:rPr>
        <w:t xml:space="preserve">observational scenes </w:t>
      </w:r>
    </w:p>
    <w:p w14:paraId="71007049" w14:textId="77777777" w:rsidR="00110B51" w:rsidRPr="00110B51" w:rsidRDefault="00110B51" w:rsidP="00057BF6">
      <w:pPr>
        <w:pStyle w:val="aff9"/>
        <w:spacing w:before="0" w:beforeAutospacing="0" w:after="0" w:afterAutospacing="0" w:line="360" w:lineRule="auto"/>
        <w:rPr>
          <w:rFonts w:ascii="Times New Roman" w:hAnsi="Times New Roman" w:cs="Times New Roman"/>
          <w:color w:val="000000" w:themeColor="text1"/>
        </w:rPr>
      </w:pPr>
      <w:r w:rsidRPr="00110B51">
        <w:rPr>
          <w:rFonts w:ascii="Times New Roman" w:hAnsi="Times New Roman" w:cs="Times New Roman"/>
          <w:color w:val="000000" w:themeColor="text1"/>
        </w:rPr>
        <w:t>The structure of the film will reflect memory rather than chronology. Scenes will be connected through emotion rather than logic.</w:t>
      </w:r>
    </w:p>
    <w:p w14:paraId="38E08599" w14:textId="77777777" w:rsidR="00110B51" w:rsidRPr="00110B51" w:rsidRDefault="00110B51" w:rsidP="00057BF6">
      <w:pPr>
        <w:pStyle w:val="aff9"/>
        <w:spacing w:before="0" w:beforeAutospacing="0" w:after="0" w:afterAutospacing="0" w:line="360" w:lineRule="auto"/>
        <w:rPr>
          <w:rFonts w:ascii="Times New Roman" w:hAnsi="Times New Roman" w:cs="Times New Roman"/>
          <w:color w:val="000000" w:themeColor="text1"/>
        </w:rPr>
      </w:pPr>
      <w:r w:rsidRPr="00110B51">
        <w:rPr>
          <w:rFonts w:ascii="Times New Roman" w:hAnsi="Times New Roman" w:cs="Times New Roman"/>
          <w:color w:val="000000" w:themeColor="text1"/>
        </w:rPr>
        <w:t>Visually, I will focus on:</w:t>
      </w:r>
    </w:p>
    <w:p w14:paraId="187219C6" w14:textId="77777777" w:rsidR="00110B51" w:rsidRPr="00110B51" w:rsidRDefault="00110B51" w:rsidP="00057BF6">
      <w:pPr>
        <w:numPr>
          <w:ilvl w:val="0"/>
          <w:numId w:val="13"/>
        </w:numPr>
        <w:spacing w:line="360" w:lineRule="auto"/>
        <w:rPr>
          <w:rFonts w:ascii="Times New Roman" w:hAnsi="Times New Roman" w:cs="Times New Roman"/>
          <w:color w:val="000000" w:themeColor="text1"/>
        </w:rPr>
      </w:pPr>
      <w:r w:rsidRPr="00110B51">
        <w:rPr>
          <w:rFonts w:ascii="Times New Roman" w:hAnsi="Times New Roman" w:cs="Times New Roman"/>
          <w:color w:val="000000" w:themeColor="text1"/>
        </w:rPr>
        <w:t xml:space="preserve">natural light </w:t>
      </w:r>
    </w:p>
    <w:p w14:paraId="6C537693" w14:textId="77777777" w:rsidR="00110B51" w:rsidRPr="00110B51" w:rsidRDefault="00110B51" w:rsidP="00057BF6">
      <w:pPr>
        <w:numPr>
          <w:ilvl w:val="0"/>
          <w:numId w:val="13"/>
        </w:numPr>
        <w:spacing w:line="360" w:lineRule="auto"/>
        <w:rPr>
          <w:rFonts w:ascii="Times New Roman" w:hAnsi="Times New Roman" w:cs="Times New Roman"/>
          <w:color w:val="000000" w:themeColor="text1"/>
        </w:rPr>
      </w:pPr>
      <w:r w:rsidRPr="00110B51">
        <w:rPr>
          <w:rFonts w:ascii="Times New Roman" w:hAnsi="Times New Roman" w:cs="Times New Roman"/>
          <w:color w:val="000000" w:themeColor="text1"/>
        </w:rPr>
        <w:t xml:space="preserve">minimal composition </w:t>
      </w:r>
    </w:p>
    <w:p w14:paraId="58F8E7B4" w14:textId="77777777" w:rsidR="00110B51" w:rsidRPr="00110B51" w:rsidRDefault="00110B51" w:rsidP="00057BF6">
      <w:pPr>
        <w:numPr>
          <w:ilvl w:val="0"/>
          <w:numId w:val="13"/>
        </w:numPr>
        <w:spacing w:line="360" w:lineRule="auto"/>
        <w:rPr>
          <w:rFonts w:ascii="Times New Roman" w:hAnsi="Times New Roman" w:cs="Times New Roman"/>
          <w:color w:val="000000" w:themeColor="text1"/>
        </w:rPr>
      </w:pPr>
      <w:r w:rsidRPr="00110B51">
        <w:rPr>
          <w:rFonts w:ascii="Times New Roman" w:hAnsi="Times New Roman" w:cs="Times New Roman"/>
          <w:color w:val="000000" w:themeColor="text1"/>
        </w:rPr>
        <w:t xml:space="preserve">distance between subject and camera </w:t>
      </w:r>
    </w:p>
    <w:p w14:paraId="5FDDB96F" w14:textId="77777777" w:rsidR="00110B51" w:rsidRPr="00110B51" w:rsidRDefault="00110B51" w:rsidP="00057BF6">
      <w:pPr>
        <w:pStyle w:val="aff9"/>
        <w:spacing w:before="0" w:beforeAutospacing="0" w:after="0" w:afterAutospacing="0" w:line="360" w:lineRule="auto"/>
        <w:rPr>
          <w:rFonts w:ascii="Times New Roman" w:hAnsi="Times New Roman" w:cs="Times New Roman"/>
          <w:color w:val="000000" w:themeColor="text1"/>
        </w:rPr>
      </w:pPr>
      <w:r w:rsidRPr="00110B51">
        <w:rPr>
          <w:rFonts w:ascii="Times New Roman" w:hAnsi="Times New Roman" w:cs="Times New Roman"/>
          <w:color w:val="000000" w:themeColor="text1"/>
        </w:rPr>
        <w:t>I am particularly interested in the concept of “edge”. This includes:</w:t>
      </w:r>
    </w:p>
    <w:p w14:paraId="581FB762" w14:textId="77777777" w:rsidR="00110B51" w:rsidRPr="00110B51" w:rsidRDefault="00110B51" w:rsidP="00057BF6">
      <w:pPr>
        <w:numPr>
          <w:ilvl w:val="0"/>
          <w:numId w:val="14"/>
        </w:numPr>
        <w:spacing w:line="360" w:lineRule="auto"/>
        <w:rPr>
          <w:rFonts w:ascii="Times New Roman" w:hAnsi="Times New Roman" w:cs="Times New Roman"/>
          <w:color w:val="000000" w:themeColor="text1"/>
        </w:rPr>
      </w:pPr>
      <w:r w:rsidRPr="00110B51">
        <w:rPr>
          <w:rFonts w:ascii="Times New Roman" w:hAnsi="Times New Roman" w:cs="Times New Roman"/>
          <w:color w:val="000000" w:themeColor="text1"/>
        </w:rPr>
        <w:t xml:space="preserve">boundary between light and shadow </w:t>
      </w:r>
    </w:p>
    <w:p w14:paraId="53CAFF32" w14:textId="77777777" w:rsidR="00110B51" w:rsidRPr="00110B51" w:rsidRDefault="00110B51" w:rsidP="00057BF6">
      <w:pPr>
        <w:numPr>
          <w:ilvl w:val="0"/>
          <w:numId w:val="14"/>
        </w:numPr>
        <w:spacing w:line="360" w:lineRule="auto"/>
        <w:rPr>
          <w:rFonts w:ascii="Times New Roman" w:hAnsi="Times New Roman" w:cs="Times New Roman"/>
          <w:color w:val="000000" w:themeColor="text1"/>
        </w:rPr>
      </w:pPr>
      <w:r w:rsidRPr="00110B51">
        <w:rPr>
          <w:rFonts w:ascii="Times New Roman" w:hAnsi="Times New Roman" w:cs="Times New Roman"/>
          <w:color w:val="000000" w:themeColor="text1"/>
        </w:rPr>
        <w:t xml:space="preserve">boundary between inside and outside </w:t>
      </w:r>
    </w:p>
    <w:p w14:paraId="2DACFDC7" w14:textId="77777777" w:rsidR="00110B51" w:rsidRPr="00110B51" w:rsidRDefault="00110B51" w:rsidP="00057BF6">
      <w:pPr>
        <w:numPr>
          <w:ilvl w:val="0"/>
          <w:numId w:val="14"/>
        </w:numPr>
        <w:spacing w:line="360" w:lineRule="auto"/>
        <w:rPr>
          <w:rFonts w:ascii="Times New Roman" w:hAnsi="Times New Roman" w:cs="Times New Roman"/>
          <w:color w:val="000000" w:themeColor="text1"/>
        </w:rPr>
      </w:pPr>
      <w:r w:rsidRPr="00110B51">
        <w:rPr>
          <w:rFonts w:ascii="Times New Roman" w:hAnsi="Times New Roman" w:cs="Times New Roman"/>
          <w:color w:val="000000" w:themeColor="text1"/>
        </w:rPr>
        <w:t xml:space="preserve">boundary between presence and absence </w:t>
      </w:r>
    </w:p>
    <w:p w14:paraId="60908240" w14:textId="77777777" w:rsidR="00110B51" w:rsidRPr="00110B51" w:rsidRDefault="00110B51" w:rsidP="00057BF6">
      <w:pPr>
        <w:pStyle w:val="aff9"/>
        <w:spacing w:before="0" w:beforeAutospacing="0" w:after="0" w:afterAutospacing="0" w:line="360" w:lineRule="auto"/>
        <w:rPr>
          <w:rFonts w:ascii="Times New Roman" w:hAnsi="Times New Roman" w:cs="Times New Roman"/>
          <w:color w:val="000000" w:themeColor="text1"/>
        </w:rPr>
      </w:pPr>
      <w:r w:rsidRPr="00110B51">
        <w:rPr>
          <w:rFonts w:ascii="Times New Roman" w:hAnsi="Times New Roman" w:cs="Times New Roman"/>
          <w:color w:val="000000" w:themeColor="text1"/>
        </w:rPr>
        <w:t>These edges represent transition. They are moments where meaning is unstable, and therefore poetic.</w:t>
      </w:r>
    </w:p>
    <w:p w14:paraId="22E1AB9E" w14:textId="77777777" w:rsidR="00110B51" w:rsidRPr="00110B51" w:rsidRDefault="00110B51" w:rsidP="00057BF6">
      <w:pPr>
        <w:pStyle w:val="aff9"/>
        <w:spacing w:before="0" w:beforeAutospacing="0" w:after="0" w:afterAutospacing="0" w:line="360" w:lineRule="auto"/>
        <w:rPr>
          <w:rFonts w:ascii="Times New Roman" w:hAnsi="Times New Roman" w:cs="Times New Roman"/>
          <w:color w:val="000000" w:themeColor="text1"/>
        </w:rPr>
      </w:pPr>
      <w:r w:rsidRPr="00110B51">
        <w:rPr>
          <w:rFonts w:ascii="Times New Roman" w:hAnsi="Times New Roman" w:cs="Times New Roman"/>
          <w:color w:val="000000" w:themeColor="text1"/>
        </w:rPr>
        <w:t>Sound design will be minimal. I will use natural sound, such as wind or footsteps, to create atmosphere. Voice-over may be included, but it will function as internal reflection rather than explanation.</w:t>
      </w:r>
    </w:p>
    <w:p w14:paraId="4681821F" w14:textId="77777777" w:rsidR="00110B51" w:rsidRPr="00110B51" w:rsidRDefault="00110B51" w:rsidP="00057BF6">
      <w:pPr>
        <w:pStyle w:val="aff9"/>
        <w:spacing w:before="0" w:beforeAutospacing="0" w:after="0" w:afterAutospacing="0" w:line="360" w:lineRule="auto"/>
        <w:rPr>
          <w:rFonts w:ascii="Times New Roman" w:hAnsi="Times New Roman" w:cs="Times New Roman"/>
          <w:color w:val="000000" w:themeColor="text1"/>
        </w:rPr>
      </w:pPr>
      <w:r w:rsidRPr="00110B51">
        <w:rPr>
          <w:rFonts w:ascii="Times New Roman" w:hAnsi="Times New Roman" w:cs="Times New Roman"/>
          <w:color w:val="000000" w:themeColor="text1"/>
        </w:rPr>
        <w:t>The goal of the film is not to tell a story, but to create a feeling. I want the audience to:</w:t>
      </w:r>
    </w:p>
    <w:p w14:paraId="7169C22A" w14:textId="77777777" w:rsidR="00110B51" w:rsidRPr="00110B51" w:rsidRDefault="00110B51" w:rsidP="00057BF6">
      <w:pPr>
        <w:numPr>
          <w:ilvl w:val="0"/>
          <w:numId w:val="15"/>
        </w:numPr>
        <w:spacing w:line="360" w:lineRule="auto"/>
        <w:rPr>
          <w:rFonts w:ascii="Times New Roman" w:hAnsi="Times New Roman" w:cs="Times New Roman"/>
          <w:color w:val="000000" w:themeColor="text1"/>
        </w:rPr>
      </w:pPr>
      <w:r w:rsidRPr="00110B51">
        <w:rPr>
          <w:rFonts w:ascii="Times New Roman" w:hAnsi="Times New Roman" w:cs="Times New Roman"/>
          <w:color w:val="000000" w:themeColor="text1"/>
        </w:rPr>
        <w:t xml:space="preserve">pause </w:t>
      </w:r>
    </w:p>
    <w:p w14:paraId="014ABC79" w14:textId="77777777" w:rsidR="00110B51" w:rsidRPr="00110B51" w:rsidRDefault="00110B51" w:rsidP="00057BF6">
      <w:pPr>
        <w:numPr>
          <w:ilvl w:val="0"/>
          <w:numId w:val="15"/>
        </w:numPr>
        <w:spacing w:line="360" w:lineRule="auto"/>
        <w:rPr>
          <w:rFonts w:ascii="Times New Roman" w:hAnsi="Times New Roman" w:cs="Times New Roman"/>
          <w:color w:val="000000" w:themeColor="text1"/>
        </w:rPr>
      </w:pPr>
      <w:r w:rsidRPr="00110B51">
        <w:rPr>
          <w:rFonts w:ascii="Times New Roman" w:hAnsi="Times New Roman" w:cs="Times New Roman"/>
          <w:color w:val="000000" w:themeColor="text1"/>
        </w:rPr>
        <w:t xml:space="preserve">reflect </w:t>
      </w:r>
    </w:p>
    <w:p w14:paraId="2B2D2122" w14:textId="77777777" w:rsidR="00110B51" w:rsidRPr="00110B51" w:rsidRDefault="00110B51" w:rsidP="00057BF6">
      <w:pPr>
        <w:numPr>
          <w:ilvl w:val="0"/>
          <w:numId w:val="15"/>
        </w:numPr>
        <w:spacing w:line="360" w:lineRule="auto"/>
        <w:rPr>
          <w:rFonts w:ascii="Times New Roman" w:hAnsi="Times New Roman" w:cs="Times New Roman"/>
          <w:color w:val="000000" w:themeColor="text1"/>
        </w:rPr>
      </w:pPr>
      <w:r w:rsidRPr="00110B51">
        <w:rPr>
          <w:rFonts w:ascii="Times New Roman" w:hAnsi="Times New Roman" w:cs="Times New Roman"/>
          <w:color w:val="000000" w:themeColor="text1"/>
        </w:rPr>
        <w:t xml:space="preserve">connect with their own memory </w:t>
      </w:r>
    </w:p>
    <w:p w14:paraId="7D5CF183" w14:textId="77777777" w:rsidR="00110B51" w:rsidRDefault="00110B51" w:rsidP="00057BF6">
      <w:pPr>
        <w:pStyle w:val="aff9"/>
        <w:spacing w:before="0" w:beforeAutospacing="0" w:after="0" w:afterAutospacing="0" w:line="360" w:lineRule="auto"/>
        <w:rPr>
          <w:rFonts w:ascii="Times New Roman" w:hAnsi="Times New Roman" w:cs="Times New Roman"/>
          <w:color w:val="000000" w:themeColor="text1"/>
        </w:rPr>
      </w:pPr>
      <w:r w:rsidRPr="00110B51">
        <w:rPr>
          <w:rFonts w:ascii="Times New Roman" w:hAnsi="Times New Roman" w:cs="Times New Roman"/>
          <w:color w:val="000000" w:themeColor="text1"/>
        </w:rPr>
        <w:lastRenderedPageBreak/>
        <w:t>If the film can create this kind of experience, then it achieves the purpose of poetic essay film.</w:t>
      </w:r>
    </w:p>
    <w:p w14:paraId="55829523" w14:textId="739DF794" w:rsidR="00590A02" w:rsidRPr="00590A02" w:rsidRDefault="00590A02" w:rsidP="00057BF6">
      <w:pPr>
        <w:pStyle w:val="21"/>
        <w:spacing w:before="0" w:line="360" w:lineRule="auto"/>
        <w:rPr>
          <w:rFonts w:ascii="Times New Roman" w:hAnsi="Times New Roman" w:cs="Times New Roman"/>
          <w:color w:val="000000" w:themeColor="text1"/>
          <w:sz w:val="24"/>
          <w:szCs w:val="24"/>
        </w:rPr>
      </w:pPr>
      <w:r w:rsidRPr="00590A02">
        <w:rPr>
          <w:rFonts w:ascii="Times New Roman" w:hAnsi="Times New Roman" w:cs="Times New Roman"/>
          <w:color w:val="000000" w:themeColor="text1"/>
        </w:rPr>
        <w:t>The Role of Viewer and Emotional Participation</w:t>
      </w:r>
    </w:p>
    <w:p w14:paraId="4C7F2F22" w14:textId="77777777" w:rsidR="00590A02" w:rsidRPr="00590A02" w:rsidRDefault="00590A02" w:rsidP="00057BF6">
      <w:pPr>
        <w:pStyle w:val="aff9"/>
        <w:spacing w:before="0" w:beforeAutospacing="0" w:after="0" w:afterAutospacing="0" w:line="360" w:lineRule="auto"/>
        <w:rPr>
          <w:rFonts w:ascii="Times New Roman" w:hAnsi="Times New Roman" w:cs="Times New Roman"/>
        </w:rPr>
      </w:pPr>
      <w:r w:rsidRPr="00590A02">
        <w:rPr>
          <w:rFonts w:ascii="Times New Roman" w:hAnsi="Times New Roman" w:cs="Times New Roman"/>
        </w:rPr>
        <w:t>Another important aspect of poetic essay film that I begin to understand through this research is the role of the viewer. Unlike traditional cinema, where the audience is guided through a structured narrative, poetic essay film requires a different type of engagement.</w:t>
      </w:r>
    </w:p>
    <w:p w14:paraId="46400DCF" w14:textId="77777777" w:rsidR="00590A02" w:rsidRPr="00590A02" w:rsidRDefault="00590A02" w:rsidP="00057BF6">
      <w:pPr>
        <w:pStyle w:val="aff9"/>
        <w:spacing w:before="0" w:beforeAutospacing="0" w:after="0" w:afterAutospacing="0" w:line="360" w:lineRule="auto"/>
        <w:rPr>
          <w:rFonts w:ascii="Times New Roman" w:hAnsi="Times New Roman" w:cs="Times New Roman"/>
        </w:rPr>
      </w:pPr>
      <w:r w:rsidRPr="00590A02">
        <w:rPr>
          <w:rFonts w:ascii="Times New Roman" w:hAnsi="Times New Roman" w:cs="Times New Roman"/>
        </w:rPr>
        <w:t>In narrative cinema, the viewer is often positioned as a receiver. The film presents a story, and the viewer follows it. The meaning is usually constructed in a clear direction. However, in poetic essay film, this relationship changes.</w:t>
      </w:r>
    </w:p>
    <w:p w14:paraId="225E8B9A" w14:textId="77777777" w:rsidR="00590A02" w:rsidRPr="00590A02" w:rsidRDefault="00590A02" w:rsidP="00057BF6">
      <w:pPr>
        <w:pStyle w:val="aff9"/>
        <w:spacing w:before="0" w:beforeAutospacing="0" w:after="0" w:afterAutospacing="0" w:line="360" w:lineRule="auto"/>
        <w:rPr>
          <w:rFonts w:ascii="Times New Roman" w:hAnsi="Times New Roman" w:cs="Times New Roman"/>
        </w:rPr>
      </w:pPr>
      <w:r w:rsidRPr="00590A02">
        <w:rPr>
          <w:rFonts w:ascii="Times New Roman" w:hAnsi="Times New Roman" w:cs="Times New Roman"/>
        </w:rPr>
        <w:t>The viewer is no longer passive. Instead, they become an active participant.</w:t>
      </w:r>
    </w:p>
    <w:p w14:paraId="201E5EC6" w14:textId="77777777" w:rsidR="00590A02" w:rsidRPr="00590A02" w:rsidRDefault="00590A02" w:rsidP="00057BF6">
      <w:pPr>
        <w:pStyle w:val="aff9"/>
        <w:spacing w:before="0" w:beforeAutospacing="0" w:after="0" w:afterAutospacing="0" w:line="360" w:lineRule="auto"/>
        <w:rPr>
          <w:rFonts w:ascii="Times New Roman" w:hAnsi="Times New Roman" w:cs="Times New Roman"/>
        </w:rPr>
      </w:pPr>
      <w:r w:rsidRPr="00590A02">
        <w:rPr>
          <w:rFonts w:ascii="Times New Roman" w:hAnsi="Times New Roman" w:cs="Times New Roman"/>
        </w:rPr>
        <w:t>This participation is not based on action, but on perception. The viewer is invited to interpret, to connect, and to reflect. Because the film does not provide clear explanations, the viewer must fill the gaps.</w:t>
      </w:r>
    </w:p>
    <w:p w14:paraId="4826A4E0" w14:textId="77777777" w:rsidR="00590A02" w:rsidRPr="00590A02" w:rsidRDefault="00590A02" w:rsidP="00057BF6">
      <w:pPr>
        <w:pStyle w:val="aff9"/>
        <w:spacing w:before="0" w:beforeAutospacing="0" w:after="0" w:afterAutospacing="0" w:line="360" w:lineRule="auto"/>
        <w:rPr>
          <w:rFonts w:ascii="Times New Roman" w:hAnsi="Times New Roman" w:cs="Times New Roman"/>
        </w:rPr>
      </w:pPr>
      <w:r w:rsidRPr="00590A02">
        <w:rPr>
          <w:rFonts w:ascii="Times New Roman" w:hAnsi="Times New Roman" w:cs="Times New Roman"/>
        </w:rPr>
        <w:t>This idea is very important for understanding why some audiences feel disconnected from poetic essay film. Without clear narrative guidance, it can be difficult to know how to engage with the film. However, this difficulty is also what makes the experience meaningful.</w:t>
      </w:r>
    </w:p>
    <w:p w14:paraId="0D900224" w14:textId="77777777" w:rsidR="00590A02" w:rsidRPr="00590A02" w:rsidRDefault="00590A02" w:rsidP="00057BF6">
      <w:pPr>
        <w:pStyle w:val="aff9"/>
        <w:spacing w:before="0" w:beforeAutospacing="0" w:after="0" w:afterAutospacing="0" w:line="360" w:lineRule="auto"/>
        <w:rPr>
          <w:rFonts w:ascii="Times New Roman" w:hAnsi="Times New Roman" w:cs="Times New Roman"/>
        </w:rPr>
      </w:pPr>
      <w:r w:rsidRPr="00590A02">
        <w:rPr>
          <w:rFonts w:ascii="Times New Roman" w:hAnsi="Times New Roman" w:cs="Times New Roman"/>
        </w:rPr>
        <w:t>The absence of clear meaning creates space.</w:t>
      </w:r>
    </w:p>
    <w:p w14:paraId="68AECD9B" w14:textId="77777777" w:rsidR="00590A02" w:rsidRPr="00590A02" w:rsidRDefault="00590A02" w:rsidP="00057BF6">
      <w:pPr>
        <w:pStyle w:val="aff9"/>
        <w:spacing w:before="0" w:beforeAutospacing="0" w:after="0" w:afterAutospacing="0" w:line="360" w:lineRule="auto"/>
        <w:rPr>
          <w:rFonts w:ascii="Times New Roman" w:hAnsi="Times New Roman" w:cs="Times New Roman"/>
        </w:rPr>
      </w:pPr>
      <w:r w:rsidRPr="00590A02">
        <w:rPr>
          <w:rFonts w:ascii="Times New Roman" w:hAnsi="Times New Roman" w:cs="Times New Roman"/>
        </w:rPr>
        <w:t>This space allows the viewer to bring their own memories, emotions, and experiences into the film. In this way, the film becomes different for each person.</w:t>
      </w:r>
    </w:p>
    <w:p w14:paraId="1512ABCC" w14:textId="77777777" w:rsidR="00590A02" w:rsidRPr="00590A02" w:rsidRDefault="00590A02" w:rsidP="00057BF6">
      <w:pPr>
        <w:pStyle w:val="aff9"/>
        <w:spacing w:before="0" w:beforeAutospacing="0" w:after="0" w:afterAutospacing="0" w:line="360" w:lineRule="auto"/>
        <w:rPr>
          <w:rFonts w:ascii="Times New Roman" w:hAnsi="Times New Roman" w:cs="Times New Roman"/>
        </w:rPr>
      </w:pPr>
      <w:r w:rsidRPr="00590A02">
        <w:rPr>
          <w:rFonts w:ascii="Times New Roman" w:hAnsi="Times New Roman" w:cs="Times New Roman"/>
        </w:rPr>
        <w:t>For example, when I watch a scene of a person standing alone in a large space, I may connect it with my own experience of loneliness. Another viewer may interpret it differently. The image itself does not change, but the meaning changes depending on the viewer.</w:t>
      </w:r>
    </w:p>
    <w:p w14:paraId="08556796" w14:textId="77777777" w:rsidR="00590A02" w:rsidRPr="00590A02" w:rsidRDefault="00590A02" w:rsidP="00057BF6">
      <w:pPr>
        <w:pStyle w:val="aff9"/>
        <w:spacing w:before="0" w:beforeAutospacing="0" w:after="0" w:afterAutospacing="0" w:line="360" w:lineRule="auto"/>
        <w:rPr>
          <w:rFonts w:ascii="Times New Roman" w:hAnsi="Times New Roman" w:cs="Times New Roman"/>
        </w:rPr>
      </w:pPr>
      <w:r w:rsidRPr="00590A02">
        <w:rPr>
          <w:rFonts w:ascii="Times New Roman" w:hAnsi="Times New Roman" w:cs="Times New Roman"/>
        </w:rPr>
        <w:t>This flexibility is a key characteristic of poetic essay film.</w:t>
      </w:r>
    </w:p>
    <w:p w14:paraId="4F739AFE" w14:textId="77777777" w:rsidR="00590A02" w:rsidRPr="00590A02" w:rsidRDefault="00590A02" w:rsidP="00057BF6">
      <w:pPr>
        <w:pStyle w:val="aff9"/>
        <w:spacing w:before="0" w:beforeAutospacing="0" w:after="0" w:afterAutospacing="0" w:line="360" w:lineRule="auto"/>
        <w:rPr>
          <w:rFonts w:ascii="Times New Roman" w:hAnsi="Times New Roman" w:cs="Times New Roman"/>
        </w:rPr>
      </w:pPr>
      <w:r w:rsidRPr="00590A02">
        <w:rPr>
          <w:rFonts w:ascii="Times New Roman" w:hAnsi="Times New Roman" w:cs="Times New Roman"/>
        </w:rPr>
        <w:t>It also connects with the concept of empathy. In traditional cinema, empathy is often created through character development and narrative events. The audience understands the character because they follow their story.</w:t>
      </w:r>
    </w:p>
    <w:p w14:paraId="210DD047" w14:textId="77777777" w:rsidR="00590A02" w:rsidRPr="00590A02" w:rsidRDefault="00590A02" w:rsidP="00057BF6">
      <w:pPr>
        <w:pStyle w:val="aff9"/>
        <w:spacing w:before="0" w:beforeAutospacing="0" w:after="0" w:afterAutospacing="0" w:line="360" w:lineRule="auto"/>
        <w:rPr>
          <w:rFonts w:ascii="Times New Roman" w:hAnsi="Times New Roman" w:cs="Times New Roman"/>
        </w:rPr>
      </w:pPr>
      <w:r w:rsidRPr="00590A02">
        <w:rPr>
          <w:rFonts w:ascii="Times New Roman" w:hAnsi="Times New Roman" w:cs="Times New Roman"/>
        </w:rPr>
        <w:t>In poetic essay film, empathy works differently. It is not based on story, but on feeling.</w:t>
      </w:r>
    </w:p>
    <w:p w14:paraId="29FBEAA4" w14:textId="77777777" w:rsidR="00590A02" w:rsidRPr="00590A02" w:rsidRDefault="00590A02" w:rsidP="00057BF6">
      <w:pPr>
        <w:pStyle w:val="aff9"/>
        <w:spacing w:before="0" w:beforeAutospacing="0" w:after="0" w:afterAutospacing="0" w:line="360" w:lineRule="auto"/>
        <w:rPr>
          <w:rFonts w:ascii="Times New Roman" w:hAnsi="Times New Roman" w:cs="Times New Roman"/>
        </w:rPr>
      </w:pPr>
      <w:r w:rsidRPr="00590A02">
        <w:rPr>
          <w:rFonts w:ascii="Times New Roman" w:hAnsi="Times New Roman" w:cs="Times New Roman"/>
        </w:rPr>
        <w:t>The viewer may not know the character, but they can still feel something through the image. This feeling does not need to be explained. It exists on a more intuitive level.</w:t>
      </w:r>
    </w:p>
    <w:p w14:paraId="40656DEB" w14:textId="77777777" w:rsidR="00590A02" w:rsidRPr="00590A02" w:rsidRDefault="00590A02" w:rsidP="00057BF6">
      <w:pPr>
        <w:pStyle w:val="aff9"/>
        <w:spacing w:before="0" w:beforeAutospacing="0" w:after="0" w:afterAutospacing="0" w:line="360" w:lineRule="auto"/>
        <w:rPr>
          <w:rFonts w:ascii="Times New Roman" w:hAnsi="Times New Roman" w:cs="Times New Roman"/>
        </w:rPr>
      </w:pPr>
      <w:r w:rsidRPr="00590A02">
        <w:rPr>
          <w:rFonts w:ascii="Times New Roman" w:hAnsi="Times New Roman" w:cs="Times New Roman"/>
        </w:rPr>
        <w:lastRenderedPageBreak/>
        <w:t>This idea relates to my own intention as a filmmaker. I am not trying to tell a complete story. Instead, I want to create a situation where the viewer can feel something, even if they cannot fully explain it.</w:t>
      </w:r>
    </w:p>
    <w:p w14:paraId="0E36B022" w14:textId="77777777" w:rsidR="00590A02" w:rsidRPr="00590A02" w:rsidRDefault="00590A02" w:rsidP="00057BF6">
      <w:pPr>
        <w:pStyle w:val="aff9"/>
        <w:spacing w:before="0" w:beforeAutospacing="0" w:after="0" w:afterAutospacing="0" w:line="360" w:lineRule="auto"/>
        <w:rPr>
          <w:rFonts w:ascii="Times New Roman" w:hAnsi="Times New Roman" w:cs="Times New Roman"/>
        </w:rPr>
      </w:pPr>
      <w:r w:rsidRPr="00590A02">
        <w:rPr>
          <w:rFonts w:ascii="Times New Roman" w:hAnsi="Times New Roman" w:cs="Times New Roman"/>
        </w:rPr>
        <w:t>Another important factor is duration. In many poetic essay films, shots are longer than expected. This duration gives the viewer time to think.</w:t>
      </w:r>
    </w:p>
    <w:p w14:paraId="630FC112" w14:textId="77777777" w:rsidR="00590A02" w:rsidRPr="00590A02" w:rsidRDefault="00590A02" w:rsidP="00057BF6">
      <w:pPr>
        <w:pStyle w:val="aff9"/>
        <w:spacing w:before="0" w:beforeAutospacing="0" w:after="0" w:afterAutospacing="0" w:line="360" w:lineRule="auto"/>
        <w:rPr>
          <w:rFonts w:ascii="Times New Roman" w:hAnsi="Times New Roman" w:cs="Times New Roman"/>
        </w:rPr>
      </w:pPr>
      <w:r w:rsidRPr="00590A02">
        <w:rPr>
          <w:rFonts w:ascii="Times New Roman" w:hAnsi="Times New Roman" w:cs="Times New Roman"/>
        </w:rPr>
        <w:t>In fast-paced cinema, the viewer does not have time to reflect. The film controls the rhythm. In poetic essay film, the rhythm is slower, and the viewer has more freedom.</w:t>
      </w:r>
    </w:p>
    <w:p w14:paraId="6E6EBCA2" w14:textId="77777777" w:rsidR="00590A02" w:rsidRPr="00590A02" w:rsidRDefault="00590A02" w:rsidP="00057BF6">
      <w:pPr>
        <w:pStyle w:val="aff9"/>
        <w:spacing w:before="0" w:beforeAutospacing="0" w:after="0" w:afterAutospacing="0" w:line="360" w:lineRule="auto"/>
        <w:rPr>
          <w:rFonts w:ascii="Times New Roman" w:hAnsi="Times New Roman" w:cs="Times New Roman"/>
        </w:rPr>
      </w:pPr>
      <w:r w:rsidRPr="00590A02">
        <w:rPr>
          <w:rFonts w:ascii="Times New Roman" w:hAnsi="Times New Roman" w:cs="Times New Roman"/>
        </w:rPr>
        <w:t>This freedom can be uncomfortable, but it is also valuable. It allows the viewer to become more aware of their own perception.</w:t>
      </w:r>
    </w:p>
    <w:p w14:paraId="29477EAD" w14:textId="77777777" w:rsidR="00590A02" w:rsidRPr="00590A02" w:rsidRDefault="00590A02" w:rsidP="00057BF6">
      <w:pPr>
        <w:pStyle w:val="aff9"/>
        <w:spacing w:before="0" w:beforeAutospacing="0" w:after="0" w:afterAutospacing="0" w:line="360" w:lineRule="auto"/>
        <w:rPr>
          <w:rFonts w:ascii="Times New Roman" w:hAnsi="Times New Roman" w:cs="Times New Roman"/>
        </w:rPr>
      </w:pPr>
      <w:r w:rsidRPr="00590A02">
        <w:rPr>
          <w:rFonts w:ascii="Times New Roman" w:hAnsi="Times New Roman" w:cs="Times New Roman"/>
        </w:rPr>
        <w:t>I also notice that repetition plays an important role. Certain images may appear more than once. This repetition creates familiarity, but also variation. Each time the image appears, it may feel slightly different.</w:t>
      </w:r>
    </w:p>
    <w:p w14:paraId="36D37503" w14:textId="77777777" w:rsidR="00590A02" w:rsidRPr="00590A02" w:rsidRDefault="00590A02" w:rsidP="00057BF6">
      <w:pPr>
        <w:pStyle w:val="aff9"/>
        <w:spacing w:before="0" w:beforeAutospacing="0" w:after="0" w:afterAutospacing="0" w:line="360" w:lineRule="auto"/>
        <w:rPr>
          <w:rFonts w:ascii="Times New Roman" w:hAnsi="Times New Roman" w:cs="Times New Roman"/>
        </w:rPr>
      </w:pPr>
      <w:r w:rsidRPr="00590A02">
        <w:rPr>
          <w:rFonts w:ascii="Times New Roman" w:hAnsi="Times New Roman" w:cs="Times New Roman"/>
        </w:rPr>
        <w:t xml:space="preserve">This process is </w:t>
      </w:r>
      <w:proofErr w:type="gramStart"/>
      <w:r w:rsidRPr="00590A02">
        <w:rPr>
          <w:rFonts w:ascii="Times New Roman" w:hAnsi="Times New Roman" w:cs="Times New Roman"/>
        </w:rPr>
        <w:t>similar to</w:t>
      </w:r>
      <w:proofErr w:type="gramEnd"/>
      <w:r w:rsidRPr="00590A02">
        <w:rPr>
          <w:rFonts w:ascii="Times New Roman" w:hAnsi="Times New Roman" w:cs="Times New Roman"/>
        </w:rPr>
        <w:t xml:space="preserve"> memory. When we remember something, it is never </w:t>
      </w:r>
      <w:proofErr w:type="gramStart"/>
      <w:r w:rsidRPr="00590A02">
        <w:rPr>
          <w:rFonts w:ascii="Times New Roman" w:hAnsi="Times New Roman" w:cs="Times New Roman"/>
        </w:rPr>
        <w:t>exactly the same</w:t>
      </w:r>
      <w:proofErr w:type="gramEnd"/>
      <w:r w:rsidRPr="00590A02">
        <w:rPr>
          <w:rFonts w:ascii="Times New Roman" w:hAnsi="Times New Roman" w:cs="Times New Roman"/>
        </w:rPr>
        <w:t>. It changes depending on our current state.</w:t>
      </w:r>
    </w:p>
    <w:p w14:paraId="693CB679" w14:textId="77777777" w:rsidR="00590A02" w:rsidRPr="00590A02" w:rsidRDefault="00590A02" w:rsidP="00057BF6">
      <w:pPr>
        <w:pStyle w:val="aff9"/>
        <w:spacing w:before="0" w:beforeAutospacing="0" w:after="0" w:afterAutospacing="0" w:line="360" w:lineRule="auto"/>
        <w:rPr>
          <w:rFonts w:ascii="Times New Roman" w:hAnsi="Times New Roman" w:cs="Times New Roman"/>
        </w:rPr>
      </w:pPr>
      <w:r w:rsidRPr="00590A02">
        <w:rPr>
          <w:rFonts w:ascii="Times New Roman" w:hAnsi="Times New Roman" w:cs="Times New Roman"/>
        </w:rPr>
        <w:t>Therefore, poetic essay film does not only represent memory. It behaves like memory.</w:t>
      </w:r>
    </w:p>
    <w:p w14:paraId="59313D9C" w14:textId="77777777" w:rsidR="00590A02" w:rsidRPr="00590A02" w:rsidRDefault="00590A02" w:rsidP="00057BF6">
      <w:pPr>
        <w:pStyle w:val="aff9"/>
        <w:spacing w:before="0" w:beforeAutospacing="0" w:after="0" w:afterAutospacing="0" w:line="360" w:lineRule="auto"/>
        <w:rPr>
          <w:rFonts w:ascii="Times New Roman" w:hAnsi="Times New Roman" w:cs="Times New Roman"/>
        </w:rPr>
      </w:pPr>
      <w:r w:rsidRPr="00590A02">
        <w:rPr>
          <w:rFonts w:ascii="Times New Roman" w:hAnsi="Times New Roman" w:cs="Times New Roman"/>
        </w:rPr>
        <w:t xml:space="preserve">From this perspective, the viewer is not just watching the </w:t>
      </w:r>
      <w:proofErr w:type="gramStart"/>
      <w:r w:rsidRPr="00590A02">
        <w:rPr>
          <w:rFonts w:ascii="Times New Roman" w:hAnsi="Times New Roman" w:cs="Times New Roman"/>
        </w:rPr>
        <w:t>film, but</w:t>
      </w:r>
      <w:proofErr w:type="gramEnd"/>
      <w:r w:rsidRPr="00590A02">
        <w:rPr>
          <w:rFonts w:ascii="Times New Roman" w:hAnsi="Times New Roman" w:cs="Times New Roman"/>
        </w:rPr>
        <w:t xml:space="preserve"> experiencing something </w:t>
      </w:r>
      <w:proofErr w:type="gramStart"/>
      <w:r w:rsidRPr="00590A02">
        <w:rPr>
          <w:rFonts w:ascii="Times New Roman" w:hAnsi="Times New Roman" w:cs="Times New Roman"/>
        </w:rPr>
        <w:t>similar to</w:t>
      </w:r>
      <w:proofErr w:type="gramEnd"/>
      <w:r w:rsidRPr="00590A02">
        <w:rPr>
          <w:rFonts w:ascii="Times New Roman" w:hAnsi="Times New Roman" w:cs="Times New Roman"/>
        </w:rPr>
        <w:t xml:space="preserve"> remembering.</w:t>
      </w:r>
    </w:p>
    <w:p w14:paraId="51157AF6" w14:textId="77777777" w:rsidR="00590A02" w:rsidRPr="00590A02" w:rsidRDefault="00590A02" w:rsidP="00057BF6">
      <w:pPr>
        <w:pStyle w:val="aff9"/>
        <w:spacing w:before="0" w:beforeAutospacing="0" w:after="0" w:afterAutospacing="0" w:line="360" w:lineRule="auto"/>
        <w:rPr>
          <w:rFonts w:ascii="Times New Roman" w:hAnsi="Times New Roman" w:cs="Times New Roman"/>
        </w:rPr>
      </w:pPr>
      <w:r w:rsidRPr="00590A02">
        <w:rPr>
          <w:rFonts w:ascii="Times New Roman" w:hAnsi="Times New Roman" w:cs="Times New Roman"/>
        </w:rPr>
        <w:t>This connection between film and memory is one of the reasons why poetic essay film can create a strong emotional impact, even without a clear narrative.</w:t>
      </w:r>
    </w:p>
    <w:p w14:paraId="401B21C8" w14:textId="77777777" w:rsidR="00590A02" w:rsidRPr="00590A02" w:rsidRDefault="00590A02" w:rsidP="00057BF6">
      <w:pPr>
        <w:pStyle w:val="aff9"/>
        <w:spacing w:before="0" w:beforeAutospacing="0" w:after="0" w:afterAutospacing="0" w:line="360" w:lineRule="auto"/>
        <w:rPr>
          <w:rFonts w:ascii="Times New Roman" w:hAnsi="Times New Roman" w:cs="Times New Roman"/>
        </w:rPr>
      </w:pPr>
      <w:r w:rsidRPr="00590A02">
        <w:rPr>
          <w:rFonts w:ascii="Times New Roman" w:hAnsi="Times New Roman" w:cs="Times New Roman"/>
        </w:rPr>
        <w:t>At the same time, this approach requires careful balance. If the film is too abstract, the viewer may feel lost. If it is too structured, it may lose its poetic quality.</w:t>
      </w:r>
    </w:p>
    <w:p w14:paraId="6BEBDD81" w14:textId="77777777" w:rsidR="00590A02" w:rsidRPr="00590A02" w:rsidRDefault="00590A02" w:rsidP="00057BF6">
      <w:pPr>
        <w:pStyle w:val="aff9"/>
        <w:spacing w:before="0" w:beforeAutospacing="0" w:after="0" w:afterAutospacing="0" w:line="360" w:lineRule="auto"/>
        <w:rPr>
          <w:rFonts w:ascii="Times New Roman" w:hAnsi="Times New Roman" w:cs="Times New Roman"/>
        </w:rPr>
      </w:pPr>
      <w:r w:rsidRPr="00590A02">
        <w:rPr>
          <w:rFonts w:ascii="Times New Roman" w:hAnsi="Times New Roman" w:cs="Times New Roman"/>
        </w:rPr>
        <w:t>As a filmmaker, I need to consider how much guidance to provide. I need to create enough structure for the viewer to engage, but also enough openness for interpretation.</w:t>
      </w:r>
    </w:p>
    <w:p w14:paraId="529D94A0" w14:textId="77777777" w:rsidR="00590A02" w:rsidRPr="00590A02" w:rsidRDefault="00590A02" w:rsidP="00057BF6">
      <w:pPr>
        <w:pStyle w:val="aff9"/>
        <w:spacing w:before="0" w:beforeAutospacing="0" w:after="0" w:afterAutospacing="0" w:line="360" w:lineRule="auto"/>
        <w:rPr>
          <w:rFonts w:ascii="Times New Roman" w:hAnsi="Times New Roman" w:cs="Times New Roman"/>
        </w:rPr>
      </w:pPr>
      <w:r w:rsidRPr="00590A02">
        <w:rPr>
          <w:rFonts w:ascii="Times New Roman" w:hAnsi="Times New Roman" w:cs="Times New Roman"/>
        </w:rPr>
        <w:t>This balance is not easy, but it is essential.</w:t>
      </w:r>
    </w:p>
    <w:p w14:paraId="025B9439" w14:textId="77777777" w:rsidR="00590A02" w:rsidRPr="00590A02" w:rsidRDefault="00590A02" w:rsidP="00057BF6">
      <w:pPr>
        <w:pStyle w:val="aff9"/>
        <w:spacing w:before="0" w:beforeAutospacing="0" w:after="0" w:afterAutospacing="0" w:line="360" w:lineRule="auto"/>
        <w:rPr>
          <w:rFonts w:ascii="Times New Roman" w:hAnsi="Times New Roman" w:cs="Times New Roman"/>
        </w:rPr>
      </w:pPr>
      <w:r w:rsidRPr="00590A02">
        <w:rPr>
          <w:rFonts w:ascii="Times New Roman" w:hAnsi="Times New Roman" w:cs="Times New Roman"/>
        </w:rPr>
        <w:t>Through this research, I begin to understand that poetic essay film is not only about image, but also about relationship. The relationship between filmmaker, film, and viewer.</w:t>
      </w:r>
    </w:p>
    <w:p w14:paraId="0E51F6DF" w14:textId="77777777" w:rsidR="00590A02" w:rsidRPr="00590A02" w:rsidRDefault="00590A02" w:rsidP="00057BF6">
      <w:pPr>
        <w:pStyle w:val="aff9"/>
        <w:spacing w:before="0" w:beforeAutospacing="0" w:after="0" w:afterAutospacing="0" w:line="360" w:lineRule="auto"/>
        <w:rPr>
          <w:rFonts w:ascii="Times New Roman" w:hAnsi="Times New Roman" w:cs="Times New Roman"/>
        </w:rPr>
      </w:pPr>
      <w:r w:rsidRPr="00590A02">
        <w:rPr>
          <w:rFonts w:ascii="Times New Roman" w:hAnsi="Times New Roman" w:cs="Times New Roman"/>
        </w:rPr>
        <w:t>This relationship is dynamic. It changes with each viewing.</w:t>
      </w:r>
    </w:p>
    <w:p w14:paraId="79788A46" w14:textId="77777777" w:rsidR="00590A02" w:rsidRPr="00590A02" w:rsidRDefault="00590A02" w:rsidP="00057BF6">
      <w:pPr>
        <w:pStyle w:val="aff9"/>
        <w:spacing w:before="0" w:beforeAutospacing="0" w:after="0" w:afterAutospacing="0" w:line="360" w:lineRule="auto"/>
        <w:rPr>
          <w:rFonts w:ascii="Times New Roman" w:hAnsi="Times New Roman" w:cs="Times New Roman"/>
        </w:rPr>
      </w:pPr>
      <w:r w:rsidRPr="00590A02">
        <w:rPr>
          <w:rFonts w:ascii="Times New Roman" w:hAnsi="Times New Roman" w:cs="Times New Roman"/>
        </w:rPr>
        <w:t>And this is what makes poetic essay film unique.</w:t>
      </w:r>
    </w:p>
    <w:p w14:paraId="611094E4" w14:textId="77777777" w:rsidR="00590A02" w:rsidRPr="00590A02" w:rsidRDefault="00590A02" w:rsidP="00057BF6">
      <w:pPr>
        <w:pStyle w:val="aff9"/>
        <w:spacing w:before="0" w:beforeAutospacing="0" w:after="0" w:afterAutospacing="0" w:line="360" w:lineRule="auto"/>
        <w:rPr>
          <w:rFonts w:ascii="Times New Roman" w:hAnsi="Times New Roman" w:cs="Times New Roman"/>
          <w:color w:val="000000" w:themeColor="text1"/>
        </w:rPr>
      </w:pPr>
    </w:p>
    <w:p w14:paraId="629C38F7" w14:textId="269535D6" w:rsidR="00FF32B3" w:rsidRDefault="00FF32B3" w:rsidP="00057BF6">
      <w:pPr>
        <w:pStyle w:val="21"/>
        <w:spacing w:before="0" w:line="360" w:lineRule="auto"/>
        <w:rPr>
          <w:rFonts w:ascii="Times New Roman" w:hAnsi="Times New Roman" w:cs="Times New Roman"/>
          <w:color w:val="000000" w:themeColor="text1"/>
          <w:sz w:val="24"/>
          <w:szCs w:val="24"/>
        </w:rPr>
      </w:pPr>
      <w:r>
        <w:rPr>
          <w:rFonts w:ascii="Times New Roman" w:hAnsi="Times New Roman" w:cs="Times New Roman" w:hint="eastAsia"/>
          <w:color w:val="000000" w:themeColor="text1"/>
          <w:sz w:val="24"/>
          <w:szCs w:val="24"/>
        </w:rPr>
        <w:lastRenderedPageBreak/>
        <w:t>Conclusion</w:t>
      </w:r>
    </w:p>
    <w:p w14:paraId="44C7CDC8" w14:textId="77777777" w:rsidR="00E1385F" w:rsidRPr="00E1385F" w:rsidRDefault="00E1385F" w:rsidP="00057BF6">
      <w:pPr>
        <w:pStyle w:val="aff9"/>
        <w:spacing w:before="0" w:beforeAutospacing="0" w:after="0" w:afterAutospacing="0" w:line="360" w:lineRule="auto"/>
        <w:rPr>
          <w:rFonts w:ascii="Times New Roman" w:hAnsi="Times New Roman" w:cs="Times New Roman"/>
        </w:rPr>
      </w:pPr>
      <w:r w:rsidRPr="00E1385F">
        <w:rPr>
          <w:rFonts w:ascii="Times New Roman" w:hAnsi="Times New Roman" w:cs="Times New Roman"/>
        </w:rPr>
        <w:t xml:space="preserve">Poetic essay film cannot be defined by a fixed structure. It exists between cinema, poetry, and philosophy. It challenges traditional </w:t>
      </w:r>
      <w:proofErr w:type="gramStart"/>
      <w:r w:rsidRPr="00E1385F">
        <w:rPr>
          <w:rFonts w:ascii="Times New Roman" w:hAnsi="Times New Roman" w:cs="Times New Roman"/>
        </w:rPr>
        <w:t>storytelling, and</w:t>
      </w:r>
      <w:proofErr w:type="gramEnd"/>
      <w:r w:rsidRPr="00E1385F">
        <w:rPr>
          <w:rFonts w:ascii="Times New Roman" w:hAnsi="Times New Roman" w:cs="Times New Roman"/>
        </w:rPr>
        <w:t xml:space="preserve"> offers a different way of experiencing image.</w:t>
      </w:r>
    </w:p>
    <w:p w14:paraId="402E4FFE" w14:textId="77777777" w:rsidR="00E1385F" w:rsidRPr="00E1385F" w:rsidRDefault="00E1385F" w:rsidP="00057BF6">
      <w:pPr>
        <w:pStyle w:val="aff9"/>
        <w:spacing w:before="0" w:beforeAutospacing="0" w:after="0" w:afterAutospacing="0" w:line="360" w:lineRule="auto"/>
        <w:rPr>
          <w:rFonts w:ascii="Times New Roman" w:hAnsi="Times New Roman" w:cs="Times New Roman"/>
        </w:rPr>
      </w:pPr>
      <w:r w:rsidRPr="00E1385F">
        <w:rPr>
          <w:rFonts w:ascii="Times New Roman" w:hAnsi="Times New Roman" w:cs="Times New Roman"/>
        </w:rPr>
        <w:t>Through this research, I have come to understand that poetic cinema is not only about aesthetics, but about perception. It changes how we see time, space, and memory.</w:t>
      </w:r>
    </w:p>
    <w:p w14:paraId="4BBF910C" w14:textId="77777777" w:rsidR="00E1385F" w:rsidRPr="00E1385F" w:rsidRDefault="00E1385F" w:rsidP="00057BF6">
      <w:pPr>
        <w:pStyle w:val="aff9"/>
        <w:spacing w:before="0" w:beforeAutospacing="0" w:after="0" w:afterAutospacing="0" w:line="360" w:lineRule="auto"/>
        <w:rPr>
          <w:rFonts w:ascii="Times New Roman" w:hAnsi="Times New Roman" w:cs="Times New Roman"/>
        </w:rPr>
      </w:pPr>
      <w:r w:rsidRPr="00E1385F">
        <w:rPr>
          <w:rFonts w:ascii="Times New Roman" w:hAnsi="Times New Roman" w:cs="Times New Roman"/>
        </w:rPr>
        <w:t>One of the most important aspects is the relationship between filmmaker and audience. Poetic essay film does not deliver meaning directly. Instead, it invites the audience to participate.</w:t>
      </w:r>
    </w:p>
    <w:p w14:paraId="0F2C6808" w14:textId="77777777" w:rsidR="00E1385F" w:rsidRPr="00E1385F" w:rsidRDefault="00E1385F" w:rsidP="00057BF6">
      <w:pPr>
        <w:pStyle w:val="aff9"/>
        <w:spacing w:before="0" w:beforeAutospacing="0" w:after="0" w:afterAutospacing="0" w:line="360" w:lineRule="auto"/>
        <w:rPr>
          <w:rFonts w:ascii="Times New Roman" w:hAnsi="Times New Roman" w:cs="Times New Roman"/>
        </w:rPr>
      </w:pPr>
      <w:r w:rsidRPr="00E1385F">
        <w:rPr>
          <w:rFonts w:ascii="Times New Roman" w:hAnsi="Times New Roman" w:cs="Times New Roman"/>
        </w:rPr>
        <w:t>This participation creates empathy. The viewer connects not through narrative, but through feeling.</w:t>
      </w:r>
    </w:p>
    <w:p w14:paraId="359FB93F" w14:textId="77777777" w:rsidR="00E1385F" w:rsidRPr="00E1385F" w:rsidRDefault="00E1385F" w:rsidP="00057BF6">
      <w:pPr>
        <w:pStyle w:val="aff9"/>
        <w:spacing w:before="0" w:beforeAutospacing="0" w:after="0" w:afterAutospacing="0" w:line="360" w:lineRule="auto"/>
        <w:rPr>
          <w:rFonts w:ascii="Times New Roman" w:hAnsi="Times New Roman" w:cs="Times New Roman"/>
        </w:rPr>
      </w:pPr>
      <w:r w:rsidRPr="00E1385F">
        <w:rPr>
          <w:rFonts w:ascii="Times New Roman" w:hAnsi="Times New Roman" w:cs="Times New Roman"/>
        </w:rPr>
        <w:t>In my own practice, I aim to explore this connection. By focusing on space, memory, and loneliness, I try to create images that resonate beyond their visual form.</w:t>
      </w:r>
    </w:p>
    <w:p w14:paraId="4B928485" w14:textId="77777777" w:rsidR="00E1385F" w:rsidRPr="00E1385F" w:rsidRDefault="00E1385F" w:rsidP="00057BF6">
      <w:pPr>
        <w:pStyle w:val="aff9"/>
        <w:spacing w:before="0" w:beforeAutospacing="0" w:after="0" w:afterAutospacing="0" w:line="360" w:lineRule="auto"/>
        <w:rPr>
          <w:rFonts w:ascii="Times New Roman" w:hAnsi="Times New Roman" w:cs="Times New Roman"/>
        </w:rPr>
      </w:pPr>
      <w:r w:rsidRPr="00E1385F">
        <w:rPr>
          <w:rFonts w:ascii="Times New Roman" w:hAnsi="Times New Roman" w:cs="Times New Roman"/>
        </w:rPr>
        <w:t>At the same time, I am aware of the limitations of this approach. Poetic expression must remain grounded. It should not become purely abstract.</w:t>
      </w:r>
    </w:p>
    <w:p w14:paraId="4EF2CBF7" w14:textId="77777777" w:rsidR="00E1385F" w:rsidRPr="00E1385F" w:rsidRDefault="00E1385F" w:rsidP="00057BF6">
      <w:pPr>
        <w:pStyle w:val="aff9"/>
        <w:spacing w:before="0" w:beforeAutospacing="0" w:after="0" w:afterAutospacing="0" w:line="360" w:lineRule="auto"/>
        <w:rPr>
          <w:rFonts w:ascii="Times New Roman" w:hAnsi="Times New Roman" w:cs="Times New Roman"/>
        </w:rPr>
      </w:pPr>
      <w:r w:rsidRPr="00E1385F">
        <w:rPr>
          <w:rFonts w:ascii="Times New Roman" w:hAnsi="Times New Roman" w:cs="Times New Roman"/>
        </w:rPr>
        <w:t>Finally, poetic essay film reminds us that cinema is not only a medium of storytelling, but also a medium of thinking and feeling. It allows us to slow down, to observe, and to reflect.</w:t>
      </w:r>
    </w:p>
    <w:p w14:paraId="5387A0EA" w14:textId="77777777" w:rsidR="00E1385F" w:rsidRPr="00E1385F" w:rsidRDefault="00E1385F" w:rsidP="00057BF6">
      <w:pPr>
        <w:pStyle w:val="aff9"/>
        <w:spacing w:before="0" w:beforeAutospacing="0" w:after="0" w:afterAutospacing="0" w:line="360" w:lineRule="auto"/>
        <w:rPr>
          <w:rFonts w:ascii="Times New Roman" w:hAnsi="Times New Roman" w:cs="Times New Roman"/>
        </w:rPr>
      </w:pPr>
      <w:r w:rsidRPr="00E1385F">
        <w:rPr>
          <w:rFonts w:ascii="Times New Roman" w:hAnsi="Times New Roman" w:cs="Times New Roman"/>
        </w:rPr>
        <w:t>This is why it continues to be meaningful in contemporary practice.</w:t>
      </w:r>
    </w:p>
    <w:p w14:paraId="20C402A7" w14:textId="77777777" w:rsidR="00FF32B3" w:rsidRPr="00E1385F" w:rsidRDefault="00FF32B3" w:rsidP="00057BF6">
      <w:pPr>
        <w:spacing w:line="360" w:lineRule="auto"/>
        <w:rPr>
          <w:rFonts w:ascii="Times New Roman" w:hAnsi="Times New Roman" w:cs="Times New Roman"/>
        </w:rPr>
      </w:pPr>
    </w:p>
    <w:p w14:paraId="2B864642" w14:textId="77777777" w:rsidR="00110B51" w:rsidRDefault="00110B51" w:rsidP="00057BF6">
      <w:pPr>
        <w:spacing w:line="360" w:lineRule="auto"/>
        <w:rPr>
          <w:rFonts w:ascii="Times New Roman" w:hAnsi="Times New Roman" w:cs="Times New Roman"/>
          <w:color w:val="000000" w:themeColor="text1"/>
        </w:rPr>
      </w:pPr>
    </w:p>
    <w:p w14:paraId="413DC708" w14:textId="77777777" w:rsidR="00057BF6" w:rsidRDefault="00057BF6" w:rsidP="00057BF6">
      <w:pPr>
        <w:spacing w:line="360" w:lineRule="auto"/>
        <w:rPr>
          <w:rFonts w:ascii="Times New Roman" w:hAnsi="Times New Roman" w:cs="Times New Roman"/>
          <w:color w:val="000000" w:themeColor="text1"/>
        </w:rPr>
      </w:pPr>
    </w:p>
    <w:p w14:paraId="554F76D9" w14:textId="77777777" w:rsidR="00057BF6" w:rsidRDefault="00057BF6" w:rsidP="00057BF6">
      <w:pPr>
        <w:spacing w:line="360" w:lineRule="auto"/>
        <w:rPr>
          <w:rFonts w:ascii="Times New Roman" w:hAnsi="Times New Roman" w:cs="Times New Roman"/>
          <w:color w:val="000000" w:themeColor="text1"/>
        </w:rPr>
      </w:pPr>
    </w:p>
    <w:p w14:paraId="68398B95" w14:textId="77777777" w:rsidR="00057BF6" w:rsidRDefault="00057BF6" w:rsidP="00057BF6">
      <w:pPr>
        <w:spacing w:line="360" w:lineRule="auto"/>
        <w:rPr>
          <w:rFonts w:ascii="Times New Roman" w:hAnsi="Times New Roman" w:cs="Times New Roman"/>
          <w:color w:val="000000" w:themeColor="text1"/>
        </w:rPr>
      </w:pPr>
    </w:p>
    <w:p w14:paraId="38C7517C" w14:textId="77777777" w:rsidR="00057BF6" w:rsidRDefault="00057BF6" w:rsidP="00057BF6">
      <w:pPr>
        <w:spacing w:line="360" w:lineRule="auto"/>
        <w:rPr>
          <w:rFonts w:ascii="Times New Roman" w:hAnsi="Times New Roman" w:cs="Times New Roman"/>
          <w:color w:val="000000" w:themeColor="text1"/>
        </w:rPr>
      </w:pPr>
    </w:p>
    <w:p w14:paraId="4B532F77" w14:textId="77777777" w:rsidR="00057BF6" w:rsidRDefault="00057BF6" w:rsidP="00057BF6">
      <w:pPr>
        <w:spacing w:line="360" w:lineRule="auto"/>
        <w:rPr>
          <w:rFonts w:ascii="Times New Roman" w:hAnsi="Times New Roman" w:cs="Times New Roman"/>
          <w:color w:val="000000" w:themeColor="text1"/>
        </w:rPr>
      </w:pPr>
    </w:p>
    <w:p w14:paraId="237C8F57" w14:textId="77777777" w:rsidR="00057BF6" w:rsidRDefault="00057BF6" w:rsidP="00057BF6">
      <w:pPr>
        <w:spacing w:line="360" w:lineRule="auto"/>
        <w:rPr>
          <w:rFonts w:ascii="Times New Roman" w:hAnsi="Times New Roman" w:cs="Times New Roman"/>
          <w:color w:val="000000" w:themeColor="text1"/>
        </w:rPr>
      </w:pPr>
    </w:p>
    <w:p w14:paraId="4C7D1D45" w14:textId="77777777" w:rsidR="00057BF6" w:rsidRDefault="00057BF6" w:rsidP="00057BF6">
      <w:pPr>
        <w:spacing w:line="360" w:lineRule="auto"/>
        <w:rPr>
          <w:rFonts w:ascii="Times New Roman" w:hAnsi="Times New Roman" w:cs="Times New Roman"/>
          <w:color w:val="000000" w:themeColor="text1"/>
        </w:rPr>
      </w:pPr>
    </w:p>
    <w:p w14:paraId="73D3C5C7" w14:textId="77777777" w:rsidR="00057BF6" w:rsidRDefault="00057BF6" w:rsidP="00057BF6">
      <w:pPr>
        <w:spacing w:line="360" w:lineRule="auto"/>
        <w:rPr>
          <w:rFonts w:ascii="Times New Roman" w:hAnsi="Times New Roman" w:cs="Times New Roman"/>
          <w:color w:val="000000" w:themeColor="text1"/>
        </w:rPr>
      </w:pPr>
    </w:p>
    <w:p w14:paraId="17CAA552" w14:textId="77777777" w:rsidR="00057BF6" w:rsidRDefault="00057BF6" w:rsidP="00057BF6">
      <w:pPr>
        <w:spacing w:line="360" w:lineRule="auto"/>
        <w:rPr>
          <w:rFonts w:ascii="Times New Roman" w:hAnsi="Times New Roman" w:cs="Times New Roman"/>
          <w:color w:val="000000" w:themeColor="text1"/>
        </w:rPr>
      </w:pPr>
    </w:p>
    <w:p w14:paraId="0E774EF0" w14:textId="77777777" w:rsidR="00057BF6" w:rsidRPr="00110B51" w:rsidRDefault="00057BF6" w:rsidP="00057BF6">
      <w:pPr>
        <w:spacing w:line="360" w:lineRule="auto"/>
        <w:rPr>
          <w:rFonts w:ascii="Times New Roman" w:hAnsi="Times New Roman" w:cs="Times New Roman" w:hint="eastAsia"/>
          <w:color w:val="000000" w:themeColor="text1"/>
        </w:rPr>
      </w:pPr>
    </w:p>
    <w:p w14:paraId="798E6B1F" w14:textId="77777777" w:rsidR="00FF32B3" w:rsidRPr="00FF32B3" w:rsidRDefault="00FF32B3" w:rsidP="00057BF6">
      <w:pPr>
        <w:pStyle w:val="aff9"/>
        <w:spacing w:before="0" w:beforeAutospacing="0" w:after="0" w:afterAutospacing="0" w:line="360" w:lineRule="auto"/>
        <w:rPr>
          <w:rFonts w:ascii="Times New Roman" w:hAnsi="Times New Roman" w:cs="Times New Roman"/>
          <w:color w:val="000000" w:themeColor="text1"/>
        </w:rPr>
      </w:pPr>
      <w:r w:rsidRPr="00FF32B3">
        <w:rPr>
          <w:rFonts w:ascii="Times New Roman" w:hAnsi="Times New Roman" w:cs="Times New Roman"/>
          <w:color w:val="000000" w:themeColor="text1"/>
        </w:rPr>
        <w:lastRenderedPageBreak/>
        <w:t xml:space="preserve">Tarkovsky, Andrei. </w:t>
      </w:r>
      <w:r w:rsidRPr="00FF32B3">
        <w:rPr>
          <w:rStyle w:val="af9"/>
          <w:rFonts w:ascii="Times New Roman" w:hAnsi="Times New Roman" w:cs="Times New Roman"/>
          <w:color w:val="000000" w:themeColor="text1"/>
        </w:rPr>
        <w:t>Mirror</w:t>
      </w:r>
      <w:r w:rsidRPr="00FF32B3">
        <w:rPr>
          <w:rFonts w:ascii="Times New Roman" w:hAnsi="Times New Roman" w:cs="Times New Roman"/>
          <w:color w:val="000000" w:themeColor="text1"/>
        </w:rPr>
        <w:t xml:space="preserve">. </w:t>
      </w:r>
      <w:proofErr w:type="spellStart"/>
      <w:r w:rsidRPr="00FF32B3">
        <w:rPr>
          <w:rFonts w:ascii="Times New Roman" w:hAnsi="Times New Roman" w:cs="Times New Roman"/>
          <w:color w:val="000000" w:themeColor="text1"/>
        </w:rPr>
        <w:t>Mosfilm</w:t>
      </w:r>
      <w:proofErr w:type="spellEnd"/>
      <w:r w:rsidRPr="00FF32B3">
        <w:rPr>
          <w:rFonts w:ascii="Times New Roman" w:hAnsi="Times New Roman" w:cs="Times New Roman"/>
          <w:color w:val="000000" w:themeColor="text1"/>
        </w:rPr>
        <w:t>, 1975.</w:t>
      </w:r>
    </w:p>
    <w:p w14:paraId="67B087D5" w14:textId="77777777" w:rsidR="00FF32B3" w:rsidRPr="00FF32B3" w:rsidRDefault="00FF32B3" w:rsidP="00057BF6">
      <w:pPr>
        <w:pStyle w:val="aff9"/>
        <w:spacing w:before="0" w:beforeAutospacing="0" w:after="0" w:afterAutospacing="0" w:line="360" w:lineRule="auto"/>
        <w:rPr>
          <w:rFonts w:ascii="Times New Roman" w:hAnsi="Times New Roman" w:cs="Times New Roman"/>
          <w:color w:val="000000" w:themeColor="text1"/>
        </w:rPr>
      </w:pPr>
      <w:r w:rsidRPr="00FF32B3">
        <w:rPr>
          <w:rFonts w:ascii="Times New Roman" w:hAnsi="Times New Roman" w:cs="Times New Roman"/>
          <w:color w:val="000000" w:themeColor="text1"/>
        </w:rPr>
        <w:t xml:space="preserve">Marker, Chris. </w:t>
      </w:r>
      <w:r w:rsidRPr="00FF32B3">
        <w:rPr>
          <w:rStyle w:val="af9"/>
          <w:rFonts w:ascii="Times New Roman" w:hAnsi="Times New Roman" w:cs="Times New Roman"/>
          <w:color w:val="000000" w:themeColor="text1"/>
        </w:rPr>
        <w:t>La Jetée</w:t>
      </w:r>
      <w:r w:rsidRPr="00FF32B3">
        <w:rPr>
          <w:rFonts w:ascii="Times New Roman" w:hAnsi="Times New Roman" w:cs="Times New Roman"/>
          <w:color w:val="000000" w:themeColor="text1"/>
        </w:rPr>
        <w:t>. Argos Films, 1962.</w:t>
      </w:r>
    </w:p>
    <w:p w14:paraId="7A57F514" w14:textId="77777777" w:rsidR="00FF32B3" w:rsidRPr="00FF32B3" w:rsidRDefault="00FF32B3" w:rsidP="00057BF6">
      <w:pPr>
        <w:pStyle w:val="aff9"/>
        <w:spacing w:before="0" w:beforeAutospacing="0" w:after="0" w:afterAutospacing="0" w:line="360" w:lineRule="auto"/>
        <w:rPr>
          <w:rFonts w:ascii="Times New Roman" w:hAnsi="Times New Roman" w:cs="Times New Roman"/>
          <w:color w:val="000000" w:themeColor="text1"/>
        </w:rPr>
      </w:pPr>
      <w:r w:rsidRPr="00FF32B3">
        <w:rPr>
          <w:rFonts w:ascii="Times New Roman" w:hAnsi="Times New Roman" w:cs="Times New Roman"/>
          <w:color w:val="000000" w:themeColor="text1"/>
        </w:rPr>
        <w:t xml:space="preserve">Marker, Chris. </w:t>
      </w:r>
      <w:r w:rsidRPr="00FF32B3">
        <w:rPr>
          <w:rStyle w:val="af9"/>
          <w:rFonts w:ascii="Times New Roman" w:hAnsi="Times New Roman" w:cs="Times New Roman"/>
          <w:color w:val="000000" w:themeColor="text1"/>
        </w:rPr>
        <w:t>Sans Soleil</w:t>
      </w:r>
      <w:r w:rsidRPr="00FF32B3">
        <w:rPr>
          <w:rFonts w:ascii="Times New Roman" w:hAnsi="Times New Roman" w:cs="Times New Roman"/>
          <w:color w:val="000000" w:themeColor="text1"/>
        </w:rPr>
        <w:t>. Argos Films, 1983.</w:t>
      </w:r>
    </w:p>
    <w:p w14:paraId="1B620664" w14:textId="77777777" w:rsidR="00FF32B3" w:rsidRPr="00FF32B3" w:rsidRDefault="00FF32B3" w:rsidP="00057BF6">
      <w:pPr>
        <w:pStyle w:val="aff9"/>
        <w:spacing w:before="0" w:beforeAutospacing="0" w:after="0" w:afterAutospacing="0" w:line="360" w:lineRule="auto"/>
        <w:rPr>
          <w:rFonts w:ascii="Times New Roman" w:hAnsi="Times New Roman" w:cs="Times New Roman"/>
          <w:color w:val="000000" w:themeColor="text1"/>
        </w:rPr>
      </w:pPr>
      <w:r w:rsidRPr="00FF32B3">
        <w:rPr>
          <w:rFonts w:ascii="Times New Roman" w:hAnsi="Times New Roman" w:cs="Times New Roman"/>
          <w:color w:val="000000" w:themeColor="text1"/>
        </w:rPr>
        <w:t xml:space="preserve">Malick, Terrence. </w:t>
      </w:r>
      <w:r w:rsidRPr="00FF32B3">
        <w:rPr>
          <w:rStyle w:val="af9"/>
          <w:rFonts w:ascii="Times New Roman" w:hAnsi="Times New Roman" w:cs="Times New Roman"/>
          <w:color w:val="000000" w:themeColor="text1"/>
        </w:rPr>
        <w:t>The Tree of Life</w:t>
      </w:r>
      <w:r w:rsidRPr="00FF32B3">
        <w:rPr>
          <w:rFonts w:ascii="Times New Roman" w:hAnsi="Times New Roman" w:cs="Times New Roman"/>
          <w:color w:val="000000" w:themeColor="text1"/>
        </w:rPr>
        <w:t>. Fox Searchlight Pictures, 2011.</w:t>
      </w:r>
    </w:p>
    <w:p w14:paraId="1A9BE30D" w14:textId="77777777" w:rsidR="00FF32B3" w:rsidRPr="00FF32B3" w:rsidRDefault="00FF32B3" w:rsidP="00057BF6">
      <w:pPr>
        <w:pStyle w:val="aff9"/>
        <w:spacing w:before="0" w:beforeAutospacing="0" w:after="0" w:afterAutospacing="0" w:line="360" w:lineRule="auto"/>
        <w:rPr>
          <w:rFonts w:ascii="Times New Roman" w:hAnsi="Times New Roman" w:cs="Times New Roman"/>
          <w:color w:val="000000" w:themeColor="text1"/>
        </w:rPr>
      </w:pPr>
      <w:r w:rsidRPr="00FF32B3">
        <w:rPr>
          <w:rFonts w:ascii="Times New Roman" w:hAnsi="Times New Roman" w:cs="Times New Roman"/>
          <w:color w:val="000000" w:themeColor="text1"/>
        </w:rPr>
        <w:t xml:space="preserve">Kogonada. </w:t>
      </w:r>
      <w:r w:rsidRPr="00FF32B3">
        <w:rPr>
          <w:rStyle w:val="af9"/>
          <w:rFonts w:ascii="Times New Roman" w:hAnsi="Times New Roman" w:cs="Times New Roman"/>
          <w:color w:val="000000" w:themeColor="text1"/>
        </w:rPr>
        <w:t>Columbus</w:t>
      </w:r>
      <w:r w:rsidRPr="00FF32B3">
        <w:rPr>
          <w:rFonts w:ascii="Times New Roman" w:hAnsi="Times New Roman" w:cs="Times New Roman"/>
          <w:color w:val="000000" w:themeColor="text1"/>
        </w:rPr>
        <w:t>. Depth of Field, 2017.</w:t>
      </w:r>
    </w:p>
    <w:p w14:paraId="69623074" w14:textId="77777777" w:rsidR="00FF32B3" w:rsidRPr="00FF32B3" w:rsidRDefault="00FF32B3" w:rsidP="00057BF6">
      <w:pPr>
        <w:pStyle w:val="aff9"/>
        <w:spacing w:before="0" w:beforeAutospacing="0" w:after="0" w:afterAutospacing="0" w:line="360" w:lineRule="auto"/>
        <w:rPr>
          <w:rFonts w:ascii="Times New Roman" w:hAnsi="Times New Roman" w:cs="Times New Roman"/>
          <w:color w:val="000000" w:themeColor="text1"/>
        </w:rPr>
      </w:pPr>
      <w:proofErr w:type="spellStart"/>
      <w:r w:rsidRPr="00FF32B3">
        <w:rPr>
          <w:rFonts w:ascii="Times New Roman" w:hAnsi="Times New Roman" w:cs="Times New Roman"/>
          <w:color w:val="000000" w:themeColor="text1"/>
        </w:rPr>
        <w:t>Rascaroli</w:t>
      </w:r>
      <w:proofErr w:type="spellEnd"/>
      <w:r w:rsidRPr="00FF32B3">
        <w:rPr>
          <w:rFonts w:ascii="Times New Roman" w:hAnsi="Times New Roman" w:cs="Times New Roman"/>
          <w:color w:val="000000" w:themeColor="text1"/>
        </w:rPr>
        <w:t xml:space="preserve">, Laura. </w:t>
      </w:r>
      <w:r w:rsidRPr="00FF32B3">
        <w:rPr>
          <w:rStyle w:val="af9"/>
          <w:rFonts w:ascii="Times New Roman" w:hAnsi="Times New Roman" w:cs="Times New Roman"/>
          <w:color w:val="000000" w:themeColor="text1"/>
        </w:rPr>
        <w:t>The Essay Film: Problems, Definitions, Textual Commitments</w:t>
      </w:r>
      <w:r w:rsidRPr="00FF32B3">
        <w:rPr>
          <w:rFonts w:ascii="Times New Roman" w:hAnsi="Times New Roman" w:cs="Times New Roman"/>
          <w:color w:val="000000" w:themeColor="text1"/>
        </w:rPr>
        <w:t>. Wallflower Press, 2009.</w:t>
      </w:r>
    </w:p>
    <w:p w14:paraId="76E9BDF6" w14:textId="77777777" w:rsidR="00FF32B3" w:rsidRPr="00FF32B3" w:rsidRDefault="00FF32B3" w:rsidP="00057BF6">
      <w:pPr>
        <w:pStyle w:val="aff9"/>
        <w:spacing w:before="0" w:beforeAutospacing="0" w:after="0" w:afterAutospacing="0" w:line="360" w:lineRule="auto"/>
        <w:rPr>
          <w:rFonts w:ascii="Times New Roman" w:hAnsi="Times New Roman" w:cs="Times New Roman"/>
          <w:color w:val="000000" w:themeColor="text1"/>
        </w:rPr>
      </w:pPr>
      <w:r w:rsidRPr="00FF32B3">
        <w:rPr>
          <w:rFonts w:ascii="Times New Roman" w:hAnsi="Times New Roman" w:cs="Times New Roman"/>
          <w:color w:val="000000" w:themeColor="text1"/>
        </w:rPr>
        <w:t xml:space="preserve">Corrigan, Timothy. </w:t>
      </w:r>
      <w:r w:rsidRPr="00FF32B3">
        <w:rPr>
          <w:rStyle w:val="af9"/>
          <w:rFonts w:ascii="Times New Roman" w:hAnsi="Times New Roman" w:cs="Times New Roman"/>
          <w:color w:val="000000" w:themeColor="text1"/>
        </w:rPr>
        <w:t>The Essay Film: From Montaigne, After Marker</w:t>
      </w:r>
      <w:r w:rsidRPr="00FF32B3">
        <w:rPr>
          <w:rFonts w:ascii="Times New Roman" w:hAnsi="Times New Roman" w:cs="Times New Roman"/>
          <w:color w:val="000000" w:themeColor="text1"/>
        </w:rPr>
        <w:t>. Oxford University Press, 2011.</w:t>
      </w:r>
    </w:p>
    <w:p w14:paraId="7EEA193A" w14:textId="034E9208" w:rsidR="004A51B4" w:rsidRPr="00FF32B3" w:rsidRDefault="004A51B4" w:rsidP="00057BF6">
      <w:pPr>
        <w:spacing w:line="360" w:lineRule="auto"/>
        <w:rPr>
          <w:rFonts w:ascii="Times New Roman" w:hAnsi="Times New Roman" w:cs="Times New Roman"/>
          <w:color w:val="000000" w:themeColor="text1"/>
        </w:rPr>
      </w:pPr>
    </w:p>
    <w:sectPr w:rsidR="004A51B4" w:rsidRPr="00FF32B3"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0000000000000000000"/>
    <w:charset w:val="00"/>
    <w:family w:val="modern"/>
    <w:pitch w:val="fixed"/>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0C6240B5"/>
    <w:multiLevelType w:val="multilevel"/>
    <w:tmpl w:val="2C74B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623728"/>
    <w:multiLevelType w:val="multilevel"/>
    <w:tmpl w:val="7E922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423CAE"/>
    <w:multiLevelType w:val="multilevel"/>
    <w:tmpl w:val="50C02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324C70"/>
    <w:multiLevelType w:val="multilevel"/>
    <w:tmpl w:val="57EC7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5605D2"/>
    <w:multiLevelType w:val="multilevel"/>
    <w:tmpl w:val="D2D85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1D53E73"/>
    <w:multiLevelType w:val="multilevel"/>
    <w:tmpl w:val="27F66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0234703">
    <w:abstractNumId w:val="8"/>
  </w:num>
  <w:num w:numId="2" w16cid:durableId="1547257953">
    <w:abstractNumId w:val="6"/>
  </w:num>
  <w:num w:numId="3" w16cid:durableId="2089643703">
    <w:abstractNumId w:val="5"/>
  </w:num>
  <w:num w:numId="4" w16cid:durableId="387001427">
    <w:abstractNumId w:val="4"/>
  </w:num>
  <w:num w:numId="5" w16cid:durableId="637227526">
    <w:abstractNumId w:val="7"/>
  </w:num>
  <w:num w:numId="6" w16cid:durableId="1491094233">
    <w:abstractNumId w:val="3"/>
  </w:num>
  <w:num w:numId="7" w16cid:durableId="1802383279">
    <w:abstractNumId w:val="2"/>
  </w:num>
  <w:num w:numId="8" w16cid:durableId="166680086">
    <w:abstractNumId w:val="1"/>
  </w:num>
  <w:num w:numId="9" w16cid:durableId="1987004184">
    <w:abstractNumId w:val="0"/>
  </w:num>
  <w:num w:numId="10" w16cid:durableId="185991688">
    <w:abstractNumId w:val="13"/>
  </w:num>
  <w:num w:numId="11" w16cid:durableId="1277564966">
    <w:abstractNumId w:val="12"/>
  </w:num>
  <w:num w:numId="12" w16cid:durableId="1578860037">
    <w:abstractNumId w:val="14"/>
  </w:num>
  <w:num w:numId="13" w16cid:durableId="1461878323">
    <w:abstractNumId w:val="11"/>
  </w:num>
  <w:num w:numId="14" w16cid:durableId="1638022641">
    <w:abstractNumId w:val="10"/>
  </w:num>
  <w:num w:numId="15" w16cid:durableId="109093469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3"/>
  <w:bordersDoNotSurroundHeader/>
  <w:bordersDoNotSurroundFooter/>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0F7B"/>
    <w:rsid w:val="00003EEA"/>
    <w:rsid w:val="00023C29"/>
    <w:rsid w:val="0003331F"/>
    <w:rsid w:val="00034616"/>
    <w:rsid w:val="00042D7C"/>
    <w:rsid w:val="00051924"/>
    <w:rsid w:val="00054068"/>
    <w:rsid w:val="00057BF6"/>
    <w:rsid w:val="0006063C"/>
    <w:rsid w:val="0006347C"/>
    <w:rsid w:val="00083E62"/>
    <w:rsid w:val="000A3A6D"/>
    <w:rsid w:val="000B213C"/>
    <w:rsid w:val="000C3840"/>
    <w:rsid w:val="000C6158"/>
    <w:rsid w:val="000C6C47"/>
    <w:rsid w:val="000D372D"/>
    <w:rsid w:val="000E3114"/>
    <w:rsid w:val="00110B51"/>
    <w:rsid w:val="00110F55"/>
    <w:rsid w:val="00117D3C"/>
    <w:rsid w:val="0013724F"/>
    <w:rsid w:val="00140E73"/>
    <w:rsid w:val="0015074B"/>
    <w:rsid w:val="00180521"/>
    <w:rsid w:val="001901DD"/>
    <w:rsid w:val="001A31E1"/>
    <w:rsid w:val="001C10F4"/>
    <w:rsid w:val="001D2BD3"/>
    <w:rsid w:val="001D5362"/>
    <w:rsid w:val="00211FE2"/>
    <w:rsid w:val="00216D0B"/>
    <w:rsid w:val="00216E68"/>
    <w:rsid w:val="0022189C"/>
    <w:rsid w:val="0023461F"/>
    <w:rsid w:val="00245CD4"/>
    <w:rsid w:val="00253B42"/>
    <w:rsid w:val="002718BA"/>
    <w:rsid w:val="0028662C"/>
    <w:rsid w:val="0029639D"/>
    <w:rsid w:val="002C2E47"/>
    <w:rsid w:val="002C6E3A"/>
    <w:rsid w:val="002F3A54"/>
    <w:rsid w:val="002F6EAD"/>
    <w:rsid w:val="00300273"/>
    <w:rsid w:val="003014C2"/>
    <w:rsid w:val="00315EEE"/>
    <w:rsid w:val="00326F90"/>
    <w:rsid w:val="003279EF"/>
    <w:rsid w:val="00327C46"/>
    <w:rsid w:val="00341AC5"/>
    <w:rsid w:val="00342A1C"/>
    <w:rsid w:val="00354C4C"/>
    <w:rsid w:val="00373DD0"/>
    <w:rsid w:val="0037584E"/>
    <w:rsid w:val="00394193"/>
    <w:rsid w:val="003A66DC"/>
    <w:rsid w:val="003B2D78"/>
    <w:rsid w:val="003B5544"/>
    <w:rsid w:val="003C4727"/>
    <w:rsid w:val="003C78B1"/>
    <w:rsid w:val="004050A2"/>
    <w:rsid w:val="00452ECB"/>
    <w:rsid w:val="00455228"/>
    <w:rsid w:val="00457364"/>
    <w:rsid w:val="0046044D"/>
    <w:rsid w:val="00461532"/>
    <w:rsid w:val="00467E26"/>
    <w:rsid w:val="0047133E"/>
    <w:rsid w:val="00482133"/>
    <w:rsid w:val="004A15BB"/>
    <w:rsid w:val="004A20CF"/>
    <w:rsid w:val="004A51B4"/>
    <w:rsid w:val="004B59F5"/>
    <w:rsid w:val="004C3D1E"/>
    <w:rsid w:val="004D3D9E"/>
    <w:rsid w:val="004F46D8"/>
    <w:rsid w:val="00506A19"/>
    <w:rsid w:val="0051452A"/>
    <w:rsid w:val="00525FC7"/>
    <w:rsid w:val="0054400E"/>
    <w:rsid w:val="00550670"/>
    <w:rsid w:val="0056202B"/>
    <w:rsid w:val="005765D4"/>
    <w:rsid w:val="0058012F"/>
    <w:rsid w:val="00590A02"/>
    <w:rsid w:val="00592471"/>
    <w:rsid w:val="00594A09"/>
    <w:rsid w:val="005D3D00"/>
    <w:rsid w:val="005D6577"/>
    <w:rsid w:val="005D7987"/>
    <w:rsid w:val="005F77DE"/>
    <w:rsid w:val="00602BF9"/>
    <w:rsid w:val="006073D4"/>
    <w:rsid w:val="00610FB3"/>
    <w:rsid w:val="00612815"/>
    <w:rsid w:val="0062394A"/>
    <w:rsid w:val="00637A55"/>
    <w:rsid w:val="006655C0"/>
    <w:rsid w:val="00680937"/>
    <w:rsid w:val="006860DE"/>
    <w:rsid w:val="006C36CB"/>
    <w:rsid w:val="006C5600"/>
    <w:rsid w:val="006F0A7F"/>
    <w:rsid w:val="006F0C9F"/>
    <w:rsid w:val="007124FA"/>
    <w:rsid w:val="007175D9"/>
    <w:rsid w:val="007202D3"/>
    <w:rsid w:val="00723606"/>
    <w:rsid w:val="007265C2"/>
    <w:rsid w:val="00731220"/>
    <w:rsid w:val="0073210A"/>
    <w:rsid w:val="00742EAA"/>
    <w:rsid w:val="00755D40"/>
    <w:rsid w:val="00797808"/>
    <w:rsid w:val="007B1EFB"/>
    <w:rsid w:val="007B27AE"/>
    <w:rsid w:val="007B6F52"/>
    <w:rsid w:val="007C3B10"/>
    <w:rsid w:val="007F204E"/>
    <w:rsid w:val="007F350F"/>
    <w:rsid w:val="00800C20"/>
    <w:rsid w:val="00806987"/>
    <w:rsid w:val="00820C26"/>
    <w:rsid w:val="00824BE9"/>
    <w:rsid w:val="00850389"/>
    <w:rsid w:val="00850C40"/>
    <w:rsid w:val="00851BB6"/>
    <w:rsid w:val="008623C3"/>
    <w:rsid w:val="00897FD2"/>
    <w:rsid w:val="008B1E65"/>
    <w:rsid w:val="008E2948"/>
    <w:rsid w:val="008F3ECE"/>
    <w:rsid w:val="00913C71"/>
    <w:rsid w:val="009402EE"/>
    <w:rsid w:val="00950867"/>
    <w:rsid w:val="00957F05"/>
    <w:rsid w:val="009826BB"/>
    <w:rsid w:val="009836C6"/>
    <w:rsid w:val="00984B38"/>
    <w:rsid w:val="009863AC"/>
    <w:rsid w:val="009A1939"/>
    <w:rsid w:val="009A2B31"/>
    <w:rsid w:val="009B238D"/>
    <w:rsid w:val="009B39D1"/>
    <w:rsid w:val="009B50EC"/>
    <w:rsid w:val="009C49BE"/>
    <w:rsid w:val="009E3AB7"/>
    <w:rsid w:val="009E42AB"/>
    <w:rsid w:val="00A31746"/>
    <w:rsid w:val="00A323C9"/>
    <w:rsid w:val="00A5456F"/>
    <w:rsid w:val="00A702B9"/>
    <w:rsid w:val="00A93CCD"/>
    <w:rsid w:val="00AA1D8D"/>
    <w:rsid w:val="00AC2F44"/>
    <w:rsid w:val="00AC671E"/>
    <w:rsid w:val="00AD2868"/>
    <w:rsid w:val="00AE4965"/>
    <w:rsid w:val="00AF25DC"/>
    <w:rsid w:val="00B130EC"/>
    <w:rsid w:val="00B43FFB"/>
    <w:rsid w:val="00B47730"/>
    <w:rsid w:val="00B60ECD"/>
    <w:rsid w:val="00B7126C"/>
    <w:rsid w:val="00B72E72"/>
    <w:rsid w:val="00B72EF9"/>
    <w:rsid w:val="00B94871"/>
    <w:rsid w:val="00B96423"/>
    <w:rsid w:val="00BF1E74"/>
    <w:rsid w:val="00BF7AFF"/>
    <w:rsid w:val="00C02463"/>
    <w:rsid w:val="00C05A4F"/>
    <w:rsid w:val="00C06303"/>
    <w:rsid w:val="00C25DA4"/>
    <w:rsid w:val="00C347B9"/>
    <w:rsid w:val="00C41268"/>
    <w:rsid w:val="00C453CD"/>
    <w:rsid w:val="00C458F3"/>
    <w:rsid w:val="00C61A2E"/>
    <w:rsid w:val="00C67706"/>
    <w:rsid w:val="00C67F9C"/>
    <w:rsid w:val="00C7236A"/>
    <w:rsid w:val="00C72630"/>
    <w:rsid w:val="00C80251"/>
    <w:rsid w:val="00C82F64"/>
    <w:rsid w:val="00C93511"/>
    <w:rsid w:val="00C96361"/>
    <w:rsid w:val="00CA6DE9"/>
    <w:rsid w:val="00CB0664"/>
    <w:rsid w:val="00CD47A3"/>
    <w:rsid w:val="00CE0E70"/>
    <w:rsid w:val="00CE4459"/>
    <w:rsid w:val="00D11BBB"/>
    <w:rsid w:val="00D15A0A"/>
    <w:rsid w:val="00D16AE6"/>
    <w:rsid w:val="00D21AE7"/>
    <w:rsid w:val="00D26120"/>
    <w:rsid w:val="00D263ED"/>
    <w:rsid w:val="00D47FE1"/>
    <w:rsid w:val="00D66FA6"/>
    <w:rsid w:val="00DA2FD4"/>
    <w:rsid w:val="00DD604B"/>
    <w:rsid w:val="00E127FE"/>
    <w:rsid w:val="00E1385F"/>
    <w:rsid w:val="00E34D6A"/>
    <w:rsid w:val="00E432EC"/>
    <w:rsid w:val="00E44FCE"/>
    <w:rsid w:val="00E74D7C"/>
    <w:rsid w:val="00E74FFC"/>
    <w:rsid w:val="00E835F4"/>
    <w:rsid w:val="00E91401"/>
    <w:rsid w:val="00E96091"/>
    <w:rsid w:val="00EA1A4B"/>
    <w:rsid w:val="00EA670C"/>
    <w:rsid w:val="00EB663A"/>
    <w:rsid w:val="00EC3DB6"/>
    <w:rsid w:val="00EF628D"/>
    <w:rsid w:val="00F12526"/>
    <w:rsid w:val="00F224F3"/>
    <w:rsid w:val="00F227CB"/>
    <w:rsid w:val="00F366CB"/>
    <w:rsid w:val="00F44921"/>
    <w:rsid w:val="00F578B8"/>
    <w:rsid w:val="00F740A8"/>
    <w:rsid w:val="00F77E3E"/>
    <w:rsid w:val="00F9484C"/>
    <w:rsid w:val="00FB09CD"/>
    <w:rsid w:val="00FC09D0"/>
    <w:rsid w:val="00FC693F"/>
    <w:rsid w:val="00FD05C0"/>
    <w:rsid w:val="00FE0070"/>
    <w:rsid w:val="00FE44F1"/>
    <w:rsid w:val="00FF293C"/>
    <w:rsid w:val="00FF32B3"/>
    <w:rsid w:val="00FF3A9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298D900"/>
  <w14:defaultImageDpi w14:val="300"/>
  <w15:docId w15:val="{E6C1CEA1-0ACA-5A4F-8548-0C8DEFE14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E91401"/>
    <w:pPr>
      <w:spacing w:after="0" w:line="240" w:lineRule="auto"/>
    </w:pPr>
    <w:rPr>
      <w:rFonts w:ascii="宋体" w:eastAsia="宋体" w:hAnsi="宋体" w:cs="宋体"/>
      <w:sz w:val="24"/>
      <w:szCs w:val="24"/>
      <w:lang w:eastAsia="zh-CN"/>
    </w:rPr>
  </w:style>
  <w:style w:type="paragraph" w:styleId="1">
    <w:name w:val="heading 1"/>
    <w:basedOn w:val="a1"/>
    <w:next w:val="a1"/>
    <w:link w:val="10"/>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pPr>
  </w:style>
  <w:style w:type="character" w:customStyle="1" w:styleId="a6">
    <w:name w:val="页眉 字符"/>
    <w:basedOn w:val="a2"/>
    <w:link w:val="a5"/>
    <w:uiPriority w:val="99"/>
    <w:rsid w:val="00E618BF"/>
  </w:style>
  <w:style w:type="paragraph" w:styleId="a7">
    <w:name w:val="footer"/>
    <w:basedOn w:val="a1"/>
    <w:link w:val="a8"/>
    <w:uiPriority w:val="99"/>
    <w:unhideWhenUsed/>
    <w:rsid w:val="00E618BF"/>
    <w:pPr>
      <w:tabs>
        <w:tab w:val="center" w:pos="4680"/>
        <w:tab w:val="right" w:pos="9360"/>
      </w:tabs>
    </w:pPr>
  </w:style>
  <w:style w:type="character" w:customStyle="1" w:styleId="a8">
    <w:name w:val="页脚 字符"/>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标题 1 字符"/>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标题 2 字符"/>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标题 3 字符"/>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标题 字符"/>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rPr>
  </w:style>
  <w:style w:type="character" w:customStyle="1" w:styleId="ad">
    <w:name w:val="副标题 字符"/>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正文文本 字符"/>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正文文本 2 字符"/>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正文文本 3 字符"/>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宏文本 字符"/>
    <w:basedOn w:val="a2"/>
    <w:link w:val="af3"/>
    <w:uiPriority w:val="99"/>
    <w:rsid w:val="0029639D"/>
    <w:rPr>
      <w:rFonts w:ascii="Courier" w:hAnsi="Courier"/>
      <w:sz w:val="20"/>
      <w:szCs w:val="20"/>
    </w:rPr>
  </w:style>
  <w:style w:type="paragraph" w:styleId="af5">
    <w:name w:val="Quote"/>
    <w:basedOn w:val="a1"/>
    <w:next w:val="a1"/>
    <w:link w:val="af6"/>
    <w:uiPriority w:val="29"/>
    <w:qFormat/>
    <w:rsid w:val="00FC693F"/>
    <w:rPr>
      <w:i/>
      <w:iCs/>
      <w:color w:val="000000" w:themeColor="text1"/>
    </w:rPr>
  </w:style>
  <w:style w:type="character" w:customStyle="1" w:styleId="af6">
    <w:name w:val="引用 字符"/>
    <w:basedOn w:val="a2"/>
    <w:link w:val="af5"/>
    <w:uiPriority w:val="29"/>
    <w:rsid w:val="00FC693F"/>
    <w:rPr>
      <w:i/>
      <w:iCs/>
      <w:color w:val="000000" w:themeColor="text1"/>
    </w:rPr>
  </w:style>
  <w:style w:type="character" w:customStyle="1" w:styleId="40">
    <w:name w:val="标题 4 字符"/>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标题 5 字符"/>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标题 6 字符"/>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标题 7 字符"/>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标题 8 字符"/>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标题 9 字符"/>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7">
    <w:name w:val="caption"/>
    <w:basedOn w:val="a1"/>
    <w:next w:val="a1"/>
    <w:uiPriority w:val="35"/>
    <w:semiHidden/>
    <w:unhideWhenUsed/>
    <w:qFormat/>
    <w:rsid w:val="00FC693F"/>
    <w:rPr>
      <w:b/>
      <w:bCs/>
      <w:color w:val="4F81BD" w:themeColor="accent1"/>
      <w:sz w:val="18"/>
      <w:szCs w:val="18"/>
    </w:rPr>
  </w:style>
  <w:style w:type="character" w:styleId="af8">
    <w:name w:val="Strong"/>
    <w:basedOn w:val="a2"/>
    <w:uiPriority w:val="22"/>
    <w:qFormat/>
    <w:rsid w:val="00FC693F"/>
    <w:rPr>
      <w:b/>
      <w:bCs/>
    </w:rPr>
  </w:style>
  <w:style w:type="character" w:styleId="af9">
    <w:name w:val="Emphasis"/>
    <w:basedOn w:val="a2"/>
    <w:uiPriority w:val="20"/>
    <w:qFormat/>
    <w:rsid w:val="00FC693F"/>
    <w:rPr>
      <w:i/>
      <w:iCs/>
    </w:rPr>
  </w:style>
  <w:style w:type="paragraph" w:styleId="afa">
    <w:name w:val="Intense Quote"/>
    <w:basedOn w:val="a1"/>
    <w:next w:val="a1"/>
    <w:link w:val="afb"/>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b">
    <w:name w:val="明显引用 字符"/>
    <w:basedOn w:val="a2"/>
    <w:link w:val="afa"/>
    <w:uiPriority w:val="30"/>
    <w:rsid w:val="00FC693F"/>
    <w:rPr>
      <w:b/>
      <w:bCs/>
      <w:i/>
      <w:iCs/>
      <w:color w:val="4F81BD" w:themeColor="accent1"/>
    </w:rPr>
  </w:style>
  <w:style w:type="character" w:styleId="afc">
    <w:name w:val="Subtle Emphasis"/>
    <w:basedOn w:val="a2"/>
    <w:uiPriority w:val="19"/>
    <w:qFormat/>
    <w:rsid w:val="00FC693F"/>
    <w:rPr>
      <w:i/>
      <w:iCs/>
      <w:color w:val="808080" w:themeColor="text1" w:themeTint="7F"/>
    </w:rPr>
  </w:style>
  <w:style w:type="character" w:styleId="afd">
    <w:name w:val="Intense Emphasis"/>
    <w:basedOn w:val="a2"/>
    <w:uiPriority w:val="21"/>
    <w:qFormat/>
    <w:rsid w:val="00FC693F"/>
    <w:rPr>
      <w:b/>
      <w:bCs/>
      <w:i/>
      <w:iCs/>
      <w:color w:val="4F81BD" w:themeColor="accent1"/>
    </w:rPr>
  </w:style>
  <w:style w:type="character" w:styleId="afe">
    <w:name w:val="Subtle Reference"/>
    <w:basedOn w:val="a2"/>
    <w:uiPriority w:val="31"/>
    <w:qFormat/>
    <w:rsid w:val="00FC693F"/>
    <w:rPr>
      <w:smallCaps/>
      <w:color w:val="C0504D" w:themeColor="accent2"/>
      <w:u w:val="single"/>
    </w:rPr>
  </w:style>
  <w:style w:type="character" w:styleId="aff">
    <w:name w:val="Intense Reference"/>
    <w:basedOn w:val="a2"/>
    <w:uiPriority w:val="32"/>
    <w:qFormat/>
    <w:rsid w:val="00FC693F"/>
    <w:rPr>
      <w:b/>
      <w:bCs/>
      <w:smallCaps/>
      <w:color w:val="C0504D" w:themeColor="accent2"/>
      <w:spacing w:val="5"/>
      <w:u w:val="single"/>
    </w:rPr>
  </w:style>
  <w:style w:type="character" w:styleId="aff0">
    <w:name w:val="Book Title"/>
    <w:basedOn w:val="a2"/>
    <w:uiPriority w:val="33"/>
    <w:qFormat/>
    <w:rsid w:val="00FC693F"/>
    <w:rPr>
      <w:b/>
      <w:bCs/>
      <w:smallCaps/>
      <w:spacing w:val="5"/>
    </w:rPr>
  </w:style>
  <w:style w:type="paragraph" w:styleId="TOC">
    <w:name w:val="TOC Heading"/>
    <w:basedOn w:val="1"/>
    <w:next w:val="a1"/>
    <w:uiPriority w:val="39"/>
    <w:semiHidden/>
    <w:unhideWhenUsed/>
    <w:qFormat/>
    <w:rsid w:val="00FC693F"/>
    <w:pPr>
      <w:outlineLvl w:val="9"/>
    </w:pPr>
  </w:style>
  <w:style w:type="table" w:styleId="aff1">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2">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3">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4">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7">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8">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9">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5">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6">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7">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8">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aff9">
    <w:name w:val="Normal (Web)"/>
    <w:basedOn w:val="a1"/>
    <w:uiPriority w:val="99"/>
    <w:unhideWhenUsed/>
    <w:rsid w:val="007C3B10"/>
    <w:pPr>
      <w:spacing w:before="100" w:beforeAutospacing="1" w:after="100" w:afterAutospacing="1"/>
    </w:pPr>
  </w:style>
  <w:style w:type="character" w:customStyle="1" w:styleId="normaltextrun">
    <w:name w:val="normaltextrun"/>
    <w:basedOn w:val="a2"/>
    <w:rsid w:val="007B6F52"/>
  </w:style>
  <w:style w:type="character" w:customStyle="1" w:styleId="whitespace-normal">
    <w:name w:val="whitespace-normal"/>
    <w:basedOn w:val="a2"/>
    <w:rsid w:val="00A93C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279</TotalTime>
  <Pages>14</Pages>
  <Words>3356</Words>
  <Characters>19135</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22447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sibo zheng</cp:lastModifiedBy>
  <cp:revision>23</cp:revision>
  <dcterms:created xsi:type="dcterms:W3CDTF">2026-01-06T08:23:00Z</dcterms:created>
  <dcterms:modified xsi:type="dcterms:W3CDTF">2026-05-05T06:12:00Z</dcterms:modified>
  <cp:category/>
</cp:coreProperties>
</file>