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692271822"/>
        <w:docPartObj>
          <w:docPartGallery w:val="Cover Pages"/>
          <w:docPartUnique/>
        </w:docPartObj>
      </w:sdtPr>
      <w:sdtEndPr/>
      <w:sdtContent>
        <w:p w14:paraId="2D6F5EDD" w14:textId="316F4473" w:rsidR="009F58D6" w:rsidRPr="00610D47" w:rsidRDefault="009F58D6">
          <w:pPr>
            <w:rPr>
              <w:rFonts w:ascii="Arial" w:hAnsi="Arial" w:cs="Arial"/>
            </w:rPr>
          </w:pPr>
          <w:r w:rsidRPr="00610D47">
            <w:rPr>
              <w:rFonts w:ascii="Arial" w:hAnsi="Arial" w:cs="Arial"/>
              <w:noProof/>
            </w:rPr>
            <mc:AlternateContent>
              <mc:Choice Requires="wpg">
                <w:drawing>
                  <wp:anchor distT="0" distB="0" distL="114300" distR="114300" simplePos="0" relativeHeight="251662336" behindDoc="0" locked="0" layoutInCell="1" allowOverlap="1" wp14:anchorId="24971908" wp14:editId="53A80C17">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upo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tângulo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tângulo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ei="http://schemas.microsoft.com/office/word/2026/wordml/cei">
                <w:pict>
                  <v:group w14:anchorId="6AF17BC0" id="Grupo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DBBQABgAIAAAAIQD1ompa2QAAAAYBAAAPAAAA&#10;ZHJzL2Rvd25yZXYueG1sTI9Bb8IwDIXvk/YfIk/abaRlG9u6pgihcUYULtxC4zXVEqdqApR/P7PL&#10;uFh+etZ7n8v56J044RC7QArySQYCqQmmo1bBbrt6egcRkyajXSBUcMEI8+r+rtSFCWfa4KlOreAQ&#10;ioVWYFPqCyljY9HrOAk9EnvfYfA6sRxaaQZ95nDv5DTLZtLrjrjB6h6XFpuf+ui5N67fvpz068u4&#10;ssvFc+j2uKmVenwYF58gEo7p/xiu+IwOFTMdwpFMFE4BP5L+5tXLX6esD7x95C8gq1Le4le/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">
                    <v:shape id="Retângulo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tângulo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8" o:title="" recolor="t" rotate="t" type="frame"/>
                    </v:rect>
                    <w10:wrap anchorx="page" anchory="page"/>
                  </v:group>
                </w:pict>
              </mc:Fallback>
            </mc:AlternateContent>
          </w:r>
          <w:r w:rsidRPr="00610D47">
            <w:rPr>
              <w:rFonts w:ascii="Arial" w:hAnsi="Arial" w:cs="Arial"/>
              <w:noProof/>
            </w:rPr>
            <mc:AlternateContent>
              <mc:Choice Requires="wps">
                <w:drawing>
                  <wp:anchor distT="0" distB="0" distL="114300" distR="114300" simplePos="0" relativeHeight="251660288" behindDoc="0" locked="0" layoutInCell="1" allowOverlap="1" wp14:anchorId="70E4B36E" wp14:editId="10C48471">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Caixa de Texto 153"/>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77791A2" w14:textId="54D962A6" w:rsidR="009F58D6" w:rsidRDefault="009F58D6">
                                    <w:pPr>
                                      <w:pStyle w:val="NoSpacing"/>
                                      <w:jc w:val="right"/>
                                      <w:rPr>
                                        <w:color w:val="595959" w:themeColor="text1" w:themeTint="A6"/>
                                        <w:sz w:val="28"/>
                                        <w:szCs w:val="28"/>
                                      </w:rPr>
                                    </w:pPr>
                                    <w:r>
                                      <w:rPr>
                                        <w:color w:val="595959" w:themeColor="text1" w:themeTint="A6"/>
                                        <w:sz w:val="28"/>
                                        <w:szCs w:val="28"/>
                                      </w:rPr>
                                      <w:t>UWTSD</w:t>
                                    </w:r>
                                  </w:p>
                                </w:sdtContent>
                              </w:sdt>
                              <w:p w14:paraId="511AD748" w14:textId="5FC32E17" w:rsidR="009F58D6" w:rsidRDefault="00991B0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F58D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0E4B36E" id="_x0000_t202" coordsize="21600,21600" o:spt="202" path="m,l,21600r21600,l21600,xe">
                    <v:stroke joinstyle="miter"/>
                    <v:path gradientshapeok="t" o:connecttype="rect"/>
                  </v:shapetype>
                  <v:shape id="Caixa de Texto 153"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77791A2" w14:textId="54D962A6" w:rsidR="009F58D6" w:rsidRDefault="009F58D6">
                              <w:pPr>
                                <w:pStyle w:val="NoSpacing"/>
                                <w:jc w:val="right"/>
                                <w:rPr>
                                  <w:color w:val="595959" w:themeColor="text1" w:themeTint="A6"/>
                                  <w:sz w:val="28"/>
                                  <w:szCs w:val="28"/>
                                </w:rPr>
                              </w:pPr>
                              <w:r>
                                <w:rPr>
                                  <w:color w:val="595959" w:themeColor="text1" w:themeTint="A6"/>
                                  <w:sz w:val="28"/>
                                  <w:szCs w:val="28"/>
                                </w:rPr>
                                <w:t>UWTSD</w:t>
                              </w:r>
                            </w:p>
                          </w:sdtContent>
                        </w:sdt>
                        <w:p w14:paraId="511AD748" w14:textId="5FC32E17" w:rsidR="009F58D6" w:rsidRDefault="00991B0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F58D6">
                                <w:rPr>
                                  <w:color w:val="595959" w:themeColor="text1" w:themeTint="A6"/>
                                  <w:sz w:val="18"/>
                                  <w:szCs w:val="18"/>
                                </w:rPr>
                                <w:t xml:space="preserve">     </w:t>
                              </w:r>
                            </w:sdtContent>
                          </w:sdt>
                        </w:p>
                      </w:txbxContent>
                    </v:textbox>
                    <w10:wrap type="square" anchorx="page" anchory="page"/>
                  </v:shape>
                </w:pict>
              </mc:Fallback>
            </mc:AlternateContent>
          </w:r>
          <w:r w:rsidRPr="00610D47">
            <w:rPr>
              <w:rFonts w:ascii="Arial" w:hAnsi="Arial" w:cs="Arial"/>
              <w:noProof/>
            </w:rPr>
            <mc:AlternateContent>
              <mc:Choice Requires="wps">
                <w:drawing>
                  <wp:anchor distT="0" distB="0" distL="114300" distR="114300" simplePos="0" relativeHeight="251661312" behindDoc="0" locked="0" layoutInCell="1" allowOverlap="1" wp14:anchorId="5E1991BB" wp14:editId="15F892FF">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Caixa de Texto 155"/>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3446F5" w14:textId="77777777" w:rsidR="009F58D6" w:rsidRPr="009F58D6" w:rsidRDefault="009F58D6" w:rsidP="009F58D6">
                                <w:pPr>
                                  <w:pStyle w:val="NoSpacing"/>
                                  <w:jc w:val="right"/>
                                  <w:rPr>
                                    <w:sz w:val="28"/>
                                    <w:szCs w:val="28"/>
                                  </w:rPr>
                                </w:pPr>
                                <w:r w:rsidRPr="009F58D6">
                                  <w:rPr>
                                    <w:sz w:val="28"/>
                                    <w:szCs w:val="28"/>
                                  </w:rPr>
                                  <w:t>(ACCA4023)</w:t>
                                </w:r>
                              </w:p>
                              <w:p w14:paraId="5770A203" w14:textId="0B4DD90D" w:rsidR="009F58D6" w:rsidRPr="009F58D6" w:rsidRDefault="00991B03" w:rsidP="009F58D6">
                                <w:pPr>
                                  <w:pStyle w:val="NoSpacing"/>
                                  <w:jc w:val="right"/>
                                  <w:rPr>
                                    <w:color w:val="595959" w:themeColor="text1" w:themeTint="A6"/>
                                    <w:sz w:val="20"/>
                                    <w:szCs w:val="20"/>
                                    <w:lang w:val="en-GB"/>
                                  </w:rPr>
                                </w:pPr>
                                <w:sdt>
                                  <w:sdtPr>
                                    <w:rPr>
                                      <w:rFonts w:ascii="Arial" w:hAnsi="Arial" w:cs="Arial"/>
                                    </w:rPr>
                                    <w:alias w:val="Resumo"/>
                                    <w:tag w:val=""/>
                                    <w:id w:val="1375273687"/>
                                    <w:dataBinding w:prefixMappings="xmlns:ns0='http://schemas.microsoft.com/office/2006/coverPageProps' " w:xpath="/ns0:CoverPageProperties[1]/ns0:Abstract[1]" w:storeItemID="{55AF091B-3C7A-41E3-B477-F2FDAA23CFDA}"/>
                                    <w:text w:multiLine="1"/>
                                  </w:sdtPr>
                                  <w:sdtEndPr/>
                                  <w:sdtContent>
                                    <w:r w:rsidR="009F58D6" w:rsidRPr="009F58D6">
                                      <w:rPr>
                                        <w:rFonts w:ascii="Arial" w:hAnsi="Arial" w:cs="Arial"/>
                                      </w:rPr>
                                      <w:t>Student Name: Leonardo Iwasaki</w:t>
                                    </w:r>
                                    <w:r w:rsidR="009F58D6">
                                      <w:rPr>
                                        <w:rFonts w:ascii="Arial" w:hAnsi="Arial" w:cs="Arial"/>
                                      </w:rPr>
                                      <w:br/>
                                    </w:r>
                                    <w:r w:rsidR="009F58D6" w:rsidRPr="009F58D6">
                                      <w:rPr>
                                        <w:rFonts w:ascii="Arial" w:hAnsi="Arial" w:cs="Arial"/>
                                      </w:rPr>
                                      <w:t xml:space="preserve">Student ID: </w:t>
                                    </w:r>
                                    <w:r w:rsidR="009F58D6">
                                      <w:rPr>
                                        <w:rFonts w:ascii="Arial" w:hAnsi="Arial" w:cs="Arial"/>
                                      </w:rPr>
                                      <w:t>2531571</w:t>
                                    </w:r>
                                    <w:r w:rsidR="009F58D6">
                                      <w:rPr>
                                        <w:rFonts w:ascii="Arial" w:hAnsi="Arial" w:cs="Arial"/>
                                      </w:rPr>
                                      <w:br/>
                                    </w:r>
                                    <w:r w:rsidR="009F58D6" w:rsidRPr="009F58D6">
                                      <w:rPr>
                                        <w:rFonts w:ascii="Arial" w:hAnsi="Arial" w:cs="Arial"/>
                                      </w:rPr>
                                      <w:t xml:space="preserve">Submission Date: </w:t>
                                    </w:r>
                                    <w:r w:rsidR="009F58D6">
                                      <w:rPr>
                                        <w:rFonts w:ascii="Arial" w:hAnsi="Arial" w:cs="Arial"/>
                                      </w:rPr>
                                      <w:t>14/08/2026</w:t>
                                    </w:r>
                                    <w:r w:rsidR="009F58D6" w:rsidRPr="009F58D6">
                                      <w:rPr>
                                        <w:rFonts w:ascii="Arial" w:hAnsi="Arial" w:cs="Arial"/>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E1991BB" id="Caixa de Texto 155"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A3446F5" w14:textId="77777777" w:rsidR="009F58D6" w:rsidRPr="009F58D6" w:rsidRDefault="009F58D6" w:rsidP="009F58D6">
                          <w:pPr>
                            <w:pStyle w:val="NoSpacing"/>
                            <w:jc w:val="right"/>
                            <w:rPr>
                              <w:sz w:val="28"/>
                              <w:szCs w:val="28"/>
                            </w:rPr>
                          </w:pPr>
                          <w:r w:rsidRPr="009F58D6">
                            <w:rPr>
                              <w:sz w:val="28"/>
                              <w:szCs w:val="28"/>
                            </w:rPr>
                            <w:t>(ACCA4023)</w:t>
                          </w:r>
                        </w:p>
                        <w:p w14:paraId="5770A203" w14:textId="0B4DD90D" w:rsidR="009F58D6" w:rsidRPr="009F58D6" w:rsidRDefault="00991B03" w:rsidP="009F58D6">
                          <w:pPr>
                            <w:pStyle w:val="NoSpacing"/>
                            <w:jc w:val="right"/>
                            <w:rPr>
                              <w:color w:val="595959" w:themeColor="text1" w:themeTint="A6"/>
                              <w:sz w:val="20"/>
                              <w:szCs w:val="20"/>
                              <w:lang w:val="en-GB"/>
                            </w:rPr>
                          </w:pPr>
                          <w:sdt>
                            <w:sdtPr>
                              <w:rPr>
                                <w:rFonts w:ascii="Arial" w:hAnsi="Arial" w:cs="Arial"/>
                              </w:rPr>
                              <w:alias w:val="Resumo"/>
                              <w:tag w:val=""/>
                              <w:id w:val="1375273687"/>
                              <w:dataBinding w:prefixMappings="xmlns:ns0='http://schemas.microsoft.com/office/2006/coverPageProps' " w:xpath="/ns0:CoverPageProperties[1]/ns0:Abstract[1]" w:storeItemID="{55AF091B-3C7A-41E3-B477-F2FDAA23CFDA}"/>
                              <w:text w:multiLine="1"/>
                            </w:sdtPr>
                            <w:sdtEndPr/>
                            <w:sdtContent>
                              <w:r w:rsidR="009F58D6" w:rsidRPr="009F58D6">
                                <w:rPr>
                                  <w:rFonts w:ascii="Arial" w:hAnsi="Arial" w:cs="Arial"/>
                                </w:rPr>
                                <w:t>Student Name: Leonardo Iwasaki</w:t>
                              </w:r>
                              <w:r w:rsidR="009F58D6">
                                <w:rPr>
                                  <w:rFonts w:ascii="Arial" w:hAnsi="Arial" w:cs="Arial"/>
                                </w:rPr>
                                <w:br/>
                              </w:r>
                              <w:r w:rsidR="009F58D6" w:rsidRPr="009F58D6">
                                <w:rPr>
                                  <w:rFonts w:ascii="Arial" w:hAnsi="Arial" w:cs="Arial"/>
                                </w:rPr>
                                <w:t xml:space="preserve">Student ID: </w:t>
                              </w:r>
                              <w:r w:rsidR="009F58D6">
                                <w:rPr>
                                  <w:rFonts w:ascii="Arial" w:hAnsi="Arial" w:cs="Arial"/>
                                </w:rPr>
                                <w:t>2531571</w:t>
                              </w:r>
                              <w:r w:rsidR="009F58D6">
                                <w:rPr>
                                  <w:rFonts w:ascii="Arial" w:hAnsi="Arial" w:cs="Arial"/>
                                </w:rPr>
                                <w:br/>
                              </w:r>
                              <w:r w:rsidR="009F58D6" w:rsidRPr="009F58D6">
                                <w:rPr>
                                  <w:rFonts w:ascii="Arial" w:hAnsi="Arial" w:cs="Arial"/>
                                </w:rPr>
                                <w:t xml:space="preserve">Submission Date: </w:t>
                              </w:r>
                              <w:r w:rsidR="009F58D6">
                                <w:rPr>
                                  <w:rFonts w:ascii="Arial" w:hAnsi="Arial" w:cs="Arial"/>
                                </w:rPr>
                                <w:t>14/08/2026</w:t>
                              </w:r>
                              <w:r w:rsidR="009F58D6" w:rsidRPr="009F58D6">
                                <w:rPr>
                                  <w:rFonts w:ascii="Arial" w:hAnsi="Arial" w:cs="Arial"/>
                                </w:rPr>
                                <w:t xml:space="preserve"> </w:t>
                              </w:r>
                            </w:sdtContent>
                          </w:sdt>
                        </w:p>
                      </w:txbxContent>
                    </v:textbox>
                    <w10:wrap type="square" anchorx="page" anchory="page"/>
                  </v:shape>
                </w:pict>
              </mc:Fallback>
            </mc:AlternateContent>
          </w:r>
          <w:r w:rsidRPr="00610D47">
            <w:rPr>
              <w:rFonts w:ascii="Arial" w:hAnsi="Arial" w:cs="Arial"/>
              <w:noProof/>
            </w:rPr>
            <mc:AlternateContent>
              <mc:Choice Requires="wps">
                <w:drawing>
                  <wp:anchor distT="0" distB="0" distL="114300" distR="114300" simplePos="0" relativeHeight="251659264" behindDoc="0" locked="0" layoutInCell="1" allowOverlap="1" wp14:anchorId="7C2BEEDD" wp14:editId="3C77974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Caixa de Texto 157"/>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A9D1E5" w14:textId="58476F1A" w:rsidR="009F58D6" w:rsidRPr="009F58D6" w:rsidRDefault="009F58D6">
                                <w:pPr>
                                  <w:jc w:val="right"/>
                                  <w:rPr>
                                    <w:color w:val="4F81BD" w:themeColor="accent1"/>
                                    <w:sz w:val="64"/>
                                    <w:szCs w:val="64"/>
                                    <w:lang w:val="en-GB"/>
                                  </w:rPr>
                                </w:pPr>
                                <w:r>
                                  <w:rPr>
                                    <w:caps/>
                                    <w:color w:val="4F81BD" w:themeColor="accent1"/>
                                    <w:sz w:val="64"/>
                                    <w:szCs w:val="64"/>
                                  </w:rPr>
                                  <w:t>INTRODUCTION TO WEB AND DATABASE CONCEPTS</w:t>
                                </w:r>
                              </w:p>
                              <w:p w14:paraId="22A0D911" w14:textId="77777777" w:rsidR="00B45084" w:rsidRDefault="00991B03">
                                <w:pPr>
                                  <w:jc w:val="right"/>
                                  <w:rPr>
                                    <w:color w:val="404040" w:themeColor="text1" w:themeTint="BF"/>
                                    <w:sz w:val="36"/>
                                    <w:szCs w:val="36"/>
                                  </w:rPr>
                                </w:pPr>
                                <w:sdt>
                                  <w:sdtPr>
                                    <w:rPr>
                                      <w:color w:val="404040" w:themeColor="text1" w:themeTint="BF"/>
                                      <w:sz w:val="36"/>
                                      <w:szCs w:val="36"/>
                                    </w:rPr>
                                    <w:alias w:val="Subtítulo"/>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9F58D6">
                                      <w:rPr>
                                        <w:color w:val="404040" w:themeColor="text1" w:themeTint="BF"/>
                                        <w:sz w:val="36"/>
                                        <w:szCs w:val="36"/>
                                      </w:rPr>
                                      <w:t>HTML &amp; CSS Web Development</w:t>
                                    </w:r>
                                  </w:sdtContent>
                                </w:sdt>
                                <w:r w:rsidR="009F58D6">
                                  <w:rPr>
                                    <w:color w:val="404040" w:themeColor="text1" w:themeTint="BF"/>
                                    <w:sz w:val="36"/>
                                    <w:szCs w:val="36"/>
                                  </w:rPr>
                                  <w:t xml:space="preserve"> </w:t>
                                </w:r>
                              </w:p>
                              <w:p w14:paraId="51E6024D" w14:textId="52C675C5" w:rsidR="009F58D6" w:rsidRPr="009F58D6" w:rsidRDefault="009F58D6">
                                <w:pPr>
                                  <w:jc w:val="right"/>
                                  <w:rPr>
                                    <w:smallCaps/>
                                    <w:color w:val="404040" w:themeColor="text1" w:themeTint="BF"/>
                                    <w:sz w:val="36"/>
                                    <w:szCs w:val="36"/>
                                    <w:lang w:val="en-GB"/>
                                  </w:rPr>
                                </w:pPr>
                                <w:r w:rsidRPr="009F58D6">
                                  <w:rPr>
                                    <w:color w:val="404040" w:themeColor="text1" w:themeTint="BF"/>
                                    <w:sz w:val="36"/>
                                    <w:szCs w:val="36"/>
                                  </w:rPr>
                                  <w:t xml:space="preserve">Assessment 2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C2BEEDD" id="Caixa de Texto 157"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4A9D1E5" w14:textId="58476F1A" w:rsidR="009F58D6" w:rsidRPr="009F58D6" w:rsidRDefault="009F58D6">
                          <w:pPr>
                            <w:jc w:val="right"/>
                            <w:rPr>
                              <w:color w:val="4F81BD" w:themeColor="accent1"/>
                              <w:sz w:val="64"/>
                              <w:szCs w:val="64"/>
                              <w:lang w:val="en-GB"/>
                            </w:rPr>
                          </w:pPr>
                          <w:r>
                            <w:rPr>
                              <w:caps/>
                              <w:color w:val="4F81BD" w:themeColor="accent1"/>
                              <w:sz w:val="64"/>
                              <w:szCs w:val="64"/>
                            </w:rPr>
                            <w:t>INTRODUCTION TO WEB AND DATABASE CONCEPTS</w:t>
                          </w:r>
                        </w:p>
                        <w:p w14:paraId="22A0D911" w14:textId="77777777" w:rsidR="00B45084" w:rsidRDefault="00991B03">
                          <w:pPr>
                            <w:jc w:val="right"/>
                            <w:rPr>
                              <w:color w:val="404040" w:themeColor="text1" w:themeTint="BF"/>
                              <w:sz w:val="36"/>
                              <w:szCs w:val="36"/>
                            </w:rPr>
                          </w:pPr>
                          <w:sdt>
                            <w:sdtPr>
                              <w:rPr>
                                <w:color w:val="404040" w:themeColor="text1" w:themeTint="BF"/>
                                <w:sz w:val="36"/>
                                <w:szCs w:val="36"/>
                              </w:rPr>
                              <w:alias w:val="Subtítulo"/>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9F58D6">
                                <w:rPr>
                                  <w:color w:val="404040" w:themeColor="text1" w:themeTint="BF"/>
                                  <w:sz w:val="36"/>
                                  <w:szCs w:val="36"/>
                                </w:rPr>
                                <w:t>HTML &amp; CSS Web Development</w:t>
                              </w:r>
                            </w:sdtContent>
                          </w:sdt>
                          <w:r w:rsidR="009F58D6">
                            <w:rPr>
                              <w:color w:val="404040" w:themeColor="text1" w:themeTint="BF"/>
                              <w:sz w:val="36"/>
                              <w:szCs w:val="36"/>
                            </w:rPr>
                            <w:t xml:space="preserve"> </w:t>
                          </w:r>
                        </w:p>
                        <w:p w14:paraId="51E6024D" w14:textId="52C675C5" w:rsidR="009F58D6" w:rsidRPr="009F58D6" w:rsidRDefault="009F58D6">
                          <w:pPr>
                            <w:jc w:val="right"/>
                            <w:rPr>
                              <w:smallCaps/>
                              <w:color w:val="404040" w:themeColor="text1" w:themeTint="BF"/>
                              <w:sz w:val="36"/>
                              <w:szCs w:val="36"/>
                              <w:lang w:val="en-GB"/>
                            </w:rPr>
                          </w:pPr>
                          <w:r w:rsidRPr="009F58D6">
                            <w:rPr>
                              <w:color w:val="404040" w:themeColor="text1" w:themeTint="BF"/>
                              <w:sz w:val="36"/>
                              <w:szCs w:val="36"/>
                            </w:rPr>
                            <w:t xml:space="preserve">Assessment 2 </w:t>
                          </w:r>
                        </w:p>
                      </w:txbxContent>
                    </v:textbox>
                    <w10:wrap type="square" anchorx="page" anchory="page"/>
                  </v:shape>
                </w:pict>
              </mc:Fallback>
            </mc:AlternateContent>
          </w:r>
        </w:p>
        <w:p w14:paraId="3E317967" w14:textId="7C6FF853" w:rsidR="009F58D6" w:rsidRPr="00610D47" w:rsidRDefault="009F58D6">
          <w:pPr>
            <w:rPr>
              <w:rFonts w:ascii="Arial" w:eastAsiaTheme="majorEastAsia" w:hAnsi="Arial" w:cs="Arial"/>
              <w:color w:val="17365D" w:themeColor="text2" w:themeShade="BF"/>
              <w:spacing w:val="5"/>
              <w:kern w:val="28"/>
              <w:sz w:val="52"/>
              <w:szCs w:val="52"/>
            </w:rPr>
          </w:pPr>
          <w:r w:rsidRPr="00610D47">
            <w:rPr>
              <w:rFonts w:ascii="Arial" w:hAnsi="Arial" w:cs="Arial"/>
            </w:rPr>
            <w:br w:type="page"/>
          </w:r>
        </w:p>
      </w:sdtContent>
    </w:sdt>
    <w:p w14:paraId="53D8CE9F" w14:textId="77777777" w:rsidR="007F343F" w:rsidRPr="00610D47" w:rsidRDefault="00991B03">
      <w:pPr>
        <w:pStyle w:val="Heading1"/>
        <w:rPr>
          <w:rFonts w:ascii="Arial" w:hAnsi="Arial" w:cs="Arial"/>
        </w:rPr>
      </w:pPr>
      <w:bookmarkStart w:id="0" w:name="_Toc237533396"/>
      <w:r w:rsidRPr="00610D47">
        <w:rPr>
          <w:rFonts w:ascii="Arial" w:hAnsi="Arial" w:cs="Arial"/>
        </w:rPr>
        <w:lastRenderedPageBreak/>
        <w:t>Table of Contents</w:t>
      </w:r>
      <w:bookmarkEnd w:id="0"/>
    </w:p>
    <w:p w14:paraId="40368D3D" w14:textId="77777777" w:rsidR="00890863" w:rsidRPr="00610D47" w:rsidRDefault="00890863" w:rsidP="00890863">
      <w:pPr>
        <w:rPr>
          <w:rFonts w:ascii="Arial" w:hAnsi="Arial" w:cs="Arial"/>
        </w:rPr>
      </w:pPr>
    </w:p>
    <w:sdt>
      <w:sdtPr>
        <w:id w:val="347992342"/>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6ECAA992" w14:textId="5BB6AEDB" w:rsidR="003A02AF" w:rsidRDefault="003A02AF">
          <w:pPr>
            <w:pStyle w:val="TOCHeading"/>
          </w:pPr>
          <w:r>
            <w:t>Contents</w:t>
          </w:r>
        </w:p>
        <w:p w14:paraId="24213707" w14:textId="43B6BA16" w:rsidR="00215EE8" w:rsidRDefault="003A02AF">
          <w:pPr>
            <w:pStyle w:val="TOC1"/>
            <w:tabs>
              <w:tab w:val="right" w:leader="dot" w:pos="8630"/>
            </w:tabs>
            <w:rPr>
              <w:noProof/>
              <w:kern w:val="2"/>
              <w:sz w:val="24"/>
              <w:szCs w:val="24"/>
              <w:lang w:val="en-GB" w:eastAsia="zh-CN"/>
              <w14:ligatures w14:val="standardContextual"/>
            </w:rPr>
          </w:pPr>
          <w:r>
            <w:fldChar w:fldCharType="begin"/>
          </w:r>
          <w:r>
            <w:instrText xml:space="preserve"> TOC \o "1-3" \h \z \u </w:instrText>
          </w:r>
          <w:r>
            <w:fldChar w:fldCharType="separate"/>
          </w:r>
          <w:hyperlink w:anchor="_Toc237533396" w:history="1">
            <w:r w:rsidR="00215EE8" w:rsidRPr="008F508F">
              <w:rPr>
                <w:rStyle w:val="Hyperlink"/>
                <w:rFonts w:ascii="Arial" w:hAnsi="Arial" w:cs="Arial"/>
                <w:noProof/>
              </w:rPr>
              <w:t>Table of Contents</w:t>
            </w:r>
            <w:r w:rsidR="00215EE8">
              <w:rPr>
                <w:noProof/>
                <w:webHidden/>
              </w:rPr>
              <w:tab/>
            </w:r>
            <w:r w:rsidR="00215EE8">
              <w:rPr>
                <w:noProof/>
                <w:webHidden/>
              </w:rPr>
              <w:fldChar w:fldCharType="begin"/>
            </w:r>
            <w:r w:rsidR="00215EE8">
              <w:rPr>
                <w:noProof/>
                <w:webHidden/>
              </w:rPr>
              <w:instrText xml:space="preserve"> PAGEREF _Toc237533396 \h </w:instrText>
            </w:r>
            <w:r w:rsidR="00215EE8">
              <w:rPr>
                <w:noProof/>
                <w:webHidden/>
              </w:rPr>
            </w:r>
            <w:r w:rsidR="00215EE8">
              <w:rPr>
                <w:noProof/>
                <w:webHidden/>
              </w:rPr>
              <w:fldChar w:fldCharType="separate"/>
            </w:r>
            <w:r w:rsidR="00215EE8">
              <w:rPr>
                <w:noProof/>
                <w:webHidden/>
              </w:rPr>
              <w:t>1</w:t>
            </w:r>
            <w:r w:rsidR="00215EE8">
              <w:rPr>
                <w:noProof/>
                <w:webHidden/>
              </w:rPr>
              <w:fldChar w:fldCharType="end"/>
            </w:r>
          </w:hyperlink>
        </w:p>
        <w:p w14:paraId="2948C908" w14:textId="2D74B680" w:rsidR="00215EE8" w:rsidRDefault="00215EE8">
          <w:pPr>
            <w:pStyle w:val="TOC1"/>
            <w:tabs>
              <w:tab w:val="right" w:leader="dot" w:pos="8630"/>
            </w:tabs>
            <w:rPr>
              <w:noProof/>
              <w:kern w:val="2"/>
              <w:sz w:val="24"/>
              <w:szCs w:val="24"/>
              <w:lang w:val="en-GB" w:eastAsia="zh-CN"/>
              <w14:ligatures w14:val="standardContextual"/>
            </w:rPr>
          </w:pPr>
          <w:hyperlink w:anchor="_Toc237533397" w:history="1">
            <w:r w:rsidRPr="008F508F">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_Toc237533397 \h </w:instrText>
            </w:r>
            <w:r>
              <w:rPr>
                <w:noProof/>
                <w:webHidden/>
              </w:rPr>
            </w:r>
            <w:r>
              <w:rPr>
                <w:noProof/>
                <w:webHidden/>
              </w:rPr>
              <w:fldChar w:fldCharType="separate"/>
            </w:r>
            <w:r>
              <w:rPr>
                <w:noProof/>
                <w:webHidden/>
              </w:rPr>
              <w:t>2</w:t>
            </w:r>
            <w:r>
              <w:rPr>
                <w:noProof/>
                <w:webHidden/>
              </w:rPr>
              <w:fldChar w:fldCharType="end"/>
            </w:r>
          </w:hyperlink>
        </w:p>
        <w:p w14:paraId="6855084D" w14:textId="5A32FD31" w:rsidR="00215EE8" w:rsidRDefault="00215EE8">
          <w:pPr>
            <w:pStyle w:val="TOC1"/>
            <w:tabs>
              <w:tab w:val="right" w:leader="dot" w:pos="8630"/>
            </w:tabs>
            <w:rPr>
              <w:noProof/>
              <w:kern w:val="2"/>
              <w:sz w:val="24"/>
              <w:szCs w:val="24"/>
              <w:lang w:val="en-GB" w:eastAsia="zh-CN"/>
              <w14:ligatures w14:val="standardContextual"/>
            </w:rPr>
          </w:pPr>
          <w:hyperlink w:anchor="_Toc237533398" w:history="1">
            <w:r w:rsidRPr="008F508F">
              <w:rPr>
                <w:rStyle w:val="Hyperlink"/>
                <w:rFonts w:ascii="Arial" w:hAnsi="Arial" w:cs="Arial"/>
                <w:noProof/>
              </w:rPr>
              <w:t>2. Requirements</w:t>
            </w:r>
            <w:r>
              <w:rPr>
                <w:noProof/>
                <w:webHidden/>
              </w:rPr>
              <w:tab/>
            </w:r>
            <w:r>
              <w:rPr>
                <w:noProof/>
                <w:webHidden/>
              </w:rPr>
              <w:fldChar w:fldCharType="begin"/>
            </w:r>
            <w:r>
              <w:rPr>
                <w:noProof/>
                <w:webHidden/>
              </w:rPr>
              <w:instrText xml:space="preserve"> PAGEREF _Toc237533398 \h </w:instrText>
            </w:r>
            <w:r>
              <w:rPr>
                <w:noProof/>
                <w:webHidden/>
              </w:rPr>
            </w:r>
            <w:r>
              <w:rPr>
                <w:noProof/>
                <w:webHidden/>
              </w:rPr>
              <w:fldChar w:fldCharType="separate"/>
            </w:r>
            <w:r>
              <w:rPr>
                <w:noProof/>
                <w:webHidden/>
              </w:rPr>
              <w:t>2</w:t>
            </w:r>
            <w:r>
              <w:rPr>
                <w:noProof/>
                <w:webHidden/>
              </w:rPr>
              <w:fldChar w:fldCharType="end"/>
            </w:r>
          </w:hyperlink>
        </w:p>
        <w:p w14:paraId="212C6E5B" w14:textId="2DA0B413" w:rsidR="00215EE8" w:rsidRDefault="00215EE8">
          <w:pPr>
            <w:pStyle w:val="TOC1"/>
            <w:tabs>
              <w:tab w:val="right" w:leader="dot" w:pos="8630"/>
            </w:tabs>
            <w:rPr>
              <w:noProof/>
              <w:kern w:val="2"/>
              <w:sz w:val="24"/>
              <w:szCs w:val="24"/>
              <w:lang w:val="en-GB" w:eastAsia="zh-CN"/>
              <w14:ligatures w14:val="standardContextual"/>
            </w:rPr>
          </w:pPr>
          <w:hyperlink w:anchor="_Toc237533399" w:history="1">
            <w:r w:rsidRPr="008F508F">
              <w:rPr>
                <w:rStyle w:val="Hyperlink"/>
                <w:rFonts w:ascii="Arial" w:hAnsi="Arial" w:cs="Arial"/>
                <w:noProof/>
              </w:rPr>
              <w:t>3. Implementation</w:t>
            </w:r>
            <w:r>
              <w:rPr>
                <w:noProof/>
                <w:webHidden/>
              </w:rPr>
              <w:tab/>
            </w:r>
            <w:r>
              <w:rPr>
                <w:noProof/>
                <w:webHidden/>
              </w:rPr>
              <w:fldChar w:fldCharType="begin"/>
            </w:r>
            <w:r>
              <w:rPr>
                <w:noProof/>
                <w:webHidden/>
              </w:rPr>
              <w:instrText xml:space="preserve"> PAGEREF _Toc237533399 \h </w:instrText>
            </w:r>
            <w:r>
              <w:rPr>
                <w:noProof/>
                <w:webHidden/>
              </w:rPr>
            </w:r>
            <w:r>
              <w:rPr>
                <w:noProof/>
                <w:webHidden/>
              </w:rPr>
              <w:fldChar w:fldCharType="separate"/>
            </w:r>
            <w:r>
              <w:rPr>
                <w:noProof/>
                <w:webHidden/>
              </w:rPr>
              <w:t>2</w:t>
            </w:r>
            <w:r>
              <w:rPr>
                <w:noProof/>
                <w:webHidden/>
              </w:rPr>
              <w:fldChar w:fldCharType="end"/>
            </w:r>
          </w:hyperlink>
        </w:p>
        <w:p w14:paraId="4092609E" w14:textId="070CD7B3" w:rsidR="00215EE8" w:rsidRDefault="00215EE8">
          <w:pPr>
            <w:pStyle w:val="TOC2"/>
            <w:tabs>
              <w:tab w:val="right" w:leader="dot" w:pos="8630"/>
            </w:tabs>
            <w:rPr>
              <w:noProof/>
              <w:kern w:val="2"/>
              <w:sz w:val="24"/>
              <w:szCs w:val="24"/>
              <w:lang w:val="en-GB" w:eastAsia="zh-CN"/>
              <w14:ligatures w14:val="standardContextual"/>
            </w:rPr>
          </w:pPr>
          <w:hyperlink w:anchor="_Toc237533400" w:history="1">
            <w:r w:rsidRPr="008F508F">
              <w:rPr>
                <w:rStyle w:val="Hyperlink"/>
                <w:rFonts w:ascii="Arial" w:hAnsi="Arial" w:cs="Arial"/>
                <w:noProof/>
              </w:rPr>
              <w:t>Validation results (HTML &amp; CSS). - errors and fixes.</w:t>
            </w:r>
            <w:r>
              <w:rPr>
                <w:noProof/>
                <w:webHidden/>
              </w:rPr>
              <w:tab/>
            </w:r>
            <w:r>
              <w:rPr>
                <w:noProof/>
                <w:webHidden/>
              </w:rPr>
              <w:fldChar w:fldCharType="begin"/>
            </w:r>
            <w:r>
              <w:rPr>
                <w:noProof/>
                <w:webHidden/>
              </w:rPr>
              <w:instrText xml:space="preserve"> PAGEREF _Toc237533400 \h </w:instrText>
            </w:r>
            <w:r>
              <w:rPr>
                <w:noProof/>
                <w:webHidden/>
              </w:rPr>
            </w:r>
            <w:r>
              <w:rPr>
                <w:noProof/>
                <w:webHidden/>
              </w:rPr>
              <w:fldChar w:fldCharType="separate"/>
            </w:r>
            <w:r>
              <w:rPr>
                <w:noProof/>
                <w:webHidden/>
              </w:rPr>
              <w:t>11</w:t>
            </w:r>
            <w:r>
              <w:rPr>
                <w:noProof/>
                <w:webHidden/>
              </w:rPr>
              <w:fldChar w:fldCharType="end"/>
            </w:r>
          </w:hyperlink>
        </w:p>
        <w:p w14:paraId="4A9152C8" w14:textId="45C4C5CA" w:rsidR="00215EE8" w:rsidRDefault="00215EE8">
          <w:pPr>
            <w:pStyle w:val="TOC1"/>
            <w:tabs>
              <w:tab w:val="right" w:leader="dot" w:pos="8630"/>
            </w:tabs>
            <w:rPr>
              <w:noProof/>
              <w:kern w:val="2"/>
              <w:sz w:val="24"/>
              <w:szCs w:val="24"/>
              <w:lang w:val="en-GB" w:eastAsia="zh-CN"/>
              <w14:ligatures w14:val="standardContextual"/>
            </w:rPr>
          </w:pPr>
          <w:hyperlink w:anchor="_Toc237533401" w:history="1">
            <w:r w:rsidRPr="008F508F">
              <w:rPr>
                <w:rStyle w:val="Hyperlink"/>
                <w:rFonts w:ascii="Arial" w:hAnsi="Arial" w:cs="Arial"/>
                <w:noProof/>
              </w:rPr>
              <w:t>4. Evaluation</w:t>
            </w:r>
            <w:r>
              <w:rPr>
                <w:noProof/>
                <w:webHidden/>
              </w:rPr>
              <w:tab/>
            </w:r>
            <w:r>
              <w:rPr>
                <w:noProof/>
                <w:webHidden/>
              </w:rPr>
              <w:fldChar w:fldCharType="begin"/>
            </w:r>
            <w:r>
              <w:rPr>
                <w:noProof/>
                <w:webHidden/>
              </w:rPr>
              <w:instrText xml:space="preserve"> PAGEREF _Toc237533401 \h </w:instrText>
            </w:r>
            <w:r>
              <w:rPr>
                <w:noProof/>
                <w:webHidden/>
              </w:rPr>
            </w:r>
            <w:r>
              <w:rPr>
                <w:noProof/>
                <w:webHidden/>
              </w:rPr>
              <w:fldChar w:fldCharType="separate"/>
            </w:r>
            <w:r>
              <w:rPr>
                <w:noProof/>
                <w:webHidden/>
              </w:rPr>
              <w:t>14</w:t>
            </w:r>
            <w:r>
              <w:rPr>
                <w:noProof/>
                <w:webHidden/>
              </w:rPr>
              <w:fldChar w:fldCharType="end"/>
            </w:r>
          </w:hyperlink>
        </w:p>
        <w:p w14:paraId="4421A423" w14:textId="69E739C1" w:rsidR="00215EE8" w:rsidRDefault="00215EE8">
          <w:pPr>
            <w:pStyle w:val="TOC2"/>
            <w:tabs>
              <w:tab w:val="right" w:leader="dot" w:pos="8630"/>
            </w:tabs>
            <w:rPr>
              <w:noProof/>
              <w:kern w:val="2"/>
              <w:sz w:val="24"/>
              <w:szCs w:val="24"/>
              <w:lang w:val="en-GB" w:eastAsia="zh-CN"/>
              <w14:ligatures w14:val="standardContextual"/>
            </w:rPr>
          </w:pPr>
          <w:hyperlink w:anchor="_Toc237533402" w:history="1">
            <w:r w:rsidRPr="008F508F">
              <w:rPr>
                <w:rStyle w:val="Hyperlink"/>
                <w:rFonts w:ascii="Arial" w:hAnsi="Arial" w:cs="Arial"/>
                <w:noProof/>
              </w:rPr>
              <w:t>a) Research:</w:t>
            </w:r>
            <w:r>
              <w:rPr>
                <w:noProof/>
                <w:webHidden/>
              </w:rPr>
              <w:tab/>
            </w:r>
            <w:r>
              <w:rPr>
                <w:noProof/>
                <w:webHidden/>
              </w:rPr>
              <w:fldChar w:fldCharType="begin"/>
            </w:r>
            <w:r>
              <w:rPr>
                <w:noProof/>
                <w:webHidden/>
              </w:rPr>
              <w:instrText xml:space="preserve"> PAGEREF _Toc237533402 \h </w:instrText>
            </w:r>
            <w:r>
              <w:rPr>
                <w:noProof/>
                <w:webHidden/>
              </w:rPr>
            </w:r>
            <w:r>
              <w:rPr>
                <w:noProof/>
                <w:webHidden/>
              </w:rPr>
              <w:fldChar w:fldCharType="separate"/>
            </w:r>
            <w:r>
              <w:rPr>
                <w:noProof/>
                <w:webHidden/>
              </w:rPr>
              <w:t>14</w:t>
            </w:r>
            <w:r>
              <w:rPr>
                <w:noProof/>
                <w:webHidden/>
              </w:rPr>
              <w:fldChar w:fldCharType="end"/>
            </w:r>
          </w:hyperlink>
        </w:p>
        <w:p w14:paraId="59A2B89E" w14:textId="123951EA" w:rsidR="00215EE8" w:rsidRDefault="00215EE8">
          <w:pPr>
            <w:pStyle w:val="TOC3"/>
            <w:tabs>
              <w:tab w:val="right" w:leader="dot" w:pos="8630"/>
            </w:tabs>
            <w:rPr>
              <w:noProof/>
              <w:kern w:val="2"/>
              <w:sz w:val="24"/>
              <w:szCs w:val="24"/>
              <w:lang w:val="en-GB" w:eastAsia="zh-CN"/>
              <w14:ligatures w14:val="standardContextual"/>
            </w:rPr>
          </w:pPr>
          <w:hyperlink w:anchor="_Toc237533403" w:history="1">
            <w:r w:rsidRPr="008F508F">
              <w:rPr>
                <w:rStyle w:val="Hyperlink"/>
                <w:rFonts w:ascii="Arial" w:hAnsi="Arial" w:cs="Arial"/>
                <w:noProof/>
              </w:rPr>
              <w:t>SEO</w:t>
            </w:r>
            <w:r>
              <w:rPr>
                <w:noProof/>
                <w:webHidden/>
              </w:rPr>
              <w:tab/>
            </w:r>
            <w:r>
              <w:rPr>
                <w:noProof/>
                <w:webHidden/>
              </w:rPr>
              <w:fldChar w:fldCharType="begin"/>
            </w:r>
            <w:r>
              <w:rPr>
                <w:noProof/>
                <w:webHidden/>
              </w:rPr>
              <w:instrText xml:space="preserve"> PAGEREF _Toc237533403 \h </w:instrText>
            </w:r>
            <w:r>
              <w:rPr>
                <w:noProof/>
                <w:webHidden/>
              </w:rPr>
            </w:r>
            <w:r>
              <w:rPr>
                <w:noProof/>
                <w:webHidden/>
              </w:rPr>
              <w:fldChar w:fldCharType="separate"/>
            </w:r>
            <w:r>
              <w:rPr>
                <w:noProof/>
                <w:webHidden/>
              </w:rPr>
              <w:t>14</w:t>
            </w:r>
            <w:r>
              <w:rPr>
                <w:noProof/>
                <w:webHidden/>
              </w:rPr>
              <w:fldChar w:fldCharType="end"/>
            </w:r>
          </w:hyperlink>
        </w:p>
        <w:p w14:paraId="5291606F" w14:textId="23C0984E" w:rsidR="00215EE8" w:rsidRDefault="00215EE8">
          <w:pPr>
            <w:pStyle w:val="TOC3"/>
            <w:tabs>
              <w:tab w:val="right" w:leader="dot" w:pos="8630"/>
            </w:tabs>
            <w:rPr>
              <w:noProof/>
              <w:kern w:val="2"/>
              <w:sz w:val="24"/>
              <w:szCs w:val="24"/>
              <w:lang w:val="en-GB" w:eastAsia="zh-CN"/>
              <w14:ligatures w14:val="standardContextual"/>
            </w:rPr>
          </w:pPr>
          <w:hyperlink w:anchor="_Toc237533404" w:history="1">
            <w:r w:rsidRPr="008F508F">
              <w:rPr>
                <w:rStyle w:val="Hyperlink"/>
                <w:rFonts w:ascii="Arial" w:hAnsi="Arial" w:cs="Arial"/>
                <w:noProof/>
              </w:rPr>
              <w:t>Usability</w:t>
            </w:r>
            <w:r>
              <w:rPr>
                <w:noProof/>
                <w:webHidden/>
              </w:rPr>
              <w:tab/>
            </w:r>
            <w:r>
              <w:rPr>
                <w:noProof/>
                <w:webHidden/>
              </w:rPr>
              <w:fldChar w:fldCharType="begin"/>
            </w:r>
            <w:r>
              <w:rPr>
                <w:noProof/>
                <w:webHidden/>
              </w:rPr>
              <w:instrText xml:space="preserve"> PAGEREF _Toc237533404 \h </w:instrText>
            </w:r>
            <w:r>
              <w:rPr>
                <w:noProof/>
                <w:webHidden/>
              </w:rPr>
            </w:r>
            <w:r>
              <w:rPr>
                <w:noProof/>
                <w:webHidden/>
              </w:rPr>
              <w:fldChar w:fldCharType="separate"/>
            </w:r>
            <w:r>
              <w:rPr>
                <w:noProof/>
                <w:webHidden/>
              </w:rPr>
              <w:t>14</w:t>
            </w:r>
            <w:r>
              <w:rPr>
                <w:noProof/>
                <w:webHidden/>
              </w:rPr>
              <w:fldChar w:fldCharType="end"/>
            </w:r>
          </w:hyperlink>
        </w:p>
        <w:p w14:paraId="2E2D76C4" w14:textId="3D657E02" w:rsidR="00215EE8" w:rsidRDefault="00215EE8">
          <w:pPr>
            <w:pStyle w:val="TOC3"/>
            <w:tabs>
              <w:tab w:val="right" w:leader="dot" w:pos="8630"/>
            </w:tabs>
            <w:rPr>
              <w:noProof/>
              <w:kern w:val="2"/>
              <w:sz w:val="24"/>
              <w:szCs w:val="24"/>
              <w:lang w:val="en-GB" w:eastAsia="zh-CN"/>
              <w14:ligatures w14:val="standardContextual"/>
            </w:rPr>
          </w:pPr>
          <w:hyperlink w:anchor="_Toc237533405" w:history="1">
            <w:r w:rsidRPr="008F508F">
              <w:rPr>
                <w:rStyle w:val="Hyperlink"/>
                <w:rFonts w:ascii="Arial" w:hAnsi="Arial" w:cs="Arial"/>
                <w:noProof/>
              </w:rPr>
              <w:t>Accessibility</w:t>
            </w:r>
            <w:r>
              <w:rPr>
                <w:noProof/>
                <w:webHidden/>
              </w:rPr>
              <w:tab/>
            </w:r>
            <w:r>
              <w:rPr>
                <w:noProof/>
                <w:webHidden/>
              </w:rPr>
              <w:fldChar w:fldCharType="begin"/>
            </w:r>
            <w:r>
              <w:rPr>
                <w:noProof/>
                <w:webHidden/>
              </w:rPr>
              <w:instrText xml:space="preserve"> PAGEREF _Toc237533405 \h </w:instrText>
            </w:r>
            <w:r>
              <w:rPr>
                <w:noProof/>
                <w:webHidden/>
              </w:rPr>
            </w:r>
            <w:r>
              <w:rPr>
                <w:noProof/>
                <w:webHidden/>
              </w:rPr>
              <w:fldChar w:fldCharType="separate"/>
            </w:r>
            <w:r>
              <w:rPr>
                <w:noProof/>
                <w:webHidden/>
              </w:rPr>
              <w:t>15</w:t>
            </w:r>
            <w:r>
              <w:rPr>
                <w:noProof/>
                <w:webHidden/>
              </w:rPr>
              <w:fldChar w:fldCharType="end"/>
            </w:r>
          </w:hyperlink>
        </w:p>
        <w:p w14:paraId="2131FB05" w14:textId="08403CF8" w:rsidR="00215EE8" w:rsidRDefault="00215EE8">
          <w:pPr>
            <w:pStyle w:val="TOC2"/>
            <w:tabs>
              <w:tab w:val="right" w:leader="dot" w:pos="8630"/>
            </w:tabs>
            <w:rPr>
              <w:noProof/>
              <w:kern w:val="2"/>
              <w:sz w:val="24"/>
              <w:szCs w:val="24"/>
              <w:lang w:val="en-GB" w:eastAsia="zh-CN"/>
              <w14:ligatures w14:val="standardContextual"/>
            </w:rPr>
          </w:pPr>
          <w:hyperlink w:anchor="_Toc237533406" w:history="1">
            <w:r w:rsidRPr="008F508F">
              <w:rPr>
                <w:rStyle w:val="Hyperlink"/>
                <w:rFonts w:ascii="Arial" w:hAnsi="Arial" w:cs="Arial"/>
                <w:noProof/>
              </w:rPr>
              <w:t>b) Website Evaluation:</w:t>
            </w:r>
            <w:r>
              <w:rPr>
                <w:noProof/>
                <w:webHidden/>
              </w:rPr>
              <w:tab/>
            </w:r>
            <w:r>
              <w:rPr>
                <w:noProof/>
                <w:webHidden/>
              </w:rPr>
              <w:fldChar w:fldCharType="begin"/>
            </w:r>
            <w:r>
              <w:rPr>
                <w:noProof/>
                <w:webHidden/>
              </w:rPr>
              <w:instrText xml:space="preserve"> PAGEREF _Toc237533406 \h </w:instrText>
            </w:r>
            <w:r>
              <w:rPr>
                <w:noProof/>
                <w:webHidden/>
              </w:rPr>
            </w:r>
            <w:r>
              <w:rPr>
                <w:noProof/>
                <w:webHidden/>
              </w:rPr>
              <w:fldChar w:fldCharType="separate"/>
            </w:r>
            <w:r>
              <w:rPr>
                <w:noProof/>
                <w:webHidden/>
              </w:rPr>
              <w:t>16</w:t>
            </w:r>
            <w:r>
              <w:rPr>
                <w:noProof/>
                <w:webHidden/>
              </w:rPr>
              <w:fldChar w:fldCharType="end"/>
            </w:r>
          </w:hyperlink>
        </w:p>
        <w:p w14:paraId="1577C30A" w14:textId="10E27405" w:rsidR="00215EE8" w:rsidRDefault="00215EE8">
          <w:pPr>
            <w:pStyle w:val="TOC3"/>
            <w:tabs>
              <w:tab w:val="right" w:leader="dot" w:pos="8630"/>
            </w:tabs>
            <w:rPr>
              <w:noProof/>
              <w:kern w:val="2"/>
              <w:sz w:val="24"/>
              <w:szCs w:val="24"/>
              <w:lang w:val="en-GB" w:eastAsia="zh-CN"/>
              <w14:ligatures w14:val="standardContextual"/>
            </w:rPr>
          </w:pPr>
          <w:hyperlink w:anchor="_Toc237533407" w:history="1">
            <w:r w:rsidRPr="008F508F">
              <w:rPr>
                <w:rStyle w:val="Hyperlink"/>
                <w:rFonts w:ascii="Arial" w:hAnsi="Arial" w:cs="Arial"/>
                <w:noProof/>
              </w:rPr>
              <w:t>Usability &amp; Utility</w:t>
            </w:r>
            <w:r>
              <w:rPr>
                <w:noProof/>
                <w:webHidden/>
              </w:rPr>
              <w:tab/>
            </w:r>
            <w:r>
              <w:rPr>
                <w:noProof/>
                <w:webHidden/>
              </w:rPr>
              <w:fldChar w:fldCharType="begin"/>
            </w:r>
            <w:r>
              <w:rPr>
                <w:noProof/>
                <w:webHidden/>
              </w:rPr>
              <w:instrText xml:space="preserve"> PAGEREF _Toc237533407 \h </w:instrText>
            </w:r>
            <w:r>
              <w:rPr>
                <w:noProof/>
                <w:webHidden/>
              </w:rPr>
            </w:r>
            <w:r>
              <w:rPr>
                <w:noProof/>
                <w:webHidden/>
              </w:rPr>
              <w:fldChar w:fldCharType="separate"/>
            </w:r>
            <w:r>
              <w:rPr>
                <w:noProof/>
                <w:webHidden/>
              </w:rPr>
              <w:t>17</w:t>
            </w:r>
            <w:r>
              <w:rPr>
                <w:noProof/>
                <w:webHidden/>
              </w:rPr>
              <w:fldChar w:fldCharType="end"/>
            </w:r>
          </w:hyperlink>
        </w:p>
        <w:p w14:paraId="2E821067" w14:textId="6D72136A" w:rsidR="00215EE8" w:rsidRDefault="00215EE8">
          <w:pPr>
            <w:pStyle w:val="TOC3"/>
            <w:tabs>
              <w:tab w:val="right" w:leader="dot" w:pos="8630"/>
            </w:tabs>
            <w:rPr>
              <w:noProof/>
              <w:kern w:val="2"/>
              <w:sz w:val="24"/>
              <w:szCs w:val="24"/>
              <w:lang w:val="en-GB" w:eastAsia="zh-CN"/>
              <w14:ligatures w14:val="standardContextual"/>
            </w:rPr>
          </w:pPr>
          <w:hyperlink w:anchor="_Toc237533408" w:history="1">
            <w:r w:rsidRPr="008F508F">
              <w:rPr>
                <w:rStyle w:val="Hyperlink"/>
                <w:rFonts w:ascii="Arial" w:hAnsi="Arial" w:cs="Arial"/>
                <w:noProof/>
              </w:rPr>
              <w:t>SEOS Techniques</w:t>
            </w:r>
            <w:r>
              <w:rPr>
                <w:noProof/>
                <w:webHidden/>
              </w:rPr>
              <w:tab/>
            </w:r>
            <w:r>
              <w:rPr>
                <w:noProof/>
                <w:webHidden/>
              </w:rPr>
              <w:fldChar w:fldCharType="begin"/>
            </w:r>
            <w:r>
              <w:rPr>
                <w:noProof/>
                <w:webHidden/>
              </w:rPr>
              <w:instrText xml:space="preserve"> PAGEREF _Toc237533408 \h </w:instrText>
            </w:r>
            <w:r>
              <w:rPr>
                <w:noProof/>
                <w:webHidden/>
              </w:rPr>
            </w:r>
            <w:r>
              <w:rPr>
                <w:noProof/>
                <w:webHidden/>
              </w:rPr>
              <w:fldChar w:fldCharType="separate"/>
            </w:r>
            <w:r>
              <w:rPr>
                <w:noProof/>
                <w:webHidden/>
              </w:rPr>
              <w:t>18</w:t>
            </w:r>
            <w:r>
              <w:rPr>
                <w:noProof/>
                <w:webHidden/>
              </w:rPr>
              <w:fldChar w:fldCharType="end"/>
            </w:r>
          </w:hyperlink>
        </w:p>
        <w:p w14:paraId="4EBC1AFB" w14:textId="0DBF4B6D" w:rsidR="00215EE8" w:rsidRDefault="00215EE8">
          <w:pPr>
            <w:pStyle w:val="TOC3"/>
            <w:tabs>
              <w:tab w:val="right" w:leader="dot" w:pos="8630"/>
            </w:tabs>
            <w:rPr>
              <w:noProof/>
              <w:kern w:val="2"/>
              <w:sz w:val="24"/>
              <w:szCs w:val="24"/>
              <w:lang w:val="en-GB" w:eastAsia="zh-CN"/>
              <w14:ligatures w14:val="standardContextual"/>
            </w:rPr>
          </w:pPr>
          <w:hyperlink w:anchor="_Toc237533409" w:history="1">
            <w:r w:rsidRPr="008F508F">
              <w:rPr>
                <w:rStyle w:val="Hyperlink"/>
                <w:rFonts w:ascii="Arial" w:hAnsi="Arial" w:cs="Arial"/>
                <w:noProof/>
                <w:lang w:val="en-GB"/>
              </w:rPr>
              <w:t>Accessibility (WCAG 2.1)</w:t>
            </w:r>
            <w:r>
              <w:rPr>
                <w:noProof/>
                <w:webHidden/>
              </w:rPr>
              <w:tab/>
            </w:r>
            <w:r>
              <w:rPr>
                <w:noProof/>
                <w:webHidden/>
              </w:rPr>
              <w:fldChar w:fldCharType="begin"/>
            </w:r>
            <w:r>
              <w:rPr>
                <w:noProof/>
                <w:webHidden/>
              </w:rPr>
              <w:instrText xml:space="preserve"> PAGEREF _Toc237533409 \h </w:instrText>
            </w:r>
            <w:r>
              <w:rPr>
                <w:noProof/>
                <w:webHidden/>
              </w:rPr>
            </w:r>
            <w:r>
              <w:rPr>
                <w:noProof/>
                <w:webHidden/>
              </w:rPr>
              <w:fldChar w:fldCharType="separate"/>
            </w:r>
            <w:r>
              <w:rPr>
                <w:noProof/>
                <w:webHidden/>
              </w:rPr>
              <w:t>20</w:t>
            </w:r>
            <w:r>
              <w:rPr>
                <w:noProof/>
                <w:webHidden/>
              </w:rPr>
              <w:fldChar w:fldCharType="end"/>
            </w:r>
          </w:hyperlink>
        </w:p>
        <w:p w14:paraId="2163E7AD" w14:textId="3D99FD0D" w:rsidR="00215EE8" w:rsidRDefault="00215EE8">
          <w:pPr>
            <w:pStyle w:val="TOC2"/>
            <w:tabs>
              <w:tab w:val="right" w:leader="dot" w:pos="8630"/>
            </w:tabs>
            <w:rPr>
              <w:noProof/>
              <w:kern w:val="2"/>
              <w:sz w:val="24"/>
              <w:szCs w:val="24"/>
              <w:lang w:val="en-GB" w:eastAsia="zh-CN"/>
              <w14:ligatures w14:val="standardContextual"/>
            </w:rPr>
          </w:pPr>
          <w:hyperlink w:anchor="_Toc237533410" w:history="1">
            <w:r w:rsidRPr="008F508F">
              <w:rPr>
                <w:rStyle w:val="Hyperlink"/>
                <w:rFonts w:ascii="Arial" w:hAnsi="Arial" w:cs="Arial"/>
                <w:noProof/>
              </w:rPr>
              <w:t>c) Website Comparison</w:t>
            </w:r>
            <w:r>
              <w:rPr>
                <w:noProof/>
                <w:webHidden/>
              </w:rPr>
              <w:tab/>
            </w:r>
            <w:r>
              <w:rPr>
                <w:noProof/>
                <w:webHidden/>
              </w:rPr>
              <w:fldChar w:fldCharType="begin"/>
            </w:r>
            <w:r>
              <w:rPr>
                <w:noProof/>
                <w:webHidden/>
              </w:rPr>
              <w:instrText xml:space="preserve"> PAGEREF _Toc237533410 \h </w:instrText>
            </w:r>
            <w:r>
              <w:rPr>
                <w:noProof/>
                <w:webHidden/>
              </w:rPr>
            </w:r>
            <w:r>
              <w:rPr>
                <w:noProof/>
                <w:webHidden/>
              </w:rPr>
              <w:fldChar w:fldCharType="separate"/>
            </w:r>
            <w:r>
              <w:rPr>
                <w:noProof/>
                <w:webHidden/>
              </w:rPr>
              <w:t>21</w:t>
            </w:r>
            <w:r>
              <w:rPr>
                <w:noProof/>
                <w:webHidden/>
              </w:rPr>
              <w:fldChar w:fldCharType="end"/>
            </w:r>
          </w:hyperlink>
        </w:p>
        <w:p w14:paraId="10BB9F2F" w14:textId="70B4FB6A" w:rsidR="00215EE8" w:rsidRDefault="00215EE8">
          <w:pPr>
            <w:pStyle w:val="TOC2"/>
            <w:tabs>
              <w:tab w:val="right" w:leader="dot" w:pos="8630"/>
            </w:tabs>
            <w:rPr>
              <w:noProof/>
              <w:kern w:val="2"/>
              <w:sz w:val="24"/>
              <w:szCs w:val="24"/>
              <w:lang w:val="en-GB" w:eastAsia="zh-CN"/>
              <w14:ligatures w14:val="standardContextual"/>
            </w:rPr>
          </w:pPr>
          <w:hyperlink w:anchor="_Toc237533411" w:history="1">
            <w:r w:rsidRPr="008F508F">
              <w:rPr>
                <w:rStyle w:val="Hyperlink"/>
                <w:rFonts w:ascii="Arial" w:hAnsi="Arial" w:cs="Arial"/>
                <w:noProof/>
              </w:rPr>
              <w:t>Usability</w:t>
            </w:r>
            <w:r>
              <w:rPr>
                <w:noProof/>
                <w:webHidden/>
              </w:rPr>
              <w:tab/>
            </w:r>
            <w:r>
              <w:rPr>
                <w:noProof/>
                <w:webHidden/>
              </w:rPr>
              <w:fldChar w:fldCharType="begin"/>
            </w:r>
            <w:r>
              <w:rPr>
                <w:noProof/>
                <w:webHidden/>
              </w:rPr>
              <w:instrText xml:space="preserve"> PAGEREF _Toc237533411 \h </w:instrText>
            </w:r>
            <w:r>
              <w:rPr>
                <w:noProof/>
                <w:webHidden/>
              </w:rPr>
            </w:r>
            <w:r>
              <w:rPr>
                <w:noProof/>
                <w:webHidden/>
              </w:rPr>
              <w:fldChar w:fldCharType="separate"/>
            </w:r>
            <w:r>
              <w:rPr>
                <w:noProof/>
                <w:webHidden/>
              </w:rPr>
              <w:t>21</w:t>
            </w:r>
            <w:r>
              <w:rPr>
                <w:noProof/>
                <w:webHidden/>
              </w:rPr>
              <w:fldChar w:fldCharType="end"/>
            </w:r>
          </w:hyperlink>
        </w:p>
        <w:p w14:paraId="08D67E8E" w14:textId="1E60C774" w:rsidR="00215EE8" w:rsidRDefault="00215EE8">
          <w:pPr>
            <w:pStyle w:val="TOC2"/>
            <w:tabs>
              <w:tab w:val="right" w:leader="dot" w:pos="8630"/>
            </w:tabs>
            <w:rPr>
              <w:noProof/>
              <w:kern w:val="2"/>
              <w:sz w:val="24"/>
              <w:szCs w:val="24"/>
              <w:lang w:val="en-GB" w:eastAsia="zh-CN"/>
              <w14:ligatures w14:val="standardContextual"/>
            </w:rPr>
          </w:pPr>
          <w:hyperlink w:anchor="_Toc237533412" w:history="1">
            <w:r w:rsidRPr="008F508F">
              <w:rPr>
                <w:rStyle w:val="Hyperlink"/>
                <w:rFonts w:ascii="Arial" w:hAnsi="Arial" w:cs="Arial"/>
                <w:noProof/>
              </w:rPr>
              <w:t>Accessibility</w:t>
            </w:r>
            <w:r>
              <w:rPr>
                <w:noProof/>
                <w:webHidden/>
              </w:rPr>
              <w:tab/>
            </w:r>
            <w:r>
              <w:rPr>
                <w:noProof/>
                <w:webHidden/>
              </w:rPr>
              <w:fldChar w:fldCharType="begin"/>
            </w:r>
            <w:r>
              <w:rPr>
                <w:noProof/>
                <w:webHidden/>
              </w:rPr>
              <w:instrText xml:space="preserve"> PAGEREF _Toc237533412 \h </w:instrText>
            </w:r>
            <w:r>
              <w:rPr>
                <w:noProof/>
                <w:webHidden/>
              </w:rPr>
            </w:r>
            <w:r>
              <w:rPr>
                <w:noProof/>
                <w:webHidden/>
              </w:rPr>
              <w:fldChar w:fldCharType="separate"/>
            </w:r>
            <w:r>
              <w:rPr>
                <w:noProof/>
                <w:webHidden/>
              </w:rPr>
              <w:t>23</w:t>
            </w:r>
            <w:r>
              <w:rPr>
                <w:noProof/>
                <w:webHidden/>
              </w:rPr>
              <w:fldChar w:fldCharType="end"/>
            </w:r>
          </w:hyperlink>
        </w:p>
        <w:p w14:paraId="27C1D512" w14:textId="33EBE9FE" w:rsidR="00215EE8" w:rsidRDefault="00215EE8">
          <w:pPr>
            <w:pStyle w:val="TOC2"/>
            <w:tabs>
              <w:tab w:val="right" w:leader="dot" w:pos="8630"/>
            </w:tabs>
            <w:rPr>
              <w:noProof/>
              <w:kern w:val="2"/>
              <w:sz w:val="24"/>
              <w:szCs w:val="24"/>
              <w:lang w:val="en-GB" w:eastAsia="zh-CN"/>
              <w14:ligatures w14:val="standardContextual"/>
            </w:rPr>
          </w:pPr>
          <w:hyperlink w:anchor="_Toc237533413" w:history="1">
            <w:r w:rsidRPr="008F508F">
              <w:rPr>
                <w:rStyle w:val="Hyperlink"/>
                <w:rFonts w:ascii="Arial" w:hAnsi="Arial" w:cs="Arial"/>
                <w:noProof/>
              </w:rPr>
              <w:t>SEO</w:t>
            </w:r>
            <w:r>
              <w:rPr>
                <w:noProof/>
                <w:webHidden/>
              </w:rPr>
              <w:tab/>
            </w:r>
            <w:r>
              <w:rPr>
                <w:noProof/>
                <w:webHidden/>
              </w:rPr>
              <w:fldChar w:fldCharType="begin"/>
            </w:r>
            <w:r>
              <w:rPr>
                <w:noProof/>
                <w:webHidden/>
              </w:rPr>
              <w:instrText xml:space="preserve"> PAGEREF _Toc237533413 \h </w:instrText>
            </w:r>
            <w:r>
              <w:rPr>
                <w:noProof/>
                <w:webHidden/>
              </w:rPr>
            </w:r>
            <w:r>
              <w:rPr>
                <w:noProof/>
                <w:webHidden/>
              </w:rPr>
              <w:fldChar w:fldCharType="separate"/>
            </w:r>
            <w:r>
              <w:rPr>
                <w:noProof/>
                <w:webHidden/>
              </w:rPr>
              <w:t>25</w:t>
            </w:r>
            <w:r>
              <w:rPr>
                <w:noProof/>
                <w:webHidden/>
              </w:rPr>
              <w:fldChar w:fldCharType="end"/>
            </w:r>
          </w:hyperlink>
        </w:p>
        <w:p w14:paraId="5217D1F4" w14:textId="4E8BB6BD" w:rsidR="00215EE8" w:rsidRDefault="00215EE8">
          <w:pPr>
            <w:pStyle w:val="TOC2"/>
            <w:tabs>
              <w:tab w:val="right" w:leader="dot" w:pos="8630"/>
            </w:tabs>
            <w:rPr>
              <w:noProof/>
              <w:kern w:val="2"/>
              <w:sz w:val="24"/>
              <w:szCs w:val="24"/>
              <w:lang w:val="en-GB" w:eastAsia="zh-CN"/>
              <w14:ligatures w14:val="standardContextual"/>
            </w:rPr>
          </w:pPr>
          <w:hyperlink w:anchor="_Toc237533414" w:history="1">
            <w:r w:rsidRPr="008F508F">
              <w:rPr>
                <w:rStyle w:val="Hyperlink"/>
                <w:rFonts w:ascii="Arial" w:hAnsi="Arial" w:cs="Arial"/>
                <w:noProof/>
              </w:rPr>
              <w:t>Mobile Friendliness</w:t>
            </w:r>
            <w:r>
              <w:rPr>
                <w:noProof/>
                <w:webHidden/>
              </w:rPr>
              <w:tab/>
            </w:r>
            <w:r>
              <w:rPr>
                <w:noProof/>
                <w:webHidden/>
              </w:rPr>
              <w:fldChar w:fldCharType="begin"/>
            </w:r>
            <w:r>
              <w:rPr>
                <w:noProof/>
                <w:webHidden/>
              </w:rPr>
              <w:instrText xml:space="preserve"> PAGEREF _Toc237533414 \h </w:instrText>
            </w:r>
            <w:r>
              <w:rPr>
                <w:noProof/>
                <w:webHidden/>
              </w:rPr>
            </w:r>
            <w:r>
              <w:rPr>
                <w:noProof/>
                <w:webHidden/>
              </w:rPr>
              <w:fldChar w:fldCharType="separate"/>
            </w:r>
            <w:r>
              <w:rPr>
                <w:noProof/>
                <w:webHidden/>
              </w:rPr>
              <w:t>27</w:t>
            </w:r>
            <w:r>
              <w:rPr>
                <w:noProof/>
                <w:webHidden/>
              </w:rPr>
              <w:fldChar w:fldCharType="end"/>
            </w:r>
          </w:hyperlink>
        </w:p>
        <w:p w14:paraId="76DE633E" w14:textId="3330C534" w:rsidR="00215EE8" w:rsidRDefault="00215EE8">
          <w:pPr>
            <w:pStyle w:val="TOC2"/>
            <w:tabs>
              <w:tab w:val="right" w:leader="dot" w:pos="8630"/>
            </w:tabs>
            <w:rPr>
              <w:noProof/>
              <w:kern w:val="2"/>
              <w:sz w:val="24"/>
              <w:szCs w:val="24"/>
              <w:lang w:val="en-GB" w:eastAsia="zh-CN"/>
              <w14:ligatures w14:val="standardContextual"/>
            </w:rPr>
          </w:pPr>
          <w:hyperlink w:anchor="_Toc237533415" w:history="1">
            <w:r w:rsidRPr="008F508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_Toc237533415 \h </w:instrText>
            </w:r>
            <w:r>
              <w:rPr>
                <w:noProof/>
                <w:webHidden/>
              </w:rPr>
            </w:r>
            <w:r>
              <w:rPr>
                <w:noProof/>
                <w:webHidden/>
              </w:rPr>
              <w:fldChar w:fldCharType="separate"/>
            </w:r>
            <w:r>
              <w:rPr>
                <w:noProof/>
                <w:webHidden/>
              </w:rPr>
              <w:t>28</w:t>
            </w:r>
            <w:r>
              <w:rPr>
                <w:noProof/>
                <w:webHidden/>
              </w:rPr>
              <w:fldChar w:fldCharType="end"/>
            </w:r>
          </w:hyperlink>
        </w:p>
        <w:p w14:paraId="4C92270D" w14:textId="2F4EDD85" w:rsidR="00215EE8" w:rsidRDefault="00215EE8">
          <w:pPr>
            <w:pStyle w:val="TOC1"/>
            <w:tabs>
              <w:tab w:val="right" w:leader="dot" w:pos="8630"/>
            </w:tabs>
            <w:rPr>
              <w:noProof/>
              <w:kern w:val="2"/>
              <w:sz w:val="24"/>
              <w:szCs w:val="24"/>
              <w:lang w:val="en-GB" w:eastAsia="zh-CN"/>
              <w14:ligatures w14:val="standardContextual"/>
            </w:rPr>
          </w:pPr>
          <w:hyperlink w:anchor="_Toc237533416" w:history="1">
            <w:r w:rsidRPr="008F508F">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_Toc237533416 \h </w:instrText>
            </w:r>
            <w:r>
              <w:rPr>
                <w:noProof/>
                <w:webHidden/>
              </w:rPr>
            </w:r>
            <w:r>
              <w:rPr>
                <w:noProof/>
                <w:webHidden/>
              </w:rPr>
              <w:fldChar w:fldCharType="separate"/>
            </w:r>
            <w:r>
              <w:rPr>
                <w:noProof/>
                <w:webHidden/>
              </w:rPr>
              <w:t>29</w:t>
            </w:r>
            <w:r>
              <w:rPr>
                <w:noProof/>
                <w:webHidden/>
              </w:rPr>
              <w:fldChar w:fldCharType="end"/>
            </w:r>
          </w:hyperlink>
        </w:p>
        <w:p w14:paraId="1DF0FC5C" w14:textId="1527788D" w:rsidR="00215EE8" w:rsidRDefault="00215EE8">
          <w:pPr>
            <w:pStyle w:val="TOC1"/>
            <w:tabs>
              <w:tab w:val="right" w:leader="dot" w:pos="8630"/>
            </w:tabs>
            <w:rPr>
              <w:noProof/>
              <w:kern w:val="2"/>
              <w:sz w:val="24"/>
              <w:szCs w:val="24"/>
              <w:lang w:val="en-GB" w:eastAsia="zh-CN"/>
              <w14:ligatures w14:val="standardContextual"/>
            </w:rPr>
          </w:pPr>
          <w:hyperlink w:anchor="_Toc237533417" w:history="1">
            <w:r w:rsidRPr="008F508F">
              <w:rPr>
                <w:rStyle w:val="Hyperlink"/>
                <w:rFonts w:ascii="Arial" w:hAnsi="Arial" w:cs="Arial"/>
                <w:noProof/>
              </w:rPr>
              <w:t>6. References (I</w:t>
            </w:r>
            <w:r w:rsidRPr="008F508F">
              <w:rPr>
                <w:rStyle w:val="Hyperlink"/>
                <w:rFonts w:ascii="Arial" w:hAnsi="Arial" w:cs="Arial"/>
                <w:noProof/>
              </w:rPr>
              <w:t>E</w:t>
            </w:r>
            <w:r w:rsidRPr="008F508F">
              <w:rPr>
                <w:rStyle w:val="Hyperlink"/>
                <w:rFonts w:ascii="Arial" w:hAnsi="Arial" w:cs="Arial"/>
                <w:noProof/>
              </w:rPr>
              <w:t>EE Format)</w:t>
            </w:r>
            <w:r>
              <w:rPr>
                <w:noProof/>
                <w:webHidden/>
              </w:rPr>
              <w:tab/>
            </w:r>
            <w:r>
              <w:rPr>
                <w:noProof/>
                <w:webHidden/>
              </w:rPr>
              <w:fldChar w:fldCharType="begin"/>
            </w:r>
            <w:r>
              <w:rPr>
                <w:noProof/>
                <w:webHidden/>
              </w:rPr>
              <w:instrText xml:space="preserve"> PAGEREF _Toc237533417 \h </w:instrText>
            </w:r>
            <w:r>
              <w:rPr>
                <w:noProof/>
                <w:webHidden/>
              </w:rPr>
            </w:r>
            <w:r>
              <w:rPr>
                <w:noProof/>
                <w:webHidden/>
              </w:rPr>
              <w:fldChar w:fldCharType="separate"/>
            </w:r>
            <w:r>
              <w:rPr>
                <w:noProof/>
                <w:webHidden/>
              </w:rPr>
              <w:t>30</w:t>
            </w:r>
            <w:r>
              <w:rPr>
                <w:noProof/>
                <w:webHidden/>
              </w:rPr>
              <w:fldChar w:fldCharType="end"/>
            </w:r>
          </w:hyperlink>
        </w:p>
        <w:p w14:paraId="410E18B5" w14:textId="4436D86C" w:rsidR="00215EE8" w:rsidRDefault="00215EE8">
          <w:pPr>
            <w:pStyle w:val="TOC1"/>
            <w:tabs>
              <w:tab w:val="right" w:leader="dot" w:pos="8630"/>
            </w:tabs>
            <w:rPr>
              <w:noProof/>
              <w:kern w:val="2"/>
              <w:sz w:val="24"/>
              <w:szCs w:val="24"/>
              <w:lang w:val="en-GB" w:eastAsia="zh-CN"/>
              <w14:ligatures w14:val="standardContextual"/>
            </w:rPr>
          </w:pPr>
          <w:hyperlink w:anchor="_Toc237533418" w:history="1">
            <w:r w:rsidRPr="008F508F">
              <w:rPr>
                <w:rStyle w:val="Hyperlink"/>
                <w:rFonts w:ascii="Arial" w:hAnsi="Arial" w:cs="Arial"/>
                <w:noProof/>
              </w:rPr>
              <w:t>7. Appendices</w:t>
            </w:r>
            <w:r>
              <w:rPr>
                <w:noProof/>
                <w:webHidden/>
              </w:rPr>
              <w:tab/>
            </w:r>
            <w:r>
              <w:rPr>
                <w:noProof/>
                <w:webHidden/>
              </w:rPr>
              <w:fldChar w:fldCharType="begin"/>
            </w:r>
            <w:r>
              <w:rPr>
                <w:noProof/>
                <w:webHidden/>
              </w:rPr>
              <w:instrText xml:space="preserve"> PAGEREF _Toc237533418 \h </w:instrText>
            </w:r>
            <w:r>
              <w:rPr>
                <w:noProof/>
                <w:webHidden/>
              </w:rPr>
            </w:r>
            <w:r>
              <w:rPr>
                <w:noProof/>
                <w:webHidden/>
              </w:rPr>
              <w:fldChar w:fldCharType="separate"/>
            </w:r>
            <w:r>
              <w:rPr>
                <w:noProof/>
                <w:webHidden/>
              </w:rPr>
              <w:t>30</w:t>
            </w:r>
            <w:r>
              <w:rPr>
                <w:noProof/>
                <w:webHidden/>
              </w:rPr>
              <w:fldChar w:fldCharType="end"/>
            </w:r>
          </w:hyperlink>
        </w:p>
        <w:p w14:paraId="6FD84B7C" w14:textId="54D6B5F0" w:rsidR="003A02AF" w:rsidRDefault="003A02AF">
          <w:r>
            <w:rPr>
              <w:b/>
              <w:bCs/>
              <w:noProof/>
            </w:rPr>
            <w:fldChar w:fldCharType="end"/>
          </w:r>
        </w:p>
      </w:sdtContent>
    </w:sdt>
    <w:p w14:paraId="534E1E7E" w14:textId="77777777" w:rsidR="0063327C" w:rsidRPr="00610D47" w:rsidRDefault="0063327C" w:rsidP="00890863">
      <w:pPr>
        <w:rPr>
          <w:rFonts w:ascii="Arial" w:hAnsi="Arial" w:cs="Arial"/>
        </w:rPr>
      </w:pPr>
    </w:p>
    <w:p w14:paraId="16D48D65" w14:textId="73411589" w:rsidR="00890863" w:rsidRPr="00610D47" w:rsidRDefault="00890863">
      <w:pPr>
        <w:rPr>
          <w:rFonts w:ascii="Arial" w:hAnsi="Arial" w:cs="Arial"/>
        </w:rPr>
      </w:pPr>
      <w:r w:rsidRPr="00610D47">
        <w:rPr>
          <w:rFonts w:ascii="Arial" w:hAnsi="Arial" w:cs="Arial"/>
        </w:rPr>
        <w:br w:type="page"/>
      </w:r>
    </w:p>
    <w:p w14:paraId="22E40B4D" w14:textId="77777777" w:rsidR="00890863" w:rsidRPr="00610D47" w:rsidRDefault="00890863" w:rsidP="00890863">
      <w:pPr>
        <w:rPr>
          <w:rFonts w:ascii="Arial" w:hAnsi="Arial" w:cs="Arial"/>
        </w:rPr>
      </w:pPr>
    </w:p>
    <w:p w14:paraId="033A7CAD" w14:textId="32AA62E8" w:rsidR="007F343F" w:rsidRPr="00610D47" w:rsidRDefault="00991B03">
      <w:pPr>
        <w:pStyle w:val="Heading1"/>
        <w:rPr>
          <w:rFonts w:ascii="Arial" w:hAnsi="Arial" w:cs="Arial"/>
        </w:rPr>
      </w:pPr>
      <w:bookmarkStart w:id="1" w:name="_Toc237533397"/>
      <w:r w:rsidRPr="00610D47">
        <w:rPr>
          <w:rFonts w:ascii="Arial" w:hAnsi="Arial" w:cs="Arial"/>
        </w:rPr>
        <w:t>1. Introduction</w:t>
      </w:r>
      <w:bookmarkEnd w:id="1"/>
      <w:r w:rsidRPr="00610D47">
        <w:rPr>
          <w:rFonts w:ascii="Arial" w:hAnsi="Arial" w:cs="Arial"/>
        </w:rPr>
        <w:t xml:space="preserve"> </w:t>
      </w:r>
    </w:p>
    <w:p w14:paraId="03DEA7B7" w14:textId="77777777" w:rsidR="009F58D6" w:rsidRPr="00610D47" w:rsidRDefault="009F58D6">
      <w:pPr>
        <w:rPr>
          <w:rFonts w:ascii="Arial" w:hAnsi="Arial" w:cs="Arial"/>
          <w:sz w:val="24"/>
          <w:szCs w:val="24"/>
        </w:rPr>
      </w:pPr>
    </w:p>
    <w:p w14:paraId="75CDBDC7" w14:textId="6FC29F20" w:rsidR="007F343F" w:rsidRPr="00610D47" w:rsidRDefault="00390A33" w:rsidP="007F4C92">
      <w:pPr>
        <w:jc w:val="both"/>
        <w:rPr>
          <w:rFonts w:ascii="Arial" w:hAnsi="Arial" w:cs="Arial"/>
          <w:sz w:val="24"/>
          <w:szCs w:val="24"/>
        </w:rPr>
      </w:pPr>
      <w:r w:rsidRPr="00610D47">
        <w:rPr>
          <w:rFonts w:ascii="Arial" w:hAnsi="Arial" w:cs="Arial"/>
          <w:sz w:val="24"/>
          <w:szCs w:val="24"/>
        </w:rPr>
        <w:t>T</w:t>
      </w:r>
      <w:r w:rsidR="009F58D6" w:rsidRPr="00610D47">
        <w:rPr>
          <w:rFonts w:ascii="Arial" w:hAnsi="Arial" w:cs="Arial"/>
          <w:sz w:val="24"/>
          <w:szCs w:val="24"/>
        </w:rPr>
        <w:t xml:space="preserve">his </w:t>
      </w:r>
      <w:r w:rsidRPr="00610D47">
        <w:rPr>
          <w:rFonts w:ascii="Arial" w:hAnsi="Arial" w:cs="Arial"/>
          <w:sz w:val="24"/>
          <w:szCs w:val="24"/>
        </w:rPr>
        <w:t>assessment will provide</w:t>
      </w:r>
      <w:r w:rsidR="007F4C92" w:rsidRPr="00610D47">
        <w:rPr>
          <w:rFonts w:ascii="Arial" w:hAnsi="Arial" w:cs="Arial"/>
          <w:sz w:val="24"/>
          <w:szCs w:val="24"/>
        </w:rPr>
        <w:t xml:space="preserve"> a </w:t>
      </w:r>
      <w:r w:rsidR="009F58D6" w:rsidRPr="00610D47">
        <w:rPr>
          <w:rFonts w:ascii="Arial" w:hAnsi="Arial" w:cs="Arial"/>
          <w:sz w:val="24"/>
          <w:szCs w:val="24"/>
        </w:rPr>
        <w:t xml:space="preserve">study and practice introduction to web page development using HTML and CSS. </w:t>
      </w:r>
      <w:r w:rsidR="007F4C92" w:rsidRPr="00610D47">
        <w:rPr>
          <w:rFonts w:ascii="Arial" w:hAnsi="Arial" w:cs="Arial"/>
          <w:sz w:val="24"/>
          <w:szCs w:val="24"/>
        </w:rPr>
        <w:t xml:space="preserve">For this assignment, </w:t>
      </w:r>
      <w:r w:rsidRPr="00610D47">
        <w:rPr>
          <w:rFonts w:ascii="Arial" w:hAnsi="Arial" w:cs="Arial"/>
          <w:sz w:val="24"/>
          <w:szCs w:val="24"/>
        </w:rPr>
        <w:t xml:space="preserve">an </w:t>
      </w:r>
      <w:r w:rsidR="008E5CE2" w:rsidRPr="00610D47">
        <w:rPr>
          <w:rFonts w:ascii="Arial" w:hAnsi="Arial" w:cs="Arial"/>
          <w:sz w:val="24"/>
          <w:szCs w:val="24"/>
        </w:rPr>
        <w:t>e-commerce</w:t>
      </w:r>
      <w:r w:rsidR="007F4C92" w:rsidRPr="00610D47">
        <w:rPr>
          <w:rFonts w:ascii="Arial" w:hAnsi="Arial" w:cs="Arial"/>
          <w:sz w:val="24"/>
          <w:szCs w:val="24"/>
        </w:rPr>
        <w:t xml:space="preserve"> website will be created to demonstrate the use of </w:t>
      </w:r>
      <w:proofErr w:type="spellStart"/>
      <w:r w:rsidR="003D21C1" w:rsidRPr="00610D47">
        <w:rPr>
          <w:rFonts w:ascii="Arial" w:hAnsi="Arial" w:cs="Arial"/>
          <w:sz w:val="24"/>
          <w:szCs w:val="24"/>
        </w:rPr>
        <w:t>HyperText</w:t>
      </w:r>
      <w:proofErr w:type="spellEnd"/>
      <w:r w:rsidR="007F4C92" w:rsidRPr="00610D47">
        <w:rPr>
          <w:rFonts w:ascii="Arial" w:hAnsi="Arial" w:cs="Arial"/>
          <w:sz w:val="24"/>
          <w:szCs w:val="24"/>
        </w:rPr>
        <w:t xml:space="preserve"> Markup Language (HTML) and the use of </w:t>
      </w:r>
      <w:r w:rsidR="003D21C1" w:rsidRPr="00610D47">
        <w:rPr>
          <w:rFonts w:ascii="Arial" w:hAnsi="Arial" w:cs="Arial"/>
          <w:sz w:val="24"/>
          <w:szCs w:val="24"/>
        </w:rPr>
        <w:t>C</w:t>
      </w:r>
      <w:r w:rsidR="007F4C92" w:rsidRPr="00610D47">
        <w:rPr>
          <w:rFonts w:ascii="Arial" w:hAnsi="Arial" w:cs="Arial"/>
          <w:sz w:val="24"/>
          <w:szCs w:val="24"/>
        </w:rPr>
        <w:t xml:space="preserve">ascading </w:t>
      </w:r>
      <w:r w:rsidR="003D21C1" w:rsidRPr="00610D47">
        <w:rPr>
          <w:rFonts w:ascii="Arial" w:hAnsi="Arial" w:cs="Arial"/>
          <w:sz w:val="24"/>
          <w:szCs w:val="24"/>
        </w:rPr>
        <w:t>S</w:t>
      </w:r>
      <w:r w:rsidR="007F4C92" w:rsidRPr="00610D47">
        <w:rPr>
          <w:rFonts w:ascii="Arial" w:hAnsi="Arial" w:cs="Arial"/>
          <w:sz w:val="24"/>
          <w:szCs w:val="24"/>
        </w:rPr>
        <w:t xml:space="preserve">tyle </w:t>
      </w:r>
      <w:r w:rsidR="003D21C1" w:rsidRPr="00610D47">
        <w:rPr>
          <w:rFonts w:ascii="Arial" w:hAnsi="Arial" w:cs="Arial"/>
          <w:sz w:val="24"/>
          <w:szCs w:val="24"/>
        </w:rPr>
        <w:t>S</w:t>
      </w:r>
      <w:r w:rsidR="007F4C92" w:rsidRPr="00610D47">
        <w:rPr>
          <w:rFonts w:ascii="Arial" w:hAnsi="Arial" w:cs="Arial"/>
          <w:sz w:val="24"/>
          <w:szCs w:val="24"/>
        </w:rPr>
        <w:t xml:space="preserve">heets (CSS). </w:t>
      </w:r>
    </w:p>
    <w:p w14:paraId="78DFAC64" w14:textId="276AAEDD" w:rsidR="00390A33" w:rsidRPr="00610D47" w:rsidRDefault="007F4C92" w:rsidP="007F4C92">
      <w:pPr>
        <w:jc w:val="both"/>
        <w:rPr>
          <w:rFonts w:ascii="Arial" w:hAnsi="Arial" w:cs="Arial"/>
          <w:sz w:val="24"/>
          <w:szCs w:val="24"/>
        </w:rPr>
      </w:pPr>
      <w:r w:rsidRPr="00610D47">
        <w:rPr>
          <w:rFonts w:ascii="Arial" w:hAnsi="Arial" w:cs="Arial"/>
          <w:sz w:val="24"/>
          <w:szCs w:val="24"/>
        </w:rPr>
        <w:t>HTML is a most base structural language to create webpages</w:t>
      </w:r>
      <w:r w:rsidR="00390A33" w:rsidRPr="00610D47">
        <w:rPr>
          <w:rFonts w:ascii="Arial" w:hAnsi="Arial" w:cs="Arial"/>
          <w:sz w:val="24"/>
          <w:szCs w:val="24"/>
        </w:rPr>
        <w:t xml:space="preserve">. It provides elements and attributes to model a webpage intuitively and semantically, which means it is easy to code and visualize. </w:t>
      </w:r>
    </w:p>
    <w:p w14:paraId="493DEADB" w14:textId="0C9AC997" w:rsidR="00390A33" w:rsidRPr="00610D47" w:rsidRDefault="00390A33" w:rsidP="007F4C92">
      <w:pPr>
        <w:jc w:val="both"/>
        <w:rPr>
          <w:rFonts w:ascii="Arial" w:hAnsi="Arial" w:cs="Arial"/>
          <w:sz w:val="24"/>
          <w:szCs w:val="24"/>
        </w:rPr>
      </w:pPr>
      <w:hyperlink r:id="rId9" w:history="1">
        <w:r w:rsidRPr="00610D47">
          <w:rPr>
            <w:rFonts w:ascii="Arial" w:hAnsi="Arial" w:cs="Arial"/>
            <w:sz w:val="24"/>
            <w:szCs w:val="24"/>
          </w:rPr>
          <w:t>CSS is a language to stylish</w:t>
        </w:r>
      </w:hyperlink>
      <w:r w:rsidRPr="00610D47">
        <w:rPr>
          <w:rFonts w:ascii="Arial" w:hAnsi="Arial" w:cs="Arial"/>
          <w:sz w:val="24"/>
          <w:szCs w:val="24"/>
        </w:rPr>
        <w:t xml:space="preserve"> web pages, where is possible to set the visual and appearance. </w:t>
      </w:r>
    </w:p>
    <w:p w14:paraId="21301219" w14:textId="102717CD" w:rsidR="00390A33" w:rsidRPr="00610D47" w:rsidRDefault="008E5CE2" w:rsidP="007F4C92">
      <w:pPr>
        <w:jc w:val="both"/>
        <w:rPr>
          <w:rFonts w:ascii="Arial" w:hAnsi="Arial" w:cs="Arial"/>
          <w:sz w:val="24"/>
          <w:szCs w:val="24"/>
        </w:rPr>
      </w:pPr>
      <w:r w:rsidRPr="00610D47">
        <w:rPr>
          <w:rFonts w:ascii="Arial" w:hAnsi="Arial" w:cs="Arial"/>
          <w:sz w:val="24"/>
          <w:szCs w:val="24"/>
        </w:rPr>
        <w:t xml:space="preserve">It will be used elements as tables, images, links, and visual effects to demonstrate a functional layout of a webpage. </w:t>
      </w:r>
    </w:p>
    <w:p w14:paraId="28E63371" w14:textId="39F98630" w:rsidR="007F4C92" w:rsidRPr="00610D47" w:rsidRDefault="007F4C92">
      <w:pPr>
        <w:rPr>
          <w:rFonts w:ascii="Arial" w:hAnsi="Arial" w:cs="Arial"/>
          <w:sz w:val="24"/>
          <w:szCs w:val="24"/>
        </w:rPr>
      </w:pPr>
    </w:p>
    <w:p w14:paraId="70F67FB1" w14:textId="77777777" w:rsidR="007F343F" w:rsidRPr="00610D47" w:rsidRDefault="00991B03">
      <w:pPr>
        <w:pStyle w:val="Heading1"/>
        <w:rPr>
          <w:rFonts w:ascii="Arial" w:hAnsi="Arial" w:cs="Arial"/>
        </w:rPr>
      </w:pPr>
      <w:bookmarkStart w:id="2" w:name="_Toc237533398"/>
      <w:r w:rsidRPr="00610D47">
        <w:rPr>
          <w:rFonts w:ascii="Arial" w:hAnsi="Arial" w:cs="Arial"/>
        </w:rPr>
        <w:t>2. Requirements</w:t>
      </w:r>
      <w:bookmarkEnd w:id="2"/>
    </w:p>
    <w:p w14:paraId="3B8D9892" w14:textId="55763632" w:rsidR="007F343F" w:rsidRPr="00610D47" w:rsidRDefault="00991B03" w:rsidP="003D21C1">
      <w:pPr>
        <w:jc w:val="both"/>
        <w:rPr>
          <w:rFonts w:ascii="Arial" w:hAnsi="Arial" w:cs="Arial"/>
          <w:sz w:val="24"/>
          <w:szCs w:val="24"/>
        </w:rPr>
      </w:pPr>
      <w:r w:rsidRPr="00610D47">
        <w:rPr>
          <w:rFonts w:ascii="Arial" w:hAnsi="Arial" w:cs="Arial"/>
        </w:rPr>
        <w:br/>
      </w:r>
      <w:r w:rsidR="00621033" w:rsidRPr="00610D47">
        <w:rPr>
          <w:rFonts w:ascii="Arial" w:hAnsi="Arial" w:cs="Arial"/>
          <w:sz w:val="24"/>
          <w:szCs w:val="24"/>
        </w:rPr>
        <w:t>This webpage contains the basic and pure HTML language, as the CSS files</w:t>
      </w:r>
      <w:r w:rsidR="003D21C1" w:rsidRPr="00610D47">
        <w:rPr>
          <w:rFonts w:ascii="Arial" w:hAnsi="Arial" w:cs="Arial"/>
          <w:sz w:val="24"/>
          <w:szCs w:val="24"/>
        </w:rPr>
        <w:t xml:space="preserve"> and can be navigated in system folder environment. </w:t>
      </w:r>
    </w:p>
    <w:p w14:paraId="1F4214E8" w14:textId="0DB7B568" w:rsidR="003D21C1" w:rsidRPr="00610D47" w:rsidRDefault="003D21C1" w:rsidP="003D21C1">
      <w:pPr>
        <w:jc w:val="both"/>
        <w:rPr>
          <w:rFonts w:ascii="Arial" w:hAnsi="Arial" w:cs="Arial"/>
          <w:sz w:val="24"/>
          <w:szCs w:val="24"/>
        </w:rPr>
      </w:pPr>
      <w:r w:rsidRPr="00610D47">
        <w:rPr>
          <w:rFonts w:ascii="Arial" w:hAnsi="Arial" w:cs="Arial"/>
          <w:sz w:val="24"/>
          <w:szCs w:val="24"/>
        </w:rPr>
        <w:t xml:space="preserve">One resource for visual stylish and standardization is the use of the website bootstrap - </w:t>
      </w:r>
      <w:hyperlink r:id="rId10" w:history="1">
        <w:r w:rsidRPr="00610D47">
          <w:rPr>
            <w:rStyle w:val="Hyperlink"/>
            <w:rFonts w:ascii="Arial" w:hAnsi="Arial" w:cs="Arial"/>
            <w:sz w:val="24"/>
            <w:szCs w:val="24"/>
          </w:rPr>
          <w:t>https://getbootstrap.com/</w:t>
        </w:r>
      </w:hyperlink>
      <w:r w:rsidRPr="00610D47">
        <w:rPr>
          <w:rFonts w:ascii="Arial" w:hAnsi="Arial" w:cs="Arial"/>
          <w:sz w:val="24"/>
          <w:szCs w:val="24"/>
        </w:rPr>
        <w:t>. A</w:t>
      </w:r>
      <w:r w:rsidR="00B177D3" w:rsidRPr="00610D47">
        <w:rPr>
          <w:rFonts w:ascii="Arial" w:hAnsi="Arial" w:cs="Arial"/>
          <w:sz w:val="24"/>
          <w:szCs w:val="24"/>
        </w:rPr>
        <w:t>n</w:t>
      </w:r>
      <w:r w:rsidRPr="00610D47">
        <w:rPr>
          <w:rFonts w:ascii="Arial" w:hAnsi="Arial" w:cs="Arial"/>
          <w:sz w:val="24"/>
          <w:szCs w:val="24"/>
        </w:rPr>
        <w:t xml:space="preserve"> internet connection is required to </w:t>
      </w:r>
      <w:r w:rsidR="00B177D3" w:rsidRPr="00610D47">
        <w:rPr>
          <w:rFonts w:ascii="Arial" w:hAnsi="Arial" w:cs="Arial"/>
          <w:sz w:val="24"/>
          <w:szCs w:val="24"/>
        </w:rPr>
        <w:t xml:space="preserve">correct load elements. </w:t>
      </w:r>
    </w:p>
    <w:p w14:paraId="4222E8D6" w14:textId="77777777" w:rsidR="007F343F" w:rsidRPr="00610D47" w:rsidRDefault="00991B03">
      <w:pPr>
        <w:pStyle w:val="Heading1"/>
        <w:rPr>
          <w:rFonts w:ascii="Arial" w:hAnsi="Arial" w:cs="Arial"/>
        </w:rPr>
      </w:pPr>
      <w:bookmarkStart w:id="3" w:name="_Toc237533399"/>
      <w:r w:rsidRPr="00610D47">
        <w:rPr>
          <w:rFonts w:ascii="Arial" w:hAnsi="Arial" w:cs="Arial"/>
        </w:rPr>
        <w:t>3. Implementation</w:t>
      </w:r>
      <w:bookmarkEnd w:id="3"/>
    </w:p>
    <w:p w14:paraId="0B2362AE" w14:textId="77777777" w:rsidR="003D21C1" w:rsidRPr="00610D47" w:rsidRDefault="003D21C1" w:rsidP="003D21C1">
      <w:pPr>
        <w:jc w:val="both"/>
        <w:rPr>
          <w:rFonts w:ascii="Arial" w:hAnsi="Arial" w:cs="Arial"/>
          <w:sz w:val="24"/>
          <w:szCs w:val="24"/>
        </w:rPr>
      </w:pPr>
    </w:p>
    <w:p w14:paraId="6BC729CA" w14:textId="16C1FBFE" w:rsidR="00B177D3" w:rsidRPr="00610D47" w:rsidRDefault="00B177D3" w:rsidP="003D21C1">
      <w:pPr>
        <w:jc w:val="both"/>
        <w:rPr>
          <w:rFonts w:ascii="Arial" w:hAnsi="Arial" w:cs="Arial"/>
          <w:sz w:val="24"/>
          <w:szCs w:val="24"/>
        </w:rPr>
      </w:pPr>
      <w:r w:rsidRPr="00610D47">
        <w:rPr>
          <w:rFonts w:ascii="Arial" w:hAnsi="Arial" w:cs="Arial"/>
          <w:sz w:val="24"/>
          <w:szCs w:val="24"/>
        </w:rPr>
        <w:t xml:space="preserve">The implementation of the website </w:t>
      </w:r>
      <w:r w:rsidR="00466437" w:rsidRPr="00610D47">
        <w:rPr>
          <w:rFonts w:ascii="Arial" w:hAnsi="Arial" w:cs="Arial"/>
          <w:sz w:val="24"/>
          <w:szCs w:val="24"/>
        </w:rPr>
        <w:t>was</w:t>
      </w:r>
      <w:r w:rsidRPr="00610D47">
        <w:rPr>
          <w:rFonts w:ascii="Arial" w:hAnsi="Arial" w:cs="Arial"/>
          <w:sz w:val="24"/>
          <w:szCs w:val="24"/>
        </w:rPr>
        <w:t xml:space="preserve"> built in a local static </w:t>
      </w:r>
      <w:r w:rsidR="00466437" w:rsidRPr="00610D47">
        <w:rPr>
          <w:rFonts w:ascii="Arial" w:hAnsi="Arial" w:cs="Arial"/>
          <w:sz w:val="24"/>
          <w:szCs w:val="24"/>
        </w:rPr>
        <w:t>page’s</w:t>
      </w:r>
      <w:r w:rsidRPr="00610D47">
        <w:rPr>
          <w:rFonts w:ascii="Arial" w:hAnsi="Arial" w:cs="Arial"/>
          <w:sz w:val="24"/>
          <w:szCs w:val="24"/>
        </w:rPr>
        <w:t xml:space="preserve"> environment, using language HTML v5 and CSS v3</w:t>
      </w:r>
      <w:r w:rsidR="00466437" w:rsidRPr="00610D47">
        <w:rPr>
          <w:rFonts w:ascii="Arial" w:hAnsi="Arial" w:cs="Arial"/>
          <w:sz w:val="24"/>
          <w:szCs w:val="24"/>
        </w:rPr>
        <w:t>. To ensure agility in layout development and full responsiveness on mobile devices, the Bootstrap 5 framework was integrated via Content Delivery Network (CDN). Since this is a frontend prototype without server communication, the navigation flow — including product display, search products, and shopping add list — was simulated through the interconnection of independent local HTML files stored in a standardized directory structure.</w:t>
      </w:r>
    </w:p>
    <w:p w14:paraId="3AB42B9F" w14:textId="180BD9B5" w:rsidR="00B177D3" w:rsidRPr="00610D47" w:rsidRDefault="008E5CE2" w:rsidP="003D21C1">
      <w:pPr>
        <w:jc w:val="both"/>
        <w:rPr>
          <w:rFonts w:ascii="Arial" w:hAnsi="Arial" w:cs="Arial"/>
          <w:sz w:val="24"/>
          <w:szCs w:val="24"/>
        </w:rPr>
      </w:pPr>
      <w:r w:rsidRPr="00610D47">
        <w:rPr>
          <w:rFonts w:ascii="Arial" w:hAnsi="Arial" w:cs="Arial"/>
          <w:sz w:val="24"/>
          <w:szCs w:val="24"/>
        </w:rPr>
        <w:lastRenderedPageBreak/>
        <w:t xml:space="preserve">A website for e-commerce named </w:t>
      </w:r>
      <w:r w:rsidR="00B177D3" w:rsidRPr="00610D47">
        <w:rPr>
          <w:rFonts w:ascii="Arial" w:hAnsi="Arial" w:cs="Arial"/>
          <w:sz w:val="24"/>
          <w:szCs w:val="24"/>
        </w:rPr>
        <w:t>E</w:t>
      </w:r>
      <w:r w:rsidRPr="00610D47">
        <w:rPr>
          <w:rFonts w:ascii="Arial" w:hAnsi="Arial" w:cs="Arial"/>
          <w:sz w:val="24"/>
          <w:szCs w:val="24"/>
        </w:rPr>
        <w:t xml:space="preserve">-store will be the case of this study. It contains </w:t>
      </w:r>
      <w:r w:rsidR="0097699A" w:rsidRPr="00610D47">
        <w:rPr>
          <w:rFonts w:ascii="Arial" w:hAnsi="Arial" w:cs="Arial"/>
          <w:sz w:val="24"/>
          <w:szCs w:val="24"/>
        </w:rPr>
        <w:t>7</w:t>
      </w:r>
      <w:r w:rsidRPr="00610D47">
        <w:rPr>
          <w:rFonts w:ascii="Arial" w:hAnsi="Arial" w:cs="Arial"/>
          <w:sz w:val="24"/>
          <w:szCs w:val="24"/>
        </w:rPr>
        <w:t xml:space="preserve"> HTML pages</w:t>
      </w:r>
      <w:r w:rsidR="00466437" w:rsidRPr="00610D47">
        <w:rPr>
          <w:rFonts w:ascii="Arial" w:hAnsi="Arial" w:cs="Arial"/>
          <w:sz w:val="24"/>
          <w:szCs w:val="24"/>
        </w:rPr>
        <w:t xml:space="preserve">. 1 sitemap, 2 folder of </w:t>
      </w:r>
      <w:r w:rsidR="00657C4E" w:rsidRPr="00610D47">
        <w:rPr>
          <w:rFonts w:ascii="Arial" w:hAnsi="Arial" w:cs="Arial"/>
          <w:sz w:val="24"/>
          <w:szCs w:val="24"/>
        </w:rPr>
        <w:t>images and</w:t>
      </w:r>
      <w:r w:rsidRPr="00610D47">
        <w:rPr>
          <w:rFonts w:ascii="Arial" w:hAnsi="Arial" w:cs="Arial"/>
          <w:sz w:val="24"/>
          <w:szCs w:val="24"/>
        </w:rPr>
        <w:t xml:space="preserve"> </w:t>
      </w:r>
      <w:r w:rsidR="0097699A" w:rsidRPr="00610D47">
        <w:rPr>
          <w:rFonts w:ascii="Arial" w:hAnsi="Arial" w:cs="Arial"/>
          <w:sz w:val="24"/>
          <w:szCs w:val="24"/>
        </w:rPr>
        <w:t>1</w:t>
      </w:r>
      <w:r w:rsidRPr="00610D47">
        <w:rPr>
          <w:rFonts w:ascii="Arial" w:hAnsi="Arial" w:cs="Arial"/>
          <w:sz w:val="24"/>
          <w:szCs w:val="24"/>
        </w:rPr>
        <w:t xml:space="preserve"> CSS file. </w:t>
      </w:r>
    </w:p>
    <w:p w14:paraId="6B01B842" w14:textId="65AEDDEC" w:rsidR="00B177D3" w:rsidRPr="00610D47" w:rsidRDefault="00B177D3" w:rsidP="008F4B2B">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noProof/>
        </w:rPr>
        <w:drawing>
          <wp:inline distT="0" distB="0" distL="0" distR="0" wp14:anchorId="00849E19" wp14:editId="4FCCC80A">
            <wp:extent cx="2010485" cy="2940710"/>
            <wp:effectExtent l="0" t="0" r="8890" b="0"/>
            <wp:docPr id="15366656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65667" name=""/>
                    <pic:cNvPicPr/>
                  </pic:nvPicPr>
                  <pic:blipFill>
                    <a:blip r:embed="rId11"/>
                    <a:stretch>
                      <a:fillRect/>
                    </a:stretch>
                  </pic:blipFill>
                  <pic:spPr>
                    <a:xfrm>
                      <a:off x="0" y="0"/>
                      <a:ext cx="2014809" cy="2947035"/>
                    </a:xfrm>
                    <a:prstGeom prst="rect">
                      <a:avLst/>
                    </a:prstGeom>
                  </pic:spPr>
                </pic:pic>
              </a:graphicData>
            </a:graphic>
          </wp:inline>
        </w:drawing>
      </w:r>
    </w:p>
    <w:p w14:paraId="01E49B96" w14:textId="4334CAD4" w:rsidR="008F4B2B" w:rsidRPr="00610D47" w:rsidRDefault="008F4B2B" w:rsidP="008F4B2B">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sz w:val="24"/>
          <w:szCs w:val="24"/>
        </w:rPr>
        <w:t>Files</w:t>
      </w:r>
    </w:p>
    <w:p w14:paraId="0F8DCAA9" w14:textId="77777777" w:rsidR="008F4B2B" w:rsidRPr="00610D47" w:rsidRDefault="008F4B2B" w:rsidP="00466437">
      <w:pPr>
        <w:jc w:val="center"/>
        <w:rPr>
          <w:rFonts w:ascii="Arial" w:hAnsi="Arial" w:cs="Arial"/>
          <w:sz w:val="24"/>
          <w:szCs w:val="24"/>
        </w:rPr>
      </w:pPr>
    </w:p>
    <w:p w14:paraId="1E6E567F" w14:textId="0592E4ED" w:rsidR="008E5CE2" w:rsidRPr="00610D47" w:rsidRDefault="00B177D3" w:rsidP="003E1C6F">
      <w:pPr>
        <w:rPr>
          <w:rFonts w:ascii="Arial" w:hAnsi="Arial" w:cs="Arial"/>
          <w:sz w:val="24"/>
          <w:szCs w:val="24"/>
        </w:rPr>
      </w:pPr>
      <w:r w:rsidRPr="00610D47">
        <w:rPr>
          <w:rFonts w:ascii="Arial" w:hAnsi="Arial" w:cs="Arial"/>
          <w:sz w:val="24"/>
          <w:szCs w:val="24"/>
        </w:rPr>
        <w:t xml:space="preserve">The IDE used is the Visual Studio </w:t>
      </w:r>
      <w:r w:rsidR="00657C4E" w:rsidRPr="00610D47">
        <w:rPr>
          <w:rFonts w:ascii="Arial" w:hAnsi="Arial" w:cs="Arial"/>
          <w:sz w:val="24"/>
          <w:szCs w:val="24"/>
        </w:rPr>
        <w:t>Code.</w:t>
      </w:r>
      <w:r w:rsidRPr="00610D47">
        <w:rPr>
          <w:rFonts w:ascii="Arial" w:hAnsi="Arial" w:cs="Arial"/>
          <w:sz w:val="24"/>
          <w:szCs w:val="24"/>
        </w:rPr>
        <w:t xml:space="preserve"> The </w:t>
      </w:r>
      <w:r w:rsidR="003E1C6F" w:rsidRPr="00610D47">
        <w:rPr>
          <w:rFonts w:ascii="Arial" w:hAnsi="Arial" w:cs="Arial"/>
          <w:sz w:val="24"/>
          <w:szCs w:val="24"/>
        </w:rPr>
        <w:t xml:space="preserve">VS Code is an open-source code editor developed by Microsoft. It is available for Windows, Mac and Linux. It is built using Electron, a tool created by GitHub that enables the development of desktop software using HTML, CSS and JavaScript. </w:t>
      </w:r>
      <w:sdt>
        <w:sdtPr>
          <w:rPr>
            <w:rFonts w:ascii="Arial" w:hAnsi="Arial" w:cs="Arial"/>
            <w:sz w:val="24"/>
            <w:szCs w:val="24"/>
          </w:rPr>
          <w:id w:val="-491563057"/>
          <w:citation/>
        </w:sdtPr>
        <w:sdtEndPr/>
        <w:sdtContent>
          <w:r w:rsidR="003E1C6F" w:rsidRPr="00610D47">
            <w:rPr>
              <w:rFonts w:ascii="Arial" w:hAnsi="Arial" w:cs="Arial"/>
              <w:sz w:val="24"/>
              <w:szCs w:val="24"/>
            </w:rPr>
            <w:fldChar w:fldCharType="begin"/>
          </w:r>
          <w:r w:rsidR="003E1C6F" w:rsidRPr="00610D47">
            <w:rPr>
              <w:rFonts w:ascii="Arial" w:hAnsi="Arial" w:cs="Arial"/>
              <w:sz w:val="24"/>
              <w:szCs w:val="24"/>
              <w:lang w:val="pt-BR"/>
            </w:rPr>
            <w:instrText xml:space="preserve"> CITATION Aki21 \l 1046 </w:instrText>
          </w:r>
          <w:r w:rsidR="003E1C6F" w:rsidRPr="00610D47">
            <w:rPr>
              <w:rFonts w:ascii="Arial" w:hAnsi="Arial" w:cs="Arial"/>
              <w:sz w:val="24"/>
              <w:szCs w:val="24"/>
            </w:rPr>
            <w:fldChar w:fldCharType="separate"/>
          </w:r>
          <w:r w:rsidR="008F4B2B" w:rsidRPr="00610D47">
            <w:rPr>
              <w:rFonts w:ascii="Arial" w:hAnsi="Arial" w:cs="Arial"/>
              <w:noProof/>
              <w:sz w:val="24"/>
              <w:szCs w:val="24"/>
              <w:lang w:val="pt-BR"/>
            </w:rPr>
            <w:t>[1]</w:t>
          </w:r>
          <w:r w:rsidR="003E1C6F" w:rsidRPr="00610D47">
            <w:rPr>
              <w:rFonts w:ascii="Arial" w:hAnsi="Arial" w:cs="Arial"/>
              <w:sz w:val="24"/>
              <w:szCs w:val="24"/>
            </w:rPr>
            <w:fldChar w:fldCharType="end"/>
          </w:r>
        </w:sdtContent>
      </w:sdt>
    </w:p>
    <w:p w14:paraId="7F2DEB7A" w14:textId="60D1245E" w:rsidR="008E5CE2" w:rsidRPr="00610D47" w:rsidRDefault="00B177D3" w:rsidP="008F4B2B">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noProof/>
        </w:rPr>
        <w:drawing>
          <wp:inline distT="0" distB="0" distL="0" distR="0" wp14:anchorId="526D0ABB" wp14:editId="1A673477">
            <wp:extent cx="3650285" cy="2196508"/>
            <wp:effectExtent l="0" t="0" r="7620" b="0"/>
            <wp:docPr id="110318057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180577" name=""/>
                    <pic:cNvPicPr/>
                  </pic:nvPicPr>
                  <pic:blipFill>
                    <a:blip r:embed="rId12"/>
                    <a:stretch>
                      <a:fillRect/>
                    </a:stretch>
                  </pic:blipFill>
                  <pic:spPr>
                    <a:xfrm>
                      <a:off x="0" y="0"/>
                      <a:ext cx="3655302" cy="2199527"/>
                    </a:xfrm>
                    <a:prstGeom prst="rect">
                      <a:avLst/>
                    </a:prstGeom>
                  </pic:spPr>
                </pic:pic>
              </a:graphicData>
            </a:graphic>
          </wp:inline>
        </w:drawing>
      </w:r>
    </w:p>
    <w:p w14:paraId="76C0F9A7" w14:textId="7409BCD0" w:rsidR="008F4B2B" w:rsidRPr="00610D47" w:rsidRDefault="008F4B2B" w:rsidP="008F4B2B">
      <w:pPr>
        <w:pBdr>
          <w:top w:val="single" w:sz="4" w:space="1" w:color="auto"/>
          <w:left w:val="single" w:sz="4" w:space="4" w:color="auto"/>
          <w:bottom w:val="single" w:sz="4" w:space="1" w:color="auto"/>
          <w:right w:val="single" w:sz="4" w:space="4" w:color="auto"/>
        </w:pBdr>
        <w:jc w:val="center"/>
        <w:rPr>
          <w:rFonts w:ascii="Arial" w:hAnsi="Arial" w:cs="Arial"/>
          <w:sz w:val="24"/>
          <w:szCs w:val="24"/>
          <w:lang w:val="pt-BR"/>
        </w:rPr>
      </w:pPr>
      <w:r w:rsidRPr="00610D47">
        <w:rPr>
          <w:rFonts w:ascii="Arial" w:hAnsi="Arial" w:cs="Arial"/>
          <w:sz w:val="24"/>
          <w:szCs w:val="24"/>
          <w:lang w:val="pt-BR"/>
        </w:rPr>
        <w:t>Visual Studio Code – IDE</w:t>
      </w:r>
    </w:p>
    <w:p w14:paraId="1A60E41C" w14:textId="77777777" w:rsidR="00657C4E" w:rsidRPr="00610D47" w:rsidRDefault="00657C4E">
      <w:pPr>
        <w:rPr>
          <w:rFonts w:ascii="Arial" w:hAnsi="Arial" w:cs="Arial"/>
          <w:sz w:val="24"/>
          <w:szCs w:val="24"/>
          <w:lang w:val="pt-BR"/>
        </w:rPr>
      </w:pPr>
    </w:p>
    <w:p w14:paraId="30A13B1C" w14:textId="6C66512E" w:rsidR="008E5CE2" w:rsidRPr="00610D47" w:rsidRDefault="00451AF1">
      <w:pPr>
        <w:rPr>
          <w:rFonts w:ascii="Arial" w:hAnsi="Arial" w:cs="Arial"/>
          <w:noProof/>
        </w:rPr>
      </w:pPr>
      <w:r w:rsidRPr="00610D47">
        <w:rPr>
          <w:rFonts w:ascii="Arial" w:hAnsi="Arial" w:cs="Arial"/>
          <w:noProof/>
        </w:rPr>
        <w:lastRenderedPageBreak/>
        <w:t>To demonstrate graphicaly the layout of website, the followed print screens show how each page is design.</w:t>
      </w:r>
    </w:p>
    <w:p w14:paraId="1E4D9A3B" w14:textId="4001EBD0" w:rsidR="008E5CE2" w:rsidRPr="00610D47" w:rsidRDefault="0097699A" w:rsidP="00FE2696">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noProof/>
        </w:rPr>
        <w:drawing>
          <wp:inline distT="0" distB="0" distL="0" distR="0" wp14:anchorId="24C04F46" wp14:editId="482B53F2">
            <wp:extent cx="5259128" cy="4819650"/>
            <wp:effectExtent l="0" t="0" r="0" b="0"/>
            <wp:docPr id="19915045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50458" name=""/>
                    <pic:cNvPicPr/>
                  </pic:nvPicPr>
                  <pic:blipFill>
                    <a:blip r:embed="rId13"/>
                    <a:stretch>
                      <a:fillRect/>
                    </a:stretch>
                  </pic:blipFill>
                  <pic:spPr>
                    <a:xfrm>
                      <a:off x="0" y="0"/>
                      <a:ext cx="5275581" cy="4834728"/>
                    </a:xfrm>
                    <a:prstGeom prst="rect">
                      <a:avLst/>
                    </a:prstGeom>
                  </pic:spPr>
                </pic:pic>
              </a:graphicData>
            </a:graphic>
          </wp:inline>
        </w:drawing>
      </w:r>
    </w:p>
    <w:p w14:paraId="33041B81" w14:textId="7CB227D9" w:rsidR="00FE2696" w:rsidRPr="00610D47" w:rsidRDefault="00FE2696" w:rsidP="00FE2696">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sz w:val="24"/>
          <w:szCs w:val="24"/>
        </w:rPr>
        <w:t>Index page – index.html</w:t>
      </w:r>
    </w:p>
    <w:p w14:paraId="53968E39" w14:textId="77777777" w:rsidR="00FE2696" w:rsidRDefault="00FE2696">
      <w:pPr>
        <w:rPr>
          <w:rFonts w:ascii="Arial" w:hAnsi="Arial" w:cs="Arial"/>
          <w:sz w:val="24"/>
          <w:szCs w:val="24"/>
        </w:rPr>
      </w:pPr>
    </w:p>
    <w:p w14:paraId="32E89ECD" w14:textId="77777777" w:rsidR="00757172" w:rsidRDefault="00757172">
      <w:pPr>
        <w:rPr>
          <w:rFonts w:ascii="Arial" w:hAnsi="Arial" w:cs="Arial"/>
          <w:sz w:val="24"/>
          <w:szCs w:val="24"/>
        </w:rPr>
      </w:pPr>
    </w:p>
    <w:p w14:paraId="2492EE05" w14:textId="77777777" w:rsidR="00757172" w:rsidRDefault="00757172">
      <w:pPr>
        <w:rPr>
          <w:rFonts w:ascii="Arial" w:hAnsi="Arial" w:cs="Arial"/>
          <w:sz w:val="24"/>
          <w:szCs w:val="24"/>
        </w:rPr>
      </w:pPr>
    </w:p>
    <w:p w14:paraId="32CC00A6" w14:textId="77777777" w:rsidR="00757172" w:rsidRDefault="00757172">
      <w:pPr>
        <w:rPr>
          <w:rFonts w:ascii="Arial" w:hAnsi="Arial" w:cs="Arial"/>
          <w:sz w:val="24"/>
          <w:szCs w:val="24"/>
        </w:rPr>
      </w:pPr>
    </w:p>
    <w:p w14:paraId="0F751048" w14:textId="77777777" w:rsidR="00757172" w:rsidRDefault="00757172">
      <w:pPr>
        <w:rPr>
          <w:rFonts w:ascii="Arial" w:hAnsi="Arial" w:cs="Arial"/>
          <w:sz w:val="24"/>
          <w:szCs w:val="24"/>
        </w:rPr>
      </w:pPr>
    </w:p>
    <w:p w14:paraId="6EB2F47F" w14:textId="77777777" w:rsidR="00757172" w:rsidRDefault="00757172">
      <w:pPr>
        <w:rPr>
          <w:rFonts w:ascii="Arial" w:hAnsi="Arial" w:cs="Arial"/>
          <w:sz w:val="24"/>
          <w:szCs w:val="24"/>
        </w:rPr>
      </w:pPr>
    </w:p>
    <w:p w14:paraId="48761B40" w14:textId="77777777" w:rsidR="00757172" w:rsidRPr="00610D47" w:rsidRDefault="00757172">
      <w:pPr>
        <w:rPr>
          <w:rFonts w:ascii="Arial" w:hAnsi="Arial" w:cs="Arial"/>
          <w:sz w:val="24"/>
          <w:szCs w:val="24"/>
        </w:rPr>
      </w:pPr>
    </w:p>
    <w:p w14:paraId="228544D5" w14:textId="77777777" w:rsidR="00757172" w:rsidRDefault="00757172" w:rsidP="00FE2696">
      <w:pPr>
        <w:pBdr>
          <w:top w:val="single" w:sz="4" w:space="1" w:color="auto"/>
          <w:left w:val="single" w:sz="4" w:space="4" w:color="auto"/>
          <w:bottom w:val="single" w:sz="4" w:space="1" w:color="auto"/>
          <w:right w:val="single" w:sz="4" w:space="4" w:color="auto"/>
        </w:pBdr>
        <w:jc w:val="center"/>
        <w:rPr>
          <w:rFonts w:ascii="Arial" w:hAnsi="Arial" w:cs="Arial"/>
          <w:noProof/>
        </w:rPr>
      </w:pPr>
    </w:p>
    <w:p w14:paraId="4126FBDE" w14:textId="45888C90" w:rsidR="00FE2696" w:rsidRPr="00610D47" w:rsidRDefault="0097699A" w:rsidP="00FE2696">
      <w:pPr>
        <w:pBdr>
          <w:top w:val="single" w:sz="4" w:space="1" w:color="auto"/>
          <w:left w:val="single" w:sz="4" w:space="4" w:color="auto"/>
          <w:bottom w:val="single" w:sz="4" w:space="1" w:color="auto"/>
          <w:right w:val="single" w:sz="4" w:space="4" w:color="auto"/>
        </w:pBdr>
        <w:jc w:val="center"/>
        <w:rPr>
          <w:rFonts w:ascii="Arial" w:hAnsi="Arial" w:cs="Arial"/>
          <w:noProof/>
        </w:rPr>
      </w:pPr>
      <w:r w:rsidRPr="00610D47">
        <w:rPr>
          <w:rFonts w:ascii="Arial" w:hAnsi="Arial" w:cs="Arial"/>
          <w:noProof/>
        </w:rPr>
        <w:drawing>
          <wp:inline distT="0" distB="0" distL="0" distR="0" wp14:anchorId="599B9360" wp14:editId="4D8755B9">
            <wp:extent cx="3664915" cy="4374219"/>
            <wp:effectExtent l="0" t="0" r="0" b="7620"/>
            <wp:docPr id="17259480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948025" name=""/>
                    <pic:cNvPicPr/>
                  </pic:nvPicPr>
                  <pic:blipFill rotWithShape="1">
                    <a:blip r:embed="rId14"/>
                    <a:srcRect r="21724"/>
                    <a:stretch>
                      <a:fillRect/>
                    </a:stretch>
                  </pic:blipFill>
                  <pic:spPr bwMode="auto">
                    <a:xfrm>
                      <a:off x="0" y="0"/>
                      <a:ext cx="3692771" cy="4407466"/>
                    </a:xfrm>
                    <a:prstGeom prst="rect">
                      <a:avLst/>
                    </a:prstGeom>
                    <a:ln>
                      <a:noFill/>
                    </a:ln>
                    <a:extLst>
                      <a:ext uri="{53640926-AAD7-44D8-BBD7-CCE9431645EC}">
                        <a14:shadowObscured xmlns:a14="http://schemas.microsoft.com/office/drawing/2010/main"/>
                      </a:ext>
                    </a:extLst>
                  </pic:spPr>
                </pic:pic>
              </a:graphicData>
            </a:graphic>
          </wp:inline>
        </w:drawing>
      </w:r>
    </w:p>
    <w:p w14:paraId="75C58116" w14:textId="106F2EDB" w:rsidR="00FE2696" w:rsidRPr="00610D47" w:rsidRDefault="00FE2696" w:rsidP="00FE2696">
      <w:pPr>
        <w:pBdr>
          <w:top w:val="single" w:sz="4" w:space="1" w:color="auto"/>
          <w:left w:val="single" w:sz="4" w:space="4" w:color="auto"/>
          <w:bottom w:val="single" w:sz="4" w:space="1" w:color="auto"/>
          <w:right w:val="single" w:sz="4" w:space="4" w:color="auto"/>
        </w:pBdr>
        <w:jc w:val="center"/>
        <w:rPr>
          <w:rFonts w:ascii="Arial" w:hAnsi="Arial" w:cs="Arial"/>
          <w:noProof/>
        </w:rPr>
      </w:pPr>
      <w:r w:rsidRPr="00610D47">
        <w:rPr>
          <w:rFonts w:ascii="Arial" w:hAnsi="Arial" w:cs="Arial"/>
          <w:noProof/>
        </w:rPr>
        <w:t>Products List – Product.html</w:t>
      </w:r>
    </w:p>
    <w:p w14:paraId="34874A8E" w14:textId="77777777" w:rsidR="00B3637F" w:rsidRPr="00610D47" w:rsidRDefault="00B3637F">
      <w:pPr>
        <w:rPr>
          <w:rFonts w:ascii="Arial" w:hAnsi="Arial" w:cs="Arial"/>
          <w:noProof/>
        </w:rPr>
      </w:pPr>
    </w:p>
    <w:p w14:paraId="21DF3425" w14:textId="7F0A0F31" w:rsidR="008E5CE2" w:rsidRPr="00610D47" w:rsidRDefault="0097699A" w:rsidP="00B3637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noProof/>
        </w:rPr>
        <w:lastRenderedPageBreak/>
        <w:drawing>
          <wp:inline distT="0" distB="0" distL="0" distR="0" wp14:anchorId="6C34599F" wp14:editId="7F173947">
            <wp:extent cx="4288388" cy="5188689"/>
            <wp:effectExtent l="0" t="0" r="0" b="0"/>
            <wp:docPr id="15121014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101453" name=""/>
                    <pic:cNvPicPr/>
                  </pic:nvPicPr>
                  <pic:blipFill rotWithShape="1">
                    <a:blip r:embed="rId15"/>
                    <a:srcRect l="14305" t="1295" r="13124" b="5664"/>
                    <a:stretch>
                      <a:fillRect/>
                    </a:stretch>
                  </pic:blipFill>
                  <pic:spPr bwMode="auto">
                    <a:xfrm>
                      <a:off x="0" y="0"/>
                      <a:ext cx="4314117" cy="5219820"/>
                    </a:xfrm>
                    <a:prstGeom prst="rect">
                      <a:avLst/>
                    </a:prstGeom>
                    <a:ln>
                      <a:noFill/>
                    </a:ln>
                    <a:extLst>
                      <a:ext uri="{53640926-AAD7-44D8-BBD7-CCE9431645EC}">
                        <a14:shadowObscured xmlns:a14="http://schemas.microsoft.com/office/drawing/2010/main"/>
                      </a:ext>
                    </a:extLst>
                  </pic:spPr>
                </pic:pic>
              </a:graphicData>
            </a:graphic>
          </wp:inline>
        </w:drawing>
      </w:r>
    </w:p>
    <w:p w14:paraId="60151FF3" w14:textId="36FC8EC9" w:rsidR="00B3637F" w:rsidRPr="00610D47" w:rsidRDefault="00B3637F" w:rsidP="00B3637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sz w:val="24"/>
          <w:szCs w:val="24"/>
        </w:rPr>
        <w:t>Product Add Sell Form – prodform.html</w:t>
      </w:r>
    </w:p>
    <w:p w14:paraId="4EB25486" w14:textId="77777777" w:rsidR="00B3637F" w:rsidRPr="00610D47" w:rsidRDefault="00B3637F">
      <w:pPr>
        <w:rPr>
          <w:rFonts w:ascii="Arial" w:hAnsi="Arial" w:cs="Arial"/>
          <w:sz w:val="24"/>
          <w:szCs w:val="24"/>
        </w:rPr>
      </w:pPr>
    </w:p>
    <w:p w14:paraId="54FB93C8" w14:textId="671C15DB" w:rsidR="008E5CE2" w:rsidRPr="00610D47" w:rsidRDefault="0097699A" w:rsidP="00B3637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noProof/>
        </w:rPr>
        <w:lastRenderedPageBreak/>
        <w:drawing>
          <wp:inline distT="0" distB="0" distL="0" distR="0" wp14:anchorId="78DDBDC3" wp14:editId="38771688">
            <wp:extent cx="3388763" cy="4329885"/>
            <wp:effectExtent l="0" t="0" r="2540" b="0"/>
            <wp:docPr id="5435002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500284" name=""/>
                    <pic:cNvPicPr/>
                  </pic:nvPicPr>
                  <pic:blipFill rotWithShape="1">
                    <a:blip r:embed="rId16"/>
                    <a:srcRect t="1984" b="8931"/>
                    <a:stretch>
                      <a:fillRect/>
                    </a:stretch>
                  </pic:blipFill>
                  <pic:spPr bwMode="auto">
                    <a:xfrm>
                      <a:off x="0" y="0"/>
                      <a:ext cx="3420242" cy="4370106"/>
                    </a:xfrm>
                    <a:prstGeom prst="rect">
                      <a:avLst/>
                    </a:prstGeom>
                    <a:ln>
                      <a:noFill/>
                    </a:ln>
                    <a:extLst>
                      <a:ext uri="{53640926-AAD7-44D8-BBD7-CCE9431645EC}">
                        <a14:shadowObscured xmlns:a14="http://schemas.microsoft.com/office/drawing/2010/main"/>
                      </a:ext>
                    </a:extLst>
                  </pic:spPr>
                </pic:pic>
              </a:graphicData>
            </a:graphic>
          </wp:inline>
        </w:drawing>
      </w:r>
    </w:p>
    <w:p w14:paraId="04263325" w14:textId="0A34FDCB" w:rsidR="00B3637F" w:rsidRPr="00610D47" w:rsidRDefault="00B3637F" w:rsidP="00B3637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sz w:val="24"/>
          <w:szCs w:val="24"/>
        </w:rPr>
        <w:t>Login form – HELLO.html</w:t>
      </w:r>
    </w:p>
    <w:p w14:paraId="4427F69D" w14:textId="77777777" w:rsidR="00B3637F" w:rsidRPr="00610D47" w:rsidRDefault="00B3637F">
      <w:pPr>
        <w:rPr>
          <w:rFonts w:ascii="Arial" w:hAnsi="Arial" w:cs="Arial"/>
          <w:sz w:val="24"/>
          <w:szCs w:val="24"/>
        </w:rPr>
      </w:pPr>
    </w:p>
    <w:p w14:paraId="6C69C01F" w14:textId="07159C6C" w:rsidR="00B3637F" w:rsidRPr="00610D47" w:rsidRDefault="00B3637F" w:rsidP="00B3637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noProof/>
        </w:rPr>
        <w:lastRenderedPageBreak/>
        <w:drawing>
          <wp:inline distT="0" distB="0" distL="0" distR="0" wp14:anchorId="631E9A19" wp14:editId="2C2D07EA">
            <wp:extent cx="3080233" cy="5382933"/>
            <wp:effectExtent l="0" t="0" r="6350" b="8255"/>
            <wp:docPr id="10773069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306941" name=""/>
                    <pic:cNvPicPr/>
                  </pic:nvPicPr>
                  <pic:blipFill>
                    <a:blip r:embed="rId17"/>
                    <a:stretch>
                      <a:fillRect/>
                    </a:stretch>
                  </pic:blipFill>
                  <pic:spPr>
                    <a:xfrm>
                      <a:off x="0" y="0"/>
                      <a:ext cx="3092194" cy="5403836"/>
                    </a:xfrm>
                    <a:prstGeom prst="rect">
                      <a:avLst/>
                    </a:prstGeom>
                  </pic:spPr>
                </pic:pic>
              </a:graphicData>
            </a:graphic>
          </wp:inline>
        </w:drawing>
      </w:r>
    </w:p>
    <w:p w14:paraId="4E3615F0" w14:textId="6FF3F6D2" w:rsidR="00B3637F" w:rsidRPr="00610D47" w:rsidRDefault="00B3637F" w:rsidP="00B3637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sz w:val="24"/>
          <w:szCs w:val="24"/>
        </w:rPr>
        <w:t>User Register from – userform.html</w:t>
      </w:r>
    </w:p>
    <w:p w14:paraId="78B37A1D" w14:textId="10A1D14C" w:rsidR="008E5CE2" w:rsidRPr="00610D47" w:rsidRDefault="008E5CE2">
      <w:pPr>
        <w:rPr>
          <w:rFonts w:ascii="Arial" w:hAnsi="Arial" w:cs="Arial"/>
          <w:sz w:val="24"/>
          <w:szCs w:val="24"/>
        </w:rPr>
      </w:pPr>
    </w:p>
    <w:p w14:paraId="4E5DB399" w14:textId="60B10438" w:rsidR="008E5CE2" w:rsidRPr="00610D47" w:rsidRDefault="00E30F53" w:rsidP="00B3637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noProof/>
        </w:rPr>
        <w:lastRenderedPageBreak/>
        <w:drawing>
          <wp:inline distT="0" distB="0" distL="0" distR="0" wp14:anchorId="01FBD028" wp14:editId="61320A41">
            <wp:extent cx="4030244" cy="4535424"/>
            <wp:effectExtent l="0" t="0" r="8890" b="0"/>
            <wp:docPr id="17812556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255691" name=""/>
                    <pic:cNvPicPr/>
                  </pic:nvPicPr>
                  <pic:blipFill>
                    <a:blip r:embed="rId18"/>
                    <a:stretch>
                      <a:fillRect/>
                    </a:stretch>
                  </pic:blipFill>
                  <pic:spPr>
                    <a:xfrm>
                      <a:off x="0" y="0"/>
                      <a:ext cx="4036098" cy="4542012"/>
                    </a:xfrm>
                    <a:prstGeom prst="rect">
                      <a:avLst/>
                    </a:prstGeom>
                  </pic:spPr>
                </pic:pic>
              </a:graphicData>
            </a:graphic>
          </wp:inline>
        </w:drawing>
      </w:r>
    </w:p>
    <w:p w14:paraId="427D6E6D" w14:textId="30A859F6" w:rsidR="00B3637F" w:rsidRPr="00610D47" w:rsidRDefault="00B3637F" w:rsidP="00B3637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sz w:val="24"/>
          <w:szCs w:val="24"/>
        </w:rPr>
        <w:t>Contact Form – contactus.html</w:t>
      </w:r>
    </w:p>
    <w:p w14:paraId="3EE12514" w14:textId="77777777" w:rsidR="00B3637F" w:rsidRPr="00610D47" w:rsidRDefault="00B3637F">
      <w:pPr>
        <w:rPr>
          <w:rFonts w:ascii="Arial" w:hAnsi="Arial" w:cs="Arial"/>
          <w:sz w:val="24"/>
          <w:szCs w:val="24"/>
        </w:rPr>
      </w:pPr>
    </w:p>
    <w:p w14:paraId="7A4574D1" w14:textId="77777777" w:rsidR="00B3637F" w:rsidRPr="00610D47" w:rsidRDefault="00B3637F">
      <w:pPr>
        <w:rPr>
          <w:rFonts w:ascii="Arial" w:hAnsi="Arial" w:cs="Arial"/>
          <w:sz w:val="24"/>
          <w:szCs w:val="24"/>
        </w:rPr>
      </w:pPr>
    </w:p>
    <w:p w14:paraId="0B0BAB99" w14:textId="567C2348" w:rsidR="008E5CE2" w:rsidRPr="00610D47" w:rsidRDefault="00E30F53" w:rsidP="009E233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noProof/>
        </w:rPr>
        <w:lastRenderedPageBreak/>
        <w:drawing>
          <wp:inline distT="0" distB="0" distL="0" distR="0" wp14:anchorId="7362633C" wp14:editId="2F524623">
            <wp:extent cx="4151872" cy="3906316"/>
            <wp:effectExtent l="0" t="0" r="1270" b="0"/>
            <wp:docPr id="16172429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242940" name=""/>
                    <pic:cNvPicPr/>
                  </pic:nvPicPr>
                  <pic:blipFill>
                    <a:blip r:embed="rId19"/>
                    <a:stretch>
                      <a:fillRect/>
                    </a:stretch>
                  </pic:blipFill>
                  <pic:spPr>
                    <a:xfrm>
                      <a:off x="0" y="0"/>
                      <a:ext cx="4159400" cy="3913399"/>
                    </a:xfrm>
                    <a:prstGeom prst="rect">
                      <a:avLst/>
                    </a:prstGeom>
                  </pic:spPr>
                </pic:pic>
              </a:graphicData>
            </a:graphic>
          </wp:inline>
        </w:drawing>
      </w:r>
    </w:p>
    <w:p w14:paraId="5FDD14AB" w14:textId="2DE678B4" w:rsidR="00B3637F" w:rsidRPr="00610D47" w:rsidRDefault="009E233F" w:rsidP="009E233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sz w:val="24"/>
          <w:szCs w:val="24"/>
        </w:rPr>
        <w:t xml:space="preserve">About us and </w:t>
      </w:r>
      <w:proofErr w:type="gramStart"/>
      <w:r w:rsidRPr="00610D47">
        <w:rPr>
          <w:rFonts w:ascii="Arial" w:hAnsi="Arial" w:cs="Arial"/>
          <w:sz w:val="24"/>
          <w:szCs w:val="24"/>
        </w:rPr>
        <w:t>Social Media</w:t>
      </w:r>
      <w:proofErr w:type="gramEnd"/>
      <w:r w:rsidRPr="00610D47">
        <w:rPr>
          <w:rFonts w:ascii="Arial" w:hAnsi="Arial" w:cs="Arial"/>
          <w:sz w:val="24"/>
          <w:szCs w:val="24"/>
        </w:rPr>
        <w:t xml:space="preserve"> – aboutus.html</w:t>
      </w:r>
    </w:p>
    <w:p w14:paraId="1821227E" w14:textId="77777777" w:rsidR="009E233F" w:rsidRPr="00610D47" w:rsidRDefault="009E233F">
      <w:pPr>
        <w:rPr>
          <w:rFonts w:ascii="Arial" w:hAnsi="Arial" w:cs="Arial"/>
          <w:sz w:val="24"/>
          <w:szCs w:val="24"/>
        </w:rPr>
      </w:pPr>
    </w:p>
    <w:p w14:paraId="1AF54471" w14:textId="77777777" w:rsidR="00B3637F" w:rsidRPr="00610D47" w:rsidRDefault="00B3637F">
      <w:pPr>
        <w:rPr>
          <w:rFonts w:ascii="Arial" w:hAnsi="Arial" w:cs="Arial"/>
          <w:sz w:val="24"/>
          <w:szCs w:val="24"/>
        </w:rPr>
      </w:pPr>
    </w:p>
    <w:p w14:paraId="5572224F" w14:textId="169B0AC4" w:rsidR="00B3637F" w:rsidRPr="00610D47" w:rsidRDefault="00B3637F">
      <w:pPr>
        <w:rPr>
          <w:rFonts w:ascii="Arial" w:hAnsi="Arial" w:cs="Arial"/>
          <w:sz w:val="24"/>
          <w:szCs w:val="24"/>
        </w:rPr>
      </w:pPr>
      <w:r w:rsidRPr="00610D47">
        <w:rPr>
          <w:rFonts w:ascii="Arial" w:hAnsi="Arial" w:cs="Arial"/>
          <w:sz w:val="24"/>
          <w:szCs w:val="24"/>
        </w:rPr>
        <w:br w:type="page"/>
      </w:r>
    </w:p>
    <w:p w14:paraId="6C81C167" w14:textId="210646DE" w:rsidR="00F32B85" w:rsidRPr="00610D47" w:rsidRDefault="00F32B85" w:rsidP="00F32B85">
      <w:pPr>
        <w:pStyle w:val="Heading2"/>
        <w:rPr>
          <w:rFonts w:ascii="Arial" w:hAnsi="Arial" w:cs="Arial"/>
          <w:sz w:val="24"/>
          <w:szCs w:val="24"/>
        </w:rPr>
      </w:pPr>
      <w:bookmarkStart w:id="4" w:name="_Toc237533400"/>
      <w:r w:rsidRPr="00610D47">
        <w:rPr>
          <w:rFonts w:ascii="Arial" w:hAnsi="Arial" w:cs="Arial"/>
        </w:rPr>
        <w:lastRenderedPageBreak/>
        <w:t>V</w:t>
      </w:r>
      <w:r w:rsidR="0063327C" w:rsidRPr="00610D47">
        <w:rPr>
          <w:rFonts w:ascii="Arial" w:hAnsi="Arial" w:cs="Arial"/>
        </w:rPr>
        <w:t>alidation results (HTML &amp; CSS).</w:t>
      </w:r>
      <w:r w:rsidRPr="00610D47">
        <w:rPr>
          <w:rFonts w:ascii="Arial" w:hAnsi="Arial" w:cs="Arial"/>
        </w:rPr>
        <w:t xml:space="preserve"> - errors and fixes.</w:t>
      </w:r>
      <w:bookmarkEnd w:id="4"/>
    </w:p>
    <w:p w14:paraId="3BA7EA0E" w14:textId="48E586B3" w:rsidR="00DB27DC" w:rsidRPr="00610D47" w:rsidRDefault="00DB27DC">
      <w:pPr>
        <w:rPr>
          <w:rFonts w:ascii="Arial" w:hAnsi="Arial" w:cs="Arial"/>
        </w:rPr>
      </w:pPr>
    </w:p>
    <w:p w14:paraId="04F43986" w14:textId="40C74AAF" w:rsidR="00F32B85" w:rsidRDefault="00F32B85" w:rsidP="00F32B85">
      <w:pPr>
        <w:jc w:val="both"/>
        <w:rPr>
          <w:rFonts w:ascii="Arial" w:hAnsi="Arial" w:cs="Arial"/>
        </w:rPr>
      </w:pPr>
      <w:r w:rsidRPr="00610D47">
        <w:rPr>
          <w:rFonts w:ascii="Arial" w:hAnsi="Arial" w:cs="Arial"/>
          <w:lang w:val="en-GB"/>
        </w:rPr>
        <w:t xml:space="preserve">For validate the content of this website the online tool </w:t>
      </w:r>
      <w:r w:rsidR="00B66D33">
        <w:rPr>
          <w:rFonts w:ascii="Arial" w:hAnsi="Arial" w:cs="Arial"/>
          <w:lang w:val="en-GB"/>
        </w:rPr>
        <w:t>(</w:t>
      </w:r>
      <w:r w:rsidR="008C23CD" w:rsidRPr="00AA423F">
        <w:rPr>
          <w:rFonts w:ascii="Arial" w:hAnsi="Arial" w:cs="Arial"/>
        </w:rPr>
        <w:t>https://validator.w3.org</w:t>
      </w:r>
      <w:r w:rsidR="00B66D33">
        <w:rPr>
          <w:rFonts w:ascii="Arial" w:hAnsi="Arial" w:cs="Arial"/>
        </w:rPr>
        <w:t>)</w:t>
      </w:r>
      <w:r w:rsidRPr="00610D47">
        <w:rPr>
          <w:rFonts w:ascii="Arial" w:hAnsi="Arial" w:cs="Arial"/>
        </w:rPr>
        <w:t xml:space="preserve"> will </w:t>
      </w:r>
      <w:proofErr w:type="gramStart"/>
      <w:r w:rsidRPr="00610D47">
        <w:rPr>
          <w:rFonts w:ascii="Arial" w:hAnsi="Arial" w:cs="Arial"/>
        </w:rPr>
        <w:t>be used</w:t>
      </w:r>
      <w:proofErr w:type="gramEnd"/>
      <w:r w:rsidRPr="00610D47">
        <w:rPr>
          <w:rFonts w:ascii="Arial" w:hAnsi="Arial" w:cs="Arial"/>
        </w:rPr>
        <w:t xml:space="preserve"> to check for error</w:t>
      </w:r>
      <w:r w:rsidR="00A151C0">
        <w:rPr>
          <w:rFonts w:ascii="Arial" w:hAnsi="Arial" w:cs="Arial"/>
        </w:rPr>
        <w:t xml:space="preserve"> in HTML </w:t>
      </w:r>
      <w:r w:rsidR="008C23CD">
        <w:rPr>
          <w:rFonts w:ascii="Arial" w:hAnsi="Arial" w:cs="Arial"/>
        </w:rPr>
        <w:t>(</w:t>
      </w:r>
      <w:r w:rsidR="008C23CD" w:rsidRPr="00AA423F">
        <w:rPr>
          <w:rFonts w:ascii="Arial" w:hAnsi="Arial" w:cs="Arial"/>
        </w:rPr>
        <w:t>https://validator.w3.org/</w:t>
      </w:r>
      <w:r w:rsidR="008C23CD">
        <w:rPr>
          <w:rFonts w:ascii="Arial" w:hAnsi="Arial" w:cs="Arial"/>
        </w:rPr>
        <w:t xml:space="preserve">) </w:t>
      </w:r>
      <w:r w:rsidR="00A151C0">
        <w:rPr>
          <w:rFonts w:ascii="Arial" w:hAnsi="Arial" w:cs="Arial"/>
        </w:rPr>
        <w:t>and CSS Files</w:t>
      </w:r>
      <w:r w:rsidR="00AA423F">
        <w:rPr>
          <w:rFonts w:ascii="Arial" w:hAnsi="Arial" w:cs="Arial"/>
        </w:rPr>
        <w:t xml:space="preserve"> (</w:t>
      </w:r>
      <w:r w:rsidR="00AA423F" w:rsidRPr="00AA423F">
        <w:rPr>
          <w:rFonts w:ascii="Arial" w:hAnsi="Arial" w:cs="Arial"/>
        </w:rPr>
        <w:t>https://jigsaw.w3.org/css-validator/</w:t>
      </w:r>
      <w:r w:rsidR="00AA423F">
        <w:rPr>
          <w:rFonts w:ascii="Arial" w:hAnsi="Arial" w:cs="Arial"/>
        </w:rPr>
        <w:t>)</w:t>
      </w:r>
      <w:r w:rsidR="008C23CD">
        <w:rPr>
          <w:rFonts w:ascii="Arial" w:hAnsi="Arial" w:cs="Arial"/>
        </w:rPr>
        <w:t xml:space="preserve"> </w:t>
      </w:r>
      <w:r w:rsidR="00A151C0">
        <w:rPr>
          <w:rFonts w:ascii="Arial" w:hAnsi="Arial" w:cs="Arial"/>
        </w:rPr>
        <w:t xml:space="preserve"> </w:t>
      </w:r>
      <w:r w:rsidRPr="00610D47">
        <w:rPr>
          <w:rFonts w:ascii="Arial" w:hAnsi="Arial" w:cs="Arial"/>
        </w:rPr>
        <w:t xml:space="preserve">. The errors </w:t>
      </w:r>
      <w:r w:rsidR="00B66D33" w:rsidRPr="00610D47">
        <w:rPr>
          <w:rFonts w:ascii="Arial" w:hAnsi="Arial" w:cs="Arial"/>
        </w:rPr>
        <w:t>found</w:t>
      </w:r>
      <w:r w:rsidRPr="00610D47">
        <w:rPr>
          <w:rFonts w:ascii="Arial" w:hAnsi="Arial" w:cs="Arial"/>
        </w:rPr>
        <w:t xml:space="preserve"> will be explained and </w:t>
      </w:r>
      <w:r w:rsidR="00B66D33" w:rsidRPr="00610D47">
        <w:rPr>
          <w:rFonts w:ascii="Arial" w:hAnsi="Arial" w:cs="Arial"/>
        </w:rPr>
        <w:t>sorted</w:t>
      </w:r>
      <w:r w:rsidRPr="00610D47">
        <w:rPr>
          <w:rFonts w:ascii="Arial" w:hAnsi="Arial" w:cs="Arial"/>
        </w:rPr>
        <w:t xml:space="preserve"> as the tool recommended. </w:t>
      </w:r>
    </w:p>
    <w:p w14:paraId="7286BD86" w14:textId="77777777" w:rsidR="00F32B85" w:rsidRPr="00610D47" w:rsidRDefault="00F32B85" w:rsidP="00DB27DC">
      <w:pPr>
        <w:rPr>
          <w:rFonts w:ascii="Arial" w:hAnsi="Arial" w:cs="Arial"/>
        </w:rPr>
      </w:pPr>
    </w:p>
    <w:p w14:paraId="77EB2F83" w14:textId="1E803217" w:rsidR="00F020B1" w:rsidRPr="00610D47" w:rsidRDefault="00F020B1" w:rsidP="00BE0B51">
      <w:pPr>
        <w:pBdr>
          <w:top w:val="single" w:sz="4" w:space="1" w:color="auto"/>
          <w:left w:val="single" w:sz="4" w:space="4" w:color="auto"/>
          <w:bottom w:val="single" w:sz="4" w:space="1" w:color="auto"/>
          <w:right w:val="single" w:sz="4" w:space="4" w:color="auto"/>
        </w:pBdr>
        <w:rPr>
          <w:rFonts w:ascii="Arial" w:hAnsi="Arial" w:cs="Arial"/>
        </w:rPr>
      </w:pPr>
      <w:r w:rsidRPr="00610D47">
        <w:rPr>
          <w:rFonts w:ascii="Arial" w:hAnsi="Arial" w:cs="Arial"/>
        </w:rPr>
        <w:t>pallet.css</w:t>
      </w:r>
    </w:p>
    <w:p w14:paraId="51C8F5E6" w14:textId="77777777" w:rsidR="00F020B1" w:rsidRPr="00610D47" w:rsidRDefault="00F020B1" w:rsidP="00F32B85">
      <w:pPr>
        <w:pBdr>
          <w:top w:val="single" w:sz="4" w:space="1" w:color="auto"/>
          <w:left w:val="single" w:sz="4" w:space="4" w:color="auto"/>
          <w:bottom w:val="single" w:sz="4" w:space="1" w:color="auto"/>
          <w:right w:val="single" w:sz="4" w:space="4" w:color="auto"/>
        </w:pBdr>
        <w:jc w:val="center"/>
        <w:rPr>
          <w:rFonts w:ascii="Arial" w:hAnsi="Arial" w:cs="Arial"/>
        </w:rPr>
      </w:pPr>
    </w:p>
    <w:p w14:paraId="1CD50B8F" w14:textId="76486148" w:rsidR="00F020B1" w:rsidRPr="00610D47" w:rsidRDefault="00F020B1" w:rsidP="00F32B85">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noProof/>
        </w:rPr>
        <w:drawing>
          <wp:inline distT="0" distB="0" distL="0" distR="0" wp14:anchorId="3F831D3A" wp14:editId="5599E0BF">
            <wp:extent cx="5486400" cy="3863340"/>
            <wp:effectExtent l="0" t="0" r="0" b="3810"/>
            <wp:docPr id="75896102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961022" name=""/>
                    <pic:cNvPicPr/>
                  </pic:nvPicPr>
                  <pic:blipFill>
                    <a:blip r:embed="rId20"/>
                    <a:stretch>
                      <a:fillRect/>
                    </a:stretch>
                  </pic:blipFill>
                  <pic:spPr>
                    <a:xfrm>
                      <a:off x="0" y="0"/>
                      <a:ext cx="5486400" cy="3863340"/>
                    </a:xfrm>
                    <a:prstGeom prst="rect">
                      <a:avLst/>
                    </a:prstGeom>
                  </pic:spPr>
                </pic:pic>
              </a:graphicData>
            </a:graphic>
          </wp:inline>
        </w:drawing>
      </w:r>
    </w:p>
    <w:p w14:paraId="45761055" w14:textId="18921285" w:rsidR="00F32B85" w:rsidRPr="00610D47" w:rsidRDefault="00F020B1" w:rsidP="00F020B1">
      <w:pPr>
        <w:pBdr>
          <w:top w:val="single" w:sz="4" w:space="1" w:color="auto"/>
          <w:left w:val="single" w:sz="4" w:space="4" w:color="auto"/>
          <w:bottom w:val="single" w:sz="4" w:space="1" w:color="auto"/>
          <w:right w:val="single" w:sz="4" w:space="4" w:color="auto"/>
        </w:pBdr>
        <w:rPr>
          <w:rFonts w:ascii="Arial" w:hAnsi="Arial" w:cs="Arial"/>
        </w:rPr>
      </w:pPr>
      <w:r w:rsidRPr="00610D47">
        <w:rPr>
          <w:rFonts w:ascii="Arial" w:hAnsi="Arial" w:cs="Arial"/>
        </w:rPr>
        <w:t xml:space="preserve">- </w:t>
      </w:r>
      <w:r w:rsidR="00F32B85" w:rsidRPr="00610D47">
        <w:rPr>
          <w:rFonts w:ascii="Arial" w:hAnsi="Arial" w:cs="Arial"/>
        </w:rPr>
        <w:t>Error 11,16,21,24</w:t>
      </w:r>
      <w:r w:rsidRPr="00610D47">
        <w:rPr>
          <w:rFonts w:ascii="Arial" w:hAnsi="Arial" w:cs="Arial"/>
        </w:rPr>
        <w:t>,41</w:t>
      </w:r>
      <w:r w:rsidR="007E2620" w:rsidRPr="00610D47">
        <w:rPr>
          <w:rFonts w:ascii="Arial" w:hAnsi="Arial" w:cs="Arial"/>
        </w:rPr>
        <w:t>.</w:t>
      </w:r>
      <w:r w:rsidRPr="00610D47">
        <w:rPr>
          <w:rFonts w:ascii="Arial" w:hAnsi="Arial" w:cs="Arial"/>
        </w:rPr>
        <w:t xml:space="preserve"> </w:t>
      </w:r>
      <w:r w:rsidR="007E2620" w:rsidRPr="00610D47">
        <w:rPr>
          <w:rFonts w:ascii="Arial" w:hAnsi="Arial" w:cs="Arial"/>
        </w:rPr>
        <w:t>Are</w:t>
      </w:r>
      <w:r w:rsidRPr="00610D47">
        <w:rPr>
          <w:rFonts w:ascii="Arial" w:hAnsi="Arial" w:cs="Arial"/>
        </w:rPr>
        <w:t xml:space="preserve"> syntax errors and they are not recognized</w:t>
      </w:r>
      <w:r w:rsidR="007E2620" w:rsidRPr="00610D47">
        <w:rPr>
          <w:rFonts w:ascii="Arial" w:hAnsi="Arial" w:cs="Arial"/>
        </w:rPr>
        <w:t xml:space="preserve">, these entries were </w:t>
      </w:r>
      <w:r w:rsidR="00BE0B51" w:rsidRPr="00610D47">
        <w:rPr>
          <w:rFonts w:ascii="Arial" w:hAnsi="Arial" w:cs="Arial"/>
        </w:rPr>
        <w:t>added</w:t>
      </w:r>
      <w:r w:rsidR="007E2620" w:rsidRPr="00610D47">
        <w:rPr>
          <w:rFonts w:ascii="Arial" w:hAnsi="Arial" w:cs="Arial"/>
        </w:rPr>
        <w:t xml:space="preserve"> </w:t>
      </w:r>
      <w:r w:rsidR="00BE0B51" w:rsidRPr="00610D47">
        <w:rPr>
          <w:rFonts w:ascii="Arial" w:hAnsi="Arial" w:cs="Arial"/>
        </w:rPr>
        <w:t>for test</w:t>
      </w:r>
      <w:r w:rsidR="007E2620" w:rsidRPr="00610D47">
        <w:rPr>
          <w:rFonts w:ascii="Arial" w:hAnsi="Arial" w:cs="Arial"/>
        </w:rPr>
        <w:t xml:space="preserve">. </w:t>
      </w:r>
    </w:p>
    <w:p w14:paraId="53C17E3B" w14:textId="05F327F1" w:rsidR="00F020B1" w:rsidRPr="00610D47" w:rsidRDefault="00F020B1" w:rsidP="00F020B1">
      <w:pPr>
        <w:pBdr>
          <w:top w:val="single" w:sz="4" w:space="1" w:color="auto"/>
          <w:left w:val="single" w:sz="4" w:space="4" w:color="auto"/>
          <w:bottom w:val="single" w:sz="4" w:space="1" w:color="auto"/>
          <w:right w:val="single" w:sz="4" w:space="4" w:color="auto"/>
        </w:pBdr>
        <w:ind w:firstLine="720"/>
        <w:rPr>
          <w:rFonts w:ascii="Arial" w:hAnsi="Arial" w:cs="Arial"/>
        </w:rPr>
      </w:pPr>
      <w:r w:rsidRPr="00610D47">
        <w:rPr>
          <w:rFonts w:ascii="Arial" w:hAnsi="Arial" w:cs="Arial"/>
        </w:rPr>
        <w:t>\_ To Fix the</w:t>
      </w:r>
      <w:r w:rsidR="00BE0B51" w:rsidRPr="00610D47">
        <w:rPr>
          <w:rFonts w:ascii="Arial" w:hAnsi="Arial" w:cs="Arial"/>
        </w:rPr>
        <w:t>se</w:t>
      </w:r>
      <w:r w:rsidRPr="00610D47">
        <w:rPr>
          <w:rFonts w:ascii="Arial" w:hAnsi="Arial" w:cs="Arial"/>
        </w:rPr>
        <w:t xml:space="preserve"> error</w:t>
      </w:r>
      <w:r w:rsidR="00BE0B51" w:rsidRPr="00610D47">
        <w:rPr>
          <w:rFonts w:ascii="Arial" w:hAnsi="Arial" w:cs="Arial"/>
        </w:rPr>
        <w:t>s</w:t>
      </w:r>
      <w:r w:rsidRPr="00610D47">
        <w:rPr>
          <w:rFonts w:ascii="Arial" w:hAnsi="Arial" w:cs="Arial"/>
        </w:rPr>
        <w:t xml:space="preserve"> </w:t>
      </w:r>
      <w:r w:rsidR="00BE0B51" w:rsidRPr="00610D47">
        <w:rPr>
          <w:rFonts w:ascii="Arial" w:hAnsi="Arial" w:cs="Arial"/>
        </w:rPr>
        <w:t>they</w:t>
      </w:r>
      <w:r w:rsidRPr="00610D47">
        <w:rPr>
          <w:rFonts w:ascii="Arial" w:hAnsi="Arial" w:cs="Arial"/>
        </w:rPr>
        <w:t xml:space="preserve"> </w:t>
      </w:r>
      <w:r w:rsidR="00BE0B51" w:rsidRPr="00610D47">
        <w:rPr>
          <w:rFonts w:ascii="Arial" w:hAnsi="Arial" w:cs="Arial"/>
        </w:rPr>
        <w:t>were deleted</w:t>
      </w:r>
      <w:r w:rsidRPr="00610D47">
        <w:rPr>
          <w:rFonts w:ascii="Arial" w:hAnsi="Arial" w:cs="Arial"/>
        </w:rPr>
        <w:t xml:space="preserve"> from CSS file as it is not being in use. </w:t>
      </w:r>
    </w:p>
    <w:p w14:paraId="7441107B" w14:textId="77777777" w:rsidR="00F020B1" w:rsidRPr="00610D47" w:rsidRDefault="00F020B1" w:rsidP="00F020B1">
      <w:pPr>
        <w:pBdr>
          <w:top w:val="single" w:sz="4" w:space="1" w:color="auto"/>
          <w:left w:val="single" w:sz="4" w:space="4" w:color="auto"/>
          <w:bottom w:val="single" w:sz="4" w:space="1" w:color="auto"/>
          <w:right w:val="single" w:sz="4" w:space="4" w:color="auto"/>
        </w:pBdr>
        <w:rPr>
          <w:rFonts w:ascii="Arial" w:hAnsi="Arial" w:cs="Arial"/>
        </w:rPr>
      </w:pPr>
    </w:p>
    <w:p w14:paraId="579AE4F0" w14:textId="5650FF66" w:rsidR="00F020B1" w:rsidRPr="00610D47" w:rsidRDefault="00F020B1" w:rsidP="00F020B1">
      <w:pPr>
        <w:pBdr>
          <w:top w:val="single" w:sz="4" w:space="1" w:color="auto"/>
          <w:left w:val="single" w:sz="4" w:space="4" w:color="auto"/>
          <w:bottom w:val="single" w:sz="4" w:space="1" w:color="auto"/>
          <w:right w:val="single" w:sz="4" w:space="4" w:color="auto"/>
        </w:pBdr>
        <w:rPr>
          <w:rFonts w:ascii="Arial" w:hAnsi="Arial" w:cs="Arial"/>
        </w:rPr>
      </w:pPr>
      <w:r w:rsidRPr="00610D47">
        <w:rPr>
          <w:rFonts w:ascii="Arial" w:hAnsi="Arial" w:cs="Arial"/>
        </w:rPr>
        <w:t>- Error 119</w:t>
      </w:r>
      <w:r w:rsidR="007E2620" w:rsidRPr="00610D47">
        <w:rPr>
          <w:rFonts w:ascii="Arial" w:hAnsi="Arial" w:cs="Arial"/>
        </w:rPr>
        <w:t>.</w:t>
      </w:r>
      <w:r w:rsidRPr="00610D47">
        <w:rPr>
          <w:rFonts w:ascii="Arial" w:hAnsi="Arial" w:cs="Arial"/>
        </w:rPr>
        <w:t xml:space="preserve"> It </w:t>
      </w:r>
      <w:proofErr w:type="gramStart"/>
      <w:r w:rsidRPr="00610D47">
        <w:rPr>
          <w:rFonts w:ascii="Arial" w:hAnsi="Arial" w:cs="Arial"/>
        </w:rPr>
        <w:t>don’t</w:t>
      </w:r>
      <w:proofErr w:type="gramEnd"/>
      <w:r w:rsidRPr="00610D47">
        <w:rPr>
          <w:rFonts w:ascii="Arial" w:hAnsi="Arial" w:cs="Arial"/>
        </w:rPr>
        <w:t xml:space="preserve"> recognize the color “purple” in that attribute</w:t>
      </w:r>
      <w:r w:rsidR="007E2620" w:rsidRPr="00610D47">
        <w:rPr>
          <w:rFonts w:ascii="Arial" w:hAnsi="Arial" w:cs="Arial"/>
        </w:rPr>
        <w:t>.</w:t>
      </w:r>
    </w:p>
    <w:p w14:paraId="09BF3020" w14:textId="46D51DA3" w:rsidR="00BE0B51" w:rsidRPr="00610D47" w:rsidRDefault="00F020B1" w:rsidP="00BE0B51">
      <w:pPr>
        <w:pBdr>
          <w:top w:val="single" w:sz="4" w:space="1" w:color="auto"/>
          <w:left w:val="single" w:sz="4" w:space="4" w:color="auto"/>
          <w:bottom w:val="single" w:sz="4" w:space="1" w:color="auto"/>
          <w:right w:val="single" w:sz="4" w:space="4" w:color="auto"/>
        </w:pBdr>
        <w:ind w:firstLine="720"/>
        <w:rPr>
          <w:rFonts w:ascii="Arial" w:hAnsi="Arial" w:cs="Arial"/>
        </w:rPr>
      </w:pPr>
      <w:r w:rsidRPr="00610D47">
        <w:rPr>
          <w:rFonts w:ascii="Arial" w:hAnsi="Arial" w:cs="Arial"/>
        </w:rPr>
        <w:t xml:space="preserve">\_ </w:t>
      </w:r>
      <w:r w:rsidR="00BE0B51" w:rsidRPr="00610D47">
        <w:rPr>
          <w:rFonts w:ascii="Arial" w:hAnsi="Arial" w:cs="Arial"/>
        </w:rPr>
        <w:t xml:space="preserve">To Fix the error this was deleted from CSS file as it is not being in use. </w:t>
      </w:r>
    </w:p>
    <w:p w14:paraId="77E4D3B8" w14:textId="013A34CE" w:rsidR="00F020B1" w:rsidRPr="00610D47" w:rsidRDefault="00F020B1" w:rsidP="00F020B1">
      <w:pPr>
        <w:pBdr>
          <w:top w:val="single" w:sz="4" w:space="1" w:color="auto"/>
          <w:left w:val="single" w:sz="4" w:space="4" w:color="auto"/>
          <w:bottom w:val="single" w:sz="4" w:space="1" w:color="auto"/>
          <w:right w:val="single" w:sz="4" w:space="4" w:color="auto"/>
        </w:pBdr>
        <w:rPr>
          <w:rFonts w:ascii="Arial" w:hAnsi="Arial" w:cs="Arial"/>
        </w:rPr>
      </w:pPr>
    </w:p>
    <w:p w14:paraId="301AEF11" w14:textId="2681AC33" w:rsidR="007E2620" w:rsidRPr="00610D47" w:rsidRDefault="007E2620" w:rsidP="00F020B1">
      <w:pPr>
        <w:pBdr>
          <w:top w:val="single" w:sz="4" w:space="1" w:color="auto"/>
          <w:left w:val="single" w:sz="4" w:space="4" w:color="auto"/>
          <w:bottom w:val="single" w:sz="4" w:space="1" w:color="auto"/>
          <w:right w:val="single" w:sz="4" w:space="4" w:color="auto"/>
        </w:pBdr>
        <w:rPr>
          <w:rFonts w:ascii="Arial" w:hAnsi="Arial" w:cs="Arial"/>
        </w:rPr>
      </w:pPr>
      <w:r w:rsidRPr="00610D47">
        <w:rPr>
          <w:rFonts w:ascii="Arial" w:hAnsi="Arial" w:cs="Arial"/>
        </w:rPr>
        <w:t xml:space="preserve">- Alert 80. It doesn’t recognize the entry </w:t>
      </w:r>
      <w:proofErr w:type="spellStart"/>
      <w:r w:rsidRPr="00610D47">
        <w:rPr>
          <w:rFonts w:ascii="Arial" w:hAnsi="Arial" w:cs="Arial"/>
        </w:rPr>
        <w:t>webkit-scroolbar</w:t>
      </w:r>
      <w:proofErr w:type="spellEnd"/>
      <w:r w:rsidRPr="00610D47">
        <w:rPr>
          <w:rFonts w:ascii="Arial" w:hAnsi="Arial" w:cs="Arial"/>
        </w:rPr>
        <w:t xml:space="preserve">, this entry was </w:t>
      </w:r>
      <w:r w:rsidR="00BE0B51" w:rsidRPr="00610D47">
        <w:rPr>
          <w:rFonts w:ascii="Arial" w:hAnsi="Arial" w:cs="Arial"/>
        </w:rPr>
        <w:t>added</w:t>
      </w:r>
      <w:r w:rsidRPr="00610D47">
        <w:rPr>
          <w:rFonts w:ascii="Arial" w:hAnsi="Arial" w:cs="Arial"/>
        </w:rPr>
        <w:t xml:space="preserve"> as a test. </w:t>
      </w:r>
    </w:p>
    <w:p w14:paraId="6A4B2D6B" w14:textId="60C74FD1" w:rsidR="007E2620" w:rsidRPr="00610D47" w:rsidRDefault="007E2620" w:rsidP="00F020B1">
      <w:pPr>
        <w:pBdr>
          <w:top w:val="single" w:sz="4" w:space="1" w:color="auto"/>
          <w:left w:val="single" w:sz="4" w:space="4" w:color="auto"/>
          <w:bottom w:val="single" w:sz="4" w:space="1" w:color="auto"/>
          <w:right w:val="single" w:sz="4" w:space="4" w:color="auto"/>
        </w:pBdr>
        <w:rPr>
          <w:rFonts w:ascii="Arial" w:hAnsi="Arial" w:cs="Arial"/>
        </w:rPr>
      </w:pPr>
      <w:r w:rsidRPr="00610D47">
        <w:rPr>
          <w:rFonts w:ascii="Arial" w:hAnsi="Arial" w:cs="Arial"/>
        </w:rPr>
        <w:tab/>
        <w:t xml:space="preserve">\_ After searching apparently is a bug not fixed. </w:t>
      </w:r>
      <w:r w:rsidR="00BE0B51" w:rsidRPr="00610D47">
        <w:rPr>
          <w:rFonts w:ascii="Arial" w:hAnsi="Arial" w:cs="Arial"/>
        </w:rPr>
        <w:t>Deleted</w:t>
      </w:r>
      <w:r w:rsidRPr="00610D47">
        <w:rPr>
          <w:rFonts w:ascii="Arial" w:hAnsi="Arial" w:cs="Arial"/>
        </w:rPr>
        <w:t xml:space="preserve"> as is not used. </w:t>
      </w:r>
    </w:p>
    <w:p w14:paraId="7C1C740E" w14:textId="77777777" w:rsidR="00F020B1" w:rsidRDefault="00F020B1" w:rsidP="00F020B1">
      <w:pPr>
        <w:pBdr>
          <w:top w:val="single" w:sz="4" w:space="1" w:color="auto"/>
          <w:left w:val="single" w:sz="4" w:space="4" w:color="auto"/>
          <w:bottom w:val="single" w:sz="4" w:space="1" w:color="auto"/>
          <w:right w:val="single" w:sz="4" w:space="4" w:color="auto"/>
        </w:pBdr>
        <w:rPr>
          <w:rFonts w:ascii="Arial" w:hAnsi="Arial" w:cs="Arial"/>
        </w:rPr>
      </w:pPr>
    </w:p>
    <w:p w14:paraId="6AF8E165" w14:textId="135A6641" w:rsidR="00931052" w:rsidRDefault="00E9637B" w:rsidP="00F020B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Result </w:t>
      </w:r>
    </w:p>
    <w:p w14:paraId="4F42B2AB" w14:textId="0C89820C" w:rsidR="00E9637B" w:rsidRPr="00610D47" w:rsidRDefault="00E9637B" w:rsidP="00F020B1">
      <w:pPr>
        <w:pBdr>
          <w:top w:val="single" w:sz="4" w:space="1" w:color="auto"/>
          <w:left w:val="single" w:sz="4" w:space="4" w:color="auto"/>
          <w:bottom w:val="single" w:sz="4" w:space="1" w:color="auto"/>
          <w:right w:val="single" w:sz="4" w:space="4" w:color="auto"/>
        </w:pBdr>
        <w:rPr>
          <w:rFonts w:ascii="Arial" w:hAnsi="Arial" w:cs="Arial"/>
        </w:rPr>
      </w:pPr>
      <w:r>
        <w:rPr>
          <w:noProof/>
        </w:rPr>
        <w:drawing>
          <wp:inline distT="0" distB="0" distL="0" distR="0" wp14:anchorId="124ECF0B" wp14:editId="3A56F9AC">
            <wp:extent cx="5486400" cy="2719070"/>
            <wp:effectExtent l="0" t="0" r="0" b="5080"/>
            <wp:docPr id="1490139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139632" name=""/>
                    <pic:cNvPicPr/>
                  </pic:nvPicPr>
                  <pic:blipFill>
                    <a:blip r:embed="rId21"/>
                    <a:stretch>
                      <a:fillRect/>
                    </a:stretch>
                  </pic:blipFill>
                  <pic:spPr>
                    <a:xfrm>
                      <a:off x="0" y="0"/>
                      <a:ext cx="5486400" cy="2719070"/>
                    </a:xfrm>
                    <a:prstGeom prst="rect">
                      <a:avLst/>
                    </a:prstGeom>
                  </pic:spPr>
                </pic:pic>
              </a:graphicData>
            </a:graphic>
          </wp:inline>
        </w:drawing>
      </w:r>
    </w:p>
    <w:p w14:paraId="5B1A3F22" w14:textId="18F4EF7E" w:rsidR="00F020B1" w:rsidRPr="00610D47" w:rsidRDefault="00F020B1" w:rsidP="00F020B1">
      <w:pPr>
        <w:pBdr>
          <w:top w:val="single" w:sz="4" w:space="1" w:color="auto"/>
          <w:left w:val="single" w:sz="4" w:space="4" w:color="auto"/>
          <w:bottom w:val="single" w:sz="4" w:space="1" w:color="auto"/>
          <w:right w:val="single" w:sz="4" w:space="4" w:color="auto"/>
        </w:pBdr>
        <w:rPr>
          <w:rFonts w:ascii="Arial" w:hAnsi="Arial" w:cs="Arial"/>
        </w:rPr>
      </w:pPr>
      <w:r w:rsidRPr="00610D47">
        <w:rPr>
          <w:rFonts w:ascii="Arial" w:hAnsi="Arial" w:cs="Arial"/>
        </w:rPr>
        <w:tab/>
      </w:r>
    </w:p>
    <w:p w14:paraId="102B90BE" w14:textId="644E8792" w:rsidR="00F020B1" w:rsidRPr="00610D47" w:rsidRDefault="00F020B1" w:rsidP="00F32B85">
      <w:pPr>
        <w:rPr>
          <w:rFonts w:ascii="Arial" w:hAnsi="Arial" w:cs="Arial"/>
        </w:rPr>
      </w:pPr>
    </w:p>
    <w:p w14:paraId="2D68E76E" w14:textId="07A0CA71" w:rsidR="00F32B85" w:rsidRPr="00610D47" w:rsidRDefault="00ED67C7" w:rsidP="00BE0B5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Index</w:t>
      </w:r>
      <w:r w:rsidR="00DB27DC" w:rsidRPr="00610D47">
        <w:rPr>
          <w:rFonts w:ascii="Arial" w:hAnsi="Arial" w:cs="Arial"/>
        </w:rPr>
        <w:t xml:space="preserve">.html </w:t>
      </w:r>
    </w:p>
    <w:p w14:paraId="41B8D163" w14:textId="00703980" w:rsidR="00F32B85" w:rsidRPr="00610D47" w:rsidRDefault="00F66065" w:rsidP="00931052">
      <w:pPr>
        <w:pBdr>
          <w:top w:val="single" w:sz="4" w:space="1" w:color="auto"/>
          <w:left w:val="single" w:sz="4" w:space="4" w:color="auto"/>
          <w:bottom w:val="single" w:sz="4" w:space="1" w:color="auto"/>
          <w:right w:val="single" w:sz="4" w:space="4" w:color="auto"/>
        </w:pBdr>
        <w:jc w:val="center"/>
        <w:rPr>
          <w:rFonts w:ascii="Arial" w:hAnsi="Arial" w:cs="Arial"/>
        </w:rPr>
      </w:pPr>
      <w:r>
        <w:rPr>
          <w:noProof/>
        </w:rPr>
        <w:lastRenderedPageBreak/>
        <w:drawing>
          <wp:inline distT="0" distB="0" distL="0" distR="0" wp14:anchorId="30FEBEE1" wp14:editId="66024725">
            <wp:extent cx="5063969" cy="4823079"/>
            <wp:effectExtent l="0" t="0" r="3810" b="0"/>
            <wp:docPr id="561390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390307" name=""/>
                    <pic:cNvPicPr/>
                  </pic:nvPicPr>
                  <pic:blipFill>
                    <a:blip r:embed="rId22"/>
                    <a:stretch>
                      <a:fillRect/>
                    </a:stretch>
                  </pic:blipFill>
                  <pic:spPr>
                    <a:xfrm>
                      <a:off x="0" y="0"/>
                      <a:ext cx="5066258" cy="4825259"/>
                    </a:xfrm>
                    <a:prstGeom prst="rect">
                      <a:avLst/>
                    </a:prstGeom>
                  </pic:spPr>
                </pic:pic>
              </a:graphicData>
            </a:graphic>
          </wp:inline>
        </w:drawing>
      </w:r>
    </w:p>
    <w:p w14:paraId="3C4AB144" w14:textId="23FC5028" w:rsidR="00843EA7" w:rsidRDefault="00843EA7" w:rsidP="00BE0B51">
      <w:pPr>
        <w:pBdr>
          <w:top w:val="single" w:sz="4" w:space="1" w:color="auto"/>
          <w:left w:val="single" w:sz="4" w:space="4" w:color="auto"/>
          <w:bottom w:val="single" w:sz="4" w:space="1" w:color="auto"/>
          <w:right w:val="single" w:sz="4" w:space="4" w:color="auto"/>
        </w:pBdr>
        <w:rPr>
          <w:rFonts w:ascii="Arial" w:hAnsi="Arial" w:cs="Arial"/>
        </w:rPr>
      </w:pPr>
      <w:r w:rsidRPr="00161BA7">
        <w:rPr>
          <w:rFonts w:ascii="Arial" w:hAnsi="Arial" w:cs="Arial"/>
        </w:rPr>
        <w:t xml:space="preserve">Error 4 </w:t>
      </w:r>
      <w:r w:rsidR="00161BA7" w:rsidRPr="00161BA7">
        <w:rPr>
          <w:rFonts w:ascii="Arial" w:hAnsi="Arial" w:cs="Arial"/>
        </w:rPr>
        <w:t>Start tag</w:t>
      </w:r>
      <w:r w:rsidR="00161BA7" w:rsidRPr="00161BA7">
        <w:rPr>
          <w:rFonts w:ascii="Arial" w:hAnsi="Arial" w:cs="Arial"/>
        </w:rPr>
        <w:t xml:space="preserve"> [</w:t>
      </w:r>
      <w:r w:rsidR="00161BA7" w:rsidRPr="00161BA7">
        <w:rPr>
          <w:rFonts w:ascii="Arial" w:hAnsi="Arial" w:cs="Arial"/>
        </w:rPr>
        <w:t>body</w:t>
      </w:r>
      <w:r w:rsidR="00161BA7" w:rsidRPr="00161BA7">
        <w:rPr>
          <w:rFonts w:ascii="Arial" w:hAnsi="Arial" w:cs="Arial"/>
        </w:rPr>
        <w:t xml:space="preserve">] </w:t>
      </w:r>
      <w:r w:rsidR="00161BA7" w:rsidRPr="00161BA7">
        <w:rPr>
          <w:rFonts w:ascii="Arial" w:hAnsi="Arial" w:cs="Arial"/>
        </w:rPr>
        <w:t>seen but an element of the same type was already open.</w:t>
      </w:r>
    </w:p>
    <w:p w14:paraId="738729D5" w14:textId="5071D80D" w:rsidR="0087216C" w:rsidRPr="00161BA7" w:rsidRDefault="0087216C" w:rsidP="00BE0B5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b/>
        <w:t>\_ remove tag body</w:t>
      </w:r>
    </w:p>
    <w:p w14:paraId="647993E1" w14:textId="4B034366" w:rsidR="00C73EAA" w:rsidRPr="005F4433" w:rsidRDefault="00C73EAA" w:rsidP="00BE0B51">
      <w:pPr>
        <w:pBdr>
          <w:top w:val="single" w:sz="4" w:space="1" w:color="auto"/>
          <w:left w:val="single" w:sz="4" w:space="4" w:color="auto"/>
          <w:bottom w:val="single" w:sz="4" w:space="1" w:color="auto"/>
          <w:right w:val="single" w:sz="4" w:space="4" w:color="auto"/>
        </w:pBdr>
        <w:rPr>
          <w:rFonts w:ascii="Arial" w:hAnsi="Arial" w:cs="Arial"/>
        </w:rPr>
      </w:pPr>
      <w:r w:rsidRPr="005F4433">
        <w:rPr>
          <w:rFonts w:ascii="Arial" w:hAnsi="Arial" w:cs="Arial"/>
        </w:rPr>
        <w:t xml:space="preserve">Error </w:t>
      </w:r>
      <w:r w:rsidR="004A2839" w:rsidRPr="005F4433">
        <w:rPr>
          <w:rFonts w:ascii="Arial" w:hAnsi="Arial" w:cs="Arial"/>
        </w:rPr>
        <w:t xml:space="preserve">9 </w:t>
      </w:r>
      <w:r w:rsidR="005F4433" w:rsidRPr="005F4433">
        <w:rPr>
          <w:rFonts w:ascii="Arial" w:hAnsi="Arial" w:cs="Arial"/>
        </w:rPr>
        <w:t>Unclosed element</w:t>
      </w:r>
      <w:r w:rsidR="005F4433">
        <w:rPr>
          <w:rFonts w:ascii="Arial" w:hAnsi="Arial" w:cs="Arial"/>
        </w:rPr>
        <w:t xml:space="preserve"> [</w:t>
      </w:r>
      <w:r w:rsidR="005F4433" w:rsidRPr="005F4433">
        <w:rPr>
          <w:rFonts w:ascii="Arial" w:hAnsi="Arial" w:cs="Arial"/>
        </w:rPr>
        <w:t>center</w:t>
      </w:r>
      <w:r w:rsidR="005F4433">
        <w:rPr>
          <w:rFonts w:ascii="Arial" w:hAnsi="Arial" w:cs="Arial"/>
        </w:rPr>
        <w:t>]</w:t>
      </w:r>
    </w:p>
    <w:p w14:paraId="1ACB8EEB" w14:textId="7D4C544C" w:rsidR="004A2839" w:rsidRDefault="004A2839" w:rsidP="00BE0B5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b/>
        <w:t>\_ add the open element missing</w:t>
      </w:r>
    </w:p>
    <w:p w14:paraId="7675A1DC" w14:textId="09906662" w:rsidR="004A2839" w:rsidRDefault="009D3D55" w:rsidP="00BE0B5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Warning 5</w:t>
      </w:r>
      <w:r w:rsidR="00AE23BB">
        <w:rPr>
          <w:rFonts w:ascii="Arial" w:hAnsi="Arial" w:cs="Arial"/>
        </w:rPr>
        <w:t>,6</w:t>
      </w:r>
      <w:r>
        <w:rPr>
          <w:rFonts w:ascii="Arial" w:hAnsi="Arial" w:cs="Arial"/>
        </w:rPr>
        <w:t xml:space="preserve"> – obsolete </w:t>
      </w:r>
      <w:r w:rsidR="00A36F34">
        <w:rPr>
          <w:rFonts w:ascii="Arial" w:hAnsi="Arial" w:cs="Arial"/>
        </w:rPr>
        <w:t>attribute</w:t>
      </w:r>
    </w:p>
    <w:p w14:paraId="3B4819F4" w14:textId="59CBF1CB" w:rsidR="00A36F34" w:rsidRDefault="00A36F34" w:rsidP="00BE0B5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b/>
        <w:t xml:space="preserve">\_ removed </w:t>
      </w:r>
    </w:p>
    <w:p w14:paraId="3D01BEC8" w14:textId="2FC1A263" w:rsidR="00E93A7B" w:rsidRDefault="00E93A7B" w:rsidP="00BE0B51">
      <w:pPr>
        <w:pBdr>
          <w:top w:val="single" w:sz="4" w:space="1" w:color="auto"/>
          <w:left w:val="single" w:sz="4" w:space="4" w:color="auto"/>
          <w:bottom w:val="single" w:sz="4" w:space="1" w:color="auto"/>
          <w:right w:val="single" w:sz="4" w:space="4" w:color="auto"/>
        </w:pBdr>
        <w:rPr>
          <w:rFonts w:ascii="Arial" w:hAnsi="Arial" w:cs="Arial"/>
        </w:rPr>
      </w:pPr>
      <w:r w:rsidRPr="000653CB">
        <w:rPr>
          <w:rFonts w:ascii="Arial" w:hAnsi="Arial" w:cs="Arial"/>
        </w:rPr>
        <w:t>Info</w:t>
      </w:r>
      <w:r w:rsidR="000653CB" w:rsidRPr="000653CB">
        <w:rPr>
          <w:rFonts w:ascii="Arial" w:hAnsi="Arial" w:cs="Arial"/>
        </w:rPr>
        <w:t xml:space="preserve"> 2 - </w:t>
      </w:r>
      <w:r w:rsidR="000653CB" w:rsidRPr="000653CB">
        <w:rPr>
          <w:rFonts w:ascii="Arial" w:hAnsi="Arial" w:cs="Arial"/>
        </w:rPr>
        <w:t>Trailing slash on void elements</w:t>
      </w:r>
    </w:p>
    <w:p w14:paraId="253F85CB" w14:textId="74E427B9" w:rsidR="000653CB" w:rsidRPr="000653CB" w:rsidRDefault="000653CB" w:rsidP="00BE0B5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b/>
        <w:t xml:space="preserve">\_ remove character </w:t>
      </w:r>
    </w:p>
    <w:p w14:paraId="28A29B18" w14:textId="77777777" w:rsidR="00BE0B51" w:rsidRDefault="00BE0B51" w:rsidP="00BE0B51">
      <w:pPr>
        <w:pBdr>
          <w:top w:val="single" w:sz="4" w:space="1" w:color="auto"/>
          <w:left w:val="single" w:sz="4" w:space="4" w:color="auto"/>
          <w:bottom w:val="single" w:sz="4" w:space="1" w:color="auto"/>
          <w:right w:val="single" w:sz="4" w:space="4" w:color="auto"/>
        </w:pBdr>
        <w:rPr>
          <w:rFonts w:ascii="Arial" w:hAnsi="Arial" w:cs="Arial"/>
        </w:rPr>
      </w:pPr>
    </w:p>
    <w:p w14:paraId="2BE7D33D" w14:textId="6BEADEF8" w:rsidR="005E26B3" w:rsidRDefault="005E26B3" w:rsidP="00BE0B5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Result</w:t>
      </w:r>
    </w:p>
    <w:p w14:paraId="2E946B1F" w14:textId="6350C3DC" w:rsidR="00931052" w:rsidRPr="00610D47" w:rsidRDefault="00931052" w:rsidP="00931052">
      <w:pPr>
        <w:pBdr>
          <w:top w:val="single" w:sz="4" w:space="1" w:color="auto"/>
          <w:left w:val="single" w:sz="4" w:space="4" w:color="auto"/>
          <w:bottom w:val="single" w:sz="4" w:space="1" w:color="auto"/>
          <w:right w:val="single" w:sz="4" w:space="4" w:color="auto"/>
        </w:pBdr>
        <w:jc w:val="center"/>
        <w:rPr>
          <w:rFonts w:ascii="Arial" w:hAnsi="Arial" w:cs="Arial"/>
        </w:rPr>
      </w:pPr>
      <w:r>
        <w:rPr>
          <w:noProof/>
        </w:rPr>
        <w:lastRenderedPageBreak/>
        <w:drawing>
          <wp:inline distT="0" distB="0" distL="0" distR="0" wp14:anchorId="2C76BC05" wp14:editId="48A4FA36">
            <wp:extent cx="5092262" cy="3307023"/>
            <wp:effectExtent l="0" t="0" r="0" b="8255"/>
            <wp:docPr id="1296047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047054" name=""/>
                    <pic:cNvPicPr/>
                  </pic:nvPicPr>
                  <pic:blipFill>
                    <a:blip r:embed="rId23"/>
                    <a:stretch>
                      <a:fillRect/>
                    </a:stretch>
                  </pic:blipFill>
                  <pic:spPr>
                    <a:xfrm>
                      <a:off x="0" y="0"/>
                      <a:ext cx="5113323" cy="3320700"/>
                    </a:xfrm>
                    <a:prstGeom prst="rect">
                      <a:avLst/>
                    </a:prstGeom>
                  </pic:spPr>
                </pic:pic>
              </a:graphicData>
            </a:graphic>
          </wp:inline>
        </w:drawing>
      </w:r>
    </w:p>
    <w:p w14:paraId="022F21FB" w14:textId="77777777" w:rsidR="00E75292" w:rsidRDefault="00E75292">
      <w:pPr>
        <w:rPr>
          <w:rFonts w:ascii="Arial" w:hAnsi="Arial" w:cs="Arial"/>
        </w:rPr>
      </w:pPr>
    </w:p>
    <w:p w14:paraId="1B1D0FAD" w14:textId="703DD874" w:rsidR="00E30F53" w:rsidRPr="00610D47" w:rsidRDefault="0063327C">
      <w:pPr>
        <w:rPr>
          <w:rFonts w:ascii="Arial" w:hAnsi="Arial" w:cs="Arial"/>
          <w:sz w:val="24"/>
          <w:szCs w:val="24"/>
        </w:rPr>
      </w:pPr>
      <w:r w:rsidRPr="00610D47">
        <w:rPr>
          <w:rFonts w:ascii="Arial" w:hAnsi="Arial" w:cs="Arial"/>
        </w:rPr>
        <w:br/>
      </w:r>
    </w:p>
    <w:p w14:paraId="7298EF2F" w14:textId="77777777" w:rsidR="007F343F" w:rsidRPr="00610D47" w:rsidRDefault="00991B03">
      <w:pPr>
        <w:pStyle w:val="Heading1"/>
        <w:rPr>
          <w:rFonts w:ascii="Arial" w:hAnsi="Arial" w:cs="Arial"/>
        </w:rPr>
      </w:pPr>
      <w:bookmarkStart w:id="5" w:name="_Toc237533401"/>
      <w:r w:rsidRPr="00610D47">
        <w:rPr>
          <w:rFonts w:ascii="Arial" w:hAnsi="Arial" w:cs="Arial"/>
        </w:rPr>
        <w:t>4. Evaluation</w:t>
      </w:r>
      <w:bookmarkEnd w:id="5"/>
    </w:p>
    <w:p w14:paraId="2FD95FEA" w14:textId="77777777" w:rsidR="00B70720" w:rsidRPr="00610D47" w:rsidRDefault="00B70720" w:rsidP="00B70720">
      <w:pPr>
        <w:rPr>
          <w:rFonts w:ascii="Arial" w:hAnsi="Arial" w:cs="Arial"/>
        </w:rPr>
      </w:pPr>
    </w:p>
    <w:p w14:paraId="2791E3A6" w14:textId="77777777" w:rsidR="00B70720" w:rsidRPr="00610D47" w:rsidRDefault="00991B03" w:rsidP="00F9784F">
      <w:pPr>
        <w:jc w:val="both"/>
        <w:rPr>
          <w:rStyle w:val="Heading2Char"/>
          <w:rFonts w:ascii="Arial" w:hAnsi="Arial" w:cs="Arial"/>
        </w:rPr>
      </w:pPr>
      <w:bookmarkStart w:id="6" w:name="_Toc237533402"/>
      <w:r w:rsidRPr="00610D47">
        <w:rPr>
          <w:rStyle w:val="Heading2Char"/>
          <w:rFonts w:ascii="Arial" w:hAnsi="Arial" w:cs="Arial"/>
        </w:rPr>
        <w:t>a) Research:</w:t>
      </w:r>
      <w:bookmarkEnd w:id="6"/>
    </w:p>
    <w:p w14:paraId="185B840B" w14:textId="230DB86D" w:rsidR="005E196F" w:rsidRPr="00610D47" w:rsidRDefault="005E196F" w:rsidP="00F9784F">
      <w:pPr>
        <w:jc w:val="both"/>
        <w:rPr>
          <w:rStyle w:val="Heading3Char"/>
          <w:rFonts w:ascii="Arial" w:hAnsi="Arial" w:cs="Arial"/>
        </w:rPr>
      </w:pPr>
      <w:bookmarkStart w:id="7" w:name="_Toc237533403"/>
      <w:r w:rsidRPr="00610D47">
        <w:rPr>
          <w:rStyle w:val="Heading3Char"/>
          <w:rFonts w:ascii="Arial" w:hAnsi="Arial" w:cs="Arial"/>
        </w:rPr>
        <w:t>SEO</w:t>
      </w:r>
      <w:bookmarkEnd w:id="7"/>
    </w:p>
    <w:p w14:paraId="0E694B74" w14:textId="271DD4D5" w:rsidR="005E196F" w:rsidRPr="00610D47" w:rsidRDefault="005E196F" w:rsidP="005E196F">
      <w:pPr>
        <w:jc w:val="both"/>
        <w:rPr>
          <w:rFonts w:ascii="Arial" w:hAnsi="Arial" w:cs="Arial"/>
        </w:rPr>
      </w:pPr>
      <w:r w:rsidRPr="00610D47">
        <w:rPr>
          <w:rFonts w:ascii="Arial" w:hAnsi="Arial" w:cs="Arial"/>
        </w:rPr>
        <w:t>Keyword research or Search Engines Optimization is a</w:t>
      </w:r>
      <w:r w:rsidR="006672A1" w:rsidRPr="00610D47">
        <w:rPr>
          <w:rFonts w:ascii="Arial" w:hAnsi="Arial" w:cs="Arial"/>
        </w:rPr>
        <w:t>n</w:t>
      </w:r>
      <w:r w:rsidRPr="00610D47">
        <w:rPr>
          <w:rFonts w:ascii="Arial" w:hAnsi="Arial" w:cs="Arial"/>
        </w:rPr>
        <w:t xml:space="preserve"> analysis of terms, words, questions and behavior of people’s search. When people use sites like Google or Yahoo or Bing to search anything these engines look in websites contents, tags and information to </w:t>
      </w:r>
      <w:r w:rsidR="006672A1" w:rsidRPr="00610D47">
        <w:rPr>
          <w:rFonts w:ascii="Arial" w:hAnsi="Arial" w:cs="Arial"/>
        </w:rPr>
        <w:t>result in</w:t>
      </w:r>
      <w:r w:rsidRPr="00610D47">
        <w:rPr>
          <w:rFonts w:ascii="Arial" w:hAnsi="Arial" w:cs="Arial"/>
        </w:rPr>
        <w:t xml:space="preserve"> a ranking search for the user. </w:t>
      </w:r>
      <w:sdt>
        <w:sdtPr>
          <w:rPr>
            <w:rFonts w:ascii="Arial" w:hAnsi="Arial" w:cs="Arial"/>
          </w:rPr>
          <w:id w:val="3023388"/>
          <w:citation/>
        </w:sdtPr>
        <w:sdtEndPr/>
        <w:sdtContent>
          <w:r w:rsidR="008F4B2B" w:rsidRPr="00610D47">
            <w:rPr>
              <w:rFonts w:ascii="Arial" w:hAnsi="Arial" w:cs="Arial"/>
            </w:rPr>
            <w:fldChar w:fldCharType="begin"/>
          </w:r>
          <w:r w:rsidR="008F4B2B" w:rsidRPr="00610D47">
            <w:rPr>
              <w:rFonts w:ascii="Arial" w:hAnsi="Arial" w:cs="Arial"/>
              <w:lang w:val="pt-BR"/>
            </w:rPr>
            <w:instrText xml:space="preserve"> CITATION Goo26 \l 1046 </w:instrText>
          </w:r>
          <w:r w:rsidR="008F4B2B" w:rsidRPr="00610D47">
            <w:rPr>
              <w:rFonts w:ascii="Arial" w:hAnsi="Arial" w:cs="Arial"/>
            </w:rPr>
            <w:fldChar w:fldCharType="separate"/>
          </w:r>
          <w:r w:rsidR="008F4B2B" w:rsidRPr="00610D47">
            <w:rPr>
              <w:rFonts w:ascii="Arial" w:hAnsi="Arial" w:cs="Arial"/>
              <w:noProof/>
              <w:lang w:val="pt-BR"/>
            </w:rPr>
            <w:t>[2]</w:t>
          </w:r>
          <w:r w:rsidR="008F4B2B" w:rsidRPr="00610D47">
            <w:rPr>
              <w:rFonts w:ascii="Arial" w:hAnsi="Arial" w:cs="Arial"/>
            </w:rPr>
            <w:fldChar w:fldCharType="end"/>
          </w:r>
        </w:sdtContent>
      </w:sdt>
    </w:p>
    <w:p w14:paraId="681D78AA" w14:textId="3207D711" w:rsidR="005E196F" w:rsidRPr="00610D47" w:rsidRDefault="005E196F" w:rsidP="005E196F">
      <w:pPr>
        <w:jc w:val="both"/>
        <w:rPr>
          <w:rFonts w:ascii="Arial" w:hAnsi="Arial" w:cs="Arial"/>
        </w:rPr>
      </w:pPr>
      <w:r w:rsidRPr="00610D47">
        <w:rPr>
          <w:rFonts w:ascii="Arial" w:hAnsi="Arial" w:cs="Arial"/>
        </w:rPr>
        <w:t xml:space="preserve">Taking that as considered, this web site was created based on some specs to be faster and get better rank when these engines look for results. </w:t>
      </w:r>
    </w:p>
    <w:p w14:paraId="46EBD14E" w14:textId="4520DA17" w:rsidR="00F9784F" w:rsidRPr="00610D47" w:rsidRDefault="00991B03" w:rsidP="00F9784F">
      <w:pPr>
        <w:jc w:val="both"/>
        <w:rPr>
          <w:rStyle w:val="Heading3Char"/>
          <w:rFonts w:ascii="Arial" w:hAnsi="Arial" w:cs="Arial"/>
          <w:sz w:val="26"/>
          <w:szCs w:val="26"/>
        </w:rPr>
      </w:pPr>
      <w:bookmarkStart w:id="8" w:name="_Toc237533404"/>
      <w:r w:rsidRPr="00610D47">
        <w:rPr>
          <w:rStyle w:val="Heading3Char"/>
          <w:rFonts w:ascii="Arial" w:hAnsi="Arial" w:cs="Arial"/>
        </w:rPr>
        <w:t>Usability</w:t>
      </w:r>
      <w:bookmarkEnd w:id="8"/>
    </w:p>
    <w:p w14:paraId="7BCB9B9C" w14:textId="3D788706" w:rsidR="004A43E2" w:rsidRPr="00610D47" w:rsidRDefault="00F9784F" w:rsidP="00F9784F">
      <w:pPr>
        <w:jc w:val="both"/>
        <w:rPr>
          <w:rFonts w:ascii="Arial" w:hAnsi="Arial" w:cs="Arial"/>
        </w:rPr>
      </w:pPr>
      <w:r w:rsidRPr="00610D47">
        <w:rPr>
          <w:rFonts w:ascii="Arial" w:hAnsi="Arial" w:cs="Arial"/>
        </w:rPr>
        <w:t xml:space="preserve">After the website was developed, the next step was the research for usability as it is very important in the user perspective and for SEO. </w:t>
      </w:r>
    </w:p>
    <w:p w14:paraId="2FD30430" w14:textId="5DA8E0A8" w:rsidR="004A43E2" w:rsidRPr="00610D47" w:rsidRDefault="004A43E2" w:rsidP="00F9784F">
      <w:pPr>
        <w:jc w:val="both"/>
        <w:rPr>
          <w:rFonts w:ascii="Arial" w:hAnsi="Arial" w:cs="Arial"/>
        </w:rPr>
      </w:pPr>
      <w:r w:rsidRPr="00610D47">
        <w:rPr>
          <w:rFonts w:ascii="Arial" w:hAnsi="Arial" w:cs="Arial"/>
        </w:rPr>
        <w:lastRenderedPageBreak/>
        <w:t xml:space="preserve">For the user, we make clean and direct pages. This helps the user to get on the website and see right away what is looking for, without must search in many contents and paragraphs. </w:t>
      </w:r>
    </w:p>
    <w:p w14:paraId="21DE8925" w14:textId="197F78D7" w:rsidR="004A43E2" w:rsidRPr="00610D47" w:rsidRDefault="004A43E2" w:rsidP="00F9784F">
      <w:pPr>
        <w:jc w:val="both"/>
        <w:rPr>
          <w:rFonts w:ascii="Arial" w:hAnsi="Arial" w:cs="Arial"/>
        </w:rPr>
      </w:pPr>
      <w:r w:rsidRPr="00610D47">
        <w:rPr>
          <w:rFonts w:ascii="Arial" w:hAnsi="Arial" w:cs="Arial"/>
        </w:rPr>
        <w:t xml:space="preserve">In SEO perspective, a search engine can run through the website and collect all information needed faster as all information as condescend, which helps to rank higher in users search results. </w:t>
      </w:r>
    </w:p>
    <w:p w14:paraId="7B2DFC9A" w14:textId="77777777" w:rsidR="008F4B2B" w:rsidRPr="00610D47" w:rsidRDefault="008F4B2B" w:rsidP="00F9784F">
      <w:pPr>
        <w:jc w:val="both"/>
        <w:rPr>
          <w:rFonts w:ascii="Arial" w:hAnsi="Arial" w:cs="Arial"/>
        </w:rPr>
      </w:pPr>
    </w:p>
    <w:p w14:paraId="78079A92" w14:textId="50EEFF1B" w:rsidR="004A43E2" w:rsidRPr="00610D47" w:rsidRDefault="00991B03">
      <w:pPr>
        <w:rPr>
          <w:rStyle w:val="Heading3Char"/>
          <w:rFonts w:ascii="Arial" w:hAnsi="Arial" w:cs="Arial"/>
        </w:rPr>
      </w:pPr>
      <w:bookmarkStart w:id="9" w:name="_Toc237533405"/>
      <w:r w:rsidRPr="00610D47">
        <w:rPr>
          <w:rStyle w:val="Heading3Char"/>
          <w:rFonts w:ascii="Arial" w:hAnsi="Arial" w:cs="Arial"/>
        </w:rPr>
        <w:t>Accessibility</w:t>
      </w:r>
      <w:bookmarkEnd w:id="9"/>
    </w:p>
    <w:p w14:paraId="721EB60C" w14:textId="3B230E11" w:rsidR="00B70720" w:rsidRPr="00610D47" w:rsidRDefault="00B70720" w:rsidP="00BD0657">
      <w:pPr>
        <w:jc w:val="both"/>
        <w:rPr>
          <w:rFonts w:ascii="Arial" w:hAnsi="Arial" w:cs="Arial"/>
        </w:rPr>
      </w:pPr>
      <w:r w:rsidRPr="00610D47">
        <w:rPr>
          <w:rFonts w:ascii="Arial" w:hAnsi="Arial" w:cs="Arial"/>
        </w:rPr>
        <w:t xml:space="preserve">Search Engine are like reader robots in the web. So as clean and direct to point the webpage is, more it tends to rank better in a search. In this case, the user accessibility and the SEO was considered to create a totally intuitive website. With large and self-explained elements and less required information. </w:t>
      </w:r>
      <w:r w:rsidR="00BD0657" w:rsidRPr="00610D47">
        <w:rPr>
          <w:rFonts w:ascii="Arial" w:hAnsi="Arial" w:cs="Arial"/>
        </w:rPr>
        <w:t xml:space="preserve">This helps all </w:t>
      </w:r>
      <w:r w:rsidR="008F4B2B" w:rsidRPr="00610D47">
        <w:rPr>
          <w:rFonts w:ascii="Arial" w:hAnsi="Arial" w:cs="Arial"/>
        </w:rPr>
        <w:t>kinds</w:t>
      </w:r>
      <w:r w:rsidR="00BD0657" w:rsidRPr="00610D47">
        <w:rPr>
          <w:rFonts w:ascii="Arial" w:hAnsi="Arial" w:cs="Arial"/>
        </w:rPr>
        <w:t xml:space="preserve"> of </w:t>
      </w:r>
      <w:r w:rsidR="00F57227" w:rsidRPr="00610D47">
        <w:rPr>
          <w:rFonts w:ascii="Arial" w:hAnsi="Arial" w:cs="Arial"/>
        </w:rPr>
        <w:t>users</w:t>
      </w:r>
      <w:r w:rsidR="00BD0657" w:rsidRPr="00610D47">
        <w:rPr>
          <w:rFonts w:ascii="Arial" w:hAnsi="Arial" w:cs="Arial"/>
        </w:rPr>
        <w:t xml:space="preserve"> to use the website without expertise or disability. </w:t>
      </w:r>
    </w:p>
    <w:p w14:paraId="2C0B9DF0" w14:textId="77777777" w:rsidR="00BD0657" w:rsidRPr="00610D47" w:rsidRDefault="00BD0657" w:rsidP="00BD0657">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noProof/>
        </w:rPr>
        <w:drawing>
          <wp:inline distT="0" distB="0" distL="0" distR="0" wp14:anchorId="5A8F5CEC" wp14:editId="48ECAB71">
            <wp:extent cx="4410075" cy="1295400"/>
            <wp:effectExtent l="0" t="0" r="9525" b="0"/>
            <wp:docPr id="159516444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164448" name=""/>
                    <pic:cNvPicPr/>
                  </pic:nvPicPr>
                  <pic:blipFill>
                    <a:blip r:embed="rId24"/>
                    <a:stretch>
                      <a:fillRect/>
                    </a:stretch>
                  </pic:blipFill>
                  <pic:spPr>
                    <a:xfrm>
                      <a:off x="0" y="0"/>
                      <a:ext cx="4410075" cy="1295400"/>
                    </a:xfrm>
                    <a:prstGeom prst="rect">
                      <a:avLst/>
                    </a:prstGeom>
                  </pic:spPr>
                </pic:pic>
              </a:graphicData>
            </a:graphic>
          </wp:inline>
        </w:drawing>
      </w:r>
    </w:p>
    <w:p w14:paraId="3FCCE897" w14:textId="56D69364" w:rsidR="006672A1" w:rsidRPr="00610D47" w:rsidRDefault="006672A1" w:rsidP="00BD0657">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noProof/>
        </w:rPr>
        <w:lastRenderedPageBreak/>
        <w:drawing>
          <wp:inline distT="0" distB="0" distL="0" distR="0" wp14:anchorId="00E13BE6" wp14:editId="5DE0B52C">
            <wp:extent cx="2149579" cy="3961461"/>
            <wp:effectExtent l="0" t="0" r="3175" b="1270"/>
            <wp:docPr id="1592751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75100" name=""/>
                    <pic:cNvPicPr/>
                  </pic:nvPicPr>
                  <pic:blipFill>
                    <a:blip r:embed="rId25"/>
                    <a:stretch>
                      <a:fillRect/>
                    </a:stretch>
                  </pic:blipFill>
                  <pic:spPr>
                    <a:xfrm>
                      <a:off x="0" y="0"/>
                      <a:ext cx="2156261" cy="3973775"/>
                    </a:xfrm>
                    <a:prstGeom prst="rect">
                      <a:avLst/>
                    </a:prstGeom>
                  </pic:spPr>
                </pic:pic>
              </a:graphicData>
            </a:graphic>
          </wp:inline>
        </w:drawing>
      </w:r>
    </w:p>
    <w:p w14:paraId="4D16A6C0" w14:textId="238B0BE3" w:rsidR="00BD0657" w:rsidRPr="00610D47" w:rsidRDefault="006672A1" w:rsidP="00BD0657">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rPr>
        <w:t xml:space="preserve">Clean and </w:t>
      </w:r>
      <w:r w:rsidR="00BD0657" w:rsidRPr="00610D47">
        <w:rPr>
          <w:rFonts w:ascii="Arial" w:hAnsi="Arial" w:cs="Arial"/>
        </w:rPr>
        <w:t>Intuitive interface</w:t>
      </w:r>
    </w:p>
    <w:p w14:paraId="5833B201" w14:textId="77777777" w:rsidR="00B70720" w:rsidRPr="00610D47" w:rsidRDefault="00B70720">
      <w:pPr>
        <w:rPr>
          <w:rFonts w:ascii="Arial" w:hAnsi="Arial" w:cs="Arial"/>
        </w:rPr>
      </w:pPr>
    </w:p>
    <w:p w14:paraId="49D1759D" w14:textId="77777777" w:rsidR="00B958DD" w:rsidRPr="00610D47" w:rsidRDefault="00991B03" w:rsidP="00B958DD">
      <w:pPr>
        <w:jc w:val="both"/>
        <w:rPr>
          <w:rStyle w:val="Heading2Char"/>
          <w:rFonts w:ascii="Arial" w:hAnsi="Arial" w:cs="Arial"/>
        </w:rPr>
      </w:pPr>
      <w:bookmarkStart w:id="10" w:name="_Toc237533406"/>
      <w:r w:rsidRPr="00610D47">
        <w:rPr>
          <w:rStyle w:val="Heading2Char"/>
          <w:rFonts w:ascii="Arial" w:hAnsi="Arial" w:cs="Arial"/>
        </w:rPr>
        <w:t>b) Website Evaluation:</w:t>
      </w:r>
      <w:bookmarkEnd w:id="10"/>
    </w:p>
    <w:p w14:paraId="18F8DF54" w14:textId="3373C461" w:rsidR="00B958DD" w:rsidRPr="00610D47" w:rsidRDefault="00B958DD" w:rsidP="00B958DD">
      <w:pPr>
        <w:jc w:val="both"/>
        <w:rPr>
          <w:rFonts w:ascii="Arial" w:hAnsi="Arial" w:cs="Arial"/>
        </w:rPr>
      </w:pPr>
      <w:r w:rsidRPr="00610D47">
        <w:rPr>
          <w:rFonts w:ascii="Arial" w:hAnsi="Arial" w:cs="Arial"/>
        </w:rPr>
        <w:t xml:space="preserve">Evaluating a website takes into consideration many aspects of how the site will be presented. Aspects of quality of contents, effectiveness, accuracy, and timelessness are important to pass credibility. Content must </w:t>
      </w:r>
      <w:r w:rsidR="00DE3F4F" w:rsidRPr="00610D47">
        <w:rPr>
          <w:rFonts w:ascii="Arial" w:hAnsi="Arial" w:cs="Arial"/>
        </w:rPr>
        <w:t>be well</w:t>
      </w:r>
      <w:r w:rsidRPr="00610D47">
        <w:rPr>
          <w:rFonts w:ascii="Arial" w:hAnsi="Arial" w:cs="Arial"/>
        </w:rPr>
        <w:t xml:space="preserve"> written</w:t>
      </w:r>
      <w:r w:rsidR="00DE3F4F" w:rsidRPr="00610D47">
        <w:rPr>
          <w:rFonts w:ascii="Arial" w:hAnsi="Arial" w:cs="Arial"/>
        </w:rPr>
        <w:t xml:space="preserve">, updated, and easy navigation. </w:t>
      </w:r>
      <w:sdt>
        <w:sdtPr>
          <w:rPr>
            <w:rFonts w:ascii="Arial" w:hAnsi="Arial" w:cs="Arial"/>
          </w:rPr>
          <w:id w:val="1767116809"/>
          <w:citation/>
        </w:sdtPr>
        <w:sdtEndPr/>
        <w:sdtContent>
          <w:r w:rsidR="00DE3F4F" w:rsidRPr="00610D47">
            <w:rPr>
              <w:rFonts w:ascii="Arial" w:hAnsi="Arial" w:cs="Arial"/>
            </w:rPr>
            <w:fldChar w:fldCharType="begin"/>
          </w:r>
          <w:r w:rsidR="00DE3F4F" w:rsidRPr="00610D47">
            <w:rPr>
              <w:rFonts w:ascii="Arial" w:hAnsi="Arial" w:cs="Arial"/>
              <w:lang w:val="en-GB"/>
            </w:rPr>
            <w:instrText xml:space="preserve"> CITATION Geo25 \l 1046 </w:instrText>
          </w:r>
          <w:r w:rsidR="00DE3F4F" w:rsidRPr="00610D47">
            <w:rPr>
              <w:rFonts w:ascii="Arial" w:hAnsi="Arial" w:cs="Arial"/>
            </w:rPr>
            <w:fldChar w:fldCharType="separate"/>
          </w:r>
          <w:r w:rsidR="008F4B2B" w:rsidRPr="00610D47">
            <w:rPr>
              <w:rFonts w:ascii="Arial" w:hAnsi="Arial" w:cs="Arial"/>
              <w:noProof/>
              <w:lang w:val="en-GB"/>
            </w:rPr>
            <w:t>[3]</w:t>
          </w:r>
          <w:r w:rsidR="00DE3F4F" w:rsidRPr="00610D47">
            <w:rPr>
              <w:rFonts w:ascii="Arial" w:hAnsi="Arial" w:cs="Arial"/>
            </w:rPr>
            <w:fldChar w:fldCharType="end"/>
          </w:r>
        </w:sdtContent>
      </w:sdt>
    </w:p>
    <w:p w14:paraId="0C148C95" w14:textId="33747CFA" w:rsidR="00DE3F4F" w:rsidRPr="00610D47" w:rsidRDefault="00DE3F4F" w:rsidP="00B958DD">
      <w:pPr>
        <w:jc w:val="both"/>
        <w:rPr>
          <w:rFonts w:ascii="Arial" w:hAnsi="Arial" w:cs="Arial"/>
        </w:rPr>
      </w:pPr>
      <w:r w:rsidRPr="00610D47">
        <w:rPr>
          <w:rFonts w:ascii="Arial" w:hAnsi="Arial" w:cs="Arial"/>
        </w:rPr>
        <w:t xml:space="preserve">Taking this specificity, this website was built carefully to be fast and to users and engine find the information faster. </w:t>
      </w:r>
    </w:p>
    <w:p w14:paraId="0171D81B" w14:textId="49467A1E" w:rsidR="00DE3F4F" w:rsidRPr="00610D47" w:rsidRDefault="00DE3F4F" w:rsidP="00B958DD">
      <w:pPr>
        <w:jc w:val="both"/>
        <w:rPr>
          <w:rFonts w:ascii="Arial" w:hAnsi="Arial" w:cs="Arial"/>
        </w:rPr>
      </w:pPr>
      <w:r w:rsidRPr="00610D47">
        <w:rPr>
          <w:rFonts w:ascii="Arial" w:hAnsi="Arial" w:cs="Arial"/>
        </w:rPr>
        <w:t xml:space="preserve">When the website is reached, the main page contains the proposal of the website, which in this case is </w:t>
      </w:r>
      <w:r w:rsidR="00BD0657" w:rsidRPr="00610D47">
        <w:rPr>
          <w:rFonts w:ascii="Arial" w:hAnsi="Arial" w:cs="Arial"/>
        </w:rPr>
        <w:t>an</w:t>
      </w:r>
      <w:r w:rsidRPr="00610D47">
        <w:rPr>
          <w:rFonts w:ascii="Arial" w:hAnsi="Arial" w:cs="Arial"/>
        </w:rPr>
        <w:t xml:space="preserve"> e-commerce for different vendors. </w:t>
      </w:r>
    </w:p>
    <w:p w14:paraId="47E96474" w14:textId="77777777" w:rsidR="0063327C" w:rsidRPr="00610D47" w:rsidRDefault="0063327C" w:rsidP="00B958DD">
      <w:pPr>
        <w:jc w:val="both"/>
        <w:rPr>
          <w:rFonts w:ascii="Arial" w:hAnsi="Arial" w:cs="Arial"/>
        </w:rPr>
      </w:pPr>
    </w:p>
    <w:p w14:paraId="74888EFF" w14:textId="77777777" w:rsidR="0063327C" w:rsidRPr="00610D47" w:rsidRDefault="0063327C" w:rsidP="00BD0657">
      <w:pPr>
        <w:pBdr>
          <w:top w:val="single" w:sz="4" w:space="1" w:color="auto"/>
          <w:left w:val="single" w:sz="4" w:space="4" w:color="auto"/>
          <w:bottom w:val="single" w:sz="4" w:space="1" w:color="auto"/>
          <w:right w:val="single" w:sz="4" w:space="4" w:color="auto"/>
        </w:pBdr>
        <w:jc w:val="center"/>
        <w:rPr>
          <w:rFonts w:ascii="Arial" w:hAnsi="Arial" w:cs="Arial"/>
          <w:noProof/>
        </w:rPr>
      </w:pPr>
    </w:p>
    <w:p w14:paraId="1C812130" w14:textId="63740249" w:rsidR="00DE3F4F" w:rsidRPr="00610D47" w:rsidRDefault="00DE3F4F" w:rsidP="00BD0657">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noProof/>
        </w:rPr>
        <w:lastRenderedPageBreak/>
        <w:drawing>
          <wp:inline distT="0" distB="0" distL="0" distR="0" wp14:anchorId="375752DE" wp14:editId="54F55969">
            <wp:extent cx="4591050" cy="1219200"/>
            <wp:effectExtent l="0" t="0" r="0" b="0"/>
            <wp:docPr id="16227862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786271" name=""/>
                    <pic:cNvPicPr/>
                  </pic:nvPicPr>
                  <pic:blipFill rotWithShape="1">
                    <a:blip r:embed="rId26"/>
                    <a:srcRect b="47755"/>
                    <a:stretch>
                      <a:fillRect/>
                    </a:stretch>
                  </pic:blipFill>
                  <pic:spPr bwMode="auto">
                    <a:xfrm>
                      <a:off x="0" y="0"/>
                      <a:ext cx="4591050" cy="1219200"/>
                    </a:xfrm>
                    <a:prstGeom prst="rect">
                      <a:avLst/>
                    </a:prstGeom>
                    <a:ln>
                      <a:noFill/>
                    </a:ln>
                    <a:extLst>
                      <a:ext uri="{53640926-AAD7-44D8-BBD7-CCE9431645EC}">
                        <a14:shadowObscured xmlns:a14="http://schemas.microsoft.com/office/drawing/2010/main"/>
                      </a:ext>
                    </a:extLst>
                  </pic:spPr>
                </pic:pic>
              </a:graphicData>
            </a:graphic>
          </wp:inline>
        </w:drawing>
      </w:r>
    </w:p>
    <w:p w14:paraId="4100589C" w14:textId="4F4CAC7A" w:rsidR="00DE3F4F" w:rsidRPr="00610D47" w:rsidRDefault="006672A1" w:rsidP="00BD0657">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rPr>
        <w:t>Main proposal of website</w:t>
      </w:r>
    </w:p>
    <w:p w14:paraId="6D39C5CC" w14:textId="77777777" w:rsidR="00BD0657" w:rsidRPr="00610D47" w:rsidRDefault="00BD0657" w:rsidP="00BD0657">
      <w:pPr>
        <w:jc w:val="center"/>
        <w:rPr>
          <w:rFonts w:ascii="Arial" w:hAnsi="Arial" w:cs="Arial"/>
        </w:rPr>
      </w:pPr>
    </w:p>
    <w:p w14:paraId="4F0053C7" w14:textId="7ACA7DE6" w:rsidR="00DE3F4F" w:rsidRPr="00610D47" w:rsidRDefault="00DE3F4F" w:rsidP="00DE3F4F">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noProof/>
        </w:rPr>
        <w:drawing>
          <wp:inline distT="0" distB="0" distL="0" distR="0" wp14:anchorId="454CCAE1" wp14:editId="1BD6925B">
            <wp:extent cx="3831876" cy="1838325"/>
            <wp:effectExtent l="0" t="0" r="0" b="0"/>
            <wp:docPr id="35441242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412421" name=""/>
                    <pic:cNvPicPr/>
                  </pic:nvPicPr>
                  <pic:blipFill>
                    <a:blip r:embed="rId27"/>
                    <a:stretch>
                      <a:fillRect/>
                    </a:stretch>
                  </pic:blipFill>
                  <pic:spPr>
                    <a:xfrm>
                      <a:off x="0" y="0"/>
                      <a:ext cx="3842529" cy="1843436"/>
                    </a:xfrm>
                    <a:prstGeom prst="rect">
                      <a:avLst/>
                    </a:prstGeom>
                  </pic:spPr>
                </pic:pic>
              </a:graphicData>
            </a:graphic>
          </wp:inline>
        </w:drawing>
      </w:r>
    </w:p>
    <w:p w14:paraId="136DCEC4" w14:textId="1144FD34" w:rsidR="00DE3F4F" w:rsidRPr="00610D47" w:rsidRDefault="00DE3F4F" w:rsidP="00DE3F4F">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rPr>
        <w:t>Vendors Announces</w:t>
      </w:r>
    </w:p>
    <w:p w14:paraId="4707B7C8" w14:textId="77777777" w:rsidR="006672A1" w:rsidRPr="00610D47" w:rsidRDefault="006672A1" w:rsidP="005E196F">
      <w:pPr>
        <w:pStyle w:val="Heading3"/>
        <w:rPr>
          <w:rFonts w:ascii="Arial" w:hAnsi="Arial" w:cs="Arial"/>
        </w:rPr>
      </w:pPr>
    </w:p>
    <w:p w14:paraId="1D90CC95" w14:textId="4B81A0EE" w:rsidR="005E196F" w:rsidRPr="00610D47" w:rsidRDefault="00991B03" w:rsidP="005E196F">
      <w:pPr>
        <w:pStyle w:val="Heading3"/>
        <w:rPr>
          <w:rFonts w:ascii="Arial" w:hAnsi="Arial" w:cs="Arial"/>
        </w:rPr>
      </w:pPr>
      <w:bookmarkStart w:id="11" w:name="_Toc237533407"/>
      <w:r w:rsidRPr="00610D47">
        <w:rPr>
          <w:rFonts w:ascii="Arial" w:hAnsi="Arial" w:cs="Arial"/>
        </w:rPr>
        <w:t>Usability &amp; Utility</w:t>
      </w:r>
      <w:bookmarkEnd w:id="11"/>
      <w:r w:rsidRPr="00610D47">
        <w:rPr>
          <w:rFonts w:ascii="Arial" w:hAnsi="Arial" w:cs="Arial"/>
        </w:rPr>
        <w:br/>
      </w:r>
    </w:p>
    <w:p w14:paraId="134347B9" w14:textId="2F04E74F" w:rsidR="00B958DD" w:rsidRPr="00610D47" w:rsidRDefault="00B958DD" w:rsidP="00B958DD">
      <w:pPr>
        <w:rPr>
          <w:rFonts w:ascii="Arial" w:hAnsi="Arial" w:cs="Arial"/>
        </w:rPr>
      </w:pPr>
      <w:r w:rsidRPr="00610D47">
        <w:rPr>
          <w:rFonts w:ascii="Arial" w:hAnsi="Arial" w:cs="Arial"/>
        </w:rPr>
        <w:t>Since people are more likely to use easy and clean structures, this website was created in a way that is very user friendly and intuitive</w:t>
      </w:r>
      <w:r w:rsidR="006672A1" w:rsidRPr="00610D47">
        <w:rPr>
          <w:rFonts w:ascii="Arial" w:hAnsi="Arial" w:cs="Arial"/>
        </w:rPr>
        <w:t xml:space="preserve">, without complex commands and texts. With </w:t>
      </w:r>
      <w:r w:rsidR="0063327C" w:rsidRPr="00610D47">
        <w:rPr>
          <w:rFonts w:ascii="Arial" w:hAnsi="Arial" w:cs="Arial"/>
        </w:rPr>
        <w:t>easy</w:t>
      </w:r>
      <w:r w:rsidR="006672A1" w:rsidRPr="00610D47">
        <w:rPr>
          <w:rFonts w:ascii="Arial" w:hAnsi="Arial" w:cs="Arial"/>
        </w:rPr>
        <w:t xml:space="preserve"> navigation and a simple layout to facility the user experience. </w:t>
      </w:r>
    </w:p>
    <w:p w14:paraId="7DF56E4A" w14:textId="1A07ED08" w:rsidR="006672A1" w:rsidRPr="00610D47" w:rsidRDefault="006672A1" w:rsidP="0063327C">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noProof/>
        </w:rPr>
        <w:drawing>
          <wp:inline distT="0" distB="0" distL="0" distR="0" wp14:anchorId="3D1D0347" wp14:editId="32F9FC89">
            <wp:extent cx="5486400" cy="1659255"/>
            <wp:effectExtent l="0" t="0" r="0" b="0"/>
            <wp:docPr id="189853237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532370" name=""/>
                    <pic:cNvPicPr/>
                  </pic:nvPicPr>
                  <pic:blipFill>
                    <a:blip r:embed="rId28"/>
                    <a:stretch>
                      <a:fillRect/>
                    </a:stretch>
                  </pic:blipFill>
                  <pic:spPr>
                    <a:xfrm>
                      <a:off x="0" y="0"/>
                      <a:ext cx="5486400" cy="1659255"/>
                    </a:xfrm>
                    <a:prstGeom prst="rect">
                      <a:avLst/>
                    </a:prstGeom>
                  </pic:spPr>
                </pic:pic>
              </a:graphicData>
            </a:graphic>
          </wp:inline>
        </w:drawing>
      </w:r>
    </w:p>
    <w:p w14:paraId="348CB833" w14:textId="062C34E6" w:rsidR="0063327C" w:rsidRPr="00610D47" w:rsidRDefault="0063327C" w:rsidP="0063327C">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rPr>
        <w:t>Example of easy navigation menu</w:t>
      </w:r>
    </w:p>
    <w:p w14:paraId="29CB7411" w14:textId="77777777" w:rsidR="0063327C" w:rsidRPr="00610D47" w:rsidRDefault="0063327C" w:rsidP="005E196F">
      <w:pPr>
        <w:pStyle w:val="Heading3"/>
        <w:rPr>
          <w:rFonts w:ascii="Arial" w:hAnsi="Arial" w:cs="Arial"/>
        </w:rPr>
      </w:pPr>
    </w:p>
    <w:p w14:paraId="6C4F09EC" w14:textId="1653D97E" w:rsidR="00F9784F" w:rsidRPr="00610D47" w:rsidRDefault="00F9784F" w:rsidP="005E196F">
      <w:pPr>
        <w:pStyle w:val="Heading3"/>
        <w:rPr>
          <w:rFonts w:ascii="Arial" w:hAnsi="Arial" w:cs="Arial"/>
        </w:rPr>
      </w:pPr>
      <w:bookmarkStart w:id="12" w:name="_Toc237533408"/>
      <w:r w:rsidRPr="00610D47">
        <w:rPr>
          <w:rFonts w:ascii="Arial" w:hAnsi="Arial" w:cs="Arial"/>
        </w:rPr>
        <w:t>SEOS Techniques</w:t>
      </w:r>
      <w:bookmarkEnd w:id="12"/>
    </w:p>
    <w:p w14:paraId="5517F1E7" w14:textId="77777777" w:rsidR="006672A1" w:rsidRDefault="006672A1">
      <w:pPr>
        <w:rPr>
          <w:rFonts w:ascii="Arial" w:hAnsi="Arial" w:cs="Arial"/>
          <w:b/>
          <w:bCs/>
        </w:rPr>
      </w:pPr>
    </w:p>
    <w:p w14:paraId="16F03891" w14:textId="4D13EBB9" w:rsidR="00997556" w:rsidRPr="00CD1DFE" w:rsidRDefault="00997556">
      <w:pPr>
        <w:rPr>
          <w:rFonts w:ascii="Arial" w:hAnsi="Arial" w:cs="Arial"/>
        </w:rPr>
      </w:pPr>
      <w:r w:rsidRPr="00997556">
        <w:rPr>
          <w:rFonts w:ascii="Arial" w:hAnsi="Arial" w:cs="Arial"/>
          <w:b/>
          <w:bCs/>
        </w:rPr>
        <w:t>Image optimization</w:t>
      </w:r>
      <w:r w:rsidR="00B6373F" w:rsidRPr="00687EF4">
        <w:rPr>
          <w:rFonts w:ascii="Arial" w:hAnsi="Arial" w:cs="Arial"/>
        </w:rPr>
        <w:t xml:space="preserve">. </w:t>
      </w:r>
      <w:r w:rsidR="00B6373F" w:rsidRPr="00CD1DFE">
        <w:rPr>
          <w:rFonts w:ascii="Arial" w:hAnsi="Arial" w:cs="Arial"/>
        </w:rPr>
        <w:t xml:space="preserve">All images </w:t>
      </w:r>
      <w:r w:rsidR="00687EF4" w:rsidRPr="00CD1DFE">
        <w:rPr>
          <w:rFonts w:ascii="Arial" w:hAnsi="Arial" w:cs="Arial"/>
        </w:rPr>
        <w:t xml:space="preserve">are designed to </w:t>
      </w:r>
      <w:r w:rsidR="00CD1DFE" w:rsidRPr="00CD1DFE">
        <w:rPr>
          <w:rFonts w:ascii="Arial" w:hAnsi="Arial" w:cs="Arial"/>
        </w:rPr>
        <w:t xml:space="preserve">be </w:t>
      </w:r>
      <w:proofErr w:type="spellStart"/>
      <w:r w:rsidR="00CD1DFE" w:rsidRPr="00CD1DFE">
        <w:rPr>
          <w:rFonts w:ascii="Arial" w:hAnsi="Arial" w:cs="Arial"/>
        </w:rPr>
        <w:t>self explained</w:t>
      </w:r>
      <w:proofErr w:type="spellEnd"/>
      <w:r w:rsidR="00CD1DFE" w:rsidRPr="00CD1DFE">
        <w:rPr>
          <w:rFonts w:ascii="Arial" w:hAnsi="Arial" w:cs="Arial"/>
        </w:rPr>
        <w:t xml:space="preserve"> with labels and </w:t>
      </w:r>
      <w:r w:rsidR="00F57227" w:rsidRPr="00CD1DFE">
        <w:rPr>
          <w:rFonts w:ascii="Arial" w:hAnsi="Arial" w:cs="Arial"/>
        </w:rPr>
        <w:t>comments</w:t>
      </w:r>
    </w:p>
    <w:p w14:paraId="6825F966" w14:textId="0E224E06" w:rsidR="0017124C" w:rsidRPr="00610D47" w:rsidRDefault="0017124C">
      <w:pPr>
        <w:rPr>
          <w:rFonts w:ascii="Arial" w:hAnsi="Arial" w:cs="Arial"/>
        </w:rPr>
      </w:pPr>
      <w:r w:rsidRPr="00610D47">
        <w:rPr>
          <w:rFonts w:ascii="Arial" w:hAnsi="Arial" w:cs="Arial"/>
          <w:b/>
          <w:bCs/>
        </w:rPr>
        <w:t>Meta tags</w:t>
      </w:r>
      <w:r w:rsidRPr="00610D47">
        <w:rPr>
          <w:rFonts w:ascii="Arial" w:hAnsi="Arial" w:cs="Arial"/>
        </w:rPr>
        <w:t xml:space="preserve"> are HTML tags that are used to provide additional information about a page to search engines and other customers. Clients process meta tags and ignore those that are not supported. Meta tags are added to the &lt;head&gt; section of the HTML page and typically look like this:</w:t>
      </w:r>
    </w:p>
    <w:p w14:paraId="64AA97F1" w14:textId="77777777" w:rsidR="0017124C" w:rsidRPr="00610D47" w:rsidRDefault="0017124C"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&lt;meta name="description" content="Easy to use E-Store"&gt;</w:t>
      </w:r>
    </w:p>
    <w:p w14:paraId="1137E281" w14:textId="77777777" w:rsidR="00660A48" w:rsidRPr="00610D47" w:rsidRDefault="00660A48"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&lt;meta charset="utf-8"&gt;</w:t>
      </w:r>
    </w:p>
    <w:p w14:paraId="27F93C31" w14:textId="21280B25" w:rsidR="00660A48" w:rsidRPr="00610D47" w:rsidRDefault="00660A48"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xml:space="preserve">                &lt;meta name="robots" content="noindex,nofollow"&gt; &lt;!-- meta tag for search engines --&gt; </w:t>
      </w:r>
    </w:p>
    <w:p w14:paraId="73DC0ECF" w14:textId="77777777" w:rsidR="00660A48" w:rsidRPr="00610D47" w:rsidRDefault="00660A48" w:rsidP="00660A48">
      <w:pPr>
        <w:rPr>
          <w:rFonts w:ascii="Arial" w:hAnsi="Arial" w:cs="Arial"/>
          <w:lang w:val="en-GB"/>
        </w:rPr>
      </w:pPr>
    </w:p>
    <w:p w14:paraId="4AF1E9DB" w14:textId="09AC65AA" w:rsidR="00660A48" w:rsidRPr="00610D47" w:rsidRDefault="00660A48" w:rsidP="00660A48">
      <w:pPr>
        <w:rPr>
          <w:rFonts w:ascii="Arial" w:hAnsi="Arial" w:cs="Arial"/>
          <w:lang w:val="en-GB"/>
        </w:rPr>
      </w:pPr>
      <w:r w:rsidRPr="00610D47">
        <w:rPr>
          <w:rFonts w:ascii="Arial" w:hAnsi="Arial" w:cs="Arial"/>
          <w:lang w:val="en-GB"/>
        </w:rPr>
        <w:t xml:space="preserve">A </w:t>
      </w:r>
      <w:r w:rsidRPr="00610D47">
        <w:rPr>
          <w:rFonts w:ascii="Arial" w:hAnsi="Arial" w:cs="Arial"/>
          <w:b/>
          <w:bCs/>
          <w:lang w:val="en-GB"/>
        </w:rPr>
        <w:t>sitemap</w:t>
      </w:r>
      <w:r w:rsidRPr="00610D47">
        <w:rPr>
          <w:rFonts w:ascii="Arial" w:hAnsi="Arial" w:cs="Arial"/>
          <w:lang w:val="en-GB"/>
        </w:rPr>
        <w:t xml:space="preserve"> is a map of a website—a file that lists and catalogues all the pages on a website that we want to index on Google and other search engines.</w:t>
      </w:r>
    </w:p>
    <w:p w14:paraId="5EF2DE68" w14:textId="64652FF6" w:rsidR="00660A48" w:rsidRPr="00610D47" w:rsidRDefault="00660A48" w:rsidP="00660A48">
      <w:pPr>
        <w:rPr>
          <w:rFonts w:ascii="Arial" w:hAnsi="Arial" w:cs="Arial"/>
          <w:lang w:val="en-GB"/>
        </w:rPr>
      </w:pPr>
      <w:r w:rsidRPr="00610D47">
        <w:rPr>
          <w:rFonts w:ascii="Arial" w:hAnsi="Arial" w:cs="Arial"/>
          <w:lang w:val="en-GB"/>
        </w:rPr>
        <w:t xml:space="preserve">A sitemap can </w:t>
      </w:r>
      <w:proofErr w:type="gramStart"/>
      <w:r w:rsidRPr="00610D47">
        <w:rPr>
          <w:rFonts w:ascii="Arial" w:hAnsi="Arial" w:cs="Arial"/>
          <w:lang w:val="en-GB"/>
        </w:rPr>
        <w:t>be thought</w:t>
      </w:r>
      <w:proofErr w:type="gramEnd"/>
      <w:r w:rsidRPr="00610D47">
        <w:rPr>
          <w:rFonts w:ascii="Arial" w:hAnsi="Arial" w:cs="Arial"/>
          <w:lang w:val="en-GB"/>
        </w:rPr>
        <w:t xml:space="preserve"> of as a website’s table of contents, like a book’s table of contents. In fact, the sitemap provides an overview of the content structure to make it easier for users and search engines to find topics.</w:t>
      </w:r>
      <w:sdt>
        <w:sdtPr>
          <w:rPr>
            <w:rFonts w:ascii="Arial" w:hAnsi="Arial" w:cs="Arial"/>
            <w:lang w:val="en-GB"/>
          </w:rPr>
          <w:id w:val="939720302"/>
          <w:citation/>
        </w:sdtPr>
        <w:sdtEndPr/>
        <w:sdtContent>
          <w:r w:rsidRPr="00610D47">
            <w:rPr>
              <w:rFonts w:ascii="Arial" w:hAnsi="Arial" w:cs="Arial"/>
              <w:lang w:val="en-GB"/>
            </w:rPr>
            <w:fldChar w:fldCharType="begin"/>
          </w:r>
          <w:r w:rsidRPr="00610D47">
            <w:rPr>
              <w:rFonts w:ascii="Arial" w:hAnsi="Arial" w:cs="Arial"/>
              <w:lang w:val="en-GB"/>
            </w:rPr>
            <w:instrText xml:space="preserve"> CITATION Ale261 \l 1046 </w:instrText>
          </w:r>
          <w:r w:rsidRPr="00610D47">
            <w:rPr>
              <w:rFonts w:ascii="Arial" w:hAnsi="Arial" w:cs="Arial"/>
              <w:lang w:val="en-GB"/>
            </w:rPr>
            <w:fldChar w:fldCharType="separate"/>
          </w:r>
          <w:r w:rsidR="008F4B2B" w:rsidRPr="00610D47">
            <w:rPr>
              <w:rFonts w:ascii="Arial" w:hAnsi="Arial" w:cs="Arial"/>
              <w:noProof/>
              <w:lang w:val="en-GB"/>
            </w:rPr>
            <w:t xml:space="preserve"> [4]</w:t>
          </w:r>
          <w:r w:rsidRPr="00610D47">
            <w:rPr>
              <w:rFonts w:ascii="Arial" w:hAnsi="Arial" w:cs="Arial"/>
              <w:lang w:val="en-GB"/>
            </w:rPr>
            <w:fldChar w:fldCharType="end"/>
          </w:r>
        </w:sdtContent>
      </w:sdt>
    </w:p>
    <w:p w14:paraId="2397B120" w14:textId="005E681B" w:rsidR="00F9784F" w:rsidRPr="00610D47" w:rsidRDefault="00F9784F" w:rsidP="00660A48">
      <w:pPr>
        <w:rPr>
          <w:rFonts w:ascii="Arial" w:hAnsi="Arial" w:cs="Arial"/>
          <w:lang w:val="en-GB"/>
        </w:rPr>
      </w:pPr>
      <w:r w:rsidRPr="00610D47">
        <w:rPr>
          <w:rFonts w:ascii="Arial" w:hAnsi="Arial" w:cs="Arial"/>
          <w:lang w:val="en-GB"/>
        </w:rPr>
        <w:t xml:space="preserve">An example of a site to </w:t>
      </w:r>
      <w:proofErr w:type="gramStart"/>
      <w:r w:rsidRPr="00610D47">
        <w:rPr>
          <w:rFonts w:ascii="Arial" w:hAnsi="Arial" w:cs="Arial"/>
          <w:lang w:val="en-GB"/>
        </w:rPr>
        <w:t>be created</w:t>
      </w:r>
      <w:proofErr w:type="gramEnd"/>
      <w:r w:rsidRPr="00610D47">
        <w:rPr>
          <w:rFonts w:ascii="Arial" w:hAnsi="Arial" w:cs="Arial"/>
          <w:lang w:val="en-GB"/>
        </w:rPr>
        <w:t xml:space="preserve"> and distributed to search engine is: </w:t>
      </w:r>
    </w:p>
    <w:p w14:paraId="5737CFDF"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&lt;?xml version="1.0" encoding="UTF-8"?&gt;</w:t>
      </w:r>
    </w:p>
    <w:p w14:paraId="132E8258"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&lt;urlset xmlns="http://www.sitemaps.org/schemas/sitemap/0.9"&gt;</w:t>
      </w:r>
    </w:p>
    <w:p w14:paraId="7A4B25C2"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2FF481BB"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&lt;loc&gt;https://www.estore.com/main.html&lt;/loc&gt;</w:t>
      </w:r>
    </w:p>
    <w:p w14:paraId="5221BF52"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&lt;lastmod&gt;2026-08-12&lt;/lastmod&gt;</w:t>
      </w:r>
    </w:p>
    <w:p w14:paraId="73B58534"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&lt;changefreq&gt;monthly&lt;/changefreq&gt;</w:t>
      </w:r>
    </w:p>
    <w:p w14:paraId="15C4029F"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&lt;priority&gt;0.5&lt;/priority&gt;</w:t>
      </w:r>
    </w:p>
    <w:p w14:paraId="1BA54270"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2DF290C4"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4DA86D05"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&lt;loc&gt;https://www.estore.com/Product.html&lt;/loc&gt;</w:t>
      </w:r>
    </w:p>
    <w:p w14:paraId="516B2D09"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lastRenderedPageBreak/>
        <w:t>    &lt;lastmod&gt;2026-08-12&lt;/lastmod&gt;</w:t>
      </w:r>
    </w:p>
    <w:p w14:paraId="17AB9268"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&lt;changefreq&gt;monthly&lt;/changefreq&gt;</w:t>
      </w:r>
    </w:p>
    <w:p w14:paraId="2C1C54FB"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&lt;priority&gt;0.5&lt;/priority&gt;</w:t>
      </w:r>
    </w:p>
    <w:p w14:paraId="55F4F9AC"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321B292E"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&lt;loc&gt;https://www.estore.com/prodform.html&lt;/loc&gt;</w:t>
      </w:r>
    </w:p>
    <w:p w14:paraId="5707A08D"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&lt;lastmod&gt;2026-08-12&lt;/lastmod&gt;</w:t>
      </w:r>
    </w:p>
    <w:p w14:paraId="5AA72F11"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&lt;changefreq&gt;monthly&lt;/changefreq&gt;</w:t>
      </w:r>
    </w:p>
    <w:p w14:paraId="5AC583F4"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&lt;priority&gt;0.5&lt;/priority&gt;</w:t>
      </w:r>
    </w:p>
    <w:p w14:paraId="66640D3E"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275CE90E"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32657649"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&lt;loc&gt;https://www.estore.com/userform.html&lt;/loc&gt;</w:t>
      </w:r>
    </w:p>
    <w:p w14:paraId="79778AD5"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&lt;lastmod&gt;2026-08-12&lt;/lastmod&gt;</w:t>
      </w:r>
    </w:p>
    <w:p w14:paraId="7A16160B"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&lt;changefreq&gt;monthly&lt;/changefreq&gt;</w:t>
      </w:r>
    </w:p>
    <w:p w14:paraId="3C58B030"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&lt;priority&gt;0.5&lt;/priority&gt;</w:t>
      </w:r>
    </w:p>
    <w:p w14:paraId="316BF595"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15B92E4C"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7C31D2ED"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&lt;loc&gt;https://www.estore.com/aboutus.html&lt;/loc&gt;</w:t>
      </w:r>
    </w:p>
    <w:p w14:paraId="1E75CC94"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&lt;lastmod&gt;2026-08-12&lt;/lastmod&gt;</w:t>
      </w:r>
    </w:p>
    <w:p w14:paraId="2836149F"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&lt;changefreq&gt;monthly&lt;/changefreq&gt;</w:t>
      </w:r>
    </w:p>
    <w:p w14:paraId="3DC1DCD9"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&lt;priority&gt;0.5&lt;/priority&gt;</w:t>
      </w:r>
    </w:p>
    <w:p w14:paraId="51423671"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742F5D12"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58127B71"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&lt;loc&gt;https://www.estore.com/HELLO.html&lt;/loc&gt;</w:t>
      </w:r>
    </w:p>
    <w:p w14:paraId="58167A49"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&lt;lastmod&gt;2026-08-12&lt;/lastmod&gt;</w:t>
      </w:r>
    </w:p>
    <w:p w14:paraId="715E335C"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&lt;changefreq&gt;monthly&lt;/changefreq&gt;</w:t>
      </w:r>
    </w:p>
    <w:p w14:paraId="45E53F64"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&lt;priority&gt;0.5&lt;/priority&gt;</w:t>
      </w:r>
    </w:p>
    <w:p w14:paraId="06BDB99F"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lastRenderedPageBreak/>
        <w:t>  &lt;/url&gt;</w:t>
      </w:r>
    </w:p>
    <w:p w14:paraId="3786B785"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463B29FB"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&lt;loc&gt;https://www.estore.com/contactus.html&lt;/loc&gt;</w:t>
      </w:r>
    </w:p>
    <w:p w14:paraId="66C652A8"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&lt;lastmod&gt;2026-08-12&lt;/lastmod&gt;</w:t>
      </w:r>
    </w:p>
    <w:p w14:paraId="615DD404"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&lt;changefreq&gt;monthly&lt;/changefreq&gt;</w:t>
      </w:r>
    </w:p>
    <w:p w14:paraId="679B8740"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&lt;priority&gt;0.5&lt;/priority&gt;</w:t>
      </w:r>
    </w:p>
    <w:p w14:paraId="54A08E5F"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2E82B079" w14:textId="77777777" w:rsidR="00F9784F" w:rsidRPr="00610D47" w:rsidRDefault="00F9784F"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&lt;/urlset&gt;</w:t>
      </w:r>
    </w:p>
    <w:p w14:paraId="11C56A68" w14:textId="77777777" w:rsidR="00DA2254" w:rsidRPr="00610D47" w:rsidRDefault="00DA2254" w:rsidP="00660A48">
      <w:pPr>
        <w:rPr>
          <w:rFonts w:ascii="Arial" w:hAnsi="Arial" w:cs="Arial"/>
          <w:lang w:val="en-GB"/>
        </w:rPr>
      </w:pPr>
    </w:p>
    <w:p w14:paraId="1B046419" w14:textId="72EA757E" w:rsidR="007F343F" w:rsidRPr="00610D47" w:rsidRDefault="00991B03" w:rsidP="00C04A4D">
      <w:pPr>
        <w:pStyle w:val="Heading3"/>
        <w:rPr>
          <w:rFonts w:ascii="Arial" w:hAnsi="Arial" w:cs="Arial"/>
          <w:lang w:val="en-GB"/>
        </w:rPr>
      </w:pPr>
      <w:r w:rsidRPr="00610D47">
        <w:rPr>
          <w:rFonts w:ascii="Arial" w:hAnsi="Arial" w:cs="Arial"/>
          <w:lang w:val="en-GB"/>
        </w:rPr>
        <w:br/>
        <w:t xml:space="preserve"> </w:t>
      </w:r>
      <w:bookmarkStart w:id="13" w:name="_Toc237533409"/>
      <w:r w:rsidRPr="00610D47">
        <w:rPr>
          <w:rFonts w:ascii="Arial" w:hAnsi="Arial" w:cs="Arial"/>
          <w:lang w:val="en-GB"/>
        </w:rPr>
        <w:t>Accessibility (WCAG 2.1)</w:t>
      </w:r>
      <w:bookmarkEnd w:id="13"/>
      <w:r w:rsidRPr="00610D47">
        <w:rPr>
          <w:rFonts w:ascii="Arial" w:hAnsi="Arial" w:cs="Arial"/>
          <w:lang w:val="en-GB"/>
        </w:rPr>
        <w:br/>
      </w:r>
    </w:p>
    <w:p w14:paraId="793DE3CF" w14:textId="19210020" w:rsidR="00E06B13" w:rsidRPr="00610D47" w:rsidRDefault="00E06B13" w:rsidP="00AC14CC">
      <w:pPr>
        <w:jc w:val="both"/>
        <w:rPr>
          <w:rFonts w:ascii="Arial" w:hAnsi="Arial" w:cs="Arial"/>
        </w:rPr>
      </w:pPr>
      <w:r w:rsidRPr="00610D47">
        <w:rPr>
          <w:rFonts w:ascii="Arial" w:hAnsi="Arial" w:cs="Arial"/>
        </w:rPr>
        <w:t xml:space="preserve">Accessibility was taking in considering when size fonts and images – to help user to understand the needs, layout display – clean and fast to help the navigation experience, and HTML semantic Headers (h1) - distinguish main relevant information texts. </w:t>
      </w:r>
    </w:p>
    <w:p w14:paraId="07B333F8" w14:textId="43FDFFC5" w:rsidR="00E06B13" w:rsidRPr="00610D47" w:rsidRDefault="00E06B13" w:rsidP="00C04A4D">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noProof/>
        </w:rPr>
        <w:lastRenderedPageBreak/>
        <w:drawing>
          <wp:inline distT="0" distB="0" distL="0" distR="0" wp14:anchorId="1AC94921" wp14:editId="4F37B601">
            <wp:extent cx="1375722" cy="1479550"/>
            <wp:effectExtent l="0" t="0" r="0" b="6350"/>
            <wp:docPr id="8209705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970541" name=""/>
                    <pic:cNvPicPr/>
                  </pic:nvPicPr>
                  <pic:blipFill>
                    <a:blip r:embed="rId29"/>
                    <a:stretch>
                      <a:fillRect/>
                    </a:stretch>
                  </pic:blipFill>
                  <pic:spPr>
                    <a:xfrm>
                      <a:off x="0" y="0"/>
                      <a:ext cx="1377310" cy="1481258"/>
                    </a:xfrm>
                    <a:prstGeom prst="rect">
                      <a:avLst/>
                    </a:prstGeom>
                  </pic:spPr>
                </pic:pic>
              </a:graphicData>
            </a:graphic>
          </wp:inline>
        </w:drawing>
      </w:r>
      <w:r w:rsidRPr="00610D47">
        <w:rPr>
          <w:rFonts w:ascii="Arial" w:hAnsi="Arial" w:cs="Arial"/>
          <w:noProof/>
        </w:rPr>
        <w:drawing>
          <wp:inline distT="0" distB="0" distL="0" distR="0" wp14:anchorId="5F1A14D8" wp14:editId="374C1D14">
            <wp:extent cx="3886200" cy="938616"/>
            <wp:effectExtent l="0" t="0" r="0" b="0"/>
            <wp:docPr id="10193430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343086" name=""/>
                    <pic:cNvPicPr/>
                  </pic:nvPicPr>
                  <pic:blipFill>
                    <a:blip r:embed="rId30"/>
                    <a:stretch>
                      <a:fillRect/>
                    </a:stretch>
                  </pic:blipFill>
                  <pic:spPr>
                    <a:xfrm>
                      <a:off x="0" y="0"/>
                      <a:ext cx="3894009" cy="940502"/>
                    </a:xfrm>
                    <a:prstGeom prst="rect">
                      <a:avLst/>
                    </a:prstGeom>
                  </pic:spPr>
                </pic:pic>
              </a:graphicData>
            </a:graphic>
          </wp:inline>
        </w:drawing>
      </w:r>
      <w:r w:rsidR="0063327C" w:rsidRPr="00610D47">
        <w:rPr>
          <w:rFonts w:ascii="Arial" w:hAnsi="Arial" w:cs="Arial"/>
          <w:noProof/>
        </w:rPr>
        <w:drawing>
          <wp:inline distT="0" distB="0" distL="0" distR="0" wp14:anchorId="1EF9A593" wp14:editId="5EF55499">
            <wp:extent cx="2052134" cy="1587500"/>
            <wp:effectExtent l="0" t="0" r="5715" b="0"/>
            <wp:docPr id="101746360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463608" name=""/>
                    <pic:cNvPicPr/>
                  </pic:nvPicPr>
                  <pic:blipFill>
                    <a:blip r:embed="rId31"/>
                    <a:stretch>
                      <a:fillRect/>
                    </a:stretch>
                  </pic:blipFill>
                  <pic:spPr>
                    <a:xfrm>
                      <a:off x="0" y="0"/>
                      <a:ext cx="2055592" cy="1590175"/>
                    </a:xfrm>
                    <a:prstGeom prst="rect">
                      <a:avLst/>
                    </a:prstGeom>
                  </pic:spPr>
                </pic:pic>
              </a:graphicData>
            </a:graphic>
          </wp:inline>
        </w:drawing>
      </w:r>
      <w:r w:rsidR="0063327C" w:rsidRPr="00610D47">
        <w:rPr>
          <w:rFonts w:ascii="Arial" w:hAnsi="Arial" w:cs="Arial"/>
          <w:noProof/>
        </w:rPr>
        <w:drawing>
          <wp:inline distT="0" distB="0" distL="0" distR="0" wp14:anchorId="4D1507E1" wp14:editId="44599D40">
            <wp:extent cx="4756150" cy="1566117"/>
            <wp:effectExtent l="0" t="0" r="6350" b="0"/>
            <wp:docPr id="13460770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077041" name=""/>
                    <pic:cNvPicPr/>
                  </pic:nvPicPr>
                  <pic:blipFill>
                    <a:blip r:embed="rId32"/>
                    <a:stretch>
                      <a:fillRect/>
                    </a:stretch>
                  </pic:blipFill>
                  <pic:spPr>
                    <a:xfrm>
                      <a:off x="0" y="0"/>
                      <a:ext cx="4763348" cy="1568487"/>
                    </a:xfrm>
                    <a:prstGeom prst="rect">
                      <a:avLst/>
                    </a:prstGeom>
                  </pic:spPr>
                </pic:pic>
              </a:graphicData>
            </a:graphic>
          </wp:inline>
        </w:drawing>
      </w:r>
    </w:p>
    <w:p w14:paraId="6DDD8F58" w14:textId="3B8D7C83" w:rsidR="0063327C" w:rsidRPr="00610D47" w:rsidRDefault="0063327C" w:rsidP="00C04A4D">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rPr>
        <w:t xml:space="preserve">Examples of accessibility </w:t>
      </w:r>
    </w:p>
    <w:p w14:paraId="0105FBB7" w14:textId="77777777" w:rsidR="00E06B13" w:rsidRPr="00610D47" w:rsidRDefault="00E06B13" w:rsidP="00E06B13">
      <w:pPr>
        <w:rPr>
          <w:rFonts w:ascii="Arial" w:hAnsi="Arial" w:cs="Arial"/>
        </w:rPr>
      </w:pPr>
    </w:p>
    <w:p w14:paraId="2235C515" w14:textId="3A1DCEFF" w:rsidR="0005617D" w:rsidRPr="00610D47" w:rsidRDefault="00991B03">
      <w:pPr>
        <w:rPr>
          <w:rStyle w:val="Heading2Char"/>
          <w:rFonts w:ascii="Arial" w:hAnsi="Arial" w:cs="Arial"/>
        </w:rPr>
      </w:pPr>
      <w:bookmarkStart w:id="14" w:name="_Toc237533410"/>
      <w:r w:rsidRPr="00610D47">
        <w:rPr>
          <w:rStyle w:val="Heading2Char"/>
          <w:rFonts w:ascii="Arial" w:hAnsi="Arial" w:cs="Arial"/>
        </w:rPr>
        <w:t>c) Website Comparison</w:t>
      </w:r>
      <w:bookmarkEnd w:id="14"/>
    </w:p>
    <w:p w14:paraId="03D68E00" w14:textId="77777777" w:rsidR="0005617D" w:rsidRPr="00610D47" w:rsidRDefault="0005617D" w:rsidP="0005617D">
      <w:pPr>
        <w:jc w:val="both"/>
        <w:rPr>
          <w:rFonts w:ascii="Arial" w:hAnsi="Arial" w:cs="Arial"/>
        </w:rPr>
      </w:pPr>
      <w:r w:rsidRPr="00610D47">
        <w:rPr>
          <w:rFonts w:ascii="Arial" w:hAnsi="Arial" w:cs="Arial"/>
        </w:rPr>
        <w:t xml:space="preserve">A good practice of SEO comparative is evaluating the content against similar competitors. The competitor’s analysis may show GAPs strategics or benchmark the site’s keyword ranking. </w:t>
      </w:r>
      <w:sdt>
        <w:sdtPr>
          <w:rPr>
            <w:rFonts w:ascii="Arial" w:hAnsi="Arial" w:cs="Arial"/>
          </w:rPr>
          <w:id w:val="-982842667"/>
          <w:citation/>
        </w:sdtPr>
        <w:sdtEndPr/>
        <w:sdtContent>
          <w:r w:rsidRPr="00610D47">
            <w:rPr>
              <w:rFonts w:ascii="Arial" w:hAnsi="Arial" w:cs="Arial"/>
            </w:rPr>
            <w:fldChar w:fldCharType="begin"/>
          </w:r>
          <w:r w:rsidRPr="00610D47">
            <w:rPr>
              <w:rFonts w:ascii="Arial" w:hAnsi="Arial" w:cs="Arial"/>
              <w:lang w:val="en-GB"/>
            </w:rPr>
            <w:instrText xml:space="preserve"> CITATION Dyl25 \l 1046 </w:instrText>
          </w:r>
          <w:r w:rsidRPr="00610D47">
            <w:rPr>
              <w:rFonts w:ascii="Arial" w:hAnsi="Arial" w:cs="Arial"/>
            </w:rPr>
            <w:fldChar w:fldCharType="separate"/>
          </w:r>
          <w:r w:rsidRPr="00610D47">
            <w:rPr>
              <w:rFonts w:ascii="Arial" w:hAnsi="Arial" w:cs="Arial"/>
              <w:noProof/>
              <w:lang w:val="en-GB"/>
            </w:rPr>
            <w:t>[5]</w:t>
          </w:r>
          <w:r w:rsidRPr="00610D47">
            <w:rPr>
              <w:rFonts w:ascii="Arial" w:hAnsi="Arial" w:cs="Arial"/>
            </w:rPr>
            <w:fldChar w:fldCharType="end"/>
          </w:r>
        </w:sdtContent>
      </w:sdt>
      <w:r w:rsidRPr="00610D47">
        <w:rPr>
          <w:rFonts w:ascii="Arial" w:hAnsi="Arial" w:cs="Arial"/>
        </w:rPr>
        <w:t xml:space="preserve">  </w:t>
      </w:r>
    </w:p>
    <w:p w14:paraId="59124188" w14:textId="77777777" w:rsidR="0005617D" w:rsidRPr="00610D47" w:rsidRDefault="0005617D" w:rsidP="0005617D">
      <w:pPr>
        <w:jc w:val="both"/>
        <w:rPr>
          <w:rFonts w:ascii="Arial" w:hAnsi="Arial" w:cs="Arial"/>
        </w:rPr>
      </w:pPr>
      <w:r w:rsidRPr="00610D47">
        <w:rPr>
          <w:rFonts w:ascii="Arial" w:hAnsi="Arial" w:cs="Arial"/>
        </w:rPr>
        <w:t xml:space="preserve">In this study, we are only going to compare layout, accessibility and Usability as the website is not online, and don’t to have sufficient data. </w:t>
      </w:r>
    </w:p>
    <w:p w14:paraId="7F6C1808" w14:textId="4DE340B2" w:rsidR="00C04A4D" w:rsidRPr="00610D47" w:rsidRDefault="00991B03">
      <w:pPr>
        <w:rPr>
          <w:rStyle w:val="Heading2Char"/>
          <w:rFonts w:ascii="Arial" w:hAnsi="Arial" w:cs="Arial"/>
        </w:rPr>
      </w:pPr>
      <w:r w:rsidRPr="00610D47">
        <w:rPr>
          <w:rStyle w:val="Heading2Char"/>
          <w:rFonts w:ascii="Arial" w:hAnsi="Arial" w:cs="Arial"/>
        </w:rPr>
        <w:br/>
      </w:r>
      <w:bookmarkStart w:id="15" w:name="_Toc237533411"/>
      <w:r w:rsidRPr="00610D47">
        <w:rPr>
          <w:rStyle w:val="Heading2Char"/>
          <w:rFonts w:ascii="Arial" w:hAnsi="Arial" w:cs="Arial"/>
        </w:rPr>
        <w:t>Usability</w:t>
      </w:r>
      <w:bookmarkEnd w:id="15"/>
    </w:p>
    <w:p w14:paraId="7CE1749D" w14:textId="5077CC32" w:rsidR="0005617D" w:rsidRPr="00610D47" w:rsidRDefault="0005617D" w:rsidP="00AC14CC">
      <w:pPr>
        <w:jc w:val="both"/>
        <w:rPr>
          <w:rFonts w:ascii="Arial" w:hAnsi="Arial" w:cs="Arial"/>
        </w:rPr>
      </w:pPr>
      <w:r w:rsidRPr="00610D47">
        <w:rPr>
          <w:rFonts w:ascii="Arial" w:hAnsi="Arial" w:cs="Arial"/>
        </w:rPr>
        <w:t xml:space="preserve">Comparing </w:t>
      </w:r>
      <w:r w:rsidR="000140BE" w:rsidRPr="00610D47">
        <w:rPr>
          <w:rFonts w:ascii="Arial" w:hAnsi="Arial" w:cs="Arial"/>
        </w:rPr>
        <w:t xml:space="preserve">competitor’s </w:t>
      </w:r>
      <w:r w:rsidRPr="00610D47">
        <w:rPr>
          <w:rFonts w:ascii="Arial" w:hAnsi="Arial" w:cs="Arial"/>
        </w:rPr>
        <w:t>websites</w:t>
      </w:r>
      <w:r w:rsidR="000140BE" w:rsidRPr="00610D47">
        <w:rPr>
          <w:rFonts w:ascii="Arial" w:hAnsi="Arial" w:cs="Arial"/>
        </w:rPr>
        <w:t xml:space="preserve">, it’s possible to see that our project has a similar usability in manners of structures and elements position. Another parameter to compare is how the website looks easy and pleasant to use. </w:t>
      </w:r>
    </w:p>
    <w:p w14:paraId="4DDAF19E" w14:textId="77777777" w:rsidR="000140BE" w:rsidRPr="00610D47" w:rsidRDefault="000140BE" w:rsidP="00AC14CC">
      <w:pPr>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4"/>
        <w:gridCol w:w="4526"/>
      </w:tblGrid>
      <w:tr w:rsidR="00AC14CC" w:rsidRPr="00610D47" w14:paraId="39FD0C17" w14:textId="77777777" w:rsidTr="008310E9">
        <w:tc>
          <w:tcPr>
            <w:tcW w:w="8630" w:type="dxa"/>
            <w:gridSpan w:val="2"/>
            <w:tcBorders>
              <w:top w:val="single" w:sz="4" w:space="0" w:color="auto"/>
              <w:left w:val="single" w:sz="4" w:space="0" w:color="auto"/>
              <w:right w:val="single" w:sz="4" w:space="0" w:color="auto"/>
            </w:tcBorders>
          </w:tcPr>
          <w:p w14:paraId="5B1F9B32" w14:textId="77777777" w:rsidR="00AC14CC" w:rsidRPr="00610D47" w:rsidRDefault="00AC14CC">
            <w:pPr>
              <w:rPr>
                <w:rFonts w:ascii="Arial" w:hAnsi="Arial" w:cs="Arial"/>
                <w:noProof/>
              </w:rPr>
            </w:pPr>
          </w:p>
          <w:p w14:paraId="72568AEC" w14:textId="48DEBD19" w:rsidR="00CD1DFE" w:rsidRPr="00610D47" w:rsidRDefault="000140BE" w:rsidP="000140BE">
            <w:pPr>
              <w:jc w:val="both"/>
              <w:rPr>
                <w:rFonts w:ascii="Arial" w:hAnsi="Arial" w:cs="Arial"/>
                <w:noProof/>
              </w:rPr>
            </w:pPr>
            <w:r w:rsidRPr="00610D47">
              <w:rPr>
                <w:rFonts w:ascii="Arial" w:hAnsi="Arial" w:cs="Arial"/>
                <w:noProof/>
              </w:rPr>
              <w:t>A clean and focus main page, help the user to get all import</w:t>
            </w:r>
            <w:r w:rsidR="004E7EC9">
              <w:rPr>
                <w:rFonts w:ascii="Arial" w:hAnsi="Arial" w:cs="Arial"/>
                <w:noProof/>
              </w:rPr>
              <w:t>ant</w:t>
            </w:r>
            <w:r w:rsidRPr="00610D47">
              <w:rPr>
                <w:rFonts w:ascii="Arial" w:hAnsi="Arial" w:cs="Arial"/>
                <w:noProof/>
              </w:rPr>
              <w:t xml:space="preserve"> informations to his profile and search direct for a product.</w:t>
            </w:r>
            <w:r w:rsidR="004E7EC9">
              <w:rPr>
                <w:rFonts w:ascii="Arial" w:hAnsi="Arial" w:cs="Arial"/>
                <w:noProof/>
              </w:rPr>
              <w:t xml:space="preserve"> T</w:t>
            </w:r>
            <w:r w:rsidRPr="00610D47">
              <w:rPr>
                <w:rFonts w:ascii="Arial" w:hAnsi="Arial" w:cs="Arial"/>
                <w:noProof/>
              </w:rPr>
              <w:t>he Estore mix part of sites like ebay and google to create a more effient experience.</w:t>
            </w:r>
            <w:r w:rsidR="00E0565D">
              <w:rPr>
                <w:rFonts w:ascii="Arial" w:hAnsi="Arial" w:cs="Arial"/>
                <w:noProof/>
              </w:rPr>
              <w:t xml:space="preserve"> In comparating the index page is similar to ebay page </w:t>
            </w:r>
            <w:r w:rsidR="004E7EC9">
              <w:rPr>
                <w:rFonts w:ascii="Arial" w:hAnsi="Arial" w:cs="Arial"/>
                <w:noProof/>
              </w:rPr>
              <w:t xml:space="preserve">where </w:t>
            </w:r>
            <w:r w:rsidR="00B02321">
              <w:rPr>
                <w:rFonts w:ascii="Arial" w:hAnsi="Arial" w:cs="Arial"/>
                <w:noProof/>
              </w:rPr>
              <w:t xml:space="preserve">there is a main bar to search for products. </w:t>
            </w:r>
          </w:p>
          <w:p w14:paraId="7DB59409" w14:textId="77777777" w:rsidR="00AC14CC" w:rsidRPr="00610D47" w:rsidRDefault="00AC14CC">
            <w:pPr>
              <w:rPr>
                <w:rFonts w:ascii="Arial" w:hAnsi="Arial" w:cs="Arial"/>
                <w:noProof/>
              </w:rPr>
            </w:pPr>
          </w:p>
        </w:tc>
      </w:tr>
      <w:tr w:rsidR="000F4915" w:rsidRPr="00610D47" w14:paraId="6B4DDA61" w14:textId="77777777" w:rsidTr="008310E9">
        <w:tc>
          <w:tcPr>
            <w:tcW w:w="4104" w:type="dxa"/>
            <w:tcBorders>
              <w:left w:val="single" w:sz="4" w:space="0" w:color="auto"/>
              <w:bottom w:val="single" w:sz="4" w:space="0" w:color="auto"/>
            </w:tcBorders>
          </w:tcPr>
          <w:p w14:paraId="6199A88C" w14:textId="69C51FA8" w:rsidR="000F4915" w:rsidRPr="00610D47" w:rsidRDefault="000F4915">
            <w:pPr>
              <w:rPr>
                <w:rFonts w:ascii="Arial" w:hAnsi="Arial" w:cs="Arial"/>
              </w:rPr>
            </w:pPr>
            <w:r w:rsidRPr="00610D47">
              <w:rPr>
                <w:rFonts w:ascii="Arial" w:hAnsi="Arial" w:cs="Arial"/>
                <w:noProof/>
              </w:rPr>
              <w:drawing>
                <wp:inline distT="0" distB="0" distL="0" distR="0" wp14:anchorId="4A5C62BF" wp14:editId="401463C8">
                  <wp:extent cx="2434275" cy="2914650"/>
                  <wp:effectExtent l="0" t="0" r="4445" b="0"/>
                  <wp:docPr id="9977280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728019" name=""/>
                          <pic:cNvPicPr/>
                        </pic:nvPicPr>
                        <pic:blipFill>
                          <a:blip r:embed="rId33"/>
                          <a:stretch>
                            <a:fillRect/>
                          </a:stretch>
                        </pic:blipFill>
                        <pic:spPr>
                          <a:xfrm>
                            <a:off x="0" y="0"/>
                            <a:ext cx="2443313" cy="2925472"/>
                          </a:xfrm>
                          <a:prstGeom prst="rect">
                            <a:avLst/>
                          </a:prstGeom>
                        </pic:spPr>
                      </pic:pic>
                    </a:graphicData>
                  </a:graphic>
                </wp:inline>
              </w:drawing>
            </w:r>
          </w:p>
        </w:tc>
        <w:tc>
          <w:tcPr>
            <w:tcW w:w="4526" w:type="dxa"/>
            <w:tcBorders>
              <w:bottom w:val="single" w:sz="4" w:space="0" w:color="auto"/>
              <w:right w:val="single" w:sz="4" w:space="0" w:color="auto"/>
            </w:tcBorders>
          </w:tcPr>
          <w:p w14:paraId="5EE3FC2B" w14:textId="53AA4031" w:rsidR="000F4915" w:rsidRPr="00610D47" w:rsidRDefault="000F4915">
            <w:pPr>
              <w:rPr>
                <w:rFonts w:ascii="Arial" w:hAnsi="Arial" w:cs="Arial"/>
              </w:rPr>
            </w:pPr>
            <w:r w:rsidRPr="00610D47">
              <w:rPr>
                <w:rFonts w:ascii="Arial" w:hAnsi="Arial" w:cs="Arial"/>
                <w:noProof/>
              </w:rPr>
              <w:drawing>
                <wp:inline distT="0" distB="0" distL="0" distR="0" wp14:anchorId="456D6BA5" wp14:editId="17441965">
                  <wp:extent cx="2914650" cy="2861687"/>
                  <wp:effectExtent l="0" t="0" r="0" b="0"/>
                  <wp:docPr id="50601715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017152" name=""/>
                          <pic:cNvPicPr/>
                        </pic:nvPicPr>
                        <pic:blipFill>
                          <a:blip r:embed="rId34"/>
                          <a:stretch>
                            <a:fillRect/>
                          </a:stretch>
                        </pic:blipFill>
                        <pic:spPr>
                          <a:xfrm>
                            <a:off x="0" y="0"/>
                            <a:ext cx="2922186" cy="2869086"/>
                          </a:xfrm>
                          <a:prstGeom prst="rect">
                            <a:avLst/>
                          </a:prstGeom>
                        </pic:spPr>
                      </pic:pic>
                    </a:graphicData>
                  </a:graphic>
                </wp:inline>
              </w:drawing>
            </w:r>
          </w:p>
        </w:tc>
      </w:tr>
      <w:tr w:rsidR="008310E9" w:rsidRPr="00610D47" w14:paraId="75830D9F" w14:textId="77777777" w:rsidTr="008310E9">
        <w:tc>
          <w:tcPr>
            <w:tcW w:w="8630" w:type="dxa"/>
            <w:gridSpan w:val="2"/>
            <w:tcBorders>
              <w:top w:val="single" w:sz="4" w:space="0" w:color="auto"/>
              <w:bottom w:val="single" w:sz="4" w:space="0" w:color="auto"/>
            </w:tcBorders>
          </w:tcPr>
          <w:p w14:paraId="16F9501C" w14:textId="77777777" w:rsidR="008310E9" w:rsidRPr="00610D47" w:rsidRDefault="008310E9" w:rsidP="00024A4E">
            <w:pPr>
              <w:jc w:val="center"/>
              <w:rPr>
                <w:rFonts w:ascii="Arial" w:hAnsi="Arial" w:cs="Arial"/>
                <w:noProof/>
              </w:rPr>
            </w:pPr>
          </w:p>
        </w:tc>
      </w:tr>
      <w:tr w:rsidR="00AC14CC" w:rsidRPr="00610D47" w14:paraId="064105BC" w14:textId="77777777" w:rsidTr="008310E9">
        <w:tc>
          <w:tcPr>
            <w:tcW w:w="8630" w:type="dxa"/>
            <w:gridSpan w:val="2"/>
            <w:tcBorders>
              <w:top w:val="single" w:sz="4" w:space="0" w:color="auto"/>
              <w:left w:val="single" w:sz="4" w:space="0" w:color="auto"/>
              <w:right w:val="single" w:sz="4" w:space="0" w:color="auto"/>
            </w:tcBorders>
          </w:tcPr>
          <w:p w14:paraId="5AA6E5C2" w14:textId="77777777" w:rsidR="00AC14CC" w:rsidRPr="00610D47" w:rsidRDefault="00AC14CC" w:rsidP="00024A4E">
            <w:pPr>
              <w:jc w:val="center"/>
              <w:rPr>
                <w:rFonts w:ascii="Arial" w:hAnsi="Arial" w:cs="Arial"/>
                <w:noProof/>
              </w:rPr>
            </w:pPr>
          </w:p>
          <w:p w14:paraId="7547D220" w14:textId="77777777" w:rsidR="00AC14CC" w:rsidRPr="00610D47" w:rsidRDefault="00AC14CC" w:rsidP="00024A4E">
            <w:pPr>
              <w:jc w:val="center"/>
              <w:rPr>
                <w:rFonts w:ascii="Arial" w:hAnsi="Arial" w:cs="Arial"/>
                <w:noProof/>
              </w:rPr>
            </w:pPr>
          </w:p>
          <w:p w14:paraId="3C5CFB24" w14:textId="77777777" w:rsidR="00B26B9B" w:rsidRPr="00610D47" w:rsidRDefault="00B26B9B" w:rsidP="00024A4E">
            <w:pPr>
              <w:jc w:val="center"/>
              <w:rPr>
                <w:rFonts w:ascii="Arial" w:hAnsi="Arial" w:cs="Arial"/>
                <w:noProof/>
              </w:rPr>
            </w:pPr>
          </w:p>
          <w:p w14:paraId="004F88D5" w14:textId="4F25CE93" w:rsidR="00AC14CC" w:rsidRPr="00610D47" w:rsidRDefault="00BB7EBE" w:rsidP="00B329EC">
            <w:pPr>
              <w:jc w:val="both"/>
              <w:rPr>
                <w:rFonts w:ascii="Arial" w:hAnsi="Arial" w:cs="Arial"/>
                <w:noProof/>
              </w:rPr>
            </w:pPr>
            <w:r>
              <w:rPr>
                <w:rFonts w:ascii="Arial" w:hAnsi="Arial" w:cs="Arial"/>
                <w:noProof/>
              </w:rPr>
              <w:t xml:space="preserve">In amazon.com the serch results come in a list with photo and descriptions. </w:t>
            </w:r>
            <w:r w:rsidR="0030369B">
              <w:rPr>
                <w:rFonts w:ascii="Arial" w:hAnsi="Arial" w:cs="Arial"/>
                <w:noProof/>
              </w:rPr>
              <w:t xml:space="preserve">Sponsored vendor come in first place and the other sellers follow </w:t>
            </w:r>
            <w:r w:rsidR="00C8467E">
              <w:rPr>
                <w:rFonts w:ascii="Arial" w:hAnsi="Arial" w:cs="Arial"/>
                <w:noProof/>
              </w:rPr>
              <w:t xml:space="preserve">filter and </w:t>
            </w:r>
            <w:r w:rsidR="00BA423E">
              <w:rPr>
                <w:rFonts w:ascii="Arial" w:hAnsi="Arial" w:cs="Arial"/>
                <w:noProof/>
              </w:rPr>
              <w:t>relevant informatinos</w:t>
            </w:r>
            <w:r w:rsidR="0087546F">
              <w:rPr>
                <w:rFonts w:ascii="Arial" w:hAnsi="Arial" w:cs="Arial"/>
                <w:noProof/>
              </w:rPr>
              <w:t xml:space="preserve"> to </w:t>
            </w:r>
            <w:r w:rsidR="00D920AE">
              <w:rPr>
                <w:rFonts w:ascii="Arial" w:hAnsi="Arial" w:cs="Arial"/>
                <w:noProof/>
              </w:rPr>
              <w:t>ranking products for user.</w:t>
            </w:r>
          </w:p>
        </w:tc>
      </w:tr>
      <w:tr w:rsidR="000F4915" w:rsidRPr="00610D47" w14:paraId="60C5EE26" w14:textId="77777777" w:rsidTr="008310E9">
        <w:tc>
          <w:tcPr>
            <w:tcW w:w="4104" w:type="dxa"/>
            <w:tcBorders>
              <w:left w:val="single" w:sz="4" w:space="0" w:color="auto"/>
              <w:bottom w:val="single" w:sz="4" w:space="0" w:color="auto"/>
            </w:tcBorders>
          </w:tcPr>
          <w:p w14:paraId="1717B53D" w14:textId="67ED5160" w:rsidR="000F4915" w:rsidRPr="00610D47" w:rsidRDefault="00024A4E" w:rsidP="00024A4E">
            <w:pPr>
              <w:jc w:val="center"/>
              <w:rPr>
                <w:rFonts w:ascii="Arial" w:hAnsi="Arial" w:cs="Arial"/>
              </w:rPr>
            </w:pPr>
            <w:r w:rsidRPr="00610D47">
              <w:rPr>
                <w:rFonts w:ascii="Arial" w:hAnsi="Arial" w:cs="Arial"/>
                <w:noProof/>
              </w:rPr>
              <w:lastRenderedPageBreak/>
              <w:drawing>
                <wp:inline distT="0" distB="0" distL="0" distR="0" wp14:anchorId="1657CC1C" wp14:editId="6A63E9D5">
                  <wp:extent cx="2624922" cy="2924175"/>
                  <wp:effectExtent l="0" t="0" r="4445" b="0"/>
                  <wp:docPr id="9702816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281654" name=""/>
                          <pic:cNvPicPr/>
                        </pic:nvPicPr>
                        <pic:blipFill>
                          <a:blip r:embed="rId35"/>
                          <a:stretch>
                            <a:fillRect/>
                          </a:stretch>
                        </pic:blipFill>
                        <pic:spPr>
                          <a:xfrm>
                            <a:off x="0" y="0"/>
                            <a:ext cx="2635615" cy="2936087"/>
                          </a:xfrm>
                          <a:prstGeom prst="rect">
                            <a:avLst/>
                          </a:prstGeom>
                        </pic:spPr>
                      </pic:pic>
                    </a:graphicData>
                  </a:graphic>
                </wp:inline>
              </w:drawing>
            </w:r>
          </w:p>
        </w:tc>
        <w:tc>
          <w:tcPr>
            <w:tcW w:w="4526" w:type="dxa"/>
            <w:tcBorders>
              <w:bottom w:val="single" w:sz="4" w:space="0" w:color="auto"/>
              <w:right w:val="single" w:sz="4" w:space="0" w:color="auto"/>
            </w:tcBorders>
          </w:tcPr>
          <w:p w14:paraId="5D58A606" w14:textId="77777777" w:rsidR="000F4915" w:rsidRDefault="00024A4E" w:rsidP="00024A4E">
            <w:pPr>
              <w:jc w:val="center"/>
              <w:rPr>
                <w:rFonts w:ascii="Arial" w:hAnsi="Arial" w:cs="Arial"/>
              </w:rPr>
            </w:pPr>
            <w:r w:rsidRPr="00610D47">
              <w:rPr>
                <w:rFonts w:ascii="Arial" w:hAnsi="Arial" w:cs="Arial"/>
                <w:noProof/>
              </w:rPr>
              <w:drawing>
                <wp:inline distT="0" distB="0" distL="0" distR="0" wp14:anchorId="51D108FB" wp14:editId="7EFF63AA">
                  <wp:extent cx="2659712" cy="2904135"/>
                  <wp:effectExtent l="0" t="0" r="7620" b="0"/>
                  <wp:docPr id="77646234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462349" name=""/>
                          <pic:cNvPicPr/>
                        </pic:nvPicPr>
                        <pic:blipFill>
                          <a:blip r:embed="rId36"/>
                          <a:stretch>
                            <a:fillRect/>
                          </a:stretch>
                        </pic:blipFill>
                        <pic:spPr>
                          <a:xfrm>
                            <a:off x="0" y="0"/>
                            <a:ext cx="2678543" cy="2924697"/>
                          </a:xfrm>
                          <a:prstGeom prst="rect">
                            <a:avLst/>
                          </a:prstGeom>
                        </pic:spPr>
                      </pic:pic>
                    </a:graphicData>
                  </a:graphic>
                </wp:inline>
              </w:drawing>
            </w:r>
          </w:p>
          <w:p w14:paraId="0390B03E" w14:textId="490B4E8B" w:rsidR="00C8467E" w:rsidRPr="00610D47" w:rsidRDefault="00C8467E" w:rsidP="00024A4E">
            <w:pPr>
              <w:jc w:val="center"/>
              <w:rPr>
                <w:rFonts w:ascii="Arial" w:hAnsi="Arial" w:cs="Arial"/>
              </w:rPr>
            </w:pPr>
          </w:p>
        </w:tc>
      </w:tr>
      <w:tr w:rsidR="00AC14CC" w:rsidRPr="00610D47" w14:paraId="242DD0D2" w14:textId="77777777" w:rsidTr="008310E9">
        <w:tc>
          <w:tcPr>
            <w:tcW w:w="8630" w:type="dxa"/>
            <w:gridSpan w:val="2"/>
            <w:tcBorders>
              <w:top w:val="single" w:sz="4" w:space="0" w:color="auto"/>
              <w:bottom w:val="single" w:sz="4" w:space="0" w:color="auto"/>
            </w:tcBorders>
          </w:tcPr>
          <w:p w14:paraId="66AA5F31" w14:textId="77777777" w:rsidR="00AC14CC" w:rsidRPr="00610D47" w:rsidRDefault="00AC14CC">
            <w:pPr>
              <w:rPr>
                <w:rFonts w:ascii="Arial" w:hAnsi="Arial" w:cs="Arial"/>
                <w:noProof/>
              </w:rPr>
            </w:pPr>
          </w:p>
          <w:p w14:paraId="3712F8F5" w14:textId="77777777" w:rsidR="00AC14CC" w:rsidRPr="00610D47" w:rsidRDefault="00AC14CC" w:rsidP="00024A4E">
            <w:pPr>
              <w:jc w:val="center"/>
              <w:rPr>
                <w:rFonts w:ascii="Arial" w:hAnsi="Arial" w:cs="Arial"/>
              </w:rPr>
            </w:pPr>
          </w:p>
          <w:p w14:paraId="11EF4B70" w14:textId="75535B0A" w:rsidR="00AC14CC" w:rsidRPr="00610D47" w:rsidRDefault="00AC14CC" w:rsidP="00024A4E">
            <w:pPr>
              <w:jc w:val="center"/>
              <w:rPr>
                <w:rFonts w:ascii="Arial" w:hAnsi="Arial" w:cs="Arial"/>
              </w:rPr>
            </w:pPr>
          </w:p>
        </w:tc>
      </w:tr>
      <w:tr w:rsidR="00AD1B49" w:rsidRPr="00610D47" w14:paraId="2516403C" w14:textId="77777777" w:rsidTr="00B40234">
        <w:tc>
          <w:tcPr>
            <w:tcW w:w="8630" w:type="dxa"/>
            <w:gridSpan w:val="2"/>
            <w:tcBorders>
              <w:top w:val="single" w:sz="4" w:space="0" w:color="auto"/>
              <w:left w:val="single" w:sz="4" w:space="0" w:color="auto"/>
              <w:right w:val="single" w:sz="4" w:space="0" w:color="auto"/>
            </w:tcBorders>
          </w:tcPr>
          <w:p w14:paraId="39E3AE39" w14:textId="77777777" w:rsidR="00AD1B49" w:rsidRDefault="00AD1B49">
            <w:pPr>
              <w:rPr>
                <w:rFonts w:ascii="Arial" w:hAnsi="Arial" w:cs="Arial"/>
                <w:noProof/>
              </w:rPr>
            </w:pPr>
          </w:p>
          <w:p w14:paraId="6E9FA09D" w14:textId="77777777" w:rsidR="00AD1B49" w:rsidRDefault="00AD1B49">
            <w:pPr>
              <w:rPr>
                <w:rFonts w:ascii="Arial" w:hAnsi="Arial" w:cs="Arial"/>
                <w:noProof/>
              </w:rPr>
            </w:pPr>
          </w:p>
          <w:p w14:paraId="71B328FE" w14:textId="55662477" w:rsidR="00AD1B49" w:rsidRDefault="00AD1B49" w:rsidP="00321826">
            <w:pPr>
              <w:jc w:val="both"/>
              <w:rPr>
                <w:rFonts w:ascii="Arial" w:hAnsi="Arial" w:cs="Arial"/>
                <w:noProof/>
              </w:rPr>
            </w:pPr>
            <w:r>
              <w:rPr>
                <w:rFonts w:ascii="Arial" w:hAnsi="Arial" w:cs="Arial"/>
                <w:noProof/>
              </w:rPr>
              <w:t xml:space="preserve">To keep the simplicty of add new products to </w:t>
            </w:r>
            <w:r w:rsidR="00B61020">
              <w:rPr>
                <w:rFonts w:ascii="Arial" w:hAnsi="Arial" w:cs="Arial"/>
                <w:noProof/>
              </w:rPr>
              <w:t xml:space="preserve">list, the comparation application was </w:t>
            </w:r>
            <w:r w:rsidR="00A17F23">
              <w:rPr>
                <w:rFonts w:ascii="Arial" w:hAnsi="Arial" w:cs="Arial"/>
                <w:noProof/>
              </w:rPr>
              <w:t xml:space="preserve">the OLIO mobile aplciation, which in just a few clicks its possible to submit a product to </w:t>
            </w:r>
            <w:r w:rsidR="00EB1E55">
              <w:rPr>
                <w:rFonts w:ascii="Arial" w:hAnsi="Arial" w:cs="Arial"/>
                <w:noProof/>
              </w:rPr>
              <w:t>be avaliated and added to sell. In OLIO aplication</w:t>
            </w:r>
            <w:r w:rsidR="00C87701">
              <w:rPr>
                <w:rFonts w:ascii="Arial" w:hAnsi="Arial" w:cs="Arial"/>
                <w:noProof/>
              </w:rPr>
              <w:t>, a good resource that is good to mention is the advent of AI feature</w:t>
            </w:r>
            <w:r w:rsidR="009435FF">
              <w:rPr>
                <w:rFonts w:ascii="Arial" w:hAnsi="Arial" w:cs="Arial"/>
                <w:noProof/>
              </w:rPr>
              <w:t>, helping to fill a description and some information automatical</w:t>
            </w:r>
            <w:r w:rsidR="00295A15">
              <w:rPr>
                <w:rFonts w:ascii="Arial" w:hAnsi="Arial" w:cs="Arial"/>
                <w:noProof/>
              </w:rPr>
              <w:t>l</w:t>
            </w:r>
            <w:r w:rsidR="009435FF">
              <w:rPr>
                <w:rFonts w:ascii="Arial" w:hAnsi="Arial" w:cs="Arial"/>
                <w:noProof/>
              </w:rPr>
              <w:t xml:space="preserve">y </w:t>
            </w:r>
            <w:r w:rsidR="00321826">
              <w:rPr>
                <w:rFonts w:ascii="Arial" w:hAnsi="Arial" w:cs="Arial"/>
                <w:noProof/>
              </w:rPr>
              <w:t xml:space="preserve">taking a picture of an object. </w:t>
            </w:r>
          </w:p>
          <w:p w14:paraId="0A3B6ECC" w14:textId="28D81952" w:rsidR="00321826" w:rsidRPr="00610D47" w:rsidRDefault="00321826">
            <w:pPr>
              <w:rPr>
                <w:rFonts w:ascii="Arial" w:hAnsi="Arial" w:cs="Arial"/>
                <w:noProof/>
              </w:rPr>
            </w:pPr>
          </w:p>
        </w:tc>
      </w:tr>
      <w:tr w:rsidR="000F4915" w:rsidRPr="00610D47" w14:paraId="0D257AB9" w14:textId="77777777" w:rsidTr="008310E9">
        <w:tc>
          <w:tcPr>
            <w:tcW w:w="4104" w:type="dxa"/>
            <w:tcBorders>
              <w:left w:val="single" w:sz="4" w:space="0" w:color="auto"/>
              <w:bottom w:val="single" w:sz="4" w:space="0" w:color="auto"/>
            </w:tcBorders>
          </w:tcPr>
          <w:p w14:paraId="3A0F3E05" w14:textId="3B87502E" w:rsidR="000F4915" w:rsidRPr="00610D47" w:rsidRDefault="00AC14CC" w:rsidP="00B329EC">
            <w:pPr>
              <w:jc w:val="center"/>
              <w:rPr>
                <w:rFonts w:ascii="Arial" w:hAnsi="Arial" w:cs="Arial"/>
              </w:rPr>
            </w:pPr>
            <w:r w:rsidRPr="00610D47">
              <w:rPr>
                <w:rFonts w:ascii="Arial" w:hAnsi="Arial" w:cs="Arial"/>
                <w:noProof/>
              </w:rPr>
              <w:lastRenderedPageBreak/>
              <w:drawing>
                <wp:inline distT="0" distB="0" distL="0" distR="0" wp14:anchorId="511BDB83" wp14:editId="34C11286">
                  <wp:extent cx="1894767" cy="3818255"/>
                  <wp:effectExtent l="0" t="0" r="0" b="0"/>
                  <wp:docPr id="2014874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874664" name="Imagem 2014874664"/>
                          <pic:cNvPicPr/>
                        </pic:nvPicPr>
                        <pic:blipFill rotWithShape="1">
                          <a:blip r:embed="rId37"/>
                          <a:srcRect l="6305" t="11698" r="10060" b="4564"/>
                          <a:stretch>
                            <a:fillRect/>
                          </a:stretch>
                        </pic:blipFill>
                        <pic:spPr bwMode="auto">
                          <a:xfrm>
                            <a:off x="0" y="0"/>
                            <a:ext cx="1902921" cy="3834687"/>
                          </a:xfrm>
                          <a:prstGeom prst="rect">
                            <a:avLst/>
                          </a:prstGeom>
                          <a:ln>
                            <a:noFill/>
                          </a:ln>
                          <a:extLst>
                            <a:ext uri="{53640926-AAD7-44D8-BBD7-CCE9431645EC}">
                              <a14:shadowObscured xmlns:a14="http://schemas.microsoft.com/office/drawing/2010/main"/>
                            </a:ext>
                          </a:extLst>
                        </pic:spPr>
                      </pic:pic>
                    </a:graphicData>
                  </a:graphic>
                </wp:inline>
              </w:drawing>
            </w:r>
          </w:p>
        </w:tc>
        <w:tc>
          <w:tcPr>
            <w:tcW w:w="4526" w:type="dxa"/>
            <w:tcBorders>
              <w:bottom w:val="single" w:sz="4" w:space="0" w:color="auto"/>
              <w:right w:val="single" w:sz="4" w:space="0" w:color="auto"/>
            </w:tcBorders>
          </w:tcPr>
          <w:p w14:paraId="75CB23B3" w14:textId="52DCB91B" w:rsidR="000F4915" w:rsidRPr="00610D47" w:rsidRDefault="00AC14CC" w:rsidP="00B329EC">
            <w:pPr>
              <w:jc w:val="center"/>
              <w:rPr>
                <w:rFonts w:ascii="Arial" w:hAnsi="Arial" w:cs="Arial"/>
              </w:rPr>
            </w:pPr>
            <w:r w:rsidRPr="00610D47">
              <w:rPr>
                <w:rFonts w:ascii="Arial" w:hAnsi="Arial" w:cs="Arial"/>
                <w:noProof/>
              </w:rPr>
              <w:drawing>
                <wp:inline distT="0" distB="0" distL="0" distR="0" wp14:anchorId="78B61FD1" wp14:editId="7DEF7B0D">
                  <wp:extent cx="2466975" cy="4227659"/>
                  <wp:effectExtent l="0" t="0" r="0" b="1905"/>
                  <wp:docPr id="19754477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447764" name=""/>
                          <pic:cNvPicPr/>
                        </pic:nvPicPr>
                        <pic:blipFill>
                          <a:blip r:embed="rId38"/>
                          <a:stretch>
                            <a:fillRect/>
                          </a:stretch>
                        </pic:blipFill>
                        <pic:spPr>
                          <a:xfrm>
                            <a:off x="0" y="0"/>
                            <a:ext cx="2469301" cy="4231644"/>
                          </a:xfrm>
                          <a:prstGeom prst="rect">
                            <a:avLst/>
                          </a:prstGeom>
                        </pic:spPr>
                      </pic:pic>
                    </a:graphicData>
                  </a:graphic>
                </wp:inline>
              </w:drawing>
            </w:r>
          </w:p>
        </w:tc>
      </w:tr>
    </w:tbl>
    <w:p w14:paraId="49E71F93" w14:textId="77777777" w:rsidR="00C04A4D" w:rsidRPr="00610D47" w:rsidRDefault="00C04A4D">
      <w:pPr>
        <w:rPr>
          <w:rFonts w:ascii="Arial" w:hAnsi="Arial" w:cs="Arial"/>
        </w:rPr>
      </w:pPr>
    </w:p>
    <w:p w14:paraId="6E0C29FC" w14:textId="008AA7CD" w:rsidR="00C04A4D" w:rsidRPr="00610D47" w:rsidRDefault="00991B03" w:rsidP="00C04A4D">
      <w:pPr>
        <w:pStyle w:val="Heading2"/>
        <w:rPr>
          <w:rFonts w:ascii="Arial" w:hAnsi="Arial" w:cs="Arial"/>
        </w:rPr>
      </w:pPr>
      <w:r w:rsidRPr="00610D47">
        <w:rPr>
          <w:rFonts w:ascii="Arial" w:hAnsi="Arial" w:cs="Arial"/>
        </w:rPr>
        <w:br/>
      </w:r>
      <w:bookmarkStart w:id="16" w:name="_Toc237533412"/>
      <w:r w:rsidRPr="00610D47">
        <w:rPr>
          <w:rFonts w:ascii="Arial" w:hAnsi="Arial" w:cs="Arial"/>
        </w:rPr>
        <w:t>Accessibility</w:t>
      </w:r>
      <w:bookmarkEnd w:id="16"/>
    </w:p>
    <w:p w14:paraId="7D666A9E" w14:textId="77777777" w:rsidR="00C04A4D" w:rsidRDefault="00C04A4D">
      <w:pPr>
        <w:rPr>
          <w:rFonts w:ascii="Arial" w:hAnsi="Arial" w:cs="Arial"/>
        </w:rPr>
      </w:pPr>
    </w:p>
    <w:p w14:paraId="107F37F6" w14:textId="0507A498" w:rsidR="00ED66DF" w:rsidRDefault="00295A15" w:rsidP="00ED66DF">
      <w:pPr>
        <w:jc w:val="both"/>
        <w:rPr>
          <w:rFonts w:ascii="Arial" w:hAnsi="Arial" w:cs="Arial"/>
        </w:rPr>
      </w:pPr>
      <w:r>
        <w:rPr>
          <w:rFonts w:ascii="Arial" w:hAnsi="Arial" w:cs="Arial"/>
        </w:rPr>
        <w:t xml:space="preserve">Accessibility is a key feature </w:t>
      </w:r>
      <w:r w:rsidR="005E11A7">
        <w:rPr>
          <w:rFonts w:ascii="Arial" w:hAnsi="Arial" w:cs="Arial"/>
        </w:rPr>
        <w:t xml:space="preserve">for major big company’s website. Every is thinking in a manner that the user and engines don’t have </w:t>
      </w:r>
      <w:r w:rsidR="007821F8">
        <w:rPr>
          <w:rFonts w:ascii="Arial" w:hAnsi="Arial" w:cs="Arial"/>
        </w:rPr>
        <w:t>difficulty navigating</w:t>
      </w:r>
      <w:r w:rsidR="00B55DB2">
        <w:rPr>
          <w:rFonts w:ascii="Arial" w:hAnsi="Arial" w:cs="Arial"/>
        </w:rPr>
        <w:t>.</w:t>
      </w:r>
      <w:r w:rsidR="00C004FB">
        <w:rPr>
          <w:rFonts w:ascii="Arial" w:hAnsi="Arial" w:cs="Arial"/>
        </w:rPr>
        <w:t xml:space="preserve"> By </w:t>
      </w:r>
      <w:r w:rsidR="00B704D2">
        <w:rPr>
          <w:rFonts w:ascii="Arial" w:hAnsi="Arial" w:cs="Arial"/>
        </w:rPr>
        <w:t xml:space="preserve">well structured the product content </w:t>
      </w:r>
      <w:r w:rsidR="00637D09">
        <w:rPr>
          <w:rFonts w:ascii="Arial" w:hAnsi="Arial" w:cs="Arial"/>
        </w:rPr>
        <w:t>internal al</w:t>
      </w:r>
      <w:r w:rsidR="006012AD">
        <w:rPr>
          <w:rFonts w:ascii="Arial" w:hAnsi="Arial" w:cs="Arial"/>
        </w:rPr>
        <w:t>g</w:t>
      </w:r>
      <w:r w:rsidR="00637D09">
        <w:rPr>
          <w:rFonts w:ascii="Arial" w:hAnsi="Arial" w:cs="Arial"/>
        </w:rPr>
        <w:t>o</w:t>
      </w:r>
      <w:r w:rsidR="007821F8">
        <w:rPr>
          <w:rFonts w:ascii="Arial" w:hAnsi="Arial" w:cs="Arial"/>
        </w:rPr>
        <w:t>ri</w:t>
      </w:r>
      <w:r w:rsidR="00637D09">
        <w:rPr>
          <w:rFonts w:ascii="Arial" w:hAnsi="Arial" w:cs="Arial"/>
        </w:rPr>
        <w:t xml:space="preserve">thms </w:t>
      </w:r>
      <w:r w:rsidR="0087205B">
        <w:rPr>
          <w:rFonts w:ascii="Arial" w:hAnsi="Arial" w:cs="Arial"/>
        </w:rPr>
        <w:t xml:space="preserve">and readers can </w:t>
      </w:r>
      <w:r w:rsidR="00ED66DF">
        <w:rPr>
          <w:rFonts w:ascii="Arial" w:hAnsi="Arial" w:cs="Arial"/>
        </w:rPr>
        <w:t xml:space="preserve">track, </w:t>
      </w:r>
      <w:r w:rsidR="0087205B">
        <w:rPr>
          <w:rFonts w:ascii="Arial" w:hAnsi="Arial" w:cs="Arial"/>
        </w:rPr>
        <w:t>indexes</w:t>
      </w:r>
      <w:r w:rsidR="00ED66DF">
        <w:rPr>
          <w:rFonts w:ascii="Arial" w:hAnsi="Arial" w:cs="Arial"/>
        </w:rPr>
        <w:t xml:space="preserve"> and</w:t>
      </w:r>
      <w:r w:rsidR="0087205B">
        <w:rPr>
          <w:rFonts w:ascii="Arial" w:hAnsi="Arial" w:cs="Arial"/>
        </w:rPr>
        <w:t xml:space="preserve"> </w:t>
      </w:r>
      <w:r w:rsidR="006012AD">
        <w:rPr>
          <w:rFonts w:ascii="Arial" w:hAnsi="Arial" w:cs="Arial"/>
        </w:rPr>
        <w:t>interpret text and images</w:t>
      </w:r>
      <w:r w:rsidR="00ED66DF">
        <w:rPr>
          <w:rFonts w:ascii="Arial" w:hAnsi="Arial" w:cs="Arial"/>
        </w:rPr>
        <w:t xml:space="preserve"> effectively. </w:t>
      </w:r>
    </w:p>
    <w:p w14:paraId="2460F268" w14:textId="01008E98" w:rsidR="002D1929" w:rsidRDefault="002D1929" w:rsidP="006B7BE4">
      <w:pPr>
        <w:pBdr>
          <w:top w:val="single" w:sz="4" w:space="1" w:color="auto"/>
          <w:left w:val="single" w:sz="4" w:space="4" w:color="auto"/>
          <w:bottom w:val="single" w:sz="4" w:space="1" w:color="auto"/>
          <w:right w:val="single" w:sz="4" w:space="4" w:color="auto"/>
        </w:pBdr>
        <w:jc w:val="center"/>
        <w:rPr>
          <w:rFonts w:ascii="Arial" w:hAnsi="Arial" w:cs="Arial"/>
        </w:rPr>
      </w:pPr>
      <w:r>
        <w:rPr>
          <w:noProof/>
        </w:rPr>
        <w:lastRenderedPageBreak/>
        <w:drawing>
          <wp:inline distT="0" distB="0" distL="0" distR="0" wp14:anchorId="0D6B0DB3" wp14:editId="61646525">
            <wp:extent cx="2583429" cy="3511550"/>
            <wp:effectExtent l="0" t="0" r="7620" b="0"/>
            <wp:docPr id="413011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11368" name=""/>
                    <pic:cNvPicPr/>
                  </pic:nvPicPr>
                  <pic:blipFill>
                    <a:blip r:embed="rId39"/>
                    <a:stretch>
                      <a:fillRect/>
                    </a:stretch>
                  </pic:blipFill>
                  <pic:spPr>
                    <a:xfrm>
                      <a:off x="0" y="0"/>
                      <a:ext cx="2594289" cy="3526312"/>
                    </a:xfrm>
                    <a:prstGeom prst="rect">
                      <a:avLst/>
                    </a:prstGeom>
                  </pic:spPr>
                </pic:pic>
              </a:graphicData>
            </a:graphic>
          </wp:inline>
        </w:drawing>
      </w:r>
    </w:p>
    <w:p w14:paraId="324A3302" w14:textId="4618FDCC" w:rsidR="00792B6B" w:rsidRDefault="007E4183" w:rsidP="006B7BE4">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t xml:space="preserve">Amazon web site </w:t>
      </w:r>
      <w:r w:rsidR="00792B6B">
        <w:rPr>
          <w:rFonts w:ascii="Arial" w:hAnsi="Arial" w:cs="Arial"/>
        </w:rPr>
        <w:t>– information index</w:t>
      </w:r>
      <w:r>
        <w:rPr>
          <w:rFonts w:ascii="Arial" w:hAnsi="Arial" w:cs="Arial"/>
        </w:rPr>
        <w:t>ed</w:t>
      </w:r>
      <w:r w:rsidR="00792B6B">
        <w:rPr>
          <w:rFonts w:ascii="Arial" w:hAnsi="Arial" w:cs="Arial"/>
        </w:rPr>
        <w:t xml:space="preserve">, </w:t>
      </w:r>
      <w:r>
        <w:rPr>
          <w:rFonts w:ascii="Arial" w:hAnsi="Arial" w:cs="Arial"/>
        </w:rPr>
        <w:t>“</w:t>
      </w:r>
      <w:r w:rsidR="00792B6B">
        <w:rPr>
          <w:rFonts w:ascii="Arial" w:hAnsi="Arial" w:cs="Arial"/>
        </w:rPr>
        <w:t>about item</w:t>
      </w:r>
      <w:r>
        <w:rPr>
          <w:rFonts w:ascii="Arial" w:hAnsi="Arial" w:cs="Arial"/>
        </w:rPr>
        <w:t xml:space="preserve">” </w:t>
      </w:r>
      <w:r w:rsidR="006B7BE4">
        <w:rPr>
          <w:rFonts w:ascii="Arial" w:hAnsi="Arial" w:cs="Arial"/>
        </w:rPr>
        <w:t>detail</w:t>
      </w:r>
      <w:r>
        <w:rPr>
          <w:rFonts w:ascii="Arial" w:hAnsi="Arial" w:cs="Arial"/>
        </w:rPr>
        <w:t>ed</w:t>
      </w:r>
      <w:r w:rsidR="0060004A">
        <w:rPr>
          <w:rFonts w:ascii="Arial" w:hAnsi="Arial" w:cs="Arial"/>
        </w:rPr>
        <w:t xml:space="preserve">, user`s </w:t>
      </w:r>
      <w:r w:rsidR="006B7BE4">
        <w:rPr>
          <w:rFonts w:ascii="Arial" w:hAnsi="Arial" w:cs="Arial"/>
        </w:rPr>
        <w:t>rating of product</w:t>
      </w:r>
    </w:p>
    <w:p w14:paraId="2EDE6CF7" w14:textId="77777777" w:rsidR="00ED66DF" w:rsidRDefault="00ED66DF">
      <w:pPr>
        <w:rPr>
          <w:rFonts w:ascii="Arial" w:hAnsi="Arial" w:cs="Arial"/>
        </w:rPr>
      </w:pPr>
    </w:p>
    <w:p w14:paraId="7C4C8B16" w14:textId="6FF08FD0" w:rsidR="00B55DB2" w:rsidRDefault="00902FD0">
      <w:pPr>
        <w:rPr>
          <w:rFonts w:ascii="Arial" w:hAnsi="Arial" w:cs="Arial"/>
        </w:rPr>
      </w:pPr>
      <w:r>
        <w:rPr>
          <w:rFonts w:ascii="Arial" w:hAnsi="Arial" w:cs="Arial"/>
        </w:rPr>
        <w:t xml:space="preserve">Another part of this study is the facility to </w:t>
      </w:r>
      <w:r w:rsidR="007B2B72">
        <w:rPr>
          <w:rFonts w:ascii="Arial" w:hAnsi="Arial" w:cs="Arial"/>
        </w:rPr>
        <w:t xml:space="preserve">access information </w:t>
      </w:r>
      <w:r w:rsidR="0060004A">
        <w:rPr>
          <w:rFonts w:ascii="Arial" w:hAnsi="Arial" w:cs="Arial"/>
        </w:rPr>
        <w:t>about</w:t>
      </w:r>
      <w:r w:rsidR="007B2B72">
        <w:rPr>
          <w:rFonts w:ascii="Arial" w:hAnsi="Arial" w:cs="Arial"/>
        </w:rPr>
        <w:t xml:space="preserve"> a product. Search engines and user </w:t>
      </w:r>
      <w:r w:rsidR="0060004A">
        <w:rPr>
          <w:rFonts w:ascii="Arial" w:hAnsi="Arial" w:cs="Arial"/>
        </w:rPr>
        <w:t>screens</w:t>
      </w:r>
      <w:r w:rsidR="007B2B72">
        <w:rPr>
          <w:rFonts w:ascii="Arial" w:hAnsi="Arial" w:cs="Arial"/>
        </w:rPr>
        <w:t xml:space="preserve"> should easily </w:t>
      </w:r>
      <w:r w:rsidR="00053817">
        <w:rPr>
          <w:rFonts w:ascii="Arial" w:hAnsi="Arial" w:cs="Arial"/>
        </w:rPr>
        <w:t>identify</w:t>
      </w:r>
      <w:r w:rsidR="001975A5">
        <w:rPr>
          <w:rFonts w:ascii="Arial" w:hAnsi="Arial" w:cs="Arial"/>
        </w:rPr>
        <w:t xml:space="preserve"> images and text</w:t>
      </w:r>
      <w:r w:rsidR="00A95445">
        <w:rPr>
          <w:rFonts w:ascii="Arial" w:hAnsi="Arial" w:cs="Arial"/>
        </w:rPr>
        <w:t xml:space="preserve"> on </w:t>
      </w:r>
      <w:r w:rsidR="0060004A">
        <w:rPr>
          <w:rFonts w:ascii="Arial" w:hAnsi="Arial" w:cs="Arial"/>
        </w:rPr>
        <w:t>websites</w:t>
      </w:r>
      <w:r w:rsidR="00A95445">
        <w:rPr>
          <w:rFonts w:ascii="Arial" w:hAnsi="Arial" w:cs="Arial"/>
        </w:rPr>
        <w:t xml:space="preserve">. In case of </w:t>
      </w:r>
      <w:proofErr w:type="gramStart"/>
      <w:r w:rsidR="00A95445">
        <w:rPr>
          <w:rFonts w:ascii="Arial" w:hAnsi="Arial" w:cs="Arial"/>
        </w:rPr>
        <w:t>products</w:t>
      </w:r>
      <w:proofErr w:type="gramEnd"/>
      <w:r w:rsidR="00A95445">
        <w:rPr>
          <w:rFonts w:ascii="Arial" w:hAnsi="Arial" w:cs="Arial"/>
        </w:rPr>
        <w:t xml:space="preserve"> </w:t>
      </w:r>
      <w:r w:rsidR="00713AE4">
        <w:rPr>
          <w:rFonts w:ascii="Arial" w:hAnsi="Arial" w:cs="Arial"/>
        </w:rPr>
        <w:t xml:space="preserve">most relevant search results </w:t>
      </w:r>
      <w:r w:rsidR="0060004A">
        <w:rPr>
          <w:rFonts w:ascii="Arial" w:hAnsi="Arial" w:cs="Arial"/>
        </w:rPr>
        <w:t>come</w:t>
      </w:r>
      <w:r w:rsidR="00713AE4">
        <w:rPr>
          <w:rFonts w:ascii="Arial" w:hAnsi="Arial" w:cs="Arial"/>
        </w:rPr>
        <w:t xml:space="preserve"> in priority and </w:t>
      </w:r>
      <w:r w:rsidR="009F1A57">
        <w:rPr>
          <w:rFonts w:ascii="Arial" w:hAnsi="Arial" w:cs="Arial"/>
        </w:rPr>
        <w:t xml:space="preserve">necessary fields are </w:t>
      </w:r>
      <w:r w:rsidR="00053817">
        <w:rPr>
          <w:rFonts w:ascii="Arial" w:hAnsi="Arial" w:cs="Arial"/>
        </w:rPr>
        <w:t>self-explained</w:t>
      </w:r>
      <w:r w:rsidR="009F1A57">
        <w:rPr>
          <w:rFonts w:ascii="Arial" w:hAnsi="Arial" w:cs="Arial"/>
        </w:rPr>
        <w:t xml:space="preserve"> leaving no doubts </w:t>
      </w:r>
      <w:r w:rsidR="001B3368">
        <w:rPr>
          <w:rFonts w:ascii="Arial" w:hAnsi="Arial" w:cs="Arial"/>
        </w:rPr>
        <w:t xml:space="preserve">about what, where to go, how to </w:t>
      </w:r>
      <w:r w:rsidR="00053817">
        <w:rPr>
          <w:rFonts w:ascii="Arial" w:hAnsi="Arial" w:cs="Arial"/>
        </w:rPr>
        <w:t xml:space="preserve">buy it </w:t>
      </w:r>
      <w:r w:rsidR="0060004A">
        <w:rPr>
          <w:rFonts w:ascii="Arial" w:hAnsi="Arial" w:cs="Arial"/>
        </w:rPr>
        <w:t xml:space="preserve">and </w:t>
      </w:r>
      <w:proofErr w:type="gramStart"/>
      <w:r w:rsidR="0060004A">
        <w:rPr>
          <w:rFonts w:ascii="Arial" w:hAnsi="Arial" w:cs="Arial"/>
        </w:rPr>
        <w:t>what’s</w:t>
      </w:r>
      <w:proofErr w:type="gramEnd"/>
      <w:r w:rsidR="00053817">
        <w:rPr>
          <w:rFonts w:ascii="Arial" w:hAnsi="Arial" w:cs="Arial"/>
        </w:rPr>
        <w:t xml:space="preserve"> is the best option. </w:t>
      </w:r>
    </w:p>
    <w:p w14:paraId="5676C224" w14:textId="4F8559F7" w:rsidR="00053817" w:rsidRDefault="00053817" w:rsidP="007E4183">
      <w:pPr>
        <w:pBdr>
          <w:top w:val="single" w:sz="4" w:space="1" w:color="auto"/>
          <w:left w:val="single" w:sz="4" w:space="4" w:color="auto"/>
          <w:bottom w:val="single" w:sz="4" w:space="1" w:color="auto"/>
          <w:right w:val="single" w:sz="4" w:space="4" w:color="auto"/>
        </w:pBdr>
        <w:jc w:val="center"/>
        <w:rPr>
          <w:rFonts w:ascii="Arial" w:hAnsi="Arial" w:cs="Arial"/>
        </w:rPr>
      </w:pPr>
      <w:r>
        <w:rPr>
          <w:noProof/>
        </w:rPr>
        <w:lastRenderedPageBreak/>
        <w:drawing>
          <wp:inline distT="0" distB="0" distL="0" distR="0" wp14:anchorId="49D945FA" wp14:editId="1670CA81">
            <wp:extent cx="4488587" cy="4250131"/>
            <wp:effectExtent l="0" t="0" r="7620" b="0"/>
            <wp:docPr id="121459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59869" name=""/>
                    <pic:cNvPicPr/>
                  </pic:nvPicPr>
                  <pic:blipFill>
                    <a:blip r:embed="rId40"/>
                    <a:stretch>
                      <a:fillRect/>
                    </a:stretch>
                  </pic:blipFill>
                  <pic:spPr>
                    <a:xfrm>
                      <a:off x="0" y="0"/>
                      <a:ext cx="4493662" cy="4254937"/>
                    </a:xfrm>
                    <a:prstGeom prst="rect">
                      <a:avLst/>
                    </a:prstGeom>
                  </pic:spPr>
                </pic:pic>
              </a:graphicData>
            </a:graphic>
          </wp:inline>
        </w:drawing>
      </w:r>
    </w:p>
    <w:p w14:paraId="069E13F1" w14:textId="6B285AD8" w:rsidR="00053817" w:rsidRDefault="00EA2264" w:rsidP="007E4183">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t>eBay</w:t>
      </w:r>
      <w:r w:rsidR="007E4183">
        <w:rPr>
          <w:rFonts w:ascii="Arial" w:hAnsi="Arial" w:cs="Arial"/>
        </w:rPr>
        <w:t xml:space="preserve"> website - </w:t>
      </w:r>
      <w:r w:rsidR="00053817">
        <w:rPr>
          <w:rFonts w:ascii="Arial" w:hAnsi="Arial" w:cs="Arial"/>
        </w:rPr>
        <w:t xml:space="preserve">Images are well defined </w:t>
      </w:r>
      <w:r w:rsidR="00591D48">
        <w:rPr>
          <w:rFonts w:ascii="Arial" w:hAnsi="Arial" w:cs="Arial"/>
        </w:rPr>
        <w:t xml:space="preserve">with labels and different header </w:t>
      </w:r>
      <w:r w:rsidR="007E4183">
        <w:rPr>
          <w:rFonts w:ascii="Arial" w:hAnsi="Arial" w:cs="Arial"/>
        </w:rPr>
        <w:t>fonts</w:t>
      </w:r>
    </w:p>
    <w:p w14:paraId="5F3EA002" w14:textId="77777777" w:rsidR="00053817" w:rsidRPr="00610D47" w:rsidRDefault="00053817">
      <w:pPr>
        <w:rPr>
          <w:rFonts w:ascii="Arial" w:hAnsi="Arial" w:cs="Arial"/>
        </w:rPr>
      </w:pPr>
    </w:p>
    <w:p w14:paraId="26AEC979" w14:textId="77777777" w:rsidR="00024A4E" w:rsidRPr="00610D47" w:rsidRDefault="00024A4E">
      <w:pPr>
        <w:rPr>
          <w:rFonts w:ascii="Arial" w:hAnsi="Arial" w:cs="Arial"/>
        </w:rPr>
      </w:pPr>
    </w:p>
    <w:p w14:paraId="0D68FFCE" w14:textId="4EAAFDD4" w:rsidR="00C04A4D" w:rsidRPr="00610D47" w:rsidRDefault="00991B03" w:rsidP="00C04A4D">
      <w:pPr>
        <w:pStyle w:val="Heading2"/>
        <w:rPr>
          <w:rFonts w:ascii="Arial" w:hAnsi="Arial" w:cs="Arial"/>
        </w:rPr>
      </w:pPr>
      <w:r w:rsidRPr="00610D47">
        <w:rPr>
          <w:rFonts w:ascii="Arial" w:hAnsi="Arial" w:cs="Arial"/>
        </w:rPr>
        <w:br/>
      </w:r>
      <w:bookmarkStart w:id="17" w:name="_Toc237533413"/>
      <w:r w:rsidRPr="00610D47">
        <w:rPr>
          <w:rFonts w:ascii="Arial" w:hAnsi="Arial" w:cs="Arial"/>
        </w:rPr>
        <w:t>SEO</w:t>
      </w:r>
      <w:bookmarkEnd w:id="17"/>
    </w:p>
    <w:p w14:paraId="41628C2C" w14:textId="77777777" w:rsidR="00C04A4D" w:rsidRDefault="00C04A4D">
      <w:pPr>
        <w:rPr>
          <w:rFonts w:ascii="Arial" w:hAnsi="Arial" w:cs="Arial"/>
        </w:rPr>
      </w:pPr>
    </w:p>
    <w:p w14:paraId="353048AE" w14:textId="6C7A777B" w:rsidR="00800845" w:rsidRDefault="00A5451F" w:rsidP="00C25F5E">
      <w:pPr>
        <w:jc w:val="both"/>
        <w:rPr>
          <w:rFonts w:ascii="Arial" w:hAnsi="Arial" w:cs="Arial"/>
        </w:rPr>
      </w:pPr>
      <w:r>
        <w:rPr>
          <w:rFonts w:ascii="Arial" w:hAnsi="Arial" w:cs="Arial"/>
        </w:rPr>
        <w:t xml:space="preserve">External and internal search engines use content of </w:t>
      </w:r>
      <w:r w:rsidR="00134AF8">
        <w:rPr>
          <w:rFonts w:ascii="Arial" w:hAnsi="Arial" w:cs="Arial"/>
        </w:rPr>
        <w:t>search</w:t>
      </w:r>
      <w:r w:rsidR="00894DE9">
        <w:rPr>
          <w:rFonts w:ascii="Arial" w:hAnsi="Arial" w:cs="Arial"/>
        </w:rPr>
        <w:t xml:space="preserve"> </w:t>
      </w:r>
      <w:r>
        <w:rPr>
          <w:rFonts w:ascii="Arial" w:hAnsi="Arial" w:cs="Arial"/>
        </w:rPr>
        <w:t>results to</w:t>
      </w:r>
      <w:r w:rsidR="00894DE9">
        <w:rPr>
          <w:rFonts w:ascii="Arial" w:hAnsi="Arial" w:cs="Arial"/>
        </w:rPr>
        <w:t xml:space="preserve"> rank and show a list </w:t>
      </w:r>
      <w:r w:rsidR="00F90B7D">
        <w:rPr>
          <w:rFonts w:ascii="Arial" w:hAnsi="Arial" w:cs="Arial"/>
        </w:rPr>
        <w:t>of a user`s query. For example, google search for data</w:t>
      </w:r>
      <w:r w:rsidR="006D512C">
        <w:rPr>
          <w:rFonts w:ascii="Arial" w:hAnsi="Arial" w:cs="Arial"/>
        </w:rPr>
        <w:t xml:space="preserve"> in websites to list, index and </w:t>
      </w:r>
      <w:r w:rsidR="00134AF8">
        <w:rPr>
          <w:rFonts w:ascii="Arial" w:hAnsi="Arial" w:cs="Arial"/>
        </w:rPr>
        <w:t>show a list of results order by relevant data reached</w:t>
      </w:r>
      <w:r w:rsidR="00800845">
        <w:rPr>
          <w:rFonts w:ascii="Arial" w:hAnsi="Arial" w:cs="Arial"/>
        </w:rPr>
        <w:t xml:space="preserve"> or </w:t>
      </w:r>
      <w:r w:rsidR="00F9332C">
        <w:rPr>
          <w:rFonts w:ascii="Arial" w:hAnsi="Arial" w:cs="Arial"/>
        </w:rPr>
        <w:t>eBay</w:t>
      </w:r>
      <w:r w:rsidR="00800845">
        <w:rPr>
          <w:rFonts w:ascii="Arial" w:hAnsi="Arial" w:cs="Arial"/>
        </w:rPr>
        <w:t xml:space="preserve"> uses </w:t>
      </w:r>
      <w:r w:rsidR="00F9332C">
        <w:rPr>
          <w:rFonts w:ascii="Arial" w:hAnsi="Arial" w:cs="Arial"/>
        </w:rPr>
        <w:t>its</w:t>
      </w:r>
      <w:r w:rsidR="00800845">
        <w:rPr>
          <w:rFonts w:ascii="Arial" w:hAnsi="Arial" w:cs="Arial"/>
        </w:rPr>
        <w:t xml:space="preserve"> internal </w:t>
      </w:r>
      <w:r w:rsidR="00F9332C">
        <w:rPr>
          <w:rFonts w:ascii="Arial" w:hAnsi="Arial" w:cs="Arial"/>
        </w:rPr>
        <w:t>search</w:t>
      </w:r>
      <w:r w:rsidR="00800845">
        <w:rPr>
          <w:rFonts w:ascii="Arial" w:hAnsi="Arial" w:cs="Arial"/>
        </w:rPr>
        <w:t xml:space="preserve"> engine to show a list of results ranked </w:t>
      </w:r>
      <w:r w:rsidR="00343697">
        <w:rPr>
          <w:rFonts w:ascii="Arial" w:hAnsi="Arial" w:cs="Arial"/>
        </w:rPr>
        <w:t xml:space="preserve">with most relevant data. </w:t>
      </w:r>
      <w:r w:rsidR="005D2B80">
        <w:rPr>
          <w:rFonts w:ascii="Arial" w:hAnsi="Arial" w:cs="Arial"/>
        </w:rPr>
        <w:t xml:space="preserve">Using SEO </w:t>
      </w:r>
      <w:r w:rsidR="00F9332C">
        <w:rPr>
          <w:rFonts w:ascii="Arial" w:hAnsi="Arial" w:cs="Arial"/>
        </w:rPr>
        <w:t>techniques,</w:t>
      </w:r>
      <w:r w:rsidR="005D2B80">
        <w:rPr>
          <w:rFonts w:ascii="Arial" w:hAnsi="Arial" w:cs="Arial"/>
        </w:rPr>
        <w:t xml:space="preserve"> </w:t>
      </w:r>
      <w:r w:rsidR="00343697">
        <w:rPr>
          <w:rFonts w:ascii="Arial" w:hAnsi="Arial" w:cs="Arial"/>
        </w:rPr>
        <w:t xml:space="preserve">a website or a product to be </w:t>
      </w:r>
      <w:r w:rsidR="00F9332C">
        <w:rPr>
          <w:rFonts w:ascii="Arial" w:hAnsi="Arial" w:cs="Arial"/>
        </w:rPr>
        <w:t>distinguished</w:t>
      </w:r>
      <w:r w:rsidR="00343697">
        <w:rPr>
          <w:rFonts w:ascii="Arial" w:hAnsi="Arial" w:cs="Arial"/>
        </w:rPr>
        <w:t xml:space="preserve"> in the list </w:t>
      </w:r>
      <w:r w:rsidR="005D2B80">
        <w:rPr>
          <w:rFonts w:ascii="Arial" w:hAnsi="Arial" w:cs="Arial"/>
        </w:rPr>
        <w:t>and get more relevant ranking</w:t>
      </w:r>
      <w:r w:rsidR="00A226E4">
        <w:rPr>
          <w:rFonts w:ascii="Arial" w:hAnsi="Arial" w:cs="Arial"/>
        </w:rPr>
        <w:t xml:space="preserve"> by using tag or metatags, proper e </w:t>
      </w:r>
      <w:r w:rsidR="00762389">
        <w:rPr>
          <w:rFonts w:ascii="Arial" w:hAnsi="Arial" w:cs="Arial"/>
        </w:rPr>
        <w:t>trustful</w:t>
      </w:r>
      <w:r w:rsidR="00A226E4">
        <w:rPr>
          <w:rFonts w:ascii="Arial" w:hAnsi="Arial" w:cs="Arial"/>
        </w:rPr>
        <w:t xml:space="preserve"> images, </w:t>
      </w:r>
      <w:r w:rsidR="00CA39F6">
        <w:rPr>
          <w:rFonts w:ascii="Arial" w:hAnsi="Arial" w:cs="Arial"/>
        </w:rPr>
        <w:t xml:space="preserve">well </w:t>
      </w:r>
      <w:r w:rsidR="00762389">
        <w:rPr>
          <w:rFonts w:ascii="Arial" w:hAnsi="Arial" w:cs="Arial"/>
        </w:rPr>
        <w:t xml:space="preserve">written </w:t>
      </w:r>
      <w:r w:rsidR="00F9332C">
        <w:rPr>
          <w:rFonts w:ascii="Arial" w:hAnsi="Arial" w:cs="Arial"/>
        </w:rPr>
        <w:t>content</w:t>
      </w:r>
      <w:r w:rsidR="00762389">
        <w:rPr>
          <w:rFonts w:ascii="Arial" w:hAnsi="Arial" w:cs="Arial"/>
        </w:rPr>
        <w:t xml:space="preserve"> and </w:t>
      </w:r>
      <w:r w:rsidR="00CA39F6">
        <w:rPr>
          <w:rFonts w:ascii="Arial" w:hAnsi="Arial" w:cs="Arial"/>
        </w:rPr>
        <w:t xml:space="preserve">clear information </w:t>
      </w:r>
      <w:r w:rsidR="00F9332C">
        <w:rPr>
          <w:rFonts w:ascii="Arial" w:hAnsi="Arial" w:cs="Arial"/>
        </w:rPr>
        <w:t>about it.</w:t>
      </w:r>
    </w:p>
    <w:p w14:paraId="64A900A1" w14:textId="77777777" w:rsidR="00F9332C" w:rsidRDefault="00F9332C" w:rsidP="00C25F5E">
      <w:pPr>
        <w:jc w:val="both"/>
        <w:rPr>
          <w:rFonts w:ascii="Arial" w:hAnsi="Arial" w:cs="Arial"/>
        </w:rPr>
      </w:pPr>
    </w:p>
    <w:p w14:paraId="543DD381" w14:textId="7999C942" w:rsidR="0060004A" w:rsidRDefault="005A3A08" w:rsidP="002F6C5B">
      <w:pPr>
        <w:pBdr>
          <w:top w:val="single" w:sz="4" w:space="1" w:color="auto"/>
          <w:left w:val="single" w:sz="4" w:space="4" w:color="auto"/>
          <w:bottom w:val="single" w:sz="4" w:space="1" w:color="auto"/>
          <w:right w:val="single" w:sz="4" w:space="4" w:color="auto"/>
        </w:pBdr>
        <w:jc w:val="center"/>
        <w:rPr>
          <w:rFonts w:ascii="Arial" w:hAnsi="Arial" w:cs="Arial"/>
        </w:rPr>
      </w:pPr>
      <w:r>
        <w:rPr>
          <w:noProof/>
        </w:rPr>
        <w:lastRenderedPageBreak/>
        <w:drawing>
          <wp:inline distT="0" distB="0" distL="0" distR="0" wp14:anchorId="1DC9066D" wp14:editId="24CFB3F5">
            <wp:extent cx="4629510" cy="3218688"/>
            <wp:effectExtent l="0" t="0" r="0" b="1270"/>
            <wp:docPr id="1146353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353402" name=""/>
                    <pic:cNvPicPr/>
                  </pic:nvPicPr>
                  <pic:blipFill>
                    <a:blip r:embed="rId41"/>
                    <a:stretch>
                      <a:fillRect/>
                    </a:stretch>
                  </pic:blipFill>
                  <pic:spPr>
                    <a:xfrm>
                      <a:off x="0" y="0"/>
                      <a:ext cx="4636359" cy="3223450"/>
                    </a:xfrm>
                    <a:prstGeom prst="rect">
                      <a:avLst/>
                    </a:prstGeom>
                  </pic:spPr>
                </pic:pic>
              </a:graphicData>
            </a:graphic>
          </wp:inline>
        </w:drawing>
      </w:r>
    </w:p>
    <w:p w14:paraId="390C3919" w14:textId="73B4C941" w:rsidR="00C25F5E" w:rsidRDefault="00F9332C" w:rsidP="002F6C5B">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t xml:space="preserve">Google website </w:t>
      </w:r>
      <w:r w:rsidR="00307799">
        <w:rPr>
          <w:rFonts w:ascii="Arial" w:hAnsi="Arial" w:cs="Arial"/>
        </w:rPr>
        <w:t xml:space="preserve">– generic query </w:t>
      </w:r>
      <w:r w:rsidR="002F6C5B">
        <w:rPr>
          <w:rFonts w:ascii="Arial" w:hAnsi="Arial" w:cs="Arial"/>
        </w:rPr>
        <w:t>order</w:t>
      </w:r>
      <w:r w:rsidR="00307799">
        <w:rPr>
          <w:rFonts w:ascii="Arial" w:hAnsi="Arial" w:cs="Arial"/>
        </w:rPr>
        <w:t xml:space="preserve"> by most </w:t>
      </w:r>
      <w:r w:rsidR="002F6C5B">
        <w:rPr>
          <w:rFonts w:ascii="Arial" w:hAnsi="Arial" w:cs="Arial"/>
        </w:rPr>
        <w:t>relevant</w:t>
      </w:r>
      <w:r w:rsidR="00307799">
        <w:rPr>
          <w:rFonts w:ascii="Arial" w:hAnsi="Arial" w:cs="Arial"/>
        </w:rPr>
        <w:t xml:space="preserve"> data </w:t>
      </w:r>
      <w:r w:rsidR="002F6C5B">
        <w:rPr>
          <w:rFonts w:ascii="Arial" w:hAnsi="Arial" w:cs="Arial"/>
        </w:rPr>
        <w:t>found by google engines.</w:t>
      </w:r>
    </w:p>
    <w:p w14:paraId="448E1F43" w14:textId="77777777" w:rsidR="002F6C5B" w:rsidRDefault="002F6C5B" w:rsidP="002F6C5B">
      <w:pPr>
        <w:pBdr>
          <w:top w:val="single" w:sz="4" w:space="1" w:color="auto"/>
          <w:left w:val="single" w:sz="4" w:space="4" w:color="auto"/>
          <w:bottom w:val="single" w:sz="4" w:space="1" w:color="auto"/>
          <w:right w:val="single" w:sz="4" w:space="4" w:color="auto"/>
        </w:pBdr>
        <w:jc w:val="center"/>
        <w:rPr>
          <w:rFonts w:ascii="Arial" w:hAnsi="Arial" w:cs="Arial"/>
        </w:rPr>
      </w:pPr>
    </w:p>
    <w:p w14:paraId="1DCF7B66" w14:textId="77777777" w:rsidR="00DA2522" w:rsidRDefault="00DA2522" w:rsidP="002F6C5B">
      <w:pPr>
        <w:pBdr>
          <w:top w:val="single" w:sz="4" w:space="1" w:color="auto"/>
          <w:left w:val="single" w:sz="4" w:space="4" w:color="auto"/>
          <w:bottom w:val="single" w:sz="4" w:space="1" w:color="auto"/>
          <w:right w:val="single" w:sz="4" w:space="4" w:color="auto"/>
        </w:pBdr>
        <w:jc w:val="center"/>
        <w:rPr>
          <w:rFonts w:ascii="Arial" w:hAnsi="Arial" w:cs="Arial"/>
        </w:rPr>
      </w:pPr>
    </w:p>
    <w:p w14:paraId="7910B38E" w14:textId="666677FD" w:rsidR="00DA2522" w:rsidRDefault="00DA2522" w:rsidP="002F6C5B">
      <w:pPr>
        <w:pBdr>
          <w:top w:val="single" w:sz="4" w:space="1" w:color="auto"/>
          <w:left w:val="single" w:sz="4" w:space="4" w:color="auto"/>
          <w:bottom w:val="single" w:sz="4" w:space="1" w:color="auto"/>
          <w:right w:val="single" w:sz="4" w:space="4" w:color="auto"/>
        </w:pBdr>
        <w:jc w:val="center"/>
        <w:rPr>
          <w:rFonts w:ascii="Arial" w:hAnsi="Arial" w:cs="Arial"/>
        </w:rPr>
      </w:pPr>
      <w:r>
        <w:rPr>
          <w:noProof/>
        </w:rPr>
        <w:drawing>
          <wp:inline distT="0" distB="0" distL="0" distR="0" wp14:anchorId="041612AF" wp14:editId="56CFAF8D">
            <wp:extent cx="3423514" cy="3339907"/>
            <wp:effectExtent l="0" t="0" r="5715" b="0"/>
            <wp:docPr id="565639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639356" name=""/>
                    <pic:cNvPicPr/>
                  </pic:nvPicPr>
                  <pic:blipFill>
                    <a:blip r:embed="rId42"/>
                    <a:stretch>
                      <a:fillRect/>
                    </a:stretch>
                  </pic:blipFill>
                  <pic:spPr>
                    <a:xfrm>
                      <a:off x="0" y="0"/>
                      <a:ext cx="3427652" cy="3343944"/>
                    </a:xfrm>
                    <a:prstGeom prst="rect">
                      <a:avLst/>
                    </a:prstGeom>
                  </pic:spPr>
                </pic:pic>
              </a:graphicData>
            </a:graphic>
          </wp:inline>
        </w:drawing>
      </w:r>
    </w:p>
    <w:p w14:paraId="105448D5" w14:textId="51B71CA1" w:rsidR="00DA2522" w:rsidRPr="00610D47" w:rsidRDefault="00DA2522" w:rsidP="002F6C5B">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t>eBay</w:t>
      </w:r>
      <w:r>
        <w:rPr>
          <w:rFonts w:ascii="Arial" w:hAnsi="Arial" w:cs="Arial"/>
        </w:rPr>
        <w:t xml:space="preserve"> website – </w:t>
      </w:r>
      <w:r>
        <w:rPr>
          <w:rFonts w:ascii="Arial" w:hAnsi="Arial" w:cs="Arial"/>
        </w:rPr>
        <w:t xml:space="preserve">internal search engine </w:t>
      </w:r>
      <w:r w:rsidR="00C611D0">
        <w:rPr>
          <w:rFonts w:ascii="Arial" w:hAnsi="Arial" w:cs="Arial"/>
        </w:rPr>
        <w:t>listing most relevant results</w:t>
      </w:r>
    </w:p>
    <w:p w14:paraId="23FCAD86" w14:textId="77777777" w:rsidR="007D62CF" w:rsidRPr="00610D47" w:rsidRDefault="007D62CF">
      <w:pPr>
        <w:rPr>
          <w:rFonts w:ascii="Arial" w:hAnsi="Arial" w:cs="Arial"/>
        </w:rPr>
      </w:pPr>
    </w:p>
    <w:p w14:paraId="5C90EDEC" w14:textId="60CEEC7A" w:rsidR="00C04A4D" w:rsidRPr="00610D47" w:rsidRDefault="00991B03" w:rsidP="00C04A4D">
      <w:pPr>
        <w:pStyle w:val="Heading2"/>
        <w:rPr>
          <w:rFonts w:ascii="Arial" w:hAnsi="Arial" w:cs="Arial"/>
        </w:rPr>
      </w:pPr>
      <w:r w:rsidRPr="00610D47">
        <w:rPr>
          <w:rFonts w:ascii="Arial" w:hAnsi="Arial" w:cs="Arial"/>
        </w:rPr>
        <w:br/>
      </w:r>
      <w:bookmarkStart w:id="18" w:name="_Toc237533414"/>
      <w:r w:rsidRPr="00610D47">
        <w:rPr>
          <w:rFonts w:ascii="Arial" w:hAnsi="Arial" w:cs="Arial"/>
        </w:rPr>
        <w:t>Mobile Friendliness</w:t>
      </w:r>
      <w:bookmarkEnd w:id="18"/>
    </w:p>
    <w:p w14:paraId="25D2CF36" w14:textId="06ADEE66" w:rsidR="00C04A4D" w:rsidRPr="00610D47" w:rsidRDefault="00C04A4D">
      <w:pPr>
        <w:rPr>
          <w:rFonts w:ascii="Arial" w:hAnsi="Arial" w:cs="Arial"/>
        </w:rPr>
      </w:pPr>
    </w:p>
    <w:p w14:paraId="5F8ADB8B" w14:textId="20260C8D" w:rsidR="00582C95" w:rsidRPr="00610D47" w:rsidRDefault="00C04A4D" w:rsidP="00582C95">
      <w:pPr>
        <w:jc w:val="both"/>
        <w:rPr>
          <w:rFonts w:ascii="Arial" w:hAnsi="Arial" w:cs="Arial"/>
        </w:rPr>
      </w:pPr>
      <w:r w:rsidRPr="00610D47">
        <w:rPr>
          <w:rFonts w:ascii="Arial" w:hAnsi="Arial" w:cs="Arial"/>
        </w:rPr>
        <w:t>Using the resource of inspection on browser it</w:t>
      </w:r>
      <w:r w:rsidR="00582C95" w:rsidRPr="00610D47">
        <w:rPr>
          <w:rFonts w:ascii="Arial" w:hAnsi="Arial" w:cs="Arial"/>
        </w:rPr>
        <w:t>’</w:t>
      </w:r>
      <w:r w:rsidRPr="00610D47">
        <w:rPr>
          <w:rFonts w:ascii="Arial" w:hAnsi="Arial" w:cs="Arial"/>
        </w:rPr>
        <w:t>s possible to see the layout and scheme of the website in mobiles architectures.</w:t>
      </w:r>
      <w:r w:rsidR="00582C95" w:rsidRPr="00610D47">
        <w:rPr>
          <w:rFonts w:ascii="Arial" w:hAnsi="Arial" w:cs="Arial"/>
        </w:rPr>
        <w:t xml:space="preserve"> Aspects like size and colors and click and fields to fill were set up to have a friendly experience.</w:t>
      </w:r>
    </w:p>
    <w:p w14:paraId="638E3606" w14:textId="1179A3DF" w:rsidR="00582C95" w:rsidRPr="00610D47" w:rsidRDefault="00582C95" w:rsidP="00582C95">
      <w:pPr>
        <w:jc w:val="both"/>
        <w:rPr>
          <w:rFonts w:ascii="Arial" w:hAnsi="Arial" w:cs="Arial"/>
        </w:rPr>
      </w:pPr>
      <w:r w:rsidRPr="00610D47">
        <w:rPr>
          <w:rFonts w:ascii="Arial" w:hAnsi="Arial" w:cs="Arial"/>
        </w:rPr>
        <w:t xml:space="preserve">Compared to similar websites, this website was </w:t>
      </w:r>
      <w:r w:rsidR="007D62CF" w:rsidRPr="00610D47">
        <w:rPr>
          <w:rFonts w:ascii="Arial" w:hAnsi="Arial" w:cs="Arial"/>
        </w:rPr>
        <w:t>more intuitive and cleaner</w:t>
      </w:r>
      <w:r w:rsidRPr="00610D47">
        <w:rPr>
          <w:rFonts w:ascii="Arial" w:hAnsi="Arial" w:cs="Arial"/>
        </w:rPr>
        <w:t xml:space="preserve"> with focus </w:t>
      </w:r>
      <w:r w:rsidR="007D62CF" w:rsidRPr="00610D47">
        <w:rPr>
          <w:rFonts w:ascii="Arial" w:hAnsi="Arial" w:cs="Arial"/>
        </w:rPr>
        <w:t>on</w:t>
      </w:r>
      <w:r w:rsidRPr="00610D47">
        <w:rPr>
          <w:rFonts w:ascii="Arial" w:hAnsi="Arial" w:cs="Arial"/>
        </w:rPr>
        <w:t xml:space="preserve"> one business idea. </w:t>
      </w:r>
    </w:p>
    <w:p w14:paraId="6577BD47" w14:textId="001CBC41" w:rsidR="007D62CF" w:rsidRPr="00610D47" w:rsidRDefault="007D62CF" w:rsidP="000C79D3">
      <w:pPr>
        <w:jc w:val="cente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4"/>
        <w:gridCol w:w="4746"/>
      </w:tblGrid>
      <w:tr w:rsidR="007C247F" w14:paraId="199BC8D9" w14:textId="77777777" w:rsidTr="007C247F">
        <w:tc>
          <w:tcPr>
            <w:tcW w:w="4315" w:type="dxa"/>
            <w:tcBorders>
              <w:bottom w:val="single" w:sz="4" w:space="0" w:color="auto"/>
            </w:tcBorders>
          </w:tcPr>
          <w:p w14:paraId="71F83742" w14:textId="77777777" w:rsidR="007C247F" w:rsidRDefault="007C247F" w:rsidP="008310E9">
            <w:pPr>
              <w:jc w:val="center"/>
              <w:rPr>
                <w:noProof/>
              </w:rPr>
            </w:pPr>
          </w:p>
        </w:tc>
        <w:tc>
          <w:tcPr>
            <w:tcW w:w="4315" w:type="dxa"/>
            <w:tcBorders>
              <w:bottom w:val="single" w:sz="4" w:space="0" w:color="auto"/>
            </w:tcBorders>
          </w:tcPr>
          <w:p w14:paraId="5A6CC3AE" w14:textId="77777777" w:rsidR="007C247F" w:rsidRPr="00610D47" w:rsidRDefault="007C247F" w:rsidP="008310E9">
            <w:pPr>
              <w:jc w:val="center"/>
              <w:rPr>
                <w:rFonts w:ascii="Arial" w:hAnsi="Arial" w:cs="Arial"/>
                <w:noProof/>
              </w:rPr>
            </w:pPr>
          </w:p>
        </w:tc>
      </w:tr>
      <w:tr w:rsidR="000C79D3" w14:paraId="366F5C10" w14:textId="77777777" w:rsidTr="007C247F">
        <w:tc>
          <w:tcPr>
            <w:tcW w:w="4315" w:type="dxa"/>
            <w:tcBorders>
              <w:top w:val="single" w:sz="4" w:space="0" w:color="auto"/>
              <w:left w:val="single" w:sz="4" w:space="0" w:color="auto"/>
            </w:tcBorders>
          </w:tcPr>
          <w:p w14:paraId="781B9D01" w14:textId="390AA4B0" w:rsidR="000C79D3" w:rsidRDefault="000C79D3" w:rsidP="008310E9">
            <w:pPr>
              <w:jc w:val="center"/>
              <w:rPr>
                <w:rFonts w:ascii="Arial" w:hAnsi="Arial" w:cs="Arial"/>
              </w:rPr>
            </w:pPr>
            <w:r>
              <w:rPr>
                <w:noProof/>
              </w:rPr>
              <w:drawing>
                <wp:inline distT="0" distB="0" distL="0" distR="0" wp14:anchorId="685CB44C" wp14:editId="58EBEA65">
                  <wp:extent cx="2157984" cy="3480836"/>
                  <wp:effectExtent l="0" t="0" r="0" b="5715"/>
                  <wp:docPr id="853752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752420" name=""/>
                          <pic:cNvPicPr/>
                        </pic:nvPicPr>
                        <pic:blipFill>
                          <a:blip r:embed="rId43"/>
                          <a:stretch>
                            <a:fillRect/>
                          </a:stretch>
                        </pic:blipFill>
                        <pic:spPr>
                          <a:xfrm>
                            <a:off x="0" y="0"/>
                            <a:ext cx="2159491" cy="3483267"/>
                          </a:xfrm>
                          <a:prstGeom prst="rect">
                            <a:avLst/>
                          </a:prstGeom>
                        </pic:spPr>
                      </pic:pic>
                    </a:graphicData>
                  </a:graphic>
                </wp:inline>
              </w:drawing>
            </w:r>
          </w:p>
        </w:tc>
        <w:tc>
          <w:tcPr>
            <w:tcW w:w="4315" w:type="dxa"/>
            <w:tcBorders>
              <w:top w:val="single" w:sz="4" w:space="0" w:color="auto"/>
              <w:right w:val="single" w:sz="4" w:space="0" w:color="auto"/>
            </w:tcBorders>
          </w:tcPr>
          <w:p w14:paraId="755B04A1" w14:textId="77777777" w:rsidR="000C79D3" w:rsidRDefault="000C79D3" w:rsidP="008310E9">
            <w:pPr>
              <w:jc w:val="center"/>
              <w:rPr>
                <w:rFonts w:ascii="Arial" w:hAnsi="Arial" w:cs="Arial"/>
              </w:rPr>
            </w:pPr>
            <w:r w:rsidRPr="00610D47">
              <w:rPr>
                <w:rFonts w:ascii="Arial" w:hAnsi="Arial" w:cs="Arial"/>
                <w:noProof/>
              </w:rPr>
              <w:drawing>
                <wp:inline distT="0" distB="0" distL="0" distR="0" wp14:anchorId="7E346139" wp14:editId="2332A548">
                  <wp:extent cx="2873172" cy="2685283"/>
                  <wp:effectExtent l="0" t="0" r="3810" b="1270"/>
                  <wp:docPr id="5404319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31955" name=""/>
                          <pic:cNvPicPr/>
                        </pic:nvPicPr>
                        <pic:blipFill>
                          <a:blip r:embed="rId44"/>
                          <a:stretch>
                            <a:fillRect/>
                          </a:stretch>
                        </pic:blipFill>
                        <pic:spPr>
                          <a:xfrm>
                            <a:off x="0" y="0"/>
                            <a:ext cx="2895826" cy="2706456"/>
                          </a:xfrm>
                          <a:prstGeom prst="rect">
                            <a:avLst/>
                          </a:prstGeom>
                        </pic:spPr>
                      </pic:pic>
                    </a:graphicData>
                  </a:graphic>
                </wp:inline>
              </w:drawing>
            </w:r>
          </w:p>
          <w:p w14:paraId="4CD3DBCA" w14:textId="77777777" w:rsidR="007C247F" w:rsidRDefault="007C247F" w:rsidP="008310E9">
            <w:pPr>
              <w:jc w:val="center"/>
              <w:rPr>
                <w:rFonts w:ascii="Arial" w:hAnsi="Arial" w:cs="Arial"/>
              </w:rPr>
            </w:pPr>
          </w:p>
          <w:p w14:paraId="56633183" w14:textId="3222DAE5" w:rsidR="007C247F" w:rsidRDefault="007C247F" w:rsidP="008310E9">
            <w:pPr>
              <w:jc w:val="center"/>
              <w:rPr>
                <w:rFonts w:ascii="Arial" w:hAnsi="Arial" w:cs="Arial"/>
              </w:rPr>
            </w:pPr>
          </w:p>
        </w:tc>
      </w:tr>
      <w:tr w:rsidR="007C247F" w14:paraId="68819902" w14:textId="77777777" w:rsidTr="007C247F">
        <w:tc>
          <w:tcPr>
            <w:tcW w:w="8630" w:type="dxa"/>
            <w:gridSpan w:val="2"/>
            <w:tcBorders>
              <w:left w:val="single" w:sz="4" w:space="0" w:color="auto"/>
              <w:bottom w:val="single" w:sz="4" w:space="0" w:color="auto"/>
              <w:right w:val="single" w:sz="4" w:space="0" w:color="auto"/>
            </w:tcBorders>
          </w:tcPr>
          <w:p w14:paraId="2C2FEB9D" w14:textId="77777777" w:rsidR="007C247F" w:rsidRDefault="007C247F" w:rsidP="007C247F">
            <w:pPr>
              <w:jc w:val="center"/>
              <w:rPr>
                <w:rFonts w:ascii="Arial" w:hAnsi="Arial" w:cs="Arial"/>
              </w:rPr>
            </w:pPr>
          </w:p>
          <w:p w14:paraId="52374E82" w14:textId="70028832" w:rsidR="007C247F" w:rsidRPr="00610D47" w:rsidRDefault="007C247F" w:rsidP="007C247F">
            <w:pPr>
              <w:jc w:val="center"/>
              <w:rPr>
                <w:rFonts w:ascii="Arial" w:hAnsi="Arial" w:cs="Arial"/>
              </w:rPr>
            </w:pPr>
            <w:r>
              <w:rPr>
                <w:rFonts w:ascii="Arial" w:hAnsi="Arial" w:cs="Arial"/>
              </w:rPr>
              <w:t>M</w:t>
            </w:r>
            <w:r w:rsidRPr="00610D47">
              <w:rPr>
                <w:rFonts w:ascii="Arial" w:hAnsi="Arial" w:cs="Arial"/>
              </w:rPr>
              <w:t>obile View –</w:t>
            </w:r>
            <w:r>
              <w:rPr>
                <w:rFonts w:ascii="Arial" w:hAnsi="Arial" w:cs="Arial"/>
              </w:rPr>
              <w:t xml:space="preserve"> eBay vs</w:t>
            </w:r>
            <w:r w:rsidRPr="00610D47">
              <w:rPr>
                <w:rFonts w:ascii="Arial" w:hAnsi="Arial" w:cs="Arial"/>
              </w:rPr>
              <w:t xml:space="preserve"> index page</w:t>
            </w:r>
          </w:p>
          <w:p w14:paraId="009ED5ED" w14:textId="77777777" w:rsidR="007C247F" w:rsidRPr="00610D47" w:rsidRDefault="007C247F" w:rsidP="008310E9">
            <w:pPr>
              <w:jc w:val="center"/>
              <w:rPr>
                <w:rFonts w:ascii="Arial" w:hAnsi="Arial" w:cs="Arial"/>
                <w:noProof/>
              </w:rPr>
            </w:pPr>
          </w:p>
        </w:tc>
      </w:tr>
    </w:tbl>
    <w:p w14:paraId="5D8F0192" w14:textId="77777777" w:rsidR="007C247F" w:rsidRDefault="007C247F" w:rsidP="007C247F">
      <w:pPr>
        <w:jc w:val="center"/>
        <w:rPr>
          <w:rFonts w:ascii="Arial" w:hAnsi="Arial" w:cs="Arial"/>
        </w:rPr>
      </w:pPr>
    </w:p>
    <w:tbl>
      <w:tblPr>
        <w:tblStyle w:val="TableGrid"/>
        <w:tblW w:w="0" w:type="auto"/>
        <w:tblLook w:val="04A0" w:firstRow="1" w:lastRow="0" w:firstColumn="1" w:lastColumn="0" w:noHBand="0" w:noVBand="1"/>
      </w:tblPr>
      <w:tblGrid>
        <w:gridCol w:w="4235"/>
        <w:gridCol w:w="4395"/>
      </w:tblGrid>
      <w:tr w:rsidR="00ED09DD" w14:paraId="2C4DF85E" w14:textId="77777777" w:rsidTr="00ED09DD">
        <w:tc>
          <w:tcPr>
            <w:tcW w:w="4235" w:type="dxa"/>
          </w:tcPr>
          <w:p w14:paraId="4B3930FF" w14:textId="02FA0EBE" w:rsidR="00ED09DD" w:rsidRDefault="00ED09DD" w:rsidP="007C247F">
            <w:pPr>
              <w:jc w:val="center"/>
              <w:rPr>
                <w:rFonts w:ascii="Arial" w:hAnsi="Arial" w:cs="Arial"/>
              </w:rPr>
            </w:pPr>
            <w:r>
              <w:rPr>
                <w:noProof/>
              </w:rPr>
              <w:lastRenderedPageBreak/>
              <w:drawing>
                <wp:inline distT="0" distB="0" distL="0" distR="0" wp14:anchorId="4E143922" wp14:editId="53D6C9C9">
                  <wp:extent cx="2450592" cy="4555151"/>
                  <wp:effectExtent l="0" t="0" r="6985" b="0"/>
                  <wp:docPr id="243171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171961" name=""/>
                          <pic:cNvPicPr/>
                        </pic:nvPicPr>
                        <pic:blipFill>
                          <a:blip r:embed="rId45"/>
                          <a:stretch>
                            <a:fillRect/>
                          </a:stretch>
                        </pic:blipFill>
                        <pic:spPr>
                          <a:xfrm>
                            <a:off x="0" y="0"/>
                            <a:ext cx="2454007" cy="4561498"/>
                          </a:xfrm>
                          <a:prstGeom prst="rect">
                            <a:avLst/>
                          </a:prstGeom>
                        </pic:spPr>
                      </pic:pic>
                    </a:graphicData>
                  </a:graphic>
                </wp:inline>
              </w:drawing>
            </w:r>
          </w:p>
        </w:tc>
        <w:tc>
          <w:tcPr>
            <w:tcW w:w="4395" w:type="dxa"/>
          </w:tcPr>
          <w:p w14:paraId="6C1993F4" w14:textId="27825F60" w:rsidR="00ED09DD" w:rsidRDefault="00ED09DD" w:rsidP="007C247F">
            <w:pPr>
              <w:jc w:val="center"/>
              <w:rPr>
                <w:rFonts w:ascii="Arial" w:hAnsi="Arial" w:cs="Arial"/>
              </w:rPr>
            </w:pPr>
            <w:r w:rsidRPr="00610D47">
              <w:rPr>
                <w:rFonts w:ascii="Arial" w:hAnsi="Arial" w:cs="Arial"/>
                <w:noProof/>
              </w:rPr>
              <w:drawing>
                <wp:inline distT="0" distB="0" distL="0" distR="0" wp14:anchorId="4F91AF61" wp14:editId="7849B283">
                  <wp:extent cx="2654009" cy="2560320"/>
                  <wp:effectExtent l="0" t="0" r="0" b="0"/>
                  <wp:docPr id="3025600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60044" name=""/>
                          <pic:cNvPicPr/>
                        </pic:nvPicPr>
                        <pic:blipFill>
                          <a:blip r:embed="rId46"/>
                          <a:stretch>
                            <a:fillRect/>
                          </a:stretch>
                        </pic:blipFill>
                        <pic:spPr>
                          <a:xfrm>
                            <a:off x="0" y="0"/>
                            <a:ext cx="2669645" cy="2575404"/>
                          </a:xfrm>
                          <a:prstGeom prst="rect">
                            <a:avLst/>
                          </a:prstGeom>
                        </pic:spPr>
                      </pic:pic>
                    </a:graphicData>
                  </a:graphic>
                </wp:inline>
              </w:drawing>
            </w:r>
          </w:p>
        </w:tc>
      </w:tr>
      <w:tr w:rsidR="00ED09DD" w14:paraId="77FED804" w14:textId="77777777" w:rsidTr="006613C1">
        <w:tc>
          <w:tcPr>
            <w:tcW w:w="8630" w:type="dxa"/>
            <w:gridSpan w:val="2"/>
          </w:tcPr>
          <w:p w14:paraId="4AA9A53A" w14:textId="59787C41" w:rsidR="00ED09DD" w:rsidRDefault="00ED09DD" w:rsidP="00ED09DD">
            <w:pPr>
              <w:jc w:val="center"/>
              <w:rPr>
                <w:rFonts w:ascii="Arial" w:hAnsi="Arial" w:cs="Arial"/>
              </w:rPr>
            </w:pPr>
            <w:r w:rsidRPr="00610D47">
              <w:rPr>
                <w:rFonts w:ascii="Arial" w:hAnsi="Arial" w:cs="Arial"/>
              </w:rPr>
              <w:t xml:space="preserve">Mobile View – List of </w:t>
            </w:r>
            <w:r w:rsidR="008F6FE8" w:rsidRPr="00610D47">
              <w:rPr>
                <w:rFonts w:ascii="Arial" w:hAnsi="Arial" w:cs="Arial"/>
              </w:rPr>
              <w:t>products</w:t>
            </w:r>
            <w:r w:rsidRPr="00610D47">
              <w:rPr>
                <w:rFonts w:ascii="Arial" w:hAnsi="Arial" w:cs="Arial"/>
              </w:rPr>
              <w:t xml:space="preserve"> page</w:t>
            </w:r>
            <w:r>
              <w:rPr>
                <w:rFonts w:ascii="Arial" w:hAnsi="Arial" w:cs="Arial"/>
              </w:rPr>
              <w:t xml:space="preserve"> </w:t>
            </w:r>
            <w:r w:rsidR="0085427B">
              <w:rPr>
                <w:rFonts w:ascii="Arial" w:hAnsi="Arial" w:cs="Arial"/>
              </w:rPr>
              <w:t>eBay vs product.html</w:t>
            </w:r>
          </w:p>
          <w:p w14:paraId="55214271" w14:textId="77777777" w:rsidR="00ED09DD" w:rsidRDefault="00ED09DD" w:rsidP="007C247F">
            <w:pPr>
              <w:jc w:val="center"/>
              <w:rPr>
                <w:rFonts w:ascii="Arial" w:hAnsi="Arial" w:cs="Arial"/>
              </w:rPr>
            </w:pPr>
          </w:p>
        </w:tc>
      </w:tr>
    </w:tbl>
    <w:p w14:paraId="1BB34446" w14:textId="77777777" w:rsidR="00ED09DD" w:rsidRDefault="00ED09DD" w:rsidP="007C247F">
      <w:pPr>
        <w:jc w:val="center"/>
        <w:rPr>
          <w:rFonts w:ascii="Arial" w:hAnsi="Arial" w:cs="Arial"/>
        </w:rPr>
      </w:pPr>
    </w:p>
    <w:p w14:paraId="35425386" w14:textId="77777777" w:rsidR="00F92DC8" w:rsidRPr="00610D47" w:rsidRDefault="00F92DC8" w:rsidP="007C247F">
      <w:pPr>
        <w:jc w:val="center"/>
        <w:rPr>
          <w:rFonts w:ascii="Arial" w:hAnsi="Arial" w:cs="Arial"/>
        </w:rPr>
      </w:pPr>
    </w:p>
    <w:p w14:paraId="3E980BAD" w14:textId="75EAC4EA" w:rsidR="007D62CF" w:rsidRPr="00610D47" w:rsidRDefault="007D62CF" w:rsidP="007C247F">
      <w:pPr>
        <w:jc w:val="center"/>
        <w:rPr>
          <w:rFonts w:ascii="Arial" w:hAnsi="Arial" w:cs="Arial"/>
        </w:rPr>
      </w:pPr>
    </w:p>
    <w:p w14:paraId="50FD4F06" w14:textId="791B0BA7" w:rsidR="00C04A4D" w:rsidRDefault="00991B03" w:rsidP="00C04A4D">
      <w:pPr>
        <w:pStyle w:val="Heading2"/>
        <w:rPr>
          <w:rFonts w:ascii="Arial" w:hAnsi="Arial" w:cs="Arial"/>
        </w:rPr>
      </w:pPr>
      <w:r w:rsidRPr="00610D47">
        <w:rPr>
          <w:rFonts w:ascii="Arial" w:hAnsi="Arial" w:cs="Arial"/>
        </w:rPr>
        <w:br/>
      </w:r>
      <w:bookmarkStart w:id="19" w:name="_Toc237533415"/>
      <w:r w:rsidRPr="00610D47">
        <w:rPr>
          <w:rFonts w:ascii="Arial" w:hAnsi="Arial" w:cs="Arial"/>
        </w:rPr>
        <w:t>Conclusion</w:t>
      </w:r>
      <w:bookmarkEnd w:id="19"/>
    </w:p>
    <w:p w14:paraId="370F6DA9" w14:textId="77777777" w:rsidR="001C1B67" w:rsidRPr="001C1B67" w:rsidRDefault="001C1B67" w:rsidP="001C1B67"/>
    <w:p w14:paraId="1280C5A9" w14:textId="37061395" w:rsidR="007F343F" w:rsidRDefault="004A7A9C" w:rsidP="000B59B0">
      <w:pPr>
        <w:jc w:val="both"/>
        <w:rPr>
          <w:rFonts w:ascii="Arial" w:hAnsi="Arial" w:cs="Arial"/>
        </w:rPr>
      </w:pPr>
      <w:r>
        <w:rPr>
          <w:rFonts w:ascii="Arial" w:hAnsi="Arial" w:cs="Arial"/>
        </w:rPr>
        <w:t xml:space="preserve">In comparation the major websites of same segment, </w:t>
      </w:r>
      <w:r w:rsidR="00CE0BE1">
        <w:rPr>
          <w:rFonts w:ascii="Arial" w:hAnsi="Arial" w:cs="Arial"/>
        </w:rPr>
        <w:t>it’s</w:t>
      </w:r>
      <w:r>
        <w:rPr>
          <w:rFonts w:ascii="Arial" w:hAnsi="Arial" w:cs="Arial"/>
        </w:rPr>
        <w:t xml:space="preserve"> possible to </w:t>
      </w:r>
      <w:r w:rsidR="00794456">
        <w:rPr>
          <w:rFonts w:ascii="Arial" w:hAnsi="Arial" w:cs="Arial"/>
        </w:rPr>
        <w:t xml:space="preserve">understand how the SEO works to </w:t>
      </w:r>
      <w:r w:rsidR="00CE0BE1">
        <w:rPr>
          <w:rFonts w:ascii="Arial" w:hAnsi="Arial" w:cs="Arial"/>
        </w:rPr>
        <w:t>rank</w:t>
      </w:r>
      <w:r w:rsidR="00794456">
        <w:rPr>
          <w:rFonts w:ascii="Arial" w:hAnsi="Arial" w:cs="Arial"/>
        </w:rPr>
        <w:t xml:space="preserve"> and </w:t>
      </w:r>
      <w:r w:rsidR="002A362C">
        <w:rPr>
          <w:rFonts w:ascii="Arial" w:hAnsi="Arial" w:cs="Arial"/>
        </w:rPr>
        <w:t xml:space="preserve">development a better website. </w:t>
      </w:r>
      <w:r w:rsidR="000B59B0">
        <w:rPr>
          <w:rFonts w:ascii="Arial" w:hAnsi="Arial" w:cs="Arial"/>
        </w:rPr>
        <w:t>How</w:t>
      </w:r>
      <w:r w:rsidR="002A362C">
        <w:rPr>
          <w:rFonts w:ascii="Arial" w:hAnsi="Arial" w:cs="Arial"/>
        </w:rPr>
        <w:t xml:space="preserve"> code </w:t>
      </w:r>
      <w:r w:rsidR="00CF4DFA">
        <w:rPr>
          <w:rFonts w:ascii="Arial" w:hAnsi="Arial" w:cs="Arial"/>
        </w:rPr>
        <w:t xml:space="preserve">is written and how the, for example, meta tags </w:t>
      </w:r>
      <w:r w:rsidR="00CE0BE1">
        <w:rPr>
          <w:rFonts w:ascii="Arial" w:hAnsi="Arial" w:cs="Arial"/>
        </w:rPr>
        <w:t xml:space="preserve">are used defines a better </w:t>
      </w:r>
      <w:r w:rsidR="000B59B0">
        <w:rPr>
          <w:rFonts w:ascii="Arial" w:hAnsi="Arial" w:cs="Arial"/>
        </w:rPr>
        <w:t>relevance</w:t>
      </w:r>
      <w:r w:rsidR="00CE0BE1">
        <w:rPr>
          <w:rFonts w:ascii="Arial" w:hAnsi="Arial" w:cs="Arial"/>
        </w:rPr>
        <w:t xml:space="preserve"> in search engine. </w:t>
      </w:r>
      <w:r w:rsidR="000B59B0">
        <w:rPr>
          <w:rFonts w:ascii="Arial" w:hAnsi="Arial" w:cs="Arial"/>
        </w:rPr>
        <w:t xml:space="preserve">Organized and </w:t>
      </w:r>
      <w:r w:rsidR="00FA51C2">
        <w:rPr>
          <w:rFonts w:ascii="Arial" w:hAnsi="Arial" w:cs="Arial"/>
        </w:rPr>
        <w:t xml:space="preserve">keyworks in text and images make the differential </w:t>
      </w:r>
      <w:r w:rsidR="008F6FE8">
        <w:rPr>
          <w:rFonts w:ascii="Arial" w:hAnsi="Arial" w:cs="Arial"/>
        </w:rPr>
        <w:t xml:space="preserve">as a good accessibility to </w:t>
      </w:r>
      <w:r w:rsidR="001C1B67">
        <w:rPr>
          <w:rFonts w:ascii="Arial" w:hAnsi="Arial" w:cs="Arial"/>
        </w:rPr>
        <w:t>contents, internal and external.</w:t>
      </w:r>
    </w:p>
    <w:p w14:paraId="4C9EA535" w14:textId="77777777" w:rsidR="000B59B0" w:rsidRPr="00610D47" w:rsidRDefault="000B59B0">
      <w:pPr>
        <w:rPr>
          <w:rFonts w:ascii="Arial" w:hAnsi="Arial" w:cs="Arial"/>
        </w:rPr>
      </w:pPr>
    </w:p>
    <w:p w14:paraId="3790DE31" w14:textId="77777777" w:rsidR="009E233F" w:rsidRPr="00610D47" w:rsidRDefault="009E233F">
      <w:pPr>
        <w:rPr>
          <w:rFonts w:ascii="Arial" w:eastAsiaTheme="majorEastAsia" w:hAnsi="Arial" w:cs="Arial"/>
          <w:b/>
          <w:bCs/>
          <w:color w:val="365F91" w:themeColor="accent1" w:themeShade="BF"/>
          <w:sz w:val="28"/>
          <w:szCs w:val="28"/>
        </w:rPr>
      </w:pPr>
      <w:r w:rsidRPr="00610D47">
        <w:rPr>
          <w:rFonts w:ascii="Arial" w:hAnsi="Arial" w:cs="Arial"/>
        </w:rPr>
        <w:br w:type="page"/>
      </w:r>
    </w:p>
    <w:p w14:paraId="712BAF2C" w14:textId="19CCF8B8" w:rsidR="007F343F" w:rsidRDefault="00991B03">
      <w:pPr>
        <w:pStyle w:val="Heading1"/>
        <w:rPr>
          <w:rFonts w:ascii="Arial" w:hAnsi="Arial" w:cs="Arial"/>
        </w:rPr>
      </w:pPr>
      <w:bookmarkStart w:id="20" w:name="_Toc237533416"/>
      <w:r w:rsidRPr="00610D47">
        <w:rPr>
          <w:rFonts w:ascii="Arial" w:hAnsi="Arial" w:cs="Arial"/>
        </w:rPr>
        <w:lastRenderedPageBreak/>
        <w:t>5. Conclusion</w:t>
      </w:r>
      <w:bookmarkEnd w:id="20"/>
    </w:p>
    <w:p w14:paraId="45E324BC" w14:textId="77777777" w:rsidR="001C1B67" w:rsidRPr="001C1B67" w:rsidRDefault="001C1B67" w:rsidP="001C1B67"/>
    <w:p w14:paraId="20AA0A92" w14:textId="77777777" w:rsidR="009E233F" w:rsidRPr="00610D47" w:rsidRDefault="009E233F" w:rsidP="009E233F">
      <w:pPr>
        <w:jc w:val="both"/>
        <w:rPr>
          <w:rFonts w:ascii="Arial" w:hAnsi="Arial" w:cs="Arial"/>
        </w:rPr>
      </w:pPr>
      <w:r w:rsidRPr="00610D47">
        <w:rPr>
          <w:rFonts w:ascii="Arial" w:hAnsi="Arial" w:cs="Arial"/>
        </w:rPr>
        <w:t xml:space="preserve">This assessment had to introduce the HTML language and CSS in practical and professional development. Learning how the structures and navigation of web pages are, it was possible to understand how to build an efficient website. </w:t>
      </w:r>
    </w:p>
    <w:p w14:paraId="2B15F0F0" w14:textId="230EF742" w:rsidR="009E233F" w:rsidRPr="00610D47" w:rsidRDefault="009E233F" w:rsidP="009E233F">
      <w:pPr>
        <w:jc w:val="both"/>
        <w:rPr>
          <w:rFonts w:ascii="Arial" w:hAnsi="Arial" w:cs="Arial"/>
        </w:rPr>
      </w:pPr>
      <w:r w:rsidRPr="00610D47">
        <w:rPr>
          <w:rFonts w:ascii="Arial" w:hAnsi="Arial" w:cs="Arial"/>
        </w:rPr>
        <w:t xml:space="preserve">Using tools to check and validate codes, and understanding the concept of Search Engines Optimization, it was possible to create more professional pages for engines like google or yahoo as to be more user friendly to people. </w:t>
      </w:r>
    </w:p>
    <w:p w14:paraId="04988F29" w14:textId="6BB8D21D" w:rsidR="00C04A4D" w:rsidRPr="00610D47" w:rsidRDefault="00C04A4D" w:rsidP="009E233F">
      <w:pPr>
        <w:jc w:val="both"/>
        <w:rPr>
          <w:rFonts w:ascii="Arial" w:hAnsi="Arial" w:cs="Arial"/>
        </w:rPr>
      </w:pPr>
      <w:r w:rsidRPr="00610D47">
        <w:rPr>
          <w:rFonts w:ascii="Arial" w:hAnsi="Arial" w:cs="Arial"/>
        </w:rPr>
        <w:t xml:space="preserve">To create this website, many factors were considered and the option to choose this theme was the necessity of creating something that could join the facility of layout as google with the functionality of ecommerce. </w:t>
      </w:r>
    </w:p>
    <w:p w14:paraId="5B810346" w14:textId="7BB5A085" w:rsidR="00C04A4D" w:rsidRPr="00610D47" w:rsidRDefault="00C04A4D" w:rsidP="009E233F">
      <w:pPr>
        <w:jc w:val="both"/>
        <w:rPr>
          <w:rFonts w:ascii="Arial" w:hAnsi="Arial" w:cs="Arial"/>
        </w:rPr>
      </w:pPr>
      <w:r w:rsidRPr="00610D47">
        <w:rPr>
          <w:rFonts w:ascii="Arial" w:hAnsi="Arial" w:cs="Arial"/>
        </w:rPr>
        <w:t xml:space="preserve">Outthought the simplicity of it was created and the style of webpages it was possible to study all aspects of classes of this module. </w:t>
      </w:r>
    </w:p>
    <w:p w14:paraId="707C6933" w14:textId="77777777" w:rsidR="00C04A4D" w:rsidRPr="00610D47" w:rsidRDefault="00C04A4D" w:rsidP="009E233F">
      <w:pPr>
        <w:jc w:val="both"/>
        <w:rPr>
          <w:rFonts w:ascii="Arial" w:hAnsi="Arial" w:cs="Arial"/>
        </w:rPr>
      </w:pPr>
    </w:p>
    <w:p w14:paraId="6B414221" w14:textId="2BDF2833" w:rsidR="009E233F" w:rsidRPr="00610D47" w:rsidRDefault="009E233F" w:rsidP="009E233F">
      <w:pPr>
        <w:jc w:val="both"/>
        <w:rPr>
          <w:rFonts w:ascii="Arial" w:eastAsiaTheme="majorEastAsia" w:hAnsi="Arial" w:cs="Arial"/>
          <w:b/>
          <w:bCs/>
          <w:color w:val="365F91" w:themeColor="accent1" w:themeShade="BF"/>
          <w:sz w:val="28"/>
          <w:szCs w:val="28"/>
        </w:rPr>
      </w:pPr>
      <w:r w:rsidRPr="00610D47">
        <w:rPr>
          <w:rFonts w:ascii="Arial" w:hAnsi="Arial" w:cs="Arial"/>
        </w:rPr>
        <w:br w:type="page"/>
      </w:r>
    </w:p>
    <w:p w14:paraId="021A120A" w14:textId="4A34EBA7" w:rsidR="007F343F" w:rsidRPr="00610D47" w:rsidRDefault="00991B03">
      <w:pPr>
        <w:pStyle w:val="Heading1"/>
        <w:rPr>
          <w:rFonts w:ascii="Arial" w:hAnsi="Arial" w:cs="Arial"/>
        </w:rPr>
      </w:pPr>
      <w:bookmarkStart w:id="21" w:name="_Toc237533417"/>
      <w:r w:rsidRPr="00610D47">
        <w:rPr>
          <w:rFonts w:ascii="Arial" w:hAnsi="Arial" w:cs="Arial"/>
        </w:rPr>
        <w:lastRenderedPageBreak/>
        <w:t>6. References (IEEE Format)</w:t>
      </w:r>
      <w:bookmarkEnd w:id="21"/>
    </w:p>
    <w:sdt>
      <w:sdtPr>
        <w:rPr>
          <w:rFonts w:ascii="Arial" w:eastAsiaTheme="minorEastAsia" w:hAnsi="Arial" w:cs="Arial"/>
          <w:b w:val="0"/>
          <w:bCs w:val="0"/>
          <w:color w:val="auto"/>
          <w:sz w:val="22"/>
          <w:szCs w:val="22"/>
          <w:lang w:val="pt-BR"/>
        </w:rPr>
        <w:id w:val="-115680444"/>
        <w:docPartObj>
          <w:docPartGallery w:val="Bibliographies"/>
          <w:docPartUnique/>
        </w:docPartObj>
      </w:sdtPr>
      <w:sdtEndPr>
        <w:rPr>
          <w:lang w:val="en-US"/>
        </w:rPr>
      </w:sdtEndPr>
      <w:sdtContent>
        <w:p w14:paraId="1333F0B1" w14:textId="0DA459D5" w:rsidR="0063327C" w:rsidRPr="00610D47" w:rsidRDefault="0063327C">
          <w:pPr>
            <w:pStyle w:val="Heading1"/>
            <w:rPr>
              <w:rFonts w:ascii="Arial" w:hAnsi="Arial" w:cs="Arial"/>
            </w:rPr>
          </w:pPr>
        </w:p>
        <w:sdt>
          <w:sdtPr>
            <w:rPr>
              <w:rFonts w:ascii="Arial" w:hAnsi="Arial" w:cs="Arial"/>
            </w:rPr>
            <w:id w:val="111145805"/>
            <w:bibliography/>
          </w:sdtPr>
          <w:sdtEndPr/>
          <w:sdtContent>
            <w:p w14:paraId="46EC7B75" w14:textId="77777777" w:rsidR="008F4B2B" w:rsidRPr="00610D47" w:rsidRDefault="0063327C">
              <w:pPr>
                <w:rPr>
                  <w:rFonts w:ascii="Arial" w:hAnsi="Arial" w:cs="Arial"/>
                  <w:noProof/>
                </w:rPr>
              </w:pPr>
              <w:r w:rsidRPr="00610D47">
                <w:rPr>
                  <w:rFonts w:ascii="Arial" w:hAnsi="Arial" w:cs="Arial"/>
                </w:rPr>
                <w:fldChar w:fldCharType="begin"/>
              </w:r>
              <w:r w:rsidRPr="00610D47">
                <w:rPr>
                  <w:rFonts w:ascii="Arial" w:hAnsi="Arial" w:cs="Arial"/>
                </w:rPr>
                <w:instrText>BIBLIOGRAPHY</w:instrText>
              </w:r>
              <w:r w:rsidRPr="00610D47">
                <w:rPr>
                  <w:rFonts w:ascii="Arial" w:hAnsi="Arial" w:cs="Arial"/>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073"/>
              </w:tblGrid>
              <w:tr w:rsidR="008F4B2B" w:rsidRPr="00610D47" w14:paraId="60B34B48" w14:textId="77777777" w:rsidTr="008F4B2B">
                <w:trPr>
                  <w:divId w:val="688488186"/>
                  <w:tblCellSpacing w:w="15" w:type="dxa"/>
                </w:trPr>
                <w:tc>
                  <w:tcPr>
                    <w:tcW w:w="302" w:type="pct"/>
                    <w:hideMark/>
                  </w:tcPr>
                  <w:p w14:paraId="6A6C8EEF" w14:textId="44A9F36D" w:rsidR="008F4B2B" w:rsidRPr="00610D47" w:rsidRDefault="008F4B2B">
                    <w:pPr>
                      <w:pStyle w:val="Bibliography"/>
                      <w:rPr>
                        <w:rFonts w:ascii="Arial" w:hAnsi="Arial" w:cs="Arial"/>
                        <w:noProof/>
                        <w:sz w:val="24"/>
                        <w:szCs w:val="24"/>
                      </w:rPr>
                    </w:pPr>
                    <w:r w:rsidRPr="00610D47">
                      <w:rPr>
                        <w:rFonts w:ascii="Arial" w:hAnsi="Arial" w:cs="Arial"/>
                        <w:noProof/>
                      </w:rPr>
                      <w:t xml:space="preserve">[1] </w:t>
                    </w:r>
                  </w:p>
                </w:tc>
                <w:tc>
                  <w:tcPr>
                    <w:tcW w:w="4646" w:type="pct"/>
                    <w:hideMark/>
                  </w:tcPr>
                  <w:p w14:paraId="61B465D3" w14:textId="77777777" w:rsidR="008F4B2B" w:rsidRPr="00610D47" w:rsidRDefault="008F4B2B">
                    <w:pPr>
                      <w:pStyle w:val="Bibliography"/>
                      <w:rPr>
                        <w:rFonts w:ascii="Arial" w:hAnsi="Arial" w:cs="Arial"/>
                        <w:noProof/>
                      </w:rPr>
                    </w:pPr>
                    <w:r w:rsidRPr="00610D47">
                      <w:rPr>
                        <w:rFonts w:ascii="Arial" w:hAnsi="Arial" w:cs="Arial"/>
                        <w:noProof/>
                        <w:lang w:val="pt-BR"/>
                      </w:rPr>
                      <w:t xml:space="preserve">A. Hanashiro, "treinaweb," treinaweb, 2021. [Online]. </w:t>
                    </w:r>
                    <w:r w:rsidRPr="00610D47">
                      <w:rPr>
                        <w:rFonts w:ascii="Arial" w:hAnsi="Arial" w:cs="Arial"/>
                        <w:noProof/>
                      </w:rPr>
                      <w:t>Available: https://www.treinaweb.com.br/blog/vs-code-o-que-e-e-por-que-voce-deve-usar. [Accessed 10 07 2026].</w:t>
                    </w:r>
                  </w:p>
                </w:tc>
              </w:tr>
              <w:tr w:rsidR="008F4B2B" w:rsidRPr="00610D47" w14:paraId="1C62C683" w14:textId="77777777" w:rsidTr="008F4B2B">
                <w:trPr>
                  <w:divId w:val="688488186"/>
                  <w:tblCellSpacing w:w="15" w:type="dxa"/>
                </w:trPr>
                <w:tc>
                  <w:tcPr>
                    <w:tcW w:w="302" w:type="pct"/>
                    <w:hideMark/>
                  </w:tcPr>
                  <w:p w14:paraId="595BFE1E" w14:textId="77777777" w:rsidR="008F4B2B" w:rsidRPr="00610D47" w:rsidRDefault="008F4B2B">
                    <w:pPr>
                      <w:pStyle w:val="Bibliography"/>
                      <w:rPr>
                        <w:rFonts w:ascii="Arial" w:hAnsi="Arial" w:cs="Arial"/>
                        <w:noProof/>
                      </w:rPr>
                    </w:pPr>
                    <w:r w:rsidRPr="00610D47">
                      <w:rPr>
                        <w:rFonts w:ascii="Arial" w:hAnsi="Arial" w:cs="Arial"/>
                        <w:noProof/>
                      </w:rPr>
                      <w:t xml:space="preserve">[2] </w:t>
                    </w:r>
                  </w:p>
                </w:tc>
                <w:tc>
                  <w:tcPr>
                    <w:tcW w:w="4646" w:type="pct"/>
                    <w:hideMark/>
                  </w:tcPr>
                  <w:p w14:paraId="3930B37E" w14:textId="77777777" w:rsidR="008F4B2B" w:rsidRPr="00610D47" w:rsidRDefault="008F4B2B">
                    <w:pPr>
                      <w:pStyle w:val="Bibliography"/>
                      <w:rPr>
                        <w:rFonts w:ascii="Arial" w:hAnsi="Arial" w:cs="Arial"/>
                        <w:noProof/>
                      </w:rPr>
                    </w:pPr>
                    <w:r w:rsidRPr="00610D47">
                      <w:rPr>
                        <w:rFonts w:ascii="Arial" w:hAnsi="Arial" w:cs="Arial"/>
                        <w:noProof/>
                      </w:rPr>
                      <w:t>Google, "developers.google.com," Google, [Online]. Available: https://developers.google.com/search/docs/fundamentals/seo-starter-guide. [Accessed 07 2026].</w:t>
                    </w:r>
                  </w:p>
                </w:tc>
              </w:tr>
              <w:tr w:rsidR="008F4B2B" w:rsidRPr="00610D47" w14:paraId="7B0CFB35" w14:textId="77777777" w:rsidTr="008F4B2B">
                <w:trPr>
                  <w:divId w:val="688488186"/>
                  <w:tblCellSpacing w:w="15" w:type="dxa"/>
                </w:trPr>
                <w:tc>
                  <w:tcPr>
                    <w:tcW w:w="302" w:type="pct"/>
                    <w:hideMark/>
                  </w:tcPr>
                  <w:p w14:paraId="14664BFC" w14:textId="77777777" w:rsidR="008F4B2B" w:rsidRPr="00610D47" w:rsidRDefault="008F4B2B">
                    <w:pPr>
                      <w:pStyle w:val="Bibliography"/>
                      <w:rPr>
                        <w:rFonts w:ascii="Arial" w:hAnsi="Arial" w:cs="Arial"/>
                        <w:noProof/>
                      </w:rPr>
                    </w:pPr>
                    <w:r w:rsidRPr="00610D47">
                      <w:rPr>
                        <w:rFonts w:ascii="Arial" w:hAnsi="Arial" w:cs="Arial"/>
                        <w:noProof/>
                      </w:rPr>
                      <w:t xml:space="preserve">[3] </w:t>
                    </w:r>
                  </w:p>
                </w:tc>
                <w:tc>
                  <w:tcPr>
                    <w:tcW w:w="4646" w:type="pct"/>
                    <w:hideMark/>
                  </w:tcPr>
                  <w:p w14:paraId="337DC575" w14:textId="77777777" w:rsidR="008F4B2B" w:rsidRPr="00610D47" w:rsidRDefault="008F4B2B">
                    <w:pPr>
                      <w:pStyle w:val="Bibliography"/>
                      <w:rPr>
                        <w:rFonts w:ascii="Arial" w:hAnsi="Arial" w:cs="Arial"/>
                        <w:noProof/>
                      </w:rPr>
                    </w:pPr>
                    <w:r w:rsidRPr="00610D47">
                      <w:rPr>
                        <w:rFonts w:ascii="Arial" w:hAnsi="Arial" w:cs="Arial"/>
                        <w:noProof/>
                      </w:rPr>
                      <w:t>G. Kowalewski, "https://www.expre.co.uk/," expre.co.uk, 18 11 2025. [Online]. Available: https://www.expre.co.uk/how-to-evaluate-a-website/. [Accessed 10 07 2026].</w:t>
                    </w:r>
                  </w:p>
                </w:tc>
              </w:tr>
              <w:tr w:rsidR="008F4B2B" w:rsidRPr="00610D47" w14:paraId="6762817A" w14:textId="77777777" w:rsidTr="008F4B2B">
                <w:trPr>
                  <w:divId w:val="688488186"/>
                  <w:tblCellSpacing w:w="15" w:type="dxa"/>
                </w:trPr>
                <w:tc>
                  <w:tcPr>
                    <w:tcW w:w="302" w:type="pct"/>
                    <w:hideMark/>
                  </w:tcPr>
                  <w:p w14:paraId="3C0E1B10" w14:textId="77777777" w:rsidR="008F4B2B" w:rsidRPr="00610D47" w:rsidRDefault="008F4B2B">
                    <w:pPr>
                      <w:pStyle w:val="Bibliography"/>
                      <w:rPr>
                        <w:rFonts w:ascii="Arial" w:hAnsi="Arial" w:cs="Arial"/>
                        <w:noProof/>
                      </w:rPr>
                    </w:pPr>
                    <w:r w:rsidRPr="00610D47">
                      <w:rPr>
                        <w:rFonts w:ascii="Arial" w:hAnsi="Arial" w:cs="Arial"/>
                        <w:noProof/>
                      </w:rPr>
                      <w:t xml:space="preserve">[4] </w:t>
                    </w:r>
                  </w:p>
                </w:tc>
                <w:tc>
                  <w:tcPr>
                    <w:tcW w:w="4646" w:type="pct"/>
                    <w:hideMark/>
                  </w:tcPr>
                  <w:p w14:paraId="04310391" w14:textId="77777777" w:rsidR="008F4B2B" w:rsidRPr="00610D47" w:rsidRDefault="008F4B2B">
                    <w:pPr>
                      <w:pStyle w:val="Bibliography"/>
                      <w:rPr>
                        <w:rFonts w:ascii="Arial" w:hAnsi="Arial" w:cs="Arial"/>
                        <w:noProof/>
                      </w:rPr>
                    </w:pPr>
                    <w:r w:rsidRPr="00610D47">
                      <w:rPr>
                        <w:rFonts w:ascii="Arial" w:hAnsi="Arial" w:cs="Arial"/>
                        <w:noProof/>
                      </w:rPr>
                      <w:t>A. Lindley, "semrush.com," semrush, 05 01 2026. [Online]. Available: https://www.semrush.com/blog/xml-sitemap/?g_acctid=152-012-3634&amp;g_adid=676232816874&amp;g_adgroupid=149553966170&amp;g_network=g&amp;g_adtype=search&amp;g_keyword=&amp;g_keywordid=dsa-2185834088336&amp;g_campaignid=18352326857&amp;g_campaign=UK_SRCH_DSA_Blog_EN&amp;kw=&amp;cmp=UK_SRCH_DSA_B. [Accessed 20026 08 10].</w:t>
                    </w:r>
                  </w:p>
                </w:tc>
              </w:tr>
            </w:tbl>
            <w:p w14:paraId="490E212D" w14:textId="77777777" w:rsidR="008F4B2B" w:rsidRPr="00610D47" w:rsidRDefault="008F4B2B">
              <w:pPr>
                <w:divId w:val="688488186"/>
                <w:rPr>
                  <w:rFonts w:ascii="Arial" w:eastAsia="Times New Roman" w:hAnsi="Arial" w:cs="Arial"/>
                  <w:noProof/>
                </w:rPr>
              </w:pPr>
            </w:p>
            <w:p w14:paraId="4AA57158" w14:textId="164ACCB6" w:rsidR="0063327C" w:rsidRPr="00610D47" w:rsidRDefault="0063327C">
              <w:pPr>
                <w:rPr>
                  <w:rFonts w:ascii="Arial" w:hAnsi="Arial" w:cs="Arial"/>
                </w:rPr>
              </w:pPr>
              <w:r w:rsidRPr="00610D47">
                <w:rPr>
                  <w:rFonts w:ascii="Arial" w:hAnsi="Arial" w:cs="Arial"/>
                  <w:b/>
                  <w:bCs/>
                </w:rPr>
                <w:fldChar w:fldCharType="end"/>
              </w:r>
            </w:p>
          </w:sdtContent>
        </w:sdt>
      </w:sdtContent>
    </w:sdt>
    <w:p w14:paraId="3D32B9E3" w14:textId="03127EAF" w:rsidR="007F343F" w:rsidRPr="00610D47" w:rsidRDefault="00991B03">
      <w:pPr>
        <w:rPr>
          <w:rFonts w:ascii="Arial" w:hAnsi="Arial" w:cs="Arial"/>
        </w:rPr>
      </w:pPr>
      <w:r w:rsidRPr="00610D47">
        <w:rPr>
          <w:rFonts w:ascii="Arial" w:hAnsi="Arial" w:cs="Arial"/>
        </w:rPr>
        <w:br/>
      </w:r>
    </w:p>
    <w:p w14:paraId="5E121268" w14:textId="77777777" w:rsidR="007F343F" w:rsidRPr="00610D47" w:rsidRDefault="00991B03">
      <w:pPr>
        <w:pStyle w:val="Heading1"/>
        <w:rPr>
          <w:rFonts w:ascii="Arial" w:hAnsi="Arial" w:cs="Arial"/>
        </w:rPr>
      </w:pPr>
      <w:bookmarkStart w:id="22" w:name="_Toc237533418"/>
      <w:r w:rsidRPr="00610D47">
        <w:rPr>
          <w:rFonts w:ascii="Arial" w:hAnsi="Arial" w:cs="Arial"/>
        </w:rPr>
        <w:t>7. Appendices</w:t>
      </w:r>
      <w:bookmarkEnd w:id="22"/>
    </w:p>
    <w:p w14:paraId="247D0768" w14:textId="77777777" w:rsidR="0063327C" w:rsidRPr="00610D47" w:rsidRDefault="0063327C" w:rsidP="0063327C">
      <w:pPr>
        <w:rPr>
          <w:rFonts w:ascii="Arial" w:hAnsi="Arial" w:cs="Arial"/>
        </w:rPr>
      </w:pPr>
    </w:p>
    <w:tbl>
      <w:tblPr>
        <w:tblStyle w:val="TableGrid"/>
        <w:tblW w:w="0" w:type="auto"/>
        <w:tblLook w:val="04A0" w:firstRow="1" w:lastRow="0" w:firstColumn="1" w:lastColumn="0" w:noHBand="0" w:noVBand="1"/>
      </w:tblPr>
      <w:tblGrid>
        <w:gridCol w:w="8630"/>
      </w:tblGrid>
      <w:tr w:rsidR="009C251B" w14:paraId="0063EAD7" w14:textId="77777777" w:rsidTr="009C251B">
        <w:tc>
          <w:tcPr>
            <w:tcW w:w="8630" w:type="dxa"/>
          </w:tcPr>
          <w:p w14:paraId="2D4B0865" w14:textId="06689F65" w:rsidR="009C251B" w:rsidRDefault="00335A8B" w:rsidP="00335A8B">
            <w:pPr>
              <w:jc w:val="center"/>
              <w:rPr>
                <w:rFonts w:ascii="Arial" w:hAnsi="Arial" w:cs="Arial"/>
              </w:rPr>
            </w:pPr>
            <w:r>
              <w:rPr>
                <w:rFonts w:ascii="Arial" w:hAnsi="Arial" w:cs="Arial"/>
              </w:rPr>
              <w:t>i</w:t>
            </w:r>
            <w:r w:rsidR="009C251B">
              <w:rPr>
                <w:rFonts w:ascii="Arial" w:hAnsi="Arial" w:cs="Arial"/>
              </w:rPr>
              <w:t>ndex.html</w:t>
            </w:r>
          </w:p>
          <w:p w14:paraId="4194B155" w14:textId="57392AB0" w:rsidR="00335A8B" w:rsidRDefault="00335A8B">
            <w:pPr>
              <w:rPr>
                <w:rFonts w:ascii="Arial" w:hAnsi="Arial" w:cs="Arial"/>
              </w:rPr>
            </w:pPr>
          </w:p>
        </w:tc>
      </w:tr>
      <w:tr w:rsidR="009C251B" w14:paraId="4DCA7BF5" w14:textId="77777777" w:rsidTr="009C251B">
        <w:tc>
          <w:tcPr>
            <w:tcW w:w="8630" w:type="dxa"/>
          </w:tcPr>
          <w:p w14:paraId="6F6E0128" w14:textId="77777777" w:rsidR="009C251B" w:rsidRPr="009C251B" w:rsidRDefault="009C251B" w:rsidP="009C251B">
            <w:pPr>
              <w:rPr>
                <w:rFonts w:ascii="Arial" w:hAnsi="Arial" w:cs="Arial"/>
                <w:lang w:val="en-GB"/>
              </w:rPr>
            </w:pPr>
            <w:r w:rsidRPr="009C251B">
              <w:rPr>
                <w:rFonts w:ascii="Arial" w:hAnsi="Arial" w:cs="Arial"/>
                <w:lang w:val="en-GB"/>
              </w:rPr>
              <w:t xml:space="preserve">&lt;!DOCTYPE html&gt; </w:t>
            </w:r>
          </w:p>
          <w:p w14:paraId="6A2F5BE2" w14:textId="77777777" w:rsidR="009C251B" w:rsidRPr="009C251B" w:rsidRDefault="009C251B" w:rsidP="009C251B">
            <w:pPr>
              <w:rPr>
                <w:rFonts w:ascii="Arial" w:hAnsi="Arial" w:cs="Arial"/>
                <w:lang w:val="en-GB"/>
              </w:rPr>
            </w:pPr>
          </w:p>
          <w:p w14:paraId="35E4CCC9" w14:textId="77777777" w:rsidR="009C251B" w:rsidRPr="009C251B" w:rsidRDefault="009C251B" w:rsidP="009C251B">
            <w:pPr>
              <w:rPr>
                <w:rFonts w:ascii="Arial" w:hAnsi="Arial" w:cs="Arial"/>
                <w:lang w:val="en-GB"/>
              </w:rPr>
            </w:pPr>
            <w:r w:rsidRPr="009C251B">
              <w:rPr>
                <w:rFonts w:ascii="Arial" w:hAnsi="Arial" w:cs="Arial"/>
                <w:lang w:val="en-GB"/>
              </w:rPr>
              <w:t>&lt;html lang="en"&gt;</w:t>
            </w:r>
          </w:p>
          <w:p w14:paraId="25911323" w14:textId="77777777" w:rsidR="009C251B" w:rsidRPr="009C251B" w:rsidRDefault="009C251B" w:rsidP="009C251B">
            <w:pPr>
              <w:rPr>
                <w:rFonts w:ascii="Arial" w:hAnsi="Arial" w:cs="Arial"/>
                <w:lang w:val="en-GB"/>
              </w:rPr>
            </w:pPr>
            <w:r w:rsidRPr="009C251B">
              <w:rPr>
                <w:rFonts w:ascii="Arial" w:hAnsi="Arial" w:cs="Arial"/>
                <w:lang w:val="en-GB"/>
              </w:rPr>
              <w:t>        &lt;head&gt;</w:t>
            </w:r>
          </w:p>
          <w:p w14:paraId="4997F091" w14:textId="77777777" w:rsidR="009C251B" w:rsidRPr="009C251B" w:rsidRDefault="009C251B" w:rsidP="009C251B">
            <w:pPr>
              <w:rPr>
                <w:rFonts w:ascii="Arial" w:hAnsi="Arial" w:cs="Arial"/>
                <w:lang w:val="en-GB"/>
              </w:rPr>
            </w:pPr>
            <w:r w:rsidRPr="009C251B">
              <w:rPr>
                <w:rFonts w:ascii="Arial" w:hAnsi="Arial" w:cs="Arial"/>
                <w:lang w:val="en-GB"/>
              </w:rPr>
              <w:t>                &lt;meta charset="UTF-8"&gt;</w:t>
            </w:r>
          </w:p>
          <w:p w14:paraId="64F4D61F" w14:textId="77777777" w:rsidR="009C251B" w:rsidRPr="009C251B" w:rsidRDefault="009C251B" w:rsidP="009C251B">
            <w:pPr>
              <w:rPr>
                <w:rFonts w:ascii="Arial" w:hAnsi="Arial" w:cs="Arial"/>
                <w:lang w:val="en-GB"/>
              </w:rPr>
            </w:pPr>
            <w:r w:rsidRPr="009C251B">
              <w:rPr>
                <w:rFonts w:ascii="Arial" w:hAnsi="Arial" w:cs="Arial"/>
                <w:lang w:val="en-GB"/>
              </w:rPr>
              <w:t xml:space="preserve">                &lt;meta name="robots" content="noindex,nofollow"&gt; &lt;!-- meta tag for search --&gt; </w:t>
            </w:r>
          </w:p>
          <w:p w14:paraId="1FC74F3C" w14:textId="77777777" w:rsidR="009C251B" w:rsidRPr="009C251B" w:rsidRDefault="009C251B" w:rsidP="009C251B">
            <w:pPr>
              <w:rPr>
                <w:rFonts w:ascii="Arial" w:hAnsi="Arial" w:cs="Arial"/>
                <w:lang w:val="en-GB"/>
              </w:rPr>
            </w:pPr>
            <w:r w:rsidRPr="009C251B">
              <w:rPr>
                <w:rFonts w:ascii="Arial" w:hAnsi="Arial" w:cs="Arial"/>
                <w:lang w:val="en-GB"/>
              </w:rPr>
              <w:t>                &lt;meta name="description" content="Easy to use E-Store"&gt;</w:t>
            </w:r>
          </w:p>
          <w:p w14:paraId="3C3780D2" w14:textId="77777777" w:rsidR="009C251B" w:rsidRPr="009C251B" w:rsidRDefault="009C251B" w:rsidP="009C251B">
            <w:pPr>
              <w:rPr>
                <w:rFonts w:ascii="Arial" w:hAnsi="Arial" w:cs="Arial"/>
                <w:lang w:val="en-GB"/>
              </w:rPr>
            </w:pPr>
            <w:r w:rsidRPr="009C251B">
              <w:rPr>
                <w:rFonts w:ascii="Arial" w:hAnsi="Arial" w:cs="Arial"/>
                <w:lang w:val="en-GB"/>
              </w:rPr>
              <w:lastRenderedPageBreak/>
              <w:t>                &lt;!--&lt;meta name="viewport" content="width=device-width, initial-scale=1"&gt; --&gt;&lt;!-- bootstrap for mobile*/ --&gt;</w:t>
            </w:r>
          </w:p>
          <w:p w14:paraId="3855D1D4" w14:textId="77777777" w:rsidR="009C251B" w:rsidRPr="009C251B" w:rsidRDefault="009C251B" w:rsidP="009C251B">
            <w:pPr>
              <w:rPr>
                <w:rFonts w:ascii="Arial" w:hAnsi="Arial" w:cs="Arial"/>
                <w:lang w:val="en-GB"/>
              </w:rPr>
            </w:pPr>
            <w:r w:rsidRPr="009C251B">
              <w:rPr>
                <w:rFonts w:ascii="Arial" w:hAnsi="Arial" w:cs="Arial"/>
                <w:lang w:val="en-GB"/>
              </w:rPr>
              <w:t>                &lt;link rel="stylesheet" href="./pallet.css"&gt;</w:t>
            </w:r>
          </w:p>
          <w:p w14:paraId="4F5F8E2D" w14:textId="77777777" w:rsidR="009C251B" w:rsidRPr="009C251B" w:rsidRDefault="009C251B" w:rsidP="009C251B">
            <w:pPr>
              <w:rPr>
                <w:rFonts w:ascii="Arial" w:hAnsi="Arial" w:cs="Arial"/>
                <w:lang w:val="en-GB"/>
              </w:rPr>
            </w:pPr>
            <w:r w:rsidRPr="009C251B">
              <w:rPr>
                <w:rFonts w:ascii="Arial" w:hAnsi="Arial" w:cs="Arial"/>
                <w:lang w:val="en-GB"/>
              </w:rPr>
              <w:t>                &lt;link href="https://cdn.jsdelivr.net/npm/bootstrap@5.3.8/dist/css/bootstrap.min.css" rel="stylesheet" integrity="sha384-sRIl4kxILFvY47J16cr9ZwB07vP4J8+LH7qKQnuqkuIAvNWLzeN8tE5YBujZqJLB" crossorigin="anonymous"&gt;</w:t>
            </w:r>
          </w:p>
          <w:p w14:paraId="1FDE3E39" w14:textId="77777777" w:rsidR="009C251B" w:rsidRPr="009C251B" w:rsidRDefault="009C251B" w:rsidP="009C251B">
            <w:pPr>
              <w:rPr>
                <w:rFonts w:ascii="Arial" w:hAnsi="Arial" w:cs="Arial"/>
                <w:lang w:val="en-GB"/>
              </w:rPr>
            </w:pPr>
            <w:r w:rsidRPr="009C251B">
              <w:rPr>
                <w:rFonts w:ascii="Arial" w:hAnsi="Arial" w:cs="Arial"/>
                <w:lang w:val="en-GB"/>
              </w:rPr>
              <w:t xml:space="preserve">        </w:t>
            </w:r>
          </w:p>
          <w:p w14:paraId="2C05DD6F" w14:textId="77777777" w:rsidR="009C251B" w:rsidRPr="009C251B" w:rsidRDefault="009C251B" w:rsidP="009C251B">
            <w:pPr>
              <w:rPr>
                <w:rFonts w:ascii="Arial" w:hAnsi="Arial" w:cs="Arial"/>
                <w:lang w:val="en-GB"/>
              </w:rPr>
            </w:pPr>
            <w:r w:rsidRPr="009C251B">
              <w:rPr>
                <w:rFonts w:ascii="Arial" w:hAnsi="Arial" w:cs="Arial"/>
                <w:lang w:val="en-GB"/>
              </w:rPr>
              <w:t>                &lt;title&gt;Estore - your local shop&lt;/title&gt;</w:t>
            </w:r>
          </w:p>
          <w:p w14:paraId="780CC529" w14:textId="77777777" w:rsidR="009C251B" w:rsidRPr="009C251B" w:rsidRDefault="009C251B" w:rsidP="009C251B">
            <w:pPr>
              <w:rPr>
                <w:rFonts w:ascii="Arial" w:hAnsi="Arial" w:cs="Arial"/>
                <w:lang w:val="en-GB"/>
              </w:rPr>
            </w:pPr>
            <w:r w:rsidRPr="009C251B">
              <w:rPr>
                <w:rFonts w:ascii="Arial" w:hAnsi="Arial" w:cs="Arial"/>
                <w:lang w:val="en-GB"/>
              </w:rPr>
              <w:t xml:space="preserve">                </w:t>
            </w:r>
          </w:p>
          <w:p w14:paraId="1CF4ADEF" w14:textId="77777777" w:rsidR="009C251B" w:rsidRPr="009C251B" w:rsidRDefault="009C251B" w:rsidP="009C251B">
            <w:pPr>
              <w:rPr>
                <w:rFonts w:ascii="Arial" w:hAnsi="Arial" w:cs="Arial"/>
                <w:lang w:val="en-GB"/>
              </w:rPr>
            </w:pPr>
            <w:r w:rsidRPr="009C251B">
              <w:rPr>
                <w:rFonts w:ascii="Arial" w:hAnsi="Arial" w:cs="Arial"/>
                <w:lang w:val="en-GB"/>
              </w:rPr>
              <w:t>        &lt;/head&gt;</w:t>
            </w:r>
          </w:p>
          <w:p w14:paraId="71C15CFF" w14:textId="77777777" w:rsidR="009C251B" w:rsidRPr="009C251B" w:rsidRDefault="009C251B" w:rsidP="009C251B">
            <w:pPr>
              <w:rPr>
                <w:rFonts w:ascii="Arial" w:hAnsi="Arial" w:cs="Arial"/>
                <w:lang w:val="en-GB"/>
              </w:rPr>
            </w:pPr>
          </w:p>
          <w:p w14:paraId="2219A52A" w14:textId="77777777" w:rsidR="009C251B" w:rsidRPr="009C251B" w:rsidRDefault="009C251B" w:rsidP="009C251B">
            <w:pPr>
              <w:rPr>
                <w:rFonts w:ascii="Arial" w:hAnsi="Arial" w:cs="Arial"/>
                <w:lang w:val="en-GB"/>
              </w:rPr>
            </w:pPr>
            <w:r w:rsidRPr="009C251B">
              <w:rPr>
                <w:rFonts w:ascii="Arial" w:hAnsi="Arial" w:cs="Arial"/>
                <w:lang w:val="en-GB"/>
              </w:rPr>
              <w:t xml:space="preserve">  </w:t>
            </w:r>
          </w:p>
          <w:p w14:paraId="4CE1FFEB" w14:textId="77777777" w:rsidR="009C251B" w:rsidRPr="009C251B" w:rsidRDefault="009C251B" w:rsidP="009C251B">
            <w:pPr>
              <w:rPr>
                <w:rFonts w:ascii="Arial" w:hAnsi="Arial" w:cs="Arial"/>
                <w:lang w:val="en-GB"/>
              </w:rPr>
            </w:pPr>
          </w:p>
          <w:p w14:paraId="1523B50A" w14:textId="77777777" w:rsidR="009C251B" w:rsidRPr="009C251B" w:rsidRDefault="009C251B" w:rsidP="009C251B">
            <w:pPr>
              <w:rPr>
                <w:rFonts w:ascii="Arial" w:hAnsi="Arial" w:cs="Arial"/>
                <w:lang w:val="en-GB"/>
              </w:rPr>
            </w:pPr>
            <w:r w:rsidRPr="009C251B">
              <w:rPr>
                <w:rFonts w:ascii="Arial" w:hAnsi="Arial" w:cs="Arial"/>
                <w:lang w:val="en-GB"/>
              </w:rPr>
              <w:t>    &lt;center&gt;</w:t>
            </w:r>
          </w:p>
          <w:p w14:paraId="15E4EBDF" w14:textId="77777777" w:rsidR="009C251B" w:rsidRPr="009C251B" w:rsidRDefault="009C251B" w:rsidP="009C251B">
            <w:pPr>
              <w:rPr>
                <w:rFonts w:ascii="Arial" w:hAnsi="Arial" w:cs="Arial"/>
                <w:lang w:val="en-GB"/>
              </w:rPr>
            </w:pPr>
            <w:r w:rsidRPr="009C251B">
              <w:rPr>
                <w:rFonts w:ascii="Arial" w:hAnsi="Arial" w:cs="Arial"/>
                <w:lang w:val="en-GB"/>
              </w:rPr>
              <w:t>    &lt;table&gt;</w:t>
            </w:r>
          </w:p>
          <w:p w14:paraId="0A397613" w14:textId="77777777" w:rsidR="009C251B" w:rsidRPr="009C251B" w:rsidRDefault="009C251B" w:rsidP="009C251B">
            <w:pPr>
              <w:rPr>
                <w:rFonts w:ascii="Arial" w:hAnsi="Arial" w:cs="Arial"/>
                <w:lang w:val="en-GB"/>
              </w:rPr>
            </w:pPr>
            <w:r w:rsidRPr="009C251B">
              <w:rPr>
                <w:rFonts w:ascii="Arial" w:hAnsi="Arial" w:cs="Arial"/>
                <w:lang w:val="en-GB"/>
              </w:rPr>
              <w:t>        &lt;tr&gt;</w:t>
            </w:r>
          </w:p>
          <w:p w14:paraId="597362E2" w14:textId="77777777" w:rsidR="009C251B" w:rsidRPr="009C251B" w:rsidRDefault="009C251B" w:rsidP="009C251B">
            <w:pPr>
              <w:rPr>
                <w:rFonts w:ascii="Arial" w:hAnsi="Arial" w:cs="Arial"/>
                <w:lang w:val="en-GB"/>
              </w:rPr>
            </w:pPr>
            <w:r w:rsidRPr="009C251B">
              <w:rPr>
                <w:rFonts w:ascii="Arial" w:hAnsi="Arial" w:cs="Arial"/>
                <w:lang w:val="en-GB"/>
              </w:rPr>
              <w:t>            &lt;td&gt;</w:t>
            </w:r>
          </w:p>
          <w:p w14:paraId="3AA569D8" w14:textId="77777777" w:rsidR="009C251B" w:rsidRPr="009C251B" w:rsidRDefault="009C251B" w:rsidP="009C251B">
            <w:pPr>
              <w:rPr>
                <w:rFonts w:ascii="Arial" w:hAnsi="Arial" w:cs="Arial"/>
                <w:lang w:val="en-GB"/>
              </w:rPr>
            </w:pPr>
            <w:r w:rsidRPr="009C251B">
              <w:rPr>
                <w:rFonts w:ascii="Arial" w:hAnsi="Arial" w:cs="Arial"/>
                <w:lang w:val="en-GB"/>
              </w:rPr>
              <w:t>                &lt;ul class="nav nav-tabs"&gt;</w:t>
            </w:r>
          </w:p>
          <w:p w14:paraId="76DA52F7" w14:textId="77777777" w:rsidR="009C251B" w:rsidRPr="009C251B" w:rsidRDefault="009C251B" w:rsidP="009C251B">
            <w:pPr>
              <w:rPr>
                <w:rFonts w:ascii="Arial" w:hAnsi="Arial" w:cs="Arial"/>
                <w:lang w:val="en-GB"/>
              </w:rPr>
            </w:pPr>
            <w:r w:rsidRPr="009C251B">
              <w:rPr>
                <w:rFonts w:ascii="Arial" w:hAnsi="Arial" w:cs="Arial"/>
                <w:lang w:val="en-GB"/>
              </w:rPr>
              <w:t>                    &lt;li class="nav-item"&gt;</w:t>
            </w:r>
          </w:p>
          <w:p w14:paraId="30ADC338" w14:textId="77777777" w:rsidR="009C251B" w:rsidRPr="009C251B" w:rsidRDefault="009C251B" w:rsidP="009C251B">
            <w:pPr>
              <w:rPr>
                <w:rFonts w:ascii="Arial" w:hAnsi="Arial" w:cs="Arial"/>
                <w:lang w:val="en-GB"/>
              </w:rPr>
            </w:pPr>
            <w:r w:rsidRPr="009C251B">
              <w:rPr>
                <w:rFonts w:ascii="Arial" w:hAnsi="Arial" w:cs="Arial"/>
                <w:lang w:val="en-GB"/>
              </w:rPr>
              <w:t>                        &lt;a</w:t>
            </w:r>
          </w:p>
          <w:p w14:paraId="15270DFE" w14:textId="77777777" w:rsidR="009C251B" w:rsidRPr="009C251B" w:rsidRDefault="009C251B" w:rsidP="009C251B">
            <w:pPr>
              <w:rPr>
                <w:rFonts w:ascii="Arial" w:hAnsi="Arial" w:cs="Arial"/>
                <w:lang w:val="en-GB"/>
              </w:rPr>
            </w:pPr>
            <w:r w:rsidRPr="009C251B">
              <w:rPr>
                <w:rFonts w:ascii="Arial" w:hAnsi="Arial" w:cs="Arial"/>
                <w:lang w:val="en-GB"/>
              </w:rPr>
              <w:t>                            class="nav-link active"</w:t>
            </w:r>
          </w:p>
          <w:p w14:paraId="16508A2A" w14:textId="77777777" w:rsidR="009C251B" w:rsidRPr="009C251B" w:rsidRDefault="009C251B" w:rsidP="009C251B">
            <w:pPr>
              <w:rPr>
                <w:rFonts w:ascii="Arial" w:hAnsi="Arial" w:cs="Arial"/>
                <w:lang w:val="en-GB"/>
              </w:rPr>
            </w:pPr>
            <w:r w:rsidRPr="009C251B">
              <w:rPr>
                <w:rFonts w:ascii="Arial" w:hAnsi="Arial" w:cs="Arial"/>
                <w:lang w:val="en-GB"/>
              </w:rPr>
              <w:t>                            aria-current="page"</w:t>
            </w:r>
          </w:p>
          <w:p w14:paraId="2AD12C46" w14:textId="77777777" w:rsidR="009C251B" w:rsidRPr="009C251B" w:rsidRDefault="009C251B" w:rsidP="009C251B">
            <w:pPr>
              <w:rPr>
                <w:rFonts w:ascii="Arial" w:hAnsi="Arial" w:cs="Arial"/>
                <w:lang w:val="en-GB"/>
              </w:rPr>
            </w:pPr>
            <w:r w:rsidRPr="009C251B">
              <w:rPr>
                <w:rFonts w:ascii="Arial" w:hAnsi="Arial" w:cs="Arial"/>
                <w:lang w:val="en-GB"/>
              </w:rPr>
              <w:t>                            href="./index.html"</w:t>
            </w:r>
          </w:p>
          <w:p w14:paraId="359C4A0E" w14:textId="77777777" w:rsidR="009C251B" w:rsidRPr="009C251B" w:rsidRDefault="009C251B" w:rsidP="009C251B">
            <w:pPr>
              <w:rPr>
                <w:rFonts w:ascii="Arial" w:hAnsi="Arial" w:cs="Arial"/>
                <w:lang w:val="en-GB"/>
              </w:rPr>
            </w:pPr>
            <w:r w:rsidRPr="009C251B">
              <w:rPr>
                <w:rFonts w:ascii="Arial" w:hAnsi="Arial" w:cs="Arial"/>
                <w:lang w:val="en-GB"/>
              </w:rPr>
              <w:t>                        &gt;</w:t>
            </w:r>
          </w:p>
          <w:p w14:paraId="47D1BFA5" w14:textId="77777777" w:rsidR="009C251B" w:rsidRPr="009C251B" w:rsidRDefault="009C251B" w:rsidP="009C251B">
            <w:pPr>
              <w:rPr>
                <w:rFonts w:ascii="Arial" w:hAnsi="Arial" w:cs="Arial"/>
                <w:lang w:val="en-GB"/>
              </w:rPr>
            </w:pPr>
            <w:r w:rsidRPr="009C251B">
              <w:rPr>
                <w:rFonts w:ascii="Arial" w:hAnsi="Arial" w:cs="Arial"/>
                <w:lang w:val="en-GB"/>
              </w:rPr>
              <w:t>                            Main</w:t>
            </w:r>
          </w:p>
          <w:p w14:paraId="54B1FE7F" w14:textId="77777777" w:rsidR="009C251B" w:rsidRPr="009C251B" w:rsidRDefault="009C251B" w:rsidP="009C251B">
            <w:pPr>
              <w:rPr>
                <w:rFonts w:ascii="Arial" w:hAnsi="Arial" w:cs="Arial"/>
                <w:lang w:val="en-GB"/>
              </w:rPr>
            </w:pPr>
            <w:r w:rsidRPr="009C251B">
              <w:rPr>
                <w:rFonts w:ascii="Arial" w:hAnsi="Arial" w:cs="Arial"/>
                <w:lang w:val="en-GB"/>
              </w:rPr>
              <w:t>                        &lt;/a&gt;</w:t>
            </w:r>
          </w:p>
          <w:p w14:paraId="4B7D3B02" w14:textId="77777777" w:rsidR="009C251B" w:rsidRPr="009C251B" w:rsidRDefault="009C251B" w:rsidP="009C251B">
            <w:pPr>
              <w:rPr>
                <w:rFonts w:ascii="Arial" w:hAnsi="Arial" w:cs="Arial"/>
                <w:lang w:val="en-GB"/>
              </w:rPr>
            </w:pPr>
            <w:r w:rsidRPr="009C251B">
              <w:rPr>
                <w:rFonts w:ascii="Arial" w:hAnsi="Arial" w:cs="Arial"/>
                <w:lang w:val="en-GB"/>
              </w:rPr>
              <w:t>                    &lt;/li&gt;</w:t>
            </w:r>
          </w:p>
          <w:p w14:paraId="1E4D92A5" w14:textId="77777777" w:rsidR="009C251B" w:rsidRPr="009C251B" w:rsidRDefault="009C251B" w:rsidP="009C251B">
            <w:pPr>
              <w:rPr>
                <w:rFonts w:ascii="Arial" w:hAnsi="Arial" w:cs="Arial"/>
                <w:lang w:val="en-GB"/>
              </w:rPr>
            </w:pPr>
          </w:p>
          <w:p w14:paraId="20FF9265" w14:textId="77777777" w:rsidR="009C251B" w:rsidRPr="009C251B" w:rsidRDefault="009C251B" w:rsidP="009C251B">
            <w:pPr>
              <w:rPr>
                <w:rFonts w:ascii="Arial" w:hAnsi="Arial" w:cs="Arial"/>
                <w:lang w:val="en-GB"/>
              </w:rPr>
            </w:pPr>
            <w:r w:rsidRPr="009C251B">
              <w:rPr>
                <w:rFonts w:ascii="Arial" w:hAnsi="Arial" w:cs="Arial"/>
                <w:lang w:val="en-GB"/>
              </w:rPr>
              <w:t>                    &lt;li class="nav-item"&gt;</w:t>
            </w:r>
          </w:p>
          <w:p w14:paraId="079FE6FD" w14:textId="77777777" w:rsidR="009C251B" w:rsidRPr="009C251B" w:rsidRDefault="009C251B" w:rsidP="009C251B">
            <w:pPr>
              <w:rPr>
                <w:rFonts w:ascii="Arial" w:hAnsi="Arial" w:cs="Arial"/>
                <w:lang w:val="en-GB"/>
              </w:rPr>
            </w:pPr>
            <w:r w:rsidRPr="009C251B">
              <w:rPr>
                <w:rFonts w:ascii="Arial" w:hAnsi="Arial" w:cs="Arial"/>
                <w:lang w:val="en-GB"/>
              </w:rPr>
              <w:t>                        &lt;a</w:t>
            </w:r>
          </w:p>
          <w:p w14:paraId="1C6D3787" w14:textId="77777777" w:rsidR="009C251B" w:rsidRPr="009C251B" w:rsidRDefault="009C251B" w:rsidP="009C251B">
            <w:pPr>
              <w:rPr>
                <w:rFonts w:ascii="Arial" w:hAnsi="Arial" w:cs="Arial"/>
                <w:lang w:val="en-GB"/>
              </w:rPr>
            </w:pPr>
            <w:r w:rsidRPr="009C251B">
              <w:rPr>
                <w:rFonts w:ascii="Arial" w:hAnsi="Arial" w:cs="Arial"/>
                <w:lang w:val="en-GB"/>
              </w:rPr>
              <w:t>                            class="nav-link"</w:t>
            </w:r>
          </w:p>
          <w:p w14:paraId="24F7F1B0" w14:textId="77777777" w:rsidR="009C251B" w:rsidRPr="009C251B" w:rsidRDefault="009C251B" w:rsidP="009C251B">
            <w:pPr>
              <w:rPr>
                <w:rFonts w:ascii="Arial" w:hAnsi="Arial" w:cs="Arial"/>
                <w:lang w:val="en-GB"/>
              </w:rPr>
            </w:pPr>
            <w:r w:rsidRPr="009C251B">
              <w:rPr>
                <w:rFonts w:ascii="Arial" w:hAnsi="Arial" w:cs="Arial"/>
                <w:lang w:val="en-GB"/>
              </w:rPr>
              <w:t>                            href="./Product.html"</w:t>
            </w:r>
          </w:p>
          <w:p w14:paraId="56FFB6E4" w14:textId="77777777" w:rsidR="009C251B" w:rsidRPr="009C251B" w:rsidRDefault="009C251B" w:rsidP="009C251B">
            <w:pPr>
              <w:rPr>
                <w:rFonts w:ascii="Arial" w:hAnsi="Arial" w:cs="Arial"/>
                <w:lang w:val="en-GB"/>
              </w:rPr>
            </w:pPr>
            <w:r w:rsidRPr="009C251B">
              <w:rPr>
                <w:rFonts w:ascii="Arial" w:hAnsi="Arial" w:cs="Arial"/>
                <w:lang w:val="en-GB"/>
              </w:rPr>
              <w:t>                        &gt;</w:t>
            </w:r>
          </w:p>
          <w:p w14:paraId="2B182D62" w14:textId="77777777" w:rsidR="009C251B" w:rsidRPr="009C251B" w:rsidRDefault="009C251B" w:rsidP="009C251B">
            <w:pPr>
              <w:rPr>
                <w:rFonts w:ascii="Arial" w:hAnsi="Arial" w:cs="Arial"/>
                <w:lang w:val="en-GB"/>
              </w:rPr>
            </w:pPr>
            <w:r w:rsidRPr="009C251B">
              <w:rPr>
                <w:rFonts w:ascii="Arial" w:hAnsi="Arial" w:cs="Arial"/>
                <w:lang w:val="en-GB"/>
              </w:rPr>
              <w:t>                            Shop</w:t>
            </w:r>
          </w:p>
          <w:p w14:paraId="5991D94C" w14:textId="77777777" w:rsidR="009C251B" w:rsidRPr="009C251B" w:rsidRDefault="009C251B" w:rsidP="009C251B">
            <w:pPr>
              <w:rPr>
                <w:rFonts w:ascii="Arial" w:hAnsi="Arial" w:cs="Arial"/>
                <w:lang w:val="en-GB"/>
              </w:rPr>
            </w:pPr>
            <w:r w:rsidRPr="009C251B">
              <w:rPr>
                <w:rFonts w:ascii="Arial" w:hAnsi="Arial" w:cs="Arial"/>
                <w:lang w:val="en-GB"/>
              </w:rPr>
              <w:t>                        &lt;/a&gt;</w:t>
            </w:r>
          </w:p>
          <w:p w14:paraId="4B4A2A80" w14:textId="77777777" w:rsidR="009C251B" w:rsidRPr="009C251B" w:rsidRDefault="009C251B" w:rsidP="009C251B">
            <w:pPr>
              <w:rPr>
                <w:rFonts w:ascii="Arial" w:hAnsi="Arial" w:cs="Arial"/>
                <w:lang w:val="en-GB"/>
              </w:rPr>
            </w:pPr>
            <w:r w:rsidRPr="009C251B">
              <w:rPr>
                <w:rFonts w:ascii="Arial" w:hAnsi="Arial" w:cs="Arial"/>
                <w:lang w:val="en-GB"/>
              </w:rPr>
              <w:t>                    &lt;/li&gt;</w:t>
            </w:r>
          </w:p>
          <w:p w14:paraId="774D4DEF" w14:textId="77777777" w:rsidR="009C251B" w:rsidRPr="009C251B" w:rsidRDefault="009C251B" w:rsidP="009C251B">
            <w:pPr>
              <w:rPr>
                <w:rFonts w:ascii="Arial" w:hAnsi="Arial" w:cs="Arial"/>
                <w:lang w:val="en-GB"/>
              </w:rPr>
            </w:pPr>
          </w:p>
          <w:p w14:paraId="6BB3B711" w14:textId="77777777" w:rsidR="009C251B" w:rsidRPr="009C251B" w:rsidRDefault="009C251B" w:rsidP="009C251B">
            <w:pPr>
              <w:rPr>
                <w:rFonts w:ascii="Arial" w:hAnsi="Arial" w:cs="Arial"/>
                <w:lang w:val="en-GB"/>
              </w:rPr>
            </w:pPr>
            <w:r w:rsidRPr="009C251B">
              <w:rPr>
                <w:rFonts w:ascii="Arial" w:hAnsi="Arial" w:cs="Arial"/>
                <w:lang w:val="en-GB"/>
              </w:rPr>
              <w:t>                    &lt;li class="nav-item"&gt;</w:t>
            </w:r>
          </w:p>
          <w:p w14:paraId="68830115" w14:textId="77777777" w:rsidR="009C251B" w:rsidRPr="009C251B" w:rsidRDefault="009C251B" w:rsidP="009C251B">
            <w:pPr>
              <w:rPr>
                <w:rFonts w:ascii="Arial" w:hAnsi="Arial" w:cs="Arial"/>
                <w:lang w:val="en-GB"/>
              </w:rPr>
            </w:pPr>
            <w:r w:rsidRPr="009C251B">
              <w:rPr>
                <w:rFonts w:ascii="Arial" w:hAnsi="Arial" w:cs="Arial"/>
                <w:lang w:val="en-GB"/>
              </w:rPr>
              <w:t>                        &lt;a</w:t>
            </w:r>
          </w:p>
          <w:p w14:paraId="04CD70DA" w14:textId="77777777" w:rsidR="009C251B" w:rsidRPr="009C251B" w:rsidRDefault="009C251B" w:rsidP="009C251B">
            <w:pPr>
              <w:rPr>
                <w:rFonts w:ascii="Arial" w:hAnsi="Arial" w:cs="Arial"/>
                <w:lang w:val="en-GB"/>
              </w:rPr>
            </w:pPr>
            <w:r w:rsidRPr="009C251B">
              <w:rPr>
                <w:rFonts w:ascii="Arial" w:hAnsi="Arial" w:cs="Arial"/>
                <w:lang w:val="en-GB"/>
              </w:rPr>
              <w:t>                            class="nav-link"</w:t>
            </w:r>
          </w:p>
          <w:p w14:paraId="586F1616" w14:textId="77777777" w:rsidR="009C251B" w:rsidRPr="009C251B" w:rsidRDefault="009C251B" w:rsidP="009C251B">
            <w:pPr>
              <w:rPr>
                <w:rFonts w:ascii="Arial" w:hAnsi="Arial" w:cs="Arial"/>
                <w:lang w:val="en-GB"/>
              </w:rPr>
            </w:pPr>
            <w:r w:rsidRPr="009C251B">
              <w:rPr>
                <w:rFonts w:ascii="Arial" w:hAnsi="Arial" w:cs="Arial"/>
                <w:lang w:val="en-GB"/>
              </w:rPr>
              <w:t>                            href="./prodform.html"</w:t>
            </w:r>
          </w:p>
          <w:p w14:paraId="38AF415B" w14:textId="77777777" w:rsidR="009C251B" w:rsidRPr="009C251B" w:rsidRDefault="009C251B" w:rsidP="009C251B">
            <w:pPr>
              <w:rPr>
                <w:rFonts w:ascii="Arial" w:hAnsi="Arial" w:cs="Arial"/>
                <w:lang w:val="en-GB"/>
              </w:rPr>
            </w:pPr>
            <w:r w:rsidRPr="009C251B">
              <w:rPr>
                <w:rFonts w:ascii="Arial" w:hAnsi="Arial" w:cs="Arial"/>
                <w:lang w:val="en-GB"/>
              </w:rPr>
              <w:t>                        &gt;</w:t>
            </w:r>
          </w:p>
          <w:p w14:paraId="366B0119" w14:textId="77777777" w:rsidR="009C251B" w:rsidRPr="009C251B" w:rsidRDefault="009C251B" w:rsidP="009C251B">
            <w:pPr>
              <w:rPr>
                <w:rFonts w:ascii="Arial" w:hAnsi="Arial" w:cs="Arial"/>
                <w:lang w:val="en-GB"/>
              </w:rPr>
            </w:pPr>
            <w:r w:rsidRPr="009C251B">
              <w:rPr>
                <w:rFonts w:ascii="Arial" w:hAnsi="Arial" w:cs="Arial"/>
                <w:lang w:val="en-GB"/>
              </w:rPr>
              <w:t>                            Sell</w:t>
            </w:r>
          </w:p>
          <w:p w14:paraId="4215E909" w14:textId="77777777" w:rsidR="009C251B" w:rsidRPr="009C251B" w:rsidRDefault="009C251B" w:rsidP="009C251B">
            <w:pPr>
              <w:rPr>
                <w:rFonts w:ascii="Arial" w:hAnsi="Arial" w:cs="Arial"/>
                <w:lang w:val="en-GB"/>
              </w:rPr>
            </w:pPr>
            <w:r w:rsidRPr="009C251B">
              <w:rPr>
                <w:rFonts w:ascii="Arial" w:hAnsi="Arial" w:cs="Arial"/>
                <w:lang w:val="en-GB"/>
              </w:rPr>
              <w:t>                        &lt;/a&gt;</w:t>
            </w:r>
          </w:p>
          <w:p w14:paraId="5D99C6A6" w14:textId="77777777" w:rsidR="009C251B" w:rsidRPr="009C251B" w:rsidRDefault="009C251B" w:rsidP="009C251B">
            <w:pPr>
              <w:rPr>
                <w:rFonts w:ascii="Arial" w:hAnsi="Arial" w:cs="Arial"/>
                <w:lang w:val="en-GB"/>
              </w:rPr>
            </w:pPr>
            <w:r w:rsidRPr="009C251B">
              <w:rPr>
                <w:rFonts w:ascii="Arial" w:hAnsi="Arial" w:cs="Arial"/>
                <w:lang w:val="en-GB"/>
              </w:rPr>
              <w:t>                    &lt;/li&gt;</w:t>
            </w:r>
          </w:p>
          <w:p w14:paraId="6F66B9F9" w14:textId="77777777" w:rsidR="009C251B" w:rsidRPr="009C251B" w:rsidRDefault="009C251B" w:rsidP="009C251B">
            <w:pPr>
              <w:rPr>
                <w:rFonts w:ascii="Arial" w:hAnsi="Arial" w:cs="Arial"/>
                <w:lang w:val="en-GB"/>
              </w:rPr>
            </w:pPr>
          </w:p>
          <w:p w14:paraId="52F98655" w14:textId="77777777" w:rsidR="009C251B" w:rsidRPr="009C251B" w:rsidRDefault="009C251B" w:rsidP="009C251B">
            <w:pPr>
              <w:rPr>
                <w:rFonts w:ascii="Arial" w:hAnsi="Arial" w:cs="Arial"/>
                <w:lang w:val="en-GB"/>
              </w:rPr>
            </w:pPr>
            <w:r w:rsidRPr="009C251B">
              <w:rPr>
                <w:rFonts w:ascii="Arial" w:hAnsi="Arial" w:cs="Arial"/>
                <w:lang w:val="en-GB"/>
              </w:rPr>
              <w:t>                    &lt;li class="nav-item"&gt;</w:t>
            </w:r>
          </w:p>
          <w:p w14:paraId="49A354E7" w14:textId="77777777" w:rsidR="009C251B" w:rsidRPr="009C251B" w:rsidRDefault="009C251B" w:rsidP="009C251B">
            <w:pPr>
              <w:rPr>
                <w:rFonts w:ascii="Arial" w:hAnsi="Arial" w:cs="Arial"/>
                <w:lang w:val="en-GB"/>
              </w:rPr>
            </w:pPr>
            <w:r w:rsidRPr="009C251B">
              <w:rPr>
                <w:rFonts w:ascii="Arial" w:hAnsi="Arial" w:cs="Arial"/>
                <w:lang w:val="en-GB"/>
              </w:rPr>
              <w:t>                        &lt;a</w:t>
            </w:r>
          </w:p>
          <w:p w14:paraId="19FCFC95" w14:textId="77777777" w:rsidR="009C251B" w:rsidRPr="009C251B" w:rsidRDefault="009C251B" w:rsidP="009C251B">
            <w:pPr>
              <w:rPr>
                <w:rFonts w:ascii="Arial" w:hAnsi="Arial" w:cs="Arial"/>
                <w:lang w:val="en-GB"/>
              </w:rPr>
            </w:pPr>
            <w:r w:rsidRPr="009C251B">
              <w:rPr>
                <w:rFonts w:ascii="Arial" w:hAnsi="Arial" w:cs="Arial"/>
                <w:lang w:val="en-GB"/>
              </w:rPr>
              <w:t>                            class="nav-link"</w:t>
            </w:r>
          </w:p>
          <w:p w14:paraId="1972B1BA" w14:textId="77777777" w:rsidR="009C251B" w:rsidRPr="009C251B" w:rsidRDefault="009C251B" w:rsidP="009C251B">
            <w:pPr>
              <w:rPr>
                <w:rFonts w:ascii="Arial" w:hAnsi="Arial" w:cs="Arial"/>
                <w:lang w:val="en-GB"/>
              </w:rPr>
            </w:pPr>
            <w:r w:rsidRPr="009C251B">
              <w:rPr>
                <w:rFonts w:ascii="Arial" w:hAnsi="Arial" w:cs="Arial"/>
                <w:lang w:val="en-GB"/>
              </w:rPr>
              <w:lastRenderedPageBreak/>
              <w:t>                            href="./HELLO.html"</w:t>
            </w:r>
          </w:p>
          <w:p w14:paraId="6018FEFD" w14:textId="77777777" w:rsidR="009C251B" w:rsidRPr="009C251B" w:rsidRDefault="009C251B" w:rsidP="009C251B">
            <w:pPr>
              <w:rPr>
                <w:rFonts w:ascii="Arial" w:hAnsi="Arial" w:cs="Arial"/>
                <w:lang w:val="en-GB"/>
              </w:rPr>
            </w:pPr>
            <w:r w:rsidRPr="009C251B">
              <w:rPr>
                <w:rFonts w:ascii="Arial" w:hAnsi="Arial" w:cs="Arial"/>
                <w:lang w:val="en-GB"/>
              </w:rPr>
              <w:t>                        &gt;</w:t>
            </w:r>
          </w:p>
          <w:p w14:paraId="39FB289F" w14:textId="77777777" w:rsidR="009C251B" w:rsidRPr="009C251B" w:rsidRDefault="009C251B" w:rsidP="009C251B">
            <w:pPr>
              <w:rPr>
                <w:rFonts w:ascii="Arial" w:hAnsi="Arial" w:cs="Arial"/>
                <w:lang w:val="en-GB"/>
              </w:rPr>
            </w:pPr>
            <w:r w:rsidRPr="009C251B">
              <w:rPr>
                <w:rFonts w:ascii="Arial" w:hAnsi="Arial" w:cs="Arial"/>
                <w:lang w:val="en-GB"/>
              </w:rPr>
              <w:t>                            Login</w:t>
            </w:r>
          </w:p>
          <w:p w14:paraId="73522723" w14:textId="77777777" w:rsidR="009C251B" w:rsidRPr="009C251B" w:rsidRDefault="009C251B" w:rsidP="009C251B">
            <w:pPr>
              <w:rPr>
                <w:rFonts w:ascii="Arial" w:hAnsi="Arial" w:cs="Arial"/>
                <w:lang w:val="en-GB"/>
              </w:rPr>
            </w:pPr>
            <w:r w:rsidRPr="009C251B">
              <w:rPr>
                <w:rFonts w:ascii="Arial" w:hAnsi="Arial" w:cs="Arial"/>
                <w:lang w:val="en-GB"/>
              </w:rPr>
              <w:t>                        &lt;/a&gt;</w:t>
            </w:r>
          </w:p>
          <w:p w14:paraId="31B45F94" w14:textId="77777777" w:rsidR="009C251B" w:rsidRPr="009C251B" w:rsidRDefault="009C251B" w:rsidP="009C251B">
            <w:pPr>
              <w:rPr>
                <w:rFonts w:ascii="Arial" w:hAnsi="Arial" w:cs="Arial"/>
                <w:lang w:val="en-GB"/>
              </w:rPr>
            </w:pPr>
            <w:r w:rsidRPr="009C251B">
              <w:rPr>
                <w:rFonts w:ascii="Arial" w:hAnsi="Arial" w:cs="Arial"/>
                <w:lang w:val="en-GB"/>
              </w:rPr>
              <w:t>                    &lt;/li&gt;</w:t>
            </w:r>
          </w:p>
          <w:p w14:paraId="6FC37FF6" w14:textId="77777777" w:rsidR="009C251B" w:rsidRPr="009C251B" w:rsidRDefault="009C251B" w:rsidP="009C251B">
            <w:pPr>
              <w:rPr>
                <w:rFonts w:ascii="Arial" w:hAnsi="Arial" w:cs="Arial"/>
                <w:lang w:val="en-GB"/>
              </w:rPr>
            </w:pPr>
          </w:p>
          <w:p w14:paraId="3A110058" w14:textId="77777777" w:rsidR="009C251B" w:rsidRPr="009C251B" w:rsidRDefault="009C251B" w:rsidP="009C251B">
            <w:pPr>
              <w:rPr>
                <w:rFonts w:ascii="Arial" w:hAnsi="Arial" w:cs="Arial"/>
                <w:lang w:val="en-GB"/>
              </w:rPr>
            </w:pPr>
            <w:r w:rsidRPr="009C251B">
              <w:rPr>
                <w:rFonts w:ascii="Arial" w:hAnsi="Arial" w:cs="Arial"/>
                <w:lang w:val="en-GB"/>
              </w:rPr>
              <w:t>                    &lt;li class="nav-item"&gt;</w:t>
            </w:r>
          </w:p>
          <w:p w14:paraId="3947131A" w14:textId="77777777" w:rsidR="009C251B" w:rsidRPr="009C251B" w:rsidRDefault="009C251B" w:rsidP="009C251B">
            <w:pPr>
              <w:rPr>
                <w:rFonts w:ascii="Arial" w:hAnsi="Arial" w:cs="Arial"/>
                <w:lang w:val="en-GB"/>
              </w:rPr>
            </w:pPr>
            <w:r w:rsidRPr="009C251B">
              <w:rPr>
                <w:rFonts w:ascii="Arial" w:hAnsi="Arial" w:cs="Arial"/>
                <w:lang w:val="en-GB"/>
              </w:rPr>
              <w:t>                        &lt;a</w:t>
            </w:r>
          </w:p>
          <w:p w14:paraId="76B48BD5" w14:textId="77777777" w:rsidR="009C251B" w:rsidRPr="009C251B" w:rsidRDefault="009C251B" w:rsidP="009C251B">
            <w:pPr>
              <w:rPr>
                <w:rFonts w:ascii="Arial" w:hAnsi="Arial" w:cs="Arial"/>
                <w:lang w:val="en-GB"/>
              </w:rPr>
            </w:pPr>
            <w:r w:rsidRPr="009C251B">
              <w:rPr>
                <w:rFonts w:ascii="Arial" w:hAnsi="Arial" w:cs="Arial"/>
                <w:lang w:val="en-GB"/>
              </w:rPr>
              <w:t>                            class="nav-link"</w:t>
            </w:r>
          </w:p>
          <w:p w14:paraId="07655DD9" w14:textId="77777777" w:rsidR="009C251B" w:rsidRPr="009C251B" w:rsidRDefault="009C251B" w:rsidP="009C251B">
            <w:pPr>
              <w:rPr>
                <w:rFonts w:ascii="Arial" w:hAnsi="Arial" w:cs="Arial"/>
                <w:lang w:val="en-GB"/>
              </w:rPr>
            </w:pPr>
            <w:r w:rsidRPr="009C251B">
              <w:rPr>
                <w:rFonts w:ascii="Arial" w:hAnsi="Arial" w:cs="Arial"/>
                <w:lang w:val="en-GB"/>
              </w:rPr>
              <w:t>                            href="./contacus.html"</w:t>
            </w:r>
          </w:p>
          <w:p w14:paraId="56CDFDDC" w14:textId="77777777" w:rsidR="009C251B" w:rsidRPr="009C251B" w:rsidRDefault="009C251B" w:rsidP="009C251B">
            <w:pPr>
              <w:rPr>
                <w:rFonts w:ascii="Arial" w:hAnsi="Arial" w:cs="Arial"/>
                <w:lang w:val="en-GB"/>
              </w:rPr>
            </w:pPr>
            <w:r w:rsidRPr="009C251B">
              <w:rPr>
                <w:rFonts w:ascii="Arial" w:hAnsi="Arial" w:cs="Arial"/>
                <w:lang w:val="en-GB"/>
              </w:rPr>
              <w:t>                        &gt;</w:t>
            </w:r>
          </w:p>
          <w:p w14:paraId="3790CB52" w14:textId="77777777" w:rsidR="009C251B" w:rsidRPr="009C251B" w:rsidRDefault="009C251B" w:rsidP="009C251B">
            <w:pPr>
              <w:rPr>
                <w:rFonts w:ascii="Arial" w:hAnsi="Arial" w:cs="Arial"/>
                <w:lang w:val="en-GB"/>
              </w:rPr>
            </w:pPr>
            <w:r w:rsidRPr="009C251B">
              <w:rPr>
                <w:rFonts w:ascii="Arial" w:hAnsi="Arial" w:cs="Arial"/>
                <w:lang w:val="en-GB"/>
              </w:rPr>
              <w:t>                            Contact Us</w:t>
            </w:r>
          </w:p>
          <w:p w14:paraId="48D4DFEE" w14:textId="77777777" w:rsidR="009C251B" w:rsidRPr="009C251B" w:rsidRDefault="009C251B" w:rsidP="009C251B">
            <w:pPr>
              <w:rPr>
                <w:rFonts w:ascii="Arial" w:hAnsi="Arial" w:cs="Arial"/>
                <w:lang w:val="en-GB"/>
              </w:rPr>
            </w:pPr>
            <w:r w:rsidRPr="009C251B">
              <w:rPr>
                <w:rFonts w:ascii="Arial" w:hAnsi="Arial" w:cs="Arial"/>
                <w:lang w:val="en-GB"/>
              </w:rPr>
              <w:t>                        &lt;/a&gt;</w:t>
            </w:r>
          </w:p>
          <w:p w14:paraId="299F90D1" w14:textId="77777777" w:rsidR="009C251B" w:rsidRPr="009C251B" w:rsidRDefault="009C251B" w:rsidP="009C251B">
            <w:pPr>
              <w:rPr>
                <w:rFonts w:ascii="Arial" w:hAnsi="Arial" w:cs="Arial"/>
                <w:lang w:val="en-GB"/>
              </w:rPr>
            </w:pPr>
            <w:r w:rsidRPr="009C251B">
              <w:rPr>
                <w:rFonts w:ascii="Arial" w:hAnsi="Arial" w:cs="Arial"/>
                <w:lang w:val="en-GB"/>
              </w:rPr>
              <w:t>                    &lt;/li&gt;</w:t>
            </w:r>
          </w:p>
          <w:p w14:paraId="69837638" w14:textId="77777777" w:rsidR="009C251B" w:rsidRPr="009C251B" w:rsidRDefault="009C251B" w:rsidP="009C251B">
            <w:pPr>
              <w:rPr>
                <w:rFonts w:ascii="Arial" w:hAnsi="Arial" w:cs="Arial"/>
                <w:lang w:val="en-GB"/>
              </w:rPr>
            </w:pPr>
          </w:p>
          <w:p w14:paraId="735B2971" w14:textId="77777777" w:rsidR="009C251B" w:rsidRPr="009C251B" w:rsidRDefault="009C251B" w:rsidP="009C251B">
            <w:pPr>
              <w:rPr>
                <w:rFonts w:ascii="Arial" w:hAnsi="Arial" w:cs="Arial"/>
                <w:lang w:val="en-GB"/>
              </w:rPr>
            </w:pPr>
            <w:r w:rsidRPr="009C251B">
              <w:rPr>
                <w:rFonts w:ascii="Arial" w:hAnsi="Arial" w:cs="Arial"/>
                <w:lang w:val="en-GB"/>
              </w:rPr>
              <w:t>                    &lt;li class="nav-item"&gt;</w:t>
            </w:r>
          </w:p>
          <w:p w14:paraId="0B51D1DC" w14:textId="77777777" w:rsidR="009C251B" w:rsidRPr="009C251B" w:rsidRDefault="009C251B" w:rsidP="009C251B">
            <w:pPr>
              <w:rPr>
                <w:rFonts w:ascii="Arial" w:hAnsi="Arial" w:cs="Arial"/>
                <w:lang w:val="en-GB"/>
              </w:rPr>
            </w:pPr>
            <w:r w:rsidRPr="009C251B">
              <w:rPr>
                <w:rFonts w:ascii="Arial" w:hAnsi="Arial" w:cs="Arial"/>
                <w:lang w:val="en-GB"/>
              </w:rPr>
              <w:t>                        &lt;a</w:t>
            </w:r>
          </w:p>
          <w:p w14:paraId="5CEC977F" w14:textId="77777777" w:rsidR="009C251B" w:rsidRPr="009C251B" w:rsidRDefault="009C251B" w:rsidP="009C251B">
            <w:pPr>
              <w:rPr>
                <w:rFonts w:ascii="Arial" w:hAnsi="Arial" w:cs="Arial"/>
                <w:lang w:val="en-GB"/>
              </w:rPr>
            </w:pPr>
            <w:r w:rsidRPr="009C251B">
              <w:rPr>
                <w:rFonts w:ascii="Arial" w:hAnsi="Arial" w:cs="Arial"/>
                <w:lang w:val="en-GB"/>
              </w:rPr>
              <w:t>                            class="nav-link"</w:t>
            </w:r>
          </w:p>
          <w:p w14:paraId="7B7CD446" w14:textId="77777777" w:rsidR="009C251B" w:rsidRPr="009C251B" w:rsidRDefault="009C251B" w:rsidP="009C251B">
            <w:pPr>
              <w:rPr>
                <w:rFonts w:ascii="Arial" w:hAnsi="Arial" w:cs="Arial"/>
                <w:lang w:val="en-GB"/>
              </w:rPr>
            </w:pPr>
            <w:r w:rsidRPr="009C251B">
              <w:rPr>
                <w:rFonts w:ascii="Arial" w:hAnsi="Arial" w:cs="Arial"/>
                <w:lang w:val="en-GB"/>
              </w:rPr>
              <w:t>                            href="./aboutus.html"</w:t>
            </w:r>
          </w:p>
          <w:p w14:paraId="7EE88C45" w14:textId="77777777" w:rsidR="009C251B" w:rsidRPr="009C251B" w:rsidRDefault="009C251B" w:rsidP="009C251B">
            <w:pPr>
              <w:rPr>
                <w:rFonts w:ascii="Arial" w:hAnsi="Arial" w:cs="Arial"/>
                <w:lang w:val="en-GB"/>
              </w:rPr>
            </w:pPr>
            <w:r w:rsidRPr="009C251B">
              <w:rPr>
                <w:rFonts w:ascii="Arial" w:hAnsi="Arial" w:cs="Arial"/>
                <w:lang w:val="en-GB"/>
              </w:rPr>
              <w:t>                        &gt;</w:t>
            </w:r>
          </w:p>
          <w:p w14:paraId="3A5A233C" w14:textId="77777777" w:rsidR="009C251B" w:rsidRPr="009C251B" w:rsidRDefault="009C251B" w:rsidP="009C251B">
            <w:pPr>
              <w:rPr>
                <w:rFonts w:ascii="Arial" w:hAnsi="Arial" w:cs="Arial"/>
                <w:lang w:val="en-GB"/>
              </w:rPr>
            </w:pPr>
            <w:r w:rsidRPr="009C251B">
              <w:rPr>
                <w:rFonts w:ascii="Arial" w:hAnsi="Arial" w:cs="Arial"/>
                <w:lang w:val="en-GB"/>
              </w:rPr>
              <w:t>                            About Us</w:t>
            </w:r>
          </w:p>
          <w:p w14:paraId="2F068B7E" w14:textId="77777777" w:rsidR="009C251B" w:rsidRPr="009C251B" w:rsidRDefault="009C251B" w:rsidP="009C251B">
            <w:pPr>
              <w:rPr>
                <w:rFonts w:ascii="Arial" w:hAnsi="Arial" w:cs="Arial"/>
                <w:lang w:val="en-GB"/>
              </w:rPr>
            </w:pPr>
            <w:r w:rsidRPr="009C251B">
              <w:rPr>
                <w:rFonts w:ascii="Arial" w:hAnsi="Arial" w:cs="Arial"/>
                <w:lang w:val="en-GB"/>
              </w:rPr>
              <w:t>                        &lt;/a&gt;</w:t>
            </w:r>
          </w:p>
          <w:p w14:paraId="29221A52" w14:textId="77777777" w:rsidR="009C251B" w:rsidRPr="009C251B" w:rsidRDefault="009C251B" w:rsidP="009C251B">
            <w:pPr>
              <w:rPr>
                <w:rFonts w:ascii="Arial" w:hAnsi="Arial" w:cs="Arial"/>
                <w:lang w:val="en-GB"/>
              </w:rPr>
            </w:pPr>
            <w:r w:rsidRPr="009C251B">
              <w:rPr>
                <w:rFonts w:ascii="Arial" w:hAnsi="Arial" w:cs="Arial"/>
                <w:lang w:val="en-GB"/>
              </w:rPr>
              <w:t>                    &lt;/li&gt;</w:t>
            </w:r>
          </w:p>
          <w:p w14:paraId="1C588273" w14:textId="77777777" w:rsidR="009C251B" w:rsidRPr="009C251B" w:rsidRDefault="009C251B" w:rsidP="009C251B">
            <w:pPr>
              <w:rPr>
                <w:rFonts w:ascii="Arial" w:hAnsi="Arial" w:cs="Arial"/>
                <w:lang w:val="en-GB"/>
              </w:rPr>
            </w:pPr>
            <w:r w:rsidRPr="009C251B">
              <w:rPr>
                <w:rFonts w:ascii="Arial" w:hAnsi="Arial" w:cs="Arial"/>
                <w:lang w:val="en-GB"/>
              </w:rPr>
              <w:t>                &lt;/ul&gt;</w:t>
            </w:r>
          </w:p>
          <w:p w14:paraId="0A913445" w14:textId="77777777" w:rsidR="009C251B" w:rsidRPr="009C251B" w:rsidRDefault="009C251B" w:rsidP="009C251B">
            <w:pPr>
              <w:rPr>
                <w:rFonts w:ascii="Arial" w:hAnsi="Arial" w:cs="Arial"/>
                <w:lang w:val="en-GB"/>
              </w:rPr>
            </w:pPr>
            <w:r w:rsidRPr="009C251B">
              <w:rPr>
                <w:rFonts w:ascii="Arial" w:hAnsi="Arial" w:cs="Arial"/>
                <w:lang w:val="en-GB"/>
              </w:rPr>
              <w:t>            &lt;/td&gt;</w:t>
            </w:r>
          </w:p>
          <w:p w14:paraId="7F8F0145" w14:textId="77777777" w:rsidR="009C251B" w:rsidRPr="009C251B" w:rsidRDefault="009C251B" w:rsidP="009C251B">
            <w:pPr>
              <w:rPr>
                <w:rFonts w:ascii="Arial" w:hAnsi="Arial" w:cs="Arial"/>
                <w:lang w:val="en-GB"/>
              </w:rPr>
            </w:pPr>
            <w:r w:rsidRPr="009C251B">
              <w:rPr>
                <w:rFonts w:ascii="Arial" w:hAnsi="Arial" w:cs="Arial"/>
                <w:lang w:val="en-GB"/>
              </w:rPr>
              <w:t>        &lt;/tr&gt;</w:t>
            </w:r>
          </w:p>
          <w:p w14:paraId="2C30BBD7" w14:textId="77777777" w:rsidR="009C251B" w:rsidRPr="009C251B" w:rsidRDefault="009C251B" w:rsidP="009C251B">
            <w:pPr>
              <w:rPr>
                <w:rFonts w:ascii="Arial" w:hAnsi="Arial" w:cs="Arial"/>
                <w:lang w:val="en-GB"/>
              </w:rPr>
            </w:pPr>
          </w:p>
          <w:p w14:paraId="64A2DFAD" w14:textId="77777777" w:rsidR="009C251B" w:rsidRPr="009C251B" w:rsidRDefault="009C251B" w:rsidP="009C251B">
            <w:pPr>
              <w:rPr>
                <w:rFonts w:ascii="Arial" w:hAnsi="Arial" w:cs="Arial"/>
                <w:lang w:val="en-GB"/>
              </w:rPr>
            </w:pPr>
            <w:r w:rsidRPr="009C251B">
              <w:rPr>
                <w:rFonts w:ascii="Arial" w:hAnsi="Arial" w:cs="Arial"/>
                <w:lang w:val="en-GB"/>
              </w:rPr>
              <w:t>        &lt;tr&gt;</w:t>
            </w:r>
          </w:p>
          <w:p w14:paraId="576BCF01" w14:textId="77777777" w:rsidR="009C251B" w:rsidRPr="009C251B" w:rsidRDefault="009C251B" w:rsidP="009C251B">
            <w:pPr>
              <w:rPr>
                <w:rFonts w:ascii="Arial" w:hAnsi="Arial" w:cs="Arial"/>
                <w:lang w:val="en-GB"/>
              </w:rPr>
            </w:pPr>
            <w:r w:rsidRPr="009C251B">
              <w:rPr>
                <w:rFonts w:ascii="Arial" w:hAnsi="Arial" w:cs="Arial"/>
                <w:lang w:val="en-GB"/>
              </w:rPr>
              <w:t>            &lt;</w:t>
            </w:r>
            <w:proofErr w:type="spellStart"/>
            <w:r w:rsidRPr="009C251B">
              <w:rPr>
                <w:rFonts w:ascii="Arial" w:hAnsi="Arial" w:cs="Arial"/>
                <w:lang w:val="en-GB"/>
              </w:rPr>
              <w:t>td</w:t>
            </w:r>
            <w:proofErr w:type="spellEnd"/>
            <w:r w:rsidRPr="009C251B">
              <w:rPr>
                <w:rFonts w:ascii="Arial" w:hAnsi="Arial" w:cs="Arial"/>
                <w:lang w:val="en-GB"/>
              </w:rPr>
              <w:t xml:space="preserve"> </w:t>
            </w:r>
            <w:proofErr w:type="gramStart"/>
            <w:r w:rsidRPr="009C251B">
              <w:rPr>
                <w:rFonts w:ascii="Arial" w:hAnsi="Arial" w:cs="Arial"/>
                <w:lang w:val="en-GB"/>
              </w:rPr>
              <w:t>align</w:t>
            </w:r>
            <w:proofErr w:type="gramEnd"/>
            <w:r w:rsidRPr="009C251B">
              <w:rPr>
                <w:rFonts w:ascii="Arial" w:hAnsi="Arial" w:cs="Arial"/>
                <w:lang w:val="en-GB"/>
              </w:rPr>
              <w:t>="center"&gt;</w:t>
            </w:r>
          </w:p>
          <w:p w14:paraId="5DF14D6D" w14:textId="77777777" w:rsidR="009C251B" w:rsidRPr="009C251B" w:rsidRDefault="009C251B" w:rsidP="009C251B">
            <w:pPr>
              <w:rPr>
                <w:rFonts w:ascii="Arial" w:hAnsi="Arial" w:cs="Arial"/>
                <w:lang w:val="en-GB"/>
              </w:rPr>
            </w:pPr>
            <w:r w:rsidRPr="009C251B">
              <w:rPr>
                <w:rFonts w:ascii="Arial" w:hAnsi="Arial" w:cs="Arial"/>
                <w:lang w:val="en-GB"/>
              </w:rPr>
              <w:t>                &lt;img</w:t>
            </w:r>
          </w:p>
          <w:p w14:paraId="0D34364D" w14:textId="77777777" w:rsidR="009C251B" w:rsidRPr="009C251B" w:rsidRDefault="009C251B" w:rsidP="009C251B">
            <w:pPr>
              <w:rPr>
                <w:rFonts w:ascii="Arial" w:hAnsi="Arial" w:cs="Arial"/>
                <w:lang w:val="en-GB"/>
              </w:rPr>
            </w:pPr>
            <w:r w:rsidRPr="009C251B">
              <w:rPr>
                <w:rFonts w:ascii="Arial" w:hAnsi="Arial" w:cs="Arial"/>
                <w:lang w:val="en-GB"/>
              </w:rPr>
              <w:t xml:space="preserve">                    </w:t>
            </w:r>
            <w:proofErr w:type="spellStart"/>
            <w:r w:rsidRPr="009C251B">
              <w:rPr>
                <w:rFonts w:ascii="Arial" w:hAnsi="Arial" w:cs="Arial"/>
                <w:lang w:val="en-GB"/>
              </w:rPr>
              <w:t>src</w:t>
            </w:r>
            <w:proofErr w:type="spellEnd"/>
            <w:r w:rsidRPr="009C251B">
              <w:rPr>
                <w:rFonts w:ascii="Arial" w:hAnsi="Arial" w:cs="Arial"/>
                <w:lang w:val="en-GB"/>
              </w:rPr>
              <w:t>="./images/store.jpg"</w:t>
            </w:r>
          </w:p>
          <w:p w14:paraId="2713EA70" w14:textId="77777777" w:rsidR="009C251B" w:rsidRPr="009C251B" w:rsidRDefault="009C251B" w:rsidP="009C251B">
            <w:pPr>
              <w:rPr>
                <w:rFonts w:ascii="Arial" w:hAnsi="Arial" w:cs="Arial"/>
                <w:lang w:val="en-GB"/>
              </w:rPr>
            </w:pPr>
            <w:r w:rsidRPr="009C251B">
              <w:rPr>
                <w:rFonts w:ascii="Arial" w:hAnsi="Arial" w:cs="Arial"/>
                <w:lang w:val="en-GB"/>
              </w:rPr>
              <w:t>                    alt="</w:t>
            </w:r>
            <w:proofErr w:type="spellStart"/>
            <w:r w:rsidRPr="009C251B">
              <w:rPr>
                <w:rFonts w:ascii="Arial" w:hAnsi="Arial" w:cs="Arial"/>
                <w:lang w:val="en-GB"/>
              </w:rPr>
              <w:t>eStore</w:t>
            </w:r>
            <w:proofErr w:type="spellEnd"/>
            <w:r w:rsidRPr="009C251B">
              <w:rPr>
                <w:rFonts w:ascii="Arial" w:hAnsi="Arial" w:cs="Arial"/>
                <w:lang w:val="en-GB"/>
              </w:rPr>
              <w:t>"</w:t>
            </w:r>
          </w:p>
          <w:p w14:paraId="42158296" w14:textId="77777777" w:rsidR="009C251B" w:rsidRPr="009C251B" w:rsidRDefault="009C251B" w:rsidP="009C251B">
            <w:pPr>
              <w:rPr>
                <w:rFonts w:ascii="Arial" w:hAnsi="Arial" w:cs="Arial"/>
                <w:lang w:val="en-GB"/>
              </w:rPr>
            </w:pPr>
            <w:r w:rsidRPr="009C251B">
              <w:rPr>
                <w:rFonts w:ascii="Arial" w:hAnsi="Arial" w:cs="Arial"/>
                <w:lang w:val="en-GB"/>
              </w:rPr>
              <w:t>                &gt;</w:t>
            </w:r>
          </w:p>
          <w:p w14:paraId="4E3F7B4D" w14:textId="77777777" w:rsidR="009C251B" w:rsidRPr="009C251B" w:rsidRDefault="009C251B" w:rsidP="009C251B">
            <w:pPr>
              <w:rPr>
                <w:rFonts w:ascii="Arial" w:hAnsi="Arial" w:cs="Arial"/>
                <w:lang w:val="en-GB"/>
              </w:rPr>
            </w:pPr>
          </w:p>
          <w:p w14:paraId="746A0566" w14:textId="77777777" w:rsidR="009C251B" w:rsidRPr="009C251B" w:rsidRDefault="009C251B" w:rsidP="009C251B">
            <w:pPr>
              <w:rPr>
                <w:rFonts w:ascii="Arial" w:hAnsi="Arial" w:cs="Arial"/>
                <w:lang w:val="en-GB"/>
              </w:rPr>
            </w:pPr>
            <w:r w:rsidRPr="009C251B">
              <w:rPr>
                <w:rFonts w:ascii="Arial" w:hAnsi="Arial" w:cs="Arial"/>
                <w:lang w:val="en-GB"/>
              </w:rPr>
              <w:t>                &lt;</w:t>
            </w:r>
            <w:proofErr w:type="spellStart"/>
            <w:r w:rsidRPr="009C251B">
              <w:rPr>
                <w:rFonts w:ascii="Arial" w:hAnsi="Arial" w:cs="Arial"/>
                <w:lang w:val="en-GB"/>
              </w:rPr>
              <w:t>br</w:t>
            </w:r>
            <w:proofErr w:type="spellEnd"/>
            <w:r w:rsidRPr="009C251B">
              <w:rPr>
                <w:rFonts w:ascii="Arial" w:hAnsi="Arial" w:cs="Arial"/>
                <w:lang w:val="en-GB"/>
              </w:rPr>
              <w:t>&gt;</w:t>
            </w:r>
          </w:p>
          <w:p w14:paraId="225DFE63" w14:textId="77777777" w:rsidR="009C251B" w:rsidRPr="009C251B" w:rsidRDefault="009C251B" w:rsidP="009C251B">
            <w:pPr>
              <w:rPr>
                <w:rFonts w:ascii="Arial" w:hAnsi="Arial" w:cs="Arial"/>
                <w:lang w:val="en-GB"/>
              </w:rPr>
            </w:pPr>
            <w:r w:rsidRPr="009C251B">
              <w:rPr>
                <w:rFonts w:ascii="Arial" w:hAnsi="Arial" w:cs="Arial"/>
                <w:lang w:val="en-GB"/>
              </w:rPr>
              <w:t>                &lt;</w:t>
            </w:r>
            <w:proofErr w:type="spellStart"/>
            <w:r w:rsidRPr="009C251B">
              <w:rPr>
                <w:rFonts w:ascii="Arial" w:hAnsi="Arial" w:cs="Arial"/>
                <w:lang w:val="en-GB"/>
              </w:rPr>
              <w:t>br</w:t>
            </w:r>
            <w:proofErr w:type="spellEnd"/>
            <w:r w:rsidRPr="009C251B">
              <w:rPr>
                <w:rFonts w:ascii="Arial" w:hAnsi="Arial" w:cs="Arial"/>
                <w:lang w:val="en-GB"/>
              </w:rPr>
              <w:t>&gt;</w:t>
            </w:r>
          </w:p>
          <w:p w14:paraId="0AF4D7D6" w14:textId="77777777" w:rsidR="009C251B" w:rsidRPr="009C251B" w:rsidRDefault="009C251B" w:rsidP="009C251B">
            <w:pPr>
              <w:rPr>
                <w:rFonts w:ascii="Arial" w:hAnsi="Arial" w:cs="Arial"/>
                <w:lang w:val="en-GB"/>
              </w:rPr>
            </w:pPr>
          </w:p>
          <w:p w14:paraId="6E08E53C" w14:textId="77777777" w:rsidR="009C251B" w:rsidRPr="009C251B" w:rsidRDefault="009C251B" w:rsidP="009C251B">
            <w:pPr>
              <w:rPr>
                <w:rFonts w:ascii="Arial" w:hAnsi="Arial" w:cs="Arial"/>
                <w:lang w:val="en-GB"/>
              </w:rPr>
            </w:pPr>
            <w:r w:rsidRPr="009C251B">
              <w:rPr>
                <w:rFonts w:ascii="Arial" w:hAnsi="Arial" w:cs="Arial"/>
                <w:lang w:val="en-GB"/>
              </w:rPr>
              <w:t>                &lt;input</w:t>
            </w:r>
          </w:p>
          <w:p w14:paraId="664F2D59" w14:textId="77777777" w:rsidR="009C251B" w:rsidRPr="009C251B" w:rsidRDefault="009C251B" w:rsidP="009C251B">
            <w:pPr>
              <w:rPr>
                <w:rFonts w:ascii="Arial" w:hAnsi="Arial" w:cs="Arial"/>
                <w:lang w:val="en-GB"/>
              </w:rPr>
            </w:pPr>
            <w:r w:rsidRPr="009C251B">
              <w:rPr>
                <w:rFonts w:ascii="Arial" w:hAnsi="Arial" w:cs="Arial"/>
                <w:lang w:val="en-GB"/>
              </w:rPr>
              <w:t>                    type="text"</w:t>
            </w:r>
          </w:p>
          <w:p w14:paraId="068BA799" w14:textId="77777777" w:rsidR="009C251B" w:rsidRPr="009C251B" w:rsidRDefault="009C251B" w:rsidP="009C251B">
            <w:pPr>
              <w:rPr>
                <w:rFonts w:ascii="Arial" w:hAnsi="Arial" w:cs="Arial"/>
                <w:lang w:val="en-GB"/>
              </w:rPr>
            </w:pPr>
            <w:r w:rsidRPr="009C251B">
              <w:rPr>
                <w:rFonts w:ascii="Arial" w:hAnsi="Arial" w:cs="Arial"/>
                <w:lang w:val="en-GB"/>
              </w:rPr>
              <w:t>                    class="form-control"</w:t>
            </w:r>
          </w:p>
          <w:p w14:paraId="36A93A27" w14:textId="77777777" w:rsidR="009C251B" w:rsidRPr="009C251B" w:rsidRDefault="009C251B" w:rsidP="009C251B">
            <w:pPr>
              <w:rPr>
                <w:rFonts w:ascii="Arial" w:hAnsi="Arial" w:cs="Arial"/>
                <w:lang w:val="en-GB"/>
              </w:rPr>
            </w:pPr>
            <w:r w:rsidRPr="009C251B">
              <w:rPr>
                <w:rFonts w:ascii="Arial" w:hAnsi="Arial" w:cs="Arial"/>
                <w:lang w:val="en-GB"/>
              </w:rPr>
              <w:t>                    aria-label="Search product"</w:t>
            </w:r>
          </w:p>
          <w:p w14:paraId="1528AC08" w14:textId="77777777" w:rsidR="009C251B" w:rsidRPr="009C251B" w:rsidRDefault="009C251B" w:rsidP="009C251B">
            <w:pPr>
              <w:rPr>
                <w:rFonts w:ascii="Arial" w:hAnsi="Arial" w:cs="Arial"/>
                <w:lang w:val="en-GB"/>
              </w:rPr>
            </w:pPr>
            <w:r w:rsidRPr="009C251B">
              <w:rPr>
                <w:rFonts w:ascii="Arial" w:hAnsi="Arial" w:cs="Arial"/>
                <w:lang w:val="en-GB"/>
              </w:rPr>
              <w:t>                    aria-</w:t>
            </w:r>
            <w:proofErr w:type="spellStart"/>
            <w:r w:rsidRPr="009C251B">
              <w:rPr>
                <w:rFonts w:ascii="Arial" w:hAnsi="Arial" w:cs="Arial"/>
                <w:lang w:val="en-GB"/>
              </w:rPr>
              <w:t>describedby</w:t>
            </w:r>
            <w:proofErr w:type="spellEnd"/>
            <w:r w:rsidRPr="009C251B">
              <w:rPr>
                <w:rFonts w:ascii="Arial" w:hAnsi="Arial" w:cs="Arial"/>
                <w:lang w:val="en-GB"/>
              </w:rPr>
              <w:t>="</w:t>
            </w:r>
            <w:proofErr w:type="spellStart"/>
            <w:r w:rsidRPr="009C251B">
              <w:rPr>
                <w:rFonts w:ascii="Arial" w:hAnsi="Arial" w:cs="Arial"/>
                <w:lang w:val="en-GB"/>
              </w:rPr>
              <w:t>inputGroup</w:t>
            </w:r>
            <w:proofErr w:type="spellEnd"/>
            <w:r w:rsidRPr="009C251B">
              <w:rPr>
                <w:rFonts w:ascii="Arial" w:hAnsi="Arial" w:cs="Arial"/>
                <w:lang w:val="en-GB"/>
              </w:rPr>
              <w:t>-sizing-default"</w:t>
            </w:r>
          </w:p>
          <w:p w14:paraId="545C7BC8" w14:textId="77777777" w:rsidR="009C251B" w:rsidRPr="009C251B" w:rsidRDefault="009C251B" w:rsidP="009C251B">
            <w:pPr>
              <w:rPr>
                <w:rFonts w:ascii="Arial" w:hAnsi="Arial" w:cs="Arial"/>
                <w:lang w:val="en-GB"/>
              </w:rPr>
            </w:pPr>
            <w:r w:rsidRPr="009C251B">
              <w:rPr>
                <w:rFonts w:ascii="Arial" w:hAnsi="Arial" w:cs="Arial"/>
                <w:lang w:val="en-GB"/>
              </w:rPr>
              <w:t>                    placeholder="Search Product"</w:t>
            </w:r>
          </w:p>
          <w:p w14:paraId="7B058F6E" w14:textId="77777777" w:rsidR="009C251B" w:rsidRPr="009C251B" w:rsidRDefault="009C251B" w:rsidP="009C251B">
            <w:pPr>
              <w:rPr>
                <w:rFonts w:ascii="Arial" w:hAnsi="Arial" w:cs="Arial"/>
                <w:lang w:val="en-GB"/>
              </w:rPr>
            </w:pPr>
            <w:r w:rsidRPr="009C251B">
              <w:rPr>
                <w:rFonts w:ascii="Arial" w:hAnsi="Arial" w:cs="Arial"/>
                <w:lang w:val="en-GB"/>
              </w:rPr>
              <w:t>                &gt;</w:t>
            </w:r>
          </w:p>
          <w:p w14:paraId="1F5C5EC2" w14:textId="77777777" w:rsidR="009C251B" w:rsidRPr="009C251B" w:rsidRDefault="009C251B" w:rsidP="009C251B">
            <w:pPr>
              <w:rPr>
                <w:rFonts w:ascii="Arial" w:hAnsi="Arial" w:cs="Arial"/>
                <w:lang w:val="en-GB"/>
              </w:rPr>
            </w:pPr>
          </w:p>
          <w:p w14:paraId="35ABEC41" w14:textId="77777777" w:rsidR="009C251B" w:rsidRPr="009C251B" w:rsidRDefault="009C251B" w:rsidP="009C251B">
            <w:pPr>
              <w:rPr>
                <w:rFonts w:ascii="Arial" w:hAnsi="Arial" w:cs="Arial"/>
                <w:lang w:val="en-GB"/>
              </w:rPr>
            </w:pPr>
            <w:r w:rsidRPr="009C251B">
              <w:rPr>
                <w:rFonts w:ascii="Arial" w:hAnsi="Arial" w:cs="Arial"/>
                <w:lang w:val="en-GB"/>
              </w:rPr>
              <w:t>                &lt;a href="./Product.html"&gt;</w:t>
            </w:r>
          </w:p>
          <w:p w14:paraId="1F9340CC" w14:textId="77777777" w:rsidR="009C251B" w:rsidRPr="009C251B" w:rsidRDefault="009C251B" w:rsidP="009C251B">
            <w:pPr>
              <w:rPr>
                <w:rFonts w:ascii="Arial" w:hAnsi="Arial" w:cs="Arial"/>
                <w:lang w:val="en-GB"/>
              </w:rPr>
            </w:pPr>
            <w:r w:rsidRPr="009C251B">
              <w:rPr>
                <w:rFonts w:ascii="Arial" w:hAnsi="Arial" w:cs="Arial"/>
                <w:lang w:val="en-GB"/>
              </w:rPr>
              <w:t>                    &lt;img</w:t>
            </w:r>
          </w:p>
          <w:p w14:paraId="6F299B03" w14:textId="77777777" w:rsidR="009C251B" w:rsidRPr="009C251B" w:rsidRDefault="009C251B" w:rsidP="009C251B">
            <w:pPr>
              <w:rPr>
                <w:rFonts w:ascii="Arial" w:hAnsi="Arial" w:cs="Arial"/>
                <w:lang w:val="en-GB"/>
              </w:rPr>
            </w:pPr>
            <w:r w:rsidRPr="009C251B">
              <w:rPr>
                <w:rFonts w:ascii="Arial" w:hAnsi="Arial" w:cs="Arial"/>
                <w:lang w:val="en-GB"/>
              </w:rPr>
              <w:t xml:space="preserve">                        </w:t>
            </w:r>
            <w:proofErr w:type="spellStart"/>
            <w:r w:rsidRPr="009C251B">
              <w:rPr>
                <w:rFonts w:ascii="Arial" w:hAnsi="Arial" w:cs="Arial"/>
                <w:lang w:val="en-GB"/>
              </w:rPr>
              <w:t>src</w:t>
            </w:r>
            <w:proofErr w:type="spellEnd"/>
            <w:r w:rsidRPr="009C251B">
              <w:rPr>
                <w:rFonts w:ascii="Arial" w:hAnsi="Arial" w:cs="Arial"/>
                <w:lang w:val="en-GB"/>
              </w:rPr>
              <w:t>="./images/search.jpg"</w:t>
            </w:r>
          </w:p>
          <w:p w14:paraId="2A2CB82E" w14:textId="77777777" w:rsidR="009C251B" w:rsidRPr="009C251B" w:rsidRDefault="009C251B" w:rsidP="009C251B">
            <w:pPr>
              <w:rPr>
                <w:rFonts w:ascii="Arial" w:hAnsi="Arial" w:cs="Arial"/>
                <w:lang w:val="en-GB"/>
              </w:rPr>
            </w:pPr>
            <w:r w:rsidRPr="009C251B">
              <w:rPr>
                <w:rFonts w:ascii="Arial" w:hAnsi="Arial" w:cs="Arial"/>
                <w:lang w:val="en-GB"/>
              </w:rPr>
              <w:t>                        alt="Search"</w:t>
            </w:r>
          </w:p>
          <w:p w14:paraId="10A27A61" w14:textId="77777777" w:rsidR="009C251B" w:rsidRPr="009C251B" w:rsidRDefault="009C251B" w:rsidP="009C251B">
            <w:pPr>
              <w:rPr>
                <w:rFonts w:ascii="Arial" w:hAnsi="Arial" w:cs="Arial"/>
                <w:lang w:val="en-GB"/>
              </w:rPr>
            </w:pPr>
            <w:r w:rsidRPr="009C251B">
              <w:rPr>
                <w:rFonts w:ascii="Arial" w:hAnsi="Arial" w:cs="Arial"/>
                <w:lang w:val="en-GB"/>
              </w:rPr>
              <w:t>                        height="80"</w:t>
            </w:r>
          </w:p>
          <w:p w14:paraId="443DA185" w14:textId="77777777" w:rsidR="009C251B" w:rsidRPr="009C251B" w:rsidRDefault="009C251B" w:rsidP="009C251B">
            <w:pPr>
              <w:rPr>
                <w:rFonts w:ascii="Arial" w:hAnsi="Arial" w:cs="Arial"/>
                <w:lang w:val="en-GB"/>
              </w:rPr>
            </w:pPr>
            <w:r w:rsidRPr="009C251B">
              <w:rPr>
                <w:rFonts w:ascii="Arial" w:hAnsi="Arial" w:cs="Arial"/>
                <w:lang w:val="en-GB"/>
              </w:rPr>
              <w:t>                    &gt;</w:t>
            </w:r>
          </w:p>
          <w:p w14:paraId="0B6A53B2" w14:textId="77777777" w:rsidR="009C251B" w:rsidRPr="009C251B" w:rsidRDefault="009C251B" w:rsidP="009C251B">
            <w:pPr>
              <w:rPr>
                <w:rFonts w:ascii="Arial" w:hAnsi="Arial" w:cs="Arial"/>
                <w:lang w:val="en-GB"/>
              </w:rPr>
            </w:pPr>
            <w:r w:rsidRPr="009C251B">
              <w:rPr>
                <w:rFonts w:ascii="Arial" w:hAnsi="Arial" w:cs="Arial"/>
                <w:lang w:val="en-GB"/>
              </w:rPr>
              <w:lastRenderedPageBreak/>
              <w:t>                &lt;/a&gt;</w:t>
            </w:r>
          </w:p>
          <w:p w14:paraId="0919881E" w14:textId="77777777" w:rsidR="009C251B" w:rsidRPr="009C251B" w:rsidRDefault="009C251B" w:rsidP="009C251B">
            <w:pPr>
              <w:rPr>
                <w:rFonts w:ascii="Arial" w:hAnsi="Arial" w:cs="Arial"/>
                <w:lang w:val="en-GB"/>
              </w:rPr>
            </w:pPr>
          </w:p>
          <w:p w14:paraId="3387A012" w14:textId="77777777" w:rsidR="009C251B" w:rsidRPr="009C251B" w:rsidRDefault="009C251B" w:rsidP="009C251B">
            <w:pPr>
              <w:rPr>
                <w:rFonts w:ascii="Arial" w:hAnsi="Arial" w:cs="Arial"/>
                <w:lang w:val="en-GB"/>
              </w:rPr>
            </w:pPr>
            <w:r w:rsidRPr="009C251B">
              <w:rPr>
                <w:rFonts w:ascii="Arial" w:hAnsi="Arial" w:cs="Arial"/>
                <w:lang w:val="en-GB"/>
              </w:rPr>
              <w:t>                &lt;</w:t>
            </w:r>
            <w:proofErr w:type="spellStart"/>
            <w:r w:rsidRPr="009C251B">
              <w:rPr>
                <w:rFonts w:ascii="Arial" w:hAnsi="Arial" w:cs="Arial"/>
                <w:lang w:val="en-GB"/>
              </w:rPr>
              <w:t>br</w:t>
            </w:r>
            <w:proofErr w:type="spellEnd"/>
            <w:r w:rsidRPr="009C251B">
              <w:rPr>
                <w:rFonts w:ascii="Arial" w:hAnsi="Arial" w:cs="Arial"/>
                <w:lang w:val="en-GB"/>
              </w:rPr>
              <w:t>&gt;</w:t>
            </w:r>
          </w:p>
          <w:p w14:paraId="75149CB7" w14:textId="77777777" w:rsidR="009C251B" w:rsidRPr="009C251B" w:rsidRDefault="009C251B" w:rsidP="009C251B">
            <w:pPr>
              <w:rPr>
                <w:rFonts w:ascii="Arial" w:hAnsi="Arial" w:cs="Arial"/>
                <w:lang w:val="en-GB"/>
              </w:rPr>
            </w:pPr>
            <w:r w:rsidRPr="009C251B">
              <w:rPr>
                <w:rFonts w:ascii="Arial" w:hAnsi="Arial" w:cs="Arial"/>
                <w:lang w:val="en-GB"/>
              </w:rPr>
              <w:t>            &lt;/td&gt;</w:t>
            </w:r>
          </w:p>
          <w:p w14:paraId="32CD11F1" w14:textId="77777777" w:rsidR="009C251B" w:rsidRPr="009C251B" w:rsidRDefault="009C251B" w:rsidP="009C251B">
            <w:pPr>
              <w:rPr>
                <w:rFonts w:ascii="Arial" w:hAnsi="Arial" w:cs="Arial"/>
                <w:lang w:val="en-GB"/>
              </w:rPr>
            </w:pPr>
          </w:p>
          <w:p w14:paraId="00360EF7" w14:textId="77777777" w:rsidR="009C251B" w:rsidRPr="009C251B" w:rsidRDefault="009C251B" w:rsidP="009C251B">
            <w:pPr>
              <w:rPr>
                <w:rFonts w:ascii="Arial" w:hAnsi="Arial" w:cs="Arial"/>
                <w:lang w:val="en-GB"/>
              </w:rPr>
            </w:pPr>
            <w:r w:rsidRPr="009C251B">
              <w:rPr>
                <w:rFonts w:ascii="Arial" w:hAnsi="Arial" w:cs="Arial"/>
                <w:lang w:val="en-GB"/>
              </w:rPr>
              <w:t>        &lt;/tr&gt;</w:t>
            </w:r>
          </w:p>
          <w:p w14:paraId="34E8C6FD" w14:textId="77777777" w:rsidR="009C251B" w:rsidRPr="009C251B" w:rsidRDefault="009C251B" w:rsidP="009C251B">
            <w:pPr>
              <w:rPr>
                <w:rFonts w:ascii="Arial" w:hAnsi="Arial" w:cs="Arial"/>
                <w:lang w:val="en-GB"/>
              </w:rPr>
            </w:pPr>
            <w:r w:rsidRPr="009C251B">
              <w:rPr>
                <w:rFonts w:ascii="Arial" w:hAnsi="Arial" w:cs="Arial"/>
                <w:lang w:val="en-GB"/>
              </w:rPr>
              <w:t>    &lt;/table&gt;</w:t>
            </w:r>
          </w:p>
          <w:p w14:paraId="6126A6A9" w14:textId="77777777" w:rsidR="009C251B" w:rsidRPr="009C251B" w:rsidRDefault="009C251B" w:rsidP="009C251B">
            <w:pPr>
              <w:rPr>
                <w:rFonts w:ascii="Arial" w:hAnsi="Arial" w:cs="Arial"/>
                <w:lang w:val="en-GB"/>
              </w:rPr>
            </w:pPr>
          </w:p>
          <w:p w14:paraId="22D485F3" w14:textId="77777777" w:rsidR="009C251B" w:rsidRPr="009C251B" w:rsidRDefault="009C251B" w:rsidP="009C251B">
            <w:pPr>
              <w:rPr>
                <w:rFonts w:ascii="Arial" w:hAnsi="Arial" w:cs="Arial"/>
                <w:lang w:val="en-GB"/>
              </w:rPr>
            </w:pPr>
            <w:r w:rsidRPr="009C251B">
              <w:rPr>
                <w:rFonts w:ascii="Arial" w:hAnsi="Arial" w:cs="Arial"/>
                <w:lang w:val="en-GB"/>
              </w:rPr>
              <w:t>    &lt;</w:t>
            </w:r>
            <w:proofErr w:type="spellStart"/>
            <w:r w:rsidRPr="009C251B">
              <w:rPr>
                <w:rFonts w:ascii="Arial" w:hAnsi="Arial" w:cs="Arial"/>
                <w:lang w:val="en-GB"/>
              </w:rPr>
              <w:t>br</w:t>
            </w:r>
            <w:proofErr w:type="spellEnd"/>
            <w:r w:rsidRPr="009C251B">
              <w:rPr>
                <w:rFonts w:ascii="Arial" w:hAnsi="Arial" w:cs="Arial"/>
                <w:lang w:val="en-GB"/>
              </w:rPr>
              <w:t>&gt;</w:t>
            </w:r>
          </w:p>
          <w:p w14:paraId="4E238BF9" w14:textId="77777777" w:rsidR="009C251B" w:rsidRPr="009C251B" w:rsidRDefault="009C251B" w:rsidP="009C251B">
            <w:pPr>
              <w:rPr>
                <w:rFonts w:ascii="Arial" w:hAnsi="Arial" w:cs="Arial"/>
                <w:lang w:val="en-GB"/>
              </w:rPr>
            </w:pPr>
            <w:r w:rsidRPr="009C251B">
              <w:rPr>
                <w:rFonts w:ascii="Arial" w:hAnsi="Arial" w:cs="Arial"/>
                <w:lang w:val="en-GB"/>
              </w:rPr>
              <w:t>    &lt;</w:t>
            </w:r>
            <w:proofErr w:type="spellStart"/>
            <w:r w:rsidRPr="009C251B">
              <w:rPr>
                <w:rFonts w:ascii="Arial" w:hAnsi="Arial" w:cs="Arial"/>
                <w:lang w:val="en-GB"/>
              </w:rPr>
              <w:t>br</w:t>
            </w:r>
            <w:proofErr w:type="spellEnd"/>
            <w:r w:rsidRPr="009C251B">
              <w:rPr>
                <w:rFonts w:ascii="Arial" w:hAnsi="Arial" w:cs="Arial"/>
                <w:lang w:val="en-GB"/>
              </w:rPr>
              <w:t>&gt;</w:t>
            </w:r>
          </w:p>
          <w:p w14:paraId="44BDC159" w14:textId="77777777" w:rsidR="009C251B" w:rsidRPr="009C251B" w:rsidRDefault="009C251B" w:rsidP="009C251B">
            <w:pPr>
              <w:rPr>
                <w:rFonts w:ascii="Arial" w:hAnsi="Arial" w:cs="Arial"/>
                <w:lang w:val="en-GB"/>
              </w:rPr>
            </w:pPr>
            <w:r w:rsidRPr="009C251B">
              <w:rPr>
                <w:rFonts w:ascii="Arial" w:hAnsi="Arial" w:cs="Arial"/>
                <w:lang w:val="en-GB"/>
              </w:rPr>
              <w:t>    &lt;</w:t>
            </w:r>
            <w:proofErr w:type="spellStart"/>
            <w:r w:rsidRPr="009C251B">
              <w:rPr>
                <w:rFonts w:ascii="Arial" w:hAnsi="Arial" w:cs="Arial"/>
                <w:lang w:val="en-GB"/>
              </w:rPr>
              <w:t>br</w:t>
            </w:r>
            <w:proofErr w:type="spellEnd"/>
            <w:r w:rsidRPr="009C251B">
              <w:rPr>
                <w:rFonts w:ascii="Arial" w:hAnsi="Arial" w:cs="Arial"/>
                <w:lang w:val="en-GB"/>
              </w:rPr>
              <w:t>&gt;</w:t>
            </w:r>
          </w:p>
          <w:p w14:paraId="3EAF50C5" w14:textId="77777777" w:rsidR="009C251B" w:rsidRPr="009C251B" w:rsidRDefault="009C251B" w:rsidP="009C251B">
            <w:pPr>
              <w:rPr>
                <w:rFonts w:ascii="Arial" w:hAnsi="Arial" w:cs="Arial"/>
                <w:lang w:val="en-GB"/>
              </w:rPr>
            </w:pPr>
          </w:p>
          <w:p w14:paraId="66BA5C72" w14:textId="77777777" w:rsidR="009C251B" w:rsidRPr="009C251B" w:rsidRDefault="009C251B" w:rsidP="009C251B">
            <w:pPr>
              <w:rPr>
                <w:rFonts w:ascii="Arial" w:hAnsi="Arial" w:cs="Arial"/>
                <w:lang w:val="en-GB"/>
              </w:rPr>
            </w:pPr>
            <w:r w:rsidRPr="009C251B">
              <w:rPr>
                <w:rFonts w:ascii="Arial" w:hAnsi="Arial" w:cs="Arial"/>
                <w:lang w:val="en-GB"/>
              </w:rPr>
              <w:t>    &lt;!-- Button trigger modal --&gt;</w:t>
            </w:r>
          </w:p>
          <w:p w14:paraId="16797B2D" w14:textId="77777777" w:rsidR="009C251B" w:rsidRPr="009C251B" w:rsidRDefault="009C251B" w:rsidP="009C251B">
            <w:pPr>
              <w:rPr>
                <w:rFonts w:ascii="Arial" w:hAnsi="Arial" w:cs="Arial"/>
                <w:lang w:val="en-GB"/>
              </w:rPr>
            </w:pPr>
            <w:r w:rsidRPr="009C251B">
              <w:rPr>
                <w:rFonts w:ascii="Arial" w:hAnsi="Arial" w:cs="Arial"/>
                <w:lang w:val="en-GB"/>
              </w:rPr>
              <w:t>    &lt;button</w:t>
            </w:r>
          </w:p>
          <w:p w14:paraId="4D772731" w14:textId="77777777" w:rsidR="009C251B" w:rsidRPr="009C251B" w:rsidRDefault="009C251B" w:rsidP="009C251B">
            <w:pPr>
              <w:rPr>
                <w:rFonts w:ascii="Arial" w:hAnsi="Arial" w:cs="Arial"/>
                <w:lang w:val="en-GB"/>
              </w:rPr>
            </w:pPr>
            <w:r w:rsidRPr="009C251B">
              <w:rPr>
                <w:rFonts w:ascii="Arial" w:hAnsi="Arial" w:cs="Arial"/>
                <w:lang w:val="en-GB"/>
              </w:rPr>
              <w:t>        type="button"</w:t>
            </w:r>
          </w:p>
          <w:p w14:paraId="6F276554" w14:textId="77777777" w:rsidR="009C251B" w:rsidRPr="009C251B" w:rsidRDefault="009C251B" w:rsidP="009C251B">
            <w:pPr>
              <w:rPr>
                <w:rFonts w:ascii="Arial" w:hAnsi="Arial" w:cs="Arial"/>
                <w:lang w:val="en-GB"/>
              </w:rPr>
            </w:pPr>
            <w:r w:rsidRPr="009C251B">
              <w:rPr>
                <w:rFonts w:ascii="Arial" w:hAnsi="Arial" w:cs="Arial"/>
                <w:lang w:val="en-GB"/>
              </w:rPr>
              <w:t>        class="</w:t>
            </w:r>
            <w:proofErr w:type="spellStart"/>
            <w:r w:rsidRPr="009C251B">
              <w:rPr>
                <w:rFonts w:ascii="Arial" w:hAnsi="Arial" w:cs="Arial"/>
                <w:lang w:val="en-GB"/>
              </w:rPr>
              <w:t>btn</w:t>
            </w:r>
            <w:proofErr w:type="spellEnd"/>
            <w:r w:rsidRPr="009C251B">
              <w:rPr>
                <w:rFonts w:ascii="Arial" w:hAnsi="Arial" w:cs="Arial"/>
                <w:lang w:val="en-GB"/>
              </w:rPr>
              <w:t xml:space="preserve"> </w:t>
            </w:r>
            <w:proofErr w:type="spellStart"/>
            <w:r w:rsidRPr="009C251B">
              <w:rPr>
                <w:rFonts w:ascii="Arial" w:hAnsi="Arial" w:cs="Arial"/>
                <w:lang w:val="en-GB"/>
              </w:rPr>
              <w:t>btn</w:t>
            </w:r>
            <w:proofErr w:type="spellEnd"/>
            <w:r w:rsidRPr="009C251B">
              <w:rPr>
                <w:rFonts w:ascii="Arial" w:hAnsi="Arial" w:cs="Arial"/>
                <w:lang w:val="en-GB"/>
              </w:rPr>
              <w:t>-primary"</w:t>
            </w:r>
          </w:p>
          <w:p w14:paraId="5567423F" w14:textId="77777777" w:rsidR="009C251B" w:rsidRPr="009C251B" w:rsidRDefault="009C251B" w:rsidP="009C251B">
            <w:pPr>
              <w:rPr>
                <w:rFonts w:ascii="Arial" w:hAnsi="Arial" w:cs="Arial"/>
                <w:lang w:val="en-GB"/>
              </w:rPr>
            </w:pPr>
            <w:r w:rsidRPr="009C251B">
              <w:rPr>
                <w:rFonts w:ascii="Arial" w:hAnsi="Arial" w:cs="Arial"/>
                <w:lang w:val="en-GB"/>
              </w:rPr>
              <w:t>        data-bs-toggle="modal"</w:t>
            </w:r>
          </w:p>
          <w:p w14:paraId="7565591A" w14:textId="77777777" w:rsidR="009C251B" w:rsidRPr="009C251B" w:rsidRDefault="009C251B" w:rsidP="009C251B">
            <w:pPr>
              <w:rPr>
                <w:rFonts w:ascii="Arial" w:hAnsi="Arial" w:cs="Arial"/>
                <w:lang w:val="en-GB"/>
              </w:rPr>
            </w:pPr>
            <w:r w:rsidRPr="009C251B">
              <w:rPr>
                <w:rFonts w:ascii="Arial" w:hAnsi="Arial" w:cs="Arial"/>
                <w:lang w:val="en-GB"/>
              </w:rPr>
              <w:t>        data-bs-target="#</w:t>
            </w:r>
            <w:proofErr w:type="spellStart"/>
            <w:r w:rsidRPr="009C251B">
              <w:rPr>
                <w:rFonts w:ascii="Arial" w:hAnsi="Arial" w:cs="Arial"/>
                <w:lang w:val="en-GB"/>
              </w:rPr>
              <w:t>exampleModal</w:t>
            </w:r>
            <w:proofErr w:type="spellEnd"/>
            <w:r w:rsidRPr="009C251B">
              <w:rPr>
                <w:rFonts w:ascii="Arial" w:hAnsi="Arial" w:cs="Arial"/>
                <w:lang w:val="en-GB"/>
              </w:rPr>
              <w:t>"</w:t>
            </w:r>
          </w:p>
          <w:p w14:paraId="4C184211" w14:textId="77777777" w:rsidR="009C251B" w:rsidRPr="009C251B" w:rsidRDefault="009C251B" w:rsidP="009C251B">
            <w:pPr>
              <w:rPr>
                <w:rFonts w:ascii="Arial" w:hAnsi="Arial" w:cs="Arial"/>
                <w:lang w:val="en-GB"/>
              </w:rPr>
            </w:pPr>
            <w:r w:rsidRPr="009C251B">
              <w:rPr>
                <w:rFonts w:ascii="Arial" w:hAnsi="Arial" w:cs="Arial"/>
                <w:lang w:val="en-GB"/>
              </w:rPr>
              <w:t>    &gt;</w:t>
            </w:r>
          </w:p>
          <w:p w14:paraId="59AB5752" w14:textId="77777777" w:rsidR="009C251B" w:rsidRPr="009C251B" w:rsidRDefault="009C251B" w:rsidP="009C251B">
            <w:pPr>
              <w:rPr>
                <w:rFonts w:ascii="Arial" w:hAnsi="Arial" w:cs="Arial"/>
                <w:lang w:val="en-GB"/>
              </w:rPr>
            </w:pPr>
            <w:r w:rsidRPr="009C251B">
              <w:rPr>
                <w:rFonts w:ascii="Arial" w:hAnsi="Arial" w:cs="Arial"/>
                <w:lang w:val="en-GB"/>
              </w:rPr>
              <w:t>        GET A 15% IN YOUR NEXT PURCHASE **</w:t>
            </w:r>
          </w:p>
          <w:p w14:paraId="1D41DA21" w14:textId="77777777" w:rsidR="009C251B" w:rsidRPr="009C251B" w:rsidRDefault="009C251B" w:rsidP="009C251B">
            <w:pPr>
              <w:rPr>
                <w:rFonts w:ascii="Arial" w:hAnsi="Arial" w:cs="Arial"/>
                <w:lang w:val="en-GB"/>
              </w:rPr>
            </w:pPr>
            <w:r w:rsidRPr="009C251B">
              <w:rPr>
                <w:rFonts w:ascii="Arial" w:hAnsi="Arial" w:cs="Arial"/>
                <w:lang w:val="en-GB"/>
              </w:rPr>
              <w:t>    &lt;/button&gt;</w:t>
            </w:r>
          </w:p>
          <w:p w14:paraId="0259E8B4" w14:textId="77777777" w:rsidR="009C251B" w:rsidRPr="009C251B" w:rsidRDefault="009C251B" w:rsidP="009C251B">
            <w:pPr>
              <w:rPr>
                <w:rFonts w:ascii="Arial" w:hAnsi="Arial" w:cs="Arial"/>
                <w:lang w:val="en-GB"/>
              </w:rPr>
            </w:pPr>
          </w:p>
          <w:p w14:paraId="4E40E428" w14:textId="77777777" w:rsidR="009C251B" w:rsidRPr="009C251B" w:rsidRDefault="009C251B" w:rsidP="009C251B">
            <w:pPr>
              <w:rPr>
                <w:rFonts w:ascii="Arial" w:hAnsi="Arial" w:cs="Arial"/>
                <w:lang w:val="en-GB"/>
              </w:rPr>
            </w:pPr>
            <w:r w:rsidRPr="009C251B">
              <w:rPr>
                <w:rFonts w:ascii="Arial" w:hAnsi="Arial" w:cs="Arial"/>
                <w:lang w:val="en-GB"/>
              </w:rPr>
              <w:t>    &lt;</w:t>
            </w:r>
            <w:proofErr w:type="spellStart"/>
            <w:r w:rsidRPr="009C251B">
              <w:rPr>
                <w:rFonts w:ascii="Arial" w:hAnsi="Arial" w:cs="Arial"/>
                <w:lang w:val="en-GB"/>
              </w:rPr>
              <w:t>br</w:t>
            </w:r>
            <w:proofErr w:type="spellEnd"/>
            <w:r w:rsidRPr="009C251B">
              <w:rPr>
                <w:rFonts w:ascii="Arial" w:hAnsi="Arial" w:cs="Arial"/>
                <w:lang w:val="en-GB"/>
              </w:rPr>
              <w:t>&gt;</w:t>
            </w:r>
          </w:p>
          <w:p w14:paraId="2A7DB72A" w14:textId="77777777" w:rsidR="009C251B" w:rsidRPr="009C251B" w:rsidRDefault="009C251B" w:rsidP="009C251B">
            <w:pPr>
              <w:rPr>
                <w:rFonts w:ascii="Arial" w:hAnsi="Arial" w:cs="Arial"/>
                <w:lang w:val="en-GB"/>
              </w:rPr>
            </w:pPr>
          </w:p>
          <w:p w14:paraId="33E88E91" w14:textId="77777777" w:rsidR="009C251B" w:rsidRPr="009C251B" w:rsidRDefault="009C251B" w:rsidP="009C251B">
            <w:pPr>
              <w:rPr>
                <w:rFonts w:ascii="Arial" w:hAnsi="Arial" w:cs="Arial"/>
                <w:lang w:val="en-GB"/>
              </w:rPr>
            </w:pPr>
            <w:r w:rsidRPr="009C251B">
              <w:rPr>
                <w:rFonts w:ascii="Arial" w:hAnsi="Arial" w:cs="Arial"/>
                <w:lang w:val="en-GB"/>
              </w:rPr>
              <w:t>    &lt;hr&gt;</w:t>
            </w:r>
          </w:p>
          <w:p w14:paraId="7BB20F03" w14:textId="77777777" w:rsidR="009C251B" w:rsidRPr="009C251B" w:rsidRDefault="009C251B" w:rsidP="009C251B">
            <w:pPr>
              <w:rPr>
                <w:rFonts w:ascii="Arial" w:hAnsi="Arial" w:cs="Arial"/>
                <w:lang w:val="en-GB"/>
              </w:rPr>
            </w:pPr>
          </w:p>
          <w:p w14:paraId="78F6EB16" w14:textId="77777777" w:rsidR="009C251B" w:rsidRPr="009C251B" w:rsidRDefault="009C251B" w:rsidP="009C251B">
            <w:pPr>
              <w:rPr>
                <w:rFonts w:ascii="Arial" w:hAnsi="Arial" w:cs="Arial"/>
                <w:lang w:val="en-GB"/>
              </w:rPr>
            </w:pPr>
            <w:r w:rsidRPr="009C251B">
              <w:rPr>
                <w:rFonts w:ascii="Arial" w:hAnsi="Arial" w:cs="Arial"/>
                <w:lang w:val="en-GB"/>
              </w:rPr>
              <w:t>    &lt;h1&gt;You may like this&lt;/h1&gt;</w:t>
            </w:r>
          </w:p>
          <w:p w14:paraId="33A594B8" w14:textId="77777777" w:rsidR="009C251B" w:rsidRPr="009C251B" w:rsidRDefault="009C251B" w:rsidP="009C251B">
            <w:pPr>
              <w:rPr>
                <w:rFonts w:ascii="Arial" w:hAnsi="Arial" w:cs="Arial"/>
                <w:lang w:val="en-GB"/>
              </w:rPr>
            </w:pPr>
          </w:p>
          <w:p w14:paraId="724715B5" w14:textId="77777777" w:rsidR="009C251B" w:rsidRPr="009C251B" w:rsidRDefault="009C251B" w:rsidP="009C251B">
            <w:pPr>
              <w:rPr>
                <w:rFonts w:ascii="Arial" w:hAnsi="Arial" w:cs="Arial"/>
                <w:lang w:val="en-GB"/>
              </w:rPr>
            </w:pPr>
            <w:r w:rsidRPr="009C251B">
              <w:rPr>
                <w:rFonts w:ascii="Arial" w:hAnsi="Arial" w:cs="Arial"/>
                <w:lang w:val="en-GB"/>
              </w:rPr>
              <w:t>    &lt;div class="</w:t>
            </w:r>
            <w:proofErr w:type="spellStart"/>
            <w:r w:rsidRPr="009C251B">
              <w:rPr>
                <w:rFonts w:ascii="Arial" w:hAnsi="Arial" w:cs="Arial"/>
                <w:lang w:val="en-GB"/>
              </w:rPr>
              <w:t>carrossel</w:t>
            </w:r>
            <w:proofErr w:type="spellEnd"/>
            <w:r w:rsidRPr="009C251B">
              <w:rPr>
                <w:rFonts w:ascii="Arial" w:hAnsi="Arial" w:cs="Arial"/>
                <w:lang w:val="en-GB"/>
              </w:rPr>
              <w:t>"&gt;</w:t>
            </w:r>
          </w:p>
          <w:p w14:paraId="2C18A9CE" w14:textId="77777777" w:rsidR="009C251B" w:rsidRPr="009C251B" w:rsidRDefault="009C251B" w:rsidP="009C251B">
            <w:pPr>
              <w:rPr>
                <w:rFonts w:ascii="Arial" w:hAnsi="Arial" w:cs="Arial"/>
                <w:lang w:val="en-GB"/>
              </w:rPr>
            </w:pPr>
          </w:p>
          <w:p w14:paraId="493710C9" w14:textId="77777777" w:rsidR="009C251B" w:rsidRPr="009C251B" w:rsidRDefault="009C251B" w:rsidP="009C251B">
            <w:pPr>
              <w:rPr>
                <w:rFonts w:ascii="Arial" w:hAnsi="Arial" w:cs="Arial"/>
                <w:lang w:val="en-GB"/>
              </w:rPr>
            </w:pPr>
            <w:r w:rsidRPr="009C251B">
              <w:rPr>
                <w:rFonts w:ascii="Arial" w:hAnsi="Arial" w:cs="Arial"/>
                <w:lang w:val="en-GB"/>
              </w:rPr>
              <w:t>        &lt;div class="card"&gt;</w:t>
            </w:r>
          </w:p>
          <w:p w14:paraId="608BDDC3" w14:textId="77777777" w:rsidR="009C251B" w:rsidRPr="009C251B" w:rsidRDefault="009C251B" w:rsidP="009C251B">
            <w:pPr>
              <w:rPr>
                <w:rFonts w:ascii="Arial" w:hAnsi="Arial" w:cs="Arial"/>
                <w:lang w:val="en-GB"/>
              </w:rPr>
            </w:pPr>
            <w:r w:rsidRPr="009C251B">
              <w:rPr>
                <w:rFonts w:ascii="Arial" w:hAnsi="Arial" w:cs="Arial"/>
                <w:lang w:val="en-GB"/>
              </w:rPr>
              <w:t>            &lt;img</w:t>
            </w:r>
          </w:p>
          <w:p w14:paraId="70C76D82" w14:textId="77777777" w:rsidR="009C251B" w:rsidRPr="009C251B" w:rsidRDefault="009C251B" w:rsidP="009C251B">
            <w:pPr>
              <w:rPr>
                <w:rFonts w:ascii="Arial" w:hAnsi="Arial" w:cs="Arial"/>
                <w:lang w:val="en-GB"/>
              </w:rPr>
            </w:pPr>
            <w:r w:rsidRPr="009C251B">
              <w:rPr>
                <w:rFonts w:ascii="Arial" w:hAnsi="Arial" w:cs="Arial"/>
                <w:lang w:val="en-GB"/>
              </w:rPr>
              <w:t xml:space="preserve">                </w:t>
            </w:r>
            <w:proofErr w:type="spellStart"/>
            <w:r w:rsidRPr="009C251B">
              <w:rPr>
                <w:rFonts w:ascii="Arial" w:hAnsi="Arial" w:cs="Arial"/>
                <w:lang w:val="en-GB"/>
              </w:rPr>
              <w:t>src</w:t>
            </w:r>
            <w:proofErr w:type="spellEnd"/>
            <w:r w:rsidRPr="009C251B">
              <w:rPr>
                <w:rFonts w:ascii="Arial" w:hAnsi="Arial" w:cs="Arial"/>
                <w:lang w:val="en-GB"/>
              </w:rPr>
              <w:t>="./images/foto1.jpg"</w:t>
            </w:r>
          </w:p>
          <w:p w14:paraId="2DC1151B" w14:textId="77777777" w:rsidR="009C251B" w:rsidRPr="009C251B" w:rsidRDefault="009C251B" w:rsidP="009C251B">
            <w:pPr>
              <w:rPr>
                <w:rFonts w:ascii="Arial" w:hAnsi="Arial" w:cs="Arial"/>
                <w:lang w:val="en-GB"/>
              </w:rPr>
            </w:pPr>
            <w:r w:rsidRPr="009C251B">
              <w:rPr>
                <w:rFonts w:ascii="Arial" w:hAnsi="Arial" w:cs="Arial"/>
                <w:lang w:val="en-GB"/>
              </w:rPr>
              <w:t>                alt="Imagem 1"</w:t>
            </w:r>
          </w:p>
          <w:p w14:paraId="63537078" w14:textId="77777777" w:rsidR="009C251B" w:rsidRPr="009C251B" w:rsidRDefault="009C251B" w:rsidP="009C251B">
            <w:pPr>
              <w:rPr>
                <w:rFonts w:ascii="Arial" w:hAnsi="Arial" w:cs="Arial"/>
                <w:lang w:val="en-GB"/>
              </w:rPr>
            </w:pPr>
            <w:r w:rsidRPr="009C251B">
              <w:rPr>
                <w:rFonts w:ascii="Arial" w:hAnsi="Arial" w:cs="Arial"/>
                <w:lang w:val="en-GB"/>
              </w:rPr>
              <w:t>            &gt;</w:t>
            </w:r>
          </w:p>
          <w:p w14:paraId="130E8643" w14:textId="77777777" w:rsidR="009C251B" w:rsidRPr="009C251B" w:rsidRDefault="009C251B" w:rsidP="009C251B">
            <w:pPr>
              <w:rPr>
                <w:rFonts w:ascii="Arial" w:hAnsi="Arial" w:cs="Arial"/>
                <w:lang w:val="en-GB"/>
              </w:rPr>
            </w:pPr>
            <w:r w:rsidRPr="009C251B">
              <w:rPr>
                <w:rFonts w:ascii="Arial" w:hAnsi="Arial" w:cs="Arial"/>
                <w:lang w:val="en-GB"/>
              </w:rPr>
              <w:t>        &lt;/div&gt;</w:t>
            </w:r>
          </w:p>
          <w:p w14:paraId="2F416393" w14:textId="77777777" w:rsidR="009C251B" w:rsidRPr="009C251B" w:rsidRDefault="009C251B" w:rsidP="009C251B">
            <w:pPr>
              <w:rPr>
                <w:rFonts w:ascii="Arial" w:hAnsi="Arial" w:cs="Arial"/>
                <w:lang w:val="en-GB"/>
              </w:rPr>
            </w:pPr>
          </w:p>
          <w:p w14:paraId="7A95D0D2" w14:textId="77777777" w:rsidR="009C251B" w:rsidRPr="009C251B" w:rsidRDefault="009C251B" w:rsidP="009C251B">
            <w:pPr>
              <w:rPr>
                <w:rFonts w:ascii="Arial" w:hAnsi="Arial" w:cs="Arial"/>
                <w:lang w:val="en-GB"/>
              </w:rPr>
            </w:pPr>
            <w:r w:rsidRPr="009C251B">
              <w:rPr>
                <w:rFonts w:ascii="Arial" w:hAnsi="Arial" w:cs="Arial"/>
                <w:lang w:val="en-GB"/>
              </w:rPr>
              <w:t>        &lt;div class="card"&gt;</w:t>
            </w:r>
          </w:p>
          <w:p w14:paraId="607900FF" w14:textId="77777777" w:rsidR="009C251B" w:rsidRPr="009C251B" w:rsidRDefault="009C251B" w:rsidP="009C251B">
            <w:pPr>
              <w:rPr>
                <w:rFonts w:ascii="Arial" w:hAnsi="Arial" w:cs="Arial"/>
                <w:lang w:val="en-GB"/>
              </w:rPr>
            </w:pPr>
            <w:r w:rsidRPr="009C251B">
              <w:rPr>
                <w:rFonts w:ascii="Arial" w:hAnsi="Arial" w:cs="Arial"/>
                <w:lang w:val="en-GB"/>
              </w:rPr>
              <w:t>            &lt;img</w:t>
            </w:r>
          </w:p>
          <w:p w14:paraId="1D282875" w14:textId="77777777" w:rsidR="009C251B" w:rsidRPr="009C251B" w:rsidRDefault="009C251B" w:rsidP="009C251B">
            <w:pPr>
              <w:rPr>
                <w:rFonts w:ascii="Arial" w:hAnsi="Arial" w:cs="Arial"/>
                <w:lang w:val="en-GB"/>
              </w:rPr>
            </w:pPr>
            <w:r w:rsidRPr="009C251B">
              <w:rPr>
                <w:rFonts w:ascii="Arial" w:hAnsi="Arial" w:cs="Arial"/>
                <w:lang w:val="en-GB"/>
              </w:rPr>
              <w:t xml:space="preserve">                </w:t>
            </w:r>
            <w:proofErr w:type="spellStart"/>
            <w:r w:rsidRPr="009C251B">
              <w:rPr>
                <w:rFonts w:ascii="Arial" w:hAnsi="Arial" w:cs="Arial"/>
                <w:lang w:val="en-GB"/>
              </w:rPr>
              <w:t>src</w:t>
            </w:r>
            <w:proofErr w:type="spellEnd"/>
            <w:r w:rsidRPr="009C251B">
              <w:rPr>
                <w:rFonts w:ascii="Arial" w:hAnsi="Arial" w:cs="Arial"/>
                <w:lang w:val="en-GB"/>
              </w:rPr>
              <w:t>="./images/foto2.jpg"</w:t>
            </w:r>
          </w:p>
          <w:p w14:paraId="28A4C09C" w14:textId="77777777" w:rsidR="009C251B" w:rsidRPr="009C251B" w:rsidRDefault="009C251B" w:rsidP="009C251B">
            <w:pPr>
              <w:rPr>
                <w:rFonts w:ascii="Arial" w:hAnsi="Arial" w:cs="Arial"/>
                <w:lang w:val="en-GB"/>
              </w:rPr>
            </w:pPr>
            <w:r w:rsidRPr="009C251B">
              <w:rPr>
                <w:rFonts w:ascii="Arial" w:hAnsi="Arial" w:cs="Arial"/>
                <w:lang w:val="en-GB"/>
              </w:rPr>
              <w:t>                alt="Imagem 2"</w:t>
            </w:r>
          </w:p>
          <w:p w14:paraId="537DEBAD" w14:textId="77777777" w:rsidR="009C251B" w:rsidRPr="009C251B" w:rsidRDefault="009C251B" w:rsidP="009C251B">
            <w:pPr>
              <w:rPr>
                <w:rFonts w:ascii="Arial" w:hAnsi="Arial" w:cs="Arial"/>
                <w:lang w:val="en-GB"/>
              </w:rPr>
            </w:pPr>
            <w:r w:rsidRPr="009C251B">
              <w:rPr>
                <w:rFonts w:ascii="Arial" w:hAnsi="Arial" w:cs="Arial"/>
                <w:lang w:val="en-GB"/>
              </w:rPr>
              <w:t>            &gt;</w:t>
            </w:r>
          </w:p>
          <w:p w14:paraId="20C71EDF" w14:textId="77777777" w:rsidR="009C251B" w:rsidRPr="009C251B" w:rsidRDefault="009C251B" w:rsidP="009C251B">
            <w:pPr>
              <w:rPr>
                <w:rFonts w:ascii="Arial" w:hAnsi="Arial" w:cs="Arial"/>
                <w:lang w:val="en-GB"/>
              </w:rPr>
            </w:pPr>
            <w:r w:rsidRPr="009C251B">
              <w:rPr>
                <w:rFonts w:ascii="Arial" w:hAnsi="Arial" w:cs="Arial"/>
                <w:lang w:val="en-GB"/>
              </w:rPr>
              <w:t>        &lt;/div&gt;</w:t>
            </w:r>
          </w:p>
          <w:p w14:paraId="11F80E62" w14:textId="77777777" w:rsidR="009C251B" w:rsidRPr="009C251B" w:rsidRDefault="009C251B" w:rsidP="009C251B">
            <w:pPr>
              <w:rPr>
                <w:rFonts w:ascii="Arial" w:hAnsi="Arial" w:cs="Arial"/>
                <w:lang w:val="en-GB"/>
              </w:rPr>
            </w:pPr>
          </w:p>
          <w:p w14:paraId="744C7002" w14:textId="77777777" w:rsidR="009C251B" w:rsidRPr="009C251B" w:rsidRDefault="009C251B" w:rsidP="009C251B">
            <w:pPr>
              <w:rPr>
                <w:rFonts w:ascii="Arial" w:hAnsi="Arial" w:cs="Arial"/>
                <w:lang w:val="en-GB"/>
              </w:rPr>
            </w:pPr>
            <w:r w:rsidRPr="009C251B">
              <w:rPr>
                <w:rFonts w:ascii="Arial" w:hAnsi="Arial" w:cs="Arial"/>
                <w:lang w:val="en-GB"/>
              </w:rPr>
              <w:t>        &lt;div class="card"&gt;</w:t>
            </w:r>
          </w:p>
          <w:p w14:paraId="3371F596" w14:textId="77777777" w:rsidR="009C251B" w:rsidRPr="009C251B" w:rsidRDefault="009C251B" w:rsidP="009C251B">
            <w:pPr>
              <w:rPr>
                <w:rFonts w:ascii="Arial" w:hAnsi="Arial" w:cs="Arial"/>
                <w:lang w:val="en-GB"/>
              </w:rPr>
            </w:pPr>
            <w:r w:rsidRPr="009C251B">
              <w:rPr>
                <w:rFonts w:ascii="Arial" w:hAnsi="Arial" w:cs="Arial"/>
                <w:lang w:val="en-GB"/>
              </w:rPr>
              <w:t>            &lt;img</w:t>
            </w:r>
          </w:p>
          <w:p w14:paraId="35E754E2" w14:textId="77777777" w:rsidR="009C251B" w:rsidRPr="009C251B" w:rsidRDefault="009C251B" w:rsidP="009C251B">
            <w:pPr>
              <w:rPr>
                <w:rFonts w:ascii="Arial" w:hAnsi="Arial" w:cs="Arial"/>
                <w:lang w:val="en-GB"/>
              </w:rPr>
            </w:pPr>
            <w:r w:rsidRPr="009C251B">
              <w:rPr>
                <w:rFonts w:ascii="Arial" w:hAnsi="Arial" w:cs="Arial"/>
                <w:lang w:val="en-GB"/>
              </w:rPr>
              <w:t xml:space="preserve">                </w:t>
            </w:r>
            <w:proofErr w:type="spellStart"/>
            <w:r w:rsidRPr="009C251B">
              <w:rPr>
                <w:rFonts w:ascii="Arial" w:hAnsi="Arial" w:cs="Arial"/>
                <w:lang w:val="en-GB"/>
              </w:rPr>
              <w:t>src</w:t>
            </w:r>
            <w:proofErr w:type="spellEnd"/>
            <w:r w:rsidRPr="009C251B">
              <w:rPr>
                <w:rFonts w:ascii="Arial" w:hAnsi="Arial" w:cs="Arial"/>
                <w:lang w:val="en-GB"/>
              </w:rPr>
              <w:t>="./images/foto3.jpg"</w:t>
            </w:r>
          </w:p>
          <w:p w14:paraId="06B03055" w14:textId="77777777" w:rsidR="009C251B" w:rsidRPr="009C251B" w:rsidRDefault="009C251B" w:rsidP="009C251B">
            <w:pPr>
              <w:rPr>
                <w:rFonts w:ascii="Arial" w:hAnsi="Arial" w:cs="Arial"/>
                <w:lang w:val="en-GB"/>
              </w:rPr>
            </w:pPr>
            <w:r w:rsidRPr="009C251B">
              <w:rPr>
                <w:rFonts w:ascii="Arial" w:hAnsi="Arial" w:cs="Arial"/>
                <w:lang w:val="en-GB"/>
              </w:rPr>
              <w:t>                alt="Imagem 3"</w:t>
            </w:r>
          </w:p>
          <w:p w14:paraId="303AD245" w14:textId="77777777" w:rsidR="009C251B" w:rsidRPr="009C251B" w:rsidRDefault="009C251B" w:rsidP="009C251B">
            <w:pPr>
              <w:rPr>
                <w:rFonts w:ascii="Arial" w:hAnsi="Arial" w:cs="Arial"/>
                <w:lang w:val="en-GB"/>
              </w:rPr>
            </w:pPr>
            <w:r w:rsidRPr="009C251B">
              <w:rPr>
                <w:rFonts w:ascii="Arial" w:hAnsi="Arial" w:cs="Arial"/>
                <w:lang w:val="en-GB"/>
              </w:rPr>
              <w:t>            &gt;</w:t>
            </w:r>
          </w:p>
          <w:p w14:paraId="5BA16D0B" w14:textId="77777777" w:rsidR="009C251B" w:rsidRPr="009C251B" w:rsidRDefault="009C251B" w:rsidP="009C251B">
            <w:pPr>
              <w:rPr>
                <w:rFonts w:ascii="Arial" w:hAnsi="Arial" w:cs="Arial"/>
                <w:lang w:val="en-GB"/>
              </w:rPr>
            </w:pPr>
            <w:r w:rsidRPr="009C251B">
              <w:rPr>
                <w:rFonts w:ascii="Arial" w:hAnsi="Arial" w:cs="Arial"/>
                <w:lang w:val="en-GB"/>
              </w:rPr>
              <w:t>        &lt;/div&gt;</w:t>
            </w:r>
          </w:p>
          <w:p w14:paraId="5AE11FE1" w14:textId="77777777" w:rsidR="009C251B" w:rsidRPr="009C251B" w:rsidRDefault="009C251B" w:rsidP="009C251B">
            <w:pPr>
              <w:rPr>
                <w:rFonts w:ascii="Arial" w:hAnsi="Arial" w:cs="Arial"/>
                <w:lang w:val="en-GB"/>
              </w:rPr>
            </w:pPr>
          </w:p>
          <w:p w14:paraId="0990CF43" w14:textId="77777777" w:rsidR="009C251B" w:rsidRPr="009C251B" w:rsidRDefault="009C251B" w:rsidP="009C251B">
            <w:pPr>
              <w:rPr>
                <w:rFonts w:ascii="Arial" w:hAnsi="Arial" w:cs="Arial"/>
                <w:lang w:val="en-GB"/>
              </w:rPr>
            </w:pPr>
            <w:r w:rsidRPr="009C251B">
              <w:rPr>
                <w:rFonts w:ascii="Arial" w:hAnsi="Arial" w:cs="Arial"/>
                <w:lang w:val="en-GB"/>
              </w:rPr>
              <w:lastRenderedPageBreak/>
              <w:t>        &lt;div class="card"&gt;</w:t>
            </w:r>
          </w:p>
          <w:p w14:paraId="136BEC9F" w14:textId="77777777" w:rsidR="009C251B" w:rsidRPr="009C251B" w:rsidRDefault="009C251B" w:rsidP="009C251B">
            <w:pPr>
              <w:rPr>
                <w:rFonts w:ascii="Arial" w:hAnsi="Arial" w:cs="Arial"/>
                <w:lang w:val="en-GB"/>
              </w:rPr>
            </w:pPr>
            <w:r w:rsidRPr="009C251B">
              <w:rPr>
                <w:rFonts w:ascii="Arial" w:hAnsi="Arial" w:cs="Arial"/>
                <w:lang w:val="en-GB"/>
              </w:rPr>
              <w:t>            &lt;img</w:t>
            </w:r>
          </w:p>
          <w:p w14:paraId="2E615AD7" w14:textId="77777777" w:rsidR="009C251B" w:rsidRPr="009C251B" w:rsidRDefault="009C251B" w:rsidP="009C251B">
            <w:pPr>
              <w:rPr>
                <w:rFonts w:ascii="Arial" w:hAnsi="Arial" w:cs="Arial"/>
                <w:lang w:val="en-GB"/>
              </w:rPr>
            </w:pPr>
            <w:r w:rsidRPr="009C251B">
              <w:rPr>
                <w:rFonts w:ascii="Arial" w:hAnsi="Arial" w:cs="Arial"/>
                <w:lang w:val="en-GB"/>
              </w:rPr>
              <w:t xml:space="preserve">                </w:t>
            </w:r>
            <w:proofErr w:type="spellStart"/>
            <w:r w:rsidRPr="009C251B">
              <w:rPr>
                <w:rFonts w:ascii="Arial" w:hAnsi="Arial" w:cs="Arial"/>
                <w:lang w:val="en-GB"/>
              </w:rPr>
              <w:t>src</w:t>
            </w:r>
            <w:proofErr w:type="spellEnd"/>
            <w:r w:rsidRPr="009C251B">
              <w:rPr>
                <w:rFonts w:ascii="Arial" w:hAnsi="Arial" w:cs="Arial"/>
                <w:lang w:val="en-GB"/>
              </w:rPr>
              <w:t>="./images/foto4.jpg"</w:t>
            </w:r>
          </w:p>
          <w:p w14:paraId="67E6C418" w14:textId="77777777" w:rsidR="009C251B" w:rsidRPr="009C251B" w:rsidRDefault="009C251B" w:rsidP="009C251B">
            <w:pPr>
              <w:rPr>
                <w:rFonts w:ascii="Arial" w:hAnsi="Arial" w:cs="Arial"/>
                <w:lang w:val="en-GB"/>
              </w:rPr>
            </w:pPr>
            <w:r w:rsidRPr="009C251B">
              <w:rPr>
                <w:rFonts w:ascii="Arial" w:hAnsi="Arial" w:cs="Arial"/>
                <w:lang w:val="en-GB"/>
              </w:rPr>
              <w:t>                alt="Imagem 4"</w:t>
            </w:r>
          </w:p>
          <w:p w14:paraId="1AFDAC54" w14:textId="77777777" w:rsidR="009C251B" w:rsidRPr="009C251B" w:rsidRDefault="009C251B" w:rsidP="009C251B">
            <w:pPr>
              <w:rPr>
                <w:rFonts w:ascii="Arial" w:hAnsi="Arial" w:cs="Arial"/>
                <w:lang w:val="en-GB"/>
              </w:rPr>
            </w:pPr>
            <w:r w:rsidRPr="009C251B">
              <w:rPr>
                <w:rFonts w:ascii="Arial" w:hAnsi="Arial" w:cs="Arial"/>
                <w:lang w:val="en-GB"/>
              </w:rPr>
              <w:t>            &gt;</w:t>
            </w:r>
          </w:p>
          <w:p w14:paraId="10C8E3AB" w14:textId="77777777" w:rsidR="009C251B" w:rsidRPr="009C251B" w:rsidRDefault="009C251B" w:rsidP="009C251B">
            <w:pPr>
              <w:rPr>
                <w:rFonts w:ascii="Arial" w:hAnsi="Arial" w:cs="Arial"/>
                <w:lang w:val="en-GB"/>
              </w:rPr>
            </w:pPr>
            <w:r w:rsidRPr="009C251B">
              <w:rPr>
                <w:rFonts w:ascii="Arial" w:hAnsi="Arial" w:cs="Arial"/>
                <w:lang w:val="en-GB"/>
              </w:rPr>
              <w:t>        &lt;/div&gt;</w:t>
            </w:r>
          </w:p>
          <w:p w14:paraId="05D2BFBC" w14:textId="77777777" w:rsidR="009C251B" w:rsidRPr="009C251B" w:rsidRDefault="009C251B" w:rsidP="009C251B">
            <w:pPr>
              <w:rPr>
                <w:rFonts w:ascii="Arial" w:hAnsi="Arial" w:cs="Arial"/>
                <w:lang w:val="en-GB"/>
              </w:rPr>
            </w:pPr>
          </w:p>
          <w:p w14:paraId="01125403" w14:textId="77777777" w:rsidR="009C251B" w:rsidRPr="009C251B" w:rsidRDefault="009C251B" w:rsidP="009C251B">
            <w:pPr>
              <w:rPr>
                <w:rFonts w:ascii="Arial" w:hAnsi="Arial" w:cs="Arial"/>
                <w:lang w:val="en-GB"/>
              </w:rPr>
            </w:pPr>
            <w:r w:rsidRPr="009C251B">
              <w:rPr>
                <w:rFonts w:ascii="Arial" w:hAnsi="Arial" w:cs="Arial"/>
                <w:lang w:val="en-GB"/>
              </w:rPr>
              <w:t>        &lt;div class="card"&gt;</w:t>
            </w:r>
          </w:p>
          <w:p w14:paraId="372D99DC" w14:textId="77777777" w:rsidR="009C251B" w:rsidRPr="009C251B" w:rsidRDefault="009C251B" w:rsidP="009C251B">
            <w:pPr>
              <w:rPr>
                <w:rFonts w:ascii="Arial" w:hAnsi="Arial" w:cs="Arial"/>
                <w:lang w:val="en-GB"/>
              </w:rPr>
            </w:pPr>
            <w:r w:rsidRPr="009C251B">
              <w:rPr>
                <w:rFonts w:ascii="Arial" w:hAnsi="Arial" w:cs="Arial"/>
                <w:lang w:val="en-GB"/>
              </w:rPr>
              <w:t>            &lt;img</w:t>
            </w:r>
          </w:p>
          <w:p w14:paraId="6B744B30" w14:textId="77777777" w:rsidR="009C251B" w:rsidRPr="009C251B" w:rsidRDefault="009C251B" w:rsidP="009C251B">
            <w:pPr>
              <w:rPr>
                <w:rFonts w:ascii="Arial" w:hAnsi="Arial" w:cs="Arial"/>
                <w:lang w:val="en-GB"/>
              </w:rPr>
            </w:pPr>
            <w:r w:rsidRPr="009C251B">
              <w:rPr>
                <w:rFonts w:ascii="Arial" w:hAnsi="Arial" w:cs="Arial"/>
                <w:lang w:val="en-GB"/>
              </w:rPr>
              <w:t xml:space="preserve">                </w:t>
            </w:r>
            <w:proofErr w:type="spellStart"/>
            <w:r w:rsidRPr="009C251B">
              <w:rPr>
                <w:rFonts w:ascii="Arial" w:hAnsi="Arial" w:cs="Arial"/>
                <w:lang w:val="en-GB"/>
              </w:rPr>
              <w:t>src</w:t>
            </w:r>
            <w:proofErr w:type="spellEnd"/>
            <w:r w:rsidRPr="009C251B">
              <w:rPr>
                <w:rFonts w:ascii="Arial" w:hAnsi="Arial" w:cs="Arial"/>
                <w:lang w:val="en-GB"/>
              </w:rPr>
              <w:t>="./images/foto5.jpg"</w:t>
            </w:r>
          </w:p>
          <w:p w14:paraId="67755391" w14:textId="77777777" w:rsidR="009C251B" w:rsidRPr="009C251B" w:rsidRDefault="009C251B" w:rsidP="009C251B">
            <w:pPr>
              <w:rPr>
                <w:rFonts w:ascii="Arial" w:hAnsi="Arial" w:cs="Arial"/>
                <w:lang w:val="en-GB"/>
              </w:rPr>
            </w:pPr>
            <w:r w:rsidRPr="009C251B">
              <w:rPr>
                <w:rFonts w:ascii="Arial" w:hAnsi="Arial" w:cs="Arial"/>
                <w:lang w:val="en-GB"/>
              </w:rPr>
              <w:t>                alt="Imagem 5"</w:t>
            </w:r>
          </w:p>
          <w:p w14:paraId="1B13C782" w14:textId="77777777" w:rsidR="009C251B" w:rsidRPr="009C251B" w:rsidRDefault="009C251B" w:rsidP="009C251B">
            <w:pPr>
              <w:rPr>
                <w:rFonts w:ascii="Arial" w:hAnsi="Arial" w:cs="Arial"/>
                <w:lang w:val="en-GB"/>
              </w:rPr>
            </w:pPr>
            <w:r w:rsidRPr="009C251B">
              <w:rPr>
                <w:rFonts w:ascii="Arial" w:hAnsi="Arial" w:cs="Arial"/>
                <w:lang w:val="en-GB"/>
              </w:rPr>
              <w:t>            &gt;</w:t>
            </w:r>
          </w:p>
          <w:p w14:paraId="60D973EE" w14:textId="77777777" w:rsidR="009C251B" w:rsidRPr="009C251B" w:rsidRDefault="009C251B" w:rsidP="009C251B">
            <w:pPr>
              <w:rPr>
                <w:rFonts w:ascii="Arial" w:hAnsi="Arial" w:cs="Arial"/>
                <w:lang w:val="en-GB"/>
              </w:rPr>
            </w:pPr>
            <w:r w:rsidRPr="009C251B">
              <w:rPr>
                <w:rFonts w:ascii="Arial" w:hAnsi="Arial" w:cs="Arial"/>
                <w:lang w:val="en-GB"/>
              </w:rPr>
              <w:t>        &lt;/div&gt;</w:t>
            </w:r>
          </w:p>
          <w:p w14:paraId="11416A06" w14:textId="77777777" w:rsidR="009C251B" w:rsidRPr="009C251B" w:rsidRDefault="009C251B" w:rsidP="009C251B">
            <w:pPr>
              <w:rPr>
                <w:rFonts w:ascii="Arial" w:hAnsi="Arial" w:cs="Arial"/>
                <w:lang w:val="en-GB"/>
              </w:rPr>
            </w:pPr>
          </w:p>
          <w:p w14:paraId="158D25A0" w14:textId="77777777" w:rsidR="009C251B" w:rsidRPr="009C251B" w:rsidRDefault="009C251B" w:rsidP="009C251B">
            <w:pPr>
              <w:rPr>
                <w:rFonts w:ascii="Arial" w:hAnsi="Arial" w:cs="Arial"/>
                <w:lang w:val="en-GB"/>
              </w:rPr>
            </w:pPr>
            <w:r w:rsidRPr="009C251B">
              <w:rPr>
                <w:rFonts w:ascii="Arial" w:hAnsi="Arial" w:cs="Arial"/>
                <w:lang w:val="en-GB"/>
              </w:rPr>
              <w:t>        &lt;div class="card"&gt;</w:t>
            </w:r>
          </w:p>
          <w:p w14:paraId="62E91C80" w14:textId="77777777" w:rsidR="009C251B" w:rsidRPr="009C251B" w:rsidRDefault="009C251B" w:rsidP="009C251B">
            <w:pPr>
              <w:rPr>
                <w:rFonts w:ascii="Arial" w:hAnsi="Arial" w:cs="Arial"/>
                <w:lang w:val="en-GB"/>
              </w:rPr>
            </w:pPr>
            <w:r w:rsidRPr="009C251B">
              <w:rPr>
                <w:rFonts w:ascii="Arial" w:hAnsi="Arial" w:cs="Arial"/>
                <w:lang w:val="en-GB"/>
              </w:rPr>
              <w:t>            &lt;img</w:t>
            </w:r>
          </w:p>
          <w:p w14:paraId="23F74F3E" w14:textId="77777777" w:rsidR="009C251B" w:rsidRPr="009C251B" w:rsidRDefault="009C251B" w:rsidP="009C251B">
            <w:pPr>
              <w:rPr>
                <w:rFonts w:ascii="Arial" w:hAnsi="Arial" w:cs="Arial"/>
                <w:lang w:val="en-GB"/>
              </w:rPr>
            </w:pPr>
            <w:r w:rsidRPr="009C251B">
              <w:rPr>
                <w:rFonts w:ascii="Arial" w:hAnsi="Arial" w:cs="Arial"/>
                <w:lang w:val="en-GB"/>
              </w:rPr>
              <w:t xml:space="preserve">                </w:t>
            </w:r>
            <w:proofErr w:type="spellStart"/>
            <w:r w:rsidRPr="009C251B">
              <w:rPr>
                <w:rFonts w:ascii="Arial" w:hAnsi="Arial" w:cs="Arial"/>
                <w:lang w:val="en-GB"/>
              </w:rPr>
              <w:t>src</w:t>
            </w:r>
            <w:proofErr w:type="spellEnd"/>
            <w:r w:rsidRPr="009C251B">
              <w:rPr>
                <w:rFonts w:ascii="Arial" w:hAnsi="Arial" w:cs="Arial"/>
                <w:lang w:val="en-GB"/>
              </w:rPr>
              <w:t>="./images/foto6.jpg"</w:t>
            </w:r>
          </w:p>
          <w:p w14:paraId="61A7B0D9" w14:textId="77777777" w:rsidR="009C251B" w:rsidRPr="009C251B" w:rsidRDefault="009C251B" w:rsidP="009C251B">
            <w:pPr>
              <w:rPr>
                <w:rFonts w:ascii="Arial" w:hAnsi="Arial" w:cs="Arial"/>
                <w:lang w:val="en-GB"/>
              </w:rPr>
            </w:pPr>
            <w:r w:rsidRPr="009C251B">
              <w:rPr>
                <w:rFonts w:ascii="Arial" w:hAnsi="Arial" w:cs="Arial"/>
                <w:lang w:val="en-GB"/>
              </w:rPr>
              <w:t>                alt="Imagem 6"</w:t>
            </w:r>
          </w:p>
          <w:p w14:paraId="79385EED" w14:textId="77777777" w:rsidR="009C251B" w:rsidRPr="009C251B" w:rsidRDefault="009C251B" w:rsidP="009C251B">
            <w:pPr>
              <w:rPr>
                <w:rFonts w:ascii="Arial" w:hAnsi="Arial" w:cs="Arial"/>
                <w:lang w:val="en-GB"/>
              </w:rPr>
            </w:pPr>
            <w:r w:rsidRPr="009C251B">
              <w:rPr>
                <w:rFonts w:ascii="Arial" w:hAnsi="Arial" w:cs="Arial"/>
                <w:lang w:val="en-GB"/>
              </w:rPr>
              <w:t>            &gt;</w:t>
            </w:r>
          </w:p>
          <w:p w14:paraId="029EB219" w14:textId="77777777" w:rsidR="009C251B" w:rsidRPr="009C251B" w:rsidRDefault="009C251B" w:rsidP="009C251B">
            <w:pPr>
              <w:rPr>
                <w:rFonts w:ascii="Arial" w:hAnsi="Arial" w:cs="Arial"/>
                <w:lang w:val="en-GB"/>
              </w:rPr>
            </w:pPr>
            <w:r w:rsidRPr="009C251B">
              <w:rPr>
                <w:rFonts w:ascii="Arial" w:hAnsi="Arial" w:cs="Arial"/>
                <w:lang w:val="en-GB"/>
              </w:rPr>
              <w:t>        &lt;/div&gt;</w:t>
            </w:r>
          </w:p>
          <w:p w14:paraId="1D231046" w14:textId="77777777" w:rsidR="009C251B" w:rsidRPr="009C251B" w:rsidRDefault="009C251B" w:rsidP="009C251B">
            <w:pPr>
              <w:rPr>
                <w:rFonts w:ascii="Arial" w:hAnsi="Arial" w:cs="Arial"/>
                <w:lang w:val="en-GB"/>
              </w:rPr>
            </w:pPr>
          </w:p>
          <w:p w14:paraId="653400D5" w14:textId="77777777" w:rsidR="009C251B" w:rsidRPr="009C251B" w:rsidRDefault="009C251B" w:rsidP="009C251B">
            <w:pPr>
              <w:rPr>
                <w:rFonts w:ascii="Arial" w:hAnsi="Arial" w:cs="Arial"/>
                <w:lang w:val="en-GB"/>
              </w:rPr>
            </w:pPr>
            <w:r w:rsidRPr="009C251B">
              <w:rPr>
                <w:rFonts w:ascii="Arial" w:hAnsi="Arial" w:cs="Arial"/>
                <w:lang w:val="en-GB"/>
              </w:rPr>
              <w:t>        &lt;div class="card"&gt;</w:t>
            </w:r>
          </w:p>
          <w:p w14:paraId="1710CD17" w14:textId="77777777" w:rsidR="009C251B" w:rsidRPr="009C251B" w:rsidRDefault="009C251B" w:rsidP="009C251B">
            <w:pPr>
              <w:rPr>
                <w:rFonts w:ascii="Arial" w:hAnsi="Arial" w:cs="Arial"/>
                <w:lang w:val="en-GB"/>
              </w:rPr>
            </w:pPr>
            <w:r w:rsidRPr="009C251B">
              <w:rPr>
                <w:rFonts w:ascii="Arial" w:hAnsi="Arial" w:cs="Arial"/>
                <w:lang w:val="en-GB"/>
              </w:rPr>
              <w:t>            &lt;img</w:t>
            </w:r>
          </w:p>
          <w:p w14:paraId="7A98996F" w14:textId="77777777" w:rsidR="009C251B" w:rsidRPr="009C251B" w:rsidRDefault="009C251B" w:rsidP="009C251B">
            <w:pPr>
              <w:rPr>
                <w:rFonts w:ascii="Arial" w:hAnsi="Arial" w:cs="Arial"/>
                <w:lang w:val="en-GB"/>
              </w:rPr>
            </w:pPr>
            <w:r w:rsidRPr="009C251B">
              <w:rPr>
                <w:rFonts w:ascii="Arial" w:hAnsi="Arial" w:cs="Arial"/>
                <w:lang w:val="en-GB"/>
              </w:rPr>
              <w:t xml:space="preserve">                </w:t>
            </w:r>
            <w:proofErr w:type="spellStart"/>
            <w:r w:rsidRPr="009C251B">
              <w:rPr>
                <w:rFonts w:ascii="Arial" w:hAnsi="Arial" w:cs="Arial"/>
                <w:lang w:val="en-GB"/>
              </w:rPr>
              <w:t>src</w:t>
            </w:r>
            <w:proofErr w:type="spellEnd"/>
            <w:r w:rsidRPr="009C251B">
              <w:rPr>
                <w:rFonts w:ascii="Arial" w:hAnsi="Arial" w:cs="Arial"/>
                <w:lang w:val="en-GB"/>
              </w:rPr>
              <w:t>="./images/foto7.jpg"</w:t>
            </w:r>
          </w:p>
          <w:p w14:paraId="4B432C5D" w14:textId="77777777" w:rsidR="009C251B" w:rsidRPr="009C251B" w:rsidRDefault="009C251B" w:rsidP="009C251B">
            <w:pPr>
              <w:rPr>
                <w:rFonts w:ascii="Arial" w:hAnsi="Arial" w:cs="Arial"/>
                <w:lang w:val="en-GB"/>
              </w:rPr>
            </w:pPr>
            <w:r w:rsidRPr="009C251B">
              <w:rPr>
                <w:rFonts w:ascii="Arial" w:hAnsi="Arial" w:cs="Arial"/>
                <w:lang w:val="en-GB"/>
              </w:rPr>
              <w:t>                alt="Imagem 7"</w:t>
            </w:r>
          </w:p>
          <w:p w14:paraId="6B09BB22" w14:textId="77777777" w:rsidR="009C251B" w:rsidRPr="009C251B" w:rsidRDefault="009C251B" w:rsidP="009C251B">
            <w:pPr>
              <w:rPr>
                <w:rFonts w:ascii="Arial" w:hAnsi="Arial" w:cs="Arial"/>
                <w:lang w:val="en-GB"/>
              </w:rPr>
            </w:pPr>
            <w:r w:rsidRPr="009C251B">
              <w:rPr>
                <w:rFonts w:ascii="Arial" w:hAnsi="Arial" w:cs="Arial"/>
                <w:lang w:val="en-GB"/>
              </w:rPr>
              <w:t>            &gt;</w:t>
            </w:r>
          </w:p>
          <w:p w14:paraId="6F5CEEE6" w14:textId="77777777" w:rsidR="009C251B" w:rsidRPr="009C251B" w:rsidRDefault="009C251B" w:rsidP="009C251B">
            <w:pPr>
              <w:rPr>
                <w:rFonts w:ascii="Arial" w:hAnsi="Arial" w:cs="Arial"/>
                <w:lang w:val="en-GB"/>
              </w:rPr>
            </w:pPr>
            <w:r w:rsidRPr="009C251B">
              <w:rPr>
                <w:rFonts w:ascii="Arial" w:hAnsi="Arial" w:cs="Arial"/>
                <w:lang w:val="en-GB"/>
              </w:rPr>
              <w:t>        &lt;/div&gt;</w:t>
            </w:r>
          </w:p>
          <w:p w14:paraId="5B45EEF4" w14:textId="77777777" w:rsidR="009C251B" w:rsidRPr="009C251B" w:rsidRDefault="009C251B" w:rsidP="009C251B">
            <w:pPr>
              <w:rPr>
                <w:rFonts w:ascii="Arial" w:hAnsi="Arial" w:cs="Arial"/>
                <w:lang w:val="en-GB"/>
              </w:rPr>
            </w:pPr>
          </w:p>
          <w:p w14:paraId="24ECFB28" w14:textId="77777777" w:rsidR="009C251B" w:rsidRPr="009C251B" w:rsidRDefault="009C251B" w:rsidP="009C251B">
            <w:pPr>
              <w:rPr>
                <w:rFonts w:ascii="Arial" w:hAnsi="Arial" w:cs="Arial"/>
                <w:lang w:val="en-GB"/>
              </w:rPr>
            </w:pPr>
            <w:r w:rsidRPr="009C251B">
              <w:rPr>
                <w:rFonts w:ascii="Arial" w:hAnsi="Arial" w:cs="Arial"/>
                <w:lang w:val="en-GB"/>
              </w:rPr>
              <w:t>    &lt;/div&gt;</w:t>
            </w:r>
          </w:p>
          <w:p w14:paraId="326BF251" w14:textId="77777777" w:rsidR="009C251B" w:rsidRPr="009C251B" w:rsidRDefault="009C251B" w:rsidP="009C251B">
            <w:pPr>
              <w:rPr>
                <w:rFonts w:ascii="Arial" w:hAnsi="Arial" w:cs="Arial"/>
                <w:lang w:val="en-GB"/>
              </w:rPr>
            </w:pPr>
            <w:r w:rsidRPr="009C251B">
              <w:rPr>
                <w:rFonts w:ascii="Arial" w:hAnsi="Arial" w:cs="Arial"/>
                <w:lang w:val="en-GB"/>
              </w:rPr>
              <w:t>&lt;/center&gt;</w:t>
            </w:r>
          </w:p>
          <w:p w14:paraId="723BDD85" w14:textId="77777777" w:rsidR="009C251B" w:rsidRPr="009C251B" w:rsidRDefault="009C251B" w:rsidP="009C251B">
            <w:pPr>
              <w:rPr>
                <w:rFonts w:ascii="Arial" w:hAnsi="Arial" w:cs="Arial"/>
                <w:lang w:val="en-GB"/>
              </w:rPr>
            </w:pPr>
          </w:p>
          <w:p w14:paraId="7DAE3E2F" w14:textId="77777777" w:rsidR="009C251B" w:rsidRPr="009C251B" w:rsidRDefault="009C251B" w:rsidP="009C251B">
            <w:pPr>
              <w:rPr>
                <w:rFonts w:ascii="Arial" w:hAnsi="Arial" w:cs="Arial"/>
                <w:lang w:val="en-GB"/>
              </w:rPr>
            </w:pPr>
            <w:r w:rsidRPr="009C251B">
              <w:rPr>
                <w:rFonts w:ascii="Arial" w:hAnsi="Arial" w:cs="Arial"/>
                <w:lang w:val="en-GB"/>
              </w:rPr>
              <w:t>&lt;/html&gt;</w:t>
            </w:r>
          </w:p>
          <w:p w14:paraId="1434EF3C" w14:textId="77777777" w:rsidR="009C251B" w:rsidRDefault="009C251B">
            <w:pPr>
              <w:rPr>
                <w:rFonts w:ascii="Arial" w:hAnsi="Arial" w:cs="Arial"/>
              </w:rPr>
            </w:pPr>
          </w:p>
        </w:tc>
      </w:tr>
    </w:tbl>
    <w:p w14:paraId="2785A9F0" w14:textId="77777777" w:rsidR="000F3F13" w:rsidRDefault="000F3F13">
      <w:pPr>
        <w:rPr>
          <w:rFonts w:ascii="Arial" w:hAnsi="Arial" w:cs="Arial"/>
        </w:rPr>
      </w:pPr>
    </w:p>
    <w:tbl>
      <w:tblPr>
        <w:tblStyle w:val="TableGrid"/>
        <w:tblW w:w="0" w:type="auto"/>
        <w:tblLook w:val="04A0" w:firstRow="1" w:lastRow="0" w:firstColumn="1" w:lastColumn="0" w:noHBand="0" w:noVBand="1"/>
      </w:tblPr>
      <w:tblGrid>
        <w:gridCol w:w="8630"/>
      </w:tblGrid>
      <w:tr w:rsidR="00335A8B" w14:paraId="2EA06F69" w14:textId="77777777" w:rsidTr="00335A8B">
        <w:tc>
          <w:tcPr>
            <w:tcW w:w="8630" w:type="dxa"/>
          </w:tcPr>
          <w:p w14:paraId="3BE3D648" w14:textId="3A7F35B8" w:rsidR="00335A8B" w:rsidRDefault="00C51A6D" w:rsidP="00CB7301">
            <w:pPr>
              <w:jc w:val="center"/>
              <w:rPr>
                <w:rFonts w:ascii="Arial" w:hAnsi="Arial" w:cs="Arial"/>
              </w:rPr>
            </w:pPr>
            <w:r>
              <w:rPr>
                <w:rFonts w:ascii="Arial" w:hAnsi="Arial" w:cs="Arial"/>
              </w:rPr>
              <w:t>Product.html</w:t>
            </w:r>
          </w:p>
        </w:tc>
      </w:tr>
      <w:tr w:rsidR="00335A8B" w14:paraId="0D97CB85" w14:textId="77777777" w:rsidTr="00335A8B">
        <w:tc>
          <w:tcPr>
            <w:tcW w:w="8630" w:type="dxa"/>
          </w:tcPr>
          <w:p w14:paraId="3230C00A" w14:textId="77777777" w:rsidR="00CB7301" w:rsidRPr="00CB7301" w:rsidRDefault="00CB7301" w:rsidP="00CB7301">
            <w:pPr>
              <w:rPr>
                <w:rFonts w:ascii="Arial" w:hAnsi="Arial" w:cs="Arial"/>
                <w:lang w:val="en-GB"/>
              </w:rPr>
            </w:pPr>
          </w:p>
          <w:p w14:paraId="134411FB" w14:textId="77777777" w:rsidR="00CB7301" w:rsidRPr="00CB7301" w:rsidRDefault="00CB7301" w:rsidP="00CB7301">
            <w:pPr>
              <w:rPr>
                <w:rFonts w:ascii="Arial" w:hAnsi="Arial" w:cs="Arial"/>
                <w:lang w:val="en-GB"/>
              </w:rPr>
            </w:pPr>
            <w:r w:rsidRPr="00CB7301">
              <w:rPr>
                <w:rFonts w:ascii="Arial" w:hAnsi="Arial" w:cs="Arial"/>
                <w:lang w:val="en-GB"/>
              </w:rPr>
              <w:t>&lt;!DOCTYPE html&gt;</w:t>
            </w:r>
          </w:p>
          <w:p w14:paraId="35729590" w14:textId="77777777" w:rsidR="00CB7301" w:rsidRPr="00CB7301" w:rsidRDefault="00CB7301" w:rsidP="00CB7301">
            <w:pPr>
              <w:rPr>
                <w:rFonts w:ascii="Arial" w:hAnsi="Arial" w:cs="Arial"/>
                <w:lang w:val="en-GB"/>
              </w:rPr>
            </w:pPr>
            <w:r w:rsidRPr="00CB7301">
              <w:rPr>
                <w:rFonts w:ascii="Arial" w:hAnsi="Arial" w:cs="Arial"/>
                <w:lang w:val="en-GB"/>
              </w:rPr>
              <w:t>&lt;html lang="en"&gt;</w:t>
            </w:r>
          </w:p>
          <w:p w14:paraId="07E084D1" w14:textId="77777777" w:rsidR="00CB7301" w:rsidRPr="00CB7301" w:rsidRDefault="00CB7301" w:rsidP="00CB7301">
            <w:pPr>
              <w:rPr>
                <w:rFonts w:ascii="Arial" w:hAnsi="Arial" w:cs="Arial"/>
                <w:lang w:val="en-GB"/>
              </w:rPr>
            </w:pPr>
          </w:p>
          <w:p w14:paraId="4B53EEB0" w14:textId="77777777" w:rsidR="00CB7301" w:rsidRPr="00CB7301" w:rsidRDefault="00CB7301" w:rsidP="00CB7301">
            <w:pPr>
              <w:rPr>
                <w:rFonts w:ascii="Arial" w:hAnsi="Arial" w:cs="Arial"/>
                <w:lang w:val="en-GB"/>
              </w:rPr>
            </w:pPr>
            <w:r w:rsidRPr="00CB7301">
              <w:rPr>
                <w:rFonts w:ascii="Arial" w:hAnsi="Arial" w:cs="Arial"/>
                <w:lang w:val="en-GB"/>
              </w:rPr>
              <w:t>&lt;head&gt;</w:t>
            </w:r>
          </w:p>
          <w:p w14:paraId="6DF8A895" w14:textId="77777777" w:rsidR="00CB7301" w:rsidRPr="00CB7301" w:rsidRDefault="00CB7301" w:rsidP="00CB7301">
            <w:pPr>
              <w:rPr>
                <w:rFonts w:ascii="Arial" w:hAnsi="Arial" w:cs="Arial"/>
                <w:lang w:val="en-GB"/>
              </w:rPr>
            </w:pPr>
            <w:r w:rsidRPr="00CB7301">
              <w:rPr>
                <w:rFonts w:ascii="Arial" w:hAnsi="Arial" w:cs="Arial"/>
                <w:lang w:val="en-GB"/>
              </w:rPr>
              <w:t>    &lt;meta charset="UTF-8"&gt;</w:t>
            </w:r>
          </w:p>
          <w:p w14:paraId="77684361" w14:textId="77777777" w:rsidR="00CB7301" w:rsidRPr="00CB7301" w:rsidRDefault="00CB7301" w:rsidP="00CB7301">
            <w:pPr>
              <w:rPr>
                <w:rFonts w:ascii="Arial" w:hAnsi="Arial" w:cs="Arial"/>
                <w:lang w:val="en-GB"/>
              </w:rPr>
            </w:pPr>
          </w:p>
          <w:p w14:paraId="75EDC5C3" w14:textId="77777777" w:rsidR="00CB7301" w:rsidRPr="00CB7301" w:rsidRDefault="00CB7301" w:rsidP="00CB7301">
            <w:pPr>
              <w:rPr>
                <w:rFonts w:ascii="Arial" w:hAnsi="Arial" w:cs="Arial"/>
                <w:lang w:val="en-GB"/>
              </w:rPr>
            </w:pPr>
            <w:r w:rsidRPr="00CB7301">
              <w:rPr>
                <w:rFonts w:ascii="Arial" w:hAnsi="Arial" w:cs="Arial"/>
                <w:lang w:val="en-GB"/>
              </w:rPr>
              <w:t>    &lt;link rel="stylesheet" href="./pallet.css"&gt;</w:t>
            </w:r>
          </w:p>
          <w:p w14:paraId="3DC8CED7" w14:textId="77777777" w:rsidR="00CB7301" w:rsidRPr="00CB7301" w:rsidRDefault="00CB7301" w:rsidP="00CB7301">
            <w:pPr>
              <w:rPr>
                <w:rFonts w:ascii="Arial" w:hAnsi="Arial" w:cs="Arial"/>
                <w:lang w:val="en-GB"/>
              </w:rPr>
            </w:pPr>
          </w:p>
          <w:p w14:paraId="5BB3D177" w14:textId="77777777" w:rsidR="00CB7301" w:rsidRPr="00CB7301" w:rsidRDefault="00CB7301" w:rsidP="00CB7301">
            <w:pPr>
              <w:rPr>
                <w:rFonts w:ascii="Arial" w:hAnsi="Arial" w:cs="Arial"/>
                <w:lang w:val="en-GB"/>
              </w:rPr>
            </w:pPr>
            <w:r w:rsidRPr="00CB7301">
              <w:rPr>
                <w:rFonts w:ascii="Arial" w:hAnsi="Arial" w:cs="Arial"/>
                <w:lang w:val="en-GB"/>
              </w:rPr>
              <w:t>    &lt;link</w:t>
            </w:r>
          </w:p>
          <w:p w14:paraId="1C77A763" w14:textId="77777777" w:rsidR="00CB7301" w:rsidRPr="00CB7301" w:rsidRDefault="00CB7301" w:rsidP="00CB7301">
            <w:pPr>
              <w:rPr>
                <w:rFonts w:ascii="Arial" w:hAnsi="Arial" w:cs="Arial"/>
                <w:lang w:val="en-GB"/>
              </w:rPr>
            </w:pPr>
            <w:r w:rsidRPr="00CB7301">
              <w:rPr>
                <w:rFonts w:ascii="Arial" w:hAnsi="Arial" w:cs="Arial"/>
                <w:lang w:val="en-GB"/>
              </w:rPr>
              <w:t>        href="https://cdn.jsdelivr.net/npm/bootstrap@5.3.8/dist/css/bootstrap.min.css"</w:t>
            </w:r>
          </w:p>
          <w:p w14:paraId="355D3CAF" w14:textId="77777777" w:rsidR="00CB7301" w:rsidRPr="00CB7301" w:rsidRDefault="00CB7301" w:rsidP="00CB7301">
            <w:pPr>
              <w:rPr>
                <w:rFonts w:ascii="Arial" w:hAnsi="Arial" w:cs="Arial"/>
                <w:lang w:val="en-GB"/>
              </w:rPr>
            </w:pPr>
            <w:r w:rsidRPr="00CB7301">
              <w:rPr>
                <w:rFonts w:ascii="Arial" w:hAnsi="Arial" w:cs="Arial"/>
                <w:lang w:val="en-GB"/>
              </w:rPr>
              <w:t>        rel="stylesheet"</w:t>
            </w:r>
          </w:p>
          <w:p w14:paraId="54EDD67F" w14:textId="77777777" w:rsidR="00CB7301" w:rsidRPr="00CB7301" w:rsidRDefault="00CB7301" w:rsidP="00CB7301">
            <w:pPr>
              <w:rPr>
                <w:rFonts w:ascii="Arial" w:hAnsi="Arial" w:cs="Arial"/>
                <w:lang w:val="en-GB"/>
              </w:rPr>
            </w:pPr>
            <w:r w:rsidRPr="00CB7301">
              <w:rPr>
                <w:rFonts w:ascii="Arial" w:hAnsi="Arial" w:cs="Arial"/>
                <w:lang w:val="en-GB"/>
              </w:rPr>
              <w:t>        integrity="sha384-sRIl4kxILFvY47J16cr9ZwB07vP4J8+LH7qKQnuqkuIAvNWLzeN8tE5YBujZqJLB"</w:t>
            </w:r>
          </w:p>
          <w:p w14:paraId="434AA692" w14:textId="77777777" w:rsidR="00CB7301" w:rsidRPr="00CB7301" w:rsidRDefault="00CB7301" w:rsidP="00CB7301">
            <w:pPr>
              <w:rPr>
                <w:rFonts w:ascii="Arial" w:hAnsi="Arial" w:cs="Arial"/>
                <w:lang w:val="en-GB"/>
              </w:rPr>
            </w:pPr>
            <w:r w:rsidRPr="00CB7301">
              <w:rPr>
                <w:rFonts w:ascii="Arial" w:hAnsi="Arial" w:cs="Arial"/>
                <w:lang w:val="en-GB"/>
              </w:rPr>
              <w:t>        crossorigin="anonymous"</w:t>
            </w:r>
          </w:p>
          <w:p w14:paraId="21E5001D" w14:textId="77777777" w:rsidR="00CB7301" w:rsidRPr="00CB7301" w:rsidRDefault="00CB7301" w:rsidP="00CB7301">
            <w:pPr>
              <w:rPr>
                <w:rFonts w:ascii="Arial" w:hAnsi="Arial" w:cs="Arial"/>
                <w:lang w:val="en-GB"/>
              </w:rPr>
            </w:pPr>
            <w:r w:rsidRPr="00CB7301">
              <w:rPr>
                <w:rFonts w:ascii="Arial" w:hAnsi="Arial" w:cs="Arial"/>
                <w:lang w:val="en-GB"/>
              </w:rPr>
              <w:lastRenderedPageBreak/>
              <w:t>    &gt;</w:t>
            </w:r>
          </w:p>
          <w:p w14:paraId="6942208A" w14:textId="77777777" w:rsidR="00CB7301" w:rsidRPr="00CB7301" w:rsidRDefault="00CB7301" w:rsidP="00CB7301">
            <w:pPr>
              <w:rPr>
                <w:rFonts w:ascii="Arial" w:hAnsi="Arial" w:cs="Arial"/>
                <w:lang w:val="en-GB"/>
              </w:rPr>
            </w:pPr>
          </w:p>
          <w:p w14:paraId="28E73D54" w14:textId="77777777" w:rsidR="00CB7301" w:rsidRPr="00CB7301" w:rsidRDefault="00CB7301" w:rsidP="00CB7301">
            <w:pPr>
              <w:rPr>
                <w:rFonts w:ascii="Arial" w:hAnsi="Arial" w:cs="Arial"/>
                <w:lang w:val="en-GB"/>
              </w:rPr>
            </w:pPr>
            <w:r w:rsidRPr="00CB7301">
              <w:rPr>
                <w:rFonts w:ascii="Arial" w:hAnsi="Arial" w:cs="Arial"/>
                <w:lang w:val="en-GB"/>
              </w:rPr>
              <w:t>    &lt;title&gt;Estore - Your Local Shop&lt;/title&gt;</w:t>
            </w:r>
          </w:p>
          <w:p w14:paraId="4A288845" w14:textId="77777777" w:rsidR="00CB7301" w:rsidRPr="00CB7301" w:rsidRDefault="00CB7301" w:rsidP="00CB7301">
            <w:pPr>
              <w:rPr>
                <w:rFonts w:ascii="Arial" w:hAnsi="Arial" w:cs="Arial"/>
                <w:lang w:val="en-GB"/>
              </w:rPr>
            </w:pPr>
            <w:r w:rsidRPr="00CB7301">
              <w:rPr>
                <w:rFonts w:ascii="Arial" w:hAnsi="Arial" w:cs="Arial"/>
                <w:lang w:val="en-GB"/>
              </w:rPr>
              <w:t>&lt;/head&gt;</w:t>
            </w:r>
          </w:p>
          <w:p w14:paraId="1000A738" w14:textId="77777777" w:rsidR="00CB7301" w:rsidRPr="00CB7301" w:rsidRDefault="00CB7301" w:rsidP="00CB7301">
            <w:pPr>
              <w:rPr>
                <w:rFonts w:ascii="Arial" w:hAnsi="Arial" w:cs="Arial"/>
                <w:lang w:val="en-GB"/>
              </w:rPr>
            </w:pPr>
          </w:p>
          <w:p w14:paraId="041BD541" w14:textId="77777777" w:rsidR="00CB7301" w:rsidRPr="00CB7301" w:rsidRDefault="00CB7301" w:rsidP="00CB7301">
            <w:pPr>
              <w:rPr>
                <w:rFonts w:ascii="Arial" w:hAnsi="Arial" w:cs="Arial"/>
                <w:lang w:val="en-GB"/>
              </w:rPr>
            </w:pPr>
            <w:r w:rsidRPr="00CB7301">
              <w:rPr>
                <w:rFonts w:ascii="Arial" w:hAnsi="Arial" w:cs="Arial"/>
                <w:lang w:val="en-GB"/>
              </w:rPr>
              <w:t>&lt;body&gt;</w:t>
            </w:r>
          </w:p>
          <w:p w14:paraId="3AD0E426" w14:textId="77777777" w:rsidR="00CB7301" w:rsidRPr="00CB7301" w:rsidRDefault="00CB7301" w:rsidP="00CB7301">
            <w:pPr>
              <w:rPr>
                <w:rFonts w:ascii="Arial" w:hAnsi="Arial" w:cs="Arial"/>
                <w:lang w:val="en-GB"/>
              </w:rPr>
            </w:pPr>
            <w:r w:rsidRPr="00CB7301">
              <w:rPr>
                <w:rFonts w:ascii="Arial" w:hAnsi="Arial" w:cs="Arial"/>
                <w:lang w:val="en-GB"/>
              </w:rPr>
              <w:t>&lt;center&gt;</w:t>
            </w:r>
          </w:p>
          <w:p w14:paraId="7ACD4EDB" w14:textId="77777777" w:rsidR="00CB7301" w:rsidRPr="00CB7301" w:rsidRDefault="00CB7301" w:rsidP="00CB7301">
            <w:pPr>
              <w:rPr>
                <w:rFonts w:ascii="Arial" w:hAnsi="Arial" w:cs="Arial"/>
                <w:lang w:val="en-GB"/>
              </w:rPr>
            </w:pPr>
            <w:r w:rsidRPr="00CB7301">
              <w:rPr>
                <w:rFonts w:ascii="Arial" w:hAnsi="Arial" w:cs="Arial"/>
                <w:lang w:val="en-GB"/>
              </w:rPr>
              <w:t>    &lt;table align="center"&gt;</w:t>
            </w:r>
          </w:p>
          <w:p w14:paraId="31572B95" w14:textId="77777777" w:rsidR="00CB7301" w:rsidRPr="00CB7301" w:rsidRDefault="00CB7301" w:rsidP="00CB7301">
            <w:pPr>
              <w:rPr>
                <w:rFonts w:ascii="Arial" w:hAnsi="Arial" w:cs="Arial"/>
                <w:lang w:val="en-GB"/>
              </w:rPr>
            </w:pPr>
            <w:r w:rsidRPr="00CB7301">
              <w:rPr>
                <w:rFonts w:ascii="Arial" w:hAnsi="Arial" w:cs="Arial"/>
                <w:lang w:val="en-GB"/>
              </w:rPr>
              <w:t>        &lt;tr&gt;</w:t>
            </w:r>
          </w:p>
          <w:p w14:paraId="782FCF10"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5D279425" w14:textId="77777777" w:rsidR="00CB7301" w:rsidRPr="00CB7301" w:rsidRDefault="00CB7301" w:rsidP="00CB7301">
            <w:pPr>
              <w:rPr>
                <w:rFonts w:ascii="Arial" w:hAnsi="Arial" w:cs="Arial"/>
                <w:lang w:val="en-GB"/>
              </w:rPr>
            </w:pPr>
            <w:r w:rsidRPr="00CB7301">
              <w:rPr>
                <w:rFonts w:ascii="Arial" w:hAnsi="Arial" w:cs="Arial"/>
                <w:lang w:val="en-GB"/>
              </w:rPr>
              <w:t>                &lt;ul class="nav nav-tabs"&gt;</w:t>
            </w:r>
          </w:p>
          <w:p w14:paraId="526B28AE" w14:textId="77777777" w:rsidR="00CB7301" w:rsidRPr="00CB7301" w:rsidRDefault="00CB7301" w:rsidP="00CB7301">
            <w:pPr>
              <w:rPr>
                <w:rFonts w:ascii="Arial" w:hAnsi="Arial" w:cs="Arial"/>
                <w:lang w:val="en-GB"/>
              </w:rPr>
            </w:pPr>
          </w:p>
          <w:p w14:paraId="740481DC" w14:textId="77777777" w:rsidR="00CB7301" w:rsidRPr="00CB7301" w:rsidRDefault="00CB7301" w:rsidP="00CB7301">
            <w:pPr>
              <w:rPr>
                <w:rFonts w:ascii="Arial" w:hAnsi="Arial" w:cs="Arial"/>
                <w:lang w:val="en-GB"/>
              </w:rPr>
            </w:pPr>
            <w:r w:rsidRPr="00CB7301">
              <w:rPr>
                <w:rFonts w:ascii="Arial" w:hAnsi="Arial" w:cs="Arial"/>
                <w:lang w:val="en-GB"/>
              </w:rPr>
              <w:t>                    &lt;li class="nav-item"&gt;</w:t>
            </w:r>
          </w:p>
          <w:p w14:paraId="6BF6CF47" w14:textId="77777777" w:rsidR="00CB7301" w:rsidRPr="00CB7301" w:rsidRDefault="00CB7301" w:rsidP="00CB7301">
            <w:pPr>
              <w:rPr>
                <w:rFonts w:ascii="Arial" w:hAnsi="Arial" w:cs="Arial"/>
                <w:lang w:val="en-GB"/>
              </w:rPr>
            </w:pPr>
            <w:r w:rsidRPr="00CB7301">
              <w:rPr>
                <w:rFonts w:ascii="Arial" w:hAnsi="Arial" w:cs="Arial"/>
                <w:lang w:val="en-GB"/>
              </w:rPr>
              <w:t>                        &lt;a</w:t>
            </w:r>
          </w:p>
          <w:p w14:paraId="767AC875" w14:textId="77777777" w:rsidR="00CB7301" w:rsidRPr="00CB7301" w:rsidRDefault="00CB7301" w:rsidP="00CB7301">
            <w:pPr>
              <w:rPr>
                <w:rFonts w:ascii="Arial" w:hAnsi="Arial" w:cs="Arial"/>
                <w:lang w:val="en-GB"/>
              </w:rPr>
            </w:pPr>
            <w:r w:rsidRPr="00CB7301">
              <w:rPr>
                <w:rFonts w:ascii="Arial" w:hAnsi="Arial" w:cs="Arial"/>
                <w:lang w:val="en-GB"/>
              </w:rPr>
              <w:t>                            class="nav-link"</w:t>
            </w:r>
          </w:p>
          <w:p w14:paraId="5F691F79" w14:textId="77777777" w:rsidR="00CB7301" w:rsidRPr="00CB7301" w:rsidRDefault="00CB7301" w:rsidP="00CB7301">
            <w:pPr>
              <w:rPr>
                <w:rFonts w:ascii="Arial" w:hAnsi="Arial" w:cs="Arial"/>
                <w:lang w:val="en-GB"/>
              </w:rPr>
            </w:pPr>
            <w:r w:rsidRPr="00CB7301">
              <w:rPr>
                <w:rFonts w:ascii="Arial" w:hAnsi="Arial" w:cs="Arial"/>
                <w:lang w:val="en-GB"/>
              </w:rPr>
              <w:t>                            href="./index.html"</w:t>
            </w:r>
          </w:p>
          <w:p w14:paraId="5EE93F3E" w14:textId="77777777" w:rsidR="00CB7301" w:rsidRPr="00CB7301" w:rsidRDefault="00CB7301" w:rsidP="00CB7301">
            <w:pPr>
              <w:rPr>
                <w:rFonts w:ascii="Arial" w:hAnsi="Arial" w:cs="Arial"/>
                <w:lang w:val="en-GB"/>
              </w:rPr>
            </w:pPr>
            <w:r w:rsidRPr="00CB7301">
              <w:rPr>
                <w:rFonts w:ascii="Arial" w:hAnsi="Arial" w:cs="Arial"/>
                <w:lang w:val="en-GB"/>
              </w:rPr>
              <w:t>                        &gt;</w:t>
            </w:r>
          </w:p>
          <w:p w14:paraId="352C2902" w14:textId="77777777" w:rsidR="00CB7301" w:rsidRPr="00CB7301" w:rsidRDefault="00CB7301" w:rsidP="00CB7301">
            <w:pPr>
              <w:rPr>
                <w:rFonts w:ascii="Arial" w:hAnsi="Arial" w:cs="Arial"/>
                <w:lang w:val="en-GB"/>
              </w:rPr>
            </w:pPr>
            <w:r w:rsidRPr="00CB7301">
              <w:rPr>
                <w:rFonts w:ascii="Arial" w:hAnsi="Arial" w:cs="Arial"/>
                <w:lang w:val="en-GB"/>
              </w:rPr>
              <w:t>                            Main</w:t>
            </w:r>
          </w:p>
          <w:p w14:paraId="7A2DF263" w14:textId="77777777" w:rsidR="00CB7301" w:rsidRPr="00CB7301" w:rsidRDefault="00CB7301" w:rsidP="00CB7301">
            <w:pPr>
              <w:rPr>
                <w:rFonts w:ascii="Arial" w:hAnsi="Arial" w:cs="Arial"/>
                <w:lang w:val="en-GB"/>
              </w:rPr>
            </w:pPr>
            <w:r w:rsidRPr="00CB7301">
              <w:rPr>
                <w:rFonts w:ascii="Arial" w:hAnsi="Arial" w:cs="Arial"/>
                <w:lang w:val="en-GB"/>
              </w:rPr>
              <w:t>                        &lt;/a&gt;</w:t>
            </w:r>
          </w:p>
          <w:p w14:paraId="4FB8B6CD" w14:textId="77777777" w:rsidR="00CB7301" w:rsidRPr="00CB7301" w:rsidRDefault="00CB7301" w:rsidP="00CB7301">
            <w:pPr>
              <w:rPr>
                <w:rFonts w:ascii="Arial" w:hAnsi="Arial" w:cs="Arial"/>
                <w:lang w:val="en-GB"/>
              </w:rPr>
            </w:pPr>
            <w:r w:rsidRPr="00CB7301">
              <w:rPr>
                <w:rFonts w:ascii="Arial" w:hAnsi="Arial" w:cs="Arial"/>
                <w:lang w:val="en-GB"/>
              </w:rPr>
              <w:t>                    &lt;/li&gt;</w:t>
            </w:r>
          </w:p>
          <w:p w14:paraId="7C49B39B" w14:textId="77777777" w:rsidR="00CB7301" w:rsidRPr="00CB7301" w:rsidRDefault="00CB7301" w:rsidP="00CB7301">
            <w:pPr>
              <w:rPr>
                <w:rFonts w:ascii="Arial" w:hAnsi="Arial" w:cs="Arial"/>
                <w:lang w:val="en-GB"/>
              </w:rPr>
            </w:pPr>
          </w:p>
          <w:p w14:paraId="327C390C" w14:textId="77777777" w:rsidR="00CB7301" w:rsidRPr="00CB7301" w:rsidRDefault="00CB7301" w:rsidP="00CB7301">
            <w:pPr>
              <w:rPr>
                <w:rFonts w:ascii="Arial" w:hAnsi="Arial" w:cs="Arial"/>
                <w:lang w:val="en-GB"/>
              </w:rPr>
            </w:pPr>
            <w:r w:rsidRPr="00CB7301">
              <w:rPr>
                <w:rFonts w:ascii="Arial" w:hAnsi="Arial" w:cs="Arial"/>
                <w:lang w:val="en-GB"/>
              </w:rPr>
              <w:t>                    &lt;li class="nav-item"&gt;</w:t>
            </w:r>
          </w:p>
          <w:p w14:paraId="62A53F06" w14:textId="77777777" w:rsidR="00CB7301" w:rsidRPr="00CB7301" w:rsidRDefault="00CB7301" w:rsidP="00CB7301">
            <w:pPr>
              <w:rPr>
                <w:rFonts w:ascii="Arial" w:hAnsi="Arial" w:cs="Arial"/>
                <w:lang w:val="en-GB"/>
              </w:rPr>
            </w:pPr>
            <w:r w:rsidRPr="00CB7301">
              <w:rPr>
                <w:rFonts w:ascii="Arial" w:hAnsi="Arial" w:cs="Arial"/>
                <w:lang w:val="en-GB"/>
              </w:rPr>
              <w:t>                        &lt;a</w:t>
            </w:r>
          </w:p>
          <w:p w14:paraId="786FB5D3" w14:textId="77777777" w:rsidR="00CB7301" w:rsidRPr="00CB7301" w:rsidRDefault="00CB7301" w:rsidP="00CB7301">
            <w:pPr>
              <w:rPr>
                <w:rFonts w:ascii="Arial" w:hAnsi="Arial" w:cs="Arial"/>
                <w:lang w:val="en-GB"/>
              </w:rPr>
            </w:pPr>
            <w:r w:rsidRPr="00CB7301">
              <w:rPr>
                <w:rFonts w:ascii="Arial" w:hAnsi="Arial" w:cs="Arial"/>
                <w:lang w:val="en-GB"/>
              </w:rPr>
              <w:t>                            class="nav-link active"</w:t>
            </w:r>
          </w:p>
          <w:p w14:paraId="709F4806" w14:textId="77777777" w:rsidR="00CB7301" w:rsidRPr="00CB7301" w:rsidRDefault="00CB7301" w:rsidP="00CB7301">
            <w:pPr>
              <w:rPr>
                <w:rFonts w:ascii="Arial" w:hAnsi="Arial" w:cs="Arial"/>
                <w:lang w:val="en-GB"/>
              </w:rPr>
            </w:pPr>
            <w:r w:rsidRPr="00CB7301">
              <w:rPr>
                <w:rFonts w:ascii="Arial" w:hAnsi="Arial" w:cs="Arial"/>
                <w:lang w:val="en-GB"/>
              </w:rPr>
              <w:t>                            href="./Product.html"</w:t>
            </w:r>
          </w:p>
          <w:p w14:paraId="299B0F6F" w14:textId="77777777" w:rsidR="00CB7301" w:rsidRPr="00CB7301" w:rsidRDefault="00CB7301" w:rsidP="00CB7301">
            <w:pPr>
              <w:rPr>
                <w:rFonts w:ascii="Arial" w:hAnsi="Arial" w:cs="Arial"/>
                <w:lang w:val="en-GB"/>
              </w:rPr>
            </w:pPr>
            <w:r w:rsidRPr="00CB7301">
              <w:rPr>
                <w:rFonts w:ascii="Arial" w:hAnsi="Arial" w:cs="Arial"/>
                <w:lang w:val="en-GB"/>
              </w:rPr>
              <w:t>                            aria-current="page"</w:t>
            </w:r>
          </w:p>
          <w:p w14:paraId="3CABD58A" w14:textId="77777777" w:rsidR="00CB7301" w:rsidRPr="00CB7301" w:rsidRDefault="00CB7301" w:rsidP="00CB7301">
            <w:pPr>
              <w:rPr>
                <w:rFonts w:ascii="Arial" w:hAnsi="Arial" w:cs="Arial"/>
                <w:lang w:val="en-GB"/>
              </w:rPr>
            </w:pPr>
            <w:r w:rsidRPr="00CB7301">
              <w:rPr>
                <w:rFonts w:ascii="Arial" w:hAnsi="Arial" w:cs="Arial"/>
                <w:lang w:val="en-GB"/>
              </w:rPr>
              <w:t>                        &gt;</w:t>
            </w:r>
          </w:p>
          <w:p w14:paraId="272BDC29" w14:textId="77777777" w:rsidR="00CB7301" w:rsidRPr="00CB7301" w:rsidRDefault="00CB7301" w:rsidP="00CB7301">
            <w:pPr>
              <w:rPr>
                <w:rFonts w:ascii="Arial" w:hAnsi="Arial" w:cs="Arial"/>
                <w:lang w:val="en-GB"/>
              </w:rPr>
            </w:pPr>
            <w:r w:rsidRPr="00CB7301">
              <w:rPr>
                <w:rFonts w:ascii="Arial" w:hAnsi="Arial" w:cs="Arial"/>
                <w:lang w:val="en-GB"/>
              </w:rPr>
              <w:t>                            Shop</w:t>
            </w:r>
          </w:p>
          <w:p w14:paraId="58A9E03E" w14:textId="77777777" w:rsidR="00CB7301" w:rsidRPr="00CB7301" w:rsidRDefault="00CB7301" w:rsidP="00CB7301">
            <w:pPr>
              <w:rPr>
                <w:rFonts w:ascii="Arial" w:hAnsi="Arial" w:cs="Arial"/>
                <w:lang w:val="en-GB"/>
              </w:rPr>
            </w:pPr>
            <w:r w:rsidRPr="00CB7301">
              <w:rPr>
                <w:rFonts w:ascii="Arial" w:hAnsi="Arial" w:cs="Arial"/>
                <w:lang w:val="en-GB"/>
              </w:rPr>
              <w:t>                        &lt;/a&gt;</w:t>
            </w:r>
          </w:p>
          <w:p w14:paraId="080C9214" w14:textId="77777777" w:rsidR="00CB7301" w:rsidRPr="00CB7301" w:rsidRDefault="00CB7301" w:rsidP="00CB7301">
            <w:pPr>
              <w:rPr>
                <w:rFonts w:ascii="Arial" w:hAnsi="Arial" w:cs="Arial"/>
                <w:lang w:val="en-GB"/>
              </w:rPr>
            </w:pPr>
            <w:r w:rsidRPr="00CB7301">
              <w:rPr>
                <w:rFonts w:ascii="Arial" w:hAnsi="Arial" w:cs="Arial"/>
                <w:lang w:val="en-GB"/>
              </w:rPr>
              <w:t>                    &lt;/li&gt;</w:t>
            </w:r>
          </w:p>
          <w:p w14:paraId="654CBDCA" w14:textId="77777777" w:rsidR="00CB7301" w:rsidRPr="00CB7301" w:rsidRDefault="00CB7301" w:rsidP="00CB7301">
            <w:pPr>
              <w:rPr>
                <w:rFonts w:ascii="Arial" w:hAnsi="Arial" w:cs="Arial"/>
                <w:lang w:val="en-GB"/>
              </w:rPr>
            </w:pPr>
          </w:p>
          <w:p w14:paraId="4C19D4E2" w14:textId="77777777" w:rsidR="00CB7301" w:rsidRPr="00CB7301" w:rsidRDefault="00CB7301" w:rsidP="00CB7301">
            <w:pPr>
              <w:rPr>
                <w:rFonts w:ascii="Arial" w:hAnsi="Arial" w:cs="Arial"/>
                <w:lang w:val="en-GB"/>
              </w:rPr>
            </w:pPr>
            <w:r w:rsidRPr="00CB7301">
              <w:rPr>
                <w:rFonts w:ascii="Arial" w:hAnsi="Arial" w:cs="Arial"/>
                <w:lang w:val="en-GB"/>
              </w:rPr>
              <w:t>                    &lt;li class="nav-item"&gt;</w:t>
            </w:r>
          </w:p>
          <w:p w14:paraId="1608CE87" w14:textId="77777777" w:rsidR="00CB7301" w:rsidRPr="00CB7301" w:rsidRDefault="00CB7301" w:rsidP="00CB7301">
            <w:pPr>
              <w:rPr>
                <w:rFonts w:ascii="Arial" w:hAnsi="Arial" w:cs="Arial"/>
                <w:lang w:val="en-GB"/>
              </w:rPr>
            </w:pPr>
            <w:r w:rsidRPr="00CB7301">
              <w:rPr>
                <w:rFonts w:ascii="Arial" w:hAnsi="Arial" w:cs="Arial"/>
                <w:lang w:val="en-GB"/>
              </w:rPr>
              <w:t>                        &lt;a</w:t>
            </w:r>
          </w:p>
          <w:p w14:paraId="6AE7BE26" w14:textId="77777777" w:rsidR="00CB7301" w:rsidRPr="00CB7301" w:rsidRDefault="00CB7301" w:rsidP="00CB7301">
            <w:pPr>
              <w:rPr>
                <w:rFonts w:ascii="Arial" w:hAnsi="Arial" w:cs="Arial"/>
                <w:lang w:val="en-GB"/>
              </w:rPr>
            </w:pPr>
            <w:r w:rsidRPr="00CB7301">
              <w:rPr>
                <w:rFonts w:ascii="Arial" w:hAnsi="Arial" w:cs="Arial"/>
                <w:lang w:val="en-GB"/>
              </w:rPr>
              <w:t>                            class="nav-link"</w:t>
            </w:r>
          </w:p>
          <w:p w14:paraId="57769EFB" w14:textId="77777777" w:rsidR="00CB7301" w:rsidRPr="00CB7301" w:rsidRDefault="00CB7301" w:rsidP="00CB7301">
            <w:pPr>
              <w:rPr>
                <w:rFonts w:ascii="Arial" w:hAnsi="Arial" w:cs="Arial"/>
                <w:lang w:val="en-GB"/>
              </w:rPr>
            </w:pPr>
            <w:r w:rsidRPr="00CB7301">
              <w:rPr>
                <w:rFonts w:ascii="Arial" w:hAnsi="Arial" w:cs="Arial"/>
                <w:lang w:val="en-GB"/>
              </w:rPr>
              <w:t>                            href="./prodform.html"</w:t>
            </w:r>
          </w:p>
          <w:p w14:paraId="7CBDE1AA" w14:textId="77777777" w:rsidR="00CB7301" w:rsidRPr="00CB7301" w:rsidRDefault="00CB7301" w:rsidP="00CB7301">
            <w:pPr>
              <w:rPr>
                <w:rFonts w:ascii="Arial" w:hAnsi="Arial" w:cs="Arial"/>
                <w:lang w:val="en-GB"/>
              </w:rPr>
            </w:pPr>
            <w:r w:rsidRPr="00CB7301">
              <w:rPr>
                <w:rFonts w:ascii="Arial" w:hAnsi="Arial" w:cs="Arial"/>
                <w:lang w:val="en-GB"/>
              </w:rPr>
              <w:t>                        &gt;</w:t>
            </w:r>
          </w:p>
          <w:p w14:paraId="1B8738D6" w14:textId="77777777" w:rsidR="00CB7301" w:rsidRPr="00CB7301" w:rsidRDefault="00CB7301" w:rsidP="00CB7301">
            <w:pPr>
              <w:rPr>
                <w:rFonts w:ascii="Arial" w:hAnsi="Arial" w:cs="Arial"/>
                <w:lang w:val="en-GB"/>
              </w:rPr>
            </w:pPr>
            <w:r w:rsidRPr="00CB7301">
              <w:rPr>
                <w:rFonts w:ascii="Arial" w:hAnsi="Arial" w:cs="Arial"/>
                <w:lang w:val="en-GB"/>
              </w:rPr>
              <w:t>                            Sell</w:t>
            </w:r>
          </w:p>
          <w:p w14:paraId="2D9C29CF" w14:textId="77777777" w:rsidR="00CB7301" w:rsidRPr="00CB7301" w:rsidRDefault="00CB7301" w:rsidP="00CB7301">
            <w:pPr>
              <w:rPr>
                <w:rFonts w:ascii="Arial" w:hAnsi="Arial" w:cs="Arial"/>
                <w:lang w:val="en-GB"/>
              </w:rPr>
            </w:pPr>
            <w:r w:rsidRPr="00CB7301">
              <w:rPr>
                <w:rFonts w:ascii="Arial" w:hAnsi="Arial" w:cs="Arial"/>
                <w:lang w:val="en-GB"/>
              </w:rPr>
              <w:t>                        &lt;/a&gt;</w:t>
            </w:r>
          </w:p>
          <w:p w14:paraId="5AFCA94A" w14:textId="77777777" w:rsidR="00CB7301" w:rsidRPr="00CB7301" w:rsidRDefault="00CB7301" w:rsidP="00CB7301">
            <w:pPr>
              <w:rPr>
                <w:rFonts w:ascii="Arial" w:hAnsi="Arial" w:cs="Arial"/>
                <w:lang w:val="en-GB"/>
              </w:rPr>
            </w:pPr>
            <w:r w:rsidRPr="00CB7301">
              <w:rPr>
                <w:rFonts w:ascii="Arial" w:hAnsi="Arial" w:cs="Arial"/>
                <w:lang w:val="en-GB"/>
              </w:rPr>
              <w:t>                    &lt;/li&gt;</w:t>
            </w:r>
          </w:p>
          <w:p w14:paraId="29F7537A" w14:textId="77777777" w:rsidR="00CB7301" w:rsidRPr="00CB7301" w:rsidRDefault="00CB7301" w:rsidP="00CB7301">
            <w:pPr>
              <w:rPr>
                <w:rFonts w:ascii="Arial" w:hAnsi="Arial" w:cs="Arial"/>
                <w:lang w:val="en-GB"/>
              </w:rPr>
            </w:pPr>
          </w:p>
          <w:p w14:paraId="104A2FC3" w14:textId="77777777" w:rsidR="00CB7301" w:rsidRPr="00CB7301" w:rsidRDefault="00CB7301" w:rsidP="00CB7301">
            <w:pPr>
              <w:rPr>
                <w:rFonts w:ascii="Arial" w:hAnsi="Arial" w:cs="Arial"/>
                <w:lang w:val="en-GB"/>
              </w:rPr>
            </w:pPr>
            <w:r w:rsidRPr="00CB7301">
              <w:rPr>
                <w:rFonts w:ascii="Arial" w:hAnsi="Arial" w:cs="Arial"/>
                <w:lang w:val="en-GB"/>
              </w:rPr>
              <w:t>                    &lt;li class="nav-item"&gt;</w:t>
            </w:r>
          </w:p>
          <w:p w14:paraId="09170769" w14:textId="77777777" w:rsidR="00CB7301" w:rsidRPr="00CB7301" w:rsidRDefault="00CB7301" w:rsidP="00CB7301">
            <w:pPr>
              <w:rPr>
                <w:rFonts w:ascii="Arial" w:hAnsi="Arial" w:cs="Arial"/>
                <w:lang w:val="en-GB"/>
              </w:rPr>
            </w:pPr>
            <w:r w:rsidRPr="00CB7301">
              <w:rPr>
                <w:rFonts w:ascii="Arial" w:hAnsi="Arial" w:cs="Arial"/>
                <w:lang w:val="en-GB"/>
              </w:rPr>
              <w:t>                        &lt;a</w:t>
            </w:r>
          </w:p>
          <w:p w14:paraId="53840A21" w14:textId="77777777" w:rsidR="00CB7301" w:rsidRPr="00CB7301" w:rsidRDefault="00CB7301" w:rsidP="00CB7301">
            <w:pPr>
              <w:rPr>
                <w:rFonts w:ascii="Arial" w:hAnsi="Arial" w:cs="Arial"/>
                <w:lang w:val="en-GB"/>
              </w:rPr>
            </w:pPr>
            <w:r w:rsidRPr="00CB7301">
              <w:rPr>
                <w:rFonts w:ascii="Arial" w:hAnsi="Arial" w:cs="Arial"/>
                <w:lang w:val="en-GB"/>
              </w:rPr>
              <w:t>                            class="nav-link"</w:t>
            </w:r>
          </w:p>
          <w:p w14:paraId="0B857CAB" w14:textId="77777777" w:rsidR="00CB7301" w:rsidRPr="00CB7301" w:rsidRDefault="00CB7301" w:rsidP="00CB7301">
            <w:pPr>
              <w:rPr>
                <w:rFonts w:ascii="Arial" w:hAnsi="Arial" w:cs="Arial"/>
                <w:lang w:val="en-GB"/>
              </w:rPr>
            </w:pPr>
            <w:r w:rsidRPr="00CB7301">
              <w:rPr>
                <w:rFonts w:ascii="Arial" w:hAnsi="Arial" w:cs="Arial"/>
                <w:lang w:val="en-GB"/>
              </w:rPr>
              <w:t>                            href="./HELLO.html"</w:t>
            </w:r>
          </w:p>
          <w:p w14:paraId="1B0C5615" w14:textId="77777777" w:rsidR="00CB7301" w:rsidRPr="00CB7301" w:rsidRDefault="00CB7301" w:rsidP="00CB7301">
            <w:pPr>
              <w:rPr>
                <w:rFonts w:ascii="Arial" w:hAnsi="Arial" w:cs="Arial"/>
                <w:lang w:val="en-GB"/>
              </w:rPr>
            </w:pPr>
            <w:r w:rsidRPr="00CB7301">
              <w:rPr>
                <w:rFonts w:ascii="Arial" w:hAnsi="Arial" w:cs="Arial"/>
                <w:lang w:val="en-GB"/>
              </w:rPr>
              <w:t>                        &gt;</w:t>
            </w:r>
          </w:p>
          <w:p w14:paraId="434F32AE" w14:textId="77777777" w:rsidR="00CB7301" w:rsidRPr="00CB7301" w:rsidRDefault="00CB7301" w:rsidP="00CB7301">
            <w:pPr>
              <w:rPr>
                <w:rFonts w:ascii="Arial" w:hAnsi="Arial" w:cs="Arial"/>
                <w:lang w:val="en-GB"/>
              </w:rPr>
            </w:pPr>
            <w:r w:rsidRPr="00CB7301">
              <w:rPr>
                <w:rFonts w:ascii="Arial" w:hAnsi="Arial" w:cs="Arial"/>
                <w:lang w:val="en-GB"/>
              </w:rPr>
              <w:t>                            Login</w:t>
            </w:r>
          </w:p>
          <w:p w14:paraId="505808E3" w14:textId="77777777" w:rsidR="00CB7301" w:rsidRPr="00CB7301" w:rsidRDefault="00CB7301" w:rsidP="00CB7301">
            <w:pPr>
              <w:rPr>
                <w:rFonts w:ascii="Arial" w:hAnsi="Arial" w:cs="Arial"/>
                <w:lang w:val="en-GB"/>
              </w:rPr>
            </w:pPr>
            <w:r w:rsidRPr="00CB7301">
              <w:rPr>
                <w:rFonts w:ascii="Arial" w:hAnsi="Arial" w:cs="Arial"/>
                <w:lang w:val="en-GB"/>
              </w:rPr>
              <w:t>                        &lt;/a&gt;</w:t>
            </w:r>
          </w:p>
          <w:p w14:paraId="5C59D7D6" w14:textId="77777777" w:rsidR="00CB7301" w:rsidRPr="00CB7301" w:rsidRDefault="00CB7301" w:rsidP="00CB7301">
            <w:pPr>
              <w:rPr>
                <w:rFonts w:ascii="Arial" w:hAnsi="Arial" w:cs="Arial"/>
                <w:lang w:val="en-GB"/>
              </w:rPr>
            </w:pPr>
            <w:r w:rsidRPr="00CB7301">
              <w:rPr>
                <w:rFonts w:ascii="Arial" w:hAnsi="Arial" w:cs="Arial"/>
                <w:lang w:val="en-GB"/>
              </w:rPr>
              <w:t>                    &lt;/li&gt;</w:t>
            </w:r>
          </w:p>
          <w:p w14:paraId="7DBA11BE" w14:textId="77777777" w:rsidR="00CB7301" w:rsidRPr="00CB7301" w:rsidRDefault="00CB7301" w:rsidP="00CB7301">
            <w:pPr>
              <w:rPr>
                <w:rFonts w:ascii="Arial" w:hAnsi="Arial" w:cs="Arial"/>
                <w:lang w:val="en-GB"/>
              </w:rPr>
            </w:pPr>
          </w:p>
          <w:p w14:paraId="6647A087" w14:textId="77777777" w:rsidR="00CB7301" w:rsidRPr="00CB7301" w:rsidRDefault="00CB7301" w:rsidP="00CB7301">
            <w:pPr>
              <w:rPr>
                <w:rFonts w:ascii="Arial" w:hAnsi="Arial" w:cs="Arial"/>
                <w:lang w:val="en-GB"/>
              </w:rPr>
            </w:pPr>
            <w:r w:rsidRPr="00CB7301">
              <w:rPr>
                <w:rFonts w:ascii="Arial" w:hAnsi="Arial" w:cs="Arial"/>
                <w:lang w:val="en-GB"/>
              </w:rPr>
              <w:t>                    &lt;li class="nav-item"&gt;</w:t>
            </w:r>
          </w:p>
          <w:p w14:paraId="64E65AA5" w14:textId="77777777" w:rsidR="00CB7301" w:rsidRPr="00CB7301" w:rsidRDefault="00CB7301" w:rsidP="00CB7301">
            <w:pPr>
              <w:rPr>
                <w:rFonts w:ascii="Arial" w:hAnsi="Arial" w:cs="Arial"/>
                <w:lang w:val="en-GB"/>
              </w:rPr>
            </w:pPr>
            <w:r w:rsidRPr="00CB7301">
              <w:rPr>
                <w:rFonts w:ascii="Arial" w:hAnsi="Arial" w:cs="Arial"/>
                <w:lang w:val="en-GB"/>
              </w:rPr>
              <w:t>                        &lt;a</w:t>
            </w:r>
          </w:p>
          <w:p w14:paraId="74305297" w14:textId="77777777" w:rsidR="00CB7301" w:rsidRPr="00CB7301" w:rsidRDefault="00CB7301" w:rsidP="00CB7301">
            <w:pPr>
              <w:rPr>
                <w:rFonts w:ascii="Arial" w:hAnsi="Arial" w:cs="Arial"/>
                <w:lang w:val="en-GB"/>
              </w:rPr>
            </w:pPr>
            <w:r w:rsidRPr="00CB7301">
              <w:rPr>
                <w:rFonts w:ascii="Arial" w:hAnsi="Arial" w:cs="Arial"/>
                <w:lang w:val="en-GB"/>
              </w:rPr>
              <w:lastRenderedPageBreak/>
              <w:t>                            class="nav-link"</w:t>
            </w:r>
          </w:p>
          <w:p w14:paraId="7CDD6536" w14:textId="77777777" w:rsidR="00CB7301" w:rsidRPr="00CB7301" w:rsidRDefault="00CB7301" w:rsidP="00CB7301">
            <w:pPr>
              <w:rPr>
                <w:rFonts w:ascii="Arial" w:hAnsi="Arial" w:cs="Arial"/>
                <w:lang w:val="en-GB"/>
              </w:rPr>
            </w:pPr>
            <w:r w:rsidRPr="00CB7301">
              <w:rPr>
                <w:rFonts w:ascii="Arial" w:hAnsi="Arial" w:cs="Arial"/>
                <w:lang w:val="en-GB"/>
              </w:rPr>
              <w:t>                            href="./contacus.html"</w:t>
            </w:r>
          </w:p>
          <w:p w14:paraId="5480BA48" w14:textId="77777777" w:rsidR="00CB7301" w:rsidRPr="00CB7301" w:rsidRDefault="00CB7301" w:rsidP="00CB7301">
            <w:pPr>
              <w:rPr>
                <w:rFonts w:ascii="Arial" w:hAnsi="Arial" w:cs="Arial"/>
                <w:lang w:val="en-GB"/>
              </w:rPr>
            </w:pPr>
            <w:r w:rsidRPr="00CB7301">
              <w:rPr>
                <w:rFonts w:ascii="Arial" w:hAnsi="Arial" w:cs="Arial"/>
                <w:lang w:val="en-GB"/>
              </w:rPr>
              <w:t>                        &gt;</w:t>
            </w:r>
          </w:p>
          <w:p w14:paraId="69774B1F" w14:textId="77777777" w:rsidR="00CB7301" w:rsidRPr="00CB7301" w:rsidRDefault="00CB7301" w:rsidP="00CB7301">
            <w:pPr>
              <w:rPr>
                <w:rFonts w:ascii="Arial" w:hAnsi="Arial" w:cs="Arial"/>
                <w:lang w:val="en-GB"/>
              </w:rPr>
            </w:pPr>
            <w:r w:rsidRPr="00CB7301">
              <w:rPr>
                <w:rFonts w:ascii="Arial" w:hAnsi="Arial" w:cs="Arial"/>
                <w:lang w:val="en-GB"/>
              </w:rPr>
              <w:t>                            Contact Us</w:t>
            </w:r>
          </w:p>
          <w:p w14:paraId="2089E4D7" w14:textId="77777777" w:rsidR="00CB7301" w:rsidRPr="00CB7301" w:rsidRDefault="00CB7301" w:rsidP="00CB7301">
            <w:pPr>
              <w:rPr>
                <w:rFonts w:ascii="Arial" w:hAnsi="Arial" w:cs="Arial"/>
                <w:lang w:val="en-GB"/>
              </w:rPr>
            </w:pPr>
            <w:r w:rsidRPr="00CB7301">
              <w:rPr>
                <w:rFonts w:ascii="Arial" w:hAnsi="Arial" w:cs="Arial"/>
                <w:lang w:val="en-GB"/>
              </w:rPr>
              <w:t>                        &lt;/a&gt;</w:t>
            </w:r>
          </w:p>
          <w:p w14:paraId="651CDA41" w14:textId="77777777" w:rsidR="00CB7301" w:rsidRPr="00CB7301" w:rsidRDefault="00CB7301" w:rsidP="00CB7301">
            <w:pPr>
              <w:rPr>
                <w:rFonts w:ascii="Arial" w:hAnsi="Arial" w:cs="Arial"/>
                <w:lang w:val="en-GB"/>
              </w:rPr>
            </w:pPr>
            <w:r w:rsidRPr="00CB7301">
              <w:rPr>
                <w:rFonts w:ascii="Arial" w:hAnsi="Arial" w:cs="Arial"/>
                <w:lang w:val="en-GB"/>
              </w:rPr>
              <w:t>                    &lt;/li&gt;</w:t>
            </w:r>
          </w:p>
          <w:p w14:paraId="1EEDDAC3" w14:textId="77777777" w:rsidR="00CB7301" w:rsidRPr="00CB7301" w:rsidRDefault="00CB7301" w:rsidP="00CB7301">
            <w:pPr>
              <w:rPr>
                <w:rFonts w:ascii="Arial" w:hAnsi="Arial" w:cs="Arial"/>
                <w:lang w:val="en-GB"/>
              </w:rPr>
            </w:pPr>
          </w:p>
          <w:p w14:paraId="25EE3AF1" w14:textId="77777777" w:rsidR="00CB7301" w:rsidRPr="00CB7301" w:rsidRDefault="00CB7301" w:rsidP="00CB7301">
            <w:pPr>
              <w:rPr>
                <w:rFonts w:ascii="Arial" w:hAnsi="Arial" w:cs="Arial"/>
                <w:lang w:val="en-GB"/>
              </w:rPr>
            </w:pPr>
            <w:r w:rsidRPr="00CB7301">
              <w:rPr>
                <w:rFonts w:ascii="Arial" w:hAnsi="Arial" w:cs="Arial"/>
                <w:lang w:val="en-GB"/>
              </w:rPr>
              <w:t>                    &lt;li class="nav-item"&gt;</w:t>
            </w:r>
          </w:p>
          <w:p w14:paraId="3F57E9B2" w14:textId="77777777" w:rsidR="00CB7301" w:rsidRPr="00CB7301" w:rsidRDefault="00CB7301" w:rsidP="00CB7301">
            <w:pPr>
              <w:rPr>
                <w:rFonts w:ascii="Arial" w:hAnsi="Arial" w:cs="Arial"/>
                <w:lang w:val="en-GB"/>
              </w:rPr>
            </w:pPr>
            <w:r w:rsidRPr="00CB7301">
              <w:rPr>
                <w:rFonts w:ascii="Arial" w:hAnsi="Arial" w:cs="Arial"/>
                <w:lang w:val="en-GB"/>
              </w:rPr>
              <w:t>                        &lt;!--&lt;a class="nav-link disabled" aria-disabled="true"&gt;Disabled&lt;/a&gt;--&gt;</w:t>
            </w:r>
          </w:p>
          <w:p w14:paraId="2AAD29B5" w14:textId="77777777" w:rsidR="00CB7301" w:rsidRPr="00CB7301" w:rsidRDefault="00CB7301" w:rsidP="00CB7301">
            <w:pPr>
              <w:rPr>
                <w:rFonts w:ascii="Arial" w:hAnsi="Arial" w:cs="Arial"/>
                <w:lang w:val="en-GB"/>
              </w:rPr>
            </w:pPr>
          </w:p>
          <w:p w14:paraId="5025C8A3" w14:textId="77777777" w:rsidR="00CB7301" w:rsidRPr="00CB7301" w:rsidRDefault="00CB7301" w:rsidP="00CB7301">
            <w:pPr>
              <w:rPr>
                <w:rFonts w:ascii="Arial" w:hAnsi="Arial" w:cs="Arial"/>
                <w:lang w:val="en-GB"/>
              </w:rPr>
            </w:pPr>
            <w:r w:rsidRPr="00CB7301">
              <w:rPr>
                <w:rFonts w:ascii="Arial" w:hAnsi="Arial" w:cs="Arial"/>
                <w:lang w:val="en-GB"/>
              </w:rPr>
              <w:t>                        &lt;a</w:t>
            </w:r>
          </w:p>
          <w:p w14:paraId="548F04C8" w14:textId="77777777" w:rsidR="00CB7301" w:rsidRPr="00CB7301" w:rsidRDefault="00CB7301" w:rsidP="00CB7301">
            <w:pPr>
              <w:rPr>
                <w:rFonts w:ascii="Arial" w:hAnsi="Arial" w:cs="Arial"/>
                <w:lang w:val="en-GB"/>
              </w:rPr>
            </w:pPr>
            <w:r w:rsidRPr="00CB7301">
              <w:rPr>
                <w:rFonts w:ascii="Arial" w:hAnsi="Arial" w:cs="Arial"/>
                <w:lang w:val="en-GB"/>
              </w:rPr>
              <w:t>                            class="nav-link"</w:t>
            </w:r>
          </w:p>
          <w:p w14:paraId="0DB75842" w14:textId="77777777" w:rsidR="00CB7301" w:rsidRPr="00CB7301" w:rsidRDefault="00CB7301" w:rsidP="00CB7301">
            <w:pPr>
              <w:rPr>
                <w:rFonts w:ascii="Arial" w:hAnsi="Arial" w:cs="Arial"/>
                <w:lang w:val="en-GB"/>
              </w:rPr>
            </w:pPr>
            <w:r w:rsidRPr="00CB7301">
              <w:rPr>
                <w:rFonts w:ascii="Arial" w:hAnsi="Arial" w:cs="Arial"/>
                <w:lang w:val="en-GB"/>
              </w:rPr>
              <w:t>                            href="./aboutus.html"</w:t>
            </w:r>
          </w:p>
          <w:p w14:paraId="4DC18928" w14:textId="77777777" w:rsidR="00CB7301" w:rsidRPr="00CB7301" w:rsidRDefault="00CB7301" w:rsidP="00CB7301">
            <w:pPr>
              <w:rPr>
                <w:rFonts w:ascii="Arial" w:hAnsi="Arial" w:cs="Arial"/>
                <w:lang w:val="en-GB"/>
              </w:rPr>
            </w:pPr>
            <w:r w:rsidRPr="00CB7301">
              <w:rPr>
                <w:rFonts w:ascii="Arial" w:hAnsi="Arial" w:cs="Arial"/>
                <w:lang w:val="en-GB"/>
              </w:rPr>
              <w:t>                        &gt;</w:t>
            </w:r>
          </w:p>
          <w:p w14:paraId="14B7B1AE" w14:textId="77777777" w:rsidR="00CB7301" w:rsidRPr="00CB7301" w:rsidRDefault="00CB7301" w:rsidP="00CB7301">
            <w:pPr>
              <w:rPr>
                <w:rFonts w:ascii="Arial" w:hAnsi="Arial" w:cs="Arial"/>
                <w:lang w:val="en-GB"/>
              </w:rPr>
            </w:pPr>
            <w:r w:rsidRPr="00CB7301">
              <w:rPr>
                <w:rFonts w:ascii="Arial" w:hAnsi="Arial" w:cs="Arial"/>
                <w:lang w:val="en-GB"/>
              </w:rPr>
              <w:t>                            About Us</w:t>
            </w:r>
          </w:p>
          <w:p w14:paraId="66281422" w14:textId="77777777" w:rsidR="00CB7301" w:rsidRPr="00CB7301" w:rsidRDefault="00CB7301" w:rsidP="00CB7301">
            <w:pPr>
              <w:rPr>
                <w:rFonts w:ascii="Arial" w:hAnsi="Arial" w:cs="Arial"/>
                <w:lang w:val="en-GB"/>
              </w:rPr>
            </w:pPr>
            <w:r w:rsidRPr="00CB7301">
              <w:rPr>
                <w:rFonts w:ascii="Arial" w:hAnsi="Arial" w:cs="Arial"/>
                <w:lang w:val="en-GB"/>
              </w:rPr>
              <w:t>                        &lt;/a&gt;</w:t>
            </w:r>
          </w:p>
          <w:p w14:paraId="2A9957D6" w14:textId="77777777" w:rsidR="00CB7301" w:rsidRPr="00CB7301" w:rsidRDefault="00CB7301" w:rsidP="00CB7301">
            <w:pPr>
              <w:rPr>
                <w:rFonts w:ascii="Arial" w:hAnsi="Arial" w:cs="Arial"/>
                <w:lang w:val="en-GB"/>
              </w:rPr>
            </w:pPr>
            <w:r w:rsidRPr="00CB7301">
              <w:rPr>
                <w:rFonts w:ascii="Arial" w:hAnsi="Arial" w:cs="Arial"/>
                <w:lang w:val="en-GB"/>
              </w:rPr>
              <w:t>                    &lt;/li&gt;</w:t>
            </w:r>
          </w:p>
          <w:p w14:paraId="57CB6D67" w14:textId="77777777" w:rsidR="00CB7301" w:rsidRPr="00CB7301" w:rsidRDefault="00CB7301" w:rsidP="00CB7301">
            <w:pPr>
              <w:rPr>
                <w:rFonts w:ascii="Arial" w:hAnsi="Arial" w:cs="Arial"/>
                <w:lang w:val="en-GB"/>
              </w:rPr>
            </w:pPr>
          </w:p>
          <w:p w14:paraId="3230FF41" w14:textId="77777777" w:rsidR="00CB7301" w:rsidRPr="00CB7301" w:rsidRDefault="00CB7301" w:rsidP="00CB7301">
            <w:pPr>
              <w:rPr>
                <w:rFonts w:ascii="Arial" w:hAnsi="Arial" w:cs="Arial"/>
                <w:lang w:val="en-GB"/>
              </w:rPr>
            </w:pPr>
            <w:r w:rsidRPr="00CB7301">
              <w:rPr>
                <w:rFonts w:ascii="Arial" w:hAnsi="Arial" w:cs="Arial"/>
                <w:lang w:val="en-GB"/>
              </w:rPr>
              <w:t>                &lt;/ul&gt;</w:t>
            </w:r>
          </w:p>
          <w:p w14:paraId="1CBD3D9A"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22F10062" w14:textId="77777777" w:rsidR="00CB7301" w:rsidRPr="00CB7301" w:rsidRDefault="00CB7301" w:rsidP="00CB7301">
            <w:pPr>
              <w:rPr>
                <w:rFonts w:ascii="Arial" w:hAnsi="Arial" w:cs="Arial"/>
                <w:lang w:val="en-GB"/>
              </w:rPr>
            </w:pPr>
            <w:r w:rsidRPr="00CB7301">
              <w:rPr>
                <w:rFonts w:ascii="Arial" w:hAnsi="Arial" w:cs="Arial"/>
                <w:lang w:val="en-GB"/>
              </w:rPr>
              <w:t>        &lt;/tr&gt;</w:t>
            </w:r>
          </w:p>
          <w:p w14:paraId="12A8755D" w14:textId="77777777" w:rsidR="00CB7301" w:rsidRPr="00CB7301" w:rsidRDefault="00CB7301" w:rsidP="00CB7301">
            <w:pPr>
              <w:rPr>
                <w:rFonts w:ascii="Arial" w:hAnsi="Arial" w:cs="Arial"/>
                <w:lang w:val="en-GB"/>
              </w:rPr>
            </w:pPr>
          </w:p>
          <w:p w14:paraId="63AB2861" w14:textId="77777777" w:rsidR="00CB7301" w:rsidRPr="00CB7301" w:rsidRDefault="00CB7301" w:rsidP="00CB7301">
            <w:pPr>
              <w:rPr>
                <w:rFonts w:ascii="Arial" w:hAnsi="Arial" w:cs="Arial"/>
                <w:lang w:val="en-GB"/>
              </w:rPr>
            </w:pPr>
            <w:r w:rsidRPr="00CB7301">
              <w:rPr>
                <w:rFonts w:ascii="Arial" w:hAnsi="Arial" w:cs="Arial"/>
                <w:lang w:val="en-GB"/>
              </w:rPr>
              <w:t>        &lt;tr&gt;</w:t>
            </w:r>
          </w:p>
          <w:p w14:paraId="383908E6" w14:textId="77777777" w:rsidR="00CB7301" w:rsidRPr="00CB7301" w:rsidRDefault="00CB7301" w:rsidP="00CB7301">
            <w:pPr>
              <w:rPr>
                <w:rFonts w:ascii="Arial" w:hAnsi="Arial" w:cs="Arial"/>
                <w:lang w:val="en-GB"/>
              </w:rPr>
            </w:pPr>
            <w:r w:rsidRPr="00CB7301">
              <w:rPr>
                <w:rFonts w:ascii="Arial" w:hAnsi="Arial" w:cs="Arial"/>
                <w:lang w:val="en-GB"/>
              </w:rPr>
              <w:t>            &lt;td align="center"&gt;</w:t>
            </w:r>
          </w:p>
          <w:p w14:paraId="7F173C76" w14:textId="77777777" w:rsidR="00CB7301" w:rsidRPr="00CB7301" w:rsidRDefault="00CB7301" w:rsidP="00CB7301">
            <w:pPr>
              <w:rPr>
                <w:rFonts w:ascii="Arial" w:hAnsi="Arial" w:cs="Arial"/>
                <w:lang w:val="en-GB"/>
              </w:rPr>
            </w:pPr>
          </w:p>
          <w:p w14:paraId="39778410" w14:textId="77777777" w:rsidR="00CB7301" w:rsidRPr="00CB7301" w:rsidRDefault="00CB7301" w:rsidP="00CB7301">
            <w:pPr>
              <w:rPr>
                <w:rFonts w:ascii="Arial" w:hAnsi="Arial" w:cs="Arial"/>
                <w:lang w:val="en-GB"/>
              </w:rPr>
            </w:pPr>
            <w:r w:rsidRPr="00CB7301">
              <w:rPr>
                <w:rFonts w:ascii="Arial" w:hAnsi="Arial" w:cs="Arial"/>
                <w:lang w:val="en-GB"/>
              </w:rPr>
              <w:t>                &lt;a href="./index.html"&gt;</w:t>
            </w:r>
          </w:p>
          <w:p w14:paraId="391223C4" w14:textId="77777777" w:rsidR="00CB7301" w:rsidRPr="00CB7301" w:rsidRDefault="00CB7301" w:rsidP="00CB7301">
            <w:pPr>
              <w:rPr>
                <w:rFonts w:ascii="Arial" w:hAnsi="Arial" w:cs="Arial"/>
                <w:lang w:val="en-GB"/>
              </w:rPr>
            </w:pPr>
            <w:r w:rsidRPr="00CB7301">
              <w:rPr>
                <w:rFonts w:ascii="Arial" w:hAnsi="Arial" w:cs="Arial"/>
                <w:lang w:val="en-GB"/>
              </w:rPr>
              <w:t>                    &lt;img</w:t>
            </w:r>
          </w:p>
          <w:p w14:paraId="07F2FAC3" w14:textId="77777777" w:rsidR="00CB7301" w:rsidRPr="00CB7301" w:rsidRDefault="00CB7301" w:rsidP="00CB7301">
            <w:pPr>
              <w:rPr>
                <w:rFonts w:ascii="Arial" w:hAnsi="Arial" w:cs="Arial"/>
                <w:lang w:val="en-GB"/>
              </w:rPr>
            </w:pPr>
            <w:r w:rsidRPr="00CB7301">
              <w:rPr>
                <w:rFonts w:ascii="Arial" w:hAnsi="Arial" w:cs="Arial"/>
                <w:lang w:val="en-GB"/>
              </w:rPr>
              <w:t xml:space="preserve">                        </w:t>
            </w:r>
            <w:proofErr w:type="spellStart"/>
            <w:r w:rsidRPr="00CB7301">
              <w:rPr>
                <w:rFonts w:ascii="Arial" w:hAnsi="Arial" w:cs="Arial"/>
                <w:lang w:val="en-GB"/>
              </w:rPr>
              <w:t>src</w:t>
            </w:r>
            <w:proofErr w:type="spellEnd"/>
            <w:r w:rsidRPr="00CB7301">
              <w:rPr>
                <w:rFonts w:ascii="Arial" w:hAnsi="Arial" w:cs="Arial"/>
                <w:lang w:val="en-GB"/>
              </w:rPr>
              <w:t>="./images/store.jpg"</w:t>
            </w:r>
          </w:p>
          <w:p w14:paraId="0F8AB52D" w14:textId="77777777" w:rsidR="00CB7301" w:rsidRPr="00CB7301" w:rsidRDefault="00CB7301" w:rsidP="00CB7301">
            <w:pPr>
              <w:rPr>
                <w:rFonts w:ascii="Arial" w:hAnsi="Arial" w:cs="Arial"/>
                <w:lang w:val="en-GB"/>
              </w:rPr>
            </w:pPr>
            <w:r w:rsidRPr="00CB7301">
              <w:rPr>
                <w:rFonts w:ascii="Arial" w:hAnsi="Arial" w:cs="Arial"/>
                <w:lang w:val="en-GB"/>
              </w:rPr>
              <w:t>                        alt="</w:t>
            </w:r>
            <w:proofErr w:type="spellStart"/>
            <w:r w:rsidRPr="00CB7301">
              <w:rPr>
                <w:rFonts w:ascii="Arial" w:hAnsi="Arial" w:cs="Arial"/>
                <w:lang w:val="en-GB"/>
              </w:rPr>
              <w:t>eStore</w:t>
            </w:r>
            <w:proofErr w:type="spellEnd"/>
            <w:r w:rsidRPr="00CB7301">
              <w:rPr>
                <w:rFonts w:ascii="Arial" w:hAnsi="Arial" w:cs="Arial"/>
                <w:lang w:val="en-GB"/>
              </w:rPr>
              <w:t>"</w:t>
            </w:r>
          </w:p>
          <w:p w14:paraId="57554AE0" w14:textId="77777777" w:rsidR="00CB7301" w:rsidRPr="00CB7301" w:rsidRDefault="00CB7301" w:rsidP="00CB7301">
            <w:pPr>
              <w:rPr>
                <w:rFonts w:ascii="Arial" w:hAnsi="Arial" w:cs="Arial"/>
                <w:lang w:val="en-GB"/>
              </w:rPr>
            </w:pPr>
            <w:r w:rsidRPr="00CB7301">
              <w:rPr>
                <w:rFonts w:ascii="Arial" w:hAnsi="Arial" w:cs="Arial"/>
                <w:lang w:val="en-GB"/>
              </w:rPr>
              <w:t>                    &gt;</w:t>
            </w:r>
          </w:p>
          <w:p w14:paraId="7E2650CF" w14:textId="77777777" w:rsidR="00CB7301" w:rsidRPr="00CB7301" w:rsidRDefault="00CB7301" w:rsidP="00CB7301">
            <w:pPr>
              <w:rPr>
                <w:rFonts w:ascii="Arial" w:hAnsi="Arial" w:cs="Arial"/>
                <w:lang w:val="en-GB"/>
              </w:rPr>
            </w:pPr>
          </w:p>
          <w:p w14:paraId="1EF70272" w14:textId="77777777" w:rsidR="00CB7301" w:rsidRPr="00CB7301" w:rsidRDefault="00CB7301" w:rsidP="00CB7301">
            <w:pPr>
              <w:rPr>
                <w:rFonts w:ascii="Arial" w:hAnsi="Arial" w:cs="Arial"/>
                <w:lang w:val="en-GB"/>
              </w:rPr>
            </w:pPr>
            <w:r w:rsidRPr="00CB7301">
              <w:rPr>
                <w:rFonts w:ascii="Arial" w:hAnsi="Arial" w:cs="Arial"/>
                <w:lang w:val="en-GB"/>
              </w:rPr>
              <w:t>                    &lt;</w:t>
            </w:r>
            <w:proofErr w:type="spellStart"/>
            <w:r w:rsidRPr="00CB7301">
              <w:rPr>
                <w:rFonts w:ascii="Arial" w:hAnsi="Arial" w:cs="Arial"/>
                <w:lang w:val="en-GB"/>
              </w:rPr>
              <w:t>br</w:t>
            </w:r>
            <w:proofErr w:type="spellEnd"/>
            <w:r w:rsidRPr="00CB7301">
              <w:rPr>
                <w:rFonts w:ascii="Arial" w:hAnsi="Arial" w:cs="Arial"/>
                <w:lang w:val="en-GB"/>
              </w:rPr>
              <w:t>&gt;</w:t>
            </w:r>
          </w:p>
          <w:p w14:paraId="0525A2F7" w14:textId="77777777" w:rsidR="00CB7301" w:rsidRPr="00CB7301" w:rsidRDefault="00CB7301" w:rsidP="00CB7301">
            <w:pPr>
              <w:rPr>
                <w:rFonts w:ascii="Arial" w:hAnsi="Arial" w:cs="Arial"/>
                <w:lang w:val="en-GB"/>
              </w:rPr>
            </w:pPr>
            <w:r w:rsidRPr="00CB7301">
              <w:rPr>
                <w:rFonts w:ascii="Arial" w:hAnsi="Arial" w:cs="Arial"/>
                <w:lang w:val="en-GB"/>
              </w:rPr>
              <w:t>                    &lt;</w:t>
            </w:r>
            <w:proofErr w:type="spellStart"/>
            <w:r w:rsidRPr="00CB7301">
              <w:rPr>
                <w:rFonts w:ascii="Arial" w:hAnsi="Arial" w:cs="Arial"/>
                <w:lang w:val="en-GB"/>
              </w:rPr>
              <w:t>br</w:t>
            </w:r>
            <w:proofErr w:type="spellEnd"/>
            <w:r w:rsidRPr="00CB7301">
              <w:rPr>
                <w:rFonts w:ascii="Arial" w:hAnsi="Arial" w:cs="Arial"/>
                <w:lang w:val="en-GB"/>
              </w:rPr>
              <w:t>&gt;</w:t>
            </w:r>
          </w:p>
          <w:p w14:paraId="0FE97F27" w14:textId="77777777" w:rsidR="00CB7301" w:rsidRPr="00CB7301" w:rsidRDefault="00CB7301" w:rsidP="00CB7301">
            <w:pPr>
              <w:rPr>
                <w:rFonts w:ascii="Arial" w:hAnsi="Arial" w:cs="Arial"/>
                <w:lang w:val="en-GB"/>
              </w:rPr>
            </w:pPr>
            <w:r w:rsidRPr="00CB7301">
              <w:rPr>
                <w:rFonts w:ascii="Arial" w:hAnsi="Arial" w:cs="Arial"/>
                <w:lang w:val="en-GB"/>
              </w:rPr>
              <w:t>                &lt;/a&gt;</w:t>
            </w:r>
          </w:p>
          <w:p w14:paraId="0BBFAF19" w14:textId="77777777" w:rsidR="00CB7301" w:rsidRPr="00CB7301" w:rsidRDefault="00CB7301" w:rsidP="00CB7301">
            <w:pPr>
              <w:rPr>
                <w:rFonts w:ascii="Arial" w:hAnsi="Arial" w:cs="Arial"/>
                <w:lang w:val="en-GB"/>
              </w:rPr>
            </w:pPr>
          </w:p>
          <w:p w14:paraId="53AD00D6" w14:textId="77777777" w:rsidR="00CB7301" w:rsidRPr="00CB7301" w:rsidRDefault="00CB7301" w:rsidP="00CB7301">
            <w:pPr>
              <w:rPr>
                <w:rFonts w:ascii="Arial" w:hAnsi="Arial" w:cs="Arial"/>
                <w:lang w:val="en-GB"/>
              </w:rPr>
            </w:pPr>
            <w:r w:rsidRPr="00CB7301">
              <w:rPr>
                <w:rFonts w:ascii="Arial" w:hAnsi="Arial" w:cs="Arial"/>
                <w:lang w:val="en-GB"/>
              </w:rPr>
              <w:t>                &lt;input</w:t>
            </w:r>
          </w:p>
          <w:p w14:paraId="2F05F8C5" w14:textId="77777777" w:rsidR="00CB7301" w:rsidRPr="00CB7301" w:rsidRDefault="00CB7301" w:rsidP="00CB7301">
            <w:pPr>
              <w:rPr>
                <w:rFonts w:ascii="Arial" w:hAnsi="Arial" w:cs="Arial"/>
                <w:lang w:val="en-GB"/>
              </w:rPr>
            </w:pPr>
            <w:r w:rsidRPr="00CB7301">
              <w:rPr>
                <w:rFonts w:ascii="Arial" w:hAnsi="Arial" w:cs="Arial"/>
                <w:lang w:val="en-GB"/>
              </w:rPr>
              <w:t>                    type="text"</w:t>
            </w:r>
          </w:p>
          <w:p w14:paraId="13256E0B" w14:textId="77777777" w:rsidR="00CB7301" w:rsidRPr="00CB7301" w:rsidRDefault="00CB7301" w:rsidP="00CB7301">
            <w:pPr>
              <w:rPr>
                <w:rFonts w:ascii="Arial" w:hAnsi="Arial" w:cs="Arial"/>
                <w:lang w:val="en-GB"/>
              </w:rPr>
            </w:pPr>
            <w:r w:rsidRPr="00CB7301">
              <w:rPr>
                <w:rFonts w:ascii="Arial" w:hAnsi="Arial" w:cs="Arial"/>
                <w:lang w:val="en-GB"/>
              </w:rPr>
              <w:t>                    placeholder="Search Product"</w:t>
            </w:r>
          </w:p>
          <w:p w14:paraId="1DFB529F" w14:textId="77777777" w:rsidR="00CB7301" w:rsidRPr="00CB7301" w:rsidRDefault="00CB7301" w:rsidP="00CB7301">
            <w:pPr>
              <w:rPr>
                <w:rFonts w:ascii="Arial" w:hAnsi="Arial" w:cs="Arial"/>
                <w:lang w:val="en-GB"/>
              </w:rPr>
            </w:pPr>
            <w:r w:rsidRPr="00CB7301">
              <w:rPr>
                <w:rFonts w:ascii="Arial" w:hAnsi="Arial" w:cs="Arial"/>
                <w:lang w:val="en-GB"/>
              </w:rPr>
              <w:t>                &gt;</w:t>
            </w:r>
          </w:p>
          <w:p w14:paraId="4D9D6132" w14:textId="77777777" w:rsidR="00CB7301" w:rsidRPr="00CB7301" w:rsidRDefault="00CB7301" w:rsidP="00CB7301">
            <w:pPr>
              <w:rPr>
                <w:rFonts w:ascii="Arial" w:hAnsi="Arial" w:cs="Arial"/>
                <w:lang w:val="en-GB"/>
              </w:rPr>
            </w:pPr>
          </w:p>
          <w:p w14:paraId="29A6A74A" w14:textId="77777777" w:rsidR="00CB7301" w:rsidRPr="00CB7301" w:rsidRDefault="00CB7301" w:rsidP="00CB7301">
            <w:pPr>
              <w:rPr>
                <w:rFonts w:ascii="Arial" w:hAnsi="Arial" w:cs="Arial"/>
                <w:lang w:val="en-GB"/>
              </w:rPr>
            </w:pPr>
            <w:r w:rsidRPr="00CB7301">
              <w:rPr>
                <w:rFonts w:ascii="Arial" w:hAnsi="Arial" w:cs="Arial"/>
                <w:lang w:val="en-GB"/>
              </w:rPr>
              <w:t>                &lt;</w:t>
            </w:r>
            <w:proofErr w:type="spellStart"/>
            <w:r w:rsidRPr="00CB7301">
              <w:rPr>
                <w:rFonts w:ascii="Arial" w:hAnsi="Arial" w:cs="Arial"/>
                <w:lang w:val="en-GB"/>
              </w:rPr>
              <w:t>br</w:t>
            </w:r>
            <w:proofErr w:type="spellEnd"/>
            <w:r w:rsidRPr="00CB7301">
              <w:rPr>
                <w:rFonts w:ascii="Arial" w:hAnsi="Arial" w:cs="Arial"/>
                <w:lang w:val="en-GB"/>
              </w:rPr>
              <w:t>&gt;</w:t>
            </w:r>
          </w:p>
          <w:p w14:paraId="796C797A" w14:textId="77777777" w:rsidR="00CB7301" w:rsidRPr="00CB7301" w:rsidRDefault="00CB7301" w:rsidP="00CB7301">
            <w:pPr>
              <w:rPr>
                <w:rFonts w:ascii="Arial" w:hAnsi="Arial" w:cs="Arial"/>
                <w:lang w:val="en-GB"/>
              </w:rPr>
            </w:pPr>
            <w:r w:rsidRPr="00CB7301">
              <w:rPr>
                <w:rFonts w:ascii="Arial" w:hAnsi="Arial" w:cs="Arial"/>
                <w:lang w:val="en-GB"/>
              </w:rPr>
              <w:t>                &lt;</w:t>
            </w:r>
            <w:proofErr w:type="spellStart"/>
            <w:r w:rsidRPr="00CB7301">
              <w:rPr>
                <w:rFonts w:ascii="Arial" w:hAnsi="Arial" w:cs="Arial"/>
                <w:lang w:val="en-GB"/>
              </w:rPr>
              <w:t>br</w:t>
            </w:r>
            <w:proofErr w:type="spellEnd"/>
            <w:r w:rsidRPr="00CB7301">
              <w:rPr>
                <w:rFonts w:ascii="Arial" w:hAnsi="Arial" w:cs="Arial"/>
                <w:lang w:val="en-GB"/>
              </w:rPr>
              <w:t>&gt;</w:t>
            </w:r>
          </w:p>
          <w:p w14:paraId="517D34FB" w14:textId="77777777" w:rsidR="00CB7301" w:rsidRPr="00CB7301" w:rsidRDefault="00CB7301" w:rsidP="00CB7301">
            <w:pPr>
              <w:rPr>
                <w:rFonts w:ascii="Arial" w:hAnsi="Arial" w:cs="Arial"/>
                <w:lang w:val="en-GB"/>
              </w:rPr>
            </w:pPr>
          </w:p>
          <w:p w14:paraId="4B665E2B"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3137816C" w14:textId="77777777" w:rsidR="00CB7301" w:rsidRPr="00CB7301" w:rsidRDefault="00CB7301" w:rsidP="00CB7301">
            <w:pPr>
              <w:rPr>
                <w:rFonts w:ascii="Arial" w:hAnsi="Arial" w:cs="Arial"/>
                <w:lang w:val="en-GB"/>
              </w:rPr>
            </w:pPr>
            <w:r w:rsidRPr="00CB7301">
              <w:rPr>
                <w:rFonts w:ascii="Arial" w:hAnsi="Arial" w:cs="Arial"/>
                <w:lang w:val="en-GB"/>
              </w:rPr>
              <w:t>        &lt;/tr&gt;</w:t>
            </w:r>
          </w:p>
          <w:p w14:paraId="396CD1FE" w14:textId="77777777" w:rsidR="00CB7301" w:rsidRPr="00CB7301" w:rsidRDefault="00CB7301" w:rsidP="00CB7301">
            <w:pPr>
              <w:rPr>
                <w:rFonts w:ascii="Arial" w:hAnsi="Arial" w:cs="Arial"/>
                <w:lang w:val="en-GB"/>
              </w:rPr>
            </w:pPr>
            <w:r w:rsidRPr="00CB7301">
              <w:rPr>
                <w:rFonts w:ascii="Arial" w:hAnsi="Arial" w:cs="Arial"/>
                <w:lang w:val="en-GB"/>
              </w:rPr>
              <w:t>    &lt;/table&gt;</w:t>
            </w:r>
          </w:p>
          <w:p w14:paraId="1EC0DB3C" w14:textId="77777777" w:rsidR="00CB7301" w:rsidRPr="00CB7301" w:rsidRDefault="00CB7301" w:rsidP="00CB7301">
            <w:pPr>
              <w:rPr>
                <w:rFonts w:ascii="Arial" w:hAnsi="Arial" w:cs="Arial"/>
                <w:lang w:val="en-GB"/>
              </w:rPr>
            </w:pPr>
          </w:p>
          <w:p w14:paraId="67A75E18" w14:textId="77777777" w:rsidR="00CB7301" w:rsidRPr="00CB7301" w:rsidRDefault="00CB7301" w:rsidP="00CB7301">
            <w:pPr>
              <w:rPr>
                <w:rFonts w:ascii="Arial" w:hAnsi="Arial" w:cs="Arial"/>
                <w:lang w:val="en-GB"/>
              </w:rPr>
            </w:pPr>
            <w:r w:rsidRPr="00CB7301">
              <w:rPr>
                <w:rFonts w:ascii="Arial" w:hAnsi="Arial" w:cs="Arial"/>
                <w:lang w:val="en-GB"/>
              </w:rPr>
              <w:t>    &lt;div&gt;</w:t>
            </w:r>
          </w:p>
          <w:p w14:paraId="1AD19BA2" w14:textId="77777777" w:rsidR="00CB7301" w:rsidRPr="00CB7301" w:rsidRDefault="00CB7301" w:rsidP="00CB7301">
            <w:pPr>
              <w:rPr>
                <w:rFonts w:ascii="Arial" w:hAnsi="Arial" w:cs="Arial"/>
                <w:lang w:val="en-GB"/>
              </w:rPr>
            </w:pPr>
            <w:r w:rsidRPr="00CB7301">
              <w:rPr>
                <w:rFonts w:ascii="Arial" w:hAnsi="Arial" w:cs="Arial"/>
                <w:lang w:val="en-GB"/>
              </w:rPr>
              <w:t>        &lt;h2 align="right"&gt;</w:t>
            </w:r>
          </w:p>
          <w:p w14:paraId="764C5251" w14:textId="77777777" w:rsidR="00CB7301" w:rsidRPr="00CB7301" w:rsidRDefault="00CB7301" w:rsidP="00CB7301">
            <w:pPr>
              <w:rPr>
                <w:rFonts w:ascii="Arial" w:hAnsi="Arial" w:cs="Arial"/>
                <w:lang w:val="en-GB"/>
              </w:rPr>
            </w:pPr>
            <w:r w:rsidRPr="00CB7301">
              <w:rPr>
                <w:rFonts w:ascii="Arial" w:hAnsi="Arial" w:cs="Arial"/>
                <w:lang w:val="en-GB"/>
              </w:rPr>
              <w:t>            Go to Basket &gt;</w:t>
            </w:r>
          </w:p>
          <w:p w14:paraId="68FEDDAB" w14:textId="77777777" w:rsidR="00CB7301" w:rsidRPr="00CB7301" w:rsidRDefault="00CB7301" w:rsidP="00CB7301">
            <w:pPr>
              <w:rPr>
                <w:rFonts w:ascii="Arial" w:hAnsi="Arial" w:cs="Arial"/>
                <w:lang w:val="en-GB"/>
              </w:rPr>
            </w:pPr>
          </w:p>
          <w:p w14:paraId="148AC6DC" w14:textId="77777777" w:rsidR="00CB7301" w:rsidRPr="00CB7301" w:rsidRDefault="00CB7301" w:rsidP="00CB7301">
            <w:pPr>
              <w:rPr>
                <w:rFonts w:ascii="Arial" w:hAnsi="Arial" w:cs="Arial"/>
                <w:lang w:val="en-GB"/>
              </w:rPr>
            </w:pPr>
            <w:r w:rsidRPr="00CB7301">
              <w:rPr>
                <w:rFonts w:ascii="Arial" w:hAnsi="Arial" w:cs="Arial"/>
                <w:lang w:val="en-GB"/>
              </w:rPr>
              <w:lastRenderedPageBreak/>
              <w:t>            &lt;img</w:t>
            </w:r>
          </w:p>
          <w:p w14:paraId="2AFBA251" w14:textId="77777777" w:rsidR="00CB7301" w:rsidRPr="00CB7301" w:rsidRDefault="00CB7301" w:rsidP="00CB7301">
            <w:pPr>
              <w:rPr>
                <w:rFonts w:ascii="Arial" w:hAnsi="Arial" w:cs="Arial"/>
                <w:lang w:val="en-GB"/>
              </w:rPr>
            </w:pPr>
            <w:r w:rsidRPr="00CB7301">
              <w:rPr>
                <w:rFonts w:ascii="Arial" w:hAnsi="Arial" w:cs="Arial"/>
                <w:lang w:val="en-GB"/>
              </w:rPr>
              <w:t>                width="80"</w:t>
            </w:r>
          </w:p>
          <w:p w14:paraId="128EC057" w14:textId="77777777" w:rsidR="00CB7301" w:rsidRPr="00CB7301" w:rsidRDefault="00CB7301" w:rsidP="00CB7301">
            <w:pPr>
              <w:rPr>
                <w:rFonts w:ascii="Arial" w:hAnsi="Arial" w:cs="Arial"/>
                <w:lang w:val="en-GB"/>
              </w:rPr>
            </w:pPr>
            <w:r w:rsidRPr="00CB7301">
              <w:rPr>
                <w:rFonts w:ascii="Arial" w:hAnsi="Arial" w:cs="Arial"/>
                <w:lang w:val="en-GB"/>
              </w:rPr>
              <w:t>                height="80"</w:t>
            </w:r>
          </w:p>
          <w:p w14:paraId="097584F4" w14:textId="77777777" w:rsidR="00CB7301" w:rsidRPr="00CB7301" w:rsidRDefault="00CB7301" w:rsidP="00CB7301">
            <w:pPr>
              <w:rPr>
                <w:rFonts w:ascii="Arial" w:hAnsi="Arial" w:cs="Arial"/>
                <w:lang w:val="en-GB"/>
              </w:rPr>
            </w:pPr>
            <w:r w:rsidRPr="00CB7301">
              <w:rPr>
                <w:rFonts w:ascii="Arial" w:hAnsi="Arial" w:cs="Arial"/>
                <w:lang w:val="en-GB"/>
              </w:rPr>
              <w:t>                align="right"</w:t>
            </w:r>
          </w:p>
          <w:p w14:paraId="7C7A32B8" w14:textId="77777777" w:rsidR="00CB7301" w:rsidRPr="00CB7301" w:rsidRDefault="00CB7301" w:rsidP="00CB7301">
            <w:pPr>
              <w:rPr>
                <w:rFonts w:ascii="Arial" w:hAnsi="Arial" w:cs="Arial"/>
                <w:lang w:val="en-GB"/>
              </w:rPr>
            </w:pPr>
            <w:r w:rsidRPr="00CB7301">
              <w:rPr>
                <w:rFonts w:ascii="Arial" w:hAnsi="Arial" w:cs="Arial"/>
                <w:lang w:val="en-GB"/>
              </w:rPr>
              <w:t xml:space="preserve">                </w:t>
            </w:r>
            <w:proofErr w:type="spellStart"/>
            <w:r w:rsidRPr="00CB7301">
              <w:rPr>
                <w:rFonts w:ascii="Arial" w:hAnsi="Arial" w:cs="Arial"/>
                <w:lang w:val="en-GB"/>
              </w:rPr>
              <w:t>src</w:t>
            </w:r>
            <w:proofErr w:type="spellEnd"/>
            <w:r w:rsidRPr="00CB7301">
              <w:rPr>
                <w:rFonts w:ascii="Arial" w:hAnsi="Arial" w:cs="Arial"/>
                <w:lang w:val="en-GB"/>
              </w:rPr>
              <w:t>="./images/75623.png"</w:t>
            </w:r>
          </w:p>
          <w:p w14:paraId="76F8B1E1" w14:textId="77777777" w:rsidR="00CB7301" w:rsidRPr="00CB7301" w:rsidRDefault="00CB7301" w:rsidP="00CB7301">
            <w:pPr>
              <w:rPr>
                <w:rFonts w:ascii="Arial" w:hAnsi="Arial" w:cs="Arial"/>
                <w:lang w:val="en-GB"/>
              </w:rPr>
            </w:pPr>
            <w:r w:rsidRPr="00CB7301">
              <w:rPr>
                <w:rFonts w:ascii="Arial" w:hAnsi="Arial" w:cs="Arial"/>
                <w:lang w:val="en-GB"/>
              </w:rPr>
              <w:t>                alt="Basket"</w:t>
            </w:r>
          </w:p>
          <w:p w14:paraId="3DCCFA73" w14:textId="77777777" w:rsidR="00CB7301" w:rsidRPr="00CB7301" w:rsidRDefault="00CB7301" w:rsidP="00CB7301">
            <w:pPr>
              <w:rPr>
                <w:rFonts w:ascii="Arial" w:hAnsi="Arial" w:cs="Arial"/>
                <w:lang w:val="en-GB"/>
              </w:rPr>
            </w:pPr>
            <w:r w:rsidRPr="00CB7301">
              <w:rPr>
                <w:rFonts w:ascii="Arial" w:hAnsi="Arial" w:cs="Arial"/>
                <w:lang w:val="en-GB"/>
              </w:rPr>
              <w:t>            &gt;</w:t>
            </w:r>
          </w:p>
          <w:p w14:paraId="7BB0F566" w14:textId="77777777" w:rsidR="00CB7301" w:rsidRPr="00CB7301" w:rsidRDefault="00CB7301" w:rsidP="00CB7301">
            <w:pPr>
              <w:rPr>
                <w:rFonts w:ascii="Arial" w:hAnsi="Arial" w:cs="Arial"/>
                <w:lang w:val="en-GB"/>
              </w:rPr>
            </w:pPr>
          </w:p>
          <w:p w14:paraId="4EC35246" w14:textId="77777777" w:rsidR="00CB7301" w:rsidRPr="00CB7301" w:rsidRDefault="00CB7301" w:rsidP="00CB7301">
            <w:pPr>
              <w:rPr>
                <w:rFonts w:ascii="Arial" w:hAnsi="Arial" w:cs="Arial"/>
                <w:lang w:val="en-GB"/>
              </w:rPr>
            </w:pPr>
            <w:r w:rsidRPr="00CB7301">
              <w:rPr>
                <w:rFonts w:ascii="Arial" w:hAnsi="Arial" w:cs="Arial"/>
                <w:lang w:val="en-GB"/>
              </w:rPr>
              <w:t>            &lt;</w:t>
            </w:r>
            <w:proofErr w:type="spellStart"/>
            <w:r w:rsidRPr="00CB7301">
              <w:rPr>
                <w:rFonts w:ascii="Arial" w:hAnsi="Arial" w:cs="Arial"/>
                <w:lang w:val="en-GB"/>
              </w:rPr>
              <w:t>br</w:t>
            </w:r>
            <w:proofErr w:type="spellEnd"/>
            <w:r w:rsidRPr="00CB7301">
              <w:rPr>
                <w:rFonts w:ascii="Arial" w:hAnsi="Arial" w:cs="Arial"/>
                <w:lang w:val="en-GB"/>
              </w:rPr>
              <w:t>&gt;</w:t>
            </w:r>
          </w:p>
          <w:p w14:paraId="363829F6" w14:textId="77777777" w:rsidR="00CB7301" w:rsidRPr="00CB7301" w:rsidRDefault="00CB7301" w:rsidP="00CB7301">
            <w:pPr>
              <w:rPr>
                <w:rFonts w:ascii="Arial" w:hAnsi="Arial" w:cs="Arial"/>
                <w:lang w:val="en-GB"/>
              </w:rPr>
            </w:pPr>
            <w:r w:rsidRPr="00CB7301">
              <w:rPr>
                <w:rFonts w:ascii="Arial" w:hAnsi="Arial" w:cs="Arial"/>
                <w:lang w:val="en-GB"/>
              </w:rPr>
              <w:t>            &lt;</w:t>
            </w:r>
            <w:proofErr w:type="spellStart"/>
            <w:r w:rsidRPr="00CB7301">
              <w:rPr>
                <w:rFonts w:ascii="Arial" w:hAnsi="Arial" w:cs="Arial"/>
                <w:lang w:val="en-GB"/>
              </w:rPr>
              <w:t>br</w:t>
            </w:r>
            <w:proofErr w:type="spellEnd"/>
            <w:r w:rsidRPr="00CB7301">
              <w:rPr>
                <w:rFonts w:ascii="Arial" w:hAnsi="Arial" w:cs="Arial"/>
                <w:lang w:val="en-GB"/>
              </w:rPr>
              <w:t>&gt;</w:t>
            </w:r>
          </w:p>
          <w:p w14:paraId="23AE96BD" w14:textId="77777777" w:rsidR="00CB7301" w:rsidRPr="00CB7301" w:rsidRDefault="00CB7301" w:rsidP="00CB7301">
            <w:pPr>
              <w:rPr>
                <w:rFonts w:ascii="Arial" w:hAnsi="Arial" w:cs="Arial"/>
                <w:lang w:val="en-GB"/>
              </w:rPr>
            </w:pPr>
            <w:r w:rsidRPr="00CB7301">
              <w:rPr>
                <w:rFonts w:ascii="Arial" w:hAnsi="Arial" w:cs="Arial"/>
                <w:lang w:val="en-GB"/>
              </w:rPr>
              <w:t>        &lt;/h2&gt;</w:t>
            </w:r>
          </w:p>
          <w:p w14:paraId="7BD9985D" w14:textId="77777777" w:rsidR="00CB7301" w:rsidRPr="00CB7301" w:rsidRDefault="00CB7301" w:rsidP="00CB7301">
            <w:pPr>
              <w:rPr>
                <w:rFonts w:ascii="Arial" w:hAnsi="Arial" w:cs="Arial"/>
                <w:lang w:val="en-GB"/>
              </w:rPr>
            </w:pPr>
            <w:r w:rsidRPr="00CB7301">
              <w:rPr>
                <w:rFonts w:ascii="Arial" w:hAnsi="Arial" w:cs="Arial"/>
                <w:lang w:val="en-GB"/>
              </w:rPr>
              <w:t>    &lt;/div&gt;</w:t>
            </w:r>
          </w:p>
          <w:p w14:paraId="65B72177" w14:textId="77777777" w:rsidR="00CB7301" w:rsidRPr="00CB7301" w:rsidRDefault="00CB7301" w:rsidP="00CB7301">
            <w:pPr>
              <w:rPr>
                <w:rFonts w:ascii="Arial" w:hAnsi="Arial" w:cs="Arial"/>
                <w:lang w:val="en-GB"/>
              </w:rPr>
            </w:pPr>
          </w:p>
          <w:p w14:paraId="3D8BD1D5" w14:textId="77777777" w:rsidR="00CB7301" w:rsidRPr="00CB7301" w:rsidRDefault="00CB7301" w:rsidP="00CB7301">
            <w:pPr>
              <w:rPr>
                <w:rFonts w:ascii="Arial" w:hAnsi="Arial" w:cs="Arial"/>
                <w:lang w:val="en-GB"/>
              </w:rPr>
            </w:pPr>
            <w:r w:rsidRPr="00CB7301">
              <w:rPr>
                <w:rFonts w:ascii="Arial" w:hAnsi="Arial" w:cs="Arial"/>
                <w:lang w:val="en-GB"/>
              </w:rPr>
              <w:t>    &lt;table</w:t>
            </w:r>
          </w:p>
          <w:p w14:paraId="37FDBF08" w14:textId="77777777" w:rsidR="00CB7301" w:rsidRPr="00CB7301" w:rsidRDefault="00CB7301" w:rsidP="00CB7301">
            <w:pPr>
              <w:rPr>
                <w:rFonts w:ascii="Arial" w:hAnsi="Arial" w:cs="Arial"/>
                <w:lang w:val="en-GB"/>
              </w:rPr>
            </w:pPr>
            <w:r w:rsidRPr="00CB7301">
              <w:rPr>
                <w:rFonts w:ascii="Arial" w:hAnsi="Arial" w:cs="Arial"/>
                <w:lang w:val="en-GB"/>
              </w:rPr>
              <w:t>        class="table"</w:t>
            </w:r>
          </w:p>
          <w:p w14:paraId="1C9669E7" w14:textId="77777777" w:rsidR="00CB7301" w:rsidRPr="00CB7301" w:rsidRDefault="00CB7301" w:rsidP="00CB7301">
            <w:pPr>
              <w:rPr>
                <w:rFonts w:ascii="Arial" w:hAnsi="Arial" w:cs="Arial"/>
                <w:lang w:val="en-GB"/>
              </w:rPr>
            </w:pPr>
            <w:r w:rsidRPr="00CB7301">
              <w:rPr>
                <w:rFonts w:ascii="Arial" w:hAnsi="Arial" w:cs="Arial"/>
                <w:lang w:val="en-GB"/>
              </w:rPr>
              <w:t>        align="center"</w:t>
            </w:r>
          </w:p>
          <w:p w14:paraId="51698E25" w14:textId="77777777" w:rsidR="00CB7301" w:rsidRPr="00CB7301" w:rsidRDefault="00CB7301" w:rsidP="00CB7301">
            <w:pPr>
              <w:rPr>
                <w:rFonts w:ascii="Arial" w:hAnsi="Arial" w:cs="Arial"/>
                <w:lang w:val="en-GB"/>
              </w:rPr>
            </w:pPr>
            <w:r w:rsidRPr="00CB7301">
              <w:rPr>
                <w:rFonts w:ascii="Arial" w:hAnsi="Arial" w:cs="Arial"/>
                <w:lang w:val="en-GB"/>
              </w:rPr>
              <w:t>        style="width: 60%;"</w:t>
            </w:r>
          </w:p>
          <w:p w14:paraId="597F095E" w14:textId="77777777" w:rsidR="00CB7301" w:rsidRPr="00CB7301" w:rsidRDefault="00CB7301" w:rsidP="00CB7301">
            <w:pPr>
              <w:rPr>
                <w:rFonts w:ascii="Arial" w:hAnsi="Arial" w:cs="Arial"/>
                <w:lang w:val="en-GB"/>
              </w:rPr>
            </w:pPr>
            <w:r w:rsidRPr="00CB7301">
              <w:rPr>
                <w:rFonts w:ascii="Arial" w:hAnsi="Arial" w:cs="Arial"/>
                <w:lang w:val="en-GB"/>
              </w:rPr>
              <w:t>    &gt;</w:t>
            </w:r>
          </w:p>
          <w:p w14:paraId="79973283" w14:textId="77777777" w:rsidR="00CB7301" w:rsidRPr="00CB7301" w:rsidRDefault="00CB7301" w:rsidP="00CB7301">
            <w:pPr>
              <w:rPr>
                <w:rFonts w:ascii="Arial" w:hAnsi="Arial" w:cs="Arial"/>
                <w:lang w:val="en-GB"/>
              </w:rPr>
            </w:pPr>
          </w:p>
          <w:p w14:paraId="3879C3DA" w14:textId="77777777" w:rsidR="00CB7301" w:rsidRPr="00CB7301" w:rsidRDefault="00CB7301" w:rsidP="00CB7301">
            <w:pPr>
              <w:rPr>
                <w:rFonts w:ascii="Arial" w:hAnsi="Arial" w:cs="Arial"/>
                <w:lang w:val="en-GB"/>
              </w:rPr>
            </w:pPr>
            <w:r w:rsidRPr="00CB7301">
              <w:rPr>
                <w:rFonts w:ascii="Arial" w:hAnsi="Arial" w:cs="Arial"/>
                <w:lang w:val="en-GB"/>
              </w:rPr>
              <w:t>        &lt;tr&gt;</w:t>
            </w:r>
          </w:p>
          <w:p w14:paraId="325B4A34"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733A75B8" w14:textId="77777777" w:rsidR="00CB7301" w:rsidRPr="00CB7301" w:rsidRDefault="00CB7301" w:rsidP="00CB7301">
            <w:pPr>
              <w:rPr>
                <w:rFonts w:ascii="Arial" w:hAnsi="Arial" w:cs="Arial"/>
                <w:lang w:val="en-GB"/>
              </w:rPr>
            </w:pPr>
            <w:r w:rsidRPr="00CB7301">
              <w:rPr>
                <w:rFonts w:ascii="Arial" w:hAnsi="Arial" w:cs="Arial"/>
                <w:lang w:val="en-GB"/>
              </w:rPr>
              <w:t>                &lt;p style="margin-bottom: 1cm; line-height: normal;"&gt;</w:t>
            </w:r>
          </w:p>
          <w:p w14:paraId="24C302F7" w14:textId="77777777" w:rsidR="00CB7301" w:rsidRPr="00CB7301" w:rsidRDefault="00CB7301" w:rsidP="00CB7301">
            <w:pPr>
              <w:rPr>
                <w:rFonts w:ascii="Arial" w:hAnsi="Arial" w:cs="Arial"/>
                <w:lang w:val="en-GB"/>
              </w:rPr>
            </w:pPr>
            <w:r w:rsidRPr="00CB7301">
              <w:rPr>
                <w:rFonts w:ascii="Arial" w:hAnsi="Arial" w:cs="Arial"/>
                <w:lang w:val="en-GB"/>
              </w:rPr>
              <w:t>                    &lt;b&gt;Product&lt;/b&gt;</w:t>
            </w:r>
          </w:p>
          <w:p w14:paraId="68557F97" w14:textId="77777777" w:rsidR="00CB7301" w:rsidRPr="00CB7301" w:rsidRDefault="00CB7301" w:rsidP="00CB7301">
            <w:pPr>
              <w:rPr>
                <w:rFonts w:ascii="Arial" w:hAnsi="Arial" w:cs="Arial"/>
                <w:lang w:val="en-GB"/>
              </w:rPr>
            </w:pPr>
            <w:r w:rsidRPr="00CB7301">
              <w:rPr>
                <w:rFonts w:ascii="Arial" w:hAnsi="Arial" w:cs="Arial"/>
                <w:lang w:val="en-GB"/>
              </w:rPr>
              <w:t>                &lt;/p&gt;</w:t>
            </w:r>
          </w:p>
          <w:p w14:paraId="330CB719"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09D8FB80" w14:textId="77777777" w:rsidR="00CB7301" w:rsidRPr="00CB7301" w:rsidRDefault="00CB7301" w:rsidP="00CB7301">
            <w:pPr>
              <w:rPr>
                <w:rFonts w:ascii="Arial" w:hAnsi="Arial" w:cs="Arial"/>
                <w:lang w:val="en-GB"/>
              </w:rPr>
            </w:pPr>
          </w:p>
          <w:p w14:paraId="64350091"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606394D0" w14:textId="77777777" w:rsidR="00CB7301" w:rsidRPr="00CB7301" w:rsidRDefault="00CB7301" w:rsidP="00CB7301">
            <w:pPr>
              <w:rPr>
                <w:rFonts w:ascii="Arial" w:hAnsi="Arial" w:cs="Arial"/>
                <w:lang w:val="en-GB"/>
              </w:rPr>
            </w:pPr>
            <w:r w:rsidRPr="00CB7301">
              <w:rPr>
                <w:rFonts w:ascii="Arial" w:hAnsi="Arial" w:cs="Arial"/>
                <w:lang w:val="en-GB"/>
              </w:rPr>
              <w:t>                &lt;p style="margin-bottom: 1cm; line-height: normal;"&gt;</w:t>
            </w:r>
          </w:p>
          <w:p w14:paraId="6750DD1B" w14:textId="77777777" w:rsidR="00CB7301" w:rsidRPr="00CB7301" w:rsidRDefault="00CB7301" w:rsidP="00CB7301">
            <w:pPr>
              <w:rPr>
                <w:rFonts w:ascii="Arial" w:hAnsi="Arial" w:cs="Arial"/>
                <w:lang w:val="en-GB"/>
              </w:rPr>
            </w:pPr>
            <w:r w:rsidRPr="00CB7301">
              <w:rPr>
                <w:rFonts w:ascii="Arial" w:hAnsi="Arial" w:cs="Arial"/>
                <w:lang w:val="en-GB"/>
              </w:rPr>
              <w:t>                    &lt;b&gt;Description&lt;/b&gt;</w:t>
            </w:r>
          </w:p>
          <w:p w14:paraId="243F4414" w14:textId="77777777" w:rsidR="00CB7301" w:rsidRPr="00CB7301" w:rsidRDefault="00CB7301" w:rsidP="00CB7301">
            <w:pPr>
              <w:rPr>
                <w:rFonts w:ascii="Arial" w:hAnsi="Arial" w:cs="Arial"/>
                <w:lang w:val="en-GB"/>
              </w:rPr>
            </w:pPr>
            <w:r w:rsidRPr="00CB7301">
              <w:rPr>
                <w:rFonts w:ascii="Arial" w:hAnsi="Arial" w:cs="Arial"/>
                <w:lang w:val="en-GB"/>
              </w:rPr>
              <w:t>                &lt;/p&gt;</w:t>
            </w:r>
          </w:p>
          <w:p w14:paraId="2A2382FE"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2F6507F1" w14:textId="77777777" w:rsidR="00CB7301" w:rsidRPr="00CB7301" w:rsidRDefault="00CB7301" w:rsidP="00CB7301">
            <w:pPr>
              <w:rPr>
                <w:rFonts w:ascii="Arial" w:hAnsi="Arial" w:cs="Arial"/>
                <w:lang w:val="en-GB"/>
              </w:rPr>
            </w:pPr>
          </w:p>
          <w:p w14:paraId="51EE6ED5"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431EC9C1" w14:textId="77777777" w:rsidR="00CB7301" w:rsidRPr="00CB7301" w:rsidRDefault="00CB7301" w:rsidP="00CB7301">
            <w:pPr>
              <w:rPr>
                <w:rFonts w:ascii="Arial" w:hAnsi="Arial" w:cs="Arial"/>
                <w:lang w:val="en-GB"/>
              </w:rPr>
            </w:pPr>
            <w:r w:rsidRPr="00CB7301">
              <w:rPr>
                <w:rFonts w:ascii="Arial" w:hAnsi="Arial" w:cs="Arial"/>
                <w:lang w:val="en-GB"/>
              </w:rPr>
              <w:t>                &lt;p style="margin-bottom: 1cm; line-height: normal;"&gt;</w:t>
            </w:r>
          </w:p>
          <w:p w14:paraId="0F2ECBEE" w14:textId="77777777" w:rsidR="00CB7301" w:rsidRPr="00CB7301" w:rsidRDefault="00CB7301" w:rsidP="00CB7301">
            <w:pPr>
              <w:rPr>
                <w:rFonts w:ascii="Arial" w:hAnsi="Arial" w:cs="Arial"/>
                <w:lang w:val="en-GB"/>
              </w:rPr>
            </w:pPr>
            <w:r w:rsidRPr="00CB7301">
              <w:rPr>
                <w:rFonts w:ascii="Arial" w:hAnsi="Arial" w:cs="Arial"/>
                <w:lang w:val="en-GB"/>
              </w:rPr>
              <w:t>                    &lt;b&gt;Seller and Condition&lt;/b&gt;</w:t>
            </w:r>
          </w:p>
          <w:p w14:paraId="115222A2" w14:textId="77777777" w:rsidR="00CB7301" w:rsidRPr="00CB7301" w:rsidRDefault="00CB7301" w:rsidP="00CB7301">
            <w:pPr>
              <w:rPr>
                <w:rFonts w:ascii="Arial" w:hAnsi="Arial" w:cs="Arial"/>
                <w:lang w:val="en-GB"/>
              </w:rPr>
            </w:pPr>
            <w:r w:rsidRPr="00CB7301">
              <w:rPr>
                <w:rFonts w:ascii="Arial" w:hAnsi="Arial" w:cs="Arial"/>
                <w:lang w:val="en-GB"/>
              </w:rPr>
              <w:t>                &lt;/p&gt;</w:t>
            </w:r>
          </w:p>
          <w:p w14:paraId="17076B09"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12A1E501" w14:textId="77777777" w:rsidR="00CB7301" w:rsidRPr="00CB7301" w:rsidRDefault="00CB7301" w:rsidP="00CB7301">
            <w:pPr>
              <w:rPr>
                <w:rFonts w:ascii="Arial" w:hAnsi="Arial" w:cs="Arial"/>
                <w:lang w:val="en-GB"/>
              </w:rPr>
            </w:pPr>
          </w:p>
          <w:p w14:paraId="67DB1BB2"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5BC26EAD" w14:textId="77777777" w:rsidR="00CB7301" w:rsidRPr="00CB7301" w:rsidRDefault="00CB7301" w:rsidP="00CB7301">
            <w:pPr>
              <w:rPr>
                <w:rFonts w:ascii="Arial" w:hAnsi="Arial" w:cs="Arial"/>
                <w:lang w:val="en-GB"/>
              </w:rPr>
            </w:pPr>
            <w:r w:rsidRPr="00CB7301">
              <w:rPr>
                <w:rFonts w:ascii="Arial" w:hAnsi="Arial" w:cs="Arial"/>
                <w:lang w:val="en-GB"/>
              </w:rPr>
              <w:t>                &lt;p style="margin-bottom: 1cm; line-height: normal;"&gt;</w:t>
            </w:r>
          </w:p>
          <w:p w14:paraId="4D1CDC15" w14:textId="77777777" w:rsidR="00CB7301" w:rsidRPr="00CB7301" w:rsidRDefault="00CB7301" w:rsidP="00CB7301">
            <w:pPr>
              <w:rPr>
                <w:rFonts w:ascii="Arial" w:hAnsi="Arial" w:cs="Arial"/>
                <w:lang w:val="en-GB"/>
              </w:rPr>
            </w:pPr>
            <w:r w:rsidRPr="00CB7301">
              <w:rPr>
                <w:rFonts w:ascii="Arial" w:hAnsi="Arial" w:cs="Arial"/>
                <w:lang w:val="en-GB"/>
              </w:rPr>
              <w:t>                    &lt;b&gt;Photo&lt;/b&gt;</w:t>
            </w:r>
          </w:p>
          <w:p w14:paraId="6733E76B" w14:textId="77777777" w:rsidR="00CB7301" w:rsidRPr="00CB7301" w:rsidRDefault="00CB7301" w:rsidP="00CB7301">
            <w:pPr>
              <w:rPr>
                <w:rFonts w:ascii="Arial" w:hAnsi="Arial" w:cs="Arial"/>
                <w:lang w:val="en-GB"/>
              </w:rPr>
            </w:pPr>
            <w:r w:rsidRPr="00CB7301">
              <w:rPr>
                <w:rFonts w:ascii="Arial" w:hAnsi="Arial" w:cs="Arial"/>
                <w:lang w:val="en-GB"/>
              </w:rPr>
              <w:t>                &lt;/p&gt;</w:t>
            </w:r>
          </w:p>
          <w:p w14:paraId="4D41F340"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761DAFFE" w14:textId="77777777" w:rsidR="00CB7301" w:rsidRPr="00CB7301" w:rsidRDefault="00CB7301" w:rsidP="00CB7301">
            <w:pPr>
              <w:rPr>
                <w:rFonts w:ascii="Arial" w:hAnsi="Arial" w:cs="Arial"/>
                <w:lang w:val="en-GB"/>
              </w:rPr>
            </w:pPr>
          </w:p>
          <w:p w14:paraId="6BF5A9FE"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4A8765E4" w14:textId="77777777" w:rsidR="00CB7301" w:rsidRPr="00CB7301" w:rsidRDefault="00CB7301" w:rsidP="00CB7301">
            <w:pPr>
              <w:rPr>
                <w:rFonts w:ascii="Arial" w:hAnsi="Arial" w:cs="Arial"/>
                <w:lang w:val="en-GB"/>
              </w:rPr>
            </w:pPr>
            <w:r w:rsidRPr="00CB7301">
              <w:rPr>
                <w:rFonts w:ascii="Arial" w:hAnsi="Arial" w:cs="Arial"/>
                <w:lang w:val="en-GB"/>
              </w:rPr>
              <w:t>                &lt;p style="margin-bottom: 1cm; line-height: normal;"&gt;</w:t>
            </w:r>
          </w:p>
          <w:p w14:paraId="475CB5F7" w14:textId="77777777" w:rsidR="00CB7301" w:rsidRPr="00CB7301" w:rsidRDefault="00CB7301" w:rsidP="00CB7301">
            <w:pPr>
              <w:rPr>
                <w:rFonts w:ascii="Arial" w:hAnsi="Arial" w:cs="Arial"/>
                <w:lang w:val="en-GB"/>
              </w:rPr>
            </w:pPr>
            <w:r w:rsidRPr="00CB7301">
              <w:rPr>
                <w:rFonts w:ascii="Arial" w:hAnsi="Arial" w:cs="Arial"/>
                <w:lang w:val="en-GB"/>
              </w:rPr>
              <w:t>                    &lt;b&gt;Value&lt;/b&gt;</w:t>
            </w:r>
          </w:p>
          <w:p w14:paraId="4ABDB246" w14:textId="77777777" w:rsidR="00CB7301" w:rsidRPr="00CB7301" w:rsidRDefault="00CB7301" w:rsidP="00CB7301">
            <w:pPr>
              <w:rPr>
                <w:rFonts w:ascii="Arial" w:hAnsi="Arial" w:cs="Arial"/>
                <w:lang w:val="en-GB"/>
              </w:rPr>
            </w:pPr>
            <w:r w:rsidRPr="00CB7301">
              <w:rPr>
                <w:rFonts w:ascii="Arial" w:hAnsi="Arial" w:cs="Arial"/>
                <w:lang w:val="en-GB"/>
              </w:rPr>
              <w:t>                &lt;/p&gt;</w:t>
            </w:r>
          </w:p>
          <w:p w14:paraId="6A6D16B2"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760CA0C0" w14:textId="77777777" w:rsidR="00CB7301" w:rsidRPr="00CB7301" w:rsidRDefault="00CB7301" w:rsidP="00CB7301">
            <w:pPr>
              <w:rPr>
                <w:rFonts w:ascii="Arial" w:hAnsi="Arial" w:cs="Arial"/>
                <w:lang w:val="en-GB"/>
              </w:rPr>
            </w:pPr>
          </w:p>
          <w:p w14:paraId="5D7FC9C7"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0A6CC404" w14:textId="77777777" w:rsidR="00CB7301" w:rsidRPr="00CB7301" w:rsidRDefault="00CB7301" w:rsidP="00CB7301">
            <w:pPr>
              <w:rPr>
                <w:rFonts w:ascii="Arial" w:hAnsi="Arial" w:cs="Arial"/>
                <w:lang w:val="en-GB"/>
              </w:rPr>
            </w:pPr>
            <w:r w:rsidRPr="00CB7301">
              <w:rPr>
                <w:rFonts w:ascii="Arial" w:hAnsi="Arial" w:cs="Arial"/>
                <w:lang w:val="en-GB"/>
              </w:rPr>
              <w:lastRenderedPageBreak/>
              <w:t>                &lt;b&gt;Basket&lt;/b&gt;</w:t>
            </w:r>
          </w:p>
          <w:p w14:paraId="09A89670"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239FF705" w14:textId="77777777" w:rsidR="00CB7301" w:rsidRPr="00CB7301" w:rsidRDefault="00CB7301" w:rsidP="00CB7301">
            <w:pPr>
              <w:rPr>
                <w:rFonts w:ascii="Arial" w:hAnsi="Arial" w:cs="Arial"/>
                <w:lang w:val="en-GB"/>
              </w:rPr>
            </w:pPr>
            <w:r w:rsidRPr="00CB7301">
              <w:rPr>
                <w:rFonts w:ascii="Arial" w:hAnsi="Arial" w:cs="Arial"/>
                <w:lang w:val="en-GB"/>
              </w:rPr>
              <w:t>        &lt;/tr&gt;</w:t>
            </w:r>
          </w:p>
          <w:p w14:paraId="4AD4345C" w14:textId="77777777" w:rsidR="00CB7301" w:rsidRPr="00CB7301" w:rsidRDefault="00CB7301" w:rsidP="00CB7301">
            <w:pPr>
              <w:rPr>
                <w:rFonts w:ascii="Arial" w:hAnsi="Arial" w:cs="Arial"/>
                <w:lang w:val="en-GB"/>
              </w:rPr>
            </w:pPr>
          </w:p>
          <w:p w14:paraId="49E99A71" w14:textId="77777777" w:rsidR="00CB7301" w:rsidRPr="00CB7301" w:rsidRDefault="00CB7301" w:rsidP="00CB7301">
            <w:pPr>
              <w:rPr>
                <w:rFonts w:ascii="Arial" w:hAnsi="Arial" w:cs="Arial"/>
                <w:lang w:val="en-GB"/>
              </w:rPr>
            </w:pPr>
            <w:r w:rsidRPr="00CB7301">
              <w:rPr>
                <w:rFonts w:ascii="Arial" w:hAnsi="Arial" w:cs="Arial"/>
                <w:lang w:val="en-GB"/>
              </w:rPr>
              <w:t>        &lt;tr&gt;</w:t>
            </w:r>
          </w:p>
          <w:p w14:paraId="21D6C5E8"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47731B7D" w14:textId="77777777" w:rsidR="00CB7301" w:rsidRPr="00CB7301" w:rsidRDefault="00CB7301" w:rsidP="00CB7301">
            <w:pPr>
              <w:rPr>
                <w:rFonts w:ascii="Arial" w:hAnsi="Arial" w:cs="Arial"/>
                <w:lang w:val="en-GB"/>
              </w:rPr>
            </w:pPr>
            <w:r w:rsidRPr="00CB7301">
              <w:rPr>
                <w:rFonts w:ascii="Arial" w:hAnsi="Arial" w:cs="Arial"/>
                <w:lang w:val="en-GB"/>
              </w:rPr>
              <w:t>                &lt;p&gt;</w:t>
            </w:r>
          </w:p>
          <w:p w14:paraId="25F26BD2" w14:textId="77777777" w:rsidR="00CB7301" w:rsidRPr="00CB7301" w:rsidRDefault="00CB7301" w:rsidP="00CB7301">
            <w:pPr>
              <w:rPr>
                <w:rFonts w:ascii="Arial" w:hAnsi="Arial" w:cs="Arial"/>
                <w:lang w:val="en-GB"/>
              </w:rPr>
            </w:pPr>
            <w:r w:rsidRPr="00CB7301">
              <w:rPr>
                <w:rFonts w:ascii="Arial" w:hAnsi="Arial" w:cs="Arial"/>
                <w:lang w:val="en-GB"/>
              </w:rPr>
              <w:t>                    &lt;b&gt;Icon desktop&lt;/b&gt;</w:t>
            </w:r>
          </w:p>
          <w:p w14:paraId="601F0FDC" w14:textId="77777777" w:rsidR="00CB7301" w:rsidRPr="00CB7301" w:rsidRDefault="00CB7301" w:rsidP="00CB7301">
            <w:pPr>
              <w:rPr>
                <w:rFonts w:ascii="Arial" w:hAnsi="Arial" w:cs="Arial"/>
                <w:lang w:val="en-GB"/>
              </w:rPr>
            </w:pPr>
            <w:r w:rsidRPr="00CB7301">
              <w:rPr>
                <w:rFonts w:ascii="Arial" w:hAnsi="Arial" w:cs="Arial"/>
                <w:lang w:val="en-GB"/>
              </w:rPr>
              <w:t>                &lt;/p&gt;</w:t>
            </w:r>
          </w:p>
          <w:p w14:paraId="22B04A15"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6016D554" w14:textId="77777777" w:rsidR="00CB7301" w:rsidRPr="00CB7301" w:rsidRDefault="00CB7301" w:rsidP="00CB7301">
            <w:pPr>
              <w:rPr>
                <w:rFonts w:ascii="Arial" w:hAnsi="Arial" w:cs="Arial"/>
                <w:lang w:val="en-GB"/>
              </w:rPr>
            </w:pPr>
          </w:p>
          <w:p w14:paraId="6702DF37"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743A29CD" w14:textId="77777777" w:rsidR="00CB7301" w:rsidRPr="00CB7301" w:rsidRDefault="00CB7301" w:rsidP="00CB7301">
            <w:pPr>
              <w:rPr>
                <w:rFonts w:ascii="Arial" w:hAnsi="Arial" w:cs="Arial"/>
                <w:lang w:val="en-GB"/>
              </w:rPr>
            </w:pPr>
            <w:r w:rsidRPr="00CB7301">
              <w:rPr>
                <w:rFonts w:ascii="Arial" w:hAnsi="Arial" w:cs="Arial"/>
                <w:lang w:val="en-GB"/>
              </w:rPr>
              <w:t>                &lt;p&gt;</w:t>
            </w:r>
          </w:p>
          <w:p w14:paraId="7662A218" w14:textId="77777777" w:rsidR="00CB7301" w:rsidRPr="00CB7301" w:rsidRDefault="00CB7301" w:rsidP="00CB7301">
            <w:pPr>
              <w:rPr>
                <w:rFonts w:ascii="Arial" w:hAnsi="Arial" w:cs="Arial"/>
                <w:lang w:val="en-GB"/>
              </w:rPr>
            </w:pPr>
            <w:r w:rsidRPr="00CB7301">
              <w:rPr>
                <w:rFonts w:ascii="Arial" w:hAnsi="Arial" w:cs="Arial"/>
                <w:lang w:val="en-GB"/>
              </w:rPr>
              <w:t xml:space="preserve">                    This Item is a great historical </w:t>
            </w:r>
            <w:proofErr w:type="gramStart"/>
            <w:r w:rsidRPr="00CB7301">
              <w:rPr>
                <w:rFonts w:ascii="Arial" w:hAnsi="Arial" w:cs="Arial"/>
                <w:lang w:val="en-GB"/>
              </w:rPr>
              <w:t>value</w:t>
            </w:r>
            <w:proofErr w:type="gramEnd"/>
          </w:p>
          <w:p w14:paraId="40F1600A" w14:textId="77777777" w:rsidR="00CB7301" w:rsidRPr="00CB7301" w:rsidRDefault="00CB7301" w:rsidP="00CB7301">
            <w:pPr>
              <w:rPr>
                <w:rFonts w:ascii="Arial" w:hAnsi="Arial" w:cs="Arial"/>
                <w:lang w:val="en-GB"/>
              </w:rPr>
            </w:pPr>
            <w:r w:rsidRPr="00CB7301">
              <w:rPr>
                <w:rFonts w:ascii="Arial" w:hAnsi="Arial" w:cs="Arial"/>
                <w:lang w:val="en-GB"/>
              </w:rPr>
              <w:t>                &lt;/p&gt;</w:t>
            </w:r>
          </w:p>
          <w:p w14:paraId="06FE3A13"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6206A798" w14:textId="77777777" w:rsidR="00CB7301" w:rsidRPr="00CB7301" w:rsidRDefault="00CB7301" w:rsidP="00CB7301">
            <w:pPr>
              <w:rPr>
                <w:rFonts w:ascii="Arial" w:hAnsi="Arial" w:cs="Arial"/>
                <w:lang w:val="en-GB"/>
              </w:rPr>
            </w:pPr>
          </w:p>
          <w:p w14:paraId="34585101"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3B286496" w14:textId="77777777" w:rsidR="00CB7301" w:rsidRPr="00CB7301" w:rsidRDefault="00CB7301" w:rsidP="00CB7301">
            <w:pPr>
              <w:rPr>
                <w:rFonts w:ascii="Arial" w:hAnsi="Arial" w:cs="Arial"/>
                <w:lang w:val="en-GB"/>
              </w:rPr>
            </w:pPr>
            <w:r w:rsidRPr="00CB7301">
              <w:rPr>
                <w:rFonts w:ascii="Arial" w:hAnsi="Arial" w:cs="Arial"/>
                <w:lang w:val="en-GB"/>
              </w:rPr>
              <w:t>                &lt;p&gt;</w:t>
            </w:r>
          </w:p>
          <w:p w14:paraId="17A7A470" w14:textId="77777777" w:rsidR="00CB7301" w:rsidRPr="00CB7301" w:rsidRDefault="00CB7301" w:rsidP="00CB7301">
            <w:pPr>
              <w:rPr>
                <w:rFonts w:ascii="Arial" w:hAnsi="Arial" w:cs="Arial"/>
                <w:lang w:val="en-GB"/>
              </w:rPr>
            </w:pPr>
            <w:r w:rsidRPr="00CB7301">
              <w:rPr>
                <w:rFonts w:ascii="Arial" w:hAnsi="Arial" w:cs="Arial"/>
                <w:lang w:val="en-GB"/>
              </w:rPr>
              <w:t>                    HMRET Sale - Condition NEW</w:t>
            </w:r>
          </w:p>
          <w:p w14:paraId="155C1D47" w14:textId="77777777" w:rsidR="00CB7301" w:rsidRPr="00CB7301" w:rsidRDefault="00CB7301" w:rsidP="00CB7301">
            <w:pPr>
              <w:rPr>
                <w:rFonts w:ascii="Arial" w:hAnsi="Arial" w:cs="Arial"/>
                <w:lang w:val="en-GB"/>
              </w:rPr>
            </w:pPr>
            <w:r w:rsidRPr="00CB7301">
              <w:rPr>
                <w:rFonts w:ascii="Arial" w:hAnsi="Arial" w:cs="Arial"/>
                <w:lang w:val="en-GB"/>
              </w:rPr>
              <w:t>                &lt;/p&gt;</w:t>
            </w:r>
          </w:p>
          <w:p w14:paraId="09DBF64D"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5684A2B7" w14:textId="77777777" w:rsidR="00CB7301" w:rsidRPr="00CB7301" w:rsidRDefault="00CB7301" w:rsidP="00CB7301">
            <w:pPr>
              <w:rPr>
                <w:rFonts w:ascii="Arial" w:hAnsi="Arial" w:cs="Arial"/>
                <w:lang w:val="en-GB"/>
              </w:rPr>
            </w:pPr>
          </w:p>
          <w:p w14:paraId="39632FE8"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2D31A090" w14:textId="77777777" w:rsidR="00CB7301" w:rsidRPr="00CB7301" w:rsidRDefault="00CB7301" w:rsidP="00CB7301">
            <w:pPr>
              <w:rPr>
                <w:rFonts w:ascii="Arial" w:hAnsi="Arial" w:cs="Arial"/>
                <w:lang w:val="en-GB"/>
              </w:rPr>
            </w:pPr>
            <w:r w:rsidRPr="00CB7301">
              <w:rPr>
                <w:rFonts w:ascii="Arial" w:hAnsi="Arial" w:cs="Arial"/>
                <w:lang w:val="en-GB"/>
              </w:rPr>
              <w:t>                &lt;p&gt;</w:t>
            </w:r>
          </w:p>
          <w:p w14:paraId="63E98083" w14:textId="77777777" w:rsidR="00CB7301" w:rsidRPr="00CB7301" w:rsidRDefault="00CB7301" w:rsidP="00CB7301">
            <w:pPr>
              <w:rPr>
                <w:rFonts w:ascii="Arial" w:hAnsi="Arial" w:cs="Arial"/>
                <w:lang w:val="en-GB"/>
              </w:rPr>
            </w:pPr>
            <w:r w:rsidRPr="00CB7301">
              <w:rPr>
                <w:rFonts w:ascii="Arial" w:hAnsi="Arial" w:cs="Arial"/>
                <w:lang w:val="en-GB"/>
              </w:rPr>
              <w:t>                    &lt;img</w:t>
            </w:r>
          </w:p>
          <w:p w14:paraId="0FF41761" w14:textId="77777777" w:rsidR="00CB7301" w:rsidRPr="00CB7301" w:rsidRDefault="00CB7301" w:rsidP="00CB7301">
            <w:pPr>
              <w:rPr>
                <w:rFonts w:ascii="Arial" w:hAnsi="Arial" w:cs="Arial"/>
                <w:lang w:val="en-GB"/>
              </w:rPr>
            </w:pPr>
            <w:r w:rsidRPr="00CB7301">
              <w:rPr>
                <w:rFonts w:ascii="Arial" w:hAnsi="Arial" w:cs="Arial"/>
                <w:lang w:val="en-GB"/>
              </w:rPr>
              <w:t>                        width="150"</w:t>
            </w:r>
          </w:p>
          <w:p w14:paraId="2231AC65" w14:textId="77777777" w:rsidR="00CB7301" w:rsidRPr="00CB7301" w:rsidRDefault="00CB7301" w:rsidP="00CB7301">
            <w:pPr>
              <w:rPr>
                <w:rFonts w:ascii="Arial" w:hAnsi="Arial" w:cs="Arial"/>
                <w:lang w:val="en-GB"/>
              </w:rPr>
            </w:pPr>
            <w:r w:rsidRPr="00CB7301">
              <w:rPr>
                <w:rFonts w:ascii="Arial" w:hAnsi="Arial" w:cs="Arial"/>
                <w:lang w:val="en-GB"/>
              </w:rPr>
              <w:t>                        height="119"</w:t>
            </w:r>
          </w:p>
          <w:p w14:paraId="66AF7575" w14:textId="77777777" w:rsidR="00CB7301" w:rsidRPr="00CB7301" w:rsidRDefault="00CB7301" w:rsidP="00CB7301">
            <w:pPr>
              <w:rPr>
                <w:rFonts w:ascii="Arial" w:hAnsi="Arial" w:cs="Arial"/>
                <w:lang w:val="en-GB"/>
              </w:rPr>
            </w:pPr>
            <w:r w:rsidRPr="00CB7301">
              <w:rPr>
                <w:rFonts w:ascii="Arial" w:hAnsi="Arial" w:cs="Arial"/>
                <w:lang w:val="en-GB"/>
              </w:rPr>
              <w:t xml:space="preserve">                        </w:t>
            </w:r>
            <w:proofErr w:type="spellStart"/>
            <w:r w:rsidRPr="00CB7301">
              <w:rPr>
                <w:rFonts w:ascii="Arial" w:hAnsi="Arial" w:cs="Arial"/>
                <w:lang w:val="en-GB"/>
              </w:rPr>
              <w:t>src</w:t>
            </w:r>
            <w:proofErr w:type="spellEnd"/>
            <w:r w:rsidRPr="00CB7301">
              <w:rPr>
                <w:rFonts w:ascii="Arial" w:hAnsi="Arial" w:cs="Arial"/>
                <w:lang w:val="en-GB"/>
              </w:rPr>
              <w:t>="</w:t>
            </w:r>
            <w:proofErr w:type="spellStart"/>
            <w:r w:rsidRPr="00CB7301">
              <w:rPr>
                <w:rFonts w:ascii="Arial" w:hAnsi="Arial" w:cs="Arial"/>
                <w:lang w:val="en-GB"/>
              </w:rPr>
              <w:t>Product_files</w:t>
            </w:r>
            <w:proofErr w:type="spellEnd"/>
            <w:r w:rsidRPr="00CB7301">
              <w:rPr>
                <w:rFonts w:ascii="Arial" w:hAnsi="Arial" w:cs="Arial"/>
                <w:lang w:val="en-GB"/>
              </w:rPr>
              <w:t>/image001.png"</w:t>
            </w:r>
          </w:p>
          <w:p w14:paraId="7439F061" w14:textId="77777777" w:rsidR="00CB7301" w:rsidRPr="00CB7301" w:rsidRDefault="00CB7301" w:rsidP="00CB7301">
            <w:pPr>
              <w:rPr>
                <w:rFonts w:ascii="Arial" w:hAnsi="Arial" w:cs="Arial"/>
                <w:lang w:val="en-GB"/>
              </w:rPr>
            </w:pPr>
            <w:r w:rsidRPr="00CB7301">
              <w:rPr>
                <w:rFonts w:ascii="Arial" w:hAnsi="Arial" w:cs="Arial"/>
                <w:lang w:val="en-GB"/>
              </w:rPr>
              <w:t>                        alt="Icon desktop"</w:t>
            </w:r>
          </w:p>
          <w:p w14:paraId="6DC7A223" w14:textId="77777777" w:rsidR="00CB7301" w:rsidRPr="00CB7301" w:rsidRDefault="00CB7301" w:rsidP="00CB7301">
            <w:pPr>
              <w:rPr>
                <w:rFonts w:ascii="Arial" w:hAnsi="Arial" w:cs="Arial"/>
                <w:lang w:val="en-GB"/>
              </w:rPr>
            </w:pPr>
            <w:r w:rsidRPr="00CB7301">
              <w:rPr>
                <w:rFonts w:ascii="Arial" w:hAnsi="Arial" w:cs="Arial"/>
                <w:lang w:val="en-GB"/>
              </w:rPr>
              <w:t>                    &gt;</w:t>
            </w:r>
          </w:p>
          <w:p w14:paraId="1EA3FDF2" w14:textId="77777777" w:rsidR="00CB7301" w:rsidRPr="00CB7301" w:rsidRDefault="00CB7301" w:rsidP="00CB7301">
            <w:pPr>
              <w:rPr>
                <w:rFonts w:ascii="Arial" w:hAnsi="Arial" w:cs="Arial"/>
                <w:lang w:val="en-GB"/>
              </w:rPr>
            </w:pPr>
            <w:r w:rsidRPr="00CB7301">
              <w:rPr>
                <w:rFonts w:ascii="Arial" w:hAnsi="Arial" w:cs="Arial"/>
                <w:lang w:val="en-GB"/>
              </w:rPr>
              <w:t>                &lt;/p&gt;</w:t>
            </w:r>
          </w:p>
          <w:p w14:paraId="1451EFAE"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2664939F" w14:textId="77777777" w:rsidR="00CB7301" w:rsidRPr="00CB7301" w:rsidRDefault="00CB7301" w:rsidP="00CB7301">
            <w:pPr>
              <w:rPr>
                <w:rFonts w:ascii="Arial" w:hAnsi="Arial" w:cs="Arial"/>
                <w:lang w:val="en-GB"/>
              </w:rPr>
            </w:pPr>
          </w:p>
          <w:p w14:paraId="7B7FF115"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7650A6EA" w14:textId="77777777" w:rsidR="00CB7301" w:rsidRPr="00CB7301" w:rsidRDefault="00CB7301" w:rsidP="00CB7301">
            <w:pPr>
              <w:rPr>
                <w:rFonts w:ascii="Arial" w:hAnsi="Arial" w:cs="Arial"/>
                <w:lang w:val="en-GB"/>
              </w:rPr>
            </w:pPr>
            <w:r w:rsidRPr="00CB7301">
              <w:rPr>
                <w:rFonts w:ascii="Arial" w:hAnsi="Arial" w:cs="Arial"/>
                <w:lang w:val="en-GB"/>
              </w:rPr>
              <w:t>                &lt;p&gt;</w:t>
            </w:r>
          </w:p>
          <w:p w14:paraId="0F205B9E" w14:textId="77777777" w:rsidR="00CB7301" w:rsidRPr="00CB7301" w:rsidRDefault="00CB7301" w:rsidP="00CB7301">
            <w:pPr>
              <w:rPr>
                <w:rFonts w:ascii="Arial" w:hAnsi="Arial" w:cs="Arial"/>
                <w:lang w:val="en-GB"/>
              </w:rPr>
            </w:pPr>
            <w:r w:rsidRPr="00CB7301">
              <w:rPr>
                <w:rFonts w:ascii="Arial" w:hAnsi="Arial" w:cs="Arial"/>
                <w:lang w:val="en-GB"/>
              </w:rPr>
              <w:t>                    £103.00</w:t>
            </w:r>
          </w:p>
          <w:p w14:paraId="67677292" w14:textId="77777777" w:rsidR="00CB7301" w:rsidRPr="00CB7301" w:rsidRDefault="00CB7301" w:rsidP="00CB7301">
            <w:pPr>
              <w:rPr>
                <w:rFonts w:ascii="Arial" w:hAnsi="Arial" w:cs="Arial"/>
                <w:lang w:val="en-GB"/>
              </w:rPr>
            </w:pPr>
            <w:r w:rsidRPr="00CB7301">
              <w:rPr>
                <w:rFonts w:ascii="Arial" w:hAnsi="Arial" w:cs="Arial"/>
                <w:lang w:val="en-GB"/>
              </w:rPr>
              <w:t>                &lt;/p&gt;</w:t>
            </w:r>
          </w:p>
          <w:p w14:paraId="06A33165"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3DAAA7D0" w14:textId="77777777" w:rsidR="00CB7301" w:rsidRPr="00CB7301" w:rsidRDefault="00CB7301" w:rsidP="00CB7301">
            <w:pPr>
              <w:rPr>
                <w:rFonts w:ascii="Arial" w:hAnsi="Arial" w:cs="Arial"/>
                <w:lang w:val="en-GB"/>
              </w:rPr>
            </w:pPr>
          </w:p>
          <w:p w14:paraId="56F4B246"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04680DDC" w14:textId="77777777" w:rsidR="00CB7301" w:rsidRPr="00CB7301" w:rsidRDefault="00CB7301" w:rsidP="00CB7301">
            <w:pPr>
              <w:rPr>
                <w:rFonts w:ascii="Arial" w:hAnsi="Arial" w:cs="Arial"/>
                <w:lang w:val="en-GB"/>
              </w:rPr>
            </w:pPr>
            <w:r w:rsidRPr="00CB7301">
              <w:rPr>
                <w:rFonts w:ascii="Arial" w:hAnsi="Arial" w:cs="Arial"/>
                <w:lang w:val="en-GB"/>
              </w:rPr>
              <w:t>                &lt;p&gt;</w:t>
            </w:r>
          </w:p>
          <w:p w14:paraId="26E87003" w14:textId="77777777" w:rsidR="00CB7301" w:rsidRPr="00CB7301" w:rsidRDefault="00CB7301" w:rsidP="00CB7301">
            <w:pPr>
              <w:rPr>
                <w:rFonts w:ascii="Arial" w:hAnsi="Arial" w:cs="Arial"/>
                <w:lang w:val="en-GB"/>
              </w:rPr>
            </w:pPr>
            <w:r w:rsidRPr="00CB7301">
              <w:rPr>
                <w:rFonts w:ascii="Arial" w:hAnsi="Arial" w:cs="Arial"/>
                <w:lang w:val="en-GB"/>
              </w:rPr>
              <w:t>                    &lt;input</w:t>
            </w:r>
          </w:p>
          <w:p w14:paraId="3E1DFAAE" w14:textId="77777777" w:rsidR="00CB7301" w:rsidRPr="00CB7301" w:rsidRDefault="00CB7301" w:rsidP="00CB7301">
            <w:pPr>
              <w:rPr>
                <w:rFonts w:ascii="Arial" w:hAnsi="Arial" w:cs="Arial"/>
                <w:lang w:val="en-GB"/>
              </w:rPr>
            </w:pPr>
            <w:r w:rsidRPr="00CB7301">
              <w:rPr>
                <w:rFonts w:ascii="Arial" w:hAnsi="Arial" w:cs="Arial"/>
                <w:lang w:val="en-GB"/>
              </w:rPr>
              <w:t>                        type="checkbox"</w:t>
            </w:r>
          </w:p>
          <w:p w14:paraId="1F26CC04" w14:textId="77777777" w:rsidR="00CB7301" w:rsidRPr="00CB7301" w:rsidRDefault="00CB7301" w:rsidP="00CB7301">
            <w:pPr>
              <w:rPr>
                <w:rFonts w:ascii="Arial" w:hAnsi="Arial" w:cs="Arial"/>
                <w:lang w:val="en-GB"/>
              </w:rPr>
            </w:pPr>
            <w:r w:rsidRPr="00CB7301">
              <w:rPr>
                <w:rFonts w:ascii="Arial" w:hAnsi="Arial" w:cs="Arial"/>
                <w:lang w:val="en-GB"/>
              </w:rPr>
              <w:t>                        id="buy1"</w:t>
            </w:r>
          </w:p>
          <w:p w14:paraId="2E6D7106" w14:textId="77777777" w:rsidR="00CB7301" w:rsidRPr="00CB7301" w:rsidRDefault="00CB7301" w:rsidP="00CB7301">
            <w:pPr>
              <w:rPr>
                <w:rFonts w:ascii="Arial" w:hAnsi="Arial" w:cs="Arial"/>
                <w:lang w:val="en-GB"/>
              </w:rPr>
            </w:pPr>
            <w:r w:rsidRPr="00CB7301">
              <w:rPr>
                <w:rFonts w:ascii="Arial" w:hAnsi="Arial" w:cs="Arial"/>
                <w:lang w:val="en-GB"/>
              </w:rPr>
              <w:t>                        name="basket"</w:t>
            </w:r>
          </w:p>
          <w:p w14:paraId="3795B62B" w14:textId="77777777" w:rsidR="00CB7301" w:rsidRPr="00CB7301" w:rsidRDefault="00CB7301" w:rsidP="00CB7301">
            <w:pPr>
              <w:rPr>
                <w:rFonts w:ascii="Arial" w:hAnsi="Arial" w:cs="Arial"/>
                <w:lang w:val="en-GB"/>
              </w:rPr>
            </w:pPr>
            <w:r w:rsidRPr="00CB7301">
              <w:rPr>
                <w:rFonts w:ascii="Arial" w:hAnsi="Arial" w:cs="Arial"/>
                <w:lang w:val="en-GB"/>
              </w:rPr>
              <w:t>                        value="1"</w:t>
            </w:r>
          </w:p>
          <w:p w14:paraId="057A51F0" w14:textId="77777777" w:rsidR="00CB7301" w:rsidRPr="00CB7301" w:rsidRDefault="00CB7301" w:rsidP="00CB7301">
            <w:pPr>
              <w:rPr>
                <w:rFonts w:ascii="Arial" w:hAnsi="Arial" w:cs="Arial"/>
                <w:lang w:val="en-GB"/>
              </w:rPr>
            </w:pPr>
            <w:r w:rsidRPr="00CB7301">
              <w:rPr>
                <w:rFonts w:ascii="Arial" w:hAnsi="Arial" w:cs="Arial"/>
                <w:lang w:val="en-GB"/>
              </w:rPr>
              <w:t>                    &gt;</w:t>
            </w:r>
          </w:p>
          <w:p w14:paraId="40A60E26" w14:textId="77777777" w:rsidR="00CB7301" w:rsidRPr="00CB7301" w:rsidRDefault="00CB7301" w:rsidP="00CB7301">
            <w:pPr>
              <w:rPr>
                <w:rFonts w:ascii="Arial" w:hAnsi="Arial" w:cs="Arial"/>
                <w:lang w:val="en-GB"/>
              </w:rPr>
            </w:pPr>
            <w:r w:rsidRPr="00CB7301">
              <w:rPr>
                <w:rFonts w:ascii="Arial" w:hAnsi="Arial" w:cs="Arial"/>
                <w:lang w:val="en-GB"/>
              </w:rPr>
              <w:t>                    Add to Basket</w:t>
            </w:r>
          </w:p>
          <w:p w14:paraId="3D7996DB" w14:textId="77777777" w:rsidR="00CB7301" w:rsidRPr="00CB7301" w:rsidRDefault="00CB7301" w:rsidP="00CB7301">
            <w:pPr>
              <w:rPr>
                <w:rFonts w:ascii="Arial" w:hAnsi="Arial" w:cs="Arial"/>
                <w:lang w:val="en-GB"/>
              </w:rPr>
            </w:pPr>
            <w:r w:rsidRPr="00CB7301">
              <w:rPr>
                <w:rFonts w:ascii="Arial" w:hAnsi="Arial" w:cs="Arial"/>
                <w:lang w:val="en-GB"/>
              </w:rPr>
              <w:t>                &lt;/p&gt;</w:t>
            </w:r>
          </w:p>
          <w:p w14:paraId="7C9D1B3C"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322AB82C" w14:textId="77777777" w:rsidR="00CB7301" w:rsidRPr="00CB7301" w:rsidRDefault="00CB7301" w:rsidP="00CB7301">
            <w:pPr>
              <w:rPr>
                <w:rFonts w:ascii="Arial" w:hAnsi="Arial" w:cs="Arial"/>
                <w:lang w:val="en-GB"/>
              </w:rPr>
            </w:pPr>
            <w:r w:rsidRPr="00CB7301">
              <w:rPr>
                <w:rFonts w:ascii="Arial" w:hAnsi="Arial" w:cs="Arial"/>
                <w:lang w:val="en-GB"/>
              </w:rPr>
              <w:lastRenderedPageBreak/>
              <w:t>        &lt;/tr&gt;</w:t>
            </w:r>
          </w:p>
          <w:p w14:paraId="2BE82EB3" w14:textId="77777777" w:rsidR="00CB7301" w:rsidRPr="00CB7301" w:rsidRDefault="00CB7301" w:rsidP="00CB7301">
            <w:pPr>
              <w:rPr>
                <w:rFonts w:ascii="Arial" w:hAnsi="Arial" w:cs="Arial"/>
                <w:lang w:val="en-GB"/>
              </w:rPr>
            </w:pPr>
          </w:p>
          <w:p w14:paraId="05546425" w14:textId="77777777" w:rsidR="00CB7301" w:rsidRPr="00CB7301" w:rsidRDefault="00CB7301" w:rsidP="00CB7301">
            <w:pPr>
              <w:rPr>
                <w:rFonts w:ascii="Arial" w:hAnsi="Arial" w:cs="Arial"/>
                <w:lang w:val="en-GB"/>
              </w:rPr>
            </w:pPr>
            <w:r w:rsidRPr="00CB7301">
              <w:rPr>
                <w:rFonts w:ascii="Arial" w:hAnsi="Arial" w:cs="Arial"/>
                <w:lang w:val="en-GB"/>
              </w:rPr>
              <w:t>        &lt;tr&gt;</w:t>
            </w:r>
          </w:p>
          <w:p w14:paraId="11928E20"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3E631B52" w14:textId="77777777" w:rsidR="00CB7301" w:rsidRPr="00CB7301" w:rsidRDefault="00CB7301" w:rsidP="00CB7301">
            <w:pPr>
              <w:rPr>
                <w:rFonts w:ascii="Arial" w:hAnsi="Arial" w:cs="Arial"/>
                <w:lang w:val="en-GB"/>
              </w:rPr>
            </w:pPr>
            <w:r w:rsidRPr="00CB7301">
              <w:rPr>
                <w:rFonts w:ascii="Arial" w:hAnsi="Arial" w:cs="Arial"/>
                <w:lang w:val="en-GB"/>
              </w:rPr>
              <w:t>                &lt;p&gt;</w:t>
            </w:r>
          </w:p>
          <w:p w14:paraId="7B1BED61" w14:textId="77777777" w:rsidR="00CB7301" w:rsidRPr="00CB7301" w:rsidRDefault="00CB7301" w:rsidP="00CB7301">
            <w:pPr>
              <w:rPr>
                <w:rFonts w:ascii="Arial" w:hAnsi="Arial" w:cs="Arial"/>
                <w:lang w:val="en-GB"/>
              </w:rPr>
            </w:pPr>
            <w:r w:rsidRPr="00CB7301">
              <w:rPr>
                <w:rFonts w:ascii="Arial" w:hAnsi="Arial" w:cs="Arial"/>
                <w:lang w:val="en-GB"/>
              </w:rPr>
              <w:t>                    &lt;b&gt;Ceramic Plate 8.5"&lt;/b&gt;</w:t>
            </w:r>
          </w:p>
          <w:p w14:paraId="796EA536" w14:textId="77777777" w:rsidR="00CB7301" w:rsidRPr="00CB7301" w:rsidRDefault="00CB7301" w:rsidP="00CB7301">
            <w:pPr>
              <w:rPr>
                <w:rFonts w:ascii="Arial" w:hAnsi="Arial" w:cs="Arial"/>
                <w:lang w:val="en-GB"/>
              </w:rPr>
            </w:pPr>
            <w:r w:rsidRPr="00CB7301">
              <w:rPr>
                <w:rFonts w:ascii="Arial" w:hAnsi="Arial" w:cs="Arial"/>
                <w:lang w:val="en-GB"/>
              </w:rPr>
              <w:t>                &lt;/p&gt;</w:t>
            </w:r>
          </w:p>
          <w:p w14:paraId="24C4F5F1"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331BD2A1" w14:textId="77777777" w:rsidR="00CB7301" w:rsidRPr="00CB7301" w:rsidRDefault="00CB7301" w:rsidP="00CB7301">
            <w:pPr>
              <w:rPr>
                <w:rFonts w:ascii="Arial" w:hAnsi="Arial" w:cs="Arial"/>
                <w:lang w:val="en-GB"/>
              </w:rPr>
            </w:pPr>
          </w:p>
          <w:p w14:paraId="4D6C272E"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4927EE7F" w14:textId="77777777" w:rsidR="00CB7301" w:rsidRPr="00CB7301" w:rsidRDefault="00CB7301" w:rsidP="00CB7301">
            <w:pPr>
              <w:rPr>
                <w:rFonts w:ascii="Arial" w:hAnsi="Arial" w:cs="Arial"/>
                <w:lang w:val="en-GB"/>
              </w:rPr>
            </w:pPr>
            <w:r w:rsidRPr="00CB7301">
              <w:rPr>
                <w:rFonts w:ascii="Arial" w:hAnsi="Arial" w:cs="Arial"/>
                <w:lang w:val="en-GB"/>
              </w:rPr>
              <w:t>                &lt;p&gt;</w:t>
            </w:r>
          </w:p>
          <w:p w14:paraId="1BF54F5D" w14:textId="77777777" w:rsidR="00CB7301" w:rsidRPr="00CB7301" w:rsidRDefault="00CB7301" w:rsidP="00CB7301">
            <w:pPr>
              <w:rPr>
                <w:rFonts w:ascii="Arial" w:hAnsi="Arial" w:cs="Arial"/>
                <w:lang w:val="en-GB"/>
              </w:rPr>
            </w:pPr>
            <w:r w:rsidRPr="00CB7301">
              <w:rPr>
                <w:rFonts w:ascii="Arial" w:hAnsi="Arial" w:cs="Arial"/>
                <w:lang w:val="en-GB"/>
              </w:rPr>
              <w:t>                    Blue Tuscany Ceramic Plate 8.5"</w:t>
            </w:r>
          </w:p>
          <w:p w14:paraId="2CF2525E" w14:textId="77777777" w:rsidR="00CB7301" w:rsidRPr="00CB7301" w:rsidRDefault="00CB7301" w:rsidP="00CB7301">
            <w:pPr>
              <w:rPr>
                <w:rFonts w:ascii="Arial" w:hAnsi="Arial" w:cs="Arial"/>
                <w:lang w:val="en-GB"/>
              </w:rPr>
            </w:pPr>
            <w:r w:rsidRPr="00CB7301">
              <w:rPr>
                <w:rFonts w:ascii="Arial" w:hAnsi="Arial" w:cs="Arial"/>
                <w:lang w:val="en-GB"/>
              </w:rPr>
              <w:t>                    Decorative Mandala Design</w:t>
            </w:r>
          </w:p>
          <w:p w14:paraId="674EA0BC" w14:textId="77777777" w:rsidR="00CB7301" w:rsidRPr="00CB7301" w:rsidRDefault="00CB7301" w:rsidP="00CB7301">
            <w:pPr>
              <w:rPr>
                <w:rFonts w:ascii="Arial" w:hAnsi="Arial" w:cs="Arial"/>
                <w:lang w:val="en-GB"/>
              </w:rPr>
            </w:pPr>
            <w:r w:rsidRPr="00CB7301">
              <w:rPr>
                <w:rFonts w:ascii="Arial" w:hAnsi="Arial" w:cs="Arial"/>
                <w:lang w:val="en-GB"/>
              </w:rPr>
              <w:t>                    Colourful Bohemian</w:t>
            </w:r>
          </w:p>
          <w:p w14:paraId="4E793C2A" w14:textId="77777777" w:rsidR="00CB7301" w:rsidRPr="00CB7301" w:rsidRDefault="00CB7301" w:rsidP="00CB7301">
            <w:pPr>
              <w:rPr>
                <w:rFonts w:ascii="Arial" w:hAnsi="Arial" w:cs="Arial"/>
                <w:lang w:val="en-GB"/>
              </w:rPr>
            </w:pPr>
            <w:r w:rsidRPr="00CB7301">
              <w:rPr>
                <w:rFonts w:ascii="Arial" w:hAnsi="Arial" w:cs="Arial"/>
                <w:lang w:val="en-GB"/>
              </w:rPr>
              <w:t>                &lt;/p&gt;</w:t>
            </w:r>
          </w:p>
          <w:p w14:paraId="1C05F85E"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2C15F136" w14:textId="77777777" w:rsidR="00CB7301" w:rsidRPr="00CB7301" w:rsidRDefault="00CB7301" w:rsidP="00CB7301">
            <w:pPr>
              <w:rPr>
                <w:rFonts w:ascii="Arial" w:hAnsi="Arial" w:cs="Arial"/>
                <w:lang w:val="en-GB"/>
              </w:rPr>
            </w:pPr>
          </w:p>
          <w:p w14:paraId="60D36DE5"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2A2BDCC2" w14:textId="77777777" w:rsidR="00CB7301" w:rsidRPr="00CB7301" w:rsidRDefault="00CB7301" w:rsidP="00CB7301">
            <w:pPr>
              <w:rPr>
                <w:rFonts w:ascii="Arial" w:hAnsi="Arial" w:cs="Arial"/>
                <w:lang w:val="en-GB"/>
              </w:rPr>
            </w:pPr>
            <w:r w:rsidRPr="00CB7301">
              <w:rPr>
                <w:rFonts w:ascii="Arial" w:hAnsi="Arial" w:cs="Arial"/>
                <w:lang w:val="en-GB"/>
              </w:rPr>
              <w:t>                &lt;p&gt;</w:t>
            </w:r>
          </w:p>
          <w:p w14:paraId="6FC0CDE6" w14:textId="77777777" w:rsidR="00CB7301" w:rsidRPr="00CB7301" w:rsidRDefault="00CB7301" w:rsidP="00CB7301">
            <w:pPr>
              <w:rPr>
                <w:rFonts w:ascii="Arial" w:hAnsi="Arial" w:cs="Arial"/>
                <w:lang w:val="en-GB"/>
              </w:rPr>
            </w:pPr>
            <w:r w:rsidRPr="00CB7301">
              <w:rPr>
                <w:rFonts w:ascii="Arial" w:hAnsi="Arial" w:cs="Arial"/>
                <w:lang w:val="en-GB"/>
              </w:rPr>
              <w:t>                    Brand new</w:t>
            </w:r>
          </w:p>
          <w:p w14:paraId="52A7DF13" w14:textId="77777777" w:rsidR="00CB7301" w:rsidRPr="00CB7301" w:rsidRDefault="00CB7301" w:rsidP="00CB7301">
            <w:pPr>
              <w:rPr>
                <w:rFonts w:ascii="Arial" w:hAnsi="Arial" w:cs="Arial"/>
                <w:lang w:val="en-GB"/>
              </w:rPr>
            </w:pPr>
            <w:r w:rsidRPr="00CB7301">
              <w:rPr>
                <w:rFonts w:ascii="Arial" w:hAnsi="Arial" w:cs="Arial"/>
                <w:lang w:val="en-GB"/>
              </w:rPr>
              <w:t>                &lt;/p&gt;</w:t>
            </w:r>
          </w:p>
          <w:p w14:paraId="0D25B2BF"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7A4710DD" w14:textId="77777777" w:rsidR="00CB7301" w:rsidRPr="00CB7301" w:rsidRDefault="00CB7301" w:rsidP="00CB7301">
            <w:pPr>
              <w:rPr>
                <w:rFonts w:ascii="Arial" w:hAnsi="Arial" w:cs="Arial"/>
                <w:lang w:val="en-GB"/>
              </w:rPr>
            </w:pPr>
          </w:p>
          <w:p w14:paraId="135EF96E"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3D93B047" w14:textId="77777777" w:rsidR="00CB7301" w:rsidRPr="00CB7301" w:rsidRDefault="00CB7301" w:rsidP="00CB7301">
            <w:pPr>
              <w:rPr>
                <w:rFonts w:ascii="Arial" w:hAnsi="Arial" w:cs="Arial"/>
                <w:lang w:val="en-GB"/>
              </w:rPr>
            </w:pPr>
            <w:r w:rsidRPr="00CB7301">
              <w:rPr>
                <w:rFonts w:ascii="Arial" w:hAnsi="Arial" w:cs="Arial"/>
                <w:lang w:val="en-GB"/>
              </w:rPr>
              <w:t>                &lt;p&gt;</w:t>
            </w:r>
          </w:p>
          <w:p w14:paraId="65DE59ED" w14:textId="77777777" w:rsidR="00CB7301" w:rsidRPr="00CB7301" w:rsidRDefault="00CB7301" w:rsidP="00CB7301">
            <w:pPr>
              <w:rPr>
                <w:rFonts w:ascii="Arial" w:hAnsi="Arial" w:cs="Arial"/>
                <w:lang w:val="en-GB"/>
              </w:rPr>
            </w:pPr>
            <w:r w:rsidRPr="00CB7301">
              <w:rPr>
                <w:rFonts w:ascii="Arial" w:hAnsi="Arial" w:cs="Arial"/>
                <w:lang w:val="en-GB"/>
              </w:rPr>
              <w:t>                    &lt;img</w:t>
            </w:r>
          </w:p>
          <w:p w14:paraId="1E2CB38A" w14:textId="77777777" w:rsidR="00CB7301" w:rsidRPr="00CB7301" w:rsidRDefault="00CB7301" w:rsidP="00CB7301">
            <w:pPr>
              <w:rPr>
                <w:rFonts w:ascii="Arial" w:hAnsi="Arial" w:cs="Arial"/>
                <w:lang w:val="en-GB"/>
              </w:rPr>
            </w:pPr>
            <w:r w:rsidRPr="00CB7301">
              <w:rPr>
                <w:rFonts w:ascii="Arial" w:hAnsi="Arial" w:cs="Arial"/>
                <w:lang w:val="en-GB"/>
              </w:rPr>
              <w:t>                        width="150"</w:t>
            </w:r>
          </w:p>
          <w:p w14:paraId="33F071D3" w14:textId="77777777" w:rsidR="00CB7301" w:rsidRPr="00CB7301" w:rsidRDefault="00CB7301" w:rsidP="00CB7301">
            <w:pPr>
              <w:rPr>
                <w:rFonts w:ascii="Arial" w:hAnsi="Arial" w:cs="Arial"/>
                <w:lang w:val="en-GB"/>
              </w:rPr>
            </w:pPr>
            <w:r w:rsidRPr="00CB7301">
              <w:rPr>
                <w:rFonts w:ascii="Arial" w:hAnsi="Arial" w:cs="Arial"/>
                <w:lang w:val="en-GB"/>
              </w:rPr>
              <w:t>                        height="119"</w:t>
            </w:r>
          </w:p>
          <w:p w14:paraId="2A4B8A70" w14:textId="77777777" w:rsidR="00CB7301" w:rsidRPr="00CB7301" w:rsidRDefault="00CB7301" w:rsidP="00CB7301">
            <w:pPr>
              <w:rPr>
                <w:rFonts w:ascii="Arial" w:hAnsi="Arial" w:cs="Arial"/>
                <w:lang w:val="en-GB"/>
              </w:rPr>
            </w:pPr>
            <w:r w:rsidRPr="00CB7301">
              <w:rPr>
                <w:rFonts w:ascii="Arial" w:hAnsi="Arial" w:cs="Arial"/>
                <w:lang w:val="en-GB"/>
              </w:rPr>
              <w:t xml:space="preserve">                        </w:t>
            </w:r>
            <w:proofErr w:type="spellStart"/>
            <w:r w:rsidRPr="00CB7301">
              <w:rPr>
                <w:rFonts w:ascii="Arial" w:hAnsi="Arial" w:cs="Arial"/>
                <w:lang w:val="en-GB"/>
              </w:rPr>
              <w:t>src</w:t>
            </w:r>
            <w:proofErr w:type="spellEnd"/>
            <w:r w:rsidRPr="00CB7301">
              <w:rPr>
                <w:rFonts w:ascii="Arial" w:hAnsi="Arial" w:cs="Arial"/>
                <w:lang w:val="en-GB"/>
              </w:rPr>
              <w:t>="</w:t>
            </w:r>
            <w:proofErr w:type="spellStart"/>
            <w:r w:rsidRPr="00CB7301">
              <w:rPr>
                <w:rFonts w:ascii="Arial" w:hAnsi="Arial" w:cs="Arial"/>
                <w:lang w:val="en-GB"/>
              </w:rPr>
              <w:t>Product_files</w:t>
            </w:r>
            <w:proofErr w:type="spellEnd"/>
            <w:r w:rsidRPr="00CB7301">
              <w:rPr>
                <w:rFonts w:ascii="Arial" w:hAnsi="Arial" w:cs="Arial"/>
                <w:lang w:val="en-GB"/>
              </w:rPr>
              <w:t>/s-l9602.webp"</w:t>
            </w:r>
          </w:p>
          <w:p w14:paraId="2F0ABBE9" w14:textId="77777777" w:rsidR="00CB7301" w:rsidRPr="00CB7301" w:rsidRDefault="00CB7301" w:rsidP="00CB7301">
            <w:pPr>
              <w:rPr>
                <w:rFonts w:ascii="Arial" w:hAnsi="Arial" w:cs="Arial"/>
                <w:lang w:val="en-GB"/>
              </w:rPr>
            </w:pPr>
            <w:r w:rsidRPr="00CB7301">
              <w:rPr>
                <w:rFonts w:ascii="Arial" w:hAnsi="Arial" w:cs="Arial"/>
                <w:lang w:val="en-GB"/>
              </w:rPr>
              <w:t>                        alt="Ceramic Plate"</w:t>
            </w:r>
          </w:p>
          <w:p w14:paraId="49D7AF96" w14:textId="77777777" w:rsidR="00CB7301" w:rsidRPr="00CB7301" w:rsidRDefault="00CB7301" w:rsidP="00CB7301">
            <w:pPr>
              <w:rPr>
                <w:rFonts w:ascii="Arial" w:hAnsi="Arial" w:cs="Arial"/>
                <w:lang w:val="en-GB"/>
              </w:rPr>
            </w:pPr>
            <w:r w:rsidRPr="00CB7301">
              <w:rPr>
                <w:rFonts w:ascii="Arial" w:hAnsi="Arial" w:cs="Arial"/>
                <w:lang w:val="en-GB"/>
              </w:rPr>
              <w:t>                    &gt;</w:t>
            </w:r>
          </w:p>
          <w:p w14:paraId="7277F471" w14:textId="77777777" w:rsidR="00CB7301" w:rsidRPr="00CB7301" w:rsidRDefault="00CB7301" w:rsidP="00CB7301">
            <w:pPr>
              <w:rPr>
                <w:rFonts w:ascii="Arial" w:hAnsi="Arial" w:cs="Arial"/>
                <w:lang w:val="en-GB"/>
              </w:rPr>
            </w:pPr>
            <w:r w:rsidRPr="00CB7301">
              <w:rPr>
                <w:rFonts w:ascii="Arial" w:hAnsi="Arial" w:cs="Arial"/>
                <w:lang w:val="en-GB"/>
              </w:rPr>
              <w:t>                &lt;/p&gt;</w:t>
            </w:r>
          </w:p>
          <w:p w14:paraId="7EE982EA"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5F50528D" w14:textId="77777777" w:rsidR="00CB7301" w:rsidRPr="00CB7301" w:rsidRDefault="00CB7301" w:rsidP="00CB7301">
            <w:pPr>
              <w:rPr>
                <w:rFonts w:ascii="Arial" w:hAnsi="Arial" w:cs="Arial"/>
                <w:lang w:val="en-GB"/>
              </w:rPr>
            </w:pPr>
          </w:p>
          <w:p w14:paraId="277BDBB1"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55A7E16D" w14:textId="77777777" w:rsidR="00CB7301" w:rsidRPr="00CB7301" w:rsidRDefault="00CB7301" w:rsidP="00CB7301">
            <w:pPr>
              <w:rPr>
                <w:rFonts w:ascii="Arial" w:hAnsi="Arial" w:cs="Arial"/>
                <w:lang w:val="en-GB"/>
              </w:rPr>
            </w:pPr>
            <w:r w:rsidRPr="00CB7301">
              <w:rPr>
                <w:rFonts w:ascii="Arial" w:hAnsi="Arial" w:cs="Arial"/>
                <w:lang w:val="en-GB"/>
              </w:rPr>
              <w:t>                &lt;p&gt;</w:t>
            </w:r>
          </w:p>
          <w:p w14:paraId="2480016B" w14:textId="77777777" w:rsidR="00CB7301" w:rsidRPr="00CB7301" w:rsidRDefault="00CB7301" w:rsidP="00CB7301">
            <w:pPr>
              <w:rPr>
                <w:rFonts w:ascii="Arial" w:hAnsi="Arial" w:cs="Arial"/>
                <w:lang w:val="en-GB"/>
              </w:rPr>
            </w:pPr>
            <w:r w:rsidRPr="00CB7301">
              <w:rPr>
                <w:rFonts w:ascii="Arial" w:hAnsi="Arial" w:cs="Arial"/>
                <w:lang w:val="en-GB"/>
              </w:rPr>
              <w:t>                    £13.00</w:t>
            </w:r>
          </w:p>
          <w:p w14:paraId="5DC33226" w14:textId="77777777" w:rsidR="00CB7301" w:rsidRPr="00CB7301" w:rsidRDefault="00CB7301" w:rsidP="00CB7301">
            <w:pPr>
              <w:rPr>
                <w:rFonts w:ascii="Arial" w:hAnsi="Arial" w:cs="Arial"/>
                <w:lang w:val="en-GB"/>
              </w:rPr>
            </w:pPr>
            <w:r w:rsidRPr="00CB7301">
              <w:rPr>
                <w:rFonts w:ascii="Arial" w:hAnsi="Arial" w:cs="Arial"/>
                <w:lang w:val="en-GB"/>
              </w:rPr>
              <w:t>                &lt;/p&gt;</w:t>
            </w:r>
          </w:p>
          <w:p w14:paraId="2467B233"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392C1290" w14:textId="77777777" w:rsidR="00CB7301" w:rsidRPr="00CB7301" w:rsidRDefault="00CB7301" w:rsidP="00CB7301">
            <w:pPr>
              <w:rPr>
                <w:rFonts w:ascii="Arial" w:hAnsi="Arial" w:cs="Arial"/>
                <w:lang w:val="en-GB"/>
              </w:rPr>
            </w:pPr>
          </w:p>
          <w:p w14:paraId="6AD0F574"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6D65467E" w14:textId="77777777" w:rsidR="00CB7301" w:rsidRPr="00CB7301" w:rsidRDefault="00CB7301" w:rsidP="00CB7301">
            <w:pPr>
              <w:rPr>
                <w:rFonts w:ascii="Arial" w:hAnsi="Arial" w:cs="Arial"/>
                <w:lang w:val="en-GB"/>
              </w:rPr>
            </w:pPr>
            <w:r w:rsidRPr="00CB7301">
              <w:rPr>
                <w:rFonts w:ascii="Arial" w:hAnsi="Arial" w:cs="Arial"/>
                <w:lang w:val="en-GB"/>
              </w:rPr>
              <w:t>                &lt;p&gt;</w:t>
            </w:r>
          </w:p>
          <w:p w14:paraId="614E4A94" w14:textId="77777777" w:rsidR="00CB7301" w:rsidRPr="00CB7301" w:rsidRDefault="00CB7301" w:rsidP="00CB7301">
            <w:pPr>
              <w:rPr>
                <w:rFonts w:ascii="Arial" w:hAnsi="Arial" w:cs="Arial"/>
                <w:lang w:val="en-GB"/>
              </w:rPr>
            </w:pPr>
            <w:r w:rsidRPr="00CB7301">
              <w:rPr>
                <w:rFonts w:ascii="Arial" w:hAnsi="Arial" w:cs="Arial"/>
                <w:lang w:val="en-GB"/>
              </w:rPr>
              <w:t>                    &lt;input</w:t>
            </w:r>
          </w:p>
          <w:p w14:paraId="139004E2" w14:textId="77777777" w:rsidR="00CB7301" w:rsidRPr="00CB7301" w:rsidRDefault="00CB7301" w:rsidP="00CB7301">
            <w:pPr>
              <w:rPr>
                <w:rFonts w:ascii="Arial" w:hAnsi="Arial" w:cs="Arial"/>
                <w:lang w:val="en-GB"/>
              </w:rPr>
            </w:pPr>
            <w:r w:rsidRPr="00CB7301">
              <w:rPr>
                <w:rFonts w:ascii="Arial" w:hAnsi="Arial" w:cs="Arial"/>
                <w:lang w:val="en-GB"/>
              </w:rPr>
              <w:t>                        type="checkbox"</w:t>
            </w:r>
          </w:p>
          <w:p w14:paraId="171801E9" w14:textId="77777777" w:rsidR="00CB7301" w:rsidRPr="00CB7301" w:rsidRDefault="00CB7301" w:rsidP="00CB7301">
            <w:pPr>
              <w:rPr>
                <w:rFonts w:ascii="Arial" w:hAnsi="Arial" w:cs="Arial"/>
                <w:lang w:val="en-GB"/>
              </w:rPr>
            </w:pPr>
            <w:r w:rsidRPr="00CB7301">
              <w:rPr>
                <w:rFonts w:ascii="Arial" w:hAnsi="Arial" w:cs="Arial"/>
                <w:lang w:val="en-GB"/>
              </w:rPr>
              <w:t>                        id="buy2"</w:t>
            </w:r>
          </w:p>
          <w:p w14:paraId="0F0DF6C7" w14:textId="77777777" w:rsidR="00CB7301" w:rsidRPr="00CB7301" w:rsidRDefault="00CB7301" w:rsidP="00CB7301">
            <w:pPr>
              <w:rPr>
                <w:rFonts w:ascii="Arial" w:hAnsi="Arial" w:cs="Arial"/>
                <w:lang w:val="en-GB"/>
              </w:rPr>
            </w:pPr>
            <w:r w:rsidRPr="00CB7301">
              <w:rPr>
                <w:rFonts w:ascii="Arial" w:hAnsi="Arial" w:cs="Arial"/>
                <w:lang w:val="en-GB"/>
              </w:rPr>
              <w:t>                        name="basket"</w:t>
            </w:r>
          </w:p>
          <w:p w14:paraId="25C0ED70" w14:textId="77777777" w:rsidR="00CB7301" w:rsidRPr="00CB7301" w:rsidRDefault="00CB7301" w:rsidP="00CB7301">
            <w:pPr>
              <w:rPr>
                <w:rFonts w:ascii="Arial" w:hAnsi="Arial" w:cs="Arial"/>
                <w:lang w:val="en-GB"/>
              </w:rPr>
            </w:pPr>
            <w:r w:rsidRPr="00CB7301">
              <w:rPr>
                <w:rFonts w:ascii="Arial" w:hAnsi="Arial" w:cs="Arial"/>
                <w:lang w:val="en-GB"/>
              </w:rPr>
              <w:t>                        value="12"</w:t>
            </w:r>
          </w:p>
          <w:p w14:paraId="75619D8D" w14:textId="77777777" w:rsidR="00CB7301" w:rsidRPr="00CB7301" w:rsidRDefault="00CB7301" w:rsidP="00CB7301">
            <w:pPr>
              <w:rPr>
                <w:rFonts w:ascii="Arial" w:hAnsi="Arial" w:cs="Arial"/>
                <w:lang w:val="en-GB"/>
              </w:rPr>
            </w:pPr>
            <w:r w:rsidRPr="00CB7301">
              <w:rPr>
                <w:rFonts w:ascii="Arial" w:hAnsi="Arial" w:cs="Arial"/>
                <w:lang w:val="en-GB"/>
              </w:rPr>
              <w:t>                    &gt;</w:t>
            </w:r>
          </w:p>
          <w:p w14:paraId="3CE62F72" w14:textId="77777777" w:rsidR="00CB7301" w:rsidRPr="00CB7301" w:rsidRDefault="00CB7301" w:rsidP="00CB7301">
            <w:pPr>
              <w:rPr>
                <w:rFonts w:ascii="Arial" w:hAnsi="Arial" w:cs="Arial"/>
                <w:lang w:val="en-GB"/>
              </w:rPr>
            </w:pPr>
            <w:r w:rsidRPr="00CB7301">
              <w:rPr>
                <w:rFonts w:ascii="Arial" w:hAnsi="Arial" w:cs="Arial"/>
                <w:lang w:val="en-GB"/>
              </w:rPr>
              <w:t>                    Add to Basket</w:t>
            </w:r>
          </w:p>
          <w:p w14:paraId="65B700C1" w14:textId="77777777" w:rsidR="00CB7301" w:rsidRPr="00CB7301" w:rsidRDefault="00CB7301" w:rsidP="00CB7301">
            <w:pPr>
              <w:rPr>
                <w:rFonts w:ascii="Arial" w:hAnsi="Arial" w:cs="Arial"/>
                <w:lang w:val="en-GB"/>
              </w:rPr>
            </w:pPr>
            <w:r w:rsidRPr="00CB7301">
              <w:rPr>
                <w:rFonts w:ascii="Arial" w:hAnsi="Arial" w:cs="Arial"/>
                <w:lang w:val="en-GB"/>
              </w:rPr>
              <w:t>                &lt;/p&gt;</w:t>
            </w:r>
          </w:p>
          <w:p w14:paraId="38A4CBDF"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252E0919" w14:textId="77777777" w:rsidR="00CB7301" w:rsidRPr="00CB7301" w:rsidRDefault="00CB7301" w:rsidP="00CB7301">
            <w:pPr>
              <w:rPr>
                <w:rFonts w:ascii="Arial" w:hAnsi="Arial" w:cs="Arial"/>
                <w:lang w:val="en-GB"/>
              </w:rPr>
            </w:pPr>
            <w:r w:rsidRPr="00CB7301">
              <w:rPr>
                <w:rFonts w:ascii="Arial" w:hAnsi="Arial" w:cs="Arial"/>
                <w:lang w:val="en-GB"/>
              </w:rPr>
              <w:lastRenderedPageBreak/>
              <w:t>        &lt;/tr&gt;</w:t>
            </w:r>
          </w:p>
          <w:p w14:paraId="721FCAD0" w14:textId="77777777" w:rsidR="00CB7301" w:rsidRPr="00CB7301" w:rsidRDefault="00CB7301" w:rsidP="00CB7301">
            <w:pPr>
              <w:rPr>
                <w:rFonts w:ascii="Arial" w:hAnsi="Arial" w:cs="Arial"/>
                <w:lang w:val="en-GB"/>
              </w:rPr>
            </w:pPr>
          </w:p>
          <w:p w14:paraId="48B47962" w14:textId="77777777" w:rsidR="00CB7301" w:rsidRPr="00CB7301" w:rsidRDefault="00CB7301" w:rsidP="00CB7301">
            <w:pPr>
              <w:rPr>
                <w:rFonts w:ascii="Arial" w:hAnsi="Arial" w:cs="Arial"/>
                <w:lang w:val="en-GB"/>
              </w:rPr>
            </w:pPr>
            <w:r w:rsidRPr="00CB7301">
              <w:rPr>
                <w:rFonts w:ascii="Arial" w:hAnsi="Arial" w:cs="Arial"/>
                <w:lang w:val="en-GB"/>
              </w:rPr>
              <w:t>        &lt;tr&gt;</w:t>
            </w:r>
          </w:p>
          <w:p w14:paraId="4EA18D20"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26AFED60" w14:textId="77777777" w:rsidR="00CB7301" w:rsidRPr="00CB7301" w:rsidRDefault="00CB7301" w:rsidP="00CB7301">
            <w:pPr>
              <w:rPr>
                <w:rFonts w:ascii="Arial" w:hAnsi="Arial" w:cs="Arial"/>
                <w:lang w:val="en-GB"/>
              </w:rPr>
            </w:pPr>
            <w:r w:rsidRPr="00CB7301">
              <w:rPr>
                <w:rFonts w:ascii="Arial" w:hAnsi="Arial" w:cs="Arial"/>
                <w:lang w:val="en-GB"/>
              </w:rPr>
              <w:t>                &lt;p&gt;</w:t>
            </w:r>
          </w:p>
          <w:p w14:paraId="4632532B" w14:textId="77777777" w:rsidR="00CB7301" w:rsidRPr="00CB7301" w:rsidRDefault="00CB7301" w:rsidP="00CB7301">
            <w:pPr>
              <w:rPr>
                <w:rFonts w:ascii="Arial" w:hAnsi="Arial" w:cs="Arial"/>
                <w:lang w:val="en-GB"/>
              </w:rPr>
            </w:pPr>
            <w:r w:rsidRPr="00CB7301">
              <w:rPr>
                <w:rFonts w:ascii="Arial" w:hAnsi="Arial" w:cs="Arial"/>
                <w:lang w:val="en-GB"/>
              </w:rPr>
              <w:t>                    &lt;b&gt;Mountain Bike&lt;/b&gt;</w:t>
            </w:r>
          </w:p>
          <w:p w14:paraId="13AD638D" w14:textId="77777777" w:rsidR="00CB7301" w:rsidRPr="00CB7301" w:rsidRDefault="00CB7301" w:rsidP="00CB7301">
            <w:pPr>
              <w:rPr>
                <w:rFonts w:ascii="Arial" w:hAnsi="Arial" w:cs="Arial"/>
                <w:lang w:val="en-GB"/>
              </w:rPr>
            </w:pPr>
            <w:r w:rsidRPr="00CB7301">
              <w:rPr>
                <w:rFonts w:ascii="Arial" w:hAnsi="Arial" w:cs="Arial"/>
                <w:lang w:val="en-GB"/>
              </w:rPr>
              <w:t>                &lt;/p&gt;</w:t>
            </w:r>
          </w:p>
          <w:p w14:paraId="7DD0E445"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51D23948" w14:textId="77777777" w:rsidR="00CB7301" w:rsidRPr="00CB7301" w:rsidRDefault="00CB7301" w:rsidP="00CB7301">
            <w:pPr>
              <w:rPr>
                <w:rFonts w:ascii="Arial" w:hAnsi="Arial" w:cs="Arial"/>
                <w:lang w:val="en-GB"/>
              </w:rPr>
            </w:pPr>
          </w:p>
          <w:p w14:paraId="08EC4FB5"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6CBA9058" w14:textId="77777777" w:rsidR="00CB7301" w:rsidRPr="00CB7301" w:rsidRDefault="00CB7301" w:rsidP="00CB7301">
            <w:pPr>
              <w:rPr>
                <w:rFonts w:ascii="Arial" w:hAnsi="Arial" w:cs="Arial"/>
                <w:lang w:val="en-GB"/>
              </w:rPr>
            </w:pPr>
            <w:r w:rsidRPr="00CB7301">
              <w:rPr>
                <w:rFonts w:ascii="Arial" w:hAnsi="Arial" w:cs="Arial"/>
                <w:lang w:val="en-GB"/>
              </w:rPr>
              <w:t>                &lt;p&gt;</w:t>
            </w:r>
          </w:p>
          <w:p w14:paraId="4C4065A5" w14:textId="77777777" w:rsidR="00CB7301" w:rsidRPr="00CB7301" w:rsidRDefault="00CB7301" w:rsidP="00CB7301">
            <w:pPr>
              <w:rPr>
                <w:rFonts w:ascii="Arial" w:hAnsi="Arial" w:cs="Arial"/>
                <w:lang w:val="en-GB"/>
              </w:rPr>
            </w:pPr>
            <w:r w:rsidRPr="00CB7301">
              <w:rPr>
                <w:rFonts w:ascii="Arial" w:hAnsi="Arial" w:cs="Arial"/>
                <w:lang w:val="en-GB"/>
              </w:rPr>
              <w:t>                    Trek Marlin 29in Large Black Mountain Bike</w:t>
            </w:r>
          </w:p>
          <w:p w14:paraId="5D885783" w14:textId="77777777" w:rsidR="00CB7301" w:rsidRPr="00CB7301" w:rsidRDefault="00CB7301" w:rsidP="00CB7301">
            <w:pPr>
              <w:rPr>
                <w:rFonts w:ascii="Arial" w:hAnsi="Arial" w:cs="Arial"/>
                <w:lang w:val="en-GB"/>
              </w:rPr>
            </w:pPr>
            <w:r w:rsidRPr="00CB7301">
              <w:rPr>
                <w:rFonts w:ascii="Arial" w:hAnsi="Arial" w:cs="Arial"/>
                <w:lang w:val="en-GB"/>
              </w:rPr>
              <w:t>                    Front Suspension Mech Disc Brakes</w:t>
            </w:r>
          </w:p>
          <w:p w14:paraId="52921DFF" w14:textId="77777777" w:rsidR="00CB7301" w:rsidRPr="00CB7301" w:rsidRDefault="00CB7301" w:rsidP="00CB7301">
            <w:pPr>
              <w:rPr>
                <w:rFonts w:ascii="Arial" w:hAnsi="Arial" w:cs="Arial"/>
                <w:lang w:val="en-GB"/>
              </w:rPr>
            </w:pPr>
            <w:r w:rsidRPr="00CB7301">
              <w:rPr>
                <w:rFonts w:ascii="Arial" w:hAnsi="Arial" w:cs="Arial"/>
                <w:lang w:val="en-GB"/>
              </w:rPr>
              <w:t>                &lt;/p&gt;</w:t>
            </w:r>
          </w:p>
          <w:p w14:paraId="4A959E92"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68F12632" w14:textId="77777777" w:rsidR="00CB7301" w:rsidRPr="00CB7301" w:rsidRDefault="00CB7301" w:rsidP="00CB7301">
            <w:pPr>
              <w:rPr>
                <w:rFonts w:ascii="Arial" w:hAnsi="Arial" w:cs="Arial"/>
                <w:lang w:val="en-GB"/>
              </w:rPr>
            </w:pPr>
          </w:p>
          <w:p w14:paraId="0653403B"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42D3D8C5" w14:textId="77777777" w:rsidR="00CB7301" w:rsidRPr="00CB7301" w:rsidRDefault="00CB7301" w:rsidP="00CB7301">
            <w:pPr>
              <w:rPr>
                <w:rFonts w:ascii="Arial" w:hAnsi="Arial" w:cs="Arial"/>
                <w:lang w:val="en-GB"/>
              </w:rPr>
            </w:pPr>
            <w:r w:rsidRPr="00CB7301">
              <w:rPr>
                <w:rFonts w:ascii="Arial" w:hAnsi="Arial" w:cs="Arial"/>
                <w:lang w:val="en-GB"/>
              </w:rPr>
              <w:t>                &lt;p&gt;</w:t>
            </w:r>
          </w:p>
          <w:p w14:paraId="542FE664" w14:textId="77777777" w:rsidR="00CB7301" w:rsidRPr="00CB7301" w:rsidRDefault="00CB7301" w:rsidP="00CB7301">
            <w:pPr>
              <w:rPr>
                <w:rFonts w:ascii="Arial" w:hAnsi="Arial" w:cs="Arial"/>
                <w:lang w:val="en-GB"/>
              </w:rPr>
            </w:pPr>
            <w:r w:rsidRPr="00CB7301">
              <w:rPr>
                <w:rFonts w:ascii="Arial" w:hAnsi="Arial" w:cs="Arial"/>
                <w:lang w:val="en-GB"/>
              </w:rPr>
              <w:t>                    Used</w:t>
            </w:r>
          </w:p>
          <w:p w14:paraId="4CA66896" w14:textId="77777777" w:rsidR="00CB7301" w:rsidRPr="00CB7301" w:rsidRDefault="00CB7301" w:rsidP="00CB7301">
            <w:pPr>
              <w:rPr>
                <w:rFonts w:ascii="Arial" w:hAnsi="Arial" w:cs="Arial"/>
                <w:lang w:val="en-GB"/>
              </w:rPr>
            </w:pPr>
            <w:r w:rsidRPr="00CB7301">
              <w:rPr>
                <w:rFonts w:ascii="Arial" w:hAnsi="Arial" w:cs="Arial"/>
                <w:lang w:val="en-GB"/>
              </w:rPr>
              <w:t>                &lt;/p&gt;</w:t>
            </w:r>
          </w:p>
          <w:p w14:paraId="27072FAA"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59BC592F" w14:textId="77777777" w:rsidR="00CB7301" w:rsidRPr="00CB7301" w:rsidRDefault="00CB7301" w:rsidP="00CB7301">
            <w:pPr>
              <w:rPr>
                <w:rFonts w:ascii="Arial" w:hAnsi="Arial" w:cs="Arial"/>
                <w:lang w:val="en-GB"/>
              </w:rPr>
            </w:pPr>
          </w:p>
          <w:p w14:paraId="29B64468"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506B0593" w14:textId="77777777" w:rsidR="00CB7301" w:rsidRPr="00CB7301" w:rsidRDefault="00CB7301" w:rsidP="00CB7301">
            <w:pPr>
              <w:rPr>
                <w:rFonts w:ascii="Arial" w:hAnsi="Arial" w:cs="Arial"/>
                <w:lang w:val="en-GB"/>
              </w:rPr>
            </w:pPr>
            <w:r w:rsidRPr="00CB7301">
              <w:rPr>
                <w:rFonts w:ascii="Arial" w:hAnsi="Arial" w:cs="Arial"/>
                <w:lang w:val="en-GB"/>
              </w:rPr>
              <w:t>                &lt;p&gt;</w:t>
            </w:r>
          </w:p>
          <w:p w14:paraId="34C1B04B" w14:textId="77777777" w:rsidR="00CB7301" w:rsidRPr="00CB7301" w:rsidRDefault="00CB7301" w:rsidP="00CB7301">
            <w:pPr>
              <w:rPr>
                <w:rFonts w:ascii="Arial" w:hAnsi="Arial" w:cs="Arial"/>
                <w:lang w:val="en-GB"/>
              </w:rPr>
            </w:pPr>
            <w:r w:rsidRPr="00CB7301">
              <w:rPr>
                <w:rFonts w:ascii="Arial" w:hAnsi="Arial" w:cs="Arial"/>
                <w:lang w:val="en-GB"/>
              </w:rPr>
              <w:t>                    &lt;img</w:t>
            </w:r>
          </w:p>
          <w:p w14:paraId="05950990" w14:textId="77777777" w:rsidR="00CB7301" w:rsidRPr="00CB7301" w:rsidRDefault="00CB7301" w:rsidP="00CB7301">
            <w:pPr>
              <w:rPr>
                <w:rFonts w:ascii="Arial" w:hAnsi="Arial" w:cs="Arial"/>
                <w:lang w:val="en-GB"/>
              </w:rPr>
            </w:pPr>
            <w:r w:rsidRPr="00CB7301">
              <w:rPr>
                <w:rFonts w:ascii="Arial" w:hAnsi="Arial" w:cs="Arial"/>
                <w:lang w:val="en-GB"/>
              </w:rPr>
              <w:t>                        width="150"</w:t>
            </w:r>
          </w:p>
          <w:p w14:paraId="419C8466" w14:textId="77777777" w:rsidR="00CB7301" w:rsidRPr="00CB7301" w:rsidRDefault="00CB7301" w:rsidP="00CB7301">
            <w:pPr>
              <w:rPr>
                <w:rFonts w:ascii="Arial" w:hAnsi="Arial" w:cs="Arial"/>
                <w:lang w:val="en-GB"/>
              </w:rPr>
            </w:pPr>
            <w:r w:rsidRPr="00CB7301">
              <w:rPr>
                <w:rFonts w:ascii="Arial" w:hAnsi="Arial" w:cs="Arial"/>
                <w:lang w:val="en-GB"/>
              </w:rPr>
              <w:t>                        height="119"</w:t>
            </w:r>
          </w:p>
          <w:p w14:paraId="2C90018A" w14:textId="77777777" w:rsidR="00CB7301" w:rsidRPr="00CB7301" w:rsidRDefault="00CB7301" w:rsidP="00CB7301">
            <w:pPr>
              <w:rPr>
                <w:rFonts w:ascii="Arial" w:hAnsi="Arial" w:cs="Arial"/>
                <w:lang w:val="en-GB"/>
              </w:rPr>
            </w:pPr>
            <w:r w:rsidRPr="00CB7301">
              <w:rPr>
                <w:rFonts w:ascii="Arial" w:hAnsi="Arial" w:cs="Arial"/>
                <w:lang w:val="en-GB"/>
              </w:rPr>
              <w:t xml:space="preserve">                        </w:t>
            </w:r>
            <w:proofErr w:type="spellStart"/>
            <w:r w:rsidRPr="00CB7301">
              <w:rPr>
                <w:rFonts w:ascii="Arial" w:hAnsi="Arial" w:cs="Arial"/>
                <w:lang w:val="en-GB"/>
              </w:rPr>
              <w:t>src</w:t>
            </w:r>
            <w:proofErr w:type="spellEnd"/>
            <w:r w:rsidRPr="00CB7301">
              <w:rPr>
                <w:rFonts w:ascii="Arial" w:hAnsi="Arial" w:cs="Arial"/>
                <w:lang w:val="en-GB"/>
              </w:rPr>
              <w:t>="</w:t>
            </w:r>
            <w:proofErr w:type="spellStart"/>
            <w:r w:rsidRPr="00CB7301">
              <w:rPr>
                <w:rFonts w:ascii="Arial" w:hAnsi="Arial" w:cs="Arial"/>
                <w:lang w:val="en-GB"/>
              </w:rPr>
              <w:t>Product_files</w:t>
            </w:r>
            <w:proofErr w:type="spellEnd"/>
            <w:r w:rsidRPr="00CB7301">
              <w:rPr>
                <w:rFonts w:ascii="Arial" w:hAnsi="Arial" w:cs="Arial"/>
                <w:lang w:val="en-GB"/>
              </w:rPr>
              <w:t>/s-l9604.jpg"</w:t>
            </w:r>
          </w:p>
          <w:p w14:paraId="2B97E5B9" w14:textId="77777777" w:rsidR="00CB7301" w:rsidRPr="00CB7301" w:rsidRDefault="00CB7301" w:rsidP="00CB7301">
            <w:pPr>
              <w:rPr>
                <w:rFonts w:ascii="Arial" w:hAnsi="Arial" w:cs="Arial"/>
                <w:lang w:val="en-GB"/>
              </w:rPr>
            </w:pPr>
            <w:r w:rsidRPr="00CB7301">
              <w:rPr>
                <w:rFonts w:ascii="Arial" w:hAnsi="Arial" w:cs="Arial"/>
                <w:lang w:val="en-GB"/>
              </w:rPr>
              <w:t>                        alt="Mountain Bike"</w:t>
            </w:r>
          </w:p>
          <w:p w14:paraId="7D54B4D5" w14:textId="77777777" w:rsidR="00CB7301" w:rsidRPr="00CB7301" w:rsidRDefault="00CB7301" w:rsidP="00CB7301">
            <w:pPr>
              <w:rPr>
                <w:rFonts w:ascii="Arial" w:hAnsi="Arial" w:cs="Arial"/>
                <w:lang w:val="en-GB"/>
              </w:rPr>
            </w:pPr>
            <w:r w:rsidRPr="00CB7301">
              <w:rPr>
                <w:rFonts w:ascii="Arial" w:hAnsi="Arial" w:cs="Arial"/>
                <w:lang w:val="en-GB"/>
              </w:rPr>
              <w:t>                    &gt;</w:t>
            </w:r>
          </w:p>
          <w:p w14:paraId="35AA4C49" w14:textId="77777777" w:rsidR="00CB7301" w:rsidRPr="00CB7301" w:rsidRDefault="00CB7301" w:rsidP="00CB7301">
            <w:pPr>
              <w:rPr>
                <w:rFonts w:ascii="Arial" w:hAnsi="Arial" w:cs="Arial"/>
                <w:lang w:val="en-GB"/>
              </w:rPr>
            </w:pPr>
            <w:r w:rsidRPr="00CB7301">
              <w:rPr>
                <w:rFonts w:ascii="Arial" w:hAnsi="Arial" w:cs="Arial"/>
                <w:lang w:val="en-GB"/>
              </w:rPr>
              <w:t>                &lt;/p&gt;</w:t>
            </w:r>
          </w:p>
          <w:p w14:paraId="613D5E90"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0A61B68C" w14:textId="77777777" w:rsidR="00CB7301" w:rsidRPr="00CB7301" w:rsidRDefault="00CB7301" w:rsidP="00CB7301">
            <w:pPr>
              <w:rPr>
                <w:rFonts w:ascii="Arial" w:hAnsi="Arial" w:cs="Arial"/>
                <w:lang w:val="en-GB"/>
              </w:rPr>
            </w:pPr>
          </w:p>
          <w:p w14:paraId="61A4D27A"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0B2B8650" w14:textId="77777777" w:rsidR="00CB7301" w:rsidRPr="00CB7301" w:rsidRDefault="00CB7301" w:rsidP="00CB7301">
            <w:pPr>
              <w:rPr>
                <w:rFonts w:ascii="Arial" w:hAnsi="Arial" w:cs="Arial"/>
                <w:lang w:val="en-GB"/>
              </w:rPr>
            </w:pPr>
            <w:r w:rsidRPr="00CB7301">
              <w:rPr>
                <w:rFonts w:ascii="Arial" w:hAnsi="Arial" w:cs="Arial"/>
                <w:lang w:val="en-GB"/>
              </w:rPr>
              <w:t>                &lt;p&gt;</w:t>
            </w:r>
          </w:p>
          <w:p w14:paraId="1FCC656F" w14:textId="77777777" w:rsidR="00CB7301" w:rsidRPr="00CB7301" w:rsidRDefault="00CB7301" w:rsidP="00CB7301">
            <w:pPr>
              <w:rPr>
                <w:rFonts w:ascii="Arial" w:hAnsi="Arial" w:cs="Arial"/>
                <w:lang w:val="en-GB"/>
              </w:rPr>
            </w:pPr>
            <w:r w:rsidRPr="00CB7301">
              <w:rPr>
                <w:rFonts w:ascii="Arial" w:hAnsi="Arial" w:cs="Arial"/>
                <w:lang w:val="en-GB"/>
              </w:rPr>
              <w:t>                    £1300.00</w:t>
            </w:r>
          </w:p>
          <w:p w14:paraId="7F5C19E7" w14:textId="77777777" w:rsidR="00CB7301" w:rsidRPr="00CB7301" w:rsidRDefault="00CB7301" w:rsidP="00CB7301">
            <w:pPr>
              <w:rPr>
                <w:rFonts w:ascii="Arial" w:hAnsi="Arial" w:cs="Arial"/>
                <w:lang w:val="en-GB"/>
              </w:rPr>
            </w:pPr>
            <w:r w:rsidRPr="00CB7301">
              <w:rPr>
                <w:rFonts w:ascii="Arial" w:hAnsi="Arial" w:cs="Arial"/>
                <w:lang w:val="en-GB"/>
              </w:rPr>
              <w:t>                &lt;/p&gt;</w:t>
            </w:r>
          </w:p>
          <w:p w14:paraId="0B5AB72C"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3231B707" w14:textId="77777777" w:rsidR="00CB7301" w:rsidRPr="00CB7301" w:rsidRDefault="00CB7301" w:rsidP="00CB7301">
            <w:pPr>
              <w:rPr>
                <w:rFonts w:ascii="Arial" w:hAnsi="Arial" w:cs="Arial"/>
                <w:lang w:val="en-GB"/>
              </w:rPr>
            </w:pPr>
          </w:p>
          <w:p w14:paraId="3847492E"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21CF480C" w14:textId="77777777" w:rsidR="00CB7301" w:rsidRPr="00CB7301" w:rsidRDefault="00CB7301" w:rsidP="00CB7301">
            <w:pPr>
              <w:rPr>
                <w:rFonts w:ascii="Arial" w:hAnsi="Arial" w:cs="Arial"/>
                <w:lang w:val="en-GB"/>
              </w:rPr>
            </w:pPr>
            <w:r w:rsidRPr="00CB7301">
              <w:rPr>
                <w:rFonts w:ascii="Arial" w:hAnsi="Arial" w:cs="Arial"/>
                <w:lang w:val="en-GB"/>
              </w:rPr>
              <w:t>                &lt;p&gt;</w:t>
            </w:r>
          </w:p>
          <w:p w14:paraId="280BC223" w14:textId="77777777" w:rsidR="00CB7301" w:rsidRPr="00CB7301" w:rsidRDefault="00CB7301" w:rsidP="00CB7301">
            <w:pPr>
              <w:rPr>
                <w:rFonts w:ascii="Arial" w:hAnsi="Arial" w:cs="Arial"/>
                <w:lang w:val="en-GB"/>
              </w:rPr>
            </w:pPr>
            <w:r w:rsidRPr="00CB7301">
              <w:rPr>
                <w:rFonts w:ascii="Arial" w:hAnsi="Arial" w:cs="Arial"/>
                <w:lang w:val="en-GB"/>
              </w:rPr>
              <w:t>                    &lt;input</w:t>
            </w:r>
          </w:p>
          <w:p w14:paraId="66238105" w14:textId="77777777" w:rsidR="00CB7301" w:rsidRPr="00CB7301" w:rsidRDefault="00CB7301" w:rsidP="00CB7301">
            <w:pPr>
              <w:rPr>
                <w:rFonts w:ascii="Arial" w:hAnsi="Arial" w:cs="Arial"/>
                <w:lang w:val="en-GB"/>
              </w:rPr>
            </w:pPr>
            <w:r w:rsidRPr="00CB7301">
              <w:rPr>
                <w:rFonts w:ascii="Arial" w:hAnsi="Arial" w:cs="Arial"/>
                <w:lang w:val="en-GB"/>
              </w:rPr>
              <w:t>                        type="checkbox"</w:t>
            </w:r>
          </w:p>
          <w:p w14:paraId="7B198184" w14:textId="77777777" w:rsidR="00CB7301" w:rsidRPr="00CB7301" w:rsidRDefault="00CB7301" w:rsidP="00CB7301">
            <w:pPr>
              <w:rPr>
                <w:rFonts w:ascii="Arial" w:hAnsi="Arial" w:cs="Arial"/>
                <w:lang w:val="en-GB"/>
              </w:rPr>
            </w:pPr>
            <w:r w:rsidRPr="00CB7301">
              <w:rPr>
                <w:rFonts w:ascii="Arial" w:hAnsi="Arial" w:cs="Arial"/>
                <w:lang w:val="en-GB"/>
              </w:rPr>
              <w:t>                        id="buy3"</w:t>
            </w:r>
          </w:p>
          <w:p w14:paraId="1C8AA9F4" w14:textId="77777777" w:rsidR="00CB7301" w:rsidRPr="00CB7301" w:rsidRDefault="00CB7301" w:rsidP="00CB7301">
            <w:pPr>
              <w:rPr>
                <w:rFonts w:ascii="Arial" w:hAnsi="Arial" w:cs="Arial"/>
                <w:lang w:val="en-GB"/>
              </w:rPr>
            </w:pPr>
            <w:r w:rsidRPr="00CB7301">
              <w:rPr>
                <w:rFonts w:ascii="Arial" w:hAnsi="Arial" w:cs="Arial"/>
                <w:lang w:val="en-GB"/>
              </w:rPr>
              <w:t>                        name="basket"</w:t>
            </w:r>
          </w:p>
          <w:p w14:paraId="0EA6B901" w14:textId="77777777" w:rsidR="00CB7301" w:rsidRPr="00CB7301" w:rsidRDefault="00CB7301" w:rsidP="00CB7301">
            <w:pPr>
              <w:rPr>
                <w:rFonts w:ascii="Arial" w:hAnsi="Arial" w:cs="Arial"/>
                <w:lang w:val="en-GB"/>
              </w:rPr>
            </w:pPr>
            <w:r w:rsidRPr="00CB7301">
              <w:rPr>
                <w:rFonts w:ascii="Arial" w:hAnsi="Arial" w:cs="Arial"/>
                <w:lang w:val="en-GB"/>
              </w:rPr>
              <w:t>                        value="13"</w:t>
            </w:r>
          </w:p>
          <w:p w14:paraId="2D141A28" w14:textId="77777777" w:rsidR="00CB7301" w:rsidRPr="00CB7301" w:rsidRDefault="00CB7301" w:rsidP="00CB7301">
            <w:pPr>
              <w:rPr>
                <w:rFonts w:ascii="Arial" w:hAnsi="Arial" w:cs="Arial"/>
                <w:lang w:val="en-GB"/>
              </w:rPr>
            </w:pPr>
            <w:r w:rsidRPr="00CB7301">
              <w:rPr>
                <w:rFonts w:ascii="Arial" w:hAnsi="Arial" w:cs="Arial"/>
                <w:lang w:val="en-GB"/>
              </w:rPr>
              <w:t>                    &gt;</w:t>
            </w:r>
          </w:p>
          <w:p w14:paraId="773C2C3F" w14:textId="77777777" w:rsidR="00CB7301" w:rsidRPr="00CB7301" w:rsidRDefault="00CB7301" w:rsidP="00CB7301">
            <w:pPr>
              <w:rPr>
                <w:rFonts w:ascii="Arial" w:hAnsi="Arial" w:cs="Arial"/>
                <w:lang w:val="en-GB"/>
              </w:rPr>
            </w:pPr>
            <w:r w:rsidRPr="00CB7301">
              <w:rPr>
                <w:rFonts w:ascii="Arial" w:hAnsi="Arial" w:cs="Arial"/>
                <w:lang w:val="en-GB"/>
              </w:rPr>
              <w:t>                    Add to Basket</w:t>
            </w:r>
          </w:p>
          <w:p w14:paraId="5A7A642C" w14:textId="77777777" w:rsidR="00CB7301" w:rsidRPr="00CB7301" w:rsidRDefault="00CB7301" w:rsidP="00CB7301">
            <w:pPr>
              <w:rPr>
                <w:rFonts w:ascii="Arial" w:hAnsi="Arial" w:cs="Arial"/>
                <w:lang w:val="en-GB"/>
              </w:rPr>
            </w:pPr>
            <w:r w:rsidRPr="00CB7301">
              <w:rPr>
                <w:rFonts w:ascii="Arial" w:hAnsi="Arial" w:cs="Arial"/>
                <w:lang w:val="en-GB"/>
              </w:rPr>
              <w:t>                &lt;/p&gt;</w:t>
            </w:r>
          </w:p>
          <w:p w14:paraId="2461CC6B"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56EBF5F1" w14:textId="77777777" w:rsidR="00CB7301" w:rsidRPr="00CB7301" w:rsidRDefault="00CB7301" w:rsidP="00CB7301">
            <w:pPr>
              <w:rPr>
                <w:rFonts w:ascii="Arial" w:hAnsi="Arial" w:cs="Arial"/>
                <w:lang w:val="en-GB"/>
              </w:rPr>
            </w:pPr>
            <w:r w:rsidRPr="00CB7301">
              <w:rPr>
                <w:rFonts w:ascii="Arial" w:hAnsi="Arial" w:cs="Arial"/>
                <w:lang w:val="en-GB"/>
              </w:rPr>
              <w:t>        &lt;/tr&gt;</w:t>
            </w:r>
          </w:p>
          <w:p w14:paraId="35470CEC" w14:textId="77777777" w:rsidR="00CB7301" w:rsidRPr="00CB7301" w:rsidRDefault="00CB7301" w:rsidP="00CB7301">
            <w:pPr>
              <w:rPr>
                <w:rFonts w:ascii="Arial" w:hAnsi="Arial" w:cs="Arial"/>
                <w:lang w:val="en-GB"/>
              </w:rPr>
            </w:pPr>
          </w:p>
          <w:p w14:paraId="01C78292" w14:textId="77777777" w:rsidR="00CB7301" w:rsidRPr="00CB7301" w:rsidRDefault="00CB7301" w:rsidP="00CB7301">
            <w:pPr>
              <w:rPr>
                <w:rFonts w:ascii="Arial" w:hAnsi="Arial" w:cs="Arial"/>
                <w:lang w:val="en-GB"/>
              </w:rPr>
            </w:pPr>
            <w:r w:rsidRPr="00CB7301">
              <w:rPr>
                <w:rFonts w:ascii="Arial" w:hAnsi="Arial" w:cs="Arial"/>
                <w:lang w:val="en-GB"/>
              </w:rPr>
              <w:t>        &lt;tr&gt;</w:t>
            </w:r>
          </w:p>
          <w:p w14:paraId="5DE8BD6E"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44B80D1D" w14:textId="77777777" w:rsidR="00CB7301" w:rsidRPr="00CB7301" w:rsidRDefault="00CB7301" w:rsidP="00CB7301">
            <w:pPr>
              <w:rPr>
                <w:rFonts w:ascii="Arial" w:hAnsi="Arial" w:cs="Arial"/>
                <w:lang w:val="en-GB"/>
              </w:rPr>
            </w:pPr>
            <w:r w:rsidRPr="00CB7301">
              <w:rPr>
                <w:rFonts w:ascii="Arial" w:hAnsi="Arial" w:cs="Arial"/>
                <w:lang w:val="en-GB"/>
              </w:rPr>
              <w:t>                &lt;p&gt;</w:t>
            </w:r>
          </w:p>
          <w:p w14:paraId="63DBEE72" w14:textId="77777777" w:rsidR="00CB7301" w:rsidRPr="00CB7301" w:rsidRDefault="00CB7301" w:rsidP="00CB7301">
            <w:pPr>
              <w:rPr>
                <w:rFonts w:ascii="Arial" w:hAnsi="Arial" w:cs="Arial"/>
                <w:lang w:val="en-GB"/>
              </w:rPr>
            </w:pPr>
            <w:r w:rsidRPr="00CB7301">
              <w:rPr>
                <w:rFonts w:ascii="Arial" w:hAnsi="Arial" w:cs="Arial"/>
                <w:lang w:val="en-GB"/>
              </w:rPr>
              <w:t>                    &lt;b&gt;Bed with mattress&lt;/b&gt;</w:t>
            </w:r>
          </w:p>
          <w:p w14:paraId="07576E40" w14:textId="77777777" w:rsidR="00CB7301" w:rsidRPr="00CB7301" w:rsidRDefault="00CB7301" w:rsidP="00CB7301">
            <w:pPr>
              <w:rPr>
                <w:rFonts w:ascii="Arial" w:hAnsi="Arial" w:cs="Arial"/>
                <w:lang w:val="en-GB"/>
              </w:rPr>
            </w:pPr>
            <w:r w:rsidRPr="00CB7301">
              <w:rPr>
                <w:rFonts w:ascii="Arial" w:hAnsi="Arial" w:cs="Arial"/>
                <w:lang w:val="en-GB"/>
              </w:rPr>
              <w:t>                &lt;/p&gt;</w:t>
            </w:r>
          </w:p>
          <w:p w14:paraId="402D30C4"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20B4ACCA" w14:textId="77777777" w:rsidR="00CB7301" w:rsidRPr="00CB7301" w:rsidRDefault="00CB7301" w:rsidP="00CB7301">
            <w:pPr>
              <w:rPr>
                <w:rFonts w:ascii="Arial" w:hAnsi="Arial" w:cs="Arial"/>
                <w:lang w:val="en-GB"/>
              </w:rPr>
            </w:pPr>
          </w:p>
          <w:p w14:paraId="4E559633"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4470140B" w14:textId="77777777" w:rsidR="00CB7301" w:rsidRPr="00CB7301" w:rsidRDefault="00CB7301" w:rsidP="00CB7301">
            <w:pPr>
              <w:rPr>
                <w:rFonts w:ascii="Arial" w:hAnsi="Arial" w:cs="Arial"/>
                <w:lang w:val="en-GB"/>
              </w:rPr>
            </w:pPr>
            <w:r w:rsidRPr="00CB7301">
              <w:rPr>
                <w:rFonts w:ascii="Arial" w:hAnsi="Arial" w:cs="Arial"/>
                <w:lang w:val="en-GB"/>
              </w:rPr>
              <w:t>                &lt;p&gt;</w:t>
            </w:r>
          </w:p>
          <w:p w14:paraId="1ABDCAF5" w14:textId="77777777" w:rsidR="00CB7301" w:rsidRPr="00CB7301" w:rsidRDefault="00CB7301" w:rsidP="00CB7301">
            <w:pPr>
              <w:rPr>
                <w:rFonts w:ascii="Arial" w:hAnsi="Arial" w:cs="Arial"/>
                <w:lang w:val="en-GB"/>
              </w:rPr>
            </w:pPr>
            <w:r w:rsidRPr="00CB7301">
              <w:rPr>
                <w:rFonts w:ascii="Arial" w:hAnsi="Arial" w:cs="Arial"/>
                <w:lang w:val="en-GB"/>
              </w:rPr>
              <w:t xml:space="preserve">                    King size </w:t>
            </w:r>
            <w:proofErr w:type="spellStart"/>
            <w:r w:rsidRPr="00CB7301">
              <w:rPr>
                <w:rFonts w:ascii="Arial" w:hAnsi="Arial" w:cs="Arial"/>
                <w:lang w:val="en-GB"/>
              </w:rPr>
              <w:t>Sleepeeze</w:t>
            </w:r>
            <w:proofErr w:type="spellEnd"/>
            <w:r w:rsidRPr="00CB7301">
              <w:rPr>
                <w:rFonts w:ascii="Arial" w:hAnsi="Arial" w:cs="Arial"/>
                <w:lang w:val="en-GB"/>
              </w:rPr>
              <w:t xml:space="preserve"> bed with mattress</w:t>
            </w:r>
          </w:p>
          <w:p w14:paraId="7E1FCE20" w14:textId="77777777" w:rsidR="00CB7301" w:rsidRPr="00CB7301" w:rsidRDefault="00CB7301" w:rsidP="00CB7301">
            <w:pPr>
              <w:rPr>
                <w:rFonts w:ascii="Arial" w:hAnsi="Arial" w:cs="Arial"/>
                <w:lang w:val="en-GB"/>
              </w:rPr>
            </w:pPr>
            <w:r w:rsidRPr="00CB7301">
              <w:rPr>
                <w:rFonts w:ascii="Arial" w:hAnsi="Arial" w:cs="Arial"/>
                <w:lang w:val="en-GB"/>
              </w:rPr>
              <w:t>                &lt;/p&gt;</w:t>
            </w:r>
          </w:p>
          <w:p w14:paraId="25339983"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4795020B" w14:textId="77777777" w:rsidR="00CB7301" w:rsidRPr="00CB7301" w:rsidRDefault="00CB7301" w:rsidP="00CB7301">
            <w:pPr>
              <w:rPr>
                <w:rFonts w:ascii="Arial" w:hAnsi="Arial" w:cs="Arial"/>
                <w:lang w:val="en-GB"/>
              </w:rPr>
            </w:pPr>
          </w:p>
          <w:p w14:paraId="3A7C3677"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4A423E3C" w14:textId="77777777" w:rsidR="00CB7301" w:rsidRPr="00CB7301" w:rsidRDefault="00CB7301" w:rsidP="00CB7301">
            <w:pPr>
              <w:rPr>
                <w:rFonts w:ascii="Arial" w:hAnsi="Arial" w:cs="Arial"/>
                <w:lang w:val="en-GB"/>
              </w:rPr>
            </w:pPr>
            <w:r w:rsidRPr="00CB7301">
              <w:rPr>
                <w:rFonts w:ascii="Arial" w:hAnsi="Arial" w:cs="Arial"/>
                <w:lang w:val="en-GB"/>
              </w:rPr>
              <w:t>                &lt;p&gt;</w:t>
            </w:r>
          </w:p>
          <w:p w14:paraId="6A5A56D1" w14:textId="77777777" w:rsidR="00CB7301" w:rsidRPr="00CB7301" w:rsidRDefault="00CB7301" w:rsidP="00CB7301">
            <w:pPr>
              <w:rPr>
                <w:rFonts w:ascii="Arial" w:hAnsi="Arial" w:cs="Arial"/>
                <w:lang w:val="en-GB"/>
              </w:rPr>
            </w:pPr>
            <w:r w:rsidRPr="00CB7301">
              <w:rPr>
                <w:rFonts w:ascii="Arial" w:hAnsi="Arial" w:cs="Arial"/>
                <w:lang w:val="en-GB"/>
              </w:rPr>
              <w:t>                    DONATE</w:t>
            </w:r>
          </w:p>
          <w:p w14:paraId="26C173A8" w14:textId="77777777" w:rsidR="00CB7301" w:rsidRPr="00CB7301" w:rsidRDefault="00CB7301" w:rsidP="00CB7301">
            <w:pPr>
              <w:rPr>
                <w:rFonts w:ascii="Arial" w:hAnsi="Arial" w:cs="Arial"/>
                <w:lang w:val="en-GB"/>
              </w:rPr>
            </w:pPr>
            <w:r w:rsidRPr="00CB7301">
              <w:rPr>
                <w:rFonts w:ascii="Arial" w:hAnsi="Arial" w:cs="Arial"/>
                <w:lang w:val="en-GB"/>
              </w:rPr>
              <w:t>                &lt;/p&gt;</w:t>
            </w:r>
          </w:p>
          <w:p w14:paraId="667EC4CD"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2850E555" w14:textId="77777777" w:rsidR="00CB7301" w:rsidRPr="00CB7301" w:rsidRDefault="00CB7301" w:rsidP="00CB7301">
            <w:pPr>
              <w:rPr>
                <w:rFonts w:ascii="Arial" w:hAnsi="Arial" w:cs="Arial"/>
                <w:lang w:val="en-GB"/>
              </w:rPr>
            </w:pPr>
          </w:p>
          <w:p w14:paraId="427AC732"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7B38906B" w14:textId="77777777" w:rsidR="00CB7301" w:rsidRPr="00CB7301" w:rsidRDefault="00CB7301" w:rsidP="00CB7301">
            <w:pPr>
              <w:rPr>
                <w:rFonts w:ascii="Arial" w:hAnsi="Arial" w:cs="Arial"/>
                <w:lang w:val="en-GB"/>
              </w:rPr>
            </w:pPr>
            <w:r w:rsidRPr="00CB7301">
              <w:rPr>
                <w:rFonts w:ascii="Arial" w:hAnsi="Arial" w:cs="Arial"/>
                <w:lang w:val="en-GB"/>
              </w:rPr>
              <w:t>                &lt;p&gt;</w:t>
            </w:r>
          </w:p>
          <w:p w14:paraId="44094F1C" w14:textId="77777777" w:rsidR="00CB7301" w:rsidRPr="00CB7301" w:rsidRDefault="00CB7301" w:rsidP="00CB7301">
            <w:pPr>
              <w:rPr>
                <w:rFonts w:ascii="Arial" w:hAnsi="Arial" w:cs="Arial"/>
                <w:lang w:val="en-GB"/>
              </w:rPr>
            </w:pPr>
            <w:r w:rsidRPr="00CB7301">
              <w:rPr>
                <w:rFonts w:ascii="Arial" w:hAnsi="Arial" w:cs="Arial"/>
                <w:lang w:val="en-GB"/>
              </w:rPr>
              <w:t>                    &lt;img</w:t>
            </w:r>
          </w:p>
          <w:p w14:paraId="342CB0ED" w14:textId="77777777" w:rsidR="00CB7301" w:rsidRPr="00CB7301" w:rsidRDefault="00CB7301" w:rsidP="00CB7301">
            <w:pPr>
              <w:rPr>
                <w:rFonts w:ascii="Arial" w:hAnsi="Arial" w:cs="Arial"/>
                <w:lang w:val="en-GB"/>
              </w:rPr>
            </w:pPr>
            <w:r w:rsidRPr="00CB7301">
              <w:rPr>
                <w:rFonts w:ascii="Arial" w:hAnsi="Arial" w:cs="Arial"/>
                <w:lang w:val="en-GB"/>
              </w:rPr>
              <w:t>                        width="150"</w:t>
            </w:r>
          </w:p>
          <w:p w14:paraId="318C4013" w14:textId="77777777" w:rsidR="00CB7301" w:rsidRPr="00CB7301" w:rsidRDefault="00CB7301" w:rsidP="00CB7301">
            <w:pPr>
              <w:rPr>
                <w:rFonts w:ascii="Arial" w:hAnsi="Arial" w:cs="Arial"/>
                <w:lang w:val="en-GB"/>
              </w:rPr>
            </w:pPr>
            <w:r w:rsidRPr="00CB7301">
              <w:rPr>
                <w:rFonts w:ascii="Arial" w:hAnsi="Arial" w:cs="Arial"/>
                <w:lang w:val="en-GB"/>
              </w:rPr>
              <w:t>                        height="119"</w:t>
            </w:r>
          </w:p>
          <w:p w14:paraId="6C82F9C8" w14:textId="77777777" w:rsidR="00CB7301" w:rsidRPr="00CB7301" w:rsidRDefault="00CB7301" w:rsidP="00CB7301">
            <w:pPr>
              <w:rPr>
                <w:rFonts w:ascii="Arial" w:hAnsi="Arial" w:cs="Arial"/>
                <w:lang w:val="en-GB"/>
              </w:rPr>
            </w:pPr>
            <w:r w:rsidRPr="00CB7301">
              <w:rPr>
                <w:rFonts w:ascii="Arial" w:hAnsi="Arial" w:cs="Arial"/>
                <w:lang w:val="en-GB"/>
              </w:rPr>
              <w:t xml:space="preserve">                        </w:t>
            </w:r>
            <w:proofErr w:type="spellStart"/>
            <w:r w:rsidRPr="00CB7301">
              <w:rPr>
                <w:rFonts w:ascii="Arial" w:hAnsi="Arial" w:cs="Arial"/>
                <w:lang w:val="en-GB"/>
              </w:rPr>
              <w:t>src</w:t>
            </w:r>
            <w:proofErr w:type="spellEnd"/>
            <w:r w:rsidRPr="00CB7301">
              <w:rPr>
                <w:rFonts w:ascii="Arial" w:hAnsi="Arial" w:cs="Arial"/>
                <w:lang w:val="en-GB"/>
              </w:rPr>
              <w:t>="</w:t>
            </w:r>
            <w:proofErr w:type="spellStart"/>
            <w:r w:rsidRPr="00CB7301">
              <w:rPr>
                <w:rFonts w:ascii="Arial" w:hAnsi="Arial" w:cs="Arial"/>
                <w:lang w:val="en-GB"/>
              </w:rPr>
              <w:t>Product_files</w:t>
            </w:r>
            <w:proofErr w:type="spellEnd"/>
            <w:r w:rsidRPr="00CB7301">
              <w:rPr>
                <w:rFonts w:ascii="Arial" w:hAnsi="Arial" w:cs="Arial"/>
                <w:lang w:val="en-GB"/>
              </w:rPr>
              <w:t>/s-l500.jpg"</w:t>
            </w:r>
          </w:p>
          <w:p w14:paraId="77B56889" w14:textId="77777777" w:rsidR="00CB7301" w:rsidRPr="00CB7301" w:rsidRDefault="00CB7301" w:rsidP="00CB7301">
            <w:pPr>
              <w:rPr>
                <w:rFonts w:ascii="Arial" w:hAnsi="Arial" w:cs="Arial"/>
                <w:lang w:val="en-GB"/>
              </w:rPr>
            </w:pPr>
            <w:r w:rsidRPr="00CB7301">
              <w:rPr>
                <w:rFonts w:ascii="Arial" w:hAnsi="Arial" w:cs="Arial"/>
                <w:lang w:val="en-GB"/>
              </w:rPr>
              <w:t>                        alt="Bed with mattress"</w:t>
            </w:r>
          </w:p>
          <w:p w14:paraId="05784BC8" w14:textId="77777777" w:rsidR="00CB7301" w:rsidRPr="00CB7301" w:rsidRDefault="00CB7301" w:rsidP="00CB7301">
            <w:pPr>
              <w:rPr>
                <w:rFonts w:ascii="Arial" w:hAnsi="Arial" w:cs="Arial"/>
                <w:lang w:val="en-GB"/>
              </w:rPr>
            </w:pPr>
            <w:r w:rsidRPr="00CB7301">
              <w:rPr>
                <w:rFonts w:ascii="Arial" w:hAnsi="Arial" w:cs="Arial"/>
                <w:lang w:val="en-GB"/>
              </w:rPr>
              <w:t>                    &gt;</w:t>
            </w:r>
          </w:p>
          <w:p w14:paraId="72FFDC71" w14:textId="77777777" w:rsidR="00CB7301" w:rsidRPr="00CB7301" w:rsidRDefault="00CB7301" w:rsidP="00CB7301">
            <w:pPr>
              <w:rPr>
                <w:rFonts w:ascii="Arial" w:hAnsi="Arial" w:cs="Arial"/>
                <w:lang w:val="en-GB"/>
              </w:rPr>
            </w:pPr>
            <w:r w:rsidRPr="00CB7301">
              <w:rPr>
                <w:rFonts w:ascii="Arial" w:hAnsi="Arial" w:cs="Arial"/>
                <w:lang w:val="en-GB"/>
              </w:rPr>
              <w:t>                &lt;/p&gt;</w:t>
            </w:r>
          </w:p>
          <w:p w14:paraId="5CB8E25F"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3BD13226" w14:textId="77777777" w:rsidR="00CB7301" w:rsidRPr="00CB7301" w:rsidRDefault="00CB7301" w:rsidP="00CB7301">
            <w:pPr>
              <w:rPr>
                <w:rFonts w:ascii="Arial" w:hAnsi="Arial" w:cs="Arial"/>
                <w:lang w:val="en-GB"/>
              </w:rPr>
            </w:pPr>
          </w:p>
          <w:p w14:paraId="637DBB43"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6985E2E9" w14:textId="77777777" w:rsidR="00CB7301" w:rsidRPr="00CB7301" w:rsidRDefault="00CB7301" w:rsidP="00CB7301">
            <w:pPr>
              <w:rPr>
                <w:rFonts w:ascii="Arial" w:hAnsi="Arial" w:cs="Arial"/>
                <w:lang w:val="en-GB"/>
              </w:rPr>
            </w:pPr>
            <w:r w:rsidRPr="00CB7301">
              <w:rPr>
                <w:rFonts w:ascii="Arial" w:hAnsi="Arial" w:cs="Arial"/>
                <w:lang w:val="en-GB"/>
              </w:rPr>
              <w:t>                &lt;p&gt;</w:t>
            </w:r>
          </w:p>
          <w:p w14:paraId="505F0239" w14:textId="77777777" w:rsidR="00CB7301" w:rsidRPr="00CB7301" w:rsidRDefault="00CB7301" w:rsidP="00CB7301">
            <w:pPr>
              <w:rPr>
                <w:rFonts w:ascii="Arial" w:hAnsi="Arial" w:cs="Arial"/>
                <w:lang w:val="en-GB"/>
              </w:rPr>
            </w:pPr>
            <w:r w:rsidRPr="00CB7301">
              <w:rPr>
                <w:rFonts w:ascii="Arial" w:hAnsi="Arial" w:cs="Arial"/>
                <w:lang w:val="en-GB"/>
              </w:rPr>
              <w:t>                    £0.00</w:t>
            </w:r>
          </w:p>
          <w:p w14:paraId="67E52F07" w14:textId="77777777" w:rsidR="00CB7301" w:rsidRPr="00CB7301" w:rsidRDefault="00CB7301" w:rsidP="00CB7301">
            <w:pPr>
              <w:rPr>
                <w:rFonts w:ascii="Arial" w:hAnsi="Arial" w:cs="Arial"/>
                <w:lang w:val="en-GB"/>
              </w:rPr>
            </w:pPr>
            <w:r w:rsidRPr="00CB7301">
              <w:rPr>
                <w:rFonts w:ascii="Arial" w:hAnsi="Arial" w:cs="Arial"/>
                <w:lang w:val="en-GB"/>
              </w:rPr>
              <w:t>                &lt;/p&gt;</w:t>
            </w:r>
          </w:p>
          <w:p w14:paraId="5E4A1614"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5B3DE4BE" w14:textId="77777777" w:rsidR="00CB7301" w:rsidRPr="00CB7301" w:rsidRDefault="00CB7301" w:rsidP="00CB7301">
            <w:pPr>
              <w:rPr>
                <w:rFonts w:ascii="Arial" w:hAnsi="Arial" w:cs="Arial"/>
                <w:lang w:val="en-GB"/>
              </w:rPr>
            </w:pPr>
          </w:p>
          <w:p w14:paraId="707D20F1"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0B65A82D" w14:textId="77777777" w:rsidR="00CB7301" w:rsidRPr="00CB7301" w:rsidRDefault="00CB7301" w:rsidP="00CB7301">
            <w:pPr>
              <w:rPr>
                <w:rFonts w:ascii="Arial" w:hAnsi="Arial" w:cs="Arial"/>
                <w:lang w:val="en-GB"/>
              </w:rPr>
            </w:pPr>
            <w:r w:rsidRPr="00CB7301">
              <w:rPr>
                <w:rFonts w:ascii="Arial" w:hAnsi="Arial" w:cs="Arial"/>
                <w:lang w:val="en-GB"/>
              </w:rPr>
              <w:t>                &lt;p&gt;</w:t>
            </w:r>
          </w:p>
          <w:p w14:paraId="55F18C1B" w14:textId="77777777" w:rsidR="00CB7301" w:rsidRPr="00CB7301" w:rsidRDefault="00CB7301" w:rsidP="00CB7301">
            <w:pPr>
              <w:rPr>
                <w:rFonts w:ascii="Arial" w:hAnsi="Arial" w:cs="Arial"/>
                <w:lang w:val="en-GB"/>
              </w:rPr>
            </w:pPr>
            <w:r w:rsidRPr="00CB7301">
              <w:rPr>
                <w:rFonts w:ascii="Arial" w:hAnsi="Arial" w:cs="Arial"/>
                <w:lang w:val="en-GB"/>
              </w:rPr>
              <w:t>                    &lt;input</w:t>
            </w:r>
          </w:p>
          <w:p w14:paraId="2E98C5C5" w14:textId="77777777" w:rsidR="00CB7301" w:rsidRPr="00CB7301" w:rsidRDefault="00CB7301" w:rsidP="00CB7301">
            <w:pPr>
              <w:rPr>
                <w:rFonts w:ascii="Arial" w:hAnsi="Arial" w:cs="Arial"/>
                <w:lang w:val="en-GB"/>
              </w:rPr>
            </w:pPr>
            <w:r w:rsidRPr="00CB7301">
              <w:rPr>
                <w:rFonts w:ascii="Arial" w:hAnsi="Arial" w:cs="Arial"/>
                <w:lang w:val="en-GB"/>
              </w:rPr>
              <w:t>                        type="checkbox"</w:t>
            </w:r>
          </w:p>
          <w:p w14:paraId="35E7E7DD" w14:textId="77777777" w:rsidR="00CB7301" w:rsidRPr="00CB7301" w:rsidRDefault="00CB7301" w:rsidP="00CB7301">
            <w:pPr>
              <w:rPr>
                <w:rFonts w:ascii="Arial" w:hAnsi="Arial" w:cs="Arial"/>
                <w:lang w:val="en-GB"/>
              </w:rPr>
            </w:pPr>
            <w:r w:rsidRPr="00CB7301">
              <w:rPr>
                <w:rFonts w:ascii="Arial" w:hAnsi="Arial" w:cs="Arial"/>
                <w:lang w:val="en-GB"/>
              </w:rPr>
              <w:t>                        id="buy4"</w:t>
            </w:r>
          </w:p>
          <w:p w14:paraId="1CB6E633" w14:textId="77777777" w:rsidR="00CB7301" w:rsidRPr="00CB7301" w:rsidRDefault="00CB7301" w:rsidP="00CB7301">
            <w:pPr>
              <w:rPr>
                <w:rFonts w:ascii="Arial" w:hAnsi="Arial" w:cs="Arial"/>
                <w:lang w:val="en-GB"/>
              </w:rPr>
            </w:pPr>
            <w:r w:rsidRPr="00CB7301">
              <w:rPr>
                <w:rFonts w:ascii="Arial" w:hAnsi="Arial" w:cs="Arial"/>
                <w:lang w:val="en-GB"/>
              </w:rPr>
              <w:t>                        name="basket"</w:t>
            </w:r>
          </w:p>
          <w:p w14:paraId="2FA9EEFF" w14:textId="77777777" w:rsidR="00CB7301" w:rsidRPr="00CB7301" w:rsidRDefault="00CB7301" w:rsidP="00CB7301">
            <w:pPr>
              <w:rPr>
                <w:rFonts w:ascii="Arial" w:hAnsi="Arial" w:cs="Arial"/>
                <w:lang w:val="en-GB"/>
              </w:rPr>
            </w:pPr>
            <w:r w:rsidRPr="00CB7301">
              <w:rPr>
                <w:rFonts w:ascii="Arial" w:hAnsi="Arial" w:cs="Arial"/>
                <w:lang w:val="en-GB"/>
              </w:rPr>
              <w:t>                        value="14"</w:t>
            </w:r>
          </w:p>
          <w:p w14:paraId="25427685" w14:textId="77777777" w:rsidR="00CB7301" w:rsidRPr="00CB7301" w:rsidRDefault="00CB7301" w:rsidP="00CB7301">
            <w:pPr>
              <w:rPr>
                <w:rFonts w:ascii="Arial" w:hAnsi="Arial" w:cs="Arial"/>
                <w:lang w:val="en-GB"/>
              </w:rPr>
            </w:pPr>
            <w:r w:rsidRPr="00CB7301">
              <w:rPr>
                <w:rFonts w:ascii="Arial" w:hAnsi="Arial" w:cs="Arial"/>
                <w:lang w:val="en-GB"/>
              </w:rPr>
              <w:t>                    &gt;</w:t>
            </w:r>
          </w:p>
          <w:p w14:paraId="01C9838B" w14:textId="77777777" w:rsidR="00CB7301" w:rsidRPr="00CB7301" w:rsidRDefault="00CB7301" w:rsidP="00CB7301">
            <w:pPr>
              <w:rPr>
                <w:rFonts w:ascii="Arial" w:hAnsi="Arial" w:cs="Arial"/>
                <w:lang w:val="en-GB"/>
              </w:rPr>
            </w:pPr>
            <w:r w:rsidRPr="00CB7301">
              <w:rPr>
                <w:rFonts w:ascii="Arial" w:hAnsi="Arial" w:cs="Arial"/>
                <w:lang w:val="en-GB"/>
              </w:rPr>
              <w:t>                    Add to Basket</w:t>
            </w:r>
          </w:p>
          <w:p w14:paraId="2AC819F4" w14:textId="77777777" w:rsidR="00CB7301" w:rsidRPr="00CB7301" w:rsidRDefault="00CB7301" w:rsidP="00CB7301">
            <w:pPr>
              <w:rPr>
                <w:rFonts w:ascii="Arial" w:hAnsi="Arial" w:cs="Arial"/>
                <w:lang w:val="en-GB"/>
              </w:rPr>
            </w:pPr>
            <w:r w:rsidRPr="00CB7301">
              <w:rPr>
                <w:rFonts w:ascii="Arial" w:hAnsi="Arial" w:cs="Arial"/>
                <w:lang w:val="en-GB"/>
              </w:rPr>
              <w:t>                &lt;/p&gt;</w:t>
            </w:r>
          </w:p>
          <w:p w14:paraId="599870CB" w14:textId="77777777" w:rsidR="00CB7301" w:rsidRPr="00CB7301" w:rsidRDefault="00CB7301" w:rsidP="00CB7301">
            <w:pPr>
              <w:rPr>
                <w:rFonts w:ascii="Arial" w:hAnsi="Arial" w:cs="Arial"/>
                <w:lang w:val="en-GB"/>
              </w:rPr>
            </w:pPr>
            <w:r w:rsidRPr="00CB7301">
              <w:rPr>
                <w:rFonts w:ascii="Arial" w:hAnsi="Arial" w:cs="Arial"/>
                <w:lang w:val="en-GB"/>
              </w:rPr>
              <w:t>            &lt;/td&gt;</w:t>
            </w:r>
          </w:p>
          <w:p w14:paraId="482C13B5" w14:textId="77777777" w:rsidR="00CB7301" w:rsidRPr="00CB7301" w:rsidRDefault="00CB7301" w:rsidP="00CB7301">
            <w:pPr>
              <w:rPr>
                <w:rFonts w:ascii="Arial" w:hAnsi="Arial" w:cs="Arial"/>
                <w:lang w:val="en-GB"/>
              </w:rPr>
            </w:pPr>
            <w:r w:rsidRPr="00CB7301">
              <w:rPr>
                <w:rFonts w:ascii="Arial" w:hAnsi="Arial" w:cs="Arial"/>
                <w:lang w:val="en-GB"/>
              </w:rPr>
              <w:t>        &lt;/tr&gt;</w:t>
            </w:r>
          </w:p>
          <w:p w14:paraId="5DFCD92C" w14:textId="77777777" w:rsidR="00CB7301" w:rsidRPr="00CB7301" w:rsidRDefault="00CB7301" w:rsidP="00CB7301">
            <w:pPr>
              <w:rPr>
                <w:rFonts w:ascii="Arial" w:hAnsi="Arial" w:cs="Arial"/>
                <w:lang w:val="en-GB"/>
              </w:rPr>
            </w:pPr>
          </w:p>
          <w:p w14:paraId="482465B2" w14:textId="77777777" w:rsidR="00CB7301" w:rsidRPr="00CB7301" w:rsidRDefault="00CB7301" w:rsidP="00CB7301">
            <w:pPr>
              <w:rPr>
                <w:rFonts w:ascii="Arial" w:hAnsi="Arial" w:cs="Arial"/>
                <w:lang w:val="en-GB"/>
              </w:rPr>
            </w:pPr>
            <w:r w:rsidRPr="00CB7301">
              <w:rPr>
                <w:rFonts w:ascii="Arial" w:hAnsi="Arial" w:cs="Arial"/>
                <w:lang w:val="en-GB"/>
              </w:rPr>
              <w:t>    &lt;/table&gt;</w:t>
            </w:r>
          </w:p>
          <w:p w14:paraId="375E290B" w14:textId="77777777" w:rsidR="00CB7301" w:rsidRPr="00CB7301" w:rsidRDefault="00CB7301" w:rsidP="00CB7301">
            <w:pPr>
              <w:rPr>
                <w:rFonts w:ascii="Arial" w:hAnsi="Arial" w:cs="Arial"/>
                <w:lang w:val="en-GB"/>
              </w:rPr>
            </w:pPr>
          </w:p>
          <w:p w14:paraId="32595A7F" w14:textId="77777777" w:rsidR="00CB7301" w:rsidRPr="00CB7301" w:rsidRDefault="00CB7301" w:rsidP="00CB7301">
            <w:pPr>
              <w:rPr>
                <w:rFonts w:ascii="Arial" w:hAnsi="Arial" w:cs="Arial"/>
                <w:lang w:val="en-GB"/>
              </w:rPr>
            </w:pPr>
            <w:r w:rsidRPr="00CB7301">
              <w:rPr>
                <w:rFonts w:ascii="Arial" w:hAnsi="Arial" w:cs="Arial"/>
                <w:lang w:val="en-GB"/>
              </w:rPr>
              <w:t>    &lt;div align="center"&gt;</w:t>
            </w:r>
          </w:p>
          <w:p w14:paraId="28F18943" w14:textId="77777777" w:rsidR="00CB7301" w:rsidRPr="00CB7301" w:rsidRDefault="00CB7301" w:rsidP="00CB7301">
            <w:pPr>
              <w:rPr>
                <w:rFonts w:ascii="Arial" w:hAnsi="Arial" w:cs="Arial"/>
                <w:lang w:val="en-GB"/>
              </w:rPr>
            </w:pPr>
          </w:p>
          <w:p w14:paraId="552BA1FC" w14:textId="77777777" w:rsidR="00CB7301" w:rsidRPr="00CB7301" w:rsidRDefault="00CB7301" w:rsidP="00CB7301">
            <w:pPr>
              <w:rPr>
                <w:rFonts w:ascii="Arial" w:hAnsi="Arial" w:cs="Arial"/>
                <w:lang w:val="en-GB"/>
              </w:rPr>
            </w:pPr>
            <w:r w:rsidRPr="00CB7301">
              <w:rPr>
                <w:rFonts w:ascii="Arial" w:hAnsi="Arial" w:cs="Arial"/>
                <w:lang w:val="en-GB"/>
              </w:rPr>
              <w:t>        &lt;button</w:t>
            </w:r>
          </w:p>
          <w:p w14:paraId="05F227CD" w14:textId="77777777" w:rsidR="00CB7301" w:rsidRPr="00CB7301" w:rsidRDefault="00CB7301" w:rsidP="00CB7301">
            <w:pPr>
              <w:rPr>
                <w:rFonts w:ascii="Arial" w:hAnsi="Arial" w:cs="Arial"/>
                <w:lang w:val="en-GB"/>
              </w:rPr>
            </w:pPr>
            <w:r w:rsidRPr="00CB7301">
              <w:rPr>
                <w:rFonts w:ascii="Arial" w:hAnsi="Arial" w:cs="Arial"/>
                <w:lang w:val="en-GB"/>
              </w:rPr>
              <w:t>            type="button"</w:t>
            </w:r>
          </w:p>
          <w:p w14:paraId="35EDA27D" w14:textId="77777777" w:rsidR="00CB7301" w:rsidRPr="00CB7301" w:rsidRDefault="00CB7301" w:rsidP="00CB7301">
            <w:pPr>
              <w:rPr>
                <w:rFonts w:ascii="Arial" w:hAnsi="Arial" w:cs="Arial"/>
                <w:lang w:val="en-GB"/>
              </w:rPr>
            </w:pPr>
            <w:r w:rsidRPr="00CB7301">
              <w:rPr>
                <w:rFonts w:ascii="Arial" w:hAnsi="Arial" w:cs="Arial"/>
                <w:lang w:val="en-GB"/>
              </w:rPr>
              <w:t>            class="</w:t>
            </w:r>
            <w:proofErr w:type="spellStart"/>
            <w:r w:rsidRPr="00CB7301">
              <w:rPr>
                <w:rFonts w:ascii="Arial" w:hAnsi="Arial" w:cs="Arial"/>
                <w:lang w:val="en-GB"/>
              </w:rPr>
              <w:t>btn</w:t>
            </w:r>
            <w:proofErr w:type="spellEnd"/>
            <w:r w:rsidRPr="00CB7301">
              <w:rPr>
                <w:rFonts w:ascii="Arial" w:hAnsi="Arial" w:cs="Arial"/>
                <w:lang w:val="en-GB"/>
              </w:rPr>
              <w:t xml:space="preserve"> </w:t>
            </w:r>
            <w:proofErr w:type="spellStart"/>
            <w:r w:rsidRPr="00CB7301">
              <w:rPr>
                <w:rFonts w:ascii="Arial" w:hAnsi="Arial" w:cs="Arial"/>
                <w:lang w:val="en-GB"/>
              </w:rPr>
              <w:t>btn</w:t>
            </w:r>
            <w:proofErr w:type="spellEnd"/>
            <w:r w:rsidRPr="00CB7301">
              <w:rPr>
                <w:rFonts w:ascii="Arial" w:hAnsi="Arial" w:cs="Arial"/>
                <w:lang w:val="en-GB"/>
              </w:rPr>
              <w:t>-primary"</w:t>
            </w:r>
          </w:p>
          <w:p w14:paraId="787F6608" w14:textId="77777777" w:rsidR="00CB7301" w:rsidRPr="00CB7301" w:rsidRDefault="00CB7301" w:rsidP="00CB7301">
            <w:pPr>
              <w:rPr>
                <w:rFonts w:ascii="Arial" w:hAnsi="Arial" w:cs="Arial"/>
                <w:lang w:val="en-GB"/>
              </w:rPr>
            </w:pPr>
            <w:r w:rsidRPr="00CB7301">
              <w:rPr>
                <w:rFonts w:ascii="Arial" w:hAnsi="Arial" w:cs="Arial"/>
                <w:lang w:val="en-GB"/>
              </w:rPr>
              <w:t>            data-bs-toggle="modal"</w:t>
            </w:r>
          </w:p>
          <w:p w14:paraId="4A7A2BD4" w14:textId="77777777" w:rsidR="00CB7301" w:rsidRPr="00CB7301" w:rsidRDefault="00CB7301" w:rsidP="00CB7301">
            <w:pPr>
              <w:rPr>
                <w:rFonts w:ascii="Arial" w:hAnsi="Arial" w:cs="Arial"/>
                <w:lang w:val="en-GB"/>
              </w:rPr>
            </w:pPr>
            <w:r w:rsidRPr="00CB7301">
              <w:rPr>
                <w:rFonts w:ascii="Arial" w:hAnsi="Arial" w:cs="Arial"/>
                <w:lang w:val="en-GB"/>
              </w:rPr>
              <w:t>            data-bs-target="#</w:t>
            </w:r>
            <w:proofErr w:type="spellStart"/>
            <w:r w:rsidRPr="00CB7301">
              <w:rPr>
                <w:rFonts w:ascii="Arial" w:hAnsi="Arial" w:cs="Arial"/>
                <w:lang w:val="en-GB"/>
              </w:rPr>
              <w:t>exampleModal</w:t>
            </w:r>
            <w:proofErr w:type="spellEnd"/>
            <w:r w:rsidRPr="00CB7301">
              <w:rPr>
                <w:rFonts w:ascii="Arial" w:hAnsi="Arial" w:cs="Arial"/>
                <w:lang w:val="en-GB"/>
              </w:rPr>
              <w:t>"</w:t>
            </w:r>
          </w:p>
          <w:p w14:paraId="4BF045A6" w14:textId="77777777" w:rsidR="00CB7301" w:rsidRPr="00CB7301" w:rsidRDefault="00CB7301" w:rsidP="00CB7301">
            <w:pPr>
              <w:rPr>
                <w:rFonts w:ascii="Arial" w:hAnsi="Arial" w:cs="Arial"/>
                <w:lang w:val="en-GB"/>
              </w:rPr>
            </w:pPr>
            <w:r w:rsidRPr="00CB7301">
              <w:rPr>
                <w:rFonts w:ascii="Arial" w:hAnsi="Arial" w:cs="Arial"/>
                <w:lang w:val="en-GB"/>
              </w:rPr>
              <w:t>        &gt;</w:t>
            </w:r>
          </w:p>
          <w:p w14:paraId="5BACBEC7" w14:textId="77777777" w:rsidR="00CB7301" w:rsidRPr="00CB7301" w:rsidRDefault="00CB7301" w:rsidP="00CB7301">
            <w:pPr>
              <w:rPr>
                <w:rFonts w:ascii="Arial" w:hAnsi="Arial" w:cs="Arial"/>
                <w:lang w:val="en-GB"/>
              </w:rPr>
            </w:pPr>
            <w:r w:rsidRPr="00CB7301">
              <w:rPr>
                <w:rFonts w:ascii="Arial" w:hAnsi="Arial" w:cs="Arial"/>
                <w:lang w:val="en-GB"/>
              </w:rPr>
              <w:t>            Go to Basket</w:t>
            </w:r>
          </w:p>
          <w:p w14:paraId="0D1FD175" w14:textId="77777777" w:rsidR="00CB7301" w:rsidRPr="00CB7301" w:rsidRDefault="00CB7301" w:rsidP="00CB7301">
            <w:pPr>
              <w:rPr>
                <w:rFonts w:ascii="Arial" w:hAnsi="Arial" w:cs="Arial"/>
                <w:lang w:val="en-GB"/>
              </w:rPr>
            </w:pPr>
            <w:r w:rsidRPr="00CB7301">
              <w:rPr>
                <w:rFonts w:ascii="Arial" w:hAnsi="Arial" w:cs="Arial"/>
                <w:lang w:val="en-GB"/>
              </w:rPr>
              <w:t>        &lt;/button&gt;</w:t>
            </w:r>
          </w:p>
          <w:p w14:paraId="18B31DF8" w14:textId="77777777" w:rsidR="00CB7301" w:rsidRPr="00CB7301" w:rsidRDefault="00CB7301" w:rsidP="00CB7301">
            <w:pPr>
              <w:rPr>
                <w:rFonts w:ascii="Arial" w:hAnsi="Arial" w:cs="Arial"/>
                <w:lang w:val="en-GB"/>
              </w:rPr>
            </w:pPr>
          </w:p>
          <w:p w14:paraId="2A9169DE" w14:textId="77777777" w:rsidR="00CB7301" w:rsidRPr="00CB7301" w:rsidRDefault="00CB7301" w:rsidP="00CB7301">
            <w:pPr>
              <w:rPr>
                <w:rFonts w:ascii="Arial" w:hAnsi="Arial" w:cs="Arial"/>
                <w:lang w:val="en-GB"/>
              </w:rPr>
            </w:pPr>
            <w:r w:rsidRPr="00CB7301">
              <w:rPr>
                <w:rFonts w:ascii="Arial" w:hAnsi="Arial" w:cs="Arial"/>
                <w:lang w:val="en-GB"/>
              </w:rPr>
              <w:t>        &lt;</w:t>
            </w:r>
            <w:proofErr w:type="spellStart"/>
            <w:r w:rsidRPr="00CB7301">
              <w:rPr>
                <w:rFonts w:ascii="Arial" w:hAnsi="Arial" w:cs="Arial"/>
                <w:lang w:val="en-GB"/>
              </w:rPr>
              <w:t>br</w:t>
            </w:r>
            <w:proofErr w:type="spellEnd"/>
            <w:r w:rsidRPr="00CB7301">
              <w:rPr>
                <w:rFonts w:ascii="Arial" w:hAnsi="Arial" w:cs="Arial"/>
                <w:lang w:val="en-GB"/>
              </w:rPr>
              <w:t>&gt;</w:t>
            </w:r>
          </w:p>
          <w:p w14:paraId="27973B06" w14:textId="77777777" w:rsidR="00CB7301" w:rsidRPr="00CB7301" w:rsidRDefault="00CB7301" w:rsidP="00CB7301">
            <w:pPr>
              <w:rPr>
                <w:rFonts w:ascii="Arial" w:hAnsi="Arial" w:cs="Arial"/>
                <w:lang w:val="en-GB"/>
              </w:rPr>
            </w:pPr>
            <w:r w:rsidRPr="00CB7301">
              <w:rPr>
                <w:rFonts w:ascii="Arial" w:hAnsi="Arial" w:cs="Arial"/>
                <w:lang w:val="en-GB"/>
              </w:rPr>
              <w:t>        &lt;</w:t>
            </w:r>
            <w:proofErr w:type="spellStart"/>
            <w:r w:rsidRPr="00CB7301">
              <w:rPr>
                <w:rFonts w:ascii="Arial" w:hAnsi="Arial" w:cs="Arial"/>
                <w:lang w:val="en-GB"/>
              </w:rPr>
              <w:t>br</w:t>
            </w:r>
            <w:proofErr w:type="spellEnd"/>
            <w:r w:rsidRPr="00CB7301">
              <w:rPr>
                <w:rFonts w:ascii="Arial" w:hAnsi="Arial" w:cs="Arial"/>
                <w:lang w:val="en-GB"/>
              </w:rPr>
              <w:t>&gt;</w:t>
            </w:r>
          </w:p>
          <w:p w14:paraId="6FC012B1" w14:textId="77777777" w:rsidR="00CB7301" w:rsidRPr="00CB7301" w:rsidRDefault="00CB7301" w:rsidP="00CB7301">
            <w:pPr>
              <w:rPr>
                <w:rFonts w:ascii="Arial" w:hAnsi="Arial" w:cs="Arial"/>
                <w:lang w:val="en-GB"/>
              </w:rPr>
            </w:pPr>
          </w:p>
          <w:p w14:paraId="369A1560" w14:textId="77777777" w:rsidR="00CB7301" w:rsidRPr="00CB7301" w:rsidRDefault="00CB7301" w:rsidP="00CB7301">
            <w:pPr>
              <w:rPr>
                <w:rFonts w:ascii="Arial" w:hAnsi="Arial" w:cs="Arial"/>
                <w:lang w:val="en-GB"/>
              </w:rPr>
            </w:pPr>
            <w:r w:rsidRPr="00CB7301">
              <w:rPr>
                <w:rFonts w:ascii="Arial" w:hAnsi="Arial" w:cs="Arial"/>
                <w:lang w:val="en-GB"/>
              </w:rPr>
              <w:t>        &lt;a</w:t>
            </w:r>
          </w:p>
          <w:p w14:paraId="5032CE21" w14:textId="77777777" w:rsidR="00CB7301" w:rsidRPr="00CB7301" w:rsidRDefault="00CB7301" w:rsidP="00CB7301">
            <w:pPr>
              <w:rPr>
                <w:rFonts w:ascii="Arial" w:hAnsi="Arial" w:cs="Arial"/>
                <w:lang w:val="en-GB"/>
              </w:rPr>
            </w:pPr>
            <w:r w:rsidRPr="00CB7301">
              <w:rPr>
                <w:rFonts w:ascii="Arial" w:hAnsi="Arial" w:cs="Arial"/>
                <w:lang w:val="en-GB"/>
              </w:rPr>
              <w:t>            class="link-success link-offset-2 link-underline-opacity-25 link-underline-opacity-100-hover"</w:t>
            </w:r>
          </w:p>
          <w:p w14:paraId="481AA20D" w14:textId="77777777" w:rsidR="00CB7301" w:rsidRPr="00CB7301" w:rsidRDefault="00CB7301" w:rsidP="00CB7301">
            <w:pPr>
              <w:rPr>
                <w:rFonts w:ascii="Arial" w:hAnsi="Arial" w:cs="Arial"/>
                <w:lang w:val="en-GB"/>
              </w:rPr>
            </w:pPr>
            <w:r w:rsidRPr="00CB7301">
              <w:rPr>
                <w:rFonts w:ascii="Arial" w:hAnsi="Arial" w:cs="Arial"/>
                <w:lang w:val="en-GB"/>
              </w:rPr>
              <w:t>            href="./index.html"</w:t>
            </w:r>
          </w:p>
          <w:p w14:paraId="40C7B34D" w14:textId="77777777" w:rsidR="00CB7301" w:rsidRPr="00CB7301" w:rsidRDefault="00CB7301" w:rsidP="00CB7301">
            <w:pPr>
              <w:rPr>
                <w:rFonts w:ascii="Arial" w:hAnsi="Arial" w:cs="Arial"/>
                <w:lang w:val="en-GB"/>
              </w:rPr>
            </w:pPr>
            <w:r w:rsidRPr="00CB7301">
              <w:rPr>
                <w:rFonts w:ascii="Arial" w:hAnsi="Arial" w:cs="Arial"/>
                <w:lang w:val="en-GB"/>
              </w:rPr>
              <w:t>        &gt;</w:t>
            </w:r>
          </w:p>
          <w:p w14:paraId="48365E00" w14:textId="77777777" w:rsidR="00CB7301" w:rsidRPr="00CB7301" w:rsidRDefault="00CB7301" w:rsidP="00CB7301">
            <w:pPr>
              <w:rPr>
                <w:rFonts w:ascii="Arial" w:hAnsi="Arial" w:cs="Arial"/>
                <w:lang w:val="en-GB"/>
              </w:rPr>
            </w:pPr>
            <w:r w:rsidRPr="00CB7301">
              <w:rPr>
                <w:rFonts w:ascii="Arial" w:hAnsi="Arial" w:cs="Arial"/>
                <w:lang w:val="en-GB"/>
              </w:rPr>
              <w:t>            &amp;</w:t>
            </w:r>
            <w:proofErr w:type="spellStart"/>
            <w:r w:rsidRPr="00CB7301">
              <w:rPr>
                <w:rFonts w:ascii="Arial" w:hAnsi="Arial" w:cs="Arial"/>
                <w:lang w:val="en-GB"/>
              </w:rPr>
              <w:t>lt</w:t>
            </w:r>
            <w:proofErr w:type="spellEnd"/>
            <w:r w:rsidRPr="00CB7301">
              <w:rPr>
                <w:rFonts w:ascii="Arial" w:hAnsi="Arial" w:cs="Arial"/>
                <w:lang w:val="en-GB"/>
              </w:rPr>
              <w:t>;&amp;</w:t>
            </w:r>
            <w:proofErr w:type="spellStart"/>
            <w:r w:rsidRPr="00CB7301">
              <w:rPr>
                <w:rFonts w:ascii="Arial" w:hAnsi="Arial" w:cs="Arial"/>
                <w:lang w:val="en-GB"/>
              </w:rPr>
              <w:t>lt</w:t>
            </w:r>
            <w:proofErr w:type="spellEnd"/>
            <w:r w:rsidRPr="00CB7301">
              <w:rPr>
                <w:rFonts w:ascii="Arial" w:hAnsi="Arial" w:cs="Arial"/>
                <w:lang w:val="en-GB"/>
              </w:rPr>
              <w:t>; BACK &amp;</w:t>
            </w:r>
            <w:proofErr w:type="spellStart"/>
            <w:r w:rsidRPr="00CB7301">
              <w:rPr>
                <w:rFonts w:ascii="Arial" w:hAnsi="Arial" w:cs="Arial"/>
                <w:lang w:val="en-GB"/>
              </w:rPr>
              <w:t>lt</w:t>
            </w:r>
            <w:proofErr w:type="spellEnd"/>
            <w:r w:rsidRPr="00CB7301">
              <w:rPr>
                <w:rFonts w:ascii="Arial" w:hAnsi="Arial" w:cs="Arial"/>
                <w:lang w:val="en-GB"/>
              </w:rPr>
              <w:t>;&amp;</w:t>
            </w:r>
            <w:proofErr w:type="spellStart"/>
            <w:proofErr w:type="gramStart"/>
            <w:r w:rsidRPr="00CB7301">
              <w:rPr>
                <w:rFonts w:ascii="Arial" w:hAnsi="Arial" w:cs="Arial"/>
                <w:lang w:val="en-GB"/>
              </w:rPr>
              <w:t>lt</w:t>
            </w:r>
            <w:proofErr w:type="spellEnd"/>
            <w:r w:rsidRPr="00CB7301">
              <w:rPr>
                <w:rFonts w:ascii="Arial" w:hAnsi="Arial" w:cs="Arial"/>
                <w:lang w:val="en-GB"/>
              </w:rPr>
              <w:t>;</w:t>
            </w:r>
            <w:proofErr w:type="gramEnd"/>
          </w:p>
          <w:p w14:paraId="68C0F559" w14:textId="77777777" w:rsidR="00CB7301" w:rsidRPr="00CB7301" w:rsidRDefault="00CB7301" w:rsidP="00CB7301">
            <w:pPr>
              <w:rPr>
                <w:rFonts w:ascii="Arial" w:hAnsi="Arial" w:cs="Arial"/>
                <w:lang w:val="en-GB"/>
              </w:rPr>
            </w:pPr>
            <w:r w:rsidRPr="00CB7301">
              <w:rPr>
                <w:rFonts w:ascii="Arial" w:hAnsi="Arial" w:cs="Arial"/>
                <w:lang w:val="en-GB"/>
              </w:rPr>
              <w:t>        &lt;/a&gt;</w:t>
            </w:r>
          </w:p>
          <w:p w14:paraId="4D913EE2" w14:textId="77777777" w:rsidR="00CB7301" w:rsidRPr="00CB7301" w:rsidRDefault="00CB7301" w:rsidP="00CB7301">
            <w:pPr>
              <w:rPr>
                <w:rFonts w:ascii="Arial" w:hAnsi="Arial" w:cs="Arial"/>
                <w:lang w:val="en-GB"/>
              </w:rPr>
            </w:pPr>
          </w:p>
          <w:p w14:paraId="58263EFD" w14:textId="77777777" w:rsidR="00CB7301" w:rsidRPr="00CB7301" w:rsidRDefault="00CB7301" w:rsidP="00CB7301">
            <w:pPr>
              <w:rPr>
                <w:rFonts w:ascii="Arial" w:hAnsi="Arial" w:cs="Arial"/>
                <w:lang w:val="en-GB"/>
              </w:rPr>
            </w:pPr>
            <w:r w:rsidRPr="00CB7301">
              <w:rPr>
                <w:rFonts w:ascii="Arial" w:hAnsi="Arial" w:cs="Arial"/>
                <w:lang w:val="en-GB"/>
              </w:rPr>
              <w:t>    &lt;/div&gt;</w:t>
            </w:r>
          </w:p>
          <w:p w14:paraId="4E4B5669" w14:textId="77777777" w:rsidR="00CB7301" w:rsidRPr="00CB7301" w:rsidRDefault="00CB7301" w:rsidP="00CB7301">
            <w:pPr>
              <w:rPr>
                <w:rFonts w:ascii="Arial" w:hAnsi="Arial" w:cs="Arial"/>
                <w:lang w:val="en-GB"/>
              </w:rPr>
            </w:pPr>
            <w:r w:rsidRPr="00CB7301">
              <w:rPr>
                <w:rFonts w:ascii="Arial" w:hAnsi="Arial" w:cs="Arial"/>
                <w:lang w:val="en-GB"/>
              </w:rPr>
              <w:t>&lt;/center&gt;</w:t>
            </w:r>
          </w:p>
          <w:p w14:paraId="3B3EE691" w14:textId="77777777" w:rsidR="00CB7301" w:rsidRPr="00CB7301" w:rsidRDefault="00CB7301" w:rsidP="00CB7301">
            <w:pPr>
              <w:rPr>
                <w:rFonts w:ascii="Arial" w:hAnsi="Arial" w:cs="Arial"/>
                <w:lang w:val="en-GB"/>
              </w:rPr>
            </w:pPr>
            <w:r w:rsidRPr="00CB7301">
              <w:rPr>
                <w:rFonts w:ascii="Arial" w:hAnsi="Arial" w:cs="Arial"/>
                <w:lang w:val="en-GB"/>
              </w:rPr>
              <w:t>&lt;/body&gt;</w:t>
            </w:r>
          </w:p>
          <w:p w14:paraId="77201C25" w14:textId="77777777" w:rsidR="00CB7301" w:rsidRPr="00CB7301" w:rsidRDefault="00CB7301" w:rsidP="00CB7301">
            <w:pPr>
              <w:rPr>
                <w:rFonts w:ascii="Arial" w:hAnsi="Arial" w:cs="Arial"/>
                <w:lang w:val="en-GB"/>
              </w:rPr>
            </w:pPr>
          </w:p>
          <w:p w14:paraId="25E49E9F" w14:textId="77777777" w:rsidR="00CB7301" w:rsidRPr="00CB7301" w:rsidRDefault="00CB7301" w:rsidP="00CB7301">
            <w:pPr>
              <w:rPr>
                <w:rFonts w:ascii="Arial" w:hAnsi="Arial" w:cs="Arial"/>
                <w:lang w:val="en-GB"/>
              </w:rPr>
            </w:pPr>
            <w:r w:rsidRPr="00CB7301">
              <w:rPr>
                <w:rFonts w:ascii="Arial" w:hAnsi="Arial" w:cs="Arial"/>
                <w:lang w:val="en-GB"/>
              </w:rPr>
              <w:t>&lt;/html&gt;</w:t>
            </w:r>
          </w:p>
          <w:p w14:paraId="4EA5F1E2" w14:textId="77777777" w:rsidR="00CB7301" w:rsidRPr="00CB7301" w:rsidRDefault="00CB7301" w:rsidP="00CB7301">
            <w:pPr>
              <w:rPr>
                <w:rFonts w:ascii="Arial" w:hAnsi="Arial" w:cs="Arial"/>
                <w:lang w:val="en-GB"/>
              </w:rPr>
            </w:pPr>
          </w:p>
          <w:p w14:paraId="5BDECE28" w14:textId="77777777" w:rsidR="00335A8B" w:rsidRPr="00CB7301" w:rsidRDefault="00335A8B">
            <w:pPr>
              <w:rPr>
                <w:rFonts w:ascii="Arial" w:hAnsi="Arial" w:cs="Arial"/>
                <w:lang w:val="en-GB"/>
              </w:rPr>
            </w:pPr>
          </w:p>
        </w:tc>
      </w:tr>
    </w:tbl>
    <w:p w14:paraId="23DD50E9" w14:textId="77777777" w:rsidR="00335A8B" w:rsidRDefault="00335A8B">
      <w:pPr>
        <w:rPr>
          <w:rFonts w:ascii="Arial" w:hAnsi="Arial" w:cs="Arial"/>
        </w:rPr>
      </w:pPr>
    </w:p>
    <w:tbl>
      <w:tblPr>
        <w:tblStyle w:val="TableGrid"/>
        <w:tblW w:w="0" w:type="auto"/>
        <w:tblLook w:val="04A0" w:firstRow="1" w:lastRow="0" w:firstColumn="1" w:lastColumn="0" w:noHBand="0" w:noVBand="1"/>
      </w:tblPr>
      <w:tblGrid>
        <w:gridCol w:w="8630"/>
      </w:tblGrid>
      <w:tr w:rsidR="00C51A6D" w14:paraId="7F1A60EB" w14:textId="77777777" w:rsidTr="00C51A6D">
        <w:tc>
          <w:tcPr>
            <w:tcW w:w="8630" w:type="dxa"/>
          </w:tcPr>
          <w:p w14:paraId="6366F037" w14:textId="277CB270" w:rsidR="00C51A6D" w:rsidRDefault="00304674" w:rsidP="00304674">
            <w:pPr>
              <w:jc w:val="center"/>
              <w:rPr>
                <w:rFonts w:ascii="Arial" w:hAnsi="Arial" w:cs="Arial"/>
              </w:rPr>
            </w:pPr>
            <w:r>
              <w:rPr>
                <w:rFonts w:ascii="Arial" w:hAnsi="Arial" w:cs="Arial"/>
              </w:rPr>
              <w:t>prodform.html</w:t>
            </w:r>
          </w:p>
        </w:tc>
      </w:tr>
      <w:tr w:rsidR="00C51A6D" w14:paraId="064F8C35" w14:textId="77777777" w:rsidTr="00C51A6D">
        <w:tc>
          <w:tcPr>
            <w:tcW w:w="8630" w:type="dxa"/>
          </w:tcPr>
          <w:p w14:paraId="792F9EF5" w14:textId="77777777" w:rsidR="00304674" w:rsidRPr="00304674" w:rsidRDefault="00304674" w:rsidP="00304674">
            <w:pPr>
              <w:rPr>
                <w:rFonts w:ascii="Arial" w:hAnsi="Arial" w:cs="Arial"/>
                <w:lang w:val="en-GB"/>
              </w:rPr>
            </w:pPr>
            <w:r w:rsidRPr="00304674">
              <w:rPr>
                <w:rFonts w:ascii="Arial" w:hAnsi="Arial" w:cs="Arial"/>
                <w:lang w:val="en-GB"/>
              </w:rPr>
              <w:t>&lt;!DOCTYPE html&gt;</w:t>
            </w:r>
          </w:p>
          <w:p w14:paraId="32F206BB" w14:textId="77777777" w:rsidR="00304674" w:rsidRPr="00304674" w:rsidRDefault="00304674" w:rsidP="00304674">
            <w:pPr>
              <w:rPr>
                <w:rFonts w:ascii="Arial" w:hAnsi="Arial" w:cs="Arial"/>
                <w:lang w:val="en-GB"/>
              </w:rPr>
            </w:pPr>
            <w:r w:rsidRPr="00304674">
              <w:rPr>
                <w:rFonts w:ascii="Arial" w:hAnsi="Arial" w:cs="Arial"/>
                <w:lang w:val="en-GB"/>
              </w:rPr>
              <w:t>&lt;html lang="en"&gt;</w:t>
            </w:r>
          </w:p>
          <w:p w14:paraId="09F8F2CD" w14:textId="77777777" w:rsidR="00304674" w:rsidRPr="00304674" w:rsidRDefault="00304674" w:rsidP="00304674">
            <w:pPr>
              <w:rPr>
                <w:rFonts w:ascii="Arial" w:hAnsi="Arial" w:cs="Arial"/>
                <w:lang w:val="en-GB"/>
              </w:rPr>
            </w:pPr>
          </w:p>
          <w:p w14:paraId="2E876529" w14:textId="77777777" w:rsidR="00304674" w:rsidRPr="00304674" w:rsidRDefault="00304674" w:rsidP="00304674">
            <w:pPr>
              <w:rPr>
                <w:rFonts w:ascii="Arial" w:hAnsi="Arial" w:cs="Arial"/>
                <w:lang w:val="en-GB"/>
              </w:rPr>
            </w:pPr>
            <w:r w:rsidRPr="00304674">
              <w:rPr>
                <w:rFonts w:ascii="Arial" w:hAnsi="Arial" w:cs="Arial"/>
                <w:lang w:val="en-GB"/>
              </w:rPr>
              <w:t>&lt;head&gt;</w:t>
            </w:r>
          </w:p>
          <w:p w14:paraId="1B40A2B3" w14:textId="77777777" w:rsidR="00304674" w:rsidRPr="00304674" w:rsidRDefault="00304674" w:rsidP="00304674">
            <w:pPr>
              <w:rPr>
                <w:rFonts w:ascii="Arial" w:hAnsi="Arial" w:cs="Arial"/>
                <w:lang w:val="en-GB"/>
              </w:rPr>
            </w:pPr>
            <w:r w:rsidRPr="00304674">
              <w:rPr>
                <w:rFonts w:ascii="Arial" w:hAnsi="Arial" w:cs="Arial"/>
                <w:lang w:val="en-GB"/>
              </w:rPr>
              <w:t>    &lt;meta charset="UTF-8"&gt;</w:t>
            </w:r>
          </w:p>
          <w:p w14:paraId="19AE6779" w14:textId="77777777" w:rsidR="00304674" w:rsidRPr="00304674" w:rsidRDefault="00304674" w:rsidP="00304674">
            <w:pPr>
              <w:rPr>
                <w:rFonts w:ascii="Arial" w:hAnsi="Arial" w:cs="Arial"/>
                <w:lang w:val="en-GB"/>
              </w:rPr>
            </w:pPr>
          </w:p>
          <w:p w14:paraId="52C45A82" w14:textId="77777777" w:rsidR="00304674" w:rsidRPr="00304674" w:rsidRDefault="00304674" w:rsidP="00304674">
            <w:pPr>
              <w:rPr>
                <w:rFonts w:ascii="Arial" w:hAnsi="Arial" w:cs="Arial"/>
                <w:lang w:val="en-GB"/>
              </w:rPr>
            </w:pPr>
            <w:r w:rsidRPr="00304674">
              <w:rPr>
                <w:rFonts w:ascii="Arial" w:hAnsi="Arial" w:cs="Arial"/>
                <w:lang w:val="en-GB"/>
              </w:rPr>
              <w:t>    &lt;link rel="stylesheet" href="./pallet.css"&gt;</w:t>
            </w:r>
          </w:p>
          <w:p w14:paraId="51D106FD" w14:textId="77777777" w:rsidR="00304674" w:rsidRPr="00304674" w:rsidRDefault="00304674" w:rsidP="00304674">
            <w:pPr>
              <w:rPr>
                <w:rFonts w:ascii="Arial" w:hAnsi="Arial" w:cs="Arial"/>
                <w:lang w:val="en-GB"/>
              </w:rPr>
            </w:pPr>
          </w:p>
          <w:p w14:paraId="5B0608FA" w14:textId="77777777" w:rsidR="00304674" w:rsidRPr="00304674" w:rsidRDefault="00304674" w:rsidP="00304674">
            <w:pPr>
              <w:rPr>
                <w:rFonts w:ascii="Arial" w:hAnsi="Arial" w:cs="Arial"/>
                <w:lang w:val="en-GB"/>
              </w:rPr>
            </w:pPr>
            <w:r w:rsidRPr="00304674">
              <w:rPr>
                <w:rFonts w:ascii="Arial" w:hAnsi="Arial" w:cs="Arial"/>
                <w:lang w:val="en-GB"/>
              </w:rPr>
              <w:t>    &lt;link</w:t>
            </w:r>
          </w:p>
          <w:p w14:paraId="11933C55" w14:textId="77777777" w:rsidR="00304674" w:rsidRPr="00304674" w:rsidRDefault="00304674" w:rsidP="00304674">
            <w:pPr>
              <w:rPr>
                <w:rFonts w:ascii="Arial" w:hAnsi="Arial" w:cs="Arial"/>
                <w:lang w:val="en-GB"/>
              </w:rPr>
            </w:pPr>
            <w:r w:rsidRPr="00304674">
              <w:rPr>
                <w:rFonts w:ascii="Arial" w:hAnsi="Arial" w:cs="Arial"/>
                <w:lang w:val="en-GB"/>
              </w:rPr>
              <w:t>        href="https://cdn.jsdelivr.net/npm/bootstrap@5.3.8/dist/css/bootstrap.min.css"</w:t>
            </w:r>
          </w:p>
          <w:p w14:paraId="587E56BA" w14:textId="77777777" w:rsidR="00304674" w:rsidRPr="00304674" w:rsidRDefault="00304674" w:rsidP="00304674">
            <w:pPr>
              <w:rPr>
                <w:rFonts w:ascii="Arial" w:hAnsi="Arial" w:cs="Arial"/>
                <w:lang w:val="en-GB"/>
              </w:rPr>
            </w:pPr>
            <w:r w:rsidRPr="00304674">
              <w:rPr>
                <w:rFonts w:ascii="Arial" w:hAnsi="Arial" w:cs="Arial"/>
                <w:lang w:val="en-GB"/>
              </w:rPr>
              <w:t>        rel="stylesheet"</w:t>
            </w:r>
          </w:p>
          <w:p w14:paraId="01D21336" w14:textId="77777777" w:rsidR="00304674" w:rsidRPr="00304674" w:rsidRDefault="00304674" w:rsidP="00304674">
            <w:pPr>
              <w:rPr>
                <w:rFonts w:ascii="Arial" w:hAnsi="Arial" w:cs="Arial"/>
                <w:lang w:val="en-GB"/>
              </w:rPr>
            </w:pPr>
            <w:r w:rsidRPr="00304674">
              <w:rPr>
                <w:rFonts w:ascii="Arial" w:hAnsi="Arial" w:cs="Arial"/>
                <w:lang w:val="en-GB"/>
              </w:rPr>
              <w:t>        integrity="sha384-sRIl4kxILFvY47J16cr9ZwB07vP4J8+LH7qKQnuqkuIAvNWLzeN8tE5YBujZqJLB"</w:t>
            </w:r>
          </w:p>
          <w:p w14:paraId="7337B8D5" w14:textId="77777777" w:rsidR="00304674" w:rsidRPr="00304674" w:rsidRDefault="00304674" w:rsidP="00304674">
            <w:pPr>
              <w:rPr>
                <w:rFonts w:ascii="Arial" w:hAnsi="Arial" w:cs="Arial"/>
                <w:lang w:val="en-GB"/>
              </w:rPr>
            </w:pPr>
            <w:r w:rsidRPr="00304674">
              <w:rPr>
                <w:rFonts w:ascii="Arial" w:hAnsi="Arial" w:cs="Arial"/>
                <w:lang w:val="en-GB"/>
              </w:rPr>
              <w:t>        crossorigin="anonymous"</w:t>
            </w:r>
          </w:p>
          <w:p w14:paraId="3BBAC8C1" w14:textId="77777777" w:rsidR="00304674" w:rsidRPr="00304674" w:rsidRDefault="00304674" w:rsidP="00304674">
            <w:pPr>
              <w:rPr>
                <w:rFonts w:ascii="Arial" w:hAnsi="Arial" w:cs="Arial"/>
                <w:lang w:val="en-GB"/>
              </w:rPr>
            </w:pPr>
            <w:r w:rsidRPr="00304674">
              <w:rPr>
                <w:rFonts w:ascii="Arial" w:hAnsi="Arial" w:cs="Arial"/>
                <w:lang w:val="en-GB"/>
              </w:rPr>
              <w:t>    &gt;</w:t>
            </w:r>
          </w:p>
          <w:p w14:paraId="07B46AF5" w14:textId="77777777" w:rsidR="00304674" w:rsidRPr="00304674" w:rsidRDefault="00304674" w:rsidP="00304674">
            <w:pPr>
              <w:rPr>
                <w:rFonts w:ascii="Arial" w:hAnsi="Arial" w:cs="Arial"/>
                <w:lang w:val="en-GB"/>
              </w:rPr>
            </w:pPr>
          </w:p>
          <w:p w14:paraId="2F78007D" w14:textId="77777777" w:rsidR="00304674" w:rsidRPr="00304674" w:rsidRDefault="00304674" w:rsidP="00304674">
            <w:pPr>
              <w:rPr>
                <w:rFonts w:ascii="Arial" w:hAnsi="Arial" w:cs="Arial"/>
                <w:lang w:val="en-GB"/>
              </w:rPr>
            </w:pPr>
            <w:r w:rsidRPr="00304674">
              <w:rPr>
                <w:rFonts w:ascii="Arial" w:hAnsi="Arial" w:cs="Arial"/>
                <w:lang w:val="en-GB"/>
              </w:rPr>
              <w:t>    &lt;title&gt;Estore - Your Local Shop&lt;/title&gt;</w:t>
            </w:r>
          </w:p>
          <w:p w14:paraId="29B779D4" w14:textId="77777777" w:rsidR="00304674" w:rsidRPr="00304674" w:rsidRDefault="00304674" w:rsidP="00304674">
            <w:pPr>
              <w:rPr>
                <w:rFonts w:ascii="Arial" w:hAnsi="Arial" w:cs="Arial"/>
                <w:lang w:val="en-GB"/>
              </w:rPr>
            </w:pPr>
            <w:r w:rsidRPr="00304674">
              <w:rPr>
                <w:rFonts w:ascii="Arial" w:hAnsi="Arial" w:cs="Arial"/>
                <w:lang w:val="en-GB"/>
              </w:rPr>
              <w:t>&lt;/head&gt;</w:t>
            </w:r>
          </w:p>
          <w:p w14:paraId="7EC97940" w14:textId="77777777" w:rsidR="00304674" w:rsidRPr="00304674" w:rsidRDefault="00304674" w:rsidP="00304674">
            <w:pPr>
              <w:rPr>
                <w:rFonts w:ascii="Arial" w:hAnsi="Arial" w:cs="Arial"/>
                <w:lang w:val="en-GB"/>
              </w:rPr>
            </w:pPr>
          </w:p>
          <w:p w14:paraId="123D9825" w14:textId="77777777" w:rsidR="00304674" w:rsidRPr="00304674" w:rsidRDefault="00304674" w:rsidP="00304674">
            <w:pPr>
              <w:rPr>
                <w:rFonts w:ascii="Arial" w:hAnsi="Arial" w:cs="Arial"/>
                <w:lang w:val="en-GB"/>
              </w:rPr>
            </w:pPr>
            <w:r w:rsidRPr="00304674">
              <w:rPr>
                <w:rFonts w:ascii="Arial" w:hAnsi="Arial" w:cs="Arial"/>
                <w:lang w:val="en-GB"/>
              </w:rPr>
              <w:t>&lt;body&gt;</w:t>
            </w:r>
          </w:p>
          <w:p w14:paraId="60027BB6" w14:textId="77777777" w:rsidR="00304674" w:rsidRPr="00304674" w:rsidRDefault="00304674" w:rsidP="00304674">
            <w:pPr>
              <w:rPr>
                <w:rFonts w:ascii="Arial" w:hAnsi="Arial" w:cs="Arial"/>
                <w:lang w:val="en-GB"/>
              </w:rPr>
            </w:pPr>
            <w:r w:rsidRPr="00304674">
              <w:rPr>
                <w:rFonts w:ascii="Arial" w:hAnsi="Arial" w:cs="Arial"/>
                <w:lang w:val="en-GB"/>
              </w:rPr>
              <w:t>&lt;center&gt;</w:t>
            </w:r>
          </w:p>
          <w:p w14:paraId="5A50DEC4" w14:textId="77777777" w:rsidR="00304674" w:rsidRPr="00304674" w:rsidRDefault="00304674" w:rsidP="00304674">
            <w:pPr>
              <w:rPr>
                <w:rFonts w:ascii="Arial" w:hAnsi="Arial" w:cs="Arial"/>
                <w:lang w:val="en-GB"/>
              </w:rPr>
            </w:pPr>
            <w:r w:rsidRPr="00304674">
              <w:rPr>
                <w:rFonts w:ascii="Arial" w:hAnsi="Arial" w:cs="Arial"/>
                <w:lang w:val="en-GB"/>
              </w:rPr>
              <w:t>    &lt;table align="center"&gt;</w:t>
            </w:r>
          </w:p>
          <w:p w14:paraId="6B7EE363" w14:textId="77777777" w:rsidR="00304674" w:rsidRPr="00304674" w:rsidRDefault="00304674" w:rsidP="00304674">
            <w:pPr>
              <w:rPr>
                <w:rFonts w:ascii="Arial" w:hAnsi="Arial" w:cs="Arial"/>
                <w:lang w:val="en-GB"/>
              </w:rPr>
            </w:pPr>
            <w:r w:rsidRPr="00304674">
              <w:rPr>
                <w:rFonts w:ascii="Arial" w:hAnsi="Arial" w:cs="Arial"/>
                <w:lang w:val="en-GB"/>
              </w:rPr>
              <w:t>        &lt;tr&gt;</w:t>
            </w:r>
          </w:p>
          <w:p w14:paraId="7DE6332A" w14:textId="77777777" w:rsidR="00304674" w:rsidRPr="00304674" w:rsidRDefault="00304674" w:rsidP="00304674">
            <w:pPr>
              <w:rPr>
                <w:rFonts w:ascii="Arial" w:hAnsi="Arial" w:cs="Arial"/>
                <w:lang w:val="en-GB"/>
              </w:rPr>
            </w:pPr>
            <w:r w:rsidRPr="00304674">
              <w:rPr>
                <w:rFonts w:ascii="Arial" w:hAnsi="Arial" w:cs="Arial"/>
                <w:lang w:val="en-GB"/>
              </w:rPr>
              <w:t>            &lt;td&gt;</w:t>
            </w:r>
          </w:p>
          <w:p w14:paraId="0345C92C" w14:textId="77777777" w:rsidR="00304674" w:rsidRPr="00304674" w:rsidRDefault="00304674" w:rsidP="00304674">
            <w:pPr>
              <w:rPr>
                <w:rFonts w:ascii="Arial" w:hAnsi="Arial" w:cs="Arial"/>
                <w:lang w:val="en-GB"/>
              </w:rPr>
            </w:pPr>
            <w:r w:rsidRPr="00304674">
              <w:rPr>
                <w:rFonts w:ascii="Arial" w:hAnsi="Arial" w:cs="Arial"/>
                <w:lang w:val="en-GB"/>
              </w:rPr>
              <w:t>                &lt;ul class="nav nav-tabs"&gt;</w:t>
            </w:r>
          </w:p>
          <w:p w14:paraId="27435AA7" w14:textId="77777777" w:rsidR="00304674" w:rsidRPr="00304674" w:rsidRDefault="00304674" w:rsidP="00304674">
            <w:pPr>
              <w:rPr>
                <w:rFonts w:ascii="Arial" w:hAnsi="Arial" w:cs="Arial"/>
                <w:lang w:val="en-GB"/>
              </w:rPr>
            </w:pPr>
          </w:p>
          <w:p w14:paraId="5DF97EF4" w14:textId="77777777" w:rsidR="00304674" w:rsidRPr="00304674" w:rsidRDefault="00304674" w:rsidP="00304674">
            <w:pPr>
              <w:rPr>
                <w:rFonts w:ascii="Arial" w:hAnsi="Arial" w:cs="Arial"/>
                <w:lang w:val="en-GB"/>
              </w:rPr>
            </w:pPr>
            <w:r w:rsidRPr="00304674">
              <w:rPr>
                <w:rFonts w:ascii="Arial" w:hAnsi="Arial" w:cs="Arial"/>
                <w:lang w:val="en-GB"/>
              </w:rPr>
              <w:t>                    &lt;li class="nav-item"&gt;</w:t>
            </w:r>
          </w:p>
          <w:p w14:paraId="47882FA8" w14:textId="77777777" w:rsidR="00304674" w:rsidRPr="00304674" w:rsidRDefault="00304674" w:rsidP="00304674">
            <w:pPr>
              <w:rPr>
                <w:rFonts w:ascii="Arial" w:hAnsi="Arial" w:cs="Arial"/>
                <w:lang w:val="en-GB"/>
              </w:rPr>
            </w:pPr>
            <w:r w:rsidRPr="00304674">
              <w:rPr>
                <w:rFonts w:ascii="Arial" w:hAnsi="Arial" w:cs="Arial"/>
                <w:lang w:val="en-GB"/>
              </w:rPr>
              <w:t>                        &lt;a</w:t>
            </w:r>
          </w:p>
          <w:p w14:paraId="4E9911C7" w14:textId="77777777" w:rsidR="00304674" w:rsidRPr="00304674" w:rsidRDefault="00304674" w:rsidP="00304674">
            <w:pPr>
              <w:rPr>
                <w:rFonts w:ascii="Arial" w:hAnsi="Arial" w:cs="Arial"/>
                <w:lang w:val="en-GB"/>
              </w:rPr>
            </w:pPr>
            <w:r w:rsidRPr="00304674">
              <w:rPr>
                <w:rFonts w:ascii="Arial" w:hAnsi="Arial" w:cs="Arial"/>
                <w:lang w:val="en-GB"/>
              </w:rPr>
              <w:t>                            class="nav-link"</w:t>
            </w:r>
          </w:p>
          <w:p w14:paraId="614BDFA6" w14:textId="77777777" w:rsidR="00304674" w:rsidRPr="00304674" w:rsidRDefault="00304674" w:rsidP="00304674">
            <w:pPr>
              <w:rPr>
                <w:rFonts w:ascii="Arial" w:hAnsi="Arial" w:cs="Arial"/>
                <w:lang w:val="en-GB"/>
              </w:rPr>
            </w:pPr>
            <w:r w:rsidRPr="00304674">
              <w:rPr>
                <w:rFonts w:ascii="Arial" w:hAnsi="Arial" w:cs="Arial"/>
                <w:lang w:val="en-GB"/>
              </w:rPr>
              <w:t>                            aria-current="page"</w:t>
            </w:r>
          </w:p>
          <w:p w14:paraId="36CFD3C6" w14:textId="77777777" w:rsidR="00304674" w:rsidRPr="00304674" w:rsidRDefault="00304674" w:rsidP="00304674">
            <w:pPr>
              <w:rPr>
                <w:rFonts w:ascii="Arial" w:hAnsi="Arial" w:cs="Arial"/>
                <w:lang w:val="en-GB"/>
              </w:rPr>
            </w:pPr>
            <w:r w:rsidRPr="00304674">
              <w:rPr>
                <w:rFonts w:ascii="Arial" w:hAnsi="Arial" w:cs="Arial"/>
                <w:lang w:val="en-GB"/>
              </w:rPr>
              <w:t>                            href="./index.html"</w:t>
            </w:r>
          </w:p>
          <w:p w14:paraId="5DFC1F0E" w14:textId="77777777" w:rsidR="00304674" w:rsidRPr="00304674" w:rsidRDefault="00304674" w:rsidP="00304674">
            <w:pPr>
              <w:rPr>
                <w:rFonts w:ascii="Arial" w:hAnsi="Arial" w:cs="Arial"/>
                <w:lang w:val="en-GB"/>
              </w:rPr>
            </w:pPr>
            <w:r w:rsidRPr="00304674">
              <w:rPr>
                <w:rFonts w:ascii="Arial" w:hAnsi="Arial" w:cs="Arial"/>
                <w:lang w:val="en-GB"/>
              </w:rPr>
              <w:t>                        &gt;</w:t>
            </w:r>
          </w:p>
          <w:p w14:paraId="2C404AE8" w14:textId="77777777" w:rsidR="00304674" w:rsidRPr="00304674" w:rsidRDefault="00304674" w:rsidP="00304674">
            <w:pPr>
              <w:rPr>
                <w:rFonts w:ascii="Arial" w:hAnsi="Arial" w:cs="Arial"/>
                <w:lang w:val="en-GB"/>
              </w:rPr>
            </w:pPr>
            <w:r w:rsidRPr="00304674">
              <w:rPr>
                <w:rFonts w:ascii="Arial" w:hAnsi="Arial" w:cs="Arial"/>
                <w:lang w:val="en-GB"/>
              </w:rPr>
              <w:t>                            Main</w:t>
            </w:r>
          </w:p>
          <w:p w14:paraId="3986728F" w14:textId="77777777" w:rsidR="00304674" w:rsidRPr="00304674" w:rsidRDefault="00304674" w:rsidP="00304674">
            <w:pPr>
              <w:rPr>
                <w:rFonts w:ascii="Arial" w:hAnsi="Arial" w:cs="Arial"/>
                <w:lang w:val="en-GB"/>
              </w:rPr>
            </w:pPr>
            <w:r w:rsidRPr="00304674">
              <w:rPr>
                <w:rFonts w:ascii="Arial" w:hAnsi="Arial" w:cs="Arial"/>
                <w:lang w:val="en-GB"/>
              </w:rPr>
              <w:t>                        &lt;/a&gt;</w:t>
            </w:r>
          </w:p>
          <w:p w14:paraId="75E5AE57" w14:textId="77777777" w:rsidR="00304674" w:rsidRPr="00304674" w:rsidRDefault="00304674" w:rsidP="00304674">
            <w:pPr>
              <w:rPr>
                <w:rFonts w:ascii="Arial" w:hAnsi="Arial" w:cs="Arial"/>
                <w:lang w:val="en-GB"/>
              </w:rPr>
            </w:pPr>
            <w:r w:rsidRPr="00304674">
              <w:rPr>
                <w:rFonts w:ascii="Arial" w:hAnsi="Arial" w:cs="Arial"/>
                <w:lang w:val="en-GB"/>
              </w:rPr>
              <w:t>                    &lt;/li&gt;</w:t>
            </w:r>
          </w:p>
          <w:p w14:paraId="075E2A02" w14:textId="77777777" w:rsidR="00304674" w:rsidRPr="00304674" w:rsidRDefault="00304674" w:rsidP="00304674">
            <w:pPr>
              <w:rPr>
                <w:rFonts w:ascii="Arial" w:hAnsi="Arial" w:cs="Arial"/>
                <w:lang w:val="en-GB"/>
              </w:rPr>
            </w:pPr>
          </w:p>
          <w:p w14:paraId="427E3F81" w14:textId="77777777" w:rsidR="00304674" w:rsidRPr="00304674" w:rsidRDefault="00304674" w:rsidP="00304674">
            <w:pPr>
              <w:rPr>
                <w:rFonts w:ascii="Arial" w:hAnsi="Arial" w:cs="Arial"/>
                <w:lang w:val="en-GB"/>
              </w:rPr>
            </w:pPr>
            <w:r w:rsidRPr="00304674">
              <w:rPr>
                <w:rFonts w:ascii="Arial" w:hAnsi="Arial" w:cs="Arial"/>
                <w:lang w:val="en-GB"/>
              </w:rPr>
              <w:t>                    &lt;li class="nav-item"&gt;</w:t>
            </w:r>
          </w:p>
          <w:p w14:paraId="00571B39" w14:textId="77777777" w:rsidR="00304674" w:rsidRPr="00304674" w:rsidRDefault="00304674" w:rsidP="00304674">
            <w:pPr>
              <w:rPr>
                <w:rFonts w:ascii="Arial" w:hAnsi="Arial" w:cs="Arial"/>
                <w:lang w:val="en-GB"/>
              </w:rPr>
            </w:pPr>
            <w:r w:rsidRPr="00304674">
              <w:rPr>
                <w:rFonts w:ascii="Arial" w:hAnsi="Arial" w:cs="Arial"/>
                <w:lang w:val="en-GB"/>
              </w:rPr>
              <w:t>                        &lt;a</w:t>
            </w:r>
          </w:p>
          <w:p w14:paraId="28BC07A4" w14:textId="77777777" w:rsidR="00304674" w:rsidRPr="00304674" w:rsidRDefault="00304674" w:rsidP="00304674">
            <w:pPr>
              <w:rPr>
                <w:rFonts w:ascii="Arial" w:hAnsi="Arial" w:cs="Arial"/>
                <w:lang w:val="en-GB"/>
              </w:rPr>
            </w:pPr>
            <w:r w:rsidRPr="00304674">
              <w:rPr>
                <w:rFonts w:ascii="Arial" w:hAnsi="Arial" w:cs="Arial"/>
                <w:lang w:val="en-GB"/>
              </w:rPr>
              <w:t>                            class="nav-link"</w:t>
            </w:r>
          </w:p>
          <w:p w14:paraId="507DDF51" w14:textId="77777777" w:rsidR="00304674" w:rsidRPr="00304674" w:rsidRDefault="00304674" w:rsidP="00304674">
            <w:pPr>
              <w:rPr>
                <w:rFonts w:ascii="Arial" w:hAnsi="Arial" w:cs="Arial"/>
                <w:lang w:val="en-GB"/>
              </w:rPr>
            </w:pPr>
            <w:r w:rsidRPr="00304674">
              <w:rPr>
                <w:rFonts w:ascii="Arial" w:hAnsi="Arial" w:cs="Arial"/>
                <w:lang w:val="en-GB"/>
              </w:rPr>
              <w:t>                            aria-current="page"</w:t>
            </w:r>
          </w:p>
          <w:p w14:paraId="07ED0C42" w14:textId="77777777" w:rsidR="00304674" w:rsidRPr="00304674" w:rsidRDefault="00304674" w:rsidP="00304674">
            <w:pPr>
              <w:rPr>
                <w:rFonts w:ascii="Arial" w:hAnsi="Arial" w:cs="Arial"/>
                <w:lang w:val="en-GB"/>
              </w:rPr>
            </w:pPr>
            <w:r w:rsidRPr="00304674">
              <w:rPr>
                <w:rFonts w:ascii="Arial" w:hAnsi="Arial" w:cs="Arial"/>
                <w:lang w:val="en-GB"/>
              </w:rPr>
              <w:t>                            href="./Product.html"</w:t>
            </w:r>
          </w:p>
          <w:p w14:paraId="2BFBEDAF" w14:textId="77777777" w:rsidR="00304674" w:rsidRPr="00304674" w:rsidRDefault="00304674" w:rsidP="00304674">
            <w:pPr>
              <w:rPr>
                <w:rFonts w:ascii="Arial" w:hAnsi="Arial" w:cs="Arial"/>
                <w:lang w:val="en-GB"/>
              </w:rPr>
            </w:pPr>
            <w:r w:rsidRPr="00304674">
              <w:rPr>
                <w:rFonts w:ascii="Arial" w:hAnsi="Arial" w:cs="Arial"/>
                <w:lang w:val="en-GB"/>
              </w:rPr>
              <w:t>                        &gt;</w:t>
            </w:r>
          </w:p>
          <w:p w14:paraId="7ADA24C4" w14:textId="77777777" w:rsidR="00304674" w:rsidRPr="00304674" w:rsidRDefault="00304674" w:rsidP="00304674">
            <w:pPr>
              <w:rPr>
                <w:rFonts w:ascii="Arial" w:hAnsi="Arial" w:cs="Arial"/>
                <w:lang w:val="en-GB"/>
              </w:rPr>
            </w:pPr>
            <w:r w:rsidRPr="00304674">
              <w:rPr>
                <w:rFonts w:ascii="Arial" w:hAnsi="Arial" w:cs="Arial"/>
                <w:lang w:val="en-GB"/>
              </w:rPr>
              <w:t>                            Shop</w:t>
            </w:r>
          </w:p>
          <w:p w14:paraId="1DC17D60" w14:textId="77777777" w:rsidR="00304674" w:rsidRPr="00304674" w:rsidRDefault="00304674" w:rsidP="00304674">
            <w:pPr>
              <w:rPr>
                <w:rFonts w:ascii="Arial" w:hAnsi="Arial" w:cs="Arial"/>
                <w:lang w:val="en-GB"/>
              </w:rPr>
            </w:pPr>
            <w:r w:rsidRPr="00304674">
              <w:rPr>
                <w:rFonts w:ascii="Arial" w:hAnsi="Arial" w:cs="Arial"/>
                <w:lang w:val="en-GB"/>
              </w:rPr>
              <w:t>                        &lt;/a&gt;</w:t>
            </w:r>
          </w:p>
          <w:p w14:paraId="22F37D41" w14:textId="77777777" w:rsidR="00304674" w:rsidRPr="00304674" w:rsidRDefault="00304674" w:rsidP="00304674">
            <w:pPr>
              <w:rPr>
                <w:rFonts w:ascii="Arial" w:hAnsi="Arial" w:cs="Arial"/>
                <w:lang w:val="en-GB"/>
              </w:rPr>
            </w:pPr>
            <w:r w:rsidRPr="00304674">
              <w:rPr>
                <w:rFonts w:ascii="Arial" w:hAnsi="Arial" w:cs="Arial"/>
                <w:lang w:val="en-GB"/>
              </w:rPr>
              <w:t>                    &lt;/li&gt;</w:t>
            </w:r>
          </w:p>
          <w:p w14:paraId="7218F4FC" w14:textId="77777777" w:rsidR="00304674" w:rsidRPr="00304674" w:rsidRDefault="00304674" w:rsidP="00304674">
            <w:pPr>
              <w:rPr>
                <w:rFonts w:ascii="Arial" w:hAnsi="Arial" w:cs="Arial"/>
                <w:lang w:val="en-GB"/>
              </w:rPr>
            </w:pPr>
          </w:p>
          <w:p w14:paraId="427B6799" w14:textId="77777777" w:rsidR="00304674" w:rsidRPr="00304674" w:rsidRDefault="00304674" w:rsidP="00304674">
            <w:pPr>
              <w:rPr>
                <w:rFonts w:ascii="Arial" w:hAnsi="Arial" w:cs="Arial"/>
                <w:lang w:val="en-GB"/>
              </w:rPr>
            </w:pPr>
            <w:r w:rsidRPr="00304674">
              <w:rPr>
                <w:rFonts w:ascii="Arial" w:hAnsi="Arial" w:cs="Arial"/>
                <w:lang w:val="en-GB"/>
              </w:rPr>
              <w:t>                    &lt;li class="nav-item"&gt;</w:t>
            </w:r>
          </w:p>
          <w:p w14:paraId="134242C2" w14:textId="77777777" w:rsidR="00304674" w:rsidRPr="00304674" w:rsidRDefault="00304674" w:rsidP="00304674">
            <w:pPr>
              <w:rPr>
                <w:rFonts w:ascii="Arial" w:hAnsi="Arial" w:cs="Arial"/>
                <w:lang w:val="en-GB"/>
              </w:rPr>
            </w:pPr>
            <w:r w:rsidRPr="00304674">
              <w:rPr>
                <w:rFonts w:ascii="Arial" w:hAnsi="Arial" w:cs="Arial"/>
                <w:lang w:val="en-GB"/>
              </w:rPr>
              <w:t>                        &lt;a</w:t>
            </w:r>
          </w:p>
          <w:p w14:paraId="7007CEB6" w14:textId="77777777" w:rsidR="00304674" w:rsidRPr="00304674" w:rsidRDefault="00304674" w:rsidP="00304674">
            <w:pPr>
              <w:rPr>
                <w:rFonts w:ascii="Arial" w:hAnsi="Arial" w:cs="Arial"/>
                <w:lang w:val="en-GB"/>
              </w:rPr>
            </w:pPr>
            <w:r w:rsidRPr="00304674">
              <w:rPr>
                <w:rFonts w:ascii="Arial" w:hAnsi="Arial" w:cs="Arial"/>
                <w:lang w:val="en-GB"/>
              </w:rPr>
              <w:t>                            class="nav-link active"</w:t>
            </w:r>
          </w:p>
          <w:p w14:paraId="76920BD5" w14:textId="77777777" w:rsidR="00304674" w:rsidRPr="00304674" w:rsidRDefault="00304674" w:rsidP="00304674">
            <w:pPr>
              <w:rPr>
                <w:rFonts w:ascii="Arial" w:hAnsi="Arial" w:cs="Arial"/>
                <w:lang w:val="en-GB"/>
              </w:rPr>
            </w:pPr>
            <w:r w:rsidRPr="00304674">
              <w:rPr>
                <w:rFonts w:ascii="Arial" w:hAnsi="Arial" w:cs="Arial"/>
                <w:lang w:val="en-GB"/>
              </w:rPr>
              <w:t>                            aria-current="page"</w:t>
            </w:r>
          </w:p>
          <w:p w14:paraId="5BDCE3FC" w14:textId="77777777" w:rsidR="00304674" w:rsidRPr="00304674" w:rsidRDefault="00304674" w:rsidP="00304674">
            <w:pPr>
              <w:rPr>
                <w:rFonts w:ascii="Arial" w:hAnsi="Arial" w:cs="Arial"/>
                <w:lang w:val="en-GB"/>
              </w:rPr>
            </w:pPr>
            <w:r w:rsidRPr="00304674">
              <w:rPr>
                <w:rFonts w:ascii="Arial" w:hAnsi="Arial" w:cs="Arial"/>
                <w:lang w:val="en-GB"/>
              </w:rPr>
              <w:t>                            href="./prodform.html"</w:t>
            </w:r>
          </w:p>
          <w:p w14:paraId="44233342" w14:textId="77777777" w:rsidR="00304674" w:rsidRPr="00304674" w:rsidRDefault="00304674" w:rsidP="00304674">
            <w:pPr>
              <w:rPr>
                <w:rFonts w:ascii="Arial" w:hAnsi="Arial" w:cs="Arial"/>
                <w:lang w:val="en-GB"/>
              </w:rPr>
            </w:pPr>
            <w:r w:rsidRPr="00304674">
              <w:rPr>
                <w:rFonts w:ascii="Arial" w:hAnsi="Arial" w:cs="Arial"/>
                <w:lang w:val="en-GB"/>
              </w:rPr>
              <w:t>                        &gt;</w:t>
            </w:r>
          </w:p>
          <w:p w14:paraId="1572365B" w14:textId="77777777" w:rsidR="00304674" w:rsidRPr="00304674" w:rsidRDefault="00304674" w:rsidP="00304674">
            <w:pPr>
              <w:rPr>
                <w:rFonts w:ascii="Arial" w:hAnsi="Arial" w:cs="Arial"/>
                <w:lang w:val="en-GB"/>
              </w:rPr>
            </w:pPr>
            <w:r w:rsidRPr="00304674">
              <w:rPr>
                <w:rFonts w:ascii="Arial" w:hAnsi="Arial" w:cs="Arial"/>
                <w:lang w:val="en-GB"/>
              </w:rPr>
              <w:t>                            Sell</w:t>
            </w:r>
          </w:p>
          <w:p w14:paraId="599C108E" w14:textId="77777777" w:rsidR="00304674" w:rsidRPr="00304674" w:rsidRDefault="00304674" w:rsidP="00304674">
            <w:pPr>
              <w:rPr>
                <w:rFonts w:ascii="Arial" w:hAnsi="Arial" w:cs="Arial"/>
                <w:lang w:val="en-GB"/>
              </w:rPr>
            </w:pPr>
            <w:r w:rsidRPr="00304674">
              <w:rPr>
                <w:rFonts w:ascii="Arial" w:hAnsi="Arial" w:cs="Arial"/>
                <w:lang w:val="en-GB"/>
              </w:rPr>
              <w:t>                        &lt;/a&gt;</w:t>
            </w:r>
          </w:p>
          <w:p w14:paraId="53340D13" w14:textId="77777777" w:rsidR="00304674" w:rsidRPr="00304674" w:rsidRDefault="00304674" w:rsidP="00304674">
            <w:pPr>
              <w:rPr>
                <w:rFonts w:ascii="Arial" w:hAnsi="Arial" w:cs="Arial"/>
                <w:lang w:val="en-GB"/>
              </w:rPr>
            </w:pPr>
            <w:r w:rsidRPr="00304674">
              <w:rPr>
                <w:rFonts w:ascii="Arial" w:hAnsi="Arial" w:cs="Arial"/>
                <w:lang w:val="en-GB"/>
              </w:rPr>
              <w:t>                    &lt;/li&gt;</w:t>
            </w:r>
          </w:p>
          <w:p w14:paraId="0EE6648D" w14:textId="77777777" w:rsidR="00304674" w:rsidRPr="00304674" w:rsidRDefault="00304674" w:rsidP="00304674">
            <w:pPr>
              <w:rPr>
                <w:rFonts w:ascii="Arial" w:hAnsi="Arial" w:cs="Arial"/>
                <w:lang w:val="en-GB"/>
              </w:rPr>
            </w:pPr>
          </w:p>
          <w:p w14:paraId="37AC361D" w14:textId="77777777" w:rsidR="00304674" w:rsidRPr="00304674" w:rsidRDefault="00304674" w:rsidP="00304674">
            <w:pPr>
              <w:rPr>
                <w:rFonts w:ascii="Arial" w:hAnsi="Arial" w:cs="Arial"/>
                <w:lang w:val="en-GB"/>
              </w:rPr>
            </w:pPr>
            <w:r w:rsidRPr="00304674">
              <w:rPr>
                <w:rFonts w:ascii="Arial" w:hAnsi="Arial" w:cs="Arial"/>
                <w:lang w:val="en-GB"/>
              </w:rPr>
              <w:t>                    &lt;li class="nav-item"&gt;</w:t>
            </w:r>
          </w:p>
          <w:p w14:paraId="64A4B58C" w14:textId="77777777" w:rsidR="00304674" w:rsidRPr="00304674" w:rsidRDefault="00304674" w:rsidP="00304674">
            <w:pPr>
              <w:rPr>
                <w:rFonts w:ascii="Arial" w:hAnsi="Arial" w:cs="Arial"/>
                <w:lang w:val="en-GB"/>
              </w:rPr>
            </w:pPr>
            <w:r w:rsidRPr="00304674">
              <w:rPr>
                <w:rFonts w:ascii="Arial" w:hAnsi="Arial" w:cs="Arial"/>
                <w:lang w:val="en-GB"/>
              </w:rPr>
              <w:t>                        &lt;a</w:t>
            </w:r>
          </w:p>
          <w:p w14:paraId="1DD5B2D9" w14:textId="77777777" w:rsidR="00304674" w:rsidRPr="00304674" w:rsidRDefault="00304674" w:rsidP="00304674">
            <w:pPr>
              <w:rPr>
                <w:rFonts w:ascii="Arial" w:hAnsi="Arial" w:cs="Arial"/>
                <w:lang w:val="en-GB"/>
              </w:rPr>
            </w:pPr>
            <w:r w:rsidRPr="00304674">
              <w:rPr>
                <w:rFonts w:ascii="Arial" w:hAnsi="Arial" w:cs="Arial"/>
                <w:lang w:val="en-GB"/>
              </w:rPr>
              <w:t>                            class="nav-link"</w:t>
            </w:r>
          </w:p>
          <w:p w14:paraId="2A3AF365" w14:textId="77777777" w:rsidR="00304674" w:rsidRPr="00304674" w:rsidRDefault="00304674" w:rsidP="00304674">
            <w:pPr>
              <w:rPr>
                <w:rFonts w:ascii="Arial" w:hAnsi="Arial" w:cs="Arial"/>
                <w:lang w:val="en-GB"/>
              </w:rPr>
            </w:pPr>
            <w:r w:rsidRPr="00304674">
              <w:rPr>
                <w:rFonts w:ascii="Arial" w:hAnsi="Arial" w:cs="Arial"/>
                <w:lang w:val="en-GB"/>
              </w:rPr>
              <w:t>                            href="./HELLO.html"</w:t>
            </w:r>
          </w:p>
          <w:p w14:paraId="329824E3" w14:textId="77777777" w:rsidR="00304674" w:rsidRPr="00304674" w:rsidRDefault="00304674" w:rsidP="00304674">
            <w:pPr>
              <w:rPr>
                <w:rFonts w:ascii="Arial" w:hAnsi="Arial" w:cs="Arial"/>
                <w:lang w:val="en-GB"/>
              </w:rPr>
            </w:pPr>
            <w:r w:rsidRPr="00304674">
              <w:rPr>
                <w:rFonts w:ascii="Arial" w:hAnsi="Arial" w:cs="Arial"/>
                <w:lang w:val="en-GB"/>
              </w:rPr>
              <w:t>                        &gt;</w:t>
            </w:r>
          </w:p>
          <w:p w14:paraId="11CBDEFA" w14:textId="77777777" w:rsidR="00304674" w:rsidRPr="00304674" w:rsidRDefault="00304674" w:rsidP="00304674">
            <w:pPr>
              <w:rPr>
                <w:rFonts w:ascii="Arial" w:hAnsi="Arial" w:cs="Arial"/>
                <w:lang w:val="en-GB"/>
              </w:rPr>
            </w:pPr>
            <w:r w:rsidRPr="00304674">
              <w:rPr>
                <w:rFonts w:ascii="Arial" w:hAnsi="Arial" w:cs="Arial"/>
                <w:lang w:val="en-GB"/>
              </w:rPr>
              <w:t>                            Login</w:t>
            </w:r>
          </w:p>
          <w:p w14:paraId="5535CD5F" w14:textId="77777777" w:rsidR="00304674" w:rsidRPr="00304674" w:rsidRDefault="00304674" w:rsidP="00304674">
            <w:pPr>
              <w:rPr>
                <w:rFonts w:ascii="Arial" w:hAnsi="Arial" w:cs="Arial"/>
                <w:lang w:val="en-GB"/>
              </w:rPr>
            </w:pPr>
            <w:r w:rsidRPr="00304674">
              <w:rPr>
                <w:rFonts w:ascii="Arial" w:hAnsi="Arial" w:cs="Arial"/>
                <w:lang w:val="en-GB"/>
              </w:rPr>
              <w:t>                        &lt;/a&gt;</w:t>
            </w:r>
          </w:p>
          <w:p w14:paraId="0C14AA54" w14:textId="77777777" w:rsidR="00304674" w:rsidRPr="00304674" w:rsidRDefault="00304674" w:rsidP="00304674">
            <w:pPr>
              <w:rPr>
                <w:rFonts w:ascii="Arial" w:hAnsi="Arial" w:cs="Arial"/>
                <w:lang w:val="en-GB"/>
              </w:rPr>
            </w:pPr>
            <w:r w:rsidRPr="00304674">
              <w:rPr>
                <w:rFonts w:ascii="Arial" w:hAnsi="Arial" w:cs="Arial"/>
                <w:lang w:val="en-GB"/>
              </w:rPr>
              <w:t>                    &lt;/li&gt;</w:t>
            </w:r>
          </w:p>
          <w:p w14:paraId="0FD712D0" w14:textId="77777777" w:rsidR="00304674" w:rsidRPr="00304674" w:rsidRDefault="00304674" w:rsidP="00304674">
            <w:pPr>
              <w:rPr>
                <w:rFonts w:ascii="Arial" w:hAnsi="Arial" w:cs="Arial"/>
                <w:lang w:val="en-GB"/>
              </w:rPr>
            </w:pPr>
          </w:p>
          <w:p w14:paraId="48F9752D" w14:textId="77777777" w:rsidR="00304674" w:rsidRPr="00304674" w:rsidRDefault="00304674" w:rsidP="00304674">
            <w:pPr>
              <w:rPr>
                <w:rFonts w:ascii="Arial" w:hAnsi="Arial" w:cs="Arial"/>
                <w:lang w:val="en-GB"/>
              </w:rPr>
            </w:pPr>
            <w:r w:rsidRPr="00304674">
              <w:rPr>
                <w:rFonts w:ascii="Arial" w:hAnsi="Arial" w:cs="Arial"/>
                <w:lang w:val="en-GB"/>
              </w:rPr>
              <w:t>                    &lt;li class="nav-item"&gt;</w:t>
            </w:r>
          </w:p>
          <w:p w14:paraId="2511215B" w14:textId="77777777" w:rsidR="00304674" w:rsidRPr="00304674" w:rsidRDefault="00304674" w:rsidP="00304674">
            <w:pPr>
              <w:rPr>
                <w:rFonts w:ascii="Arial" w:hAnsi="Arial" w:cs="Arial"/>
                <w:lang w:val="en-GB"/>
              </w:rPr>
            </w:pPr>
            <w:r w:rsidRPr="00304674">
              <w:rPr>
                <w:rFonts w:ascii="Arial" w:hAnsi="Arial" w:cs="Arial"/>
                <w:lang w:val="en-GB"/>
              </w:rPr>
              <w:t>                        &lt;a</w:t>
            </w:r>
          </w:p>
          <w:p w14:paraId="1D396A04" w14:textId="77777777" w:rsidR="00304674" w:rsidRPr="00304674" w:rsidRDefault="00304674" w:rsidP="00304674">
            <w:pPr>
              <w:rPr>
                <w:rFonts w:ascii="Arial" w:hAnsi="Arial" w:cs="Arial"/>
                <w:lang w:val="en-GB"/>
              </w:rPr>
            </w:pPr>
            <w:r w:rsidRPr="00304674">
              <w:rPr>
                <w:rFonts w:ascii="Arial" w:hAnsi="Arial" w:cs="Arial"/>
                <w:lang w:val="en-GB"/>
              </w:rPr>
              <w:t>                            class="nav-link"</w:t>
            </w:r>
          </w:p>
          <w:p w14:paraId="3EA4D9A5" w14:textId="77777777" w:rsidR="00304674" w:rsidRPr="00304674" w:rsidRDefault="00304674" w:rsidP="00304674">
            <w:pPr>
              <w:rPr>
                <w:rFonts w:ascii="Arial" w:hAnsi="Arial" w:cs="Arial"/>
                <w:lang w:val="en-GB"/>
              </w:rPr>
            </w:pPr>
            <w:r w:rsidRPr="00304674">
              <w:rPr>
                <w:rFonts w:ascii="Arial" w:hAnsi="Arial" w:cs="Arial"/>
                <w:lang w:val="en-GB"/>
              </w:rPr>
              <w:t>                            href="./contacus.html"</w:t>
            </w:r>
          </w:p>
          <w:p w14:paraId="553E5FA3" w14:textId="77777777" w:rsidR="00304674" w:rsidRPr="00304674" w:rsidRDefault="00304674" w:rsidP="00304674">
            <w:pPr>
              <w:rPr>
                <w:rFonts w:ascii="Arial" w:hAnsi="Arial" w:cs="Arial"/>
                <w:lang w:val="en-GB"/>
              </w:rPr>
            </w:pPr>
            <w:r w:rsidRPr="00304674">
              <w:rPr>
                <w:rFonts w:ascii="Arial" w:hAnsi="Arial" w:cs="Arial"/>
                <w:lang w:val="en-GB"/>
              </w:rPr>
              <w:lastRenderedPageBreak/>
              <w:t>                        &gt;</w:t>
            </w:r>
          </w:p>
          <w:p w14:paraId="54E7E21B" w14:textId="77777777" w:rsidR="00304674" w:rsidRPr="00304674" w:rsidRDefault="00304674" w:rsidP="00304674">
            <w:pPr>
              <w:rPr>
                <w:rFonts w:ascii="Arial" w:hAnsi="Arial" w:cs="Arial"/>
                <w:lang w:val="en-GB"/>
              </w:rPr>
            </w:pPr>
            <w:r w:rsidRPr="00304674">
              <w:rPr>
                <w:rFonts w:ascii="Arial" w:hAnsi="Arial" w:cs="Arial"/>
                <w:lang w:val="en-GB"/>
              </w:rPr>
              <w:t>                            Contact Us</w:t>
            </w:r>
          </w:p>
          <w:p w14:paraId="5EDA033E" w14:textId="77777777" w:rsidR="00304674" w:rsidRPr="00304674" w:rsidRDefault="00304674" w:rsidP="00304674">
            <w:pPr>
              <w:rPr>
                <w:rFonts w:ascii="Arial" w:hAnsi="Arial" w:cs="Arial"/>
                <w:lang w:val="en-GB"/>
              </w:rPr>
            </w:pPr>
            <w:r w:rsidRPr="00304674">
              <w:rPr>
                <w:rFonts w:ascii="Arial" w:hAnsi="Arial" w:cs="Arial"/>
                <w:lang w:val="en-GB"/>
              </w:rPr>
              <w:t>                        &lt;/a&gt;</w:t>
            </w:r>
          </w:p>
          <w:p w14:paraId="6CBB4EC4" w14:textId="77777777" w:rsidR="00304674" w:rsidRPr="00304674" w:rsidRDefault="00304674" w:rsidP="00304674">
            <w:pPr>
              <w:rPr>
                <w:rFonts w:ascii="Arial" w:hAnsi="Arial" w:cs="Arial"/>
                <w:lang w:val="en-GB"/>
              </w:rPr>
            </w:pPr>
            <w:r w:rsidRPr="00304674">
              <w:rPr>
                <w:rFonts w:ascii="Arial" w:hAnsi="Arial" w:cs="Arial"/>
                <w:lang w:val="en-GB"/>
              </w:rPr>
              <w:t>                    &lt;/li&gt;</w:t>
            </w:r>
          </w:p>
          <w:p w14:paraId="68C9AEF6" w14:textId="77777777" w:rsidR="00304674" w:rsidRPr="00304674" w:rsidRDefault="00304674" w:rsidP="00304674">
            <w:pPr>
              <w:rPr>
                <w:rFonts w:ascii="Arial" w:hAnsi="Arial" w:cs="Arial"/>
                <w:lang w:val="en-GB"/>
              </w:rPr>
            </w:pPr>
          </w:p>
          <w:p w14:paraId="1C49F3A7" w14:textId="77777777" w:rsidR="00304674" w:rsidRPr="00304674" w:rsidRDefault="00304674" w:rsidP="00304674">
            <w:pPr>
              <w:rPr>
                <w:rFonts w:ascii="Arial" w:hAnsi="Arial" w:cs="Arial"/>
                <w:lang w:val="en-GB"/>
              </w:rPr>
            </w:pPr>
            <w:r w:rsidRPr="00304674">
              <w:rPr>
                <w:rFonts w:ascii="Arial" w:hAnsi="Arial" w:cs="Arial"/>
                <w:lang w:val="en-GB"/>
              </w:rPr>
              <w:t>                    &lt;li class="nav-item"&gt;</w:t>
            </w:r>
          </w:p>
          <w:p w14:paraId="5C1510CD" w14:textId="77777777" w:rsidR="00304674" w:rsidRPr="00304674" w:rsidRDefault="00304674" w:rsidP="00304674">
            <w:pPr>
              <w:rPr>
                <w:rFonts w:ascii="Arial" w:hAnsi="Arial" w:cs="Arial"/>
                <w:lang w:val="en-GB"/>
              </w:rPr>
            </w:pPr>
            <w:r w:rsidRPr="00304674">
              <w:rPr>
                <w:rFonts w:ascii="Arial" w:hAnsi="Arial" w:cs="Arial"/>
                <w:lang w:val="en-GB"/>
              </w:rPr>
              <w:t>                        &lt;a</w:t>
            </w:r>
          </w:p>
          <w:p w14:paraId="2F327F16" w14:textId="77777777" w:rsidR="00304674" w:rsidRPr="00304674" w:rsidRDefault="00304674" w:rsidP="00304674">
            <w:pPr>
              <w:rPr>
                <w:rFonts w:ascii="Arial" w:hAnsi="Arial" w:cs="Arial"/>
                <w:lang w:val="en-GB"/>
              </w:rPr>
            </w:pPr>
            <w:r w:rsidRPr="00304674">
              <w:rPr>
                <w:rFonts w:ascii="Arial" w:hAnsi="Arial" w:cs="Arial"/>
                <w:lang w:val="en-GB"/>
              </w:rPr>
              <w:t>                            class="nav-link"</w:t>
            </w:r>
          </w:p>
          <w:p w14:paraId="3F423713" w14:textId="77777777" w:rsidR="00304674" w:rsidRPr="00304674" w:rsidRDefault="00304674" w:rsidP="00304674">
            <w:pPr>
              <w:rPr>
                <w:rFonts w:ascii="Arial" w:hAnsi="Arial" w:cs="Arial"/>
                <w:lang w:val="en-GB"/>
              </w:rPr>
            </w:pPr>
            <w:r w:rsidRPr="00304674">
              <w:rPr>
                <w:rFonts w:ascii="Arial" w:hAnsi="Arial" w:cs="Arial"/>
                <w:lang w:val="en-GB"/>
              </w:rPr>
              <w:t>                            href="./aboutus.html"</w:t>
            </w:r>
          </w:p>
          <w:p w14:paraId="6A47A3B3" w14:textId="77777777" w:rsidR="00304674" w:rsidRPr="00304674" w:rsidRDefault="00304674" w:rsidP="00304674">
            <w:pPr>
              <w:rPr>
                <w:rFonts w:ascii="Arial" w:hAnsi="Arial" w:cs="Arial"/>
                <w:lang w:val="en-GB"/>
              </w:rPr>
            </w:pPr>
            <w:r w:rsidRPr="00304674">
              <w:rPr>
                <w:rFonts w:ascii="Arial" w:hAnsi="Arial" w:cs="Arial"/>
                <w:lang w:val="en-GB"/>
              </w:rPr>
              <w:t>                        &gt;</w:t>
            </w:r>
          </w:p>
          <w:p w14:paraId="595FF506" w14:textId="77777777" w:rsidR="00304674" w:rsidRPr="00304674" w:rsidRDefault="00304674" w:rsidP="00304674">
            <w:pPr>
              <w:rPr>
                <w:rFonts w:ascii="Arial" w:hAnsi="Arial" w:cs="Arial"/>
                <w:lang w:val="en-GB"/>
              </w:rPr>
            </w:pPr>
            <w:r w:rsidRPr="00304674">
              <w:rPr>
                <w:rFonts w:ascii="Arial" w:hAnsi="Arial" w:cs="Arial"/>
                <w:lang w:val="en-GB"/>
              </w:rPr>
              <w:t>                            About Us</w:t>
            </w:r>
          </w:p>
          <w:p w14:paraId="5147CFB4" w14:textId="77777777" w:rsidR="00304674" w:rsidRPr="00304674" w:rsidRDefault="00304674" w:rsidP="00304674">
            <w:pPr>
              <w:rPr>
                <w:rFonts w:ascii="Arial" w:hAnsi="Arial" w:cs="Arial"/>
                <w:lang w:val="en-GB"/>
              </w:rPr>
            </w:pPr>
            <w:r w:rsidRPr="00304674">
              <w:rPr>
                <w:rFonts w:ascii="Arial" w:hAnsi="Arial" w:cs="Arial"/>
                <w:lang w:val="en-GB"/>
              </w:rPr>
              <w:t>                        &lt;/a&gt;</w:t>
            </w:r>
          </w:p>
          <w:p w14:paraId="4AF81524" w14:textId="77777777" w:rsidR="00304674" w:rsidRPr="00304674" w:rsidRDefault="00304674" w:rsidP="00304674">
            <w:pPr>
              <w:rPr>
                <w:rFonts w:ascii="Arial" w:hAnsi="Arial" w:cs="Arial"/>
                <w:lang w:val="en-GB"/>
              </w:rPr>
            </w:pPr>
            <w:r w:rsidRPr="00304674">
              <w:rPr>
                <w:rFonts w:ascii="Arial" w:hAnsi="Arial" w:cs="Arial"/>
                <w:lang w:val="en-GB"/>
              </w:rPr>
              <w:t>                    &lt;/li&gt;</w:t>
            </w:r>
          </w:p>
          <w:p w14:paraId="2A4FDD5F" w14:textId="77777777" w:rsidR="00304674" w:rsidRPr="00304674" w:rsidRDefault="00304674" w:rsidP="00304674">
            <w:pPr>
              <w:rPr>
                <w:rFonts w:ascii="Arial" w:hAnsi="Arial" w:cs="Arial"/>
                <w:lang w:val="en-GB"/>
              </w:rPr>
            </w:pPr>
          </w:p>
          <w:p w14:paraId="54EC5070" w14:textId="77777777" w:rsidR="00304674" w:rsidRPr="00304674" w:rsidRDefault="00304674" w:rsidP="00304674">
            <w:pPr>
              <w:rPr>
                <w:rFonts w:ascii="Arial" w:hAnsi="Arial" w:cs="Arial"/>
                <w:lang w:val="en-GB"/>
              </w:rPr>
            </w:pPr>
            <w:r w:rsidRPr="00304674">
              <w:rPr>
                <w:rFonts w:ascii="Arial" w:hAnsi="Arial" w:cs="Arial"/>
                <w:lang w:val="en-GB"/>
              </w:rPr>
              <w:t>                &lt;/ul&gt;</w:t>
            </w:r>
          </w:p>
          <w:p w14:paraId="08D6CB1B" w14:textId="77777777" w:rsidR="00304674" w:rsidRPr="00304674" w:rsidRDefault="00304674" w:rsidP="00304674">
            <w:pPr>
              <w:rPr>
                <w:rFonts w:ascii="Arial" w:hAnsi="Arial" w:cs="Arial"/>
                <w:lang w:val="en-GB"/>
              </w:rPr>
            </w:pPr>
            <w:r w:rsidRPr="00304674">
              <w:rPr>
                <w:rFonts w:ascii="Arial" w:hAnsi="Arial" w:cs="Arial"/>
                <w:lang w:val="en-GB"/>
              </w:rPr>
              <w:t>            &lt;/td&gt;</w:t>
            </w:r>
          </w:p>
          <w:p w14:paraId="333A8C4C" w14:textId="77777777" w:rsidR="00304674" w:rsidRPr="00304674" w:rsidRDefault="00304674" w:rsidP="00304674">
            <w:pPr>
              <w:rPr>
                <w:rFonts w:ascii="Arial" w:hAnsi="Arial" w:cs="Arial"/>
                <w:lang w:val="en-GB"/>
              </w:rPr>
            </w:pPr>
            <w:r w:rsidRPr="00304674">
              <w:rPr>
                <w:rFonts w:ascii="Arial" w:hAnsi="Arial" w:cs="Arial"/>
                <w:lang w:val="en-GB"/>
              </w:rPr>
              <w:t>        &lt;/tr&gt;</w:t>
            </w:r>
          </w:p>
          <w:p w14:paraId="68251001" w14:textId="77777777" w:rsidR="00304674" w:rsidRPr="00304674" w:rsidRDefault="00304674" w:rsidP="00304674">
            <w:pPr>
              <w:rPr>
                <w:rFonts w:ascii="Arial" w:hAnsi="Arial" w:cs="Arial"/>
                <w:lang w:val="en-GB"/>
              </w:rPr>
            </w:pPr>
          </w:p>
          <w:p w14:paraId="70E3F2BE" w14:textId="77777777" w:rsidR="00304674" w:rsidRPr="00304674" w:rsidRDefault="00304674" w:rsidP="00304674">
            <w:pPr>
              <w:rPr>
                <w:rFonts w:ascii="Arial" w:hAnsi="Arial" w:cs="Arial"/>
                <w:lang w:val="en-GB"/>
              </w:rPr>
            </w:pPr>
            <w:r w:rsidRPr="00304674">
              <w:rPr>
                <w:rFonts w:ascii="Arial" w:hAnsi="Arial" w:cs="Arial"/>
                <w:lang w:val="en-GB"/>
              </w:rPr>
              <w:t>        &lt;tr&gt;</w:t>
            </w:r>
          </w:p>
          <w:p w14:paraId="73E450F1" w14:textId="77777777" w:rsidR="00304674" w:rsidRPr="00304674" w:rsidRDefault="00304674" w:rsidP="00304674">
            <w:pPr>
              <w:rPr>
                <w:rFonts w:ascii="Arial" w:hAnsi="Arial" w:cs="Arial"/>
                <w:lang w:val="en-GB"/>
              </w:rPr>
            </w:pPr>
            <w:r w:rsidRPr="00304674">
              <w:rPr>
                <w:rFonts w:ascii="Arial" w:hAnsi="Arial" w:cs="Arial"/>
                <w:lang w:val="en-GB"/>
              </w:rPr>
              <w:t>            &lt;</w:t>
            </w:r>
            <w:proofErr w:type="spellStart"/>
            <w:r w:rsidRPr="00304674">
              <w:rPr>
                <w:rFonts w:ascii="Arial" w:hAnsi="Arial" w:cs="Arial"/>
                <w:lang w:val="en-GB"/>
              </w:rPr>
              <w:t>td</w:t>
            </w:r>
            <w:proofErr w:type="spellEnd"/>
            <w:r w:rsidRPr="00304674">
              <w:rPr>
                <w:rFonts w:ascii="Arial" w:hAnsi="Arial" w:cs="Arial"/>
                <w:lang w:val="en-GB"/>
              </w:rPr>
              <w:t xml:space="preserve"> </w:t>
            </w:r>
            <w:proofErr w:type="gramStart"/>
            <w:r w:rsidRPr="00304674">
              <w:rPr>
                <w:rFonts w:ascii="Arial" w:hAnsi="Arial" w:cs="Arial"/>
                <w:lang w:val="en-GB"/>
              </w:rPr>
              <w:t>align</w:t>
            </w:r>
            <w:proofErr w:type="gramEnd"/>
            <w:r w:rsidRPr="00304674">
              <w:rPr>
                <w:rFonts w:ascii="Arial" w:hAnsi="Arial" w:cs="Arial"/>
                <w:lang w:val="en-GB"/>
              </w:rPr>
              <w:t>="center"&gt;</w:t>
            </w:r>
          </w:p>
          <w:p w14:paraId="19021960" w14:textId="77777777" w:rsidR="00304674" w:rsidRPr="00304674" w:rsidRDefault="00304674" w:rsidP="00304674">
            <w:pPr>
              <w:rPr>
                <w:rFonts w:ascii="Arial" w:hAnsi="Arial" w:cs="Arial"/>
                <w:lang w:val="en-GB"/>
              </w:rPr>
            </w:pPr>
          </w:p>
          <w:p w14:paraId="00943A0A" w14:textId="77777777" w:rsidR="00304674" w:rsidRPr="00304674" w:rsidRDefault="00304674" w:rsidP="00304674">
            <w:pPr>
              <w:rPr>
                <w:rFonts w:ascii="Arial" w:hAnsi="Arial" w:cs="Arial"/>
                <w:lang w:val="en-GB"/>
              </w:rPr>
            </w:pPr>
            <w:r w:rsidRPr="00304674">
              <w:rPr>
                <w:rFonts w:ascii="Arial" w:hAnsi="Arial" w:cs="Arial"/>
                <w:lang w:val="en-GB"/>
              </w:rPr>
              <w:t>                &lt;a href="./index.html"&gt;</w:t>
            </w:r>
          </w:p>
          <w:p w14:paraId="51835405" w14:textId="77777777" w:rsidR="00304674" w:rsidRPr="00304674" w:rsidRDefault="00304674" w:rsidP="00304674">
            <w:pPr>
              <w:rPr>
                <w:rFonts w:ascii="Arial" w:hAnsi="Arial" w:cs="Arial"/>
                <w:lang w:val="en-GB"/>
              </w:rPr>
            </w:pPr>
            <w:r w:rsidRPr="00304674">
              <w:rPr>
                <w:rFonts w:ascii="Arial" w:hAnsi="Arial" w:cs="Arial"/>
                <w:lang w:val="en-GB"/>
              </w:rPr>
              <w:t>                    &lt;img</w:t>
            </w:r>
          </w:p>
          <w:p w14:paraId="363B1B1C" w14:textId="77777777" w:rsidR="00304674" w:rsidRPr="00304674" w:rsidRDefault="00304674" w:rsidP="00304674">
            <w:pPr>
              <w:rPr>
                <w:rFonts w:ascii="Arial" w:hAnsi="Arial" w:cs="Arial"/>
                <w:lang w:val="en-GB"/>
              </w:rPr>
            </w:pPr>
            <w:r w:rsidRPr="00304674">
              <w:rPr>
                <w:rFonts w:ascii="Arial" w:hAnsi="Arial" w:cs="Arial"/>
                <w:lang w:val="en-GB"/>
              </w:rPr>
              <w:t xml:space="preserve">                        </w:t>
            </w:r>
            <w:proofErr w:type="spellStart"/>
            <w:r w:rsidRPr="00304674">
              <w:rPr>
                <w:rFonts w:ascii="Arial" w:hAnsi="Arial" w:cs="Arial"/>
                <w:lang w:val="en-GB"/>
              </w:rPr>
              <w:t>src</w:t>
            </w:r>
            <w:proofErr w:type="spellEnd"/>
            <w:r w:rsidRPr="00304674">
              <w:rPr>
                <w:rFonts w:ascii="Arial" w:hAnsi="Arial" w:cs="Arial"/>
                <w:lang w:val="en-GB"/>
              </w:rPr>
              <w:t>="./images/store.jpg"</w:t>
            </w:r>
          </w:p>
          <w:p w14:paraId="148BD791" w14:textId="77777777" w:rsidR="00304674" w:rsidRPr="00304674" w:rsidRDefault="00304674" w:rsidP="00304674">
            <w:pPr>
              <w:rPr>
                <w:rFonts w:ascii="Arial" w:hAnsi="Arial" w:cs="Arial"/>
                <w:lang w:val="en-GB"/>
              </w:rPr>
            </w:pPr>
            <w:r w:rsidRPr="00304674">
              <w:rPr>
                <w:rFonts w:ascii="Arial" w:hAnsi="Arial" w:cs="Arial"/>
                <w:lang w:val="en-GB"/>
              </w:rPr>
              <w:t>                        alt="</w:t>
            </w:r>
            <w:proofErr w:type="spellStart"/>
            <w:r w:rsidRPr="00304674">
              <w:rPr>
                <w:rFonts w:ascii="Arial" w:hAnsi="Arial" w:cs="Arial"/>
                <w:lang w:val="en-GB"/>
              </w:rPr>
              <w:t>eStore</w:t>
            </w:r>
            <w:proofErr w:type="spellEnd"/>
            <w:r w:rsidRPr="00304674">
              <w:rPr>
                <w:rFonts w:ascii="Arial" w:hAnsi="Arial" w:cs="Arial"/>
                <w:lang w:val="en-GB"/>
              </w:rPr>
              <w:t>"</w:t>
            </w:r>
          </w:p>
          <w:p w14:paraId="53D999B6" w14:textId="77777777" w:rsidR="00304674" w:rsidRPr="00304674" w:rsidRDefault="00304674" w:rsidP="00304674">
            <w:pPr>
              <w:rPr>
                <w:rFonts w:ascii="Arial" w:hAnsi="Arial" w:cs="Arial"/>
                <w:lang w:val="en-GB"/>
              </w:rPr>
            </w:pPr>
            <w:r w:rsidRPr="00304674">
              <w:rPr>
                <w:rFonts w:ascii="Arial" w:hAnsi="Arial" w:cs="Arial"/>
                <w:lang w:val="en-GB"/>
              </w:rPr>
              <w:t>                    &gt;</w:t>
            </w:r>
          </w:p>
          <w:p w14:paraId="5DEAB242" w14:textId="77777777" w:rsidR="00304674" w:rsidRPr="00304674" w:rsidRDefault="00304674" w:rsidP="00304674">
            <w:pPr>
              <w:rPr>
                <w:rFonts w:ascii="Arial" w:hAnsi="Arial" w:cs="Arial"/>
                <w:lang w:val="en-GB"/>
              </w:rPr>
            </w:pPr>
          </w:p>
          <w:p w14:paraId="0FC57156" w14:textId="77777777" w:rsidR="00304674" w:rsidRPr="00304674" w:rsidRDefault="00304674" w:rsidP="00304674">
            <w:pPr>
              <w:rPr>
                <w:rFonts w:ascii="Arial" w:hAnsi="Arial" w:cs="Arial"/>
                <w:lang w:val="en-GB"/>
              </w:rPr>
            </w:pPr>
            <w:r w:rsidRPr="00304674">
              <w:rPr>
                <w:rFonts w:ascii="Arial" w:hAnsi="Arial" w:cs="Arial"/>
                <w:lang w:val="en-GB"/>
              </w:rPr>
              <w:t>                    &lt;</w:t>
            </w:r>
            <w:proofErr w:type="spellStart"/>
            <w:r w:rsidRPr="00304674">
              <w:rPr>
                <w:rFonts w:ascii="Arial" w:hAnsi="Arial" w:cs="Arial"/>
                <w:lang w:val="en-GB"/>
              </w:rPr>
              <w:t>br</w:t>
            </w:r>
            <w:proofErr w:type="spellEnd"/>
            <w:r w:rsidRPr="00304674">
              <w:rPr>
                <w:rFonts w:ascii="Arial" w:hAnsi="Arial" w:cs="Arial"/>
                <w:lang w:val="en-GB"/>
              </w:rPr>
              <w:t>&gt;</w:t>
            </w:r>
          </w:p>
          <w:p w14:paraId="24999E2D" w14:textId="77777777" w:rsidR="00304674" w:rsidRPr="00304674" w:rsidRDefault="00304674" w:rsidP="00304674">
            <w:pPr>
              <w:rPr>
                <w:rFonts w:ascii="Arial" w:hAnsi="Arial" w:cs="Arial"/>
                <w:lang w:val="en-GB"/>
              </w:rPr>
            </w:pPr>
            <w:r w:rsidRPr="00304674">
              <w:rPr>
                <w:rFonts w:ascii="Arial" w:hAnsi="Arial" w:cs="Arial"/>
                <w:lang w:val="en-GB"/>
              </w:rPr>
              <w:t>                    &lt;</w:t>
            </w:r>
            <w:proofErr w:type="spellStart"/>
            <w:r w:rsidRPr="00304674">
              <w:rPr>
                <w:rFonts w:ascii="Arial" w:hAnsi="Arial" w:cs="Arial"/>
                <w:lang w:val="en-GB"/>
              </w:rPr>
              <w:t>br</w:t>
            </w:r>
            <w:proofErr w:type="spellEnd"/>
            <w:r w:rsidRPr="00304674">
              <w:rPr>
                <w:rFonts w:ascii="Arial" w:hAnsi="Arial" w:cs="Arial"/>
                <w:lang w:val="en-GB"/>
              </w:rPr>
              <w:t>&gt;</w:t>
            </w:r>
          </w:p>
          <w:p w14:paraId="3455E516" w14:textId="77777777" w:rsidR="00304674" w:rsidRPr="00304674" w:rsidRDefault="00304674" w:rsidP="00304674">
            <w:pPr>
              <w:rPr>
                <w:rFonts w:ascii="Arial" w:hAnsi="Arial" w:cs="Arial"/>
                <w:lang w:val="en-GB"/>
              </w:rPr>
            </w:pPr>
            <w:r w:rsidRPr="00304674">
              <w:rPr>
                <w:rFonts w:ascii="Arial" w:hAnsi="Arial" w:cs="Arial"/>
                <w:lang w:val="en-GB"/>
              </w:rPr>
              <w:t>                &lt;/a&gt;</w:t>
            </w:r>
          </w:p>
          <w:p w14:paraId="5E42546F" w14:textId="77777777" w:rsidR="00304674" w:rsidRPr="00304674" w:rsidRDefault="00304674" w:rsidP="00304674">
            <w:pPr>
              <w:rPr>
                <w:rFonts w:ascii="Arial" w:hAnsi="Arial" w:cs="Arial"/>
                <w:lang w:val="en-GB"/>
              </w:rPr>
            </w:pPr>
          </w:p>
          <w:p w14:paraId="31ADFF31" w14:textId="77777777" w:rsidR="00304674" w:rsidRPr="00304674" w:rsidRDefault="00304674" w:rsidP="00304674">
            <w:pPr>
              <w:rPr>
                <w:rFonts w:ascii="Arial" w:hAnsi="Arial" w:cs="Arial"/>
                <w:lang w:val="en-GB"/>
              </w:rPr>
            </w:pPr>
            <w:r w:rsidRPr="00304674">
              <w:rPr>
                <w:rFonts w:ascii="Arial" w:hAnsi="Arial" w:cs="Arial"/>
                <w:lang w:val="en-GB"/>
              </w:rPr>
              <w:t>            &lt;/td&gt;</w:t>
            </w:r>
          </w:p>
          <w:p w14:paraId="7B23BE9C" w14:textId="77777777" w:rsidR="00304674" w:rsidRPr="00304674" w:rsidRDefault="00304674" w:rsidP="00304674">
            <w:pPr>
              <w:rPr>
                <w:rFonts w:ascii="Arial" w:hAnsi="Arial" w:cs="Arial"/>
                <w:lang w:val="en-GB"/>
              </w:rPr>
            </w:pPr>
          </w:p>
          <w:p w14:paraId="25544F46" w14:textId="77777777" w:rsidR="00304674" w:rsidRPr="00304674" w:rsidRDefault="00304674" w:rsidP="00304674">
            <w:pPr>
              <w:rPr>
                <w:rFonts w:ascii="Arial" w:hAnsi="Arial" w:cs="Arial"/>
                <w:lang w:val="en-GB"/>
              </w:rPr>
            </w:pPr>
            <w:r w:rsidRPr="00304674">
              <w:rPr>
                <w:rFonts w:ascii="Arial" w:hAnsi="Arial" w:cs="Arial"/>
                <w:lang w:val="en-GB"/>
              </w:rPr>
              <w:t>            &lt;td&gt;&lt;/td&gt;</w:t>
            </w:r>
          </w:p>
          <w:p w14:paraId="2E71F9C9" w14:textId="77777777" w:rsidR="00304674" w:rsidRPr="00304674" w:rsidRDefault="00304674" w:rsidP="00304674">
            <w:pPr>
              <w:rPr>
                <w:rFonts w:ascii="Arial" w:hAnsi="Arial" w:cs="Arial"/>
                <w:lang w:val="en-GB"/>
              </w:rPr>
            </w:pPr>
            <w:r w:rsidRPr="00304674">
              <w:rPr>
                <w:rFonts w:ascii="Arial" w:hAnsi="Arial" w:cs="Arial"/>
                <w:lang w:val="en-GB"/>
              </w:rPr>
              <w:t>        &lt;/tr&gt;</w:t>
            </w:r>
          </w:p>
          <w:p w14:paraId="65886730" w14:textId="77777777" w:rsidR="00304674" w:rsidRPr="00304674" w:rsidRDefault="00304674" w:rsidP="00304674">
            <w:pPr>
              <w:rPr>
                <w:rFonts w:ascii="Arial" w:hAnsi="Arial" w:cs="Arial"/>
                <w:lang w:val="en-GB"/>
              </w:rPr>
            </w:pPr>
            <w:r w:rsidRPr="00304674">
              <w:rPr>
                <w:rFonts w:ascii="Arial" w:hAnsi="Arial" w:cs="Arial"/>
                <w:lang w:val="en-GB"/>
              </w:rPr>
              <w:t>    &lt;/table&gt;</w:t>
            </w:r>
          </w:p>
          <w:p w14:paraId="3CEB8E1B" w14:textId="77777777" w:rsidR="00304674" w:rsidRPr="00304674" w:rsidRDefault="00304674" w:rsidP="00304674">
            <w:pPr>
              <w:rPr>
                <w:rFonts w:ascii="Arial" w:hAnsi="Arial" w:cs="Arial"/>
                <w:lang w:val="en-GB"/>
              </w:rPr>
            </w:pPr>
          </w:p>
          <w:p w14:paraId="33B76A57" w14:textId="77777777" w:rsidR="00304674" w:rsidRPr="00304674" w:rsidRDefault="00304674" w:rsidP="00304674">
            <w:pPr>
              <w:rPr>
                <w:rFonts w:ascii="Arial" w:hAnsi="Arial" w:cs="Arial"/>
                <w:lang w:val="en-GB"/>
              </w:rPr>
            </w:pPr>
            <w:r w:rsidRPr="00304674">
              <w:rPr>
                <w:rFonts w:ascii="Arial" w:hAnsi="Arial" w:cs="Arial"/>
                <w:lang w:val="en-GB"/>
              </w:rPr>
              <w:t>    &lt;div class="form-container"&gt;</w:t>
            </w:r>
          </w:p>
          <w:p w14:paraId="1E775EDA" w14:textId="77777777" w:rsidR="00304674" w:rsidRPr="00304674" w:rsidRDefault="00304674" w:rsidP="00304674">
            <w:pPr>
              <w:rPr>
                <w:rFonts w:ascii="Arial" w:hAnsi="Arial" w:cs="Arial"/>
                <w:lang w:val="en-GB"/>
              </w:rPr>
            </w:pPr>
          </w:p>
          <w:p w14:paraId="647EA377" w14:textId="77777777" w:rsidR="00304674" w:rsidRPr="00304674" w:rsidRDefault="00304674" w:rsidP="00304674">
            <w:pPr>
              <w:rPr>
                <w:rFonts w:ascii="Arial" w:hAnsi="Arial" w:cs="Arial"/>
                <w:lang w:val="en-GB"/>
              </w:rPr>
            </w:pPr>
            <w:r w:rsidRPr="00304674">
              <w:rPr>
                <w:rFonts w:ascii="Arial" w:hAnsi="Arial" w:cs="Arial"/>
                <w:lang w:val="en-GB"/>
              </w:rPr>
              <w:t>        &lt;form&gt;</w:t>
            </w:r>
          </w:p>
          <w:p w14:paraId="6951F700" w14:textId="77777777" w:rsidR="00304674" w:rsidRPr="00304674" w:rsidRDefault="00304674" w:rsidP="00304674">
            <w:pPr>
              <w:rPr>
                <w:rFonts w:ascii="Arial" w:hAnsi="Arial" w:cs="Arial"/>
                <w:lang w:val="en-GB"/>
              </w:rPr>
            </w:pPr>
          </w:p>
          <w:p w14:paraId="087DB4FD" w14:textId="77777777" w:rsidR="00304674" w:rsidRPr="00304674" w:rsidRDefault="00304674" w:rsidP="00304674">
            <w:pPr>
              <w:rPr>
                <w:rFonts w:ascii="Arial" w:hAnsi="Arial" w:cs="Arial"/>
                <w:lang w:val="en-GB"/>
              </w:rPr>
            </w:pPr>
            <w:r w:rsidRPr="00304674">
              <w:rPr>
                <w:rFonts w:ascii="Arial" w:hAnsi="Arial" w:cs="Arial"/>
                <w:lang w:val="en-GB"/>
              </w:rPr>
              <w:t>            &lt;h2&gt;Add Your Product&lt;/h2&gt;</w:t>
            </w:r>
          </w:p>
          <w:p w14:paraId="5994F64C" w14:textId="77777777" w:rsidR="00304674" w:rsidRPr="00304674" w:rsidRDefault="00304674" w:rsidP="00304674">
            <w:pPr>
              <w:rPr>
                <w:rFonts w:ascii="Arial" w:hAnsi="Arial" w:cs="Arial"/>
                <w:lang w:val="en-GB"/>
              </w:rPr>
            </w:pPr>
          </w:p>
          <w:p w14:paraId="42B997C7" w14:textId="77777777" w:rsidR="00304674" w:rsidRPr="00304674" w:rsidRDefault="00304674" w:rsidP="00304674">
            <w:pPr>
              <w:rPr>
                <w:rFonts w:ascii="Arial" w:hAnsi="Arial" w:cs="Arial"/>
                <w:lang w:val="en-GB"/>
              </w:rPr>
            </w:pPr>
            <w:r w:rsidRPr="00304674">
              <w:rPr>
                <w:rFonts w:ascii="Arial" w:hAnsi="Arial" w:cs="Arial"/>
                <w:lang w:val="en-GB"/>
              </w:rPr>
              <w:t>            &lt;</w:t>
            </w:r>
            <w:proofErr w:type="spellStart"/>
            <w:r w:rsidRPr="00304674">
              <w:rPr>
                <w:rFonts w:ascii="Arial" w:hAnsi="Arial" w:cs="Arial"/>
                <w:lang w:val="en-GB"/>
              </w:rPr>
              <w:t>br</w:t>
            </w:r>
            <w:proofErr w:type="spellEnd"/>
            <w:r w:rsidRPr="00304674">
              <w:rPr>
                <w:rFonts w:ascii="Arial" w:hAnsi="Arial" w:cs="Arial"/>
                <w:lang w:val="en-GB"/>
              </w:rPr>
              <w:t>&gt;</w:t>
            </w:r>
          </w:p>
          <w:p w14:paraId="650082C9" w14:textId="77777777" w:rsidR="00304674" w:rsidRPr="00304674" w:rsidRDefault="00304674" w:rsidP="00304674">
            <w:pPr>
              <w:rPr>
                <w:rFonts w:ascii="Arial" w:hAnsi="Arial" w:cs="Arial"/>
                <w:lang w:val="en-GB"/>
              </w:rPr>
            </w:pPr>
          </w:p>
          <w:p w14:paraId="5FA63C86" w14:textId="77777777" w:rsidR="00304674" w:rsidRPr="00304674" w:rsidRDefault="00304674" w:rsidP="00304674">
            <w:pPr>
              <w:rPr>
                <w:rFonts w:ascii="Arial" w:hAnsi="Arial" w:cs="Arial"/>
                <w:lang w:val="en-GB"/>
              </w:rPr>
            </w:pPr>
            <w:r w:rsidRPr="00304674">
              <w:rPr>
                <w:rFonts w:ascii="Arial" w:hAnsi="Arial" w:cs="Arial"/>
                <w:lang w:val="en-GB"/>
              </w:rPr>
              <w:t>            &lt;img</w:t>
            </w:r>
          </w:p>
          <w:p w14:paraId="076CC2EA" w14:textId="77777777" w:rsidR="00304674" w:rsidRPr="00304674" w:rsidRDefault="00304674" w:rsidP="00304674">
            <w:pPr>
              <w:rPr>
                <w:rFonts w:ascii="Arial" w:hAnsi="Arial" w:cs="Arial"/>
                <w:lang w:val="en-GB"/>
              </w:rPr>
            </w:pPr>
            <w:r w:rsidRPr="00304674">
              <w:rPr>
                <w:rFonts w:ascii="Arial" w:hAnsi="Arial" w:cs="Arial"/>
                <w:lang w:val="en-GB"/>
              </w:rPr>
              <w:t xml:space="preserve">                </w:t>
            </w:r>
            <w:proofErr w:type="spellStart"/>
            <w:r w:rsidRPr="00304674">
              <w:rPr>
                <w:rFonts w:ascii="Arial" w:hAnsi="Arial" w:cs="Arial"/>
                <w:lang w:val="en-GB"/>
              </w:rPr>
              <w:t>src</w:t>
            </w:r>
            <w:proofErr w:type="spellEnd"/>
            <w:r w:rsidRPr="00304674">
              <w:rPr>
                <w:rFonts w:ascii="Arial" w:hAnsi="Arial" w:cs="Arial"/>
                <w:lang w:val="en-GB"/>
              </w:rPr>
              <w:t>="images/photo.png"</w:t>
            </w:r>
          </w:p>
          <w:p w14:paraId="727E4380" w14:textId="77777777" w:rsidR="00304674" w:rsidRPr="00304674" w:rsidRDefault="00304674" w:rsidP="00304674">
            <w:pPr>
              <w:rPr>
                <w:rFonts w:ascii="Arial" w:hAnsi="Arial" w:cs="Arial"/>
                <w:lang w:val="en-GB"/>
              </w:rPr>
            </w:pPr>
            <w:r w:rsidRPr="00304674">
              <w:rPr>
                <w:rFonts w:ascii="Arial" w:hAnsi="Arial" w:cs="Arial"/>
                <w:lang w:val="en-GB"/>
              </w:rPr>
              <w:t>                alt="Upload photo"</w:t>
            </w:r>
          </w:p>
          <w:p w14:paraId="70F0840D" w14:textId="77777777" w:rsidR="00304674" w:rsidRPr="00304674" w:rsidRDefault="00304674" w:rsidP="00304674">
            <w:pPr>
              <w:rPr>
                <w:rFonts w:ascii="Arial" w:hAnsi="Arial" w:cs="Arial"/>
                <w:lang w:val="en-GB"/>
              </w:rPr>
            </w:pPr>
            <w:r w:rsidRPr="00304674">
              <w:rPr>
                <w:rFonts w:ascii="Arial" w:hAnsi="Arial" w:cs="Arial"/>
                <w:lang w:val="en-GB"/>
              </w:rPr>
              <w:t>            &gt;</w:t>
            </w:r>
          </w:p>
          <w:p w14:paraId="5606DEFB" w14:textId="77777777" w:rsidR="00304674" w:rsidRPr="00304674" w:rsidRDefault="00304674" w:rsidP="00304674">
            <w:pPr>
              <w:rPr>
                <w:rFonts w:ascii="Arial" w:hAnsi="Arial" w:cs="Arial"/>
                <w:lang w:val="en-GB"/>
              </w:rPr>
            </w:pPr>
          </w:p>
          <w:p w14:paraId="60A5318D" w14:textId="77777777" w:rsidR="00304674" w:rsidRPr="00304674" w:rsidRDefault="00304674" w:rsidP="00304674">
            <w:pPr>
              <w:rPr>
                <w:rFonts w:ascii="Arial" w:hAnsi="Arial" w:cs="Arial"/>
                <w:lang w:val="en-GB"/>
              </w:rPr>
            </w:pPr>
            <w:r w:rsidRPr="00304674">
              <w:rPr>
                <w:rFonts w:ascii="Arial" w:hAnsi="Arial" w:cs="Arial"/>
                <w:lang w:val="en-GB"/>
              </w:rPr>
              <w:t>            &lt;input</w:t>
            </w:r>
          </w:p>
          <w:p w14:paraId="3C6ADD6B" w14:textId="77777777" w:rsidR="00304674" w:rsidRPr="00304674" w:rsidRDefault="00304674" w:rsidP="00304674">
            <w:pPr>
              <w:rPr>
                <w:rFonts w:ascii="Arial" w:hAnsi="Arial" w:cs="Arial"/>
                <w:lang w:val="en-GB"/>
              </w:rPr>
            </w:pPr>
            <w:r w:rsidRPr="00304674">
              <w:rPr>
                <w:rFonts w:ascii="Arial" w:hAnsi="Arial" w:cs="Arial"/>
                <w:lang w:val="en-GB"/>
              </w:rPr>
              <w:lastRenderedPageBreak/>
              <w:t>                accept="image/*"</w:t>
            </w:r>
          </w:p>
          <w:p w14:paraId="6ABD1AA0" w14:textId="77777777" w:rsidR="00304674" w:rsidRPr="00304674" w:rsidRDefault="00304674" w:rsidP="00304674">
            <w:pPr>
              <w:rPr>
                <w:rFonts w:ascii="Arial" w:hAnsi="Arial" w:cs="Arial"/>
                <w:lang w:val="en-GB"/>
              </w:rPr>
            </w:pPr>
            <w:r w:rsidRPr="00304674">
              <w:rPr>
                <w:rFonts w:ascii="Arial" w:hAnsi="Arial" w:cs="Arial"/>
                <w:lang w:val="en-GB"/>
              </w:rPr>
              <w:t>                type="file"</w:t>
            </w:r>
          </w:p>
          <w:p w14:paraId="73B35446" w14:textId="77777777" w:rsidR="00304674" w:rsidRPr="00304674" w:rsidRDefault="00304674" w:rsidP="00304674">
            <w:pPr>
              <w:rPr>
                <w:rFonts w:ascii="Arial" w:hAnsi="Arial" w:cs="Arial"/>
                <w:lang w:val="en-GB"/>
              </w:rPr>
            </w:pPr>
            <w:r w:rsidRPr="00304674">
              <w:rPr>
                <w:rFonts w:ascii="Arial" w:hAnsi="Arial" w:cs="Arial"/>
                <w:lang w:val="en-GB"/>
              </w:rPr>
              <w:t>                id="</w:t>
            </w:r>
            <w:proofErr w:type="spellStart"/>
            <w:r w:rsidRPr="00304674">
              <w:rPr>
                <w:rFonts w:ascii="Arial" w:hAnsi="Arial" w:cs="Arial"/>
                <w:lang w:val="en-GB"/>
              </w:rPr>
              <w:t>imageFile</w:t>
            </w:r>
            <w:proofErr w:type="spellEnd"/>
            <w:r w:rsidRPr="00304674">
              <w:rPr>
                <w:rFonts w:ascii="Arial" w:hAnsi="Arial" w:cs="Arial"/>
                <w:lang w:val="en-GB"/>
              </w:rPr>
              <w:t>"</w:t>
            </w:r>
          </w:p>
          <w:p w14:paraId="41B4EDB4" w14:textId="77777777" w:rsidR="00304674" w:rsidRPr="00304674" w:rsidRDefault="00304674" w:rsidP="00304674">
            <w:pPr>
              <w:rPr>
                <w:rFonts w:ascii="Arial" w:hAnsi="Arial" w:cs="Arial"/>
                <w:lang w:val="en-GB"/>
              </w:rPr>
            </w:pPr>
            <w:r w:rsidRPr="00304674">
              <w:rPr>
                <w:rFonts w:ascii="Arial" w:hAnsi="Arial" w:cs="Arial"/>
                <w:lang w:val="en-GB"/>
              </w:rPr>
              <w:t>            &gt;</w:t>
            </w:r>
          </w:p>
          <w:p w14:paraId="550FD800" w14:textId="77777777" w:rsidR="00304674" w:rsidRPr="00304674" w:rsidRDefault="00304674" w:rsidP="00304674">
            <w:pPr>
              <w:rPr>
                <w:rFonts w:ascii="Arial" w:hAnsi="Arial" w:cs="Arial"/>
                <w:lang w:val="en-GB"/>
              </w:rPr>
            </w:pPr>
          </w:p>
          <w:p w14:paraId="5BDE4806" w14:textId="77777777" w:rsidR="00304674" w:rsidRPr="00304674" w:rsidRDefault="00304674" w:rsidP="00304674">
            <w:pPr>
              <w:rPr>
                <w:rFonts w:ascii="Arial" w:hAnsi="Arial" w:cs="Arial"/>
                <w:lang w:val="en-GB"/>
              </w:rPr>
            </w:pPr>
            <w:r w:rsidRPr="00304674">
              <w:rPr>
                <w:rFonts w:ascii="Arial" w:hAnsi="Arial" w:cs="Arial"/>
                <w:lang w:val="en-GB"/>
              </w:rPr>
              <w:t>            &lt;</w:t>
            </w:r>
            <w:proofErr w:type="spellStart"/>
            <w:r w:rsidRPr="00304674">
              <w:rPr>
                <w:rFonts w:ascii="Arial" w:hAnsi="Arial" w:cs="Arial"/>
                <w:lang w:val="en-GB"/>
              </w:rPr>
              <w:t>br</w:t>
            </w:r>
            <w:proofErr w:type="spellEnd"/>
            <w:r w:rsidRPr="00304674">
              <w:rPr>
                <w:rFonts w:ascii="Arial" w:hAnsi="Arial" w:cs="Arial"/>
                <w:lang w:val="en-GB"/>
              </w:rPr>
              <w:t>&gt;</w:t>
            </w:r>
          </w:p>
          <w:p w14:paraId="797DE7B7" w14:textId="77777777" w:rsidR="00304674" w:rsidRPr="00304674" w:rsidRDefault="00304674" w:rsidP="00304674">
            <w:pPr>
              <w:rPr>
                <w:rFonts w:ascii="Arial" w:hAnsi="Arial" w:cs="Arial"/>
                <w:lang w:val="en-GB"/>
              </w:rPr>
            </w:pPr>
            <w:r w:rsidRPr="00304674">
              <w:rPr>
                <w:rFonts w:ascii="Arial" w:hAnsi="Arial" w:cs="Arial"/>
                <w:lang w:val="en-GB"/>
              </w:rPr>
              <w:t>            &lt;</w:t>
            </w:r>
            <w:proofErr w:type="spellStart"/>
            <w:r w:rsidRPr="00304674">
              <w:rPr>
                <w:rFonts w:ascii="Arial" w:hAnsi="Arial" w:cs="Arial"/>
                <w:lang w:val="en-GB"/>
              </w:rPr>
              <w:t>br</w:t>
            </w:r>
            <w:proofErr w:type="spellEnd"/>
            <w:r w:rsidRPr="00304674">
              <w:rPr>
                <w:rFonts w:ascii="Arial" w:hAnsi="Arial" w:cs="Arial"/>
                <w:lang w:val="en-GB"/>
              </w:rPr>
              <w:t>&gt;</w:t>
            </w:r>
          </w:p>
          <w:p w14:paraId="6E2F5A01" w14:textId="77777777" w:rsidR="00304674" w:rsidRPr="00304674" w:rsidRDefault="00304674" w:rsidP="00304674">
            <w:pPr>
              <w:rPr>
                <w:rFonts w:ascii="Arial" w:hAnsi="Arial" w:cs="Arial"/>
                <w:lang w:val="en-GB"/>
              </w:rPr>
            </w:pPr>
          </w:p>
          <w:p w14:paraId="299CC263" w14:textId="77777777" w:rsidR="00304674" w:rsidRPr="00304674" w:rsidRDefault="00304674" w:rsidP="00304674">
            <w:pPr>
              <w:rPr>
                <w:rFonts w:ascii="Arial" w:hAnsi="Arial" w:cs="Arial"/>
                <w:lang w:val="en-GB"/>
              </w:rPr>
            </w:pPr>
            <w:r w:rsidRPr="00304674">
              <w:rPr>
                <w:rFonts w:ascii="Arial" w:hAnsi="Arial" w:cs="Arial"/>
                <w:lang w:val="en-GB"/>
              </w:rPr>
              <w:t>            &lt;input</w:t>
            </w:r>
          </w:p>
          <w:p w14:paraId="7DDA2AB3" w14:textId="77777777" w:rsidR="00304674" w:rsidRPr="00304674" w:rsidRDefault="00304674" w:rsidP="00304674">
            <w:pPr>
              <w:rPr>
                <w:rFonts w:ascii="Arial" w:hAnsi="Arial" w:cs="Arial"/>
                <w:lang w:val="en-GB"/>
              </w:rPr>
            </w:pPr>
            <w:r w:rsidRPr="00304674">
              <w:rPr>
                <w:rFonts w:ascii="Arial" w:hAnsi="Arial" w:cs="Arial"/>
                <w:lang w:val="en-GB"/>
              </w:rPr>
              <w:t>                class="form-control"</w:t>
            </w:r>
          </w:p>
          <w:p w14:paraId="35A513F5" w14:textId="77777777" w:rsidR="00304674" w:rsidRPr="00304674" w:rsidRDefault="00304674" w:rsidP="00304674">
            <w:pPr>
              <w:rPr>
                <w:rFonts w:ascii="Arial" w:hAnsi="Arial" w:cs="Arial"/>
                <w:lang w:val="en-GB"/>
              </w:rPr>
            </w:pPr>
            <w:r w:rsidRPr="00304674">
              <w:rPr>
                <w:rFonts w:ascii="Arial" w:hAnsi="Arial" w:cs="Arial"/>
                <w:lang w:val="en-GB"/>
              </w:rPr>
              <w:t>                aria-label="Product name"</w:t>
            </w:r>
          </w:p>
          <w:p w14:paraId="18FB6C75" w14:textId="77777777" w:rsidR="00304674" w:rsidRPr="00304674" w:rsidRDefault="00304674" w:rsidP="00304674">
            <w:pPr>
              <w:rPr>
                <w:rFonts w:ascii="Arial" w:hAnsi="Arial" w:cs="Arial"/>
                <w:lang w:val="en-GB"/>
              </w:rPr>
            </w:pPr>
            <w:r w:rsidRPr="00304674">
              <w:rPr>
                <w:rFonts w:ascii="Arial" w:hAnsi="Arial" w:cs="Arial"/>
                <w:lang w:val="en-GB"/>
              </w:rPr>
              <w:t>                aria-</w:t>
            </w:r>
            <w:proofErr w:type="spellStart"/>
            <w:r w:rsidRPr="00304674">
              <w:rPr>
                <w:rFonts w:ascii="Arial" w:hAnsi="Arial" w:cs="Arial"/>
                <w:lang w:val="en-GB"/>
              </w:rPr>
              <w:t>describedby</w:t>
            </w:r>
            <w:proofErr w:type="spellEnd"/>
            <w:r w:rsidRPr="00304674">
              <w:rPr>
                <w:rFonts w:ascii="Arial" w:hAnsi="Arial" w:cs="Arial"/>
                <w:lang w:val="en-GB"/>
              </w:rPr>
              <w:t>="</w:t>
            </w:r>
            <w:proofErr w:type="spellStart"/>
            <w:r w:rsidRPr="00304674">
              <w:rPr>
                <w:rFonts w:ascii="Arial" w:hAnsi="Arial" w:cs="Arial"/>
                <w:lang w:val="en-GB"/>
              </w:rPr>
              <w:t>inputGroup</w:t>
            </w:r>
            <w:proofErr w:type="spellEnd"/>
            <w:r w:rsidRPr="00304674">
              <w:rPr>
                <w:rFonts w:ascii="Arial" w:hAnsi="Arial" w:cs="Arial"/>
                <w:lang w:val="en-GB"/>
              </w:rPr>
              <w:t>-sizing-default"</w:t>
            </w:r>
          </w:p>
          <w:p w14:paraId="007C7ECD" w14:textId="77777777" w:rsidR="00304674" w:rsidRPr="00304674" w:rsidRDefault="00304674" w:rsidP="00304674">
            <w:pPr>
              <w:rPr>
                <w:rFonts w:ascii="Arial" w:hAnsi="Arial" w:cs="Arial"/>
                <w:lang w:val="en-GB"/>
              </w:rPr>
            </w:pPr>
            <w:r w:rsidRPr="00304674">
              <w:rPr>
                <w:rFonts w:ascii="Arial" w:hAnsi="Arial" w:cs="Arial"/>
                <w:lang w:val="en-GB"/>
              </w:rPr>
              <w:t>                type="text"</w:t>
            </w:r>
          </w:p>
          <w:p w14:paraId="43193E16" w14:textId="77777777" w:rsidR="00304674" w:rsidRPr="00304674" w:rsidRDefault="00304674" w:rsidP="00304674">
            <w:pPr>
              <w:rPr>
                <w:rFonts w:ascii="Arial" w:hAnsi="Arial" w:cs="Arial"/>
                <w:lang w:val="en-GB"/>
              </w:rPr>
            </w:pPr>
            <w:r w:rsidRPr="00304674">
              <w:rPr>
                <w:rFonts w:ascii="Arial" w:hAnsi="Arial" w:cs="Arial"/>
                <w:lang w:val="en-GB"/>
              </w:rPr>
              <w:t>                id="item"</w:t>
            </w:r>
          </w:p>
          <w:p w14:paraId="3A6FB400" w14:textId="77777777" w:rsidR="00304674" w:rsidRPr="00304674" w:rsidRDefault="00304674" w:rsidP="00304674">
            <w:pPr>
              <w:rPr>
                <w:rFonts w:ascii="Arial" w:hAnsi="Arial" w:cs="Arial"/>
                <w:lang w:val="en-GB"/>
              </w:rPr>
            </w:pPr>
            <w:r w:rsidRPr="00304674">
              <w:rPr>
                <w:rFonts w:ascii="Arial" w:hAnsi="Arial" w:cs="Arial"/>
                <w:lang w:val="en-GB"/>
              </w:rPr>
              <w:t>                name="item"</w:t>
            </w:r>
          </w:p>
          <w:p w14:paraId="6A59396A" w14:textId="77777777" w:rsidR="00304674" w:rsidRPr="00304674" w:rsidRDefault="00304674" w:rsidP="00304674">
            <w:pPr>
              <w:rPr>
                <w:rFonts w:ascii="Arial" w:hAnsi="Arial" w:cs="Arial"/>
                <w:lang w:val="en-GB"/>
              </w:rPr>
            </w:pPr>
            <w:r w:rsidRPr="00304674">
              <w:rPr>
                <w:rFonts w:ascii="Arial" w:hAnsi="Arial" w:cs="Arial"/>
                <w:lang w:val="en-GB"/>
              </w:rPr>
              <w:t>                required</w:t>
            </w:r>
          </w:p>
          <w:p w14:paraId="7BFC9A67" w14:textId="77777777" w:rsidR="00304674" w:rsidRPr="00304674" w:rsidRDefault="00304674" w:rsidP="00304674">
            <w:pPr>
              <w:rPr>
                <w:rFonts w:ascii="Arial" w:hAnsi="Arial" w:cs="Arial"/>
                <w:lang w:val="en-GB"/>
              </w:rPr>
            </w:pPr>
            <w:r w:rsidRPr="00304674">
              <w:rPr>
                <w:rFonts w:ascii="Arial" w:hAnsi="Arial" w:cs="Arial"/>
                <w:lang w:val="en-GB"/>
              </w:rPr>
              <w:t>            &gt;</w:t>
            </w:r>
          </w:p>
          <w:p w14:paraId="24BC6E23" w14:textId="77777777" w:rsidR="00304674" w:rsidRPr="00304674" w:rsidRDefault="00304674" w:rsidP="00304674">
            <w:pPr>
              <w:rPr>
                <w:rFonts w:ascii="Arial" w:hAnsi="Arial" w:cs="Arial"/>
                <w:lang w:val="en-GB"/>
              </w:rPr>
            </w:pPr>
          </w:p>
          <w:p w14:paraId="6BD9ECFC" w14:textId="77777777" w:rsidR="00304674" w:rsidRPr="00304674" w:rsidRDefault="00304674" w:rsidP="00304674">
            <w:pPr>
              <w:rPr>
                <w:rFonts w:ascii="Arial" w:hAnsi="Arial" w:cs="Arial"/>
                <w:lang w:val="en-GB"/>
              </w:rPr>
            </w:pPr>
            <w:r w:rsidRPr="00304674">
              <w:rPr>
                <w:rFonts w:ascii="Arial" w:hAnsi="Arial" w:cs="Arial"/>
                <w:lang w:val="en-GB"/>
              </w:rPr>
              <w:t>            &lt;label for="item"&gt;</w:t>
            </w:r>
          </w:p>
          <w:p w14:paraId="22656933" w14:textId="77777777" w:rsidR="00304674" w:rsidRPr="00304674" w:rsidRDefault="00304674" w:rsidP="00304674">
            <w:pPr>
              <w:rPr>
                <w:rFonts w:ascii="Arial" w:hAnsi="Arial" w:cs="Arial"/>
                <w:lang w:val="en-GB"/>
              </w:rPr>
            </w:pPr>
            <w:r w:rsidRPr="00304674">
              <w:rPr>
                <w:rFonts w:ascii="Arial" w:hAnsi="Arial" w:cs="Arial"/>
                <w:lang w:val="en-GB"/>
              </w:rPr>
              <w:t>                Item</w:t>
            </w:r>
          </w:p>
          <w:p w14:paraId="27818180" w14:textId="77777777" w:rsidR="00304674" w:rsidRPr="00304674" w:rsidRDefault="00304674" w:rsidP="00304674">
            <w:pPr>
              <w:rPr>
                <w:rFonts w:ascii="Arial" w:hAnsi="Arial" w:cs="Arial"/>
                <w:lang w:val="en-GB"/>
              </w:rPr>
            </w:pPr>
            <w:r w:rsidRPr="00304674">
              <w:rPr>
                <w:rFonts w:ascii="Arial" w:hAnsi="Arial" w:cs="Arial"/>
                <w:lang w:val="en-GB"/>
              </w:rPr>
              <w:t>            &lt;/label&gt;</w:t>
            </w:r>
          </w:p>
          <w:p w14:paraId="2E51D947" w14:textId="77777777" w:rsidR="00304674" w:rsidRPr="00304674" w:rsidRDefault="00304674" w:rsidP="00304674">
            <w:pPr>
              <w:rPr>
                <w:rFonts w:ascii="Arial" w:hAnsi="Arial" w:cs="Arial"/>
                <w:lang w:val="en-GB"/>
              </w:rPr>
            </w:pPr>
          </w:p>
          <w:p w14:paraId="1509411A" w14:textId="77777777" w:rsidR="00304674" w:rsidRPr="00304674" w:rsidRDefault="00304674" w:rsidP="00304674">
            <w:pPr>
              <w:rPr>
                <w:rFonts w:ascii="Arial" w:hAnsi="Arial" w:cs="Arial"/>
                <w:lang w:val="en-GB"/>
              </w:rPr>
            </w:pPr>
            <w:r w:rsidRPr="00304674">
              <w:rPr>
                <w:rFonts w:ascii="Arial" w:hAnsi="Arial" w:cs="Arial"/>
                <w:lang w:val="en-GB"/>
              </w:rPr>
              <w:t>            &lt;</w:t>
            </w:r>
            <w:proofErr w:type="spellStart"/>
            <w:r w:rsidRPr="00304674">
              <w:rPr>
                <w:rFonts w:ascii="Arial" w:hAnsi="Arial" w:cs="Arial"/>
                <w:lang w:val="en-GB"/>
              </w:rPr>
              <w:t>br</w:t>
            </w:r>
            <w:proofErr w:type="spellEnd"/>
            <w:r w:rsidRPr="00304674">
              <w:rPr>
                <w:rFonts w:ascii="Arial" w:hAnsi="Arial" w:cs="Arial"/>
                <w:lang w:val="en-GB"/>
              </w:rPr>
              <w:t>&gt;</w:t>
            </w:r>
          </w:p>
          <w:p w14:paraId="1F1340CA" w14:textId="77777777" w:rsidR="00304674" w:rsidRPr="00304674" w:rsidRDefault="00304674" w:rsidP="00304674">
            <w:pPr>
              <w:rPr>
                <w:rFonts w:ascii="Arial" w:hAnsi="Arial" w:cs="Arial"/>
                <w:lang w:val="en-GB"/>
              </w:rPr>
            </w:pPr>
            <w:r w:rsidRPr="00304674">
              <w:rPr>
                <w:rFonts w:ascii="Arial" w:hAnsi="Arial" w:cs="Arial"/>
                <w:lang w:val="en-GB"/>
              </w:rPr>
              <w:t>            &lt;</w:t>
            </w:r>
            <w:proofErr w:type="spellStart"/>
            <w:r w:rsidRPr="00304674">
              <w:rPr>
                <w:rFonts w:ascii="Arial" w:hAnsi="Arial" w:cs="Arial"/>
                <w:lang w:val="en-GB"/>
              </w:rPr>
              <w:t>br</w:t>
            </w:r>
            <w:proofErr w:type="spellEnd"/>
            <w:r w:rsidRPr="00304674">
              <w:rPr>
                <w:rFonts w:ascii="Arial" w:hAnsi="Arial" w:cs="Arial"/>
                <w:lang w:val="en-GB"/>
              </w:rPr>
              <w:t>&gt;</w:t>
            </w:r>
          </w:p>
          <w:p w14:paraId="40A93DA7" w14:textId="77777777" w:rsidR="00304674" w:rsidRPr="00304674" w:rsidRDefault="00304674" w:rsidP="00304674">
            <w:pPr>
              <w:rPr>
                <w:rFonts w:ascii="Arial" w:hAnsi="Arial" w:cs="Arial"/>
                <w:lang w:val="en-GB"/>
              </w:rPr>
            </w:pPr>
          </w:p>
          <w:p w14:paraId="37AF1951" w14:textId="77777777" w:rsidR="00304674" w:rsidRPr="00304674" w:rsidRDefault="00304674" w:rsidP="00304674">
            <w:pPr>
              <w:rPr>
                <w:rFonts w:ascii="Arial" w:hAnsi="Arial" w:cs="Arial"/>
                <w:lang w:val="en-GB"/>
              </w:rPr>
            </w:pPr>
            <w:r w:rsidRPr="00304674">
              <w:rPr>
                <w:rFonts w:ascii="Arial" w:hAnsi="Arial" w:cs="Arial"/>
                <w:lang w:val="en-GB"/>
              </w:rPr>
              <w:t>            &lt;</w:t>
            </w:r>
            <w:proofErr w:type="spellStart"/>
            <w:r w:rsidRPr="00304674">
              <w:rPr>
                <w:rFonts w:ascii="Arial" w:hAnsi="Arial" w:cs="Arial"/>
                <w:lang w:val="en-GB"/>
              </w:rPr>
              <w:t>textarea</w:t>
            </w:r>
            <w:proofErr w:type="spellEnd"/>
          </w:p>
          <w:p w14:paraId="536B169C" w14:textId="77777777" w:rsidR="00304674" w:rsidRPr="00304674" w:rsidRDefault="00304674" w:rsidP="00304674">
            <w:pPr>
              <w:rPr>
                <w:rFonts w:ascii="Arial" w:hAnsi="Arial" w:cs="Arial"/>
                <w:lang w:val="en-GB"/>
              </w:rPr>
            </w:pPr>
            <w:r w:rsidRPr="00304674">
              <w:rPr>
                <w:rFonts w:ascii="Arial" w:hAnsi="Arial" w:cs="Arial"/>
                <w:lang w:val="en-GB"/>
              </w:rPr>
              <w:t>                class="form-control"</w:t>
            </w:r>
          </w:p>
          <w:p w14:paraId="4E4F44E0" w14:textId="77777777" w:rsidR="00304674" w:rsidRPr="00304674" w:rsidRDefault="00304674" w:rsidP="00304674">
            <w:pPr>
              <w:rPr>
                <w:rFonts w:ascii="Arial" w:hAnsi="Arial" w:cs="Arial"/>
                <w:lang w:val="en-GB"/>
              </w:rPr>
            </w:pPr>
            <w:r w:rsidRPr="00304674">
              <w:rPr>
                <w:rFonts w:ascii="Arial" w:hAnsi="Arial" w:cs="Arial"/>
                <w:lang w:val="en-GB"/>
              </w:rPr>
              <w:t>                aria-label="Product description"</w:t>
            </w:r>
          </w:p>
          <w:p w14:paraId="521215EC" w14:textId="77777777" w:rsidR="00304674" w:rsidRPr="00304674" w:rsidRDefault="00304674" w:rsidP="00304674">
            <w:pPr>
              <w:rPr>
                <w:rFonts w:ascii="Arial" w:hAnsi="Arial" w:cs="Arial"/>
                <w:lang w:val="en-GB"/>
              </w:rPr>
            </w:pPr>
            <w:r w:rsidRPr="00304674">
              <w:rPr>
                <w:rFonts w:ascii="Arial" w:hAnsi="Arial" w:cs="Arial"/>
                <w:lang w:val="en-GB"/>
              </w:rPr>
              <w:t>                aria-</w:t>
            </w:r>
            <w:proofErr w:type="spellStart"/>
            <w:r w:rsidRPr="00304674">
              <w:rPr>
                <w:rFonts w:ascii="Arial" w:hAnsi="Arial" w:cs="Arial"/>
                <w:lang w:val="en-GB"/>
              </w:rPr>
              <w:t>describedby</w:t>
            </w:r>
            <w:proofErr w:type="spellEnd"/>
            <w:r w:rsidRPr="00304674">
              <w:rPr>
                <w:rFonts w:ascii="Arial" w:hAnsi="Arial" w:cs="Arial"/>
                <w:lang w:val="en-GB"/>
              </w:rPr>
              <w:t>="</w:t>
            </w:r>
            <w:proofErr w:type="spellStart"/>
            <w:r w:rsidRPr="00304674">
              <w:rPr>
                <w:rFonts w:ascii="Arial" w:hAnsi="Arial" w:cs="Arial"/>
                <w:lang w:val="en-GB"/>
              </w:rPr>
              <w:t>inputGroup</w:t>
            </w:r>
            <w:proofErr w:type="spellEnd"/>
            <w:r w:rsidRPr="00304674">
              <w:rPr>
                <w:rFonts w:ascii="Arial" w:hAnsi="Arial" w:cs="Arial"/>
                <w:lang w:val="en-GB"/>
              </w:rPr>
              <w:t>-sizing-</w:t>
            </w:r>
            <w:proofErr w:type="spellStart"/>
            <w:r w:rsidRPr="00304674">
              <w:rPr>
                <w:rFonts w:ascii="Arial" w:hAnsi="Arial" w:cs="Arial"/>
                <w:lang w:val="en-GB"/>
              </w:rPr>
              <w:t>lg</w:t>
            </w:r>
            <w:proofErr w:type="spellEnd"/>
            <w:r w:rsidRPr="00304674">
              <w:rPr>
                <w:rFonts w:ascii="Arial" w:hAnsi="Arial" w:cs="Arial"/>
                <w:lang w:val="en-GB"/>
              </w:rPr>
              <w:t>"</w:t>
            </w:r>
          </w:p>
          <w:p w14:paraId="1ADFE2B1" w14:textId="77777777" w:rsidR="00304674" w:rsidRPr="00304674" w:rsidRDefault="00304674" w:rsidP="00304674">
            <w:pPr>
              <w:rPr>
                <w:rFonts w:ascii="Arial" w:hAnsi="Arial" w:cs="Arial"/>
                <w:lang w:val="en-GB"/>
              </w:rPr>
            </w:pPr>
            <w:r w:rsidRPr="00304674">
              <w:rPr>
                <w:rFonts w:ascii="Arial" w:hAnsi="Arial" w:cs="Arial"/>
                <w:lang w:val="en-GB"/>
              </w:rPr>
              <w:t>                id="description"</w:t>
            </w:r>
          </w:p>
          <w:p w14:paraId="1A085F9E" w14:textId="77777777" w:rsidR="00304674" w:rsidRPr="00304674" w:rsidRDefault="00304674" w:rsidP="00304674">
            <w:pPr>
              <w:rPr>
                <w:rFonts w:ascii="Arial" w:hAnsi="Arial" w:cs="Arial"/>
                <w:lang w:val="en-GB"/>
              </w:rPr>
            </w:pPr>
            <w:r w:rsidRPr="00304674">
              <w:rPr>
                <w:rFonts w:ascii="Arial" w:hAnsi="Arial" w:cs="Arial"/>
                <w:lang w:val="en-GB"/>
              </w:rPr>
              <w:t>                name="description"</w:t>
            </w:r>
          </w:p>
          <w:p w14:paraId="4E48F688" w14:textId="77777777" w:rsidR="00304674" w:rsidRPr="00304674" w:rsidRDefault="00304674" w:rsidP="00304674">
            <w:pPr>
              <w:rPr>
                <w:rFonts w:ascii="Arial" w:hAnsi="Arial" w:cs="Arial"/>
                <w:lang w:val="en-GB"/>
              </w:rPr>
            </w:pPr>
            <w:r w:rsidRPr="00304674">
              <w:rPr>
                <w:rFonts w:ascii="Arial" w:hAnsi="Arial" w:cs="Arial"/>
                <w:lang w:val="en-GB"/>
              </w:rPr>
              <w:t>                required</w:t>
            </w:r>
          </w:p>
          <w:p w14:paraId="602699D8" w14:textId="77777777" w:rsidR="00304674" w:rsidRPr="00304674" w:rsidRDefault="00304674" w:rsidP="00304674">
            <w:pPr>
              <w:rPr>
                <w:rFonts w:ascii="Arial" w:hAnsi="Arial" w:cs="Arial"/>
                <w:lang w:val="en-GB"/>
              </w:rPr>
            </w:pPr>
            <w:r w:rsidRPr="00304674">
              <w:rPr>
                <w:rFonts w:ascii="Arial" w:hAnsi="Arial" w:cs="Arial"/>
                <w:lang w:val="en-GB"/>
              </w:rPr>
              <w:t>            &gt;&lt;/</w:t>
            </w:r>
            <w:proofErr w:type="spellStart"/>
            <w:r w:rsidRPr="00304674">
              <w:rPr>
                <w:rFonts w:ascii="Arial" w:hAnsi="Arial" w:cs="Arial"/>
                <w:lang w:val="en-GB"/>
              </w:rPr>
              <w:t>textarea</w:t>
            </w:r>
            <w:proofErr w:type="spellEnd"/>
            <w:r w:rsidRPr="00304674">
              <w:rPr>
                <w:rFonts w:ascii="Arial" w:hAnsi="Arial" w:cs="Arial"/>
                <w:lang w:val="en-GB"/>
              </w:rPr>
              <w:t>&gt;</w:t>
            </w:r>
          </w:p>
          <w:p w14:paraId="43E8D686" w14:textId="77777777" w:rsidR="00304674" w:rsidRPr="00304674" w:rsidRDefault="00304674" w:rsidP="00304674">
            <w:pPr>
              <w:rPr>
                <w:rFonts w:ascii="Arial" w:hAnsi="Arial" w:cs="Arial"/>
                <w:lang w:val="en-GB"/>
              </w:rPr>
            </w:pPr>
          </w:p>
          <w:p w14:paraId="567AB177" w14:textId="77777777" w:rsidR="00304674" w:rsidRPr="00304674" w:rsidRDefault="00304674" w:rsidP="00304674">
            <w:pPr>
              <w:rPr>
                <w:rFonts w:ascii="Arial" w:hAnsi="Arial" w:cs="Arial"/>
                <w:lang w:val="en-GB"/>
              </w:rPr>
            </w:pPr>
            <w:r w:rsidRPr="00304674">
              <w:rPr>
                <w:rFonts w:ascii="Arial" w:hAnsi="Arial" w:cs="Arial"/>
                <w:lang w:val="en-GB"/>
              </w:rPr>
              <w:t>            &lt;label for="description"&gt;</w:t>
            </w:r>
          </w:p>
          <w:p w14:paraId="3BF6F374" w14:textId="77777777" w:rsidR="00304674" w:rsidRPr="00304674" w:rsidRDefault="00304674" w:rsidP="00304674">
            <w:pPr>
              <w:rPr>
                <w:rFonts w:ascii="Arial" w:hAnsi="Arial" w:cs="Arial"/>
                <w:lang w:val="en-GB"/>
              </w:rPr>
            </w:pPr>
            <w:r w:rsidRPr="00304674">
              <w:rPr>
                <w:rFonts w:ascii="Arial" w:hAnsi="Arial" w:cs="Arial"/>
                <w:lang w:val="en-GB"/>
              </w:rPr>
              <w:t>                Description</w:t>
            </w:r>
          </w:p>
          <w:p w14:paraId="0BE67F16" w14:textId="77777777" w:rsidR="00304674" w:rsidRPr="00304674" w:rsidRDefault="00304674" w:rsidP="00304674">
            <w:pPr>
              <w:rPr>
                <w:rFonts w:ascii="Arial" w:hAnsi="Arial" w:cs="Arial"/>
                <w:lang w:val="en-GB"/>
              </w:rPr>
            </w:pPr>
            <w:r w:rsidRPr="00304674">
              <w:rPr>
                <w:rFonts w:ascii="Arial" w:hAnsi="Arial" w:cs="Arial"/>
                <w:lang w:val="en-GB"/>
              </w:rPr>
              <w:t>            &lt;/label&gt;</w:t>
            </w:r>
          </w:p>
          <w:p w14:paraId="24A62F95" w14:textId="77777777" w:rsidR="00304674" w:rsidRPr="00304674" w:rsidRDefault="00304674" w:rsidP="00304674">
            <w:pPr>
              <w:rPr>
                <w:rFonts w:ascii="Arial" w:hAnsi="Arial" w:cs="Arial"/>
                <w:lang w:val="en-GB"/>
              </w:rPr>
            </w:pPr>
          </w:p>
          <w:p w14:paraId="167C30A3" w14:textId="77777777" w:rsidR="00304674" w:rsidRPr="00304674" w:rsidRDefault="00304674" w:rsidP="00304674">
            <w:pPr>
              <w:rPr>
                <w:rFonts w:ascii="Arial" w:hAnsi="Arial" w:cs="Arial"/>
                <w:lang w:val="en-GB"/>
              </w:rPr>
            </w:pPr>
            <w:r w:rsidRPr="00304674">
              <w:rPr>
                <w:rFonts w:ascii="Arial" w:hAnsi="Arial" w:cs="Arial"/>
                <w:lang w:val="en-GB"/>
              </w:rPr>
              <w:t>            &lt;</w:t>
            </w:r>
            <w:proofErr w:type="spellStart"/>
            <w:r w:rsidRPr="00304674">
              <w:rPr>
                <w:rFonts w:ascii="Arial" w:hAnsi="Arial" w:cs="Arial"/>
                <w:lang w:val="en-GB"/>
              </w:rPr>
              <w:t>br</w:t>
            </w:r>
            <w:proofErr w:type="spellEnd"/>
            <w:r w:rsidRPr="00304674">
              <w:rPr>
                <w:rFonts w:ascii="Arial" w:hAnsi="Arial" w:cs="Arial"/>
                <w:lang w:val="en-GB"/>
              </w:rPr>
              <w:t>&gt;</w:t>
            </w:r>
          </w:p>
          <w:p w14:paraId="356297F6" w14:textId="77777777" w:rsidR="00304674" w:rsidRPr="00304674" w:rsidRDefault="00304674" w:rsidP="00304674">
            <w:pPr>
              <w:rPr>
                <w:rFonts w:ascii="Arial" w:hAnsi="Arial" w:cs="Arial"/>
                <w:lang w:val="en-GB"/>
              </w:rPr>
            </w:pPr>
            <w:r w:rsidRPr="00304674">
              <w:rPr>
                <w:rFonts w:ascii="Arial" w:hAnsi="Arial" w:cs="Arial"/>
                <w:lang w:val="en-GB"/>
              </w:rPr>
              <w:t>            &lt;</w:t>
            </w:r>
            <w:proofErr w:type="spellStart"/>
            <w:r w:rsidRPr="00304674">
              <w:rPr>
                <w:rFonts w:ascii="Arial" w:hAnsi="Arial" w:cs="Arial"/>
                <w:lang w:val="en-GB"/>
              </w:rPr>
              <w:t>br</w:t>
            </w:r>
            <w:proofErr w:type="spellEnd"/>
            <w:r w:rsidRPr="00304674">
              <w:rPr>
                <w:rFonts w:ascii="Arial" w:hAnsi="Arial" w:cs="Arial"/>
                <w:lang w:val="en-GB"/>
              </w:rPr>
              <w:t>&gt;</w:t>
            </w:r>
          </w:p>
          <w:p w14:paraId="226C7B6E" w14:textId="77777777" w:rsidR="00304674" w:rsidRPr="00304674" w:rsidRDefault="00304674" w:rsidP="00304674">
            <w:pPr>
              <w:rPr>
                <w:rFonts w:ascii="Arial" w:hAnsi="Arial" w:cs="Arial"/>
                <w:lang w:val="en-GB"/>
              </w:rPr>
            </w:pPr>
          </w:p>
          <w:p w14:paraId="36C7F43E" w14:textId="77777777" w:rsidR="00304674" w:rsidRPr="00304674" w:rsidRDefault="00304674" w:rsidP="00304674">
            <w:pPr>
              <w:rPr>
                <w:rFonts w:ascii="Arial" w:hAnsi="Arial" w:cs="Arial"/>
                <w:lang w:val="en-GB"/>
              </w:rPr>
            </w:pPr>
            <w:r w:rsidRPr="00304674">
              <w:rPr>
                <w:rFonts w:ascii="Arial" w:hAnsi="Arial" w:cs="Arial"/>
                <w:lang w:val="en-GB"/>
              </w:rPr>
              <w:t>            &lt;input</w:t>
            </w:r>
          </w:p>
          <w:p w14:paraId="2FF1BABA" w14:textId="77777777" w:rsidR="00304674" w:rsidRPr="00304674" w:rsidRDefault="00304674" w:rsidP="00304674">
            <w:pPr>
              <w:rPr>
                <w:rFonts w:ascii="Arial" w:hAnsi="Arial" w:cs="Arial"/>
                <w:lang w:val="en-GB"/>
              </w:rPr>
            </w:pPr>
            <w:r w:rsidRPr="00304674">
              <w:rPr>
                <w:rFonts w:ascii="Arial" w:hAnsi="Arial" w:cs="Arial"/>
                <w:lang w:val="en-GB"/>
              </w:rPr>
              <w:t>                class="form-control"</w:t>
            </w:r>
          </w:p>
          <w:p w14:paraId="679540FE" w14:textId="77777777" w:rsidR="00304674" w:rsidRPr="00304674" w:rsidRDefault="00304674" w:rsidP="00304674">
            <w:pPr>
              <w:rPr>
                <w:rFonts w:ascii="Arial" w:hAnsi="Arial" w:cs="Arial"/>
                <w:lang w:val="en-GB"/>
              </w:rPr>
            </w:pPr>
            <w:r w:rsidRPr="00304674">
              <w:rPr>
                <w:rFonts w:ascii="Arial" w:hAnsi="Arial" w:cs="Arial"/>
                <w:lang w:val="en-GB"/>
              </w:rPr>
              <w:t>                aria-label="Sale and condition"</w:t>
            </w:r>
          </w:p>
          <w:p w14:paraId="63EB3ECA" w14:textId="77777777" w:rsidR="00304674" w:rsidRPr="00304674" w:rsidRDefault="00304674" w:rsidP="00304674">
            <w:pPr>
              <w:rPr>
                <w:rFonts w:ascii="Arial" w:hAnsi="Arial" w:cs="Arial"/>
                <w:lang w:val="en-GB"/>
              </w:rPr>
            </w:pPr>
            <w:r w:rsidRPr="00304674">
              <w:rPr>
                <w:rFonts w:ascii="Arial" w:hAnsi="Arial" w:cs="Arial"/>
                <w:lang w:val="en-GB"/>
              </w:rPr>
              <w:t>                aria-</w:t>
            </w:r>
            <w:proofErr w:type="spellStart"/>
            <w:r w:rsidRPr="00304674">
              <w:rPr>
                <w:rFonts w:ascii="Arial" w:hAnsi="Arial" w:cs="Arial"/>
                <w:lang w:val="en-GB"/>
              </w:rPr>
              <w:t>describedby</w:t>
            </w:r>
            <w:proofErr w:type="spellEnd"/>
            <w:r w:rsidRPr="00304674">
              <w:rPr>
                <w:rFonts w:ascii="Arial" w:hAnsi="Arial" w:cs="Arial"/>
                <w:lang w:val="en-GB"/>
              </w:rPr>
              <w:t>="</w:t>
            </w:r>
            <w:proofErr w:type="spellStart"/>
            <w:r w:rsidRPr="00304674">
              <w:rPr>
                <w:rFonts w:ascii="Arial" w:hAnsi="Arial" w:cs="Arial"/>
                <w:lang w:val="en-GB"/>
              </w:rPr>
              <w:t>inputGroup</w:t>
            </w:r>
            <w:proofErr w:type="spellEnd"/>
            <w:r w:rsidRPr="00304674">
              <w:rPr>
                <w:rFonts w:ascii="Arial" w:hAnsi="Arial" w:cs="Arial"/>
                <w:lang w:val="en-GB"/>
              </w:rPr>
              <w:t>-sizing-default"</w:t>
            </w:r>
          </w:p>
          <w:p w14:paraId="52D4C883" w14:textId="77777777" w:rsidR="00304674" w:rsidRPr="00304674" w:rsidRDefault="00304674" w:rsidP="00304674">
            <w:pPr>
              <w:rPr>
                <w:rFonts w:ascii="Arial" w:hAnsi="Arial" w:cs="Arial"/>
                <w:lang w:val="en-GB"/>
              </w:rPr>
            </w:pPr>
            <w:r w:rsidRPr="00304674">
              <w:rPr>
                <w:rFonts w:ascii="Arial" w:hAnsi="Arial" w:cs="Arial"/>
                <w:lang w:val="en-GB"/>
              </w:rPr>
              <w:t>                type="text"</w:t>
            </w:r>
          </w:p>
          <w:p w14:paraId="481D3077" w14:textId="77777777" w:rsidR="00304674" w:rsidRPr="00304674" w:rsidRDefault="00304674" w:rsidP="00304674">
            <w:pPr>
              <w:rPr>
                <w:rFonts w:ascii="Arial" w:hAnsi="Arial" w:cs="Arial"/>
                <w:lang w:val="en-GB"/>
              </w:rPr>
            </w:pPr>
            <w:r w:rsidRPr="00304674">
              <w:rPr>
                <w:rFonts w:ascii="Arial" w:hAnsi="Arial" w:cs="Arial"/>
                <w:lang w:val="en-GB"/>
              </w:rPr>
              <w:t>                id="condition"</w:t>
            </w:r>
          </w:p>
          <w:p w14:paraId="22D92E22" w14:textId="77777777" w:rsidR="00304674" w:rsidRPr="00304674" w:rsidRDefault="00304674" w:rsidP="00304674">
            <w:pPr>
              <w:rPr>
                <w:rFonts w:ascii="Arial" w:hAnsi="Arial" w:cs="Arial"/>
                <w:lang w:val="en-GB"/>
              </w:rPr>
            </w:pPr>
            <w:r w:rsidRPr="00304674">
              <w:rPr>
                <w:rFonts w:ascii="Arial" w:hAnsi="Arial" w:cs="Arial"/>
                <w:lang w:val="en-GB"/>
              </w:rPr>
              <w:t>                name="condition"</w:t>
            </w:r>
          </w:p>
          <w:p w14:paraId="00CB8D38" w14:textId="77777777" w:rsidR="00304674" w:rsidRPr="00304674" w:rsidRDefault="00304674" w:rsidP="00304674">
            <w:pPr>
              <w:rPr>
                <w:rFonts w:ascii="Arial" w:hAnsi="Arial" w:cs="Arial"/>
                <w:lang w:val="en-GB"/>
              </w:rPr>
            </w:pPr>
            <w:r w:rsidRPr="00304674">
              <w:rPr>
                <w:rFonts w:ascii="Arial" w:hAnsi="Arial" w:cs="Arial"/>
                <w:lang w:val="en-GB"/>
              </w:rPr>
              <w:t>                required</w:t>
            </w:r>
          </w:p>
          <w:p w14:paraId="1BF56008" w14:textId="77777777" w:rsidR="00304674" w:rsidRPr="00304674" w:rsidRDefault="00304674" w:rsidP="00304674">
            <w:pPr>
              <w:rPr>
                <w:rFonts w:ascii="Arial" w:hAnsi="Arial" w:cs="Arial"/>
                <w:lang w:val="en-GB"/>
              </w:rPr>
            </w:pPr>
            <w:r w:rsidRPr="00304674">
              <w:rPr>
                <w:rFonts w:ascii="Arial" w:hAnsi="Arial" w:cs="Arial"/>
                <w:lang w:val="en-GB"/>
              </w:rPr>
              <w:t>            &gt;</w:t>
            </w:r>
          </w:p>
          <w:p w14:paraId="2F71DFB6" w14:textId="77777777" w:rsidR="00304674" w:rsidRPr="00304674" w:rsidRDefault="00304674" w:rsidP="00304674">
            <w:pPr>
              <w:rPr>
                <w:rFonts w:ascii="Arial" w:hAnsi="Arial" w:cs="Arial"/>
                <w:lang w:val="en-GB"/>
              </w:rPr>
            </w:pPr>
          </w:p>
          <w:p w14:paraId="3EA00F10" w14:textId="77777777" w:rsidR="00304674" w:rsidRPr="00304674" w:rsidRDefault="00304674" w:rsidP="00304674">
            <w:pPr>
              <w:rPr>
                <w:rFonts w:ascii="Arial" w:hAnsi="Arial" w:cs="Arial"/>
                <w:lang w:val="en-GB"/>
              </w:rPr>
            </w:pPr>
            <w:r w:rsidRPr="00304674">
              <w:rPr>
                <w:rFonts w:ascii="Arial" w:hAnsi="Arial" w:cs="Arial"/>
                <w:lang w:val="en-GB"/>
              </w:rPr>
              <w:lastRenderedPageBreak/>
              <w:t>            &lt;label for="condition"&gt;</w:t>
            </w:r>
          </w:p>
          <w:p w14:paraId="1D6EB504" w14:textId="77777777" w:rsidR="00304674" w:rsidRPr="00304674" w:rsidRDefault="00304674" w:rsidP="00304674">
            <w:pPr>
              <w:rPr>
                <w:rFonts w:ascii="Arial" w:hAnsi="Arial" w:cs="Arial"/>
                <w:lang w:val="en-GB"/>
              </w:rPr>
            </w:pPr>
            <w:r w:rsidRPr="00304674">
              <w:rPr>
                <w:rFonts w:ascii="Arial" w:hAnsi="Arial" w:cs="Arial"/>
                <w:lang w:val="en-GB"/>
              </w:rPr>
              <w:t>                Sale and Condition</w:t>
            </w:r>
          </w:p>
          <w:p w14:paraId="3B230E4E" w14:textId="77777777" w:rsidR="00304674" w:rsidRPr="00304674" w:rsidRDefault="00304674" w:rsidP="00304674">
            <w:pPr>
              <w:rPr>
                <w:rFonts w:ascii="Arial" w:hAnsi="Arial" w:cs="Arial"/>
                <w:lang w:val="en-GB"/>
              </w:rPr>
            </w:pPr>
            <w:r w:rsidRPr="00304674">
              <w:rPr>
                <w:rFonts w:ascii="Arial" w:hAnsi="Arial" w:cs="Arial"/>
                <w:lang w:val="en-GB"/>
              </w:rPr>
              <w:t>            &lt;/label&gt;</w:t>
            </w:r>
          </w:p>
          <w:p w14:paraId="4AE8947C" w14:textId="77777777" w:rsidR="00304674" w:rsidRPr="00304674" w:rsidRDefault="00304674" w:rsidP="00304674">
            <w:pPr>
              <w:rPr>
                <w:rFonts w:ascii="Arial" w:hAnsi="Arial" w:cs="Arial"/>
                <w:lang w:val="en-GB"/>
              </w:rPr>
            </w:pPr>
          </w:p>
          <w:p w14:paraId="57954431" w14:textId="77777777" w:rsidR="00304674" w:rsidRPr="00304674" w:rsidRDefault="00304674" w:rsidP="00304674">
            <w:pPr>
              <w:rPr>
                <w:rFonts w:ascii="Arial" w:hAnsi="Arial" w:cs="Arial"/>
                <w:lang w:val="en-GB"/>
              </w:rPr>
            </w:pPr>
            <w:r w:rsidRPr="00304674">
              <w:rPr>
                <w:rFonts w:ascii="Arial" w:hAnsi="Arial" w:cs="Arial"/>
                <w:lang w:val="en-GB"/>
              </w:rPr>
              <w:t>            &lt;</w:t>
            </w:r>
            <w:proofErr w:type="spellStart"/>
            <w:r w:rsidRPr="00304674">
              <w:rPr>
                <w:rFonts w:ascii="Arial" w:hAnsi="Arial" w:cs="Arial"/>
                <w:lang w:val="en-GB"/>
              </w:rPr>
              <w:t>br</w:t>
            </w:r>
            <w:proofErr w:type="spellEnd"/>
            <w:r w:rsidRPr="00304674">
              <w:rPr>
                <w:rFonts w:ascii="Arial" w:hAnsi="Arial" w:cs="Arial"/>
                <w:lang w:val="en-GB"/>
              </w:rPr>
              <w:t>&gt;</w:t>
            </w:r>
          </w:p>
          <w:p w14:paraId="14660244" w14:textId="77777777" w:rsidR="00304674" w:rsidRPr="00304674" w:rsidRDefault="00304674" w:rsidP="00304674">
            <w:pPr>
              <w:rPr>
                <w:rFonts w:ascii="Arial" w:hAnsi="Arial" w:cs="Arial"/>
                <w:lang w:val="en-GB"/>
              </w:rPr>
            </w:pPr>
            <w:r w:rsidRPr="00304674">
              <w:rPr>
                <w:rFonts w:ascii="Arial" w:hAnsi="Arial" w:cs="Arial"/>
                <w:lang w:val="en-GB"/>
              </w:rPr>
              <w:t>            &lt;</w:t>
            </w:r>
            <w:proofErr w:type="spellStart"/>
            <w:r w:rsidRPr="00304674">
              <w:rPr>
                <w:rFonts w:ascii="Arial" w:hAnsi="Arial" w:cs="Arial"/>
                <w:lang w:val="en-GB"/>
              </w:rPr>
              <w:t>br</w:t>
            </w:r>
            <w:proofErr w:type="spellEnd"/>
            <w:r w:rsidRPr="00304674">
              <w:rPr>
                <w:rFonts w:ascii="Arial" w:hAnsi="Arial" w:cs="Arial"/>
                <w:lang w:val="en-GB"/>
              </w:rPr>
              <w:t>&gt;</w:t>
            </w:r>
          </w:p>
          <w:p w14:paraId="2871A4D9" w14:textId="77777777" w:rsidR="00304674" w:rsidRPr="00304674" w:rsidRDefault="00304674" w:rsidP="00304674">
            <w:pPr>
              <w:rPr>
                <w:rFonts w:ascii="Arial" w:hAnsi="Arial" w:cs="Arial"/>
                <w:lang w:val="en-GB"/>
              </w:rPr>
            </w:pPr>
          </w:p>
          <w:p w14:paraId="2ACDF0E0" w14:textId="77777777" w:rsidR="00304674" w:rsidRPr="00304674" w:rsidRDefault="00304674" w:rsidP="00304674">
            <w:pPr>
              <w:rPr>
                <w:rFonts w:ascii="Arial" w:hAnsi="Arial" w:cs="Arial"/>
                <w:lang w:val="en-GB"/>
              </w:rPr>
            </w:pPr>
            <w:r w:rsidRPr="00304674">
              <w:rPr>
                <w:rFonts w:ascii="Arial" w:hAnsi="Arial" w:cs="Arial"/>
                <w:lang w:val="en-GB"/>
              </w:rPr>
              <w:t>            &lt;input</w:t>
            </w:r>
          </w:p>
          <w:p w14:paraId="399E8543" w14:textId="77777777" w:rsidR="00304674" w:rsidRPr="00304674" w:rsidRDefault="00304674" w:rsidP="00304674">
            <w:pPr>
              <w:rPr>
                <w:rFonts w:ascii="Arial" w:hAnsi="Arial" w:cs="Arial"/>
                <w:lang w:val="en-GB"/>
              </w:rPr>
            </w:pPr>
            <w:r w:rsidRPr="00304674">
              <w:rPr>
                <w:rFonts w:ascii="Arial" w:hAnsi="Arial" w:cs="Arial"/>
                <w:lang w:val="en-GB"/>
              </w:rPr>
              <w:t>                class="form-control"</w:t>
            </w:r>
          </w:p>
          <w:p w14:paraId="116B248C" w14:textId="77777777" w:rsidR="00304674" w:rsidRPr="00304674" w:rsidRDefault="00304674" w:rsidP="00304674">
            <w:pPr>
              <w:rPr>
                <w:rFonts w:ascii="Arial" w:hAnsi="Arial" w:cs="Arial"/>
                <w:lang w:val="en-GB"/>
              </w:rPr>
            </w:pPr>
            <w:r w:rsidRPr="00304674">
              <w:rPr>
                <w:rFonts w:ascii="Arial" w:hAnsi="Arial" w:cs="Arial"/>
                <w:lang w:val="en-GB"/>
              </w:rPr>
              <w:t>                aria-label="Product value"</w:t>
            </w:r>
          </w:p>
          <w:p w14:paraId="5665D418" w14:textId="77777777" w:rsidR="00304674" w:rsidRPr="00304674" w:rsidRDefault="00304674" w:rsidP="00304674">
            <w:pPr>
              <w:rPr>
                <w:rFonts w:ascii="Arial" w:hAnsi="Arial" w:cs="Arial"/>
                <w:lang w:val="en-GB"/>
              </w:rPr>
            </w:pPr>
            <w:r w:rsidRPr="00304674">
              <w:rPr>
                <w:rFonts w:ascii="Arial" w:hAnsi="Arial" w:cs="Arial"/>
                <w:lang w:val="en-GB"/>
              </w:rPr>
              <w:t>                aria-</w:t>
            </w:r>
            <w:proofErr w:type="spellStart"/>
            <w:r w:rsidRPr="00304674">
              <w:rPr>
                <w:rFonts w:ascii="Arial" w:hAnsi="Arial" w:cs="Arial"/>
                <w:lang w:val="en-GB"/>
              </w:rPr>
              <w:t>describedby</w:t>
            </w:r>
            <w:proofErr w:type="spellEnd"/>
            <w:r w:rsidRPr="00304674">
              <w:rPr>
                <w:rFonts w:ascii="Arial" w:hAnsi="Arial" w:cs="Arial"/>
                <w:lang w:val="en-GB"/>
              </w:rPr>
              <w:t>="</w:t>
            </w:r>
            <w:proofErr w:type="spellStart"/>
            <w:r w:rsidRPr="00304674">
              <w:rPr>
                <w:rFonts w:ascii="Arial" w:hAnsi="Arial" w:cs="Arial"/>
                <w:lang w:val="en-GB"/>
              </w:rPr>
              <w:t>inputGroup</w:t>
            </w:r>
            <w:proofErr w:type="spellEnd"/>
            <w:r w:rsidRPr="00304674">
              <w:rPr>
                <w:rFonts w:ascii="Arial" w:hAnsi="Arial" w:cs="Arial"/>
                <w:lang w:val="en-GB"/>
              </w:rPr>
              <w:t>-sizing-default"</w:t>
            </w:r>
          </w:p>
          <w:p w14:paraId="1B867044" w14:textId="77777777" w:rsidR="00304674" w:rsidRPr="00304674" w:rsidRDefault="00304674" w:rsidP="00304674">
            <w:pPr>
              <w:rPr>
                <w:rFonts w:ascii="Arial" w:hAnsi="Arial" w:cs="Arial"/>
                <w:lang w:val="en-GB"/>
              </w:rPr>
            </w:pPr>
            <w:r w:rsidRPr="00304674">
              <w:rPr>
                <w:rFonts w:ascii="Arial" w:hAnsi="Arial" w:cs="Arial"/>
                <w:lang w:val="en-GB"/>
              </w:rPr>
              <w:t>                type="text"</w:t>
            </w:r>
          </w:p>
          <w:p w14:paraId="0F8DA87D" w14:textId="77777777" w:rsidR="00304674" w:rsidRPr="00304674" w:rsidRDefault="00304674" w:rsidP="00304674">
            <w:pPr>
              <w:rPr>
                <w:rFonts w:ascii="Arial" w:hAnsi="Arial" w:cs="Arial"/>
                <w:lang w:val="en-GB"/>
              </w:rPr>
            </w:pPr>
            <w:r w:rsidRPr="00304674">
              <w:rPr>
                <w:rFonts w:ascii="Arial" w:hAnsi="Arial" w:cs="Arial"/>
                <w:lang w:val="en-GB"/>
              </w:rPr>
              <w:t>                id="value"</w:t>
            </w:r>
          </w:p>
          <w:p w14:paraId="48857756" w14:textId="77777777" w:rsidR="00304674" w:rsidRPr="00304674" w:rsidRDefault="00304674" w:rsidP="00304674">
            <w:pPr>
              <w:rPr>
                <w:rFonts w:ascii="Arial" w:hAnsi="Arial" w:cs="Arial"/>
                <w:lang w:val="en-GB"/>
              </w:rPr>
            </w:pPr>
            <w:r w:rsidRPr="00304674">
              <w:rPr>
                <w:rFonts w:ascii="Arial" w:hAnsi="Arial" w:cs="Arial"/>
                <w:lang w:val="en-GB"/>
              </w:rPr>
              <w:t>                name="value"</w:t>
            </w:r>
          </w:p>
          <w:p w14:paraId="433FF35C" w14:textId="77777777" w:rsidR="00304674" w:rsidRPr="00304674" w:rsidRDefault="00304674" w:rsidP="00304674">
            <w:pPr>
              <w:rPr>
                <w:rFonts w:ascii="Arial" w:hAnsi="Arial" w:cs="Arial"/>
                <w:lang w:val="en-GB"/>
              </w:rPr>
            </w:pPr>
            <w:r w:rsidRPr="00304674">
              <w:rPr>
                <w:rFonts w:ascii="Arial" w:hAnsi="Arial" w:cs="Arial"/>
                <w:lang w:val="en-GB"/>
              </w:rPr>
              <w:t>                required</w:t>
            </w:r>
          </w:p>
          <w:p w14:paraId="0767F774" w14:textId="77777777" w:rsidR="00304674" w:rsidRPr="00304674" w:rsidRDefault="00304674" w:rsidP="00304674">
            <w:pPr>
              <w:rPr>
                <w:rFonts w:ascii="Arial" w:hAnsi="Arial" w:cs="Arial"/>
                <w:lang w:val="en-GB"/>
              </w:rPr>
            </w:pPr>
            <w:r w:rsidRPr="00304674">
              <w:rPr>
                <w:rFonts w:ascii="Arial" w:hAnsi="Arial" w:cs="Arial"/>
                <w:lang w:val="en-GB"/>
              </w:rPr>
              <w:t>            &gt;</w:t>
            </w:r>
          </w:p>
          <w:p w14:paraId="3A8CC740" w14:textId="77777777" w:rsidR="00304674" w:rsidRPr="00304674" w:rsidRDefault="00304674" w:rsidP="00304674">
            <w:pPr>
              <w:rPr>
                <w:rFonts w:ascii="Arial" w:hAnsi="Arial" w:cs="Arial"/>
                <w:lang w:val="en-GB"/>
              </w:rPr>
            </w:pPr>
          </w:p>
          <w:p w14:paraId="45C4BF3C" w14:textId="77777777" w:rsidR="00304674" w:rsidRPr="00304674" w:rsidRDefault="00304674" w:rsidP="00304674">
            <w:pPr>
              <w:rPr>
                <w:rFonts w:ascii="Arial" w:hAnsi="Arial" w:cs="Arial"/>
                <w:lang w:val="en-GB"/>
              </w:rPr>
            </w:pPr>
            <w:r w:rsidRPr="00304674">
              <w:rPr>
                <w:rFonts w:ascii="Arial" w:hAnsi="Arial" w:cs="Arial"/>
                <w:lang w:val="en-GB"/>
              </w:rPr>
              <w:t>            &lt;label for="value"&gt;</w:t>
            </w:r>
          </w:p>
          <w:p w14:paraId="27E94A99" w14:textId="77777777" w:rsidR="00304674" w:rsidRPr="00304674" w:rsidRDefault="00304674" w:rsidP="00304674">
            <w:pPr>
              <w:rPr>
                <w:rFonts w:ascii="Arial" w:hAnsi="Arial" w:cs="Arial"/>
                <w:lang w:val="en-GB"/>
              </w:rPr>
            </w:pPr>
            <w:r w:rsidRPr="00304674">
              <w:rPr>
                <w:rFonts w:ascii="Arial" w:hAnsi="Arial" w:cs="Arial"/>
                <w:lang w:val="en-GB"/>
              </w:rPr>
              <w:t>                Value</w:t>
            </w:r>
          </w:p>
          <w:p w14:paraId="3BDF9557" w14:textId="77777777" w:rsidR="00304674" w:rsidRPr="00304674" w:rsidRDefault="00304674" w:rsidP="00304674">
            <w:pPr>
              <w:rPr>
                <w:rFonts w:ascii="Arial" w:hAnsi="Arial" w:cs="Arial"/>
                <w:lang w:val="en-GB"/>
              </w:rPr>
            </w:pPr>
            <w:r w:rsidRPr="00304674">
              <w:rPr>
                <w:rFonts w:ascii="Arial" w:hAnsi="Arial" w:cs="Arial"/>
                <w:lang w:val="en-GB"/>
              </w:rPr>
              <w:t>            &lt;/label&gt;</w:t>
            </w:r>
          </w:p>
          <w:p w14:paraId="0B710892" w14:textId="77777777" w:rsidR="00304674" w:rsidRPr="00304674" w:rsidRDefault="00304674" w:rsidP="00304674">
            <w:pPr>
              <w:rPr>
                <w:rFonts w:ascii="Arial" w:hAnsi="Arial" w:cs="Arial"/>
                <w:lang w:val="en-GB"/>
              </w:rPr>
            </w:pPr>
          </w:p>
          <w:p w14:paraId="0A6273FA" w14:textId="77777777" w:rsidR="00304674" w:rsidRPr="00304674" w:rsidRDefault="00304674" w:rsidP="00304674">
            <w:pPr>
              <w:rPr>
                <w:rFonts w:ascii="Arial" w:hAnsi="Arial" w:cs="Arial"/>
                <w:lang w:val="en-GB"/>
              </w:rPr>
            </w:pPr>
            <w:r w:rsidRPr="00304674">
              <w:rPr>
                <w:rFonts w:ascii="Arial" w:hAnsi="Arial" w:cs="Arial"/>
                <w:lang w:val="en-GB"/>
              </w:rPr>
              <w:t>            &lt;</w:t>
            </w:r>
            <w:proofErr w:type="spellStart"/>
            <w:r w:rsidRPr="00304674">
              <w:rPr>
                <w:rFonts w:ascii="Arial" w:hAnsi="Arial" w:cs="Arial"/>
                <w:lang w:val="en-GB"/>
              </w:rPr>
              <w:t>br</w:t>
            </w:r>
            <w:proofErr w:type="spellEnd"/>
            <w:r w:rsidRPr="00304674">
              <w:rPr>
                <w:rFonts w:ascii="Arial" w:hAnsi="Arial" w:cs="Arial"/>
                <w:lang w:val="en-GB"/>
              </w:rPr>
              <w:t>&gt;</w:t>
            </w:r>
          </w:p>
          <w:p w14:paraId="7E07F45D" w14:textId="77777777" w:rsidR="00304674" w:rsidRPr="00304674" w:rsidRDefault="00304674" w:rsidP="00304674">
            <w:pPr>
              <w:rPr>
                <w:rFonts w:ascii="Arial" w:hAnsi="Arial" w:cs="Arial"/>
                <w:lang w:val="en-GB"/>
              </w:rPr>
            </w:pPr>
            <w:r w:rsidRPr="00304674">
              <w:rPr>
                <w:rFonts w:ascii="Arial" w:hAnsi="Arial" w:cs="Arial"/>
                <w:lang w:val="en-GB"/>
              </w:rPr>
              <w:t>            &lt;</w:t>
            </w:r>
            <w:proofErr w:type="spellStart"/>
            <w:r w:rsidRPr="00304674">
              <w:rPr>
                <w:rFonts w:ascii="Arial" w:hAnsi="Arial" w:cs="Arial"/>
                <w:lang w:val="en-GB"/>
              </w:rPr>
              <w:t>br</w:t>
            </w:r>
            <w:proofErr w:type="spellEnd"/>
            <w:r w:rsidRPr="00304674">
              <w:rPr>
                <w:rFonts w:ascii="Arial" w:hAnsi="Arial" w:cs="Arial"/>
                <w:lang w:val="en-GB"/>
              </w:rPr>
              <w:t>&gt;</w:t>
            </w:r>
          </w:p>
          <w:p w14:paraId="12369CFB" w14:textId="77777777" w:rsidR="00304674" w:rsidRPr="00304674" w:rsidRDefault="00304674" w:rsidP="00304674">
            <w:pPr>
              <w:rPr>
                <w:rFonts w:ascii="Arial" w:hAnsi="Arial" w:cs="Arial"/>
                <w:lang w:val="en-GB"/>
              </w:rPr>
            </w:pPr>
          </w:p>
          <w:p w14:paraId="54311323" w14:textId="77777777" w:rsidR="00304674" w:rsidRPr="00304674" w:rsidRDefault="00304674" w:rsidP="00304674">
            <w:pPr>
              <w:rPr>
                <w:rFonts w:ascii="Arial" w:hAnsi="Arial" w:cs="Arial"/>
                <w:lang w:val="en-GB"/>
              </w:rPr>
            </w:pPr>
            <w:r w:rsidRPr="00304674">
              <w:rPr>
                <w:rFonts w:ascii="Arial" w:hAnsi="Arial" w:cs="Arial"/>
                <w:lang w:val="en-GB"/>
              </w:rPr>
              <w:t>            &lt;button</w:t>
            </w:r>
          </w:p>
          <w:p w14:paraId="79B80A44" w14:textId="77777777" w:rsidR="00304674" w:rsidRPr="00304674" w:rsidRDefault="00304674" w:rsidP="00304674">
            <w:pPr>
              <w:rPr>
                <w:rFonts w:ascii="Arial" w:hAnsi="Arial" w:cs="Arial"/>
                <w:lang w:val="en-GB"/>
              </w:rPr>
            </w:pPr>
            <w:r w:rsidRPr="00304674">
              <w:rPr>
                <w:rFonts w:ascii="Arial" w:hAnsi="Arial" w:cs="Arial"/>
                <w:lang w:val="en-GB"/>
              </w:rPr>
              <w:t>                type="submit"</w:t>
            </w:r>
          </w:p>
          <w:p w14:paraId="246EC9C4" w14:textId="77777777" w:rsidR="00304674" w:rsidRPr="00304674" w:rsidRDefault="00304674" w:rsidP="00304674">
            <w:pPr>
              <w:rPr>
                <w:rFonts w:ascii="Arial" w:hAnsi="Arial" w:cs="Arial"/>
                <w:lang w:val="en-GB"/>
              </w:rPr>
            </w:pPr>
            <w:r w:rsidRPr="00304674">
              <w:rPr>
                <w:rFonts w:ascii="Arial" w:hAnsi="Arial" w:cs="Arial"/>
                <w:lang w:val="en-GB"/>
              </w:rPr>
              <w:t>                class="</w:t>
            </w:r>
            <w:proofErr w:type="spellStart"/>
            <w:r w:rsidRPr="00304674">
              <w:rPr>
                <w:rFonts w:ascii="Arial" w:hAnsi="Arial" w:cs="Arial"/>
                <w:lang w:val="en-GB"/>
              </w:rPr>
              <w:t>btn</w:t>
            </w:r>
            <w:proofErr w:type="spellEnd"/>
            <w:r w:rsidRPr="00304674">
              <w:rPr>
                <w:rFonts w:ascii="Arial" w:hAnsi="Arial" w:cs="Arial"/>
                <w:lang w:val="en-GB"/>
              </w:rPr>
              <w:t xml:space="preserve"> </w:t>
            </w:r>
            <w:proofErr w:type="spellStart"/>
            <w:r w:rsidRPr="00304674">
              <w:rPr>
                <w:rFonts w:ascii="Arial" w:hAnsi="Arial" w:cs="Arial"/>
                <w:lang w:val="en-GB"/>
              </w:rPr>
              <w:t>btn</w:t>
            </w:r>
            <w:proofErr w:type="spellEnd"/>
            <w:r w:rsidRPr="00304674">
              <w:rPr>
                <w:rFonts w:ascii="Arial" w:hAnsi="Arial" w:cs="Arial"/>
                <w:lang w:val="en-GB"/>
              </w:rPr>
              <w:t>-primary"</w:t>
            </w:r>
          </w:p>
          <w:p w14:paraId="493F2FCE" w14:textId="77777777" w:rsidR="00304674" w:rsidRPr="00304674" w:rsidRDefault="00304674" w:rsidP="00304674">
            <w:pPr>
              <w:rPr>
                <w:rFonts w:ascii="Arial" w:hAnsi="Arial" w:cs="Arial"/>
                <w:lang w:val="en-GB"/>
              </w:rPr>
            </w:pPr>
            <w:r w:rsidRPr="00304674">
              <w:rPr>
                <w:rFonts w:ascii="Arial" w:hAnsi="Arial" w:cs="Arial"/>
                <w:lang w:val="en-GB"/>
              </w:rPr>
              <w:t>                data-bs-toggle="modal"</w:t>
            </w:r>
          </w:p>
          <w:p w14:paraId="1819D63E" w14:textId="77777777" w:rsidR="00304674" w:rsidRPr="00304674" w:rsidRDefault="00304674" w:rsidP="00304674">
            <w:pPr>
              <w:rPr>
                <w:rFonts w:ascii="Arial" w:hAnsi="Arial" w:cs="Arial"/>
                <w:lang w:val="en-GB"/>
              </w:rPr>
            </w:pPr>
            <w:r w:rsidRPr="00304674">
              <w:rPr>
                <w:rFonts w:ascii="Arial" w:hAnsi="Arial" w:cs="Arial"/>
                <w:lang w:val="en-GB"/>
              </w:rPr>
              <w:t>                data-bs-target="#</w:t>
            </w:r>
            <w:proofErr w:type="spellStart"/>
            <w:r w:rsidRPr="00304674">
              <w:rPr>
                <w:rFonts w:ascii="Arial" w:hAnsi="Arial" w:cs="Arial"/>
                <w:lang w:val="en-GB"/>
              </w:rPr>
              <w:t>exampleModal</w:t>
            </w:r>
            <w:proofErr w:type="spellEnd"/>
            <w:r w:rsidRPr="00304674">
              <w:rPr>
                <w:rFonts w:ascii="Arial" w:hAnsi="Arial" w:cs="Arial"/>
                <w:lang w:val="en-GB"/>
              </w:rPr>
              <w:t>"</w:t>
            </w:r>
          </w:p>
          <w:p w14:paraId="323CCB49" w14:textId="77777777" w:rsidR="00304674" w:rsidRPr="00304674" w:rsidRDefault="00304674" w:rsidP="00304674">
            <w:pPr>
              <w:rPr>
                <w:rFonts w:ascii="Arial" w:hAnsi="Arial" w:cs="Arial"/>
                <w:lang w:val="en-GB"/>
              </w:rPr>
            </w:pPr>
            <w:r w:rsidRPr="00304674">
              <w:rPr>
                <w:rFonts w:ascii="Arial" w:hAnsi="Arial" w:cs="Arial"/>
                <w:lang w:val="en-GB"/>
              </w:rPr>
              <w:t>            &gt;</w:t>
            </w:r>
          </w:p>
          <w:p w14:paraId="614F834A" w14:textId="77777777" w:rsidR="00304674" w:rsidRPr="00304674" w:rsidRDefault="00304674" w:rsidP="00304674">
            <w:pPr>
              <w:rPr>
                <w:rFonts w:ascii="Arial" w:hAnsi="Arial" w:cs="Arial"/>
                <w:lang w:val="en-GB"/>
              </w:rPr>
            </w:pPr>
            <w:r w:rsidRPr="00304674">
              <w:rPr>
                <w:rFonts w:ascii="Arial" w:hAnsi="Arial" w:cs="Arial"/>
                <w:lang w:val="en-GB"/>
              </w:rPr>
              <w:t>                Approve</w:t>
            </w:r>
          </w:p>
          <w:p w14:paraId="426C8A92" w14:textId="77777777" w:rsidR="00304674" w:rsidRPr="00304674" w:rsidRDefault="00304674" w:rsidP="00304674">
            <w:pPr>
              <w:rPr>
                <w:rFonts w:ascii="Arial" w:hAnsi="Arial" w:cs="Arial"/>
                <w:lang w:val="en-GB"/>
              </w:rPr>
            </w:pPr>
            <w:r w:rsidRPr="00304674">
              <w:rPr>
                <w:rFonts w:ascii="Arial" w:hAnsi="Arial" w:cs="Arial"/>
                <w:lang w:val="en-GB"/>
              </w:rPr>
              <w:t>            &lt;/button&gt;</w:t>
            </w:r>
          </w:p>
          <w:p w14:paraId="590CD0F7" w14:textId="77777777" w:rsidR="00304674" w:rsidRPr="00304674" w:rsidRDefault="00304674" w:rsidP="00304674">
            <w:pPr>
              <w:rPr>
                <w:rFonts w:ascii="Arial" w:hAnsi="Arial" w:cs="Arial"/>
                <w:lang w:val="en-GB"/>
              </w:rPr>
            </w:pPr>
          </w:p>
          <w:p w14:paraId="5BB969F9" w14:textId="77777777" w:rsidR="00304674" w:rsidRPr="00304674" w:rsidRDefault="00304674" w:rsidP="00304674">
            <w:pPr>
              <w:rPr>
                <w:rFonts w:ascii="Arial" w:hAnsi="Arial" w:cs="Arial"/>
                <w:lang w:val="en-GB"/>
              </w:rPr>
            </w:pPr>
            <w:r w:rsidRPr="00304674">
              <w:rPr>
                <w:rFonts w:ascii="Arial" w:hAnsi="Arial" w:cs="Arial"/>
                <w:lang w:val="en-GB"/>
              </w:rPr>
              <w:t>        &lt;/form&gt;</w:t>
            </w:r>
          </w:p>
          <w:p w14:paraId="732351EA" w14:textId="77777777" w:rsidR="00304674" w:rsidRPr="00304674" w:rsidRDefault="00304674" w:rsidP="00304674">
            <w:pPr>
              <w:rPr>
                <w:rFonts w:ascii="Arial" w:hAnsi="Arial" w:cs="Arial"/>
                <w:lang w:val="en-GB"/>
              </w:rPr>
            </w:pPr>
          </w:p>
          <w:p w14:paraId="2D0A83C2" w14:textId="77777777" w:rsidR="00304674" w:rsidRPr="00304674" w:rsidRDefault="00304674" w:rsidP="00304674">
            <w:pPr>
              <w:rPr>
                <w:rFonts w:ascii="Arial" w:hAnsi="Arial" w:cs="Arial"/>
                <w:lang w:val="en-GB"/>
              </w:rPr>
            </w:pPr>
            <w:r w:rsidRPr="00304674">
              <w:rPr>
                <w:rFonts w:ascii="Arial" w:hAnsi="Arial" w:cs="Arial"/>
                <w:lang w:val="en-GB"/>
              </w:rPr>
              <w:t>    &lt;/div&gt;</w:t>
            </w:r>
          </w:p>
          <w:p w14:paraId="076D65CC" w14:textId="77777777" w:rsidR="00304674" w:rsidRPr="00304674" w:rsidRDefault="00304674" w:rsidP="00304674">
            <w:pPr>
              <w:rPr>
                <w:rFonts w:ascii="Arial" w:hAnsi="Arial" w:cs="Arial"/>
                <w:lang w:val="en-GB"/>
              </w:rPr>
            </w:pPr>
          </w:p>
          <w:p w14:paraId="0AE6FF0E" w14:textId="77777777" w:rsidR="00304674" w:rsidRPr="00304674" w:rsidRDefault="00304674" w:rsidP="00304674">
            <w:pPr>
              <w:rPr>
                <w:rFonts w:ascii="Arial" w:hAnsi="Arial" w:cs="Arial"/>
                <w:lang w:val="en-GB"/>
              </w:rPr>
            </w:pPr>
            <w:r w:rsidRPr="00304674">
              <w:rPr>
                <w:rFonts w:ascii="Arial" w:hAnsi="Arial" w:cs="Arial"/>
                <w:lang w:val="en-GB"/>
              </w:rPr>
              <w:t>    &lt;</w:t>
            </w:r>
            <w:proofErr w:type="spellStart"/>
            <w:r w:rsidRPr="00304674">
              <w:rPr>
                <w:rFonts w:ascii="Arial" w:hAnsi="Arial" w:cs="Arial"/>
                <w:lang w:val="en-GB"/>
              </w:rPr>
              <w:t>br</w:t>
            </w:r>
            <w:proofErr w:type="spellEnd"/>
            <w:r w:rsidRPr="00304674">
              <w:rPr>
                <w:rFonts w:ascii="Arial" w:hAnsi="Arial" w:cs="Arial"/>
                <w:lang w:val="en-GB"/>
              </w:rPr>
              <w:t>&gt;</w:t>
            </w:r>
          </w:p>
          <w:p w14:paraId="5AD37B8D" w14:textId="77777777" w:rsidR="00304674" w:rsidRPr="00304674" w:rsidRDefault="00304674" w:rsidP="00304674">
            <w:pPr>
              <w:rPr>
                <w:rFonts w:ascii="Arial" w:hAnsi="Arial" w:cs="Arial"/>
                <w:lang w:val="en-GB"/>
              </w:rPr>
            </w:pPr>
            <w:r w:rsidRPr="00304674">
              <w:rPr>
                <w:rFonts w:ascii="Arial" w:hAnsi="Arial" w:cs="Arial"/>
                <w:lang w:val="en-GB"/>
              </w:rPr>
              <w:t>    &lt;</w:t>
            </w:r>
            <w:proofErr w:type="spellStart"/>
            <w:r w:rsidRPr="00304674">
              <w:rPr>
                <w:rFonts w:ascii="Arial" w:hAnsi="Arial" w:cs="Arial"/>
                <w:lang w:val="en-GB"/>
              </w:rPr>
              <w:t>br</w:t>
            </w:r>
            <w:proofErr w:type="spellEnd"/>
            <w:r w:rsidRPr="00304674">
              <w:rPr>
                <w:rFonts w:ascii="Arial" w:hAnsi="Arial" w:cs="Arial"/>
                <w:lang w:val="en-GB"/>
              </w:rPr>
              <w:t>&gt;</w:t>
            </w:r>
          </w:p>
          <w:p w14:paraId="7E37A44A" w14:textId="77777777" w:rsidR="00304674" w:rsidRPr="00304674" w:rsidRDefault="00304674" w:rsidP="00304674">
            <w:pPr>
              <w:rPr>
                <w:rFonts w:ascii="Arial" w:hAnsi="Arial" w:cs="Arial"/>
                <w:lang w:val="en-GB"/>
              </w:rPr>
            </w:pPr>
          </w:p>
          <w:p w14:paraId="37A6A371" w14:textId="77777777" w:rsidR="00304674" w:rsidRPr="00304674" w:rsidRDefault="00304674" w:rsidP="00304674">
            <w:pPr>
              <w:rPr>
                <w:rFonts w:ascii="Arial" w:hAnsi="Arial" w:cs="Arial"/>
                <w:lang w:val="en-GB"/>
              </w:rPr>
            </w:pPr>
            <w:r w:rsidRPr="00304674">
              <w:rPr>
                <w:rFonts w:ascii="Arial" w:hAnsi="Arial" w:cs="Arial"/>
                <w:lang w:val="en-GB"/>
              </w:rPr>
              <w:t>    &lt;a</w:t>
            </w:r>
          </w:p>
          <w:p w14:paraId="0ED909EF" w14:textId="77777777" w:rsidR="00304674" w:rsidRPr="00304674" w:rsidRDefault="00304674" w:rsidP="00304674">
            <w:pPr>
              <w:rPr>
                <w:rFonts w:ascii="Arial" w:hAnsi="Arial" w:cs="Arial"/>
                <w:lang w:val="en-GB"/>
              </w:rPr>
            </w:pPr>
            <w:r w:rsidRPr="00304674">
              <w:rPr>
                <w:rFonts w:ascii="Arial" w:hAnsi="Arial" w:cs="Arial"/>
                <w:lang w:val="en-GB"/>
              </w:rPr>
              <w:t>        class="link-success link-offset-2 link-underline-opacity-25 link-underline-opacity-100-hover"</w:t>
            </w:r>
          </w:p>
          <w:p w14:paraId="375ECE2C" w14:textId="77777777" w:rsidR="00304674" w:rsidRPr="00304674" w:rsidRDefault="00304674" w:rsidP="00304674">
            <w:pPr>
              <w:rPr>
                <w:rFonts w:ascii="Arial" w:hAnsi="Arial" w:cs="Arial"/>
                <w:lang w:val="en-GB"/>
              </w:rPr>
            </w:pPr>
            <w:r w:rsidRPr="00304674">
              <w:rPr>
                <w:rFonts w:ascii="Arial" w:hAnsi="Arial" w:cs="Arial"/>
                <w:lang w:val="en-GB"/>
              </w:rPr>
              <w:t>        href="./index.html"</w:t>
            </w:r>
          </w:p>
          <w:p w14:paraId="4B18383D" w14:textId="77777777" w:rsidR="00304674" w:rsidRPr="00304674" w:rsidRDefault="00304674" w:rsidP="00304674">
            <w:pPr>
              <w:rPr>
                <w:rFonts w:ascii="Arial" w:hAnsi="Arial" w:cs="Arial"/>
                <w:lang w:val="en-GB"/>
              </w:rPr>
            </w:pPr>
            <w:r w:rsidRPr="00304674">
              <w:rPr>
                <w:rFonts w:ascii="Arial" w:hAnsi="Arial" w:cs="Arial"/>
                <w:lang w:val="en-GB"/>
              </w:rPr>
              <w:t>    &gt;</w:t>
            </w:r>
          </w:p>
          <w:p w14:paraId="7B325638" w14:textId="77777777" w:rsidR="00304674" w:rsidRPr="00304674" w:rsidRDefault="00304674" w:rsidP="00304674">
            <w:pPr>
              <w:rPr>
                <w:rFonts w:ascii="Arial" w:hAnsi="Arial" w:cs="Arial"/>
                <w:lang w:val="en-GB"/>
              </w:rPr>
            </w:pPr>
            <w:r w:rsidRPr="00304674">
              <w:rPr>
                <w:rFonts w:ascii="Arial" w:hAnsi="Arial" w:cs="Arial"/>
                <w:lang w:val="en-GB"/>
              </w:rPr>
              <w:t>        &amp;</w:t>
            </w:r>
            <w:proofErr w:type="spellStart"/>
            <w:r w:rsidRPr="00304674">
              <w:rPr>
                <w:rFonts w:ascii="Arial" w:hAnsi="Arial" w:cs="Arial"/>
                <w:lang w:val="en-GB"/>
              </w:rPr>
              <w:t>lt</w:t>
            </w:r>
            <w:proofErr w:type="spellEnd"/>
            <w:r w:rsidRPr="00304674">
              <w:rPr>
                <w:rFonts w:ascii="Arial" w:hAnsi="Arial" w:cs="Arial"/>
                <w:lang w:val="en-GB"/>
              </w:rPr>
              <w:t>;&amp;</w:t>
            </w:r>
            <w:proofErr w:type="spellStart"/>
            <w:r w:rsidRPr="00304674">
              <w:rPr>
                <w:rFonts w:ascii="Arial" w:hAnsi="Arial" w:cs="Arial"/>
                <w:lang w:val="en-GB"/>
              </w:rPr>
              <w:t>lt</w:t>
            </w:r>
            <w:proofErr w:type="spellEnd"/>
            <w:r w:rsidRPr="00304674">
              <w:rPr>
                <w:rFonts w:ascii="Arial" w:hAnsi="Arial" w:cs="Arial"/>
                <w:lang w:val="en-GB"/>
              </w:rPr>
              <w:t>; BACK &amp;</w:t>
            </w:r>
            <w:proofErr w:type="spellStart"/>
            <w:r w:rsidRPr="00304674">
              <w:rPr>
                <w:rFonts w:ascii="Arial" w:hAnsi="Arial" w:cs="Arial"/>
                <w:lang w:val="en-GB"/>
              </w:rPr>
              <w:t>lt</w:t>
            </w:r>
            <w:proofErr w:type="spellEnd"/>
            <w:r w:rsidRPr="00304674">
              <w:rPr>
                <w:rFonts w:ascii="Arial" w:hAnsi="Arial" w:cs="Arial"/>
                <w:lang w:val="en-GB"/>
              </w:rPr>
              <w:t>;&amp;</w:t>
            </w:r>
            <w:proofErr w:type="spellStart"/>
            <w:proofErr w:type="gramStart"/>
            <w:r w:rsidRPr="00304674">
              <w:rPr>
                <w:rFonts w:ascii="Arial" w:hAnsi="Arial" w:cs="Arial"/>
                <w:lang w:val="en-GB"/>
              </w:rPr>
              <w:t>lt</w:t>
            </w:r>
            <w:proofErr w:type="spellEnd"/>
            <w:r w:rsidRPr="00304674">
              <w:rPr>
                <w:rFonts w:ascii="Arial" w:hAnsi="Arial" w:cs="Arial"/>
                <w:lang w:val="en-GB"/>
              </w:rPr>
              <w:t>;</w:t>
            </w:r>
            <w:proofErr w:type="gramEnd"/>
          </w:p>
          <w:p w14:paraId="5522AF48" w14:textId="77777777" w:rsidR="00304674" w:rsidRPr="00304674" w:rsidRDefault="00304674" w:rsidP="00304674">
            <w:pPr>
              <w:rPr>
                <w:rFonts w:ascii="Arial" w:hAnsi="Arial" w:cs="Arial"/>
                <w:lang w:val="en-GB"/>
              </w:rPr>
            </w:pPr>
            <w:r w:rsidRPr="00304674">
              <w:rPr>
                <w:rFonts w:ascii="Arial" w:hAnsi="Arial" w:cs="Arial"/>
                <w:lang w:val="en-GB"/>
              </w:rPr>
              <w:t>    &lt;/a&gt;</w:t>
            </w:r>
          </w:p>
          <w:p w14:paraId="2EAB509F" w14:textId="77777777" w:rsidR="00304674" w:rsidRPr="00304674" w:rsidRDefault="00304674" w:rsidP="00304674">
            <w:pPr>
              <w:rPr>
                <w:rFonts w:ascii="Arial" w:hAnsi="Arial" w:cs="Arial"/>
                <w:lang w:val="en-GB"/>
              </w:rPr>
            </w:pPr>
            <w:r w:rsidRPr="00304674">
              <w:rPr>
                <w:rFonts w:ascii="Arial" w:hAnsi="Arial" w:cs="Arial"/>
                <w:lang w:val="en-GB"/>
              </w:rPr>
              <w:t>&lt;/center&gt;</w:t>
            </w:r>
          </w:p>
          <w:p w14:paraId="7D40BA13" w14:textId="77777777" w:rsidR="00304674" w:rsidRPr="00304674" w:rsidRDefault="00304674" w:rsidP="00304674">
            <w:pPr>
              <w:rPr>
                <w:rFonts w:ascii="Arial" w:hAnsi="Arial" w:cs="Arial"/>
                <w:lang w:val="en-GB"/>
              </w:rPr>
            </w:pPr>
            <w:r w:rsidRPr="00304674">
              <w:rPr>
                <w:rFonts w:ascii="Arial" w:hAnsi="Arial" w:cs="Arial"/>
                <w:lang w:val="en-GB"/>
              </w:rPr>
              <w:t>&lt;/body&gt;</w:t>
            </w:r>
          </w:p>
          <w:p w14:paraId="372F74B2" w14:textId="77777777" w:rsidR="00304674" w:rsidRPr="00304674" w:rsidRDefault="00304674" w:rsidP="00304674">
            <w:pPr>
              <w:rPr>
                <w:rFonts w:ascii="Arial" w:hAnsi="Arial" w:cs="Arial"/>
                <w:lang w:val="en-GB"/>
              </w:rPr>
            </w:pPr>
          </w:p>
          <w:p w14:paraId="320509A3" w14:textId="5804AAC6" w:rsidR="00C51A6D" w:rsidRPr="00304674" w:rsidRDefault="00304674">
            <w:pPr>
              <w:rPr>
                <w:rFonts w:ascii="Arial" w:hAnsi="Arial" w:cs="Arial"/>
                <w:lang w:val="en-GB"/>
              </w:rPr>
            </w:pPr>
            <w:r w:rsidRPr="00304674">
              <w:rPr>
                <w:rFonts w:ascii="Arial" w:hAnsi="Arial" w:cs="Arial"/>
                <w:lang w:val="en-GB"/>
              </w:rPr>
              <w:t>&lt;/html&gt;</w:t>
            </w:r>
          </w:p>
        </w:tc>
      </w:tr>
    </w:tbl>
    <w:p w14:paraId="5B55EA74" w14:textId="77777777" w:rsidR="00C51A6D" w:rsidRDefault="00C51A6D">
      <w:pPr>
        <w:rPr>
          <w:rFonts w:ascii="Arial" w:hAnsi="Arial" w:cs="Arial"/>
        </w:rPr>
      </w:pPr>
    </w:p>
    <w:tbl>
      <w:tblPr>
        <w:tblStyle w:val="TableGrid"/>
        <w:tblW w:w="0" w:type="auto"/>
        <w:tblLook w:val="04A0" w:firstRow="1" w:lastRow="0" w:firstColumn="1" w:lastColumn="0" w:noHBand="0" w:noVBand="1"/>
      </w:tblPr>
      <w:tblGrid>
        <w:gridCol w:w="8630"/>
      </w:tblGrid>
      <w:tr w:rsidR="00304674" w14:paraId="55483541" w14:textId="77777777" w:rsidTr="00304674">
        <w:tc>
          <w:tcPr>
            <w:tcW w:w="8630" w:type="dxa"/>
          </w:tcPr>
          <w:p w14:paraId="5EB4B31C" w14:textId="7A17B17A" w:rsidR="00304674" w:rsidRDefault="007E7713" w:rsidP="007E7713">
            <w:pPr>
              <w:jc w:val="center"/>
              <w:rPr>
                <w:rFonts w:ascii="Arial" w:hAnsi="Arial" w:cs="Arial"/>
              </w:rPr>
            </w:pPr>
            <w:r>
              <w:rPr>
                <w:rFonts w:ascii="Arial" w:hAnsi="Arial" w:cs="Arial"/>
              </w:rPr>
              <w:t>HELLO.html</w:t>
            </w:r>
          </w:p>
        </w:tc>
      </w:tr>
      <w:tr w:rsidR="00304674" w14:paraId="1B64B944" w14:textId="77777777" w:rsidTr="00304674">
        <w:tc>
          <w:tcPr>
            <w:tcW w:w="8630" w:type="dxa"/>
          </w:tcPr>
          <w:p w14:paraId="6229A020" w14:textId="77777777" w:rsidR="00325FB6" w:rsidRPr="00325FB6" w:rsidRDefault="00325FB6" w:rsidP="00325FB6">
            <w:pPr>
              <w:rPr>
                <w:rFonts w:ascii="Arial" w:hAnsi="Arial" w:cs="Arial"/>
                <w:lang w:val="en-GB"/>
              </w:rPr>
            </w:pPr>
            <w:r w:rsidRPr="00325FB6">
              <w:rPr>
                <w:rFonts w:ascii="Arial" w:hAnsi="Arial" w:cs="Arial"/>
                <w:lang w:val="en-GB"/>
              </w:rPr>
              <w:t>&lt;!DOCTYPE html&gt;</w:t>
            </w:r>
          </w:p>
          <w:p w14:paraId="71F0D5DF" w14:textId="77777777" w:rsidR="00325FB6" w:rsidRPr="00325FB6" w:rsidRDefault="00325FB6" w:rsidP="00325FB6">
            <w:pPr>
              <w:rPr>
                <w:rFonts w:ascii="Arial" w:hAnsi="Arial" w:cs="Arial"/>
                <w:lang w:val="en-GB"/>
              </w:rPr>
            </w:pPr>
            <w:r w:rsidRPr="00325FB6">
              <w:rPr>
                <w:rFonts w:ascii="Arial" w:hAnsi="Arial" w:cs="Arial"/>
                <w:lang w:val="en-GB"/>
              </w:rPr>
              <w:t>&lt;html lang="en"&gt;</w:t>
            </w:r>
          </w:p>
          <w:p w14:paraId="3F49BB95" w14:textId="77777777" w:rsidR="00325FB6" w:rsidRPr="00325FB6" w:rsidRDefault="00325FB6" w:rsidP="00325FB6">
            <w:pPr>
              <w:rPr>
                <w:rFonts w:ascii="Arial" w:hAnsi="Arial" w:cs="Arial"/>
                <w:lang w:val="en-GB"/>
              </w:rPr>
            </w:pPr>
          </w:p>
          <w:p w14:paraId="0AAE0871" w14:textId="77777777" w:rsidR="00325FB6" w:rsidRPr="00325FB6" w:rsidRDefault="00325FB6" w:rsidP="00325FB6">
            <w:pPr>
              <w:rPr>
                <w:rFonts w:ascii="Arial" w:hAnsi="Arial" w:cs="Arial"/>
                <w:lang w:val="en-GB"/>
              </w:rPr>
            </w:pPr>
            <w:r w:rsidRPr="00325FB6">
              <w:rPr>
                <w:rFonts w:ascii="Arial" w:hAnsi="Arial" w:cs="Arial"/>
                <w:lang w:val="en-GB"/>
              </w:rPr>
              <w:t>&lt;head&gt;</w:t>
            </w:r>
          </w:p>
          <w:p w14:paraId="51868B33" w14:textId="77777777" w:rsidR="00325FB6" w:rsidRPr="00325FB6" w:rsidRDefault="00325FB6" w:rsidP="00325FB6">
            <w:pPr>
              <w:rPr>
                <w:rFonts w:ascii="Arial" w:hAnsi="Arial" w:cs="Arial"/>
                <w:lang w:val="en-GB"/>
              </w:rPr>
            </w:pPr>
            <w:r w:rsidRPr="00325FB6">
              <w:rPr>
                <w:rFonts w:ascii="Arial" w:hAnsi="Arial" w:cs="Arial"/>
                <w:lang w:val="en-GB"/>
              </w:rPr>
              <w:t>    &lt;meta charset="UTF-8"&gt;</w:t>
            </w:r>
          </w:p>
          <w:p w14:paraId="31970D8D" w14:textId="77777777" w:rsidR="00325FB6" w:rsidRPr="00325FB6" w:rsidRDefault="00325FB6" w:rsidP="00325FB6">
            <w:pPr>
              <w:rPr>
                <w:rFonts w:ascii="Arial" w:hAnsi="Arial" w:cs="Arial"/>
                <w:lang w:val="en-GB"/>
              </w:rPr>
            </w:pPr>
          </w:p>
          <w:p w14:paraId="0AEFB4E4" w14:textId="77777777" w:rsidR="00325FB6" w:rsidRPr="00325FB6" w:rsidRDefault="00325FB6" w:rsidP="00325FB6">
            <w:pPr>
              <w:rPr>
                <w:rFonts w:ascii="Arial" w:hAnsi="Arial" w:cs="Arial"/>
                <w:lang w:val="en-GB"/>
              </w:rPr>
            </w:pPr>
            <w:r w:rsidRPr="00325FB6">
              <w:rPr>
                <w:rFonts w:ascii="Arial" w:hAnsi="Arial" w:cs="Arial"/>
                <w:lang w:val="en-GB"/>
              </w:rPr>
              <w:t>    &lt;link rel="stylesheet" href="./pallet.css"&gt;</w:t>
            </w:r>
          </w:p>
          <w:p w14:paraId="28FB3A10" w14:textId="77777777" w:rsidR="00325FB6" w:rsidRPr="00325FB6" w:rsidRDefault="00325FB6" w:rsidP="00325FB6">
            <w:pPr>
              <w:rPr>
                <w:rFonts w:ascii="Arial" w:hAnsi="Arial" w:cs="Arial"/>
                <w:lang w:val="en-GB"/>
              </w:rPr>
            </w:pPr>
          </w:p>
          <w:p w14:paraId="48EF4A3C" w14:textId="77777777" w:rsidR="00325FB6" w:rsidRPr="00325FB6" w:rsidRDefault="00325FB6" w:rsidP="00325FB6">
            <w:pPr>
              <w:rPr>
                <w:rFonts w:ascii="Arial" w:hAnsi="Arial" w:cs="Arial"/>
                <w:lang w:val="en-GB"/>
              </w:rPr>
            </w:pPr>
            <w:r w:rsidRPr="00325FB6">
              <w:rPr>
                <w:rFonts w:ascii="Arial" w:hAnsi="Arial" w:cs="Arial"/>
                <w:lang w:val="en-GB"/>
              </w:rPr>
              <w:t>    &lt;link</w:t>
            </w:r>
          </w:p>
          <w:p w14:paraId="1EFFB225" w14:textId="77777777" w:rsidR="00325FB6" w:rsidRPr="00325FB6" w:rsidRDefault="00325FB6" w:rsidP="00325FB6">
            <w:pPr>
              <w:rPr>
                <w:rFonts w:ascii="Arial" w:hAnsi="Arial" w:cs="Arial"/>
                <w:lang w:val="en-GB"/>
              </w:rPr>
            </w:pPr>
            <w:r w:rsidRPr="00325FB6">
              <w:rPr>
                <w:rFonts w:ascii="Arial" w:hAnsi="Arial" w:cs="Arial"/>
                <w:lang w:val="en-GB"/>
              </w:rPr>
              <w:t>        href="https://cdn.jsdelivr.net/npm/bootstrap@5.3.8/dist/css/bootstrap.min.css"</w:t>
            </w:r>
          </w:p>
          <w:p w14:paraId="526200D2" w14:textId="77777777" w:rsidR="00325FB6" w:rsidRPr="00325FB6" w:rsidRDefault="00325FB6" w:rsidP="00325FB6">
            <w:pPr>
              <w:rPr>
                <w:rFonts w:ascii="Arial" w:hAnsi="Arial" w:cs="Arial"/>
                <w:lang w:val="en-GB"/>
              </w:rPr>
            </w:pPr>
            <w:r w:rsidRPr="00325FB6">
              <w:rPr>
                <w:rFonts w:ascii="Arial" w:hAnsi="Arial" w:cs="Arial"/>
                <w:lang w:val="en-GB"/>
              </w:rPr>
              <w:t>        rel="stylesheet"</w:t>
            </w:r>
          </w:p>
          <w:p w14:paraId="14C647CA" w14:textId="77777777" w:rsidR="00325FB6" w:rsidRPr="00325FB6" w:rsidRDefault="00325FB6" w:rsidP="00325FB6">
            <w:pPr>
              <w:rPr>
                <w:rFonts w:ascii="Arial" w:hAnsi="Arial" w:cs="Arial"/>
                <w:lang w:val="en-GB"/>
              </w:rPr>
            </w:pPr>
            <w:r w:rsidRPr="00325FB6">
              <w:rPr>
                <w:rFonts w:ascii="Arial" w:hAnsi="Arial" w:cs="Arial"/>
                <w:lang w:val="en-GB"/>
              </w:rPr>
              <w:t>        integrity="sha384-sRIl4kxILFvY47J16cr9ZwB07vP4J8+LH7qKQnuqkuIAvNWLzeN8tE5YBujZqJLB"</w:t>
            </w:r>
          </w:p>
          <w:p w14:paraId="15BCDF83" w14:textId="77777777" w:rsidR="00325FB6" w:rsidRPr="00325FB6" w:rsidRDefault="00325FB6" w:rsidP="00325FB6">
            <w:pPr>
              <w:rPr>
                <w:rFonts w:ascii="Arial" w:hAnsi="Arial" w:cs="Arial"/>
                <w:lang w:val="en-GB"/>
              </w:rPr>
            </w:pPr>
            <w:r w:rsidRPr="00325FB6">
              <w:rPr>
                <w:rFonts w:ascii="Arial" w:hAnsi="Arial" w:cs="Arial"/>
                <w:lang w:val="en-GB"/>
              </w:rPr>
              <w:t>        crossorigin="anonymous"</w:t>
            </w:r>
          </w:p>
          <w:p w14:paraId="09D750E0" w14:textId="77777777" w:rsidR="00325FB6" w:rsidRPr="00325FB6" w:rsidRDefault="00325FB6" w:rsidP="00325FB6">
            <w:pPr>
              <w:rPr>
                <w:rFonts w:ascii="Arial" w:hAnsi="Arial" w:cs="Arial"/>
                <w:lang w:val="en-GB"/>
              </w:rPr>
            </w:pPr>
            <w:r w:rsidRPr="00325FB6">
              <w:rPr>
                <w:rFonts w:ascii="Arial" w:hAnsi="Arial" w:cs="Arial"/>
                <w:lang w:val="en-GB"/>
              </w:rPr>
              <w:t>    &gt;</w:t>
            </w:r>
          </w:p>
          <w:p w14:paraId="24466244" w14:textId="77777777" w:rsidR="00325FB6" w:rsidRPr="00325FB6" w:rsidRDefault="00325FB6" w:rsidP="00325FB6">
            <w:pPr>
              <w:rPr>
                <w:rFonts w:ascii="Arial" w:hAnsi="Arial" w:cs="Arial"/>
                <w:lang w:val="en-GB"/>
              </w:rPr>
            </w:pPr>
          </w:p>
          <w:p w14:paraId="3B3489B8" w14:textId="77777777" w:rsidR="00325FB6" w:rsidRPr="00325FB6" w:rsidRDefault="00325FB6" w:rsidP="00325FB6">
            <w:pPr>
              <w:rPr>
                <w:rFonts w:ascii="Arial" w:hAnsi="Arial" w:cs="Arial"/>
                <w:lang w:val="en-GB"/>
              </w:rPr>
            </w:pPr>
            <w:r w:rsidRPr="00325FB6">
              <w:rPr>
                <w:rFonts w:ascii="Arial" w:hAnsi="Arial" w:cs="Arial"/>
                <w:lang w:val="en-GB"/>
              </w:rPr>
              <w:t>    &lt;title&gt;Estore - Your Local Shop&lt;/title&gt;</w:t>
            </w:r>
          </w:p>
          <w:p w14:paraId="69942877" w14:textId="77777777" w:rsidR="00325FB6" w:rsidRPr="00325FB6" w:rsidRDefault="00325FB6" w:rsidP="00325FB6">
            <w:pPr>
              <w:rPr>
                <w:rFonts w:ascii="Arial" w:hAnsi="Arial" w:cs="Arial"/>
                <w:lang w:val="en-GB"/>
              </w:rPr>
            </w:pPr>
            <w:r w:rsidRPr="00325FB6">
              <w:rPr>
                <w:rFonts w:ascii="Arial" w:hAnsi="Arial" w:cs="Arial"/>
                <w:lang w:val="en-GB"/>
              </w:rPr>
              <w:t>&lt;/head&gt;</w:t>
            </w:r>
          </w:p>
          <w:p w14:paraId="73E14826" w14:textId="77777777" w:rsidR="00325FB6" w:rsidRPr="00325FB6" w:rsidRDefault="00325FB6" w:rsidP="00325FB6">
            <w:pPr>
              <w:rPr>
                <w:rFonts w:ascii="Arial" w:hAnsi="Arial" w:cs="Arial"/>
                <w:lang w:val="en-GB"/>
              </w:rPr>
            </w:pPr>
          </w:p>
          <w:p w14:paraId="2499E1BA" w14:textId="77777777" w:rsidR="00325FB6" w:rsidRPr="00325FB6" w:rsidRDefault="00325FB6" w:rsidP="00325FB6">
            <w:pPr>
              <w:rPr>
                <w:rFonts w:ascii="Arial" w:hAnsi="Arial" w:cs="Arial"/>
                <w:lang w:val="en-GB"/>
              </w:rPr>
            </w:pPr>
            <w:r w:rsidRPr="00325FB6">
              <w:rPr>
                <w:rFonts w:ascii="Arial" w:hAnsi="Arial" w:cs="Arial"/>
                <w:lang w:val="en-GB"/>
              </w:rPr>
              <w:t>&lt;body&gt;</w:t>
            </w:r>
          </w:p>
          <w:p w14:paraId="3E75633A" w14:textId="77777777" w:rsidR="00325FB6" w:rsidRPr="00325FB6" w:rsidRDefault="00325FB6" w:rsidP="00325FB6">
            <w:pPr>
              <w:rPr>
                <w:rFonts w:ascii="Arial" w:hAnsi="Arial" w:cs="Arial"/>
                <w:lang w:val="en-GB"/>
              </w:rPr>
            </w:pPr>
            <w:r w:rsidRPr="00325FB6">
              <w:rPr>
                <w:rFonts w:ascii="Arial" w:hAnsi="Arial" w:cs="Arial"/>
                <w:lang w:val="en-GB"/>
              </w:rPr>
              <w:t>&lt;center&gt;</w:t>
            </w:r>
          </w:p>
          <w:p w14:paraId="386C8CED" w14:textId="77777777" w:rsidR="00325FB6" w:rsidRPr="00325FB6" w:rsidRDefault="00325FB6" w:rsidP="00325FB6">
            <w:pPr>
              <w:rPr>
                <w:rFonts w:ascii="Arial" w:hAnsi="Arial" w:cs="Arial"/>
                <w:lang w:val="en-GB"/>
              </w:rPr>
            </w:pPr>
            <w:r w:rsidRPr="00325FB6">
              <w:rPr>
                <w:rFonts w:ascii="Arial" w:hAnsi="Arial" w:cs="Arial"/>
                <w:lang w:val="en-GB"/>
              </w:rPr>
              <w:t>    &lt;table align="center"&gt;</w:t>
            </w:r>
          </w:p>
          <w:p w14:paraId="3767264E" w14:textId="77777777" w:rsidR="00325FB6" w:rsidRPr="00325FB6" w:rsidRDefault="00325FB6" w:rsidP="00325FB6">
            <w:pPr>
              <w:rPr>
                <w:rFonts w:ascii="Arial" w:hAnsi="Arial" w:cs="Arial"/>
                <w:lang w:val="en-GB"/>
              </w:rPr>
            </w:pPr>
            <w:r w:rsidRPr="00325FB6">
              <w:rPr>
                <w:rFonts w:ascii="Arial" w:hAnsi="Arial" w:cs="Arial"/>
                <w:lang w:val="en-GB"/>
              </w:rPr>
              <w:t>        &lt;tr&gt;</w:t>
            </w:r>
          </w:p>
          <w:p w14:paraId="0B355FBF" w14:textId="77777777" w:rsidR="00325FB6" w:rsidRPr="00325FB6" w:rsidRDefault="00325FB6" w:rsidP="00325FB6">
            <w:pPr>
              <w:rPr>
                <w:rFonts w:ascii="Arial" w:hAnsi="Arial" w:cs="Arial"/>
                <w:lang w:val="en-GB"/>
              </w:rPr>
            </w:pPr>
            <w:r w:rsidRPr="00325FB6">
              <w:rPr>
                <w:rFonts w:ascii="Arial" w:hAnsi="Arial" w:cs="Arial"/>
                <w:lang w:val="en-GB"/>
              </w:rPr>
              <w:t>            &lt;td&gt;</w:t>
            </w:r>
          </w:p>
          <w:p w14:paraId="19A6DAF6" w14:textId="77777777" w:rsidR="00325FB6" w:rsidRPr="00325FB6" w:rsidRDefault="00325FB6" w:rsidP="00325FB6">
            <w:pPr>
              <w:rPr>
                <w:rFonts w:ascii="Arial" w:hAnsi="Arial" w:cs="Arial"/>
                <w:lang w:val="en-GB"/>
              </w:rPr>
            </w:pPr>
            <w:r w:rsidRPr="00325FB6">
              <w:rPr>
                <w:rFonts w:ascii="Arial" w:hAnsi="Arial" w:cs="Arial"/>
                <w:lang w:val="en-GB"/>
              </w:rPr>
              <w:t>                &lt;ul class="nav nav-tabs"&gt;</w:t>
            </w:r>
          </w:p>
          <w:p w14:paraId="312AC82A" w14:textId="77777777" w:rsidR="00325FB6" w:rsidRPr="00325FB6" w:rsidRDefault="00325FB6" w:rsidP="00325FB6">
            <w:pPr>
              <w:rPr>
                <w:rFonts w:ascii="Arial" w:hAnsi="Arial" w:cs="Arial"/>
                <w:lang w:val="en-GB"/>
              </w:rPr>
            </w:pPr>
          </w:p>
          <w:p w14:paraId="514DC0F5" w14:textId="77777777" w:rsidR="00325FB6" w:rsidRPr="00325FB6" w:rsidRDefault="00325FB6" w:rsidP="00325FB6">
            <w:pPr>
              <w:rPr>
                <w:rFonts w:ascii="Arial" w:hAnsi="Arial" w:cs="Arial"/>
                <w:lang w:val="en-GB"/>
              </w:rPr>
            </w:pPr>
            <w:r w:rsidRPr="00325FB6">
              <w:rPr>
                <w:rFonts w:ascii="Arial" w:hAnsi="Arial" w:cs="Arial"/>
                <w:lang w:val="en-GB"/>
              </w:rPr>
              <w:t>                    &lt;li class="nav-item"&gt;</w:t>
            </w:r>
          </w:p>
          <w:p w14:paraId="2EF05EB5" w14:textId="77777777" w:rsidR="00325FB6" w:rsidRPr="00325FB6" w:rsidRDefault="00325FB6" w:rsidP="00325FB6">
            <w:pPr>
              <w:rPr>
                <w:rFonts w:ascii="Arial" w:hAnsi="Arial" w:cs="Arial"/>
                <w:lang w:val="en-GB"/>
              </w:rPr>
            </w:pPr>
            <w:r w:rsidRPr="00325FB6">
              <w:rPr>
                <w:rFonts w:ascii="Arial" w:hAnsi="Arial" w:cs="Arial"/>
                <w:lang w:val="en-GB"/>
              </w:rPr>
              <w:t>                        &lt;a</w:t>
            </w:r>
          </w:p>
          <w:p w14:paraId="566E0837" w14:textId="77777777" w:rsidR="00325FB6" w:rsidRPr="00325FB6" w:rsidRDefault="00325FB6" w:rsidP="00325FB6">
            <w:pPr>
              <w:rPr>
                <w:rFonts w:ascii="Arial" w:hAnsi="Arial" w:cs="Arial"/>
                <w:lang w:val="en-GB"/>
              </w:rPr>
            </w:pPr>
            <w:r w:rsidRPr="00325FB6">
              <w:rPr>
                <w:rFonts w:ascii="Arial" w:hAnsi="Arial" w:cs="Arial"/>
                <w:lang w:val="en-GB"/>
              </w:rPr>
              <w:t>                            class="nav-link"</w:t>
            </w:r>
          </w:p>
          <w:p w14:paraId="563E043D" w14:textId="77777777" w:rsidR="00325FB6" w:rsidRPr="00325FB6" w:rsidRDefault="00325FB6" w:rsidP="00325FB6">
            <w:pPr>
              <w:rPr>
                <w:rFonts w:ascii="Arial" w:hAnsi="Arial" w:cs="Arial"/>
                <w:lang w:val="en-GB"/>
              </w:rPr>
            </w:pPr>
            <w:r w:rsidRPr="00325FB6">
              <w:rPr>
                <w:rFonts w:ascii="Arial" w:hAnsi="Arial" w:cs="Arial"/>
                <w:lang w:val="en-GB"/>
              </w:rPr>
              <w:t>                            aria-current="page"</w:t>
            </w:r>
          </w:p>
          <w:p w14:paraId="24358555" w14:textId="77777777" w:rsidR="00325FB6" w:rsidRPr="00325FB6" w:rsidRDefault="00325FB6" w:rsidP="00325FB6">
            <w:pPr>
              <w:rPr>
                <w:rFonts w:ascii="Arial" w:hAnsi="Arial" w:cs="Arial"/>
                <w:lang w:val="en-GB"/>
              </w:rPr>
            </w:pPr>
            <w:r w:rsidRPr="00325FB6">
              <w:rPr>
                <w:rFonts w:ascii="Arial" w:hAnsi="Arial" w:cs="Arial"/>
                <w:lang w:val="en-GB"/>
              </w:rPr>
              <w:t>                            href="./index.html"</w:t>
            </w:r>
          </w:p>
          <w:p w14:paraId="3448DA4F" w14:textId="77777777" w:rsidR="00325FB6" w:rsidRPr="00325FB6" w:rsidRDefault="00325FB6" w:rsidP="00325FB6">
            <w:pPr>
              <w:rPr>
                <w:rFonts w:ascii="Arial" w:hAnsi="Arial" w:cs="Arial"/>
                <w:lang w:val="en-GB"/>
              </w:rPr>
            </w:pPr>
            <w:r w:rsidRPr="00325FB6">
              <w:rPr>
                <w:rFonts w:ascii="Arial" w:hAnsi="Arial" w:cs="Arial"/>
                <w:lang w:val="en-GB"/>
              </w:rPr>
              <w:t>                        &gt;</w:t>
            </w:r>
          </w:p>
          <w:p w14:paraId="69EBC6AA" w14:textId="77777777" w:rsidR="00325FB6" w:rsidRPr="00325FB6" w:rsidRDefault="00325FB6" w:rsidP="00325FB6">
            <w:pPr>
              <w:rPr>
                <w:rFonts w:ascii="Arial" w:hAnsi="Arial" w:cs="Arial"/>
                <w:lang w:val="en-GB"/>
              </w:rPr>
            </w:pPr>
            <w:r w:rsidRPr="00325FB6">
              <w:rPr>
                <w:rFonts w:ascii="Arial" w:hAnsi="Arial" w:cs="Arial"/>
                <w:lang w:val="en-GB"/>
              </w:rPr>
              <w:t>                            Main</w:t>
            </w:r>
          </w:p>
          <w:p w14:paraId="153149EB" w14:textId="77777777" w:rsidR="00325FB6" w:rsidRPr="00325FB6" w:rsidRDefault="00325FB6" w:rsidP="00325FB6">
            <w:pPr>
              <w:rPr>
                <w:rFonts w:ascii="Arial" w:hAnsi="Arial" w:cs="Arial"/>
                <w:lang w:val="en-GB"/>
              </w:rPr>
            </w:pPr>
            <w:r w:rsidRPr="00325FB6">
              <w:rPr>
                <w:rFonts w:ascii="Arial" w:hAnsi="Arial" w:cs="Arial"/>
                <w:lang w:val="en-GB"/>
              </w:rPr>
              <w:t>                        &lt;/a&gt;</w:t>
            </w:r>
          </w:p>
          <w:p w14:paraId="1EED6DE7" w14:textId="77777777" w:rsidR="00325FB6" w:rsidRPr="00325FB6" w:rsidRDefault="00325FB6" w:rsidP="00325FB6">
            <w:pPr>
              <w:rPr>
                <w:rFonts w:ascii="Arial" w:hAnsi="Arial" w:cs="Arial"/>
                <w:lang w:val="en-GB"/>
              </w:rPr>
            </w:pPr>
            <w:r w:rsidRPr="00325FB6">
              <w:rPr>
                <w:rFonts w:ascii="Arial" w:hAnsi="Arial" w:cs="Arial"/>
                <w:lang w:val="en-GB"/>
              </w:rPr>
              <w:t>                    &lt;/li&gt;</w:t>
            </w:r>
          </w:p>
          <w:p w14:paraId="159DECDF" w14:textId="77777777" w:rsidR="00325FB6" w:rsidRPr="00325FB6" w:rsidRDefault="00325FB6" w:rsidP="00325FB6">
            <w:pPr>
              <w:rPr>
                <w:rFonts w:ascii="Arial" w:hAnsi="Arial" w:cs="Arial"/>
                <w:lang w:val="en-GB"/>
              </w:rPr>
            </w:pPr>
          </w:p>
          <w:p w14:paraId="6694D218" w14:textId="77777777" w:rsidR="00325FB6" w:rsidRPr="00325FB6" w:rsidRDefault="00325FB6" w:rsidP="00325FB6">
            <w:pPr>
              <w:rPr>
                <w:rFonts w:ascii="Arial" w:hAnsi="Arial" w:cs="Arial"/>
                <w:lang w:val="en-GB"/>
              </w:rPr>
            </w:pPr>
            <w:r w:rsidRPr="00325FB6">
              <w:rPr>
                <w:rFonts w:ascii="Arial" w:hAnsi="Arial" w:cs="Arial"/>
                <w:lang w:val="en-GB"/>
              </w:rPr>
              <w:t>                    &lt;li class="nav-item"&gt;</w:t>
            </w:r>
          </w:p>
          <w:p w14:paraId="764CCD90" w14:textId="77777777" w:rsidR="00325FB6" w:rsidRPr="00325FB6" w:rsidRDefault="00325FB6" w:rsidP="00325FB6">
            <w:pPr>
              <w:rPr>
                <w:rFonts w:ascii="Arial" w:hAnsi="Arial" w:cs="Arial"/>
                <w:lang w:val="en-GB"/>
              </w:rPr>
            </w:pPr>
            <w:r w:rsidRPr="00325FB6">
              <w:rPr>
                <w:rFonts w:ascii="Arial" w:hAnsi="Arial" w:cs="Arial"/>
                <w:lang w:val="en-GB"/>
              </w:rPr>
              <w:t>                        &lt;a</w:t>
            </w:r>
          </w:p>
          <w:p w14:paraId="7B770E43" w14:textId="77777777" w:rsidR="00325FB6" w:rsidRPr="00325FB6" w:rsidRDefault="00325FB6" w:rsidP="00325FB6">
            <w:pPr>
              <w:rPr>
                <w:rFonts w:ascii="Arial" w:hAnsi="Arial" w:cs="Arial"/>
                <w:lang w:val="en-GB"/>
              </w:rPr>
            </w:pPr>
            <w:r w:rsidRPr="00325FB6">
              <w:rPr>
                <w:rFonts w:ascii="Arial" w:hAnsi="Arial" w:cs="Arial"/>
                <w:lang w:val="en-GB"/>
              </w:rPr>
              <w:t>                            class="nav-link"</w:t>
            </w:r>
          </w:p>
          <w:p w14:paraId="216B1169" w14:textId="77777777" w:rsidR="00325FB6" w:rsidRPr="00325FB6" w:rsidRDefault="00325FB6" w:rsidP="00325FB6">
            <w:pPr>
              <w:rPr>
                <w:rFonts w:ascii="Arial" w:hAnsi="Arial" w:cs="Arial"/>
                <w:lang w:val="en-GB"/>
              </w:rPr>
            </w:pPr>
            <w:r w:rsidRPr="00325FB6">
              <w:rPr>
                <w:rFonts w:ascii="Arial" w:hAnsi="Arial" w:cs="Arial"/>
                <w:lang w:val="en-GB"/>
              </w:rPr>
              <w:t>                            aria-current="page"</w:t>
            </w:r>
          </w:p>
          <w:p w14:paraId="2387A05E" w14:textId="77777777" w:rsidR="00325FB6" w:rsidRPr="00325FB6" w:rsidRDefault="00325FB6" w:rsidP="00325FB6">
            <w:pPr>
              <w:rPr>
                <w:rFonts w:ascii="Arial" w:hAnsi="Arial" w:cs="Arial"/>
                <w:lang w:val="en-GB"/>
              </w:rPr>
            </w:pPr>
            <w:r w:rsidRPr="00325FB6">
              <w:rPr>
                <w:rFonts w:ascii="Arial" w:hAnsi="Arial" w:cs="Arial"/>
                <w:lang w:val="en-GB"/>
              </w:rPr>
              <w:t>                            href="./Product.html"</w:t>
            </w:r>
          </w:p>
          <w:p w14:paraId="25200AF8" w14:textId="77777777" w:rsidR="00325FB6" w:rsidRPr="00325FB6" w:rsidRDefault="00325FB6" w:rsidP="00325FB6">
            <w:pPr>
              <w:rPr>
                <w:rFonts w:ascii="Arial" w:hAnsi="Arial" w:cs="Arial"/>
                <w:lang w:val="en-GB"/>
              </w:rPr>
            </w:pPr>
            <w:r w:rsidRPr="00325FB6">
              <w:rPr>
                <w:rFonts w:ascii="Arial" w:hAnsi="Arial" w:cs="Arial"/>
                <w:lang w:val="en-GB"/>
              </w:rPr>
              <w:t>                        &gt;</w:t>
            </w:r>
          </w:p>
          <w:p w14:paraId="5951973F" w14:textId="77777777" w:rsidR="00325FB6" w:rsidRPr="00325FB6" w:rsidRDefault="00325FB6" w:rsidP="00325FB6">
            <w:pPr>
              <w:rPr>
                <w:rFonts w:ascii="Arial" w:hAnsi="Arial" w:cs="Arial"/>
                <w:lang w:val="en-GB"/>
              </w:rPr>
            </w:pPr>
            <w:r w:rsidRPr="00325FB6">
              <w:rPr>
                <w:rFonts w:ascii="Arial" w:hAnsi="Arial" w:cs="Arial"/>
                <w:lang w:val="en-GB"/>
              </w:rPr>
              <w:t>                            Shop</w:t>
            </w:r>
          </w:p>
          <w:p w14:paraId="2A242CD8" w14:textId="77777777" w:rsidR="00325FB6" w:rsidRPr="00325FB6" w:rsidRDefault="00325FB6" w:rsidP="00325FB6">
            <w:pPr>
              <w:rPr>
                <w:rFonts w:ascii="Arial" w:hAnsi="Arial" w:cs="Arial"/>
                <w:lang w:val="en-GB"/>
              </w:rPr>
            </w:pPr>
            <w:r w:rsidRPr="00325FB6">
              <w:rPr>
                <w:rFonts w:ascii="Arial" w:hAnsi="Arial" w:cs="Arial"/>
                <w:lang w:val="en-GB"/>
              </w:rPr>
              <w:t>                        &lt;/a&gt;</w:t>
            </w:r>
          </w:p>
          <w:p w14:paraId="48D935F5" w14:textId="77777777" w:rsidR="00325FB6" w:rsidRPr="00325FB6" w:rsidRDefault="00325FB6" w:rsidP="00325FB6">
            <w:pPr>
              <w:rPr>
                <w:rFonts w:ascii="Arial" w:hAnsi="Arial" w:cs="Arial"/>
                <w:lang w:val="en-GB"/>
              </w:rPr>
            </w:pPr>
            <w:r w:rsidRPr="00325FB6">
              <w:rPr>
                <w:rFonts w:ascii="Arial" w:hAnsi="Arial" w:cs="Arial"/>
                <w:lang w:val="en-GB"/>
              </w:rPr>
              <w:t>                    &lt;/li&gt;</w:t>
            </w:r>
          </w:p>
          <w:p w14:paraId="4FF7C986" w14:textId="77777777" w:rsidR="00325FB6" w:rsidRPr="00325FB6" w:rsidRDefault="00325FB6" w:rsidP="00325FB6">
            <w:pPr>
              <w:rPr>
                <w:rFonts w:ascii="Arial" w:hAnsi="Arial" w:cs="Arial"/>
                <w:lang w:val="en-GB"/>
              </w:rPr>
            </w:pPr>
          </w:p>
          <w:p w14:paraId="6FFB0B7E" w14:textId="77777777" w:rsidR="00325FB6" w:rsidRPr="00325FB6" w:rsidRDefault="00325FB6" w:rsidP="00325FB6">
            <w:pPr>
              <w:rPr>
                <w:rFonts w:ascii="Arial" w:hAnsi="Arial" w:cs="Arial"/>
                <w:lang w:val="en-GB"/>
              </w:rPr>
            </w:pPr>
            <w:r w:rsidRPr="00325FB6">
              <w:rPr>
                <w:rFonts w:ascii="Arial" w:hAnsi="Arial" w:cs="Arial"/>
                <w:lang w:val="en-GB"/>
              </w:rPr>
              <w:t>                    &lt;li class="nav-item"&gt;</w:t>
            </w:r>
          </w:p>
          <w:p w14:paraId="0CF4DD9C" w14:textId="77777777" w:rsidR="00325FB6" w:rsidRPr="00325FB6" w:rsidRDefault="00325FB6" w:rsidP="00325FB6">
            <w:pPr>
              <w:rPr>
                <w:rFonts w:ascii="Arial" w:hAnsi="Arial" w:cs="Arial"/>
                <w:lang w:val="en-GB"/>
              </w:rPr>
            </w:pPr>
            <w:r w:rsidRPr="00325FB6">
              <w:rPr>
                <w:rFonts w:ascii="Arial" w:hAnsi="Arial" w:cs="Arial"/>
                <w:lang w:val="en-GB"/>
              </w:rPr>
              <w:t>                        &lt;a</w:t>
            </w:r>
          </w:p>
          <w:p w14:paraId="28E64E77" w14:textId="77777777" w:rsidR="00325FB6" w:rsidRPr="00325FB6" w:rsidRDefault="00325FB6" w:rsidP="00325FB6">
            <w:pPr>
              <w:rPr>
                <w:rFonts w:ascii="Arial" w:hAnsi="Arial" w:cs="Arial"/>
                <w:lang w:val="en-GB"/>
              </w:rPr>
            </w:pPr>
            <w:r w:rsidRPr="00325FB6">
              <w:rPr>
                <w:rFonts w:ascii="Arial" w:hAnsi="Arial" w:cs="Arial"/>
                <w:lang w:val="en-GB"/>
              </w:rPr>
              <w:lastRenderedPageBreak/>
              <w:t>                            class="nav-link"</w:t>
            </w:r>
          </w:p>
          <w:p w14:paraId="265CE5D4" w14:textId="77777777" w:rsidR="00325FB6" w:rsidRPr="00325FB6" w:rsidRDefault="00325FB6" w:rsidP="00325FB6">
            <w:pPr>
              <w:rPr>
                <w:rFonts w:ascii="Arial" w:hAnsi="Arial" w:cs="Arial"/>
                <w:lang w:val="en-GB"/>
              </w:rPr>
            </w:pPr>
            <w:r w:rsidRPr="00325FB6">
              <w:rPr>
                <w:rFonts w:ascii="Arial" w:hAnsi="Arial" w:cs="Arial"/>
                <w:lang w:val="en-GB"/>
              </w:rPr>
              <w:t>                            aria-current="page"</w:t>
            </w:r>
          </w:p>
          <w:p w14:paraId="54E9AB24" w14:textId="77777777" w:rsidR="00325FB6" w:rsidRPr="00325FB6" w:rsidRDefault="00325FB6" w:rsidP="00325FB6">
            <w:pPr>
              <w:rPr>
                <w:rFonts w:ascii="Arial" w:hAnsi="Arial" w:cs="Arial"/>
                <w:lang w:val="en-GB"/>
              </w:rPr>
            </w:pPr>
            <w:r w:rsidRPr="00325FB6">
              <w:rPr>
                <w:rFonts w:ascii="Arial" w:hAnsi="Arial" w:cs="Arial"/>
                <w:lang w:val="en-GB"/>
              </w:rPr>
              <w:t>                            href="./prodform.html"</w:t>
            </w:r>
          </w:p>
          <w:p w14:paraId="2357559A" w14:textId="77777777" w:rsidR="00325FB6" w:rsidRPr="00325FB6" w:rsidRDefault="00325FB6" w:rsidP="00325FB6">
            <w:pPr>
              <w:rPr>
                <w:rFonts w:ascii="Arial" w:hAnsi="Arial" w:cs="Arial"/>
                <w:lang w:val="en-GB"/>
              </w:rPr>
            </w:pPr>
            <w:r w:rsidRPr="00325FB6">
              <w:rPr>
                <w:rFonts w:ascii="Arial" w:hAnsi="Arial" w:cs="Arial"/>
                <w:lang w:val="en-GB"/>
              </w:rPr>
              <w:t>                        &gt;</w:t>
            </w:r>
          </w:p>
          <w:p w14:paraId="687BC065" w14:textId="77777777" w:rsidR="00325FB6" w:rsidRPr="00325FB6" w:rsidRDefault="00325FB6" w:rsidP="00325FB6">
            <w:pPr>
              <w:rPr>
                <w:rFonts w:ascii="Arial" w:hAnsi="Arial" w:cs="Arial"/>
                <w:lang w:val="en-GB"/>
              </w:rPr>
            </w:pPr>
            <w:r w:rsidRPr="00325FB6">
              <w:rPr>
                <w:rFonts w:ascii="Arial" w:hAnsi="Arial" w:cs="Arial"/>
                <w:lang w:val="en-GB"/>
              </w:rPr>
              <w:t>                            Sell</w:t>
            </w:r>
          </w:p>
          <w:p w14:paraId="6E90DF85" w14:textId="77777777" w:rsidR="00325FB6" w:rsidRPr="00325FB6" w:rsidRDefault="00325FB6" w:rsidP="00325FB6">
            <w:pPr>
              <w:rPr>
                <w:rFonts w:ascii="Arial" w:hAnsi="Arial" w:cs="Arial"/>
                <w:lang w:val="en-GB"/>
              </w:rPr>
            </w:pPr>
            <w:r w:rsidRPr="00325FB6">
              <w:rPr>
                <w:rFonts w:ascii="Arial" w:hAnsi="Arial" w:cs="Arial"/>
                <w:lang w:val="en-GB"/>
              </w:rPr>
              <w:t>                        &lt;/a&gt;</w:t>
            </w:r>
          </w:p>
          <w:p w14:paraId="46DBE2AF" w14:textId="77777777" w:rsidR="00325FB6" w:rsidRPr="00325FB6" w:rsidRDefault="00325FB6" w:rsidP="00325FB6">
            <w:pPr>
              <w:rPr>
                <w:rFonts w:ascii="Arial" w:hAnsi="Arial" w:cs="Arial"/>
                <w:lang w:val="en-GB"/>
              </w:rPr>
            </w:pPr>
            <w:r w:rsidRPr="00325FB6">
              <w:rPr>
                <w:rFonts w:ascii="Arial" w:hAnsi="Arial" w:cs="Arial"/>
                <w:lang w:val="en-GB"/>
              </w:rPr>
              <w:t>                    &lt;/li&gt;</w:t>
            </w:r>
          </w:p>
          <w:p w14:paraId="7C9426AB" w14:textId="77777777" w:rsidR="00325FB6" w:rsidRPr="00325FB6" w:rsidRDefault="00325FB6" w:rsidP="00325FB6">
            <w:pPr>
              <w:rPr>
                <w:rFonts w:ascii="Arial" w:hAnsi="Arial" w:cs="Arial"/>
                <w:lang w:val="en-GB"/>
              </w:rPr>
            </w:pPr>
          </w:p>
          <w:p w14:paraId="5A9C58D1" w14:textId="77777777" w:rsidR="00325FB6" w:rsidRPr="00325FB6" w:rsidRDefault="00325FB6" w:rsidP="00325FB6">
            <w:pPr>
              <w:rPr>
                <w:rFonts w:ascii="Arial" w:hAnsi="Arial" w:cs="Arial"/>
                <w:lang w:val="en-GB"/>
              </w:rPr>
            </w:pPr>
            <w:r w:rsidRPr="00325FB6">
              <w:rPr>
                <w:rFonts w:ascii="Arial" w:hAnsi="Arial" w:cs="Arial"/>
                <w:lang w:val="en-GB"/>
              </w:rPr>
              <w:t>                    &lt;li class="nav-item"&gt;</w:t>
            </w:r>
          </w:p>
          <w:p w14:paraId="3B083CF1" w14:textId="77777777" w:rsidR="00325FB6" w:rsidRPr="00325FB6" w:rsidRDefault="00325FB6" w:rsidP="00325FB6">
            <w:pPr>
              <w:rPr>
                <w:rFonts w:ascii="Arial" w:hAnsi="Arial" w:cs="Arial"/>
                <w:lang w:val="en-GB"/>
              </w:rPr>
            </w:pPr>
            <w:r w:rsidRPr="00325FB6">
              <w:rPr>
                <w:rFonts w:ascii="Arial" w:hAnsi="Arial" w:cs="Arial"/>
                <w:lang w:val="en-GB"/>
              </w:rPr>
              <w:t>                        &lt;a</w:t>
            </w:r>
          </w:p>
          <w:p w14:paraId="4616BC6C" w14:textId="77777777" w:rsidR="00325FB6" w:rsidRPr="00325FB6" w:rsidRDefault="00325FB6" w:rsidP="00325FB6">
            <w:pPr>
              <w:rPr>
                <w:rFonts w:ascii="Arial" w:hAnsi="Arial" w:cs="Arial"/>
                <w:lang w:val="en-GB"/>
              </w:rPr>
            </w:pPr>
            <w:r w:rsidRPr="00325FB6">
              <w:rPr>
                <w:rFonts w:ascii="Arial" w:hAnsi="Arial" w:cs="Arial"/>
                <w:lang w:val="en-GB"/>
              </w:rPr>
              <w:t>                            class="nav-link active"</w:t>
            </w:r>
          </w:p>
          <w:p w14:paraId="71475106" w14:textId="77777777" w:rsidR="00325FB6" w:rsidRPr="00325FB6" w:rsidRDefault="00325FB6" w:rsidP="00325FB6">
            <w:pPr>
              <w:rPr>
                <w:rFonts w:ascii="Arial" w:hAnsi="Arial" w:cs="Arial"/>
                <w:lang w:val="en-GB"/>
              </w:rPr>
            </w:pPr>
            <w:r w:rsidRPr="00325FB6">
              <w:rPr>
                <w:rFonts w:ascii="Arial" w:hAnsi="Arial" w:cs="Arial"/>
                <w:lang w:val="en-GB"/>
              </w:rPr>
              <w:t>                            href="./HELLO.html"</w:t>
            </w:r>
          </w:p>
          <w:p w14:paraId="57FC528F" w14:textId="77777777" w:rsidR="00325FB6" w:rsidRPr="00325FB6" w:rsidRDefault="00325FB6" w:rsidP="00325FB6">
            <w:pPr>
              <w:rPr>
                <w:rFonts w:ascii="Arial" w:hAnsi="Arial" w:cs="Arial"/>
                <w:lang w:val="en-GB"/>
              </w:rPr>
            </w:pPr>
            <w:r w:rsidRPr="00325FB6">
              <w:rPr>
                <w:rFonts w:ascii="Arial" w:hAnsi="Arial" w:cs="Arial"/>
                <w:lang w:val="en-GB"/>
              </w:rPr>
              <w:t>                        &gt;</w:t>
            </w:r>
          </w:p>
          <w:p w14:paraId="05F809B3" w14:textId="77777777" w:rsidR="00325FB6" w:rsidRPr="00325FB6" w:rsidRDefault="00325FB6" w:rsidP="00325FB6">
            <w:pPr>
              <w:rPr>
                <w:rFonts w:ascii="Arial" w:hAnsi="Arial" w:cs="Arial"/>
                <w:lang w:val="en-GB"/>
              </w:rPr>
            </w:pPr>
            <w:r w:rsidRPr="00325FB6">
              <w:rPr>
                <w:rFonts w:ascii="Arial" w:hAnsi="Arial" w:cs="Arial"/>
                <w:lang w:val="en-GB"/>
              </w:rPr>
              <w:t>                            Login</w:t>
            </w:r>
          </w:p>
          <w:p w14:paraId="1798D206" w14:textId="77777777" w:rsidR="00325FB6" w:rsidRPr="00325FB6" w:rsidRDefault="00325FB6" w:rsidP="00325FB6">
            <w:pPr>
              <w:rPr>
                <w:rFonts w:ascii="Arial" w:hAnsi="Arial" w:cs="Arial"/>
                <w:lang w:val="en-GB"/>
              </w:rPr>
            </w:pPr>
            <w:r w:rsidRPr="00325FB6">
              <w:rPr>
                <w:rFonts w:ascii="Arial" w:hAnsi="Arial" w:cs="Arial"/>
                <w:lang w:val="en-GB"/>
              </w:rPr>
              <w:t>                        &lt;/a&gt;</w:t>
            </w:r>
          </w:p>
          <w:p w14:paraId="5CBDFA48" w14:textId="77777777" w:rsidR="00325FB6" w:rsidRPr="00325FB6" w:rsidRDefault="00325FB6" w:rsidP="00325FB6">
            <w:pPr>
              <w:rPr>
                <w:rFonts w:ascii="Arial" w:hAnsi="Arial" w:cs="Arial"/>
                <w:lang w:val="en-GB"/>
              </w:rPr>
            </w:pPr>
            <w:r w:rsidRPr="00325FB6">
              <w:rPr>
                <w:rFonts w:ascii="Arial" w:hAnsi="Arial" w:cs="Arial"/>
                <w:lang w:val="en-GB"/>
              </w:rPr>
              <w:t>                    &lt;/li&gt;</w:t>
            </w:r>
          </w:p>
          <w:p w14:paraId="7F378EA5" w14:textId="77777777" w:rsidR="00325FB6" w:rsidRPr="00325FB6" w:rsidRDefault="00325FB6" w:rsidP="00325FB6">
            <w:pPr>
              <w:rPr>
                <w:rFonts w:ascii="Arial" w:hAnsi="Arial" w:cs="Arial"/>
                <w:lang w:val="en-GB"/>
              </w:rPr>
            </w:pPr>
          </w:p>
          <w:p w14:paraId="11683EC3" w14:textId="77777777" w:rsidR="00325FB6" w:rsidRPr="00325FB6" w:rsidRDefault="00325FB6" w:rsidP="00325FB6">
            <w:pPr>
              <w:rPr>
                <w:rFonts w:ascii="Arial" w:hAnsi="Arial" w:cs="Arial"/>
                <w:lang w:val="en-GB"/>
              </w:rPr>
            </w:pPr>
            <w:r w:rsidRPr="00325FB6">
              <w:rPr>
                <w:rFonts w:ascii="Arial" w:hAnsi="Arial" w:cs="Arial"/>
                <w:lang w:val="en-GB"/>
              </w:rPr>
              <w:t>                    &lt;li class="nav-item"&gt;</w:t>
            </w:r>
          </w:p>
          <w:p w14:paraId="673C8B31" w14:textId="77777777" w:rsidR="00325FB6" w:rsidRPr="00325FB6" w:rsidRDefault="00325FB6" w:rsidP="00325FB6">
            <w:pPr>
              <w:rPr>
                <w:rFonts w:ascii="Arial" w:hAnsi="Arial" w:cs="Arial"/>
                <w:lang w:val="en-GB"/>
              </w:rPr>
            </w:pPr>
            <w:r w:rsidRPr="00325FB6">
              <w:rPr>
                <w:rFonts w:ascii="Arial" w:hAnsi="Arial" w:cs="Arial"/>
                <w:lang w:val="en-GB"/>
              </w:rPr>
              <w:t>                        &lt;a</w:t>
            </w:r>
          </w:p>
          <w:p w14:paraId="18B4B42A" w14:textId="77777777" w:rsidR="00325FB6" w:rsidRPr="00325FB6" w:rsidRDefault="00325FB6" w:rsidP="00325FB6">
            <w:pPr>
              <w:rPr>
                <w:rFonts w:ascii="Arial" w:hAnsi="Arial" w:cs="Arial"/>
                <w:lang w:val="en-GB"/>
              </w:rPr>
            </w:pPr>
            <w:r w:rsidRPr="00325FB6">
              <w:rPr>
                <w:rFonts w:ascii="Arial" w:hAnsi="Arial" w:cs="Arial"/>
                <w:lang w:val="en-GB"/>
              </w:rPr>
              <w:t>                            class="nav-link"</w:t>
            </w:r>
          </w:p>
          <w:p w14:paraId="67706F2B" w14:textId="77777777" w:rsidR="00325FB6" w:rsidRPr="00325FB6" w:rsidRDefault="00325FB6" w:rsidP="00325FB6">
            <w:pPr>
              <w:rPr>
                <w:rFonts w:ascii="Arial" w:hAnsi="Arial" w:cs="Arial"/>
                <w:lang w:val="en-GB"/>
              </w:rPr>
            </w:pPr>
            <w:r w:rsidRPr="00325FB6">
              <w:rPr>
                <w:rFonts w:ascii="Arial" w:hAnsi="Arial" w:cs="Arial"/>
                <w:lang w:val="en-GB"/>
              </w:rPr>
              <w:t>                            href="./contacus.html"</w:t>
            </w:r>
          </w:p>
          <w:p w14:paraId="5F65C280" w14:textId="77777777" w:rsidR="00325FB6" w:rsidRPr="00325FB6" w:rsidRDefault="00325FB6" w:rsidP="00325FB6">
            <w:pPr>
              <w:rPr>
                <w:rFonts w:ascii="Arial" w:hAnsi="Arial" w:cs="Arial"/>
                <w:lang w:val="en-GB"/>
              </w:rPr>
            </w:pPr>
            <w:r w:rsidRPr="00325FB6">
              <w:rPr>
                <w:rFonts w:ascii="Arial" w:hAnsi="Arial" w:cs="Arial"/>
                <w:lang w:val="en-GB"/>
              </w:rPr>
              <w:t>                        &gt;</w:t>
            </w:r>
          </w:p>
          <w:p w14:paraId="5DE38855" w14:textId="77777777" w:rsidR="00325FB6" w:rsidRPr="00325FB6" w:rsidRDefault="00325FB6" w:rsidP="00325FB6">
            <w:pPr>
              <w:rPr>
                <w:rFonts w:ascii="Arial" w:hAnsi="Arial" w:cs="Arial"/>
                <w:lang w:val="en-GB"/>
              </w:rPr>
            </w:pPr>
            <w:r w:rsidRPr="00325FB6">
              <w:rPr>
                <w:rFonts w:ascii="Arial" w:hAnsi="Arial" w:cs="Arial"/>
                <w:lang w:val="en-GB"/>
              </w:rPr>
              <w:t>                            Contact Us</w:t>
            </w:r>
          </w:p>
          <w:p w14:paraId="7CF20AEE" w14:textId="77777777" w:rsidR="00325FB6" w:rsidRPr="00325FB6" w:rsidRDefault="00325FB6" w:rsidP="00325FB6">
            <w:pPr>
              <w:rPr>
                <w:rFonts w:ascii="Arial" w:hAnsi="Arial" w:cs="Arial"/>
                <w:lang w:val="en-GB"/>
              </w:rPr>
            </w:pPr>
            <w:r w:rsidRPr="00325FB6">
              <w:rPr>
                <w:rFonts w:ascii="Arial" w:hAnsi="Arial" w:cs="Arial"/>
                <w:lang w:val="en-GB"/>
              </w:rPr>
              <w:t>                        &lt;/a&gt;</w:t>
            </w:r>
          </w:p>
          <w:p w14:paraId="6C9A356F" w14:textId="77777777" w:rsidR="00325FB6" w:rsidRPr="00325FB6" w:rsidRDefault="00325FB6" w:rsidP="00325FB6">
            <w:pPr>
              <w:rPr>
                <w:rFonts w:ascii="Arial" w:hAnsi="Arial" w:cs="Arial"/>
                <w:lang w:val="en-GB"/>
              </w:rPr>
            </w:pPr>
            <w:r w:rsidRPr="00325FB6">
              <w:rPr>
                <w:rFonts w:ascii="Arial" w:hAnsi="Arial" w:cs="Arial"/>
                <w:lang w:val="en-GB"/>
              </w:rPr>
              <w:t>                    &lt;/li&gt;</w:t>
            </w:r>
          </w:p>
          <w:p w14:paraId="7300CF98" w14:textId="77777777" w:rsidR="00325FB6" w:rsidRPr="00325FB6" w:rsidRDefault="00325FB6" w:rsidP="00325FB6">
            <w:pPr>
              <w:rPr>
                <w:rFonts w:ascii="Arial" w:hAnsi="Arial" w:cs="Arial"/>
                <w:lang w:val="en-GB"/>
              </w:rPr>
            </w:pPr>
          </w:p>
          <w:p w14:paraId="0128E632" w14:textId="77777777" w:rsidR="00325FB6" w:rsidRPr="00325FB6" w:rsidRDefault="00325FB6" w:rsidP="00325FB6">
            <w:pPr>
              <w:rPr>
                <w:rFonts w:ascii="Arial" w:hAnsi="Arial" w:cs="Arial"/>
                <w:lang w:val="en-GB"/>
              </w:rPr>
            </w:pPr>
            <w:r w:rsidRPr="00325FB6">
              <w:rPr>
                <w:rFonts w:ascii="Arial" w:hAnsi="Arial" w:cs="Arial"/>
                <w:lang w:val="en-GB"/>
              </w:rPr>
              <w:t>                    &lt;li class="nav-item"&gt;</w:t>
            </w:r>
          </w:p>
          <w:p w14:paraId="1913B5E7" w14:textId="77777777" w:rsidR="00325FB6" w:rsidRPr="00325FB6" w:rsidRDefault="00325FB6" w:rsidP="00325FB6">
            <w:pPr>
              <w:rPr>
                <w:rFonts w:ascii="Arial" w:hAnsi="Arial" w:cs="Arial"/>
                <w:lang w:val="en-GB"/>
              </w:rPr>
            </w:pPr>
            <w:r w:rsidRPr="00325FB6">
              <w:rPr>
                <w:rFonts w:ascii="Arial" w:hAnsi="Arial" w:cs="Arial"/>
                <w:lang w:val="en-GB"/>
              </w:rPr>
              <w:t>                        &lt;!--&lt;a class="nav-link disabled" aria-disabled="true"&gt;Disabled&lt;/a&gt;--&gt;</w:t>
            </w:r>
          </w:p>
          <w:p w14:paraId="24361911" w14:textId="77777777" w:rsidR="00325FB6" w:rsidRPr="00325FB6" w:rsidRDefault="00325FB6" w:rsidP="00325FB6">
            <w:pPr>
              <w:rPr>
                <w:rFonts w:ascii="Arial" w:hAnsi="Arial" w:cs="Arial"/>
                <w:lang w:val="en-GB"/>
              </w:rPr>
            </w:pPr>
          </w:p>
          <w:p w14:paraId="4A6C5E5B" w14:textId="77777777" w:rsidR="00325FB6" w:rsidRPr="00325FB6" w:rsidRDefault="00325FB6" w:rsidP="00325FB6">
            <w:pPr>
              <w:rPr>
                <w:rFonts w:ascii="Arial" w:hAnsi="Arial" w:cs="Arial"/>
                <w:lang w:val="en-GB"/>
              </w:rPr>
            </w:pPr>
            <w:r w:rsidRPr="00325FB6">
              <w:rPr>
                <w:rFonts w:ascii="Arial" w:hAnsi="Arial" w:cs="Arial"/>
                <w:lang w:val="en-GB"/>
              </w:rPr>
              <w:t>                        &lt;a</w:t>
            </w:r>
          </w:p>
          <w:p w14:paraId="3A6C9B98" w14:textId="77777777" w:rsidR="00325FB6" w:rsidRPr="00325FB6" w:rsidRDefault="00325FB6" w:rsidP="00325FB6">
            <w:pPr>
              <w:rPr>
                <w:rFonts w:ascii="Arial" w:hAnsi="Arial" w:cs="Arial"/>
                <w:lang w:val="en-GB"/>
              </w:rPr>
            </w:pPr>
            <w:r w:rsidRPr="00325FB6">
              <w:rPr>
                <w:rFonts w:ascii="Arial" w:hAnsi="Arial" w:cs="Arial"/>
                <w:lang w:val="en-GB"/>
              </w:rPr>
              <w:t>                            class="nav-link"</w:t>
            </w:r>
          </w:p>
          <w:p w14:paraId="7399DFCC" w14:textId="77777777" w:rsidR="00325FB6" w:rsidRPr="00325FB6" w:rsidRDefault="00325FB6" w:rsidP="00325FB6">
            <w:pPr>
              <w:rPr>
                <w:rFonts w:ascii="Arial" w:hAnsi="Arial" w:cs="Arial"/>
                <w:lang w:val="en-GB"/>
              </w:rPr>
            </w:pPr>
            <w:r w:rsidRPr="00325FB6">
              <w:rPr>
                <w:rFonts w:ascii="Arial" w:hAnsi="Arial" w:cs="Arial"/>
                <w:lang w:val="en-GB"/>
              </w:rPr>
              <w:t>                            href="./aboutus.html"</w:t>
            </w:r>
          </w:p>
          <w:p w14:paraId="712B7D2F" w14:textId="77777777" w:rsidR="00325FB6" w:rsidRPr="00325FB6" w:rsidRDefault="00325FB6" w:rsidP="00325FB6">
            <w:pPr>
              <w:rPr>
                <w:rFonts w:ascii="Arial" w:hAnsi="Arial" w:cs="Arial"/>
                <w:lang w:val="en-GB"/>
              </w:rPr>
            </w:pPr>
            <w:r w:rsidRPr="00325FB6">
              <w:rPr>
                <w:rFonts w:ascii="Arial" w:hAnsi="Arial" w:cs="Arial"/>
                <w:lang w:val="en-GB"/>
              </w:rPr>
              <w:t>                        &gt;</w:t>
            </w:r>
          </w:p>
          <w:p w14:paraId="2C6E5974" w14:textId="77777777" w:rsidR="00325FB6" w:rsidRPr="00325FB6" w:rsidRDefault="00325FB6" w:rsidP="00325FB6">
            <w:pPr>
              <w:rPr>
                <w:rFonts w:ascii="Arial" w:hAnsi="Arial" w:cs="Arial"/>
                <w:lang w:val="en-GB"/>
              </w:rPr>
            </w:pPr>
            <w:r w:rsidRPr="00325FB6">
              <w:rPr>
                <w:rFonts w:ascii="Arial" w:hAnsi="Arial" w:cs="Arial"/>
                <w:lang w:val="en-GB"/>
              </w:rPr>
              <w:t>                            About Us</w:t>
            </w:r>
          </w:p>
          <w:p w14:paraId="206A87D7" w14:textId="77777777" w:rsidR="00325FB6" w:rsidRPr="00325FB6" w:rsidRDefault="00325FB6" w:rsidP="00325FB6">
            <w:pPr>
              <w:rPr>
                <w:rFonts w:ascii="Arial" w:hAnsi="Arial" w:cs="Arial"/>
                <w:lang w:val="en-GB"/>
              </w:rPr>
            </w:pPr>
            <w:r w:rsidRPr="00325FB6">
              <w:rPr>
                <w:rFonts w:ascii="Arial" w:hAnsi="Arial" w:cs="Arial"/>
                <w:lang w:val="en-GB"/>
              </w:rPr>
              <w:t>                        &lt;/a&gt;</w:t>
            </w:r>
          </w:p>
          <w:p w14:paraId="31EA0EA2" w14:textId="77777777" w:rsidR="00325FB6" w:rsidRPr="00325FB6" w:rsidRDefault="00325FB6" w:rsidP="00325FB6">
            <w:pPr>
              <w:rPr>
                <w:rFonts w:ascii="Arial" w:hAnsi="Arial" w:cs="Arial"/>
                <w:lang w:val="en-GB"/>
              </w:rPr>
            </w:pPr>
            <w:r w:rsidRPr="00325FB6">
              <w:rPr>
                <w:rFonts w:ascii="Arial" w:hAnsi="Arial" w:cs="Arial"/>
                <w:lang w:val="en-GB"/>
              </w:rPr>
              <w:t>                    &lt;/li&gt;</w:t>
            </w:r>
          </w:p>
          <w:p w14:paraId="7B403A49" w14:textId="77777777" w:rsidR="00325FB6" w:rsidRPr="00325FB6" w:rsidRDefault="00325FB6" w:rsidP="00325FB6">
            <w:pPr>
              <w:rPr>
                <w:rFonts w:ascii="Arial" w:hAnsi="Arial" w:cs="Arial"/>
                <w:lang w:val="en-GB"/>
              </w:rPr>
            </w:pPr>
          </w:p>
          <w:p w14:paraId="6A08EFC3" w14:textId="77777777" w:rsidR="00325FB6" w:rsidRPr="00325FB6" w:rsidRDefault="00325FB6" w:rsidP="00325FB6">
            <w:pPr>
              <w:rPr>
                <w:rFonts w:ascii="Arial" w:hAnsi="Arial" w:cs="Arial"/>
                <w:lang w:val="en-GB"/>
              </w:rPr>
            </w:pPr>
            <w:r w:rsidRPr="00325FB6">
              <w:rPr>
                <w:rFonts w:ascii="Arial" w:hAnsi="Arial" w:cs="Arial"/>
                <w:lang w:val="en-GB"/>
              </w:rPr>
              <w:t>                &lt;/ul&gt;</w:t>
            </w:r>
          </w:p>
          <w:p w14:paraId="73E305BF" w14:textId="77777777" w:rsidR="00325FB6" w:rsidRPr="00325FB6" w:rsidRDefault="00325FB6" w:rsidP="00325FB6">
            <w:pPr>
              <w:rPr>
                <w:rFonts w:ascii="Arial" w:hAnsi="Arial" w:cs="Arial"/>
                <w:lang w:val="en-GB"/>
              </w:rPr>
            </w:pPr>
            <w:r w:rsidRPr="00325FB6">
              <w:rPr>
                <w:rFonts w:ascii="Arial" w:hAnsi="Arial" w:cs="Arial"/>
                <w:lang w:val="en-GB"/>
              </w:rPr>
              <w:t>            &lt;/td&gt;</w:t>
            </w:r>
          </w:p>
          <w:p w14:paraId="67605E87" w14:textId="77777777" w:rsidR="00325FB6" w:rsidRPr="00325FB6" w:rsidRDefault="00325FB6" w:rsidP="00325FB6">
            <w:pPr>
              <w:rPr>
                <w:rFonts w:ascii="Arial" w:hAnsi="Arial" w:cs="Arial"/>
                <w:lang w:val="en-GB"/>
              </w:rPr>
            </w:pPr>
            <w:r w:rsidRPr="00325FB6">
              <w:rPr>
                <w:rFonts w:ascii="Arial" w:hAnsi="Arial" w:cs="Arial"/>
                <w:lang w:val="en-GB"/>
              </w:rPr>
              <w:t>        &lt;/tr&gt;</w:t>
            </w:r>
          </w:p>
          <w:p w14:paraId="771761D7" w14:textId="77777777" w:rsidR="00325FB6" w:rsidRPr="00325FB6" w:rsidRDefault="00325FB6" w:rsidP="00325FB6">
            <w:pPr>
              <w:rPr>
                <w:rFonts w:ascii="Arial" w:hAnsi="Arial" w:cs="Arial"/>
                <w:lang w:val="en-GB"/>
              </w:rPr>
            </w:pPr>
          </w:p>
          <w:p w14:paraId="57117E86" w14:textId="77777777" w:rsidR="00325FB6" w:rsidRPr="00325FB6" w:rsidRDefault="00325FB6" w:rsidP="00325FB6">
            <w:pPr>
              <w:rPr>
                <w:rFonts w:ascii="Arial" w:hAnsi="Arial" w:cs="Arial"/>
                <w:lang w:val="en-GB"/>
              </w:rPr>
            </w:pPr>
            <w:r w:rsidRPr="00325FB6">
              <w:rPr>
                <w:rFonts w:ascii="Arial" w:hAnsi="Arial" w:cs="Arial"/>
                <w:lang w:val="en-GB"/>
              </w:rPr>
              <w:t>        &lt;tr&gt;</w:t>
            </w:r>
          </w:p>
          <w:p w14:paraId="552FB99D"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td</w:t>
            </w:r>
            <w:proofErr w:type="spellEnd"/>
            <w:r w:rsidRPr="00325FB6">
              <w:rPr>
                <w:rFonts w:ascii="Arial" w:hAnsi="Arial" w:cs="Arial"/>
                <w:lang w:val="en-GB"/>
              </w:rPr>
              <w:t xml:space="preserve"> </w:t>
            </w:r>
            <w:proofErr w:type="gramStart"/>
            <w:r w:rsidRPr="00325FB6">
              <w:rPr>
                <w:rFonts w:ascii="Arial" w:hAnsi="Arial" w:cs="Arial"/>
                <w:lang w:val="en-GB"/>
              </w:rPr>
              <w:t>align</w:t>
            </w:r>
            <w:proofErr w:type="gramEnd"/>
            <w:r w:rsidRPr="00325FB6">
              <w:rPr>
                <w:rFonts w:ascii="Arial" w:hAnsi="Arial" w:cs="Arial"/>
                <w:lang w:val="en-GB"/>
              </w:rPr>
              <w:t>="center"&gt;</w:t>
            </w:r>
          </w:p>
          <w:p w14:paraId="22F09B32" w14:textId="77777777" w:rsidR="00325FB6" w:rsidRPr="00325FB6" w:rsidRDefault="00325FB6" w:rsidP="00325FB6">
            <w:pPr>
              <w:rPr>
                <w:rFonts w:ascii="Arial" w:hAnsi="Arial" w:cs="Arial"/>
                <w:lang w:val="en-GB"/>
              </w:rPr>
            </w:pPr>
          </w:p>
          <w:p w14:paraId="037E9ADE" w14:textId="77777777" w:rsidR="00325FB6" w:rsidRPr="00325FB6" w:rsidRDefault="00325FB6" w:rsidP="00325FB6">
            <w:pPr>
              <w:rPr>
                <w:rFonts w:ascii="Arial" w:hAnsi="Arial" w:cs="Arial"/>
                <w:lang w:val="en-GB"/>
              </w:rPr>
            </w:pPr>
            <w:r w:rsidRPr="00325FB6">
              <w:rPr>
                <w:rFonts w:ascii="Arial" w:hAnsi="Arial" w:cs="Arial"/>
                <w:lang w:val="en-GB"/>
              </w:rPr>
              <w:t>                &lt;a href="./index.html"&gt;</w:t>
            </w:r>
          </w:p>
          <w:p w14:paraId="2B07F7FD" w14:textId="77777777" w:rsidR="00325FB6" w:rsidRPr="00325FB6" w:rsidRDefault="00325FB6" w:rsidP="00325FB6">
            <w:pPr>
              <w:rPr>
                <w:rFonts w:ascii="Arial" w:hAnsi="Arial" w:cs="Arial"/>
                <w:lang w:val="en-GB"/>
              </w:rPr>
            </w:pPr>
            <w:r w:rsidRPr="00325FB6">
              <w:rPr>
                <w:rFonts w:ascii="Arial" w:hAnsi="Arial" w:cs="Arial"/>
                <w:lang w:val="en-GB"/>
              </w:rPr>
              <w:t>                    &lt;img</w:t>
            </w:r>
          </w:p>
          <w:p w14:paraId="6BC1675F" w14:textId="77777777" w:rsidR="00325FB6" w:rsidRPr="00325FB6" w:rsidRDefault="00325FB6" w:rsidP="00325FB6">
            <w:pPr>
              <w:rPr>
                <w:rFonts w:ascii="Arial" w:hAnsi="Arial" w:cs="Arial"/>
                <w:lang w:val="en-GB"/>
              </w:rPr>
            </w:pPr>
            <w:r w:rsidRPr="00325FB6">
              <w:rPr>
                <w:rFonts w:ascii="Arial" w:hAnsi="Arial" w:cs="Arial"/>
                <w:lang w:val="en-GB"/>
              </w:rPr>
              <w:t xml:space="preserve">                        </w:t>
            </w:r>
            <w:proofErr w:type="spellStart"/>
            <w:r w:rsidRPr="00325FB6">
              <w:rPr>
                <w:rFonts w:ascii="Arial" w:hAnsi="Arial" w:cs="Arial"/>
                <w:lang w:val="en-GB"/>
              </w:rPr>
              <w:t>src</w:t>
            </w:r>
            <w:proofErr w:type="spellEnd"/>
            <w:r w:rsidRPr="00325FB6">
              <w:rPr>
                <w:rFonts w:ascii="Arial" w:hAnsi="Arial" w:cs="Arial"/>
                <w:lang w:val="en-GB"/>
              </w:rPr>
              <w:t>="./images/store.jpg"</w:t>
            </w:r>
          </w:p>
          <w:p w14:paraId="75A785C5" w14:textId="77777777" w:rsidR="00325FB6" w:rsidRPr="00325FB6" w:rsidRDefault="00325FB6" w:rsidP="00325FB6">
            <w:pPr>
              <w:rPr>
                <w:rFonts w:ascii="Arial" w:hAnsi="Arial" w:cs="Arial"/>
                <w:lang w:val="en-GB"/>
              </w:rPr>
            </w:pPr>
            <w:r w:rsidRPr="00325FB6">
              <w:rPr>
                <w:rFonts w:ascii="Arial" w:hAnsi="Arial" w:cs="Arial"/>
                <w:lang w:val="en-GB"/>
              </w:rPr>
              <w:t>                        alt="</w:t>
            </w:r>
            <w:proofErr w:type="spellStart"/>
            <w:r w:rsidRPr="00325FB6">
              <w:rPr>
                <w:rFonts w:ascii="Arial" w:hAnsi="Arial" w:cs="Arial"/>
                <w:lang w:val="en-GB"/>
              </w:rPr>
              <w:t>eStore</w:t>
            </w:r>
            <w:proofErr w:type="spellEnd"/>
            <w:r w:rsidRPr="00325FB6">
              <w:rPr>
                <w:rFonts w:ascii="Arial" w:hAnsi="Arial" w:cs="Arial"/>
                <w:lang w:val="en-GB"/>
              </w:rPr>
              <w:t>"</w:t>
            </w:r>
          </w:p>
          <w:p w14:paraId="36C3C3E3" w14:textId="77777777" w:rsidR="00325FB6" w:rsidRPr="00325FB6" w:rsidRDefault="00325FB6" w:rsidP="00325FB6">
            <w:pPr>
              <w:rPr>
                <w:rFonts w:ascii="Arial" w:hAnsi="Arial" w:cs="Arial"/>
                <w:lang w:val="en-GB"/>
              </w:rPr>
            </w:pPr>
            <w:r w:rsidRPr="00325FB6">
              <w:rPr>
                <w:rFonts w:ascii="Arial" w:hAnsi="Arial" w:cs="Arial"/>
                <w:lang w:val="en-GB"/>
              </w:rPr>
              <w:t>                    &gt;</w:t>
            </w:r>
          </w:p>
          <w:p w14:paraId="0F3EB5E8" w14:textId="77777777" w:rsidR="00325FB6" w:rsidRPr="00325FB6" w:rsidRDefault="00325FB6" w:rsidP="00325FB6">
            <w:pPr>
              <w:rPr>
                <w:rFonts w:ascii="Arial" w:hAnsi="Arial" w:cs="Arial"/>
                <w:lang w:val="en-GB"/>
              </w:rPr>
            </w:pPr>
          </w:p>
          <w:p w14:paraId="73D541F8"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5750CC3D" w14:textId="77777777" w:rsidR="00325FB6" w:rsidRPr="00325FB6" w:rsidRDefault="00325FB6" w:rsidP="00325FB6">
            <w:pPr>
              <w:rPr>
                <w:rFonts w:ascii="Arial" w:hAnsi="Arial" w:cs="Arial"/>
                <w:lang w:val="en-GB"/>
              </w:rPr>
            </w:pPr>
            <w:r w:rsidRPr="00325FB6">
              <w:rPr>
                <w:rFonts w:ascii="Arial" w:hAnsi="Arial" w:cs="Arial"/>
                <w:lang w:val="en-GB"/>
              </w:rPr>
              <w:lastRenderedPageBreak/>
              <w:t>                    &lt;</w:t>
            </w:r>
            <w:proofErr w:type="spellStart"/>
            <w:r w:rsidRPr="00325FB6">
              <w:rPr>
                <w:rFonts w:ascii="Arial" w:hAnsi="Arial" w:cs="Arial"/>
                <w:lang w:val="en-GB"/>
              </w:rPr>
              <w:t>br</w:t>
            </w:r>
            <w:proofErr w:type="spellEnd"/>
            <w:r w:rsidRPr="00325FB6">
              <w:rPr>
                <w:rFonts w:ascii="Arial" w:hAnsi="Arial" w:cs="Arial"/>
                <w:lang w:val="en-GB"/>
              </w:rPr>
              <w:t>&gt;</w:t>
            </w:r>
          </w:p>
          <w:p w14:paraId="51B837D2" w14:textId="77777777" w:rsidR="00325FB6" w:rsidRPr="00325FB6" w:rsidRDefault="00325FB6" w:rsidP="00325FB6">
            <w:pPr>
              <w:rPr>
                <w:rFonts w:ascii="Arial" w:hAnsi="Arial" w:cs="Arial"/>
                <w:lang w:val="en-GB"/>
              </w:rPr>
            </w:pPr>
            <w:r w:rsidRPr="00325FB6">
              <w:rPr>
                <w:rFonts w:ascii="Arial" w:hAnsi="Arial" w:cs="Arial"/>
                <w:lang w:val="en-GB"/>
              </w:rPr>
              <w:t>                &lt;/a&gt;</w:t>
            </w:r>
          </w:p>
          <w:p w14:paraId="23425034" w14:textId="77777777" w:rsidR="00325FB6" w:rsidRPr="00325FB6" w:rsidRDefault="00325FB6" w:rsidP="00325FB6">
            <w:pPr>
              <w:rPr>
                <w:rFonts w:ascii="Arial" w:hAnsi="Arial" w:cs="Arial"/>
                <w:lang w:val="en-GB"/>
              </w:rPr>
            </w:pPr>
          </w:p>
          <w:p w14:paraId="420B975C" w14:textId="77777777" w:rsidR="00325FB6" w:rsidRPr="00325FB6" w:rsidRDefault="00325FB6" w:rsidP="00325FB6">
            <w:pPr>
              <w:rPr>
                <w:rFonts w:ascii="Arial" w:hAnsi="Arial" w:cs="Arial"/>
                <w:lang w:val="en-GB"/>
              </w:rPr>
            </w:pPr>
            <w:r w:rsidRPr="00325FB6">
              <w:rPr>
                <w:rFonts w:ascii="Arial" w:hAnsi="Arial" w:cs="Arial"/>
                <w:lang w:val="en-GB"/>
              </w:rPr>
              <w:t>            &lt;/td&gt;</w:t>
            </w:r>
          </w:p>
          <w:p w14:paraId="51BA6E4D" w14:textId="77777777" w:rsidR="00325FB6" w:rsidRPr="00325FB6" w:rsidRDefault="00325FB6" w:rsidP="00325FB6">
            <w:pPr>
              <w:rPr>
                <w:rFonts w:ascii="Arial" w:hAnsi="Arial" w:cs="Arial"/>
                <w:lang w:val="en-GB"/>
              </w:rPr>
            </w:pPr>
          </w:p>
          <w:p w14:paraId="78265D8E" w14:textId="77777777" w:rsidR="00325FB6" w:rsidRPr="00325FB6" w:rsidRDefault="00325FB6" w:rsidP="00325FB6">
            <w:pPr>
              <w:rPr>
                <w:rFonts w:ascii="Arial" w:hAnsi="Arial" w:cs="Arial"/>
                <w:lang w:val="en-GB"/>
              </w:rPr>
            </w:pPr>
            <w:r w:rsidRPr="00325FB6">
              <w:rPr>
                <w:rFonts w:ascii="Arial" w:hAnsi="Arial" w:cs="Arial"/>
                <w:lang w:val="en-GB"/>
              </w:rPr>
              <w:t>            &lt;td&gt;&lt;/td&gt;</w:t>
            </w:r>
          </w:p>
          <w:p w14:paraId="72E00BC4" w14:textId="77777777" w:rsidR="00325FB6" w:rsidRPr="00325FB6" w:rsidRDefault="00325FB6" w:rsidP="00325FB6">
            <w:pPr>
              <w:rPr>
                <w:rFonts w:ascii="Arial" w:hAnsi="Arial" w:cs="Arial"/>
                <w:lang w:val="en-GB"/>
              </w:rPr>
            </w:pPr>
            <w:r w:rsidRPr="00325FB6">
              <w:rPr>
                <w:rFonts w:ascii="Arial" w:hAnsi="Arial" w:cs="Arial"/>
                <w:lang w:val="en-GB"/>
              </w:rPr>
              <w:t>        &lt;/tr&gt;</w:t>
            </w:r>
          </w:p>
          <w:p w14:paraId="18304FB9" w14:textId="77777777" w:rsidR="00325FB6" w:rsidRPr="00325FB6" w:rsidRDefault="00325FB6" w:rsidP="00325FB6">
            <w:pPr>
              <w:rPr>
                <w:rFonts w:ascii="Arial" w:hAnsi="Arial" w:cs="Arial"/>
                <w:lang w:val="en-GB"/>
              </w:rPr>
            </w:pPr>
            <w:r w:rsidRPr="00325FB6">
              <w:rPr>
                <w:rFonts w:ascii="Arial" w:hAnsi="Arial" w:cs="Arial"/>
                <w:lang w:val="en-GB"/>
              </w:rPr>
              <w:t>    &lt;/table&gt;</w:t>
            </w:r>
          </w:p>
          <w:p w14:paraId="106F26E1" w14:textId="77777777" w:rsidR="00325FB6" w:rsidRPr="00325FB6" w:rsidRDefault="00325FB6" w:rsidP="00325FB6">
            <w:pPr>
              <w:rPr>
                <w:rFonts w:ascii="Arial" w:hAnsi="Arial" w:cs="Arial"/>
                <w:lang w:val="en-GB"/>
              </w:rPr>
            </w:pPr>
          </w:p>
          <w:p w14:paraId="133341D5" w14:textId="77777777" w:rsidR="00325FB6" w:rsidRPr="00325FB6" w:rsidRDefault="00325FB6" w:rsidP="00325FB6">
            <w:pPr>
              <w:rPr>
                <w:rFonts w:ascii="Arial" w:hAnsi="Arial" w:cs="Arial"/>
                <w:lang w:val="en-GB"/>
              </w:rPr>
            </w:pPr>
            <w:r w:rsidRPr="00325FB6">
              <w:rPr>
                <w:rFonts w:ascii="Arial" w:hAnsi="Arial" w:cs="Arial"/>
                <w:lang w:val="en-GB"/>
              </w:rPr>
              <w:t>    &lt;div class="form-container"&gt;</w:t>
            </w:r>
          </w:p>
          <w:p w14:paraId="307155C8" w14:textId="77777777" w:rsidR="00325FB6" w:rsidRPr="00325FB6" w:rsidRDefault="00325FB6" w:rsidP="00325FB6">
            <w:pPr>
              <w:rPr>
                <w:rFonts w:ascii="Arial" w:hAnsi="Arial" w:cs="Arial"/>
                <w:lang w:val="en-GB"/>
              </w:rPr>
            </w:pPr>
          </w:p>
          <w:p w14:paraId="06F4A57D" w14:textId="77777777" w:rsidR="00325FB6" w:rsidRPr="00325FB6" w:rsidRDefault="00325FB6" w:rsidP="00325FB6">
            <w:pPr>
              <w:rPr>
                <w:rFonts w:ascii="Arial" w:hAnsi="Arial" w:cs="Arial"/>
                <w:lang w:val="en-GB"/>
              </w:rPr>
            </w:pPr>
            <w:r w:rsidRPr="00325FB6">
              <w:rPr>
                <w:rFonts w:ascii="Arial" w:hAnsi="Arial" w:cs="Arial"/>
                <w:lang w:val="en-GB"/>
              </w:rPr>
              <w:t>        &lt;div&gt;</w:t>
            </w:r>
          </w:p>
          <w:p w14:paraId="727D58FD"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4DCBE509" w14:textId="77777777" w:rsidR="00325FB6" w:rsidRPr="00325FB6" w:rsidRDefault="00325FB6" w:rsidP="00325FB6">
            <w:pPr>
              <w:rPr>
                <w:rFonts w:ascii="Arial" w:hAnsi="Arial" w:cs="Arial"/>
                <w:lang w:val="en-GB"/>
              </w:rPr>
            </w:pPr>
          </w:p>
          <w:p w14:paraId="221E5F51" w14:textId="77777777" w:rsidR="00325FB6" w:rsidRPr="00325FB6" w:rsidRDefault="00325FB6" w:rsidP="00325FB6">
            <w:pPr>
              <w:rPr>
                <w:rFonts w:ascii="Arial" w:hAnsi="Arial" w:cs="Arial"/>
                <w:lang w:val="en-GB"/>
              </w:rPr>
            </w:pPr>
            <w:r w:rsidRPr="00325FB6">
              <w:rPr>
                <w:rFonts w:ascii="Arial" w:hAnsi="Arial" w:cs="Arial"/>
                <w:lang w:val="en-GB"/>
              </w:rPr>
              <w:t>            Login</w:t>
            </w:r>
          </w:p>
          <w:p w14:paraId="023B6020" w14:textId="77777777" w:rsidR="00325FB6" w:rsidRPr="00325FB6" w:rsidRDefault="00325FB6" w:rsidP="00325FB6">
            <w:pPr>
              <w:rPr>
                <w:rFonts w:ascii="Arial" w:hAnsi="Arial" w:cs="Arial"/>
                <w:lang w:val="en-GB"/>
              </w:rPr>
            </w:pPr>
          </w:p>
          <w:p w14:paraId="3AE359DB"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3EFB032C"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3EB58CF2" w14:textId="77777777" w:rsidR="00325FB6" w:rsidRPr="00325FB6" w:rsidRDefault="00325FB6" w:rsidP="00325FB6">
            <w:pPr>
              <w:rPr>
                <w:rFonts w:ascii="Arial" w:hAnsi="Arial" w:cs="Arial"/>
                <w:lang w:val="en-GB"/>
              </w:rPr>
            </w:pPr>
          </w:p>
          <w:p w14:paraId="55ECF136" w14:textId="77777777" w:rsidR="00325FB6" w:rsidRPr="00325FB6" w:rsidRDefault="00325FB6" w:rsidP="00325FB6">
            <w:pPr>
              <w:rPr>
                <w:rFonts w:ascii="Arial" w:hAnsi="Arial" w:cs="Arial"/>
                <w:lang w:val="en-GB"/>
              </w:rPr>
            </w:pPr>
            <w:r w:rsidRPr="00325FB6">
              <w:rPr>
                <w:rFonts w:ascii="Arial" w:hAnsi="Arial" w:cs="Arial"/>
                <w:lang w:val="en-GB"/>
              </w:rPr>
              <w:t>            &lt;input</w:t>
            </w:r>
          </w:p>
          <w:p w14:paraId="7DEE8186" w14:textId="77777777" w:rsidR="00325FB6" w:rsidRPr="00325FB6" w:rsidRDefault="00325FB6" w:rsidP="00325FB6">
            <w:pPr>
              <w:rPr>
                <w:rFonts w:ascii="Arial" w:hAnsi="Arial" w:cs="Arial"/>
                <w:lang w:val="en-GB"/>
              </w:rPr>
            </w:pPr>
            <w:r w:rsidRPr="00325FB6">
              <w:rPr>
                <w:rFonts w:ascii="Arial" w:hAnsi="Arial" w:cs="Arial"/>
                <w:lang w:val="en-GB"/>
              </w:rPr>
              <w:t>                type="text"</w:t>
            </w:r>
          </w:p>
          <w:p w14:paraId="41EBFAE0" w14:textId="77777777" w:rsidR="00325FB6" w:rsidRPr="00325FB6" w:rsidRDefault="00325FB6" w:rsidP="00325FB6">
            <w:pPr>
              <w:rPr>
                <w:rFonts w:ascii="Arial" w:hAnsi="Arial" w:cs="Arial"/>
                <w:lang w:val="en-GB"/>
              </w:rPr>
            </w:pPr>
            <w:r w:rsidRPr="00325FB6">
              <w:rPr>
                <w:rFonts w:ascii="Arial" w:hAnsi="Arial" w:cs="Arial"/>
                <w:lang w:val="en-GB"/>
              </w:rPr>
              <w:t>                placeholder="enter email"</w:t>
            </w:r>
          </w:p>
          <w:p w14:paraId="15042D55" w14:textId="77777777" w:rsidR="00325FB6" w:rsidRPr="00325FB6" w:rsidRDefault="00325FB6" w:rsidP="00325FB6">
            <w:pPr>
              <w:rPr>
                <w:rFonts w:ascii="Arial" w:hAnsi="Arial" w:cs="Arial"/>
                <w:lang w:val="en-GB"/>
              </w:rPr>
            </w:pPr>
            <w:r w:rsidRPr="00325FB6">
              <w:rPr>
                <w:rFonts w:ascii="Arial" w:hAnsi="Arial" w:cs="Arial"/>
                <w:lang w:val="en-GB"/>
              </w:rPr>
              <w:t>            &gt;</w:t>
            </w:r>
          </w:p>
          <w:p w14:paraId="5C4BD411" w14:textId="77777777" w:rsidR="00325FB6" w:rsidRPr="00325FB6" w:rsidRDefault="00325FB6" w:rsidP="00325FB6">
            <w:pPr>
              <w:rPr>
                <w:rFonts w:ascii="Arial" w:hAnsi="Arial" w:cs="Arial"/>
                <w:lang w:val="en-GB"/>
              </w:rPr>
            </w:pPr>
          </w:p>
          <w:p w14:paraId="6413873C"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5C37FAB0"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6A990F5F" w14:textId="77777777" w:rsidR="00325FB6" w:rsidRPr="00325FB6" w:rsidRDefault="00325FB6" w:rsidP="00325FB6">
            <w:pPr>
              <w:rPr>
                <w:rFonts w:ascii="Arial" w:hAnsi="Arial" w:cs="Arial"/>
                <w:lang w:val="en-GB"/>
              </w:rPr>
            </w:pPr>
          </w:p>
          <w:p w14:paraId="0CEF9CC3" w14:textId="77777777" w:rsidR="00325FB6" w:rsidRPr="00325FB6" w:rsidRDefault="00325FB6" w:rsidP="00325FB6">
            <w:pPr>
              <w:rPr>
                <w:rFonts w:ascii="Arial" w:hAnsi="Arial" w:cs="Arial"/>
                <w:lang w:val="en-GB"/>
              </w:rPr>
            </w:pPr>
            <w:r w:rsidRPr="00325FB6">
              <w:rPr>
                <w:rFonts w:ascii="Arial" w:hAnsi="Arial" w:cs="Arial"/>
                <w:lang w:val="en-GB"/>
              </w:rPr>
              <w:t>            &lt;input</w:t>
            </w:r>
          </w:p>
          <w:p w14:paraId="5F5D91DF" w14:textId="77777777" w:rsidR="00325FB6" w:rsidRPr="00325FB6" w:rsidRDefault="00325FB6" w:rsidP="00325FB6">
            <w:pPr>
              <w:rPr>
                <w:rFonts w:ascii="Arial" w:hAnsi="Arial" w:cs="Arial"/>
                <w:lang w:val="en-GB"/>
              </w:rPr>
            </w:pPr>
            <w:r w:rsidRPr="00325FB6">
              <w:rPr>
                <w:rFonts w:ascii="Arial" w:hAnsi="Arial" w:cs="Arial"/>
                <w:lang w:val="en-GB"/>
              </w:rPr>
              <w:t>                type="password"</w:t>
            </w:r>
          </w:p>
          <w:p w14:paraId="23B1F839" w14:textId="77777777" w:rsidR="00325FB6" w:rsidRPr="00325FB6" w:rsidRDefault="00325FB6" w:rsidP="00325FB6">
            <w:pPr>
              <w:rPr>
                <w:rFonts w:ascii="Arial" w:hAnsi="Arial" w:cs="Arial"/>
                <w:lang w:val="en-GB"/>
              </w:rPr>
            </w:pPr>
            <w:r w:rsidRPr="00325FB6">
              <w:rPr>
                <w:rFonts w:ascii="Arial" w:hAnsi="Arial" w:cs="Arial"/>
                <w:lang w:val="en-GB"/>
              </w:rPr>
              <w:t>                placeholder="password"</w:t>
            </w:r>
          </w:p>
          <w:p w14:paraId="7D8C5EDF" w14:textId="77777777" w:rsidR="00325FB6" w:rsidRPr="00325FB6" w:rsidRDefault="00325FB6" w:rsidP="00325FB6">
            <w:pPr>
              <w:rPr>
                <w:rFonts w:ascii="Arial" w:hAnsi="Arial" w:cs="Arial"/>
                <w:lang w:val="en-GB"/>
              </w:rPr>
            </w:pPr>
            <w:r w:rsidRPr="00325FB6">
              <w:rPr>
                <w:rFonts w:ascii="Arial" w:hAnsi="Arial" w:cs="Arial"/>
                <w:lang w:val="en-GB"/>
              </w:rPr>
              <w:t>            &gt;</w:t>
            </w:r>
          </w:p>
          <w:p w14:paraId="0D208BBF" w14:textId="77777777" w:rsidR="00325FB6" w:rsidRPr="00325FB6" w:rsidRDefault="00325FB6" w:rsidP="00325FB6">
            <w:pPr>
              <w:rPr>
                <w:rFonts w:ascii="Arial" w:hAnsi="Arial" w:cs="Arial"/>
                <w:lang w:val="en-GB"/>
              </w:rPr>
            </w:pPr>
          </w:p>
          <w:p w14:paraId="349DE63E"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2896B9C8"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3961FEA8" w14:textId="77777777" w:rsidR="00325FB6" w:rsidRPr="00325FB6" w:rsidRDefault="00325FB6" w:rsidP="00325FB6">
            <w:pPr>
              <w:rPr>
                <w:rFonts w:ascii="Arial" w:hAnsi="Arial" w:cs="Arial"/>
                <w:lang w:val="en-GB"/>
              </w:rPr>
            </w:pPr>
          </w:p>
          <w:p w14:paraId="7F733411" w14:textId="77777777" w:rsidR="00325FB6" w:rsidRPr="00325FB6" w:rsidRDefault="00325FB6" w:rsidP="00325FB6">
            <w:pPr>
              <w:rPr>
                <w:rFonts w:ascii="Arial" w:hAnsi="Arial" w:cs="Arial"/>
                <w:lang w:val="en-GB"/>
              </w:rPr>
            </w:pPr>
            <w:r w:rsidRPr="00325FB6">
              <w:rPr>
                <w:rFonts w:ascii="Arial" w:hAnsi="Arial" w:cs="Arial"/>
                <w:lang w:val="en-GB"/>
              </w:rPr>
              <w:t>            &lt;button</w:t>
            </w:r>
          </w:p>
          <w:p w14:paraId="01A1637F" w14:textId="77777777" w:rsidR="00325FB6" w:rsidRPr="00325FB6" w:rsidRDefault="00325FB6" w:rsidP="00325FB6">
            <w:pPr>
              <w:rPr>
                <w:rFonts w:ascii="Arial" w:hAnsi="Arial" w:cs="Arial"/>
                <w:lang w:val="en-GB"/>
              </w:rPr>
            </w:pPr>
            <w:r w:rsidRPr="00325FB6">
              <w:rPr>
                <w:rFonts w:ascii="Arial" w:hAnsi="Arial" w:cs="Arial"/>
                <w:lang w:val="en-GB"/>
              </w:rPr>
              <w:t>                class="</w:t>
            </w:r>
            <w:proofErr w:type="spellStart"/>
            <w:r w:rsidRPr="00325FB6">
              <w:rPr>
                <w:rFonts w:ascii="Arial" w:hAnsi="Arial" w:cs="Arial"/>
                <w:lang w:val="en-GB"/>
              </w:rPr>
              <w:t>btn</w:t>
            </w:r>
            <w:proofErr w:type="spellEnd"/>
            <w:r w:rsidRPr="00325FB6">
              <w:rPr>
                <w:rFonts w:ascii="Arial" w:hAnsi="Arial" w:cs="Arial"/>
                <w:lang w:val="en-GB"/>
              </w:rPr>
              <w:t xml:space="preserve"> </w:t>
            </w:r>
            <w:proofErr w:type="spellStart"/>
            <w:r w:rsidRPr="00325FB6">
              <w:rPr>
                <w:rFonts w:ascii="Arial" w:hAnsi="Arial" w:cs="Arial"/>
                <w:lang w:val="en-GB"/>
              </w:rPr>
              <w:t>btn</w:t>
            </w:r>
            <w:proofErr w:type="spellEnd"/>
            <w:r w:rsidRPr="00325FB6">
              <w:rPr>
                <w:rFonts w:ascii="Arial" w:hAnsi="Arial" w:cs="Arial"/>
                <w:lang w:val="en-GB"/>
              </w:rPr>
              <w:t>-primary"</w:t>
            </w:r>
          </w:p>
          <w:p w14:paraId="2772A13B" w14:textId="77777777" w:rsidR="00325FB6" w:rsidRPr="00325FB6" w:rsidRDefault="00325FB6" w:rsidP="00325FB6">
            <w:pPr>
              <w:rPr>
                <w:rFonts w:ascii="Arial" w:hAnsi="Arial" w:cs="Arial"/>
                <w:lang w:val="en-GB"/>
              </w:rPr>
            </w:pPr>
            <w:r w:rsidRPr="00325FB6">
              <w:rPr>
                <w:rFonts w:ascii="Arial" w:hAnsi="Arial" w:cs="Arial"/>
                <w:lang w:val="en-GB"/>
              </w:rPr>
              <w:t>                type="button"</w:t>
            </w:r>
          </w:p>
          <w:p w14:paraId="73A020B5" w14:textId="77777777" w:rsidR="00325FB6" w:rsidRPr="00325FB6" w:rsidRDefault="00325FB6" w:rsidP="00325FB6">
            <w:pPr>
              <w:rPr>
                <w:rFonts w:ascii="Arial" w:hAnsi="Arial" w:cs="Arial"/>
                <w:lang w:val="en-GB"/>
              </w:rPr>
            </w:pPr>
            <w:r w:rsidRPr="00325FB6">
              <w:rPr>
                <w:rFonts w:ascii="Arial" w:hAnsi="Arial" w:cs="Arial"/>
                <w:lang w:val="en-GB"/>
              </w:rPr>
              <w:t>            &gt;</w:t>
            </w:r>
          </w:p>
          <w:p w14:paraId="6113C802" w14:textId="77777777" w:rsidR="00325FB6" w:rsidRPr="00325FB6" w:rsidRDefault="00325FB6" w:rsidP="00325FB6">
            <w:pPr>
              <w:rPr>
                <w:rFonts w:ascii="Arial" w:hAnsi="Arial" w:cs="Arial"/>
                <w:lang w:val="en-GB"/>
              </w:rPr>
            </w:pPr>
            <w:r w:rsidRPr="00325FB6">
              <w:rPr>
                <w:rFonts w:ascii="Arial" w:hAnsi="Arial" w:cs="Arial"/>
                <w:lang w:val="en-GB"/>
              </w:rPr>
              <w:t>                Login</w:t>
            </w:r>
          </w:p>
          <w:p w14:paraId="4EECEDE3" w14:textId="77777777" w:rsidR="00325FB6" w:rsidRPr="00325FB6" w:rsidRDefault="00325FB6" w:rsidP="00325FB6">
            <w:pPr>
              <w:rPr>
                <w:rFonts w:ascii="Arial" w:hAnsi="Arial" w:cs="Arial"/>
                <w:lang w:val="en-GB"/>
              </w:rPr>
            </w:pPr>
            <w:r w:rsidRPr="00325FB6">
              <w:rPr>
                <w:rFonts w:ascii="Arial" w:hAnsi="Arial" w:cs="Arial"/>
                <w:lang w:val="en-GB"/>
              </w:rPr>
              <w:t>            &lt;/button&gt;</w:t>
            </w:r>
          </w:p>
          <w:p w14:paraId="726EEC49" w14:textId="77777777" w:rsidR="00325FB6" w:rsidRPr="00325FB6" w:rsidRDefault="00325FB6" w:rsidP="00325FB6">
            <w:pPr>
              <w:rPr>
                <w:rFonts w:ascii="Arial" w:hAnsi="Arial" w:cs="Arial"/>
                <w:lang w:val="en-GB"/>
              </w:rPr>
            </w:pPr>
          </w:p>
          <w:p w14:paraId="246BB005"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524C8143"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5C07D230" w14:textId="77777777" w:rsidR="00325FB6" w:rsidRPr="00325FB6" w:rsidRDefault="00325FB6" w:rsidP="00325FB6">
            <w:pPr>
              <w:rPr>
                <w:rFonts w:ascii="Arial" w:hAnsi="Arial" w:cs="Arial"/>
                <w:lang w:val="en-GB"/>
              </w:rPr>
            </w:pPr>
            <w:r w:rsidRPr="00325FB6">
              <w:rPr>
                <w:rFonts w:ascii="Arial" w:hAnsi="Arial" w:cs="Arial"/>
                <w:lang w:val="en-GB"/>
              </w:rPr>
              <w:t>        &lt;/div&gt;</w:t>
            </w:r>
          </w:p>
          <w:p w14:paraId="33175607" w14:textId="77777777" w:rsidR="00325FB6" w:rsidRPr="00325FB6" w:rsidRDefault="00325FB6" w:rsidP="00325FB6">
            <w:pPr>
              <w:rPr>
                <w:rFonts w:ascii="Arial" w:hAnsi="Arial" w:cs="Arial"/>
                <w:lang w:val="en-GB"/>
              </w:rPr>
            </w:pPr>
          </w:p>
          <w:p w14:paraId="214C152C" w14:textId="77777777" w:rsidR="00325FB6" w:rsidRPr="00325FB6" w:rsidRDefault="00325FB6" w:rsidP="00325FB6">
            <w:pPr>
              <w:rPr>
                <w:rFonts w:ascii="Arial" w:hAnsi="Arial" w:cs="Arial"/>
                <w:lang w:val="en-GB"/>
              </w:rPr>
            </w:pPr>
            <w:r w:rsidRPr="00325FB6">
              <w:rPr>
                <w:rFonts w:ascii="Arial" w:hAnsi="Arial" w:cs="Arial"/>
                <w:lang w:val="en-GB"/>
              </w:rPr>
              <w:t>    &lt;/div&gt;</w:t>
            </w:r>
          </w:p>
          <w:p w14:paraId="7ED50F86" w14:textId="77777777" w:rsidR="00325FB6" w:rsidRPr="00325FB6" w:rsidRDefault="00325FB6" w:rsidP="00325FB6">
            <w:pPr>
              <w:rPr>
                <w:rFonts w:ascii="Arial" w:hAnsi="Arial" w:cs="Arial"/>
                <w:lang w:val="en-GB"/>
              </w:rPr>
            </w:pPr>
          </w:p>
          <w:p w14:paraId="4EC18004" w14:textId="77777777" w:rsidR="00325FB6" w:rsidRPr="00325FB6" w:rsidRDefault="00325FB6" w:rsidP="00325FB6">
            <w:pPr>
              <w:rPr>
                <w:rFonts w:ascii="Arial" w:hAnsi="Arial" w:cs="Arial"/>
                <w:lang w:val="en-GB"/>
              </w:rPr>
            </w:pPr>
            <w:r w:rsidRPr="00325FB6">
              <w:rPr>
                <w:rFonts w:ascii="Arial" w:hAnsi="Arial" w:cs="Arial"/>
                <w:lang w:val="en-GB"/>
              </w:rPr>
              <w:t>    &lt;div&gt;</w:t>
            </w:r>
          </w:p>
          <w:p w14:paraId="7058E880"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1DDC688B" w14:textId="77777777" w:rsidR="00325FB6" w:rsidRPr="00325FB6" w:rsidRDefault="00325FB6" w:rsidP="00325FB6">
            <w:pPr>
              <w:rPr>
                <w:rFonts w:ascii="Arial" w:hAnsi="Arial" w:cs="Arial"/>
                <w:lang w:val="en-GB"/>
              </w:rPr>
            </w:pPr>
          </w:p>
          <w:p w14:paraId="2BA361A8" w14:textId="77777777" w:rsidR="00325FB6" w:rsidRPr="00325FB6" w:rsidRDefault="00325FB6" w:rsidP="00325FB6">
            <w:pPr>
              <w:rPr>
                <w:rFonts w:ascii="Arial" w:hAnsi="Arial" w:cs="Arial"/>
                <w:lang w:val="en-GB"/>
              </w:rPr>
            </w:pPr>
            <w:r w:rsidRPr="00325FB6">
              <w:rPr>
                <w:rFonts w:ascii="Arial" w:hAnsi="Arial" w:cs="Arial"/>
                <w:lang w:val="en-GB"/>
              </w:rPr>
              <w:lastRenderedPageBreak/>
              <w:t>        &lt;p&gt;</w:t>
            </w:r>
          </w:p>
          <w:p w14:paraId="35E6369C" w14:textId="77777777" w:rsidR="00325FB6" w:rsidRPr="00325FB6" w:rsidRDefault="00325FB6" w:rsidP="00325FB6">
            <w:pPr>
              <w:rPr>
                <w:rFonts w:ascii="Arial" w:hAnsi="Arial" w:cs="Arial"/>
                <w:lang w:val="en-GB"/>
              </w:rPr>
            </w:pPr>
            <w:r w:rsidRPr="00325FB6">
              <w:rPr>
                <w:rFonts w:ascii="Arial" w:hAnsi="Arial" w:cs="Arial"/>
                <w:lang w:val="en-GB"/>
              </w:rPr>
              <w:t xml:space="preserve">            </w:t>
            </w:r>
            <w:proofErr w:type="gramStart"/>
            <w:r w:rsidRPr="00325FB6">
              <w:rPr>
                <w:rFonts w:ascii="Arial" w:hAnsi="Arial" w:cs="Arial"/>
                <w:lang w:val="en-GB"/>
              </w:rPr>
              <w:t>Don't</w:t>
            </w:r>
            <w:proofErr w:type="gramEnd"/>
            <w:r w:rsidRPr="00325FB6">
              <w:rPr>
                <w:rFonts w:ascii="Arial" w:hAnsi="Arial" w:cs="Arial"/>
                <w:lang w:val="en-GB"/>
              </w:rPr>
              <w:t xml:space="preserve"> have an account?</w:t>
            </w:r>
          </w:p>
          <w:p w14:paraId="5BC9CA93" w14:textId="77777777" w:rsidR="00325FB6" w:rsidRPr="00325FB6" w:rsidRDefault="00325FB6" w:rsidP="00325FB6">
            <w:pPr>
              <w:rPr>
                <w:rFonts w:ascii="Arial" w:hAnsi="Arial" w:cs="Arial"/>
                <w:lang w:val="en-GB"/>
              </w:rPr>
            </w:pPr>
            <w:r w:rsidRPr="00325FB6">
              <w:rPr>
                <w:rFonts w:ascii="Arial" w:hAnsi="Arial" w:cs="Arial"/>
                <w:lang w:val="en-GB"/>
              </w:rPr>
              <w:t>            &lt;a href="userform.html"&gt;</w:t>
            </w:r>
          </w:p>
          <w:p w14:paraId="676D4350" w14:textId="77777777" w:rsidR="00325FB6" w:rsidRPr="00325FB6" w:rsidRDefault="00325FB6" w:rsidP="00325FB6">
            <w:pPr>
              <w:rPr>
                <w:rFonts w:ascii="Arial" w:hAnsi="Arial" w:cs="Arial"/>
                <w:lang w:val="en-GB"/>
              </w:rPr>
            </w:pPr>
            <w:r w:rsidRPr="00325FB6">
              <w:rPr>
                <w:rFonts w:ascii="Arial" w:hAnsi="Arial" w:cs="Arial"/>
                <w:lang w:val="en-GB"/>
              </w:rPr>
              <w:t>                Register</w:t>
            </w:r>
          </w:p>
          <w:p w14:paraId="65BC5310" w14:textId="77777777" w:rsidR="00325FB6" w:rsidRPr="00325FB6" w:rsidRDefault="00325FB6" w:rsidP="00325FB6">
            <w:pPr>
              <w:rPr>
                <w:rFonts w:ascii="Arial" w:hAnsi="Arial" w:cs="Arial"/>
                <w:lang w:val="en-GB"/>
              </w:rPr>
            </w:pPr>
            <w:r w:rsidRPr="00325FB6">
              <w:rPr>
                <w:rFonts w:ascii="Arial" w:hAnsi="Arial" w:cs="Arial"/>
                <w:lang w:val="en-GB"/>
              </w:rPr>
              <w:t>            &lt;/a&gt;.</w:t>
            </w:r>
          </w:p>
          <w:p w14:paraId="04CB8873" w14:textId="77777777" w:rsidR="00325FB6" w:rsidRPr="00325FB6" w:rsidRDefault="00325FB6" w:rsidP="00325FB6">
            <w:pPr>
              <w:rPr>
                <w:rFonts w:ascii="Arial" w:hAnsi="Arial" w:cs="Arial"/>
                <w:lang w:val="en-GB"/>
              </w:rPr>
            </w:pPr>
            <w:r w:rsidRPr="00325FB6">
              <w:rPr>
                <w:rFonts w:ascii="Arial" w:hAnsi="Arial" w:cs="Arial"/>
                <w:lang w:val="en-GB"/>
              </w:rPr>
              <w:t>        &lt;/p&gt;</w:t>
            </w:r>
          </w:p>
          <w:p w14:paraId="0F3E4C04" w14:textId="77777777" w:rsidR="00325FB6" w:rsidRPr="00325FB6" w:rsidRDefault="00325FB6" w:rsidP="00325FB6">
            <w:pPr>
              <w:rPr>
                <w:rFonts w:ascii="Arial" w:hAnsi="Arial" w:cs="Arial"/>
                <w:lang w:val="en-GB"/>
              </w:rPr>
            </w:pPr>
            <w:r w:rsidRPr="00325FB6">
              <w:rPr>
                <w:rFonts w:ascii="Arial" w:hAnsi="Arial" w:cs="Arial"/>
                <w:lang w:val="en-GB"/>
              </w:rPr>
              <w:t>    &lt;/div&gt;</w:t>
            </w:r>
          </w:p>
          <w:p w14:paraId="63F6FDAF" w14:textId="77777777" w:rsidR="00325FB6" w:rsidRPr="00325FB6" w:rsidRDefault="00325FB6" w:rsidP="00325FB6">
            <w:pPr>
              <w:rPr>
                <w:rFonts w:ascii="Arial" w:hAnsi="Arial" w:cs="Arial"/>
                <w:lang w:val="en-GB"/>
              </w:rPr>
            </w:pPr>
          </w:p>
          <w:p w14:paraId="156F0050" w14:textId="77777777" w:rsidR="00325FB6" w:rsidRPr="00325FB6" w:rsidRDefault="00325FB6" w:rsidP="00325FB6">
            <w:pPr>
              <w:rPr>
                <w:rFonts w:ascii="Arial" w:hAnsi="Arial" w:cs="Arial"/>
                <w:lang w:val="en-GB"/>
              </w:rPr>
            </w:pPr>
            <w:r w:rsidRPr="00325FB6">
              <w:rPr>
                <w:rFonts w:ascii="Arial" w:hAnsi="Arial" w:cs="Arial"/>
                <w:lang w:val="en-GB"/>
              </w:rPr>
              <w:t>    &lt;div&gt;</w:t>
            </w:r>
          </w:p>
          <w:p w14:paraId="5E6BB974" w14:textId="77777777" w:rsidR="00325FB6" w:rsidRPr="00325FB6" w:rsidRDefault="00325FB6" w:rsidP="00325FB6">
            <w:pPr>
              <w:rPr>
                <w:rFonts w:ascii="Arial" w:hAnsi="Arial" w:cs="Arial"/>
                <w:lang w:val="en-GB"/>
              </w:rPr>
            </w:pPr>
            <w:r w:rsidRPr="00325FB6">
              <w:rPr>
                <w:rFonts w:ascii="Arial" w:hAnsi="Arial" w:cs="Arial"/>
                <w:lang w:val="en-GB"/>
              </w:rPr>
              <w:t>        &lt;a href="./contacus.html"&gt;</w:t>
            </w:r>
          </w:p>
          <w:p w14:paraId="65B6806A" w14:textId="77777777" w:rsidR="00325FB6" w:rsidRPr="00325FB6" w:rsidRDefault="00325FB6" w:rsidP="00325FB6">
            <w:pPr>
              <w:rPr>
                <w:rFonts w:ascii="Arial" w:hAnsi="Arial" w:cs="Arial"/>
                <w:lang w:val="en-GB"/>
              </w:rPr>
            </w:pPr>
            <w:r w:rsidRPr="00325FB6">
              <w:rPr>
                <w:rFonts w:ascii="Arial" w:hAnsi="Arial" w:cs="Arial"/>
                <w:lang w:val="en-GB"/>
              </w:rPr>
              <w:t>            &lt;img</w:t>
            </w:r>
          </w:p>
          <w:p w14:paraId="25694437" w14:textId="77777777" w:rsidR="00325FB6" w:rsidRPr="00325FB6" w:rsidRDefault="00325FB6" w:rsidP="00325FB6">
            <w:pPr>
              <w:rPr>
                <w:rFonts w:ascii="Arial" w:hAnsi="Arial" w:cs="Arial"/>
                <w:lang w:val="en-GB"/>
              </w:rPr>
            </w:pPr>
            <w:r w:rsidRPr="00325FB6">
              <w:rPr>
                <w:rFonts w:ascii="Arial" w:hAnsi="Arial" w:cs="Arial"/>
                <w:lang w:val="en-GB"/>
              </w:rPr>
              <w:t xml:space="preserve">                </w:t>
            </w:r>
            <w:proofErr w:type="spellStart"/>
            <w:r w:rsidRPr="00325FB6">
              <w:rPr>
                <w:rFonts w:ascii="Arial" w:hAnsi="Arial" w:cs="Arial"/>
                <w:lang w:val="en-GB"/>
              </w:rPr>
              <w:t>src</w:t>
            </w:r>
            <w:proofErr w:type="spellEnd"/>
            <w:r w:rsidRPr="00325FB6">
              <w:rPr>
                <w:rFonts w:ascii="Arial" w:hAnsi="Arial" w:cs="Arial"/>
                <w:lang w:val="en-GB"/>
              </w:rPr>
              <w:t>="./images/contact.png"</w:t>
            </w:r>
          </w:p>
          <w:p w14:paraId="526AC66D" w14:textId="77777777" w:rsidR="00325FB6" w:rsidRPr="00325FB6" w:rsidRDefault="00325FB6" w:rsidP="00325FB6">
            <w:pPr>
              <w:rPr>
                <w:rFonts w:ascii="Arial" w:hAnsi="Arial" w:cs="Arial"/>
                <w:lang w:val="en-GB"/>
              </w:rPr>
            </w:pPr>
            <w:r w:rsidRPr="00325FB6">
              <w:rPr>
                <w:rFonts w:ascii="Arial" w:hAnsi="Arial" w:cs="Arial"/>
                <w:lang w:val="en-GB"/>
              </w:rPr>
              <w:t>                alt="Contact Us"</w:t>
            </w:r>
          </w:p>
          <w:p w14:paraId="654B1245" w14:textId="77777777" w:rsidR="00325FB6" w:rsidRPr="00325FB6" w:rsidRDefault="00325FB6" w:rsidP="00325FB6">
            <w:pPr>
              <w:rPr>
                <w:rFonts w:ascii="Arial" w:hAnsi="Arial" w:cs="Arial"/>
                <w:lang w:val="en-GB"/>
              </w:rPr>
            </w:pPr>
            <w:r w:rsidRPr="00325FB6">
              <w:rPr>
                <w:rFonts w:ascii="Arial" w:hAnsi="Arial" w:cs="Arial"/>
                <w:lang w:val="en-GB"/>
              </w:rPr>
              <w:t>                height="200"</w:t>
            </w:r>
          </w:p>
          <w:p w14:paraId="0C08D6A2" w14:textId="77777777" w:rsidR="00325FB6" w:rsidRPr="00325FB6" w:rsidRDefault="00325FB6" w:rsidP="00325FB6">
            <w:pPr>
              <w:rPr>
                <w:rFonts w:ascii="Arial" w:hAnsi="Arial" w:cs="Arial"/>
                <w:lang w:val="en-GB"/>
              </w:rPr>
            </w:pPr>
            <w:r w:rsidRPr="00325FB6">
              <w:rPr>
                <w:rFonts w:ascii="Arial" w:hAnsi="Arial" w:cs="Arial"/>
                <w:lang w:val="en-GB"/>
              </w:rPr>
              <w:t>            &gt;</w:t>
            </w:r>
          </w:p>
          <w:p w14:paraId="4A1EB81A"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1789A094" w14:textId="77777777" w:rsidR="00325FB6" w:rsidRPr="00325FB6" w:rsidRDefault="00325FB6" w:rsidP="00325FB6">
            <w:pPr>
              <w:rPr>
                <w:rFonts w:ascii="Arial" w:hAnsi="Arial" w:cs="Arial"/>
                <w:lang w:val="en-GB"/>
              </w:rPr>
            </w:pPr>
            <w:r w:rsidRPr="00325FB6">
              <w:rPr>
                <w:rFonts w:ascii="Arial" w:hAnsi="Arial" w:cs="Arial"/>
                <w:lang w:val="en-GB"/>
              </w:rPr>
              <w:t>        &lt;/a&gt;</w:t>
            </w:r>
          </w:p>
          <w:p w14:paraId="15E20D28" w14:textId="77777777" w:rsidR="00325FB6" w:rsidRPr="00325FB6" w:rsidRDefault="00325FB6" w:rsidP="00325FB6">
            <w:pPr>
              <w:rPr>
                <w:rFonts w:ascii="Arial" w:hAnsi="Arial" w:cs="Arial"/>
                <w:lang w:val="en-GB"/>
              </w:rPr>
            </w:pPr>
            <w:r w:rsidRPr="00325FB6">
              <w:rPr>
                <w:rFonts w:ascii="Arial" w:hAnsi="Arial" w:cs="Arial"/>
                <w:lang w:val="en-GB"/>
              </w:rPr>
              <w:t>    &lt;/div&gt;</w:t>
            </w:r>
          </w:p>
          <w:p w14:paraId="1C1F84A3" w14:textId="77777777" w:rsidR="00325FB6" w:rsidRPr="00325FB6" w:rsidRDefault="00325FB6" w:rsidP="00325FB6">
            <w:pPr>
              <w:rPr>
                <w:rFonts w:ascii="Arial" w:hAnsi="Arial" w:cs="Arial"/>
                <w:lang w:val="en-GB"/>
              </w:rPr>
            </w:pPr>
          </w:p>
          <w:p w14:paraId="0030112C"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4F0F820D"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20FD07FD" w14:textId="77777777" w:rsidR="00325FB6" w:rsidRPr="00325FB6" w:rsidRDefault="00325FB6" w:rsidP="00325FB6">
            <w:pPr>
              <w:rPr>
                <w:rFonts w:ascii="Arial" w:hAnsi="Arial" w:cs="Arial"/>
                <w:lang w:val="en-GB"/>
              </w:rPr>
            </w:pPr>
          </w:p>
          <w:p w14:paraId="26283FEA" w14:textId="77777777" w:rsidR="00325FB6" w:rsidRPr="00325FB6" w:rsidRDefault="00325FB6" w:rsidP="00325FB6">
            <w:pPr>
              <w:rPr>
                <w:rFonts w:ascii="Arial" w:hAnsi="Arial" w:cs="Arial"/>
                <w:lang w:val="en-GB"/>
              </w:rPr>
            </w:pPr>
            <w:r w:rsidRPr="00325FB6">
              <w:rPr>
                <w:rFonts w:ascii="Arial" w:hAnsi="Arial" w:cs="Arial"/>
                <w:lang w:val="en-GB"/>
              </w:rPr>
              <w:t>    &lt;a</w:t>
            </w:r>
          </w:p>
          <w:p w14:paraId="7128C707" w14:textId="77777777" w:rsidR="00325FB6" w:rsidRPr="00325FB6" w:rsidRDefault="00325FB6" w:rsidP="00325FB6">
            <w:pPr>
              <w:rPr>
                <w:rFonts w:ascii="Arial" w:hAnsi="Arial" w:cs="Arial"/>
                <w:lang w:val="en-GB"/>
              </w:rPr>
            </w:pPr>
            <w:r w:rsidRPr="00325FB6">
              <w:rPr>
                <w:rFonts w:ascii="Arial" w:hAnsi="Arial" w:cs="Arial"/>
                <w:lang w:val="en-GB"/>
              </w:rPr>
              <w:t>        class="link-success link-offset-2 link-underline-opacity-25 link-underline-opacity-100-hover"</w:t>
            </w:r>
          </w:p>
          <w:p w14:paraId="44683B46" w14:textId="77777777" w:rsidR="00325FB6" w:rsidRPr="00325FB6" w:rsidRDefault="00325FB6" w:rsidP="00325FB6">
            <w:pPr>
              <w:rPr>
                <w:rFonts w:ascii="Arial" w:hAnsi="Arial" w:cs="Arial"/>
                <w:lang w:val="en-GB"/>
              </w:rPr>
            </w:pPr>
            <w:r w:rsidRPr="00325FB6">
              <w:rPr>
                <w:rFonts w:ascii="Arial" w:hAnsi="Arial" w:cs="Arial"/>
                <w:lang w:val="en-GB"/>
              </w:rPr>
              <w:t>        href="./index.html"</w:t>
            </w:r>
          </w:p>
          <w:p w14:paraId="6DB6BD46" w14:textId="77777777" w:rsidR="00325FB6" w:rsidRPr="00325FB6" w:rsidRDefault="00325FB6" w:rsidP="00325FB6">
            <w:pPr>
              <w:rPr>
                <w:rFonts w:ascii="Arial" w:hAnsi="Arial" w:cs="Arial"/>
                <w:lang w:val="en-GB"/>
              </w:rPr>
            </w:pPr>
            <w:r w:rsidRPr="00325FB6">
              <w:rPr>
                <w:rFonts w:ascii="Arial" w:hAnsi="Arial" w:cs="Arial"/>
                <w:lang w:val="en-GB"/>
              </w:rPr>
              <w:t>    &gt;</w:t>
            </w:r>
          </w:p>
          <w:p w14:paraId="16882643" w14:textId="77777777" w:rsidR="00325FB6" w:rsidRPr="00325FB6" w:rsidRDefault="00325FB6" w:rsidP="00325FB6">
            <w:pPr>
              <w:rPr>
                <w:rFonts w:ascii="Arial" w:hAnsi="Arial" w:cs="Arial"/>
                <w:lang w:val="en-GB"/>
              </w:rPr>
            </w:pPr>
            <w:r w:rsidRPr="00325FB6">
              <w:rPr>
                <w:rFonts w:ascii="Arial" w:hAnsi="Arial" w:cs="Arial"/>
                <w:lang w:val="en-GB"/>
              </w:rPr>
              <w:t>        &amp;</w:t>
            </w:r>
            <w:proofErr w:type="spellStart"/>
            <w:r w:rsidRPr="00325FB6">
              <w:rPr>
                <w:rFonts w:ascii="Arial" w:hAnsi="Arial" w:cs="Arial"/>
                <w:lang w:val="en-GB"/>
              </w:rPr>
              <w:t>lt</w:t>
            </w:r>
            <w:proofErr w:type="spellEnd"/>
            <w:r w:rsidRPr="00325FB6">
              <w:rPr>
                <w:rFonts w:ascii="Arial" w:hAnsi="Arial" w:cs="Arial"/>
                <w:lang w:val="en-GB"/>
              </w:rPr>
              <w:t>;&amp;</w:t>
            </w:r>
            <w:proofErr w:type="spellStart"/>
            <w:r w:rsidRPr="00325FB6">
              <w:rPr>
                <w:rFonts w:ascii="Arial" w:hAnsi="Arial" w:cs="Arial"/>
                <w:lang w:val="en-GB"/>
              </w:rPr>
              <w:t>lt</w:t>
            </w:r>
            <w:proofErr w:type="spellEnd"/>
            <w:r w:rsidRPr="00325FB6">
              <w:rPr>
                <w:rFonts w:ascii="Arial" w:hAnsi="Arial" w:cs="Arial"/>
                <w:lang w:val="en-GB"/>
              </w:rPr>
              <w:t>; BACK &amp;</w:t>
            </w:r>
            <w:proofErr w:type="spellStart"/>
            <w:r w:rsidRPr="00325FB6">
              <w:rPr>
                <w:rFonts w:ascii="Arial" w:hAnsi="Arial" w:cs="Arial"/>
                <w:lang w:val="en-GB"/>
              </w:rPr>
              <w:t>lt</w:t>
            </w:r>
            <w:proofErr w:type="spellEnd"/>
            <w:r w:rsidRPr="00325FB6">
              <w:rPr>
                <w:rFonts w:ascii="Arial" w:hAnsi="Arial" w:cs="Arial"/>
                <w:lang w:val="en-GB"/>
              </w:rPr>
              <w:t>;&amp;</w:t>
            </w:r>
            <w:proofErr w:type="spellStart"/>
            <w:proofErr w:type="gramStart"/>
            <w:r w:rsidRPr="00325FB6">
              <w:rPr>
                <w:rFonts w:ascii="Arial" w:hAnsi="Arial" w:cs="Arial"/>
                <w:lang w:val="en-GB"/>
              </w:rPr>
              <w:t>lt</w:t>
            </w:r>
            <w:proofErr w:type="spellEnd"/>
            <w:r w:rsidRPr="00325FB6">
              <w:rPr>
                <w:rFonts w:ascii="Arial" w:hAnsi="Arial" w:cs="Arial"/>
                <w:lang w:val="en-GB"/>
              </w:rPr>
              <w:t>;</w:t>
            </w:r>
            <w:proofErr w:type="gramEnd"/>
          </w:p>
          <w:p w14:paraId="00308753" w14:textId="77777777" w:rsidR="00325FB6" w:rsidRPr="00325FB6" w:rsidRDefault="00325FB6" w:rsidP="00325FB6">
            <w:pPr>
              <w:rPr>
                <w:rFonts w:ascii="Arial" w:hAnsi="Arial" w:cs="Arial"/>
                <w:lang w:val="en-GB"/>
              </w:rPr>
            </w:pPr>
            <w:r w:rsidRPr="00325FB6">
              <w:rPr>
                <w:rFonts w:ascii="Arial" w:hAnsi="Arial" w:cs="Arial"/>
                <w:lang w:val="en-GB"/>
              </w:rPr>
              <w:t>    &lt;/a&gt;</w:t>
            </w:r>
          </w:p>
          <w:p w14:paraId="60C42A5B" w14:textId="77777777" w:rsidR="00325FB6" w:rsidRPr="00325FB6" w:rsidRDefault="00325FB6" w:rsidP="00325FB6">
            <w:pPr>
              <w:rPr>
                <w:rFonts w:ascii="Arial" w:hAnsi="Arial" w:cs="Arial"/>
                <w:lang w:val="en-GB"/>
              </w:rPr>
            </w:pPr>
            <w:r w:rsidRPr="00325FB6">
              <w:rPr>
                <w:rFonts w:ascii="Arial" w:hAnsi="Arial" w:cs="Arial"/>
                <w:lang w:val="en-GB"/>
              </w:rPr>
              <w:t>&lt;/center&gt;</w:t>
            </w:r>
          </w:p>
          <w:p w14:paraId="6099CF88" w14:textId="77777777" w:rsidR="00325FB6" w:rsidRPr="00325FB6" w:rsidRDefault="00325FB6" w:rsidP="00325FB6">
            <w:pPr>
              <w:rPr>
                <w:rFonts w:ascii="Arial" w:hAnsi="Arial" w:cs="Arial"/>
                <w:lang w:val="en-GB"/>
              </w:rPr>
            </w:pPr>
            <w:r w:rsidRPr="00325FB6">
              <w:rPr>
                <w:rFonts w:ascii="Arial" w:hAnsi="Arial" w:cs="Arial"/>
                <w:lang w:val="en-GB"/>
              </w:rPr>
              <w:t>&lt;/body&gt;</w:t>
            </w:r>
          </w:p>
          <w:p w14:paraId="07BB80E8" w14:textId="77777777" w:rsidR="00325FB6" w:rsidRPr="00325FB6" w:rsidRDefault="00325FB6" w:rsidP="00325FB6">
            <w:pPr>
              <w:rPr>
                <w:rFonts w:ascii="Arial" w:hAnsi="Arial" w:cs="Arial"/>
                <w:lang w:val="en-GB"/>
              </w:rPr>
            </w:pPr>
          </w:p>
          <w:p w14:paraId="4E2FD0A9" w14:textId="35BD833E" w:rsidR="00304674" w:rsidRPr="00325FB6" w:rsidRDefault="00325FB6">
            <w:pPr>
              <w:rPr>
                <w:rFonts w:ascii="Arial" w:hAnsi="Arial" w:cs="Arial"/>
                <w:lang w:val="en-GB"/>
              </w:rPr>
            </w:pPr>
            <w:r w:rsidRPr="00325FB6">
              <w:rPr>
                <w:rFonts w:ascii="Arial" w:hAnsi="Arial" w:cs="Arial"/>
                <w:lang w:val="en-GB"/>
              </w:rPr>
              <w:t>&lt;/html&gt;</w:t>
            </w:r>
          </w:p>
        </w:tc>
      </w:tr>
    </w:tbl>
    <w:p w14:paraId="1BCCEF3F" w14:textId="77777777" w:rsidR="00304674" w:rsidRDefault="00304674">
      <w:pPr>
        <w:rPr>
          <w:rFonts w:ascii="Arial" w:hAnsi="Arial" w:cs="Arial"/>
        </w:rPr>
      </w:pPr>
    </w:p>
    <w:tbl>
      <w:tblPr>
        <w:tblStyle w:val="TableGrid"/>
        <w:tblW w:w="0" w:type="auto"/>
        <w:tblLook w:val="04A0" w:firstRow="1" w:lastRow="0" w:firstColumn="1" w:lastColumn="0" w:noHBand="0" w:noVBand="1"/>
      </w:tblPr>
      <w:tblGrid>
        <w:gridCol w:w="8630"/>
      </w:tblGrid>
      <w:tr w:rsidR="00325FB6" w14:paraId="6321C95A" w14:textId="77777777" w:rsidTr="00325FB6">
        <w:tc>
          <w:tcPr>
            <w:tcW w:w="8630" w:type="dxa"/>
          </w:tcPr>
          <w:p w14:paraId="219EC615" w14:textId="253248FE" w:rsidR="00325FB6" w:rsidRDefault="00325FB6" w:rsidP="00325FB6">
            <w:pPr>
              <w:jc w:val="center"/>
              <w:rPr>
                <w:rFonts w:ascii="Arial" w:hAnsi="Arial" w:cs="Arial"/>
              </w:rPr>
            </w:pPr>
            <w:r>
              <w:rPr>
                <w:rFonts w:ascii="Arial" w:hAnsi="Arial" w:cs="Arial"/>
              </w:rPr>
              <w:t>Userform.html</w:t>
            </w:r>
          </w:p>
        </w:tc>
      </w:tr>
      <w:tr w:rsidR="00325FB6" w14:paraId="1BBE38CC" w14:textId="77777777" w:rsidTr="00325FB6">
        <w:tc>
          <w:tcPr>
            <w:tcW w:w="8630" w:type="dxa"/>
          </w:tcPr>
          <w:p w14:paraId="5D72BAFA" w14:textId="77777777" w:rsidR="00325FB6" w:rsidRPr="00325FB6" w:rsidRDefault="00325FB6" w:rsidP="00325FB6">
            <w:pPr>
              <w:rPr>
                <w:rFonts w:ascii="Arial" w:hAnsi="Arial" w:cs="Arial"/>
                <w:lang w:val="en-GB"/>
              </w:rPr>
            </w:pPr>
            <w:r w:rsidRPr="00325FB6">
              <w:rPr>
                <w:rFonts w:ascii="Arial" w:hAnsi="Arial" w:cs="Arial"/>
                <w:lang w:val="en-GB"/>
              </w:rPr>
              <w:t>&lt;!DOCTYPE html&gt;</w:t>
            </w:r>
          </w:p>
          <w:p w14:paraId="157BF28C" w14:textId="77777777" w:rsidR="00325FB6" w:rsidRPr="00325FB6" w:rsidRDefault="00325FB6" w:rsidP="00325FB6">
            <w:pPr>
              <w:rPr>
                <w:rFonts w:ascii="Arial" w:hAnsi="Arial" w:cs="Arial"/>
                <w:lang w:val="en-GB"/>
              </w:rPr>
            </w:pPr>
            <w:r w:rsidRPr="00325FB6">
              <w:rPr>
                <w:rFonts w:ascii="Arial" w:hAnsi="Arial" w:cs="Arial"/>
                <w:lang w:val="en-GB"/>
              </w:rPr>
              <w:t>&lt;html lang="en"&gt;</w:t>
            </w:r>
          </w:p>
          <w:p w14:paraId="4F14A3A6" w14:textId="77777777" w:rsidR="00325FB6" w:rsidRPr="00325FB6" w:rsidRDefault="00325FB6" w:rsidP="00325FB6">
            <w:pPr>
              <w:rPr>
                <w:rFonts w:ascii="Arial" w:hAnsi="Arial" w:cs="Arial"/>
                <w:lang w:val="en-GB"/>
              </w:rPr>
            </w:pPr>
          </w:p>
          <w:p w14:paraId="65D6F962" w14:textId="77777777" w:rsidR="00325FB6" w:rsidRPr="00325FB6" w:rsidRDefault="00325FB6" w:rsidP="00325FB6">
            <w:pPr>
              <w:rPr>
                <w:rFonts w:ascii="Arial" w:hAnsi="Arial" w:cs="Arial"/>
                <w:lang w:val="en-GB"/>
              </w:rPr>
            </w:pPr>
            <w:r w:rsidRPr="00325FB6">
              <w:rPr>
                <w:rFonts w:ascii="Arial" w:hAnsi="Arial" w:cs="Arial"/>
                <w:lang w:val="en-GB"/>
              </w:rPr>
              <w:t>&lt;head&gt;</w:t>
            </w:r>
          </w:p>
          <w:p w14:paraId="032A1BE4" w14:textId="77777777" w:rsidR="00325FB6" w:rsidRPr="00325FB6" w:rsidRDefault="00325FB6" w:rsidP="00325FB6">
            <w:pPr>
              <w:rPr>
                <w:rFonts w:ascii="Arial" w:hAnsi="Arial" w:cs="Arial"/>
                <w:lang w:val="en-GB"/>
              </w:rPr>
            </w:pPr>
            <w:r w:rsidRPr="00325FB6">
              <w:rPr>
                <w:rFonts w:ascii="Arial" w:hAnsi="Arial" w:cs="Arial"/>
                <w:lang w:val="en-GB"/>
              </w:rPr>
              <w:t>    &lt;meta charset="UTF-8"&gt;</w:t>
            </w:r>
          </w:p>
          <w:p w14:paraId="017CB3E7" w14:textId="77777777" w:rsidR="00325FB6" w:rsidRPr="00325FB6" w:rsidRDefault="00325FB6" w:rsidP="00325FB6">
            <w:pPr>
              <w:rPr>
                <w:rFonts w:ascii="Arial" w:hAnsi="Arial" w:cs="Arial"/>
                <w:lang w:val="en-GB"/>
              </w:rPr>
            </w:pPr>
          </w:p>
          <w:p w14:paraId="280E4FA2" w14:textId="77777777" w:rsidR="00325FB6" w:rsidRPr="00325FB6" w:rsidRDefault="00325FB6" w:rsidP="00325FB6">
            <w:pPr>
              <w:rPr>
                <w:rFonts w:ascii="Arial" w:hAnsi="Arial" w:cs="Arial"/>
                <w:lang w:val="en-GB"/>
              </w:rPr>
            </w:pPr>
            <w:r w:rsidRPr="00325FB6">
              <w:rPr>
                <w:rFonts w:ascii="Arial" w:hAnsi="Arial" w:cs="Arial"/>
                <w:lang w:val="en-GB"/>
              </w:rPr>
              <w:t>    &lt;link rel="stylesheet" href="./pallet.css"&gt;</w:t>
            </w:r>
          </w:p>
          <w:p w14:paraId="4811B27E" w14:textId="77777777" w:rsidR="00325FB6" w:rsidRPr="00325FB6" w:rsidRDefault="00325FB6" w:rsidP="00325FB6">
            <w:pPr>
              <w:rPr>
                <w:rFonts w:ascii="Arial" w:hAnsi="Arial" w:cs="Arial"/>
                <w:lang w:val="en-GB"/>
              </w:rPr>
            </w:pPr>
          </w:p>
          <w:p w14:paraId="69F95EC1" w14:textId="77777777" w:rsidR="00325FB6" w:rsidRPr="00325FB6" w:rsidRDefault="00325FB6" w:rsidP="00325FB6">
            <w:pPr>
              <w:rPr>
                <w:rFonts w:ascii="Arial" w:hAnsi="Arial" w:cs="Arial"/>
                <w:lang w:val="en-GB"/>
              </w:rPr>
            </w:pPr>
            <w:r w:rsidRPr="00325FB6">
              <w:rPr>
                <w:rFonts w:ascii="Arial" w:hAnsi="Arial" w:cs="Arial"/>
                <w:lang w:val="en-GB"/>
              </w:rPr>
              <w:t>    &lt;link</w:t>
            </w:r>
          </w:p>
          <w:p w14:paraId="1EB50581" w14:textId="77777777" w:rsidR="00325FB6" w:rsidRPr="00325FB6" w:rsidRDefault="00325FB6" w:rsidP="00325FB6">
            <w:pPr>
              <w:rPr>
                <w:rFonts w:ascii="Arial" w:hAnsi="Arial" w:cs="Arial"/>
                <w:lang w:val="en-GB"/>
              </w:rPr>
            </w:pPr>
            <w:r w:rsidRPr="00325FB6">
              <w:rPr>
                <w:rFonts w:ascii="Arial" w:hAnsi="Arial" w:cs="Arial"/>
                <w:lang w:val="en-GB"/>
              </w:rPr>
              <w:t>        href="https://cdn.jsdelivr.net/npm/bootstrap@5.3.8/dist/css/bootstrap.min.css"</w:t>
            </w:r>
          </w:p>
          <w:p w14:paraId="21A0F537" w14:textId="77777777" w:rsidR="00325FB6" w:rsidRPr="00325FB6" w:rsidRDefault="00325FB6" w:rsidP="00325FB6">
            <w:pPr>
              <w:rPr>
                <w:rFonts w:ascii="Arial" w:hAnsi="Arial" w:cs="Arial"/>
                <w:lang w:val="en-GB"/>
              </w:rPr>
            </w:pPr>
            <w:r w:rsidRPr="00325FB6">
              <w:rPr>
                <w:rFonts w:ascii="Arial" w:hAnsi="Arial" w:cs="Arial"/>
                <w:lang w:val="en-GB"/>
              </w:rPr>
              <w:t>        rel="stylesheet"</w:t>
            </w:r>
          </w:p>
          <w:p w14:paraId="36EC002B" w14:textId="77777777" w:rsidR="00325FB6" w:rsidRPr="00325FB6" w:rsidRDefault="00325FB6" w:rsidP="00325FB6">
            <w:pPr>
              <w:rPr>
                <w:rFonts w:ascii="Arial" w:hAnsi="Arial" w:cs="Arial"/>
                <w:lang w:val="en-GB"/>
              </w:rPr>
            </w:pPr>
            <w:r w:rsidRPr="00325FB6">
              <w:rPr>
                <w:rFonts w:ascii="Arial" w:hAnsi="Arial" w:cs="Arial"/>
                <w:lang w:val="en-GB"/>
              </w:rPr>
              <w:t>        integrity="sha384-sRIl4kxILFvY47J16cr9ZwB07vP4J8+LH7qKQnuqkuIAvNWLzeN8tE5YBujZqJLB"</w:t>
            </w:r>
          </w:p>
          <w:p w14:paraId="16CF4C83" w14:textId="77777777" w:rsidR="00325FB6" w:rsidRPr="00325FB6" w:rsidRDefault="00325FB6" w:rsidP="00325FB6">
            <w:pPr>
              <w:rPr>
                <w:rFonts w:ascii="Arial" w:hAnsi="Arial" w:cs="Arial"/>
                <w:lang w:val="en-GB"/>
              </w:rPr>
            </w:pPr>
            <w:r w:rsidRPr="00325FB6">
              <w:rPr>
                <w:rFonts w:ascii="Arial" w:hAnsi="Arial" w:cs="Arial"/>
                <w:lang w:val="en-GB"/>
              </w:rPr>
              <w:t>        crossorigin="anonymous"</w:t>
            </w:r>
          </w:p>
          <w:p w14:paraId="29B6FDBB" w14:textId="77777777" w:rsidR="00325FB6" w:rsidRPr="00325FB6" w:rsidRDefault="00325FB6" w:rsidP="00325FB6">
            <w:pPr>
              <w:rPr>
                <w:rFonts w:ascii="Arial" w:hAnsi="Arial" w:cs="Arial"/>
                <w:lang w:val="en-GB"/>
              </w:rPr>
            </w:pPr>
            <w:r w:rsidRPr="00325FB6">
              <w:rPr>
                <w:rFonts w:ascii="Arial" w:hAnsi="Arial" w:cs="Arial"/>
                <w:lang w:val="en-GB"/>
              </w:rPr>
              <w:t>    &gt;</w:t>
            </w:r>
          </w:p>
          <w:p w14:paraId="6C30B4FD" w14:textId="77777777" w:rsidR="00325FB6" w:rsidRPr="00325FB6" w:rsidRDefault="00325FB6" w:rsidP="00325FB6">
            <w:pPr>
              <w:rPr>
                <w:rFonts w:ascii="Arial" w:hAnsi="Arial" w:cs="Arial"/>
                <w:lang w:val="en-GB"/>
              </w:rPr>
            </w:pPr>
          </w:p>
          <w:p w14:paraId="239C47BF" w14:textId="77777777" w:rsidR="00325FB6" w:rsidRPr="00325FB6" w:rsidRDefault="00325FB6" w:rsidP="00325FB6">
            <w:pPr>
              <w:rPr>
                <w:rFonts w:ascii="Arial" w:hAnsi="Arial" w:cs="Arial"/>
                <w:lang w:val="en-GB"/>
              </w:rPr>
            </w:pPr>
            <w:r w:rsidRPr="00325FB6">
              <w:rPr>
                <w:rFonts w:ascii="Arial" w:hAnsi="Arial" w:cs="Arial"/>
                <w:lang w:val="en-GB"/>
              </w:rPr>
              <w:t>    &lt;title&gt;Estore - Your Local Shop&lt;/title&gt;</w:t>
            </w:r>
          </w:p>
          <w:p w14:paraId="3D792B5A" w14:textId="77777777" w:rsidR="00325FB6" w:rsidRPr="00325FB6" w:rsidRDefault="00325FB6" w:rsidP="00325FB6">
            <w:pPr>
              <w:rPr>
                <w:rFonts w:ascii="Arial" w:hAnsi="Arial" w:cs="Arial"/>
                <w:lang w:val="en-GB"/>
              </w:rPr>
            </w:pPr>
            <w:r w:rsidRPr="00325FB6">
              <w:rPr>
                <w:rFonts w:ascii="Arial" w:hAnsi="Arial" w:cs="Arial"/>
                <w:lang w:val="en-GB"/>
              </w:rPr>
              <w:t>&lt;/head&gt;</w:t>
            </w:r>
          </w:p>
          <w:p w14:paraId="6C80E1AD" w14:textId="77777777" w:rsidR="00325FB6" w:rsidRPr="00325FB6" w:rsidRDefault="00325FB6" w:rsidP="00325FB6">
            <w:pPr>
              <w:rPr>
                <w:rFonts w:ascii="Arial" w:hAnsi="Arial" w:cs="Arial"/>
                <w:lang w:val="en-GB"/>
              </w:rPr>
            </w:pPr>
          </w:p>
          <w:p w14:paraId="275E9CB7" w14:textId="77777777" w:rsidR="00325FB6" w:rsidRPr="00325FB6" w:rsidRDefault="00325FB6" w:rsidP="00325FB6">
            <w:pPr>
              <w:rPr>
                <w:rFonts w:ascii="Arial" w:hAnsi="Arial" w:cs="Arial"/>
                <w:lang w:val="en-GB"/>
              </w:rPr>
            </w:pPr>
            <w:r w:rsidRPr="00325FB6">
              <w:rPr>
                <w:rFonts w:ascii="Arial" w:hAnsi="Arial" w:cs="Arial"/>
                <w:lang w:val="en-GB"/>
              </w:rPr>
              <w:t>&lt;body&gt;</w:t>
            </w:r>
          </w:p>
          <w:p w14:paraId="73AEDD7D" w14:textId="77777777" w:rsidR="00325FB6" w:rsidRPr="00325FB6" w:rsidRDefault="00325FB6" w:rsidP="00325FB6">
            <w:pPr>
              <w:rPr>
                <w:rFonts w:ascii="Arial" w:hAnsi="Arial" w:cs="Arial"/>
                <w:lang w:val="en-GB"/>
              </w:rPr>
            </w:pPr>
            <w:r w:rsidRPr="00325FB6">
              <w:rPr>
                <w:rFonts w:ascii="Arial" w:hAnsi="Arial" w:cs="Arial"/>
                <w:lang w:val="en-GB"/>
              </w:rPr>
              <w:t>&lt;center&gt;</w:t>
            </w:r>
          </w:p>
          <w:p w14:paraId="1673E96B" w14:textId="77777777" w:rsidR="00325FB6" w:rsidRPr="00325FB6" w:rsidRDefault="00325FB6" w:rsidP="00325FB6">
            <w:pPr>
              <w:rPr>
                <w:rFonts w:ascii="Arial" w:hAnsi="Arial" w:cs="Arial"/>
                <w:lang w:val="en-GB"/>
              </w:rPr>
            </w:pPr>
            <w:r w:rsidRPr="00325FB6">
              <w:rPr>
                <w:rFonts w:ascii="Arial" w:hAnsi="Arial" w:cs="Arial"/>
                <w:lang w:val="en-GB"/>
              </w:rPr>
              <w:t>    &lt;table align="center"&gt;</w:t>
            </w:r>
          </w:p>
          <w:p w14:paraId="77CE5BA6" w14:textId="77777777" w:rsidR="00325FB6" w:rsidRPr="00325FB6" w:rsidRDefault="00325FB6" w:rsidP="00325FB6">
            <w:pPr>
              <w:rPr>
                <w:rFonts w:ascii="Arial" w:hAnsi="Arial" w:cs="Arial"/>
                <w:lang w:val="en-GB"/>
              </w:rPr>
            </w:pPr>
            <w:r w:rsidRPr="00325FB6">
              <w:rPr>
                <w:rFonts w:ascii="Arial" w:hAnsi="Arial" w:cs="Arial"/>
                <w:lang w:val="en-GB"/>
              </w:rPr>
              <w:t>        &lt;tr&gt;</w:t>
            </w:r>
          </w:p>
          <w:p w14:paraId="429EEED5" w14:textId="77777777" w:rsidR="00325FB6" w:rsidRPr="00325FB6" w:rsidRDefault="00325FB6" w:rsidP="00325FB6">
            <w:pPr>
              <w:rPr>
                <w:rFonts w:ascii="Arial" w:hAnsi="Arial" w:cs="Arial"/>
                <w:lang w:val="en-GB"/>
              </w:rPr>
            </w:pPr>
            <w:r w:rsidRPr="00325FB6">
              <w:rPr>
                <w:rFonts w:ascii="Arial" w:hAnsi="Arial" w:cs="Arial"/>
                <w:lang w:val="en-GB"/>
              </w:rPr>
              <w:t>            &lt;td&gt;</w:t>
            </w:r>
          </w:p>
          <w:p w14:paraId="663D4136" w14:textId="77777777" w:rsidR="00325FB6" w:rsidRPr="00325FB6" w:rsidRDefault="00325FB6" w:rsidP="00325FB6">
            <w:pPr>
              <w:rPr>
                <w:rFonts w:ascii="Arial" w:hAnsi="Arial" w:cs="Arial"/>
                <w:lang w:val="en-GB"/>
              </w:rPr>
            </w:pPr>
            <w:r w:rsidRPr="00325FB6">
              <w:rPr>
                <w:rFonts w:ascii="Arial" w:hAnsi="Arial" w:cs="Arial"/>
                <w:lang w:val="en-GB"/>
              </w:rPr>
              <w:t>                &lt;ul class="nav nav-tabs"&gt;</w:t>
            </w:r>
          </w:p>
          <w:p w14:paraId="56FB9AAB" w14:textId="77777777" w:rsidR="00325FB6" w:rsidRPr="00325FB6" w:rsidRDefault="00325FB6" w:rsidP="00325FB6">
            <w:pPr>
              <w:rPr>
                <w:rFonts w:ascii="Arial" w:hAnsi="Arial" w:cs="Arial"/>
                <w:lang w:val="en-GB"/>
              </w:rPr>
            </w:pPr>
          </w:p>
          <w:p w14:paraId="0D697B19" w14:textId="77777777" w:rsidR="00325FB6" w:rsidRPr="00325FB6" w:rsidRDefault="00325FB6" w:rsidP="00325FB6">
            <w:pPr>
              <w:rPr>
                <w:rFonts w:ascii="Arial" w:hAnsi="Arial" w:cs="Arial"/>
                <w:lang w:val="en-GB"/>
              </w:rPr>
            </w:pPr>
            <w:r w:rsidRPr="00325FB6">
              <w:rPr>
                <w:rFonts w:ascii="Arial" w:hAnsi="Arial" w:cs="Arial"/>
                <w:lang w:val="en-GB"/>
              </w:rPr>
              <w:t>                    &lt;li class="nav-item"&gt;</w:t>
            </w:r>
          </w:p>
          <w:p w14:paraId="22A433EB" w14:textId="77777777" w:rsidR="00325FB6" w:rsidRPr="00325FB6" w:rsidRDefault="00325FB6" w:rsidP="00325FB6">
            <w:pPr>
              <w:rPr>
                <w:rFonts w:ascii="Arial" w:hAnsi="Arial" w:cs="Arial"/>
                <w:lang w:val="en-GB"/>
              </w:rPr>
            </w:pPr>
            <w:r w:rsidRPr="00325FB6">
              <w:rPr>
                <w:rFonts w:ascii="Arial" w:hAnsi="Arial" w:cs="Arial"/>
                <w:lang w:val="en-GB"/>
              </w:rPr>
              <w:t>                        &lt;a</w:t>
            </w:r>
          </w:p>
          <w:p w14:paraId="10687CF0" w14:textId="77777777" w:rsidR="00325FB6" w:rsidRPr="00325FB6" w:rsidRDefault="00325FB6" w:rsidP="00325FB6">
            <w:pPr>
              <w:rPr>
                <w:rFonts w:ascii="Arial" w:hAnsi="Arial" w:cs="Arial"/>
                <w:lang w:val="en-GB"/>
              </w:rPr>
            </w:pPr>
            <w:r w:rsidRPr="00325FB6">
              <w:rPr>
                <w:rFonts w:ascii="Arial" w:hAnsi="Arial" w:cs="Arial"/>
                <w:lang w:val="en-GB"/>
              </w:rPr>
              <w:t>                            class="nav-link"</w:t>
            </w:r>
          </w:p>
          <w:p w14:paraId="138DD05E" w14:textId="77777777" w:rsidR="00325FB6" w:rsidRPr="00325FB6" w:rsidRDefault="00325FB6" w:rsidP="00325FB6">
            <w:pPr>
              <w:rPr>
                <w:rFonts w:ascii="Arial" w:hAnsi="Arial" w:cs="Arial"/>
                <w:lang w:val="en-GB"/>
              </w:rPr>
            </w:pPr>
            <w:r w:rsidRPr="00325FB6">
              <w:rPr>
                <w:rFonts w:ascii="Arial" w:hAnsi="Arial" w:cs="Arial"/>
                <w:lang w:val="en-GB"/>
              </w:rPr>
              <w:t>                            href="./index.html"</w:t>
            </w:r>
          </w:p>
          <w:p w14:paraId="427F5D12" w14:textId="77777777" w:rsidR="00325FB6" w:rsidRPr="00325FB6" w:rsidRDefault="00325FB6" w:rsidP="00325FB6">
            <w:pPr>
              <w:rPr>
                <w:rFonts w:ascii="Arial" w:hAnsi="Arial" w:cs="Arial"/>
                <w:lang w:val="en-GB"/>
              </w:rPr>
            </w:pPr>
            <w:r w:rsidRPr="00325FB6">
              <w:rPr>
                <w:rFonts w:ascii="Arial" w:hAnsi="Arial" w:cs="Arial"/>
                <w:lang w:val="en-GB"/>
              </w:rPr>
              <w:t>                        &gt;</w:t>
            </w:r>
          </w:p>
          <w:p w14:paraId="2B225AD9" w14:textId="77777777" w:rsidR="00325FB6" w:rsidRPr="00325FB6" w:rsidRDefault="00325FB6" w:rsidP="00325FB6">
            <w:pPr>
              <w:rPr>
                <w:rFonts w:ascii="Arial" w:hAnsi="Arial" w:cs="Arial"/>
                <w:lang w:val="en-GB"/>
              </w:rPr>
            </w:pPr>
            <w:r w:rsidRPr="00325FB6">
              <w:rPr>
                <w:rFonts w:ascii="Arial" w:hAnsi="Arial" w:cs="Arial"/>
                <w:lang w:val="en-GB"/>
              </w:rPr>
              <w:t>                            Main</w:t>
            </w:r>
          </w:p>
          <w:p w14:paraId="60041278" w14:textId="77777777" w:rsidR="00325FB6" w:rsidRPr="00325FB6" w:rsidRDefault="00325FB6" w:rsidP="00325FB6">
            <w:pPr>
              <w:rPr>
                <w:rFonts w:ascii="Arial" w:hAnsi="Arial" w:cs="Arial"/>
                <w:lang w:val="en-GB"/>
              </w:rPr>
            </w:pPr>
            <w:r w:rsidRPr="00325FB6">
              <w:rPr>
                <w:rFonts w:ascii="Arial" w:hAnsi="Arial" w:cs="Arial"/>
                <w:lang w:val="en-GB"/>
              </w:rPr>
              <w:t>                        &lt;/a&gt;</w:t>
            </w:r>
          </w:p>
          <w:p w14:paraId="1745650E" w14:textId="77777777" w:rsidR="00325FB6" w:rsidRPr="00325FB6" w:rsidRDefault="00325FB6" w:rsidP="00325FB6">
            <w:pPr>
              <w:rPr>
                <w:rFonts w:ascii="Arial" w:hAnsi="Arial" w:cs="Arial"/>
                <w:lang w:val="en-GB"/>
              </w:rPr>
            </w:pPr>
            <w:r w:rsidRPr="00325FB6">
              <w:rPr>
                <w:rFonts w:ascii="Arial" w:hAnsi="Arial" w:cs="Arial"/>
                <w:lang w:val="en-GB"/>
              </w:rPr>
              <w:t>                    &lt;/li&gt;</w:t>
            </w:r>
          </w:p>
          <w:p w14:paraId="5C428D4C" w14:textId="77777777" w:rsidR="00325FB6" w:rsidRPr="00325FB6" w:rsidRDefault="00325FB6" w:rsidP="00325FB6">
            <w:pPr>
              <w:rPr>
                <w:rFonts w:ascii="Arial" w:hAnsi="Arial" w:cs="Arial"/>
                <w:lang w:val="en-GB"/>
              </w:rPr>
            </w:pPr>
          </w:p>
          <w:p w14:paraId="003373D5" w14:textId="77777777" w:rsidR="00325FB6" w:rsidRPr="00325FB6" w:rsidRDefault="00325FB6" w:rsidP="00325FB6">
            <w:pPr>
              <w:rPr>
                <w:rFonts w:ascii="Arial" w:hAnsi="Arial" w:cs="Arial"/>
                <w:lang w:val="en-GB"/>
              </w:rPr>
            </w:pPr>
            <w:r w:rsidRPr="00325FB6">
              <w:rPr>
                <w:rFonts w:ascii="Arial" w:hAnsi="Arial" w:cs="Arial"/>
                <w:lang w:val="en-GB"/>
              </w:rPr>
              <w:t>                    &lt;li class="nav-item"&gt;</w:t>
            </w:r>
          </w:p>
          <w:p w14:paraId="50EF4FFA" w14:textId="77777777" w:rsidR="00325FB6" w:rsidRPr="00325FB6" w:rsidRDefault="00325FB6" w:rsidP="00325FB6">
            <w:pPr>
              <w:rPr>
                <w:rFonts w:ascii="Arial" w:hAnsi="Arial" w:cs="Arial"/>
                <w:lang w:val="en-GB"/>
              </w:rPr>
            </w:pPr>
            <w:r w:rsidRPr="00325FB6">
              <w:rPr>
                <w:rFonts w:ascii="Arial" w:hAnsi="Arial" w:cs="Arial"/>
                <w:lang w:val="en-GB"/>
              </w:rPr>
              <w:t>                        &lt;a</w:t>
            </w:r>
          </w:p>
          <w:p w14:paraId="07DBFA00" w14:textId="77777777" w:rsidR="00325FB6" w:rsidRPr="00325FB6" w:rsidRDefault="00325FB6" w:rsidP="00325FB6">
            <w:pPr>
              <w:rPr>
                <w:rFonts w:ascii="Arial" w:hAnsi="Arial" w:cs="Arial"/>
                <w:lang w:val="en-GB"/>
              </w:rPr>
            </w:pPr>
            <w:r w:rsidRPr="00325FB6">
              <w:rPr>
                <w:rFonts w:ascii="Arial" w:hAnsi="Arial" w:cs="Arial"/>
                <w:lang w:val="en-GB"/>
              </w:rPr>
              <w:t>                            class="nav-link"</w:t>
            </w:r>
          </w:p>
          <w:p w14:paraId="1D127B23" w14:textId="77777777" w:rsidR="00325FB6" w:rsidRPr="00325FB6" w:rsidRDefault="00325FB6" w:rsidP="00325FB6">
            <w:pPr>
              <w:rPr>
                <w:rFonts w:ascii="Arial" w:hAnsi="Arial" w:cs="Arial"/>
                <w:lang w:val="en-GB"/>
              </w:rPr>
            </w:pPr>
            <w:r w:rsidRPr="00325FB6">
              <w:rPr>
                <w:rFonts w:ascii="Arial" w:hAnsi="Arial" w:cs="Arial"/>
                <w:lang w:val="en-GB"/>
              </w:rPr>
              <w:t>                            href="./Product.html"</w:t>
            </w:r>
          </w:p>
          <w:p w14:paraId="690ABCD6" w14:textId="77777777" w:rsidR="00325FB6" w:rsidRPr="00325FB6" w:rsidRDefault="00325FB6" w:rsidP="00325FB6">
            <w:pPr>
              <w:rPr>
                <w:rFonts w:ascii="Arial" w:hAnsi="Arial" w:cs="Arial"/>
                <w:lang w:val="en-GB"/>
              </w:rPr>
            </w:pPr>
            <w:r w:rsidRPr="00325FB6">
              <w:rPr>
                <w:rFonts w:ascii="Arial" w:hAnsi="Arial" w:cs="Arial"/>
                <w:lang w:val="en-GB"/>
              </w:rPr>
              <w:t>                        &gt;</w:t>
            </w:r>
          </w:p>
          <w:p w14:paraId="5BFB56C0" w14:textId="77777777" w:rsidR="00325FB6" w:rsidRPr="00325FB6" w:rsidRDefault="00325FB6" w:rsidP="00325FB6">
            <w:pPr>
              <w:rPr>
                <w:rFonts w:ascii="Arial" w:hAnsi="Arial" w:cs="Arial"/>
                <w:lang w:val="en-GB"/>
              </w:rPr>
            </w:pPr>
            <w:r w:rsidRPr="00325FB6">
              <w:rPr>
                <w:rFonts w:ascii="Arial" w:hAnsi="Arial" w:cs="Arial"/>
                <w:lang w:val="en-GB"/>
              </w:rPr>
              <w:t>                            Shop</w:t>
            </w:r>
          </w:p>
          <w:p w14:paraId="543BEB00" w14:textId="77777777" w:rsidR="00325FB6" w:rsidRPr="00325FB6" w:rsidRDefault="00325FB6" w:rsidP="00325FB6">
            <w:pPr>
              <w:rPr>
                <w:rFonts w:ascii="Arial" w:hAnsi="Arial" w:cs="Arial"/>
                <w:lang w:val="en-GB"/>
              </w:rPr>
            </w:pPr>
            <w:r w:rsidRPr="00325FB6">
              <w:rPr>
                <w:rFonts w:ascii="Arial" w:hAnsi="Arial" w:cs="Arial"/>
                <w:lang w:val="en-GB"/>
              </w:rPr>
              <w:t>                        &lt;/a&gt;</w:t>
            </w:r>
          </w:p>
          <w:p w14:paraId="19B34461" w14:textId="77777777" w:rsidR="00325FB6" w:rsidRPr="00325FB6" w:rsidRDefault="00325FB6" w:rsidP="00325FB6">
            <w:pPr>
              <w:rPr>
                <w:rFonts w:ascii="Arial" w:hAnsi="Arial" w:cs="Arial"/>
                <w:lang w:val="en-GB"/>
              </w:rPr>
            </w:pPr>
            <w:r w:rsidRPr="00325FB6">
              <w:rPr>
                <w:rFonts w:ascii="Arial" w:hAnsi="Arial" w:cs="Arial"/>
                <w:lang w:val="en-GB"/>
              </w:rPr>
              <w:t>                    &lt;/li&gt;</w:t>
            </w:r>
          </w:p>
          <w:p w14:paraId="0D530DDD" w14:textId="77777777" w:rsidR="00325FB6" w:rsidRPr="00325FB6" w:rsidRDefault="00325FB6" w:rsidP="00325FB6">
            <w:pPr>
              <w:rPr>
                <w:rFonts w:ascii="Arial" w:hAnsi="Arial" w:cs="Arial"/>
                <w:lang w:val="en-GB"/>
              </w:rPr>
            </w:pPr>
          </w:p>
          <w:p w14:paraId="46479BD8" w14:textId="77777777" w:rsidR="00325FB6" w:rsidRPr="00325FB6" w:rsidRDefault="00325FB6" w:rsidP="00325FB6">
            <w:pPr>
              <w:rPr>
                <w:rFonts w:ascii="Arial" w:hAnsi="Arial" w:cs="Arial"/>
                <w:lang w:val="en-GB"/>
              </w:rPr>
            </w:pPr>
            <w:r w:rsidRPr="00325FB6">
              <w:rPr>
                <w:rFonts w:ascii="Arial" w:hAnsi="Arial" w:cs="Arial"/>
                <w:lang w:val="en-GB"/>
              </w:rPr>
              <w:t>                    &lt;li class="nav-item"&gt;</w:t>
            </w:r>
          </w:p>
          <w:p w14:paraId="44328F07" w14:textId="77777777" w:rsidR="00325FB6" w:rsidRPr="00325FB6" w:rsidRDefault="00325FB6" w:rsidP="00325FB6">
            <w:pPr>
              <w:rPr>
                <w:rFonts w:ascii="Arial" w:hAnsi="Arial" w:cs="Arial"/>
                <w:lang w:val="en-GB"/>
              </w:rPr>
            </w:pPr>
            <w:r w:rsidRPr="00325FB6">
              <w:rPr>
                <w:rFonts w:ascii="Arial" w:hAnsi="Arial" w:cs="Arial"/>
                <w:lang w:val="en-GB"/>
              </w:rPr>
              <w:t>                        &lt;a</w:t>
            </w:r>
          </w:p>
          <w:p w14:paraId="62A5C60C" w14:textId="77777777" w:rsidR="00325FB6" w:rsidRPr="00325FB6" w:rsidRDefault="00325FB6" w:rsidP="00325FB6">
            <w:pPr>
              <w:rPr>
                <w:rFonts w:ascii="Arial" w:hAnsi="Arial" w:cs="Arial"/>
                <w:lang w:val="en-GB"/>
              </w:rPr>
            </w:pPr>
            <w:r w:rsidRPr="00325FB6">
              <w:rPr>
                <w:rFonts w:ascii="Arial" w:hAnsi="Arial" w:cs="Arial"/>
                <w:lang w:val="en-GB"/>
              </w:rPr>
              <w:t>                            class="nav-link"</w:t>
            </w:r>
          </w:p>
          <w:p w14:paraId="0CABB7A5" w14:textId="77777777" w:rsidR="00325FB6" w:rsidRPr="00325FB6" w:rsidRDefault="00325FB6" w:rsidP="00325FB6">
            <w:pPr>
              <w:rPr>
                <w:rFonts w:ascii="Arial" w:hAnsi="Arial" w:cs="Arial"/>
                <w:lang w:val="en-GB"/>
              </w:rPr>
            </w:pPr>
            <w:r w:rsidRPr="00325FB6">
              <w:rPr>
                <w:rFonts w:ascii="Arial" w:hAnsi="Arial" w:cs="Arial"/>
                <w:lang w:val="en-GB"/>
              </w:rPr>
              <w:t>                            href="./prodform.html"</w:t>
            </w:r>
          </w:p>
          <w:p w14:paraId="32B0DD07" w14:textId="77777777" w:rsidR="00325FB6" w:rsidRPr="00325FB6" w:rsidRDefault="00325FB6" w:rsidP="00325FB6">
            <w:pPr>
              <w:rPr>
                <w:rFonts w:ascii="Arial" w:hAnsi="Arial" w:cs="Arial"/>
                <w:lang w:val="en-GB"/>
              </w:rPr>
            </w:pPr>
            <w:r w:rsidRPr="00325FB6">
              <w:rPr>
                <w:rFonts w:ascii="Arial" w:hAnsi="Arial" w:cs="Arial"/>
                <w:lang w:val="en-GB"/>
              </w:rPr>
              <w:t>                        &gt;</w:t>
            </w:r>
          </w:p>
          <w:p w14:paraId="461C3633" w14:textId="77777777" w:rsidR="00325FB6" w:rsidRPr="00325FB6" w:rsidRDefault="00325FB6" w:rsidP="00325FB6">
            <w:pPr>
              <w:rPr>
                <w:rFonts w:ascii="Arial" w:hAnsi="Arial" w:cs="Arial"/>
                <w:lang w:val="en-GB"/>
              </w:rPr>
            </w:pPr>
            <w:r w:rsidRPr="00325FB6">
              <w:rPr>
                <w:rFonts w:ascii="Arial" w:hAnsi="Arial" w:cs="Arial"/>
                <w:lang w:val="en-GB"/>
              </w:rPr>
              <w:t>                            Sell</w:t>
            </w:r>
          </w:p>
          <w:p w14:paraId="43582881" w14:textId="77777777" w:rsidR="00325FB6" w:rsidRPr="00325FB6" w:rsidRDefault="00325FB6" w:rsidP="00325FB6">
            <w:pPr>
              <w:rPr>
                <w:rFonts w:ascii="Arial" w:hAnsi="Arial" w:cs="Arial"/>
                <w:lang w:val="en-GB"/>
              </w:rPr>
            </w:pPr>
            <w:r w:rsidRPr="00325FB6">
              <w:rPr>
                <w:rFonts w:ascii="Arial" w:hAnsi="Arial" w:cs="Arial"/>
                <w:lang w:val="en-GB"/>
              </w:rPr>
              <w:t>                        &lt;/a&gt;</w:t>
            </w:r>
          </w:p>
          <w:p w14:paraId="2816BEDF" w14:textId="77777777" w:rsidR="00325FB6" w:rsidRPr="00325FB6" w:rsidRDefault="00325FB6" w:rsidP="00325FB6">
            <w:pPr>
              <w:rPr>
                <w:rFonts w:ascii="Arial" w:hAnsi="Arial" w:cs="Arial"/>
                <w:lang w:val="en-GB"/>
              </w:rPr>
            </w:pPr>
            <w:r w:rsidRPr="00325FB6">
              <w:rPr>
                <w:rFonts w:ascii="Arial" w:hAnsi="Arial" w:cs="Arial"/>
                <w:lang w:val="en-GB"/>
              </w:rPr>
              <w:t>                    &lt;/li&gt;</w:t>
            </w:r>
          </w:p>
          <w:p w14:paraId="0BA53AF8" w14:textId="77777777" w:rsidR="00325FB6" w:rsidRPr="00325FB6" w:rsidRDefault="00325FB6" w:rsidP="00325FB6">
            <w:pPr>
              <w:rPr>
                <w:rFonts w:ascii="Arial" w:hAnsi="Arial" w:cs="Arial"/>
                <w:lang w:val="en-GB"/>
              </w:rPr>
            </w:pPr>
          </w:p>
          <w:p w14:paraId="5CD3FA48" w14:textId="77777777" w:rsidR="00325FB6" w:rsidRPr="00325FB6" w:rsidRDefault="00325FB6" w:rsidP="00325FB6">
            <w:pPr>
              <w:rPr>
                <w:rFonts w:ascii="Arial" w:hAnsi="Arial" w:cs="Arial"/>
                <w:lang w:val="en-GB"/>
              </w:rPr>
            </w:pPr>
            <w:r w:rsidRPr="00325FB6">
              <w:rPr>
                <w:rFonts w:ascii="Arial" w:hAnsi="Arial" w:cs="Arial"/>
                <w:lang w:val="en-GB"/>
              </w:rPr>
              <w:t>                    &lt;li class="nav-item"&gt;</w:t>
            </w:r>
          </w:p>
          <w:p w14:paraId="4B359338" w14:textId="77777777" w:rsidR="00325FB6" w:rsidRPr="00325FB6" w:rsidRDefault="00325FB6" w:rsidP="00325FB6">
            <w:pPr>
              <w:rPr>
                <w:rFonts w:ascii="Arial" w:hAnsi="Arial" w:cs="Arial"/>
                <w:lang w:val="en-GB"/>
              </w:rPr>
            </w:pPr>
            <w:r w:rsidRPr="00325FB6">
              <w:rPr>
                <w:rFonts w:ascii="Arial" w:hAnsi="Arial" w:cs="Arial"/>
                <w:lang w:val="en-GB"/>
              </w:rPr>
              <w:t>                        &lt;a</w:t>
            </w:r>
          </w:p>
          <w:p w14:paraId="615D96DF" w14:textId="77777777" w:rsidR="00325FB6" w:rsidRPr="00325FB6" w:rsidRDefault="00325FB6" w:rsidP="00325FB6">
            <w:pPr>
              <w:rPr>
                <w:rFonts w:ascii="Arial" w:hAnsi="Arial" w:cs="Arial"/>
                <w:lang w:val="en-GB"/>
              </w:rPr>
            </w:pPr>
            <w:r w:rsidRPr="00325FB6">
              <w:rPr>
                <w:rFonts w:ascii="Arial" w:hAnsi="Arial" w:cs="Arial"/>
                <w:lang w:val="en-GB"/>
              </w:rPr>
              <w:t>                            class="nav-link active"</w:t>
            </w:r>
          </w:p>
          <w:p w14:paraId="5E71C672" w14:textId="77777777" w:rsidR="00325FB6" w:rsidRPr="00325FB6" w:rsidRDefault="00325FB6" w:rsidP="00325FB6">
            <w:pPr>
              <w:rPr>
                <w:rFonts w:ascii="Arial" w:hAnsi="Arial" w:cs="Arial"/>
                <w:lang w:val="en-GB"/>
              </w:rPr>
            </w:pPr>
            <w:r w:rsidRPr="00325FB6">
              <w:rPr>
                <w:rFonts w:ascii="Arial" w:hAnsi="Arial" w:cs="Arial"/>
                <w:lang w:val="en-GB"/>
              </w:rPr>
              <w:t>                            href="./HELLO.html"</w:t>
            </w:r>
          </w:p>
          <w:p w14:paraId="4DD6F0A9" w14:textId="77777777" w:rsidR="00325FB6" w:rsidRPr="00325FB6" w:rsidRDefault="00325FB6" w:rsidP="00325FB6">
            <w:pPr>
              <w:rPr>
                <w:rFonts w:ascii="Arial" w:hAnsi="Arial" w:cs="Arial"/>
                <w:lang w:val="en-GB"/>
              </w:rPr>
            </w:pPr>
            <w:r w:rsidRPr="00325FB6">
              <w:rPr>
                <w:rFonts w:ascii="Arial" w:hAnsi="Arial" w:cs="Arial"/>
                <w:lang w:val="en-GB"/>
              </w:rPr>
              <w:t>                        &gt;</w:t>
            </w:r>
          </w:p>
          <w:p w14:paraId="49DB56CA" w14:textId="77777777" w:rsidR="00325FB6" w:rsidRPr="00325FB6" w:rsidRDefault="00325FB6" w:rsidP="00325FB6">
            <w:pPr>
              <w:rPr>
                <w:rFonts w:ascii="Arial" w:hAnsi="Arial" w:cs="Arial"/>
                <w:lang w:val="en-GB"/>
              </w:rPr>
            </w:pPr>
            <w:r w:rsidRPr="00325FB6">
              <w:rPr>
                <w:rFonts w:ascii="Arial" w:hAnsi="Arial" w:cs="Arial"/>
                <w:lang w:val="en-GB"/>
              </w:rPr>
              <w:t>                            Login</w:t>
            </w:r>
          </w:p>
          <w:p w14:paraId="7E9D6396" w14:textId="77777777" w:rsidR="00325FB6" w:rsidRPr="00325FB6" w:rsidRDefault="00325FB6" w:rsidP="00325FB6">
            <w:pPr>
              <w:rPr>
                <w:rFonts w:ascii="Arial" w:hAnsi="Arial" w:cs="Arial"/>
                <w:lang w:val="en-GB"/>
              </w:rPr>
            </w:pPr>
            <w:r w:rsidRPr="00325FB6">
              <w:rPr>
                <w:rFonts w:ascii="Arial" w:hAnsi="Arial" w:cs="Arial"/>
                <w:lang w:val="en-GB"/>
              </w:rPr>
              <w:t>                        &lt;/a&gt;</w:t>
            </w:r>
          </w:p>
          <w:p w14:paraId="77027A62" w14:textId="77777777" w:rsidR="00325FB6" w:rsidRPr="00325FB6" w:rsidRDefault="00325FB6" w:rsidP="00325FB6">
            <w:pPr>
              <w:rPr>
                <w:rFonts w:ascii="Arial" w:hAnsi="Arial" w:cs="Arial"/>
                <w:lang w:val="en-GB"/>
              </w:rPr>
            </w:pPr>
            <w:r w:rsidRPr="00325FB6">
              <w:rPr>
                <w:rFonts w:ascii="Arial" w:hAnsi="Arial" w:cs="Arial"/>
                <w:lang w:val="en-GB"/>
              </w:rPr>
              <w:t>                    &lt;/li&gt;</w:t>
            </w:r>
          </w:p>
          <w:p w14:paraId="351DFC69" w14:textId="77777777" w:rsidR="00325FB6" w:rsidRPr="00325FB6" w:rsidRDefault="00325FB6" w:rsidP="00325FB6">
            <w:pPr>
              <w:rPr>
                <w:rFonts w:ascii="Arial" w:hAnsi="Arial" w:cs="Arial"/>
                <w:lang w:val="en-GB"/>
              </w:rPr>
            </w:pPr>
          </w:p>
          <w:p w14:paraId="5A6916E5" w14:textId="77777777" w:rsidR="00325FB6" w:rsidRPr="00325FB6" w:rsidRDefault="00325FB6" w:rsidP="00325FB6">
            <w:pPr>
              <w:rPr>
                <w:rFonts w:ascii="Arial" w:hAnsi="Arial" w:cs="Arial"/>
                <w:lang w:val="en-GB"/>
              </w:rPr>
            </w:pPr>
            <w:r w:rsidRPr="00325FB6">
              <w:rPr>
                <w:rFonts w:ascii="Arial" w:hAnsi="Arial" w:cs="Arial"/>
                <w:lang w:val="en-GB"/>
              </w:rPr>
              <w:t>                    &lt;li class="nav-item"&gt;</w:t>
            </w:r>
          </w:p>
          <w:p w14:paraId="0CA0255D" w14:textId="77777777" w:rsidR="00325FB6" w:rsidRPr="00325FB6" w:rsidRDefault="00325FB6" w:rsidP="00325FB6">
            <w:pPr>
              <w:rPr>
                <w:rFonts w:ascii="Arial" w:hAnsi="Arial" w:cs="Arial"/>
                <w:lang w:val="en-GB"/>
              </w:rPr>
            </w:pPr>
            <w:r w:rsidRPr="00325FB6">
              <w:rPr>
                <w:rFonts w:ascii="Arial" w:hAnsi="Arial" w:cs="Arial"/>
                <w:lang w:val="en-GB"/>
              </w:rPr>
              <w:t>                        &lt;a</w:t>
            </w:r>
          </w:p>
          <w:p w14:paraId="76C60FE9" w14:textId="77777777" w:rsidR="00325FB6" w:rsidRPr="00325FB6" w:rsidRDefault="00325FB6" w:rsidP="00325FB6">
            <w:pPr>
              <w:rPr>
                <w:rFonts w:ascii="Arial" w:hAnsi="Arial" w:cs="Arial"/>
                <w:lang w:val="en-GB"/>
              </w:rPr>
            </w:pPr>
            <w:r w:rsidRPr="00325FB6">
              <w:rPr>
                <w:rFonts w:ascii="Arial" w:hAnsi="Arial" w:cs="Arial"/>
                <w:lang w:val="en-GB"/>
              </w:rPr>
              <w:t>                            class="nav-link"</w:t>
            </w:r>
          </w:p>
          <w:p w14:paraId="275D6784" w14:textId="77777777" w:rsidR="00325FB6" w:rsidRPr="00325FB6" w:rsidRDefault="00325FB6" w:rsidP="00325FB6">
            <w:pPr>
              <w:rPr>
                <w:rFonts w:ascii="Arial" w:hAnsi="Arial" w:cs="Arial"/>
                <w:lang w:val="en-GB"/>
              </w:rPr>
            </w:pPr>
            <w:r w:rsidRPr="00325FB6">
              <w:rPr>
                <w:rFonts w:ascii="Arial" w:hAnsi="Arial" w:cs="Arial"/>
                <w:lang w:val="en-GB"/>
              </w:rPr>
              <w:t>                            href="./contacus.html"</w:t>
            </w:r>
          </w:p>
          <w:p w14:paraId="4558EED2" w14:textId="77777777" w:rsidR="00325FB6" w:rsidRPr="00325FB6" w:rsidRDefault="00325FB6" w:rsidP="00325FB6">
            <w:pPr>
              <w:rPr>
                <w:rFonts w:ascii="Arial" w:hAnsi="Arial" w:cs="Arial"/>
                <w:lang w:val="en-GB"/>
              </w:rPr>
            </w:pPr>
            <w:r w:rsidRPr="00325FB6">
              <w:rPr>
                <w:rFonts w:ascii="Arial" w:hAnsi="Arial" w:cs="Arial"/>
                <w:lang w:val="en-GB"/>
              </w:rPr>
              <w:lastRenderedPageBreak/>
              <w:t>                        &gt;</w:t>
            </w:r>
          </w:p>
          <w:p w14:paraId="7FCECD25" w14:textId="77777777" w:rsidR="00325FB6" w:rsidRPr="00325FB6" w:rsidRDefault="00325FB6" w:rsidP="00325FB6">
            <w:pPr>
              <w:rPr>
                <w:rFonts w:ascii="Arial" w:hAnsi="Arial" w:cs="Arial"/>
                <w:lang w:val="en-GB"/>
              </w:rPr>
            </w:pPr>
            <w:r w:rsidRPr="00325FB6">
              <w:rPr>
                <w:rFonts w:ascii="Arial" w:hAnsi="Arial" w:cs="Arial"/>
                <w:lang w:val="en-GB"/>
              </w:rPr>
              <w:t>                            Contact Us</w:t>
            </w:r>
          </w:p>
          <w:p w14:paraId="3BA102FF" w14:textId="77777777" w:rsidR="00325FB6" w:rsidRPr="00325FB6" w:rsidRDefault="00325FB6" w:rsidP="00325FB6">
            <w:pPr>
              <w:rPr>
                <w:rFonts w:ascii="Arial" w:hAnsi="Arial" w:cs="Arial"/>
                <w:lang w:val="en-GB"/>
              </w:rPr>
            </w:pPr>
            <w:r w:rsidRPr="00325FB6">
              <w:rPr>
                <w:rFonts w:ascii="Arial" w:hAnsi="Arial" w:cs="Arial"/>
                <w:lang w:val="en-GB"/>
              </w:rPr>
              <w:t>                        &lt;/a&gt;</w:t>
            </w:r>
          </w:p>
          <w:p w14:paraId="2AFCC289" w14:textId="77777777" w:rsidR="00325FB6" w:rsidRPr="00325FB6" w:rsidRDefault="00325FB6" w:rsidP="00325FB6">
            <w:pPr>
              <w:rPr>
                <w:rFonts w:ascii="Arial" w:hAnsi="Arial" w:cs="Arial"/>
                <w:lang w:val="en-GB"/>
              </w:rPr>
            </w:pPr>
            <w:r w:rsidRPr="00325FB6">
              <w:rPr>
                <w:rFonts w:ascii="Arial" w:hAnsi="Arial" w:cs="Arial"/>
                <w:lang w:val="en-GB"/>
              </w:rPr>
              <w:t>                    &lt;/li&gt;</w:t>
            </w:r>
          </w:p>
          <w:p w14:paraId="3DBFC9B3" w14:textId="77777777" w:rsidR="00325FB6" w:rsidRPr="00325FB6" w:rsidRDefault="00325FB6" w:rsidP="00325FB6">
            <w:pPr>
              <w:rPr>
                <w:rFonts w:ascii="Arial" w:hAnsi="Arial" w:cs="Arial"/>
                <w:lang w:val="en-GB"/>
              </w:rPr>
            </w:pPr>
          </w:p>
          <w:p w14:paraId="01A9C042" w14:textId="77777777" w:rsidR="00325FB6" w:rsidRPr="00325FB6" w:rsidRDefault="00325FB6" w:rsidP="00325FB6">
            <w:pPr>
              <w:rPr>
                <w:rFonts w:ascii="Arial" w:hAnsi="Arial" w:cs="Arial"/>
                <w:lang w:val="en-GB"/>
              </w:rPr>
            </w:pPr>
            <w:r w:rsidRPr="00325FB6">
              <w:rPr>
                <w:rFonts w:ascii="Arial" w:hAnsi="Arial" w:cs="Arial"/>
                <w:lang w:val="en-GB"/>
              </w:rPr>
              <w:t>                    &lt;li class="nav-item"&gt;</w:t>
            </w:r>
          </w:p>
          <w:p w14:paraId="68414A7D" w14:textId="77777777" w:rsidR="00325FB6" w:rsidRPr="00325FB6" w:rsidRDefault="00325FB6" w:rsidP="00325FB6">
            <w:pPr>
              <w:rPr>
                <w:rFonts w:ascii="Arial" w:hAnsi="Arial" w:cs="Arial"/>
                <w:lang w:val="en-GB"/>
              </w:rPr>
            </w:pPr>
            <w:r w:rsidRPr="00325FB6">
              <w:rPr>
                <w:rFonts w:ascii="Arial" w:hAnsi="Arial" w:cs="Arial"/>
                <w:lang w:val="en-GB"/>
              </w:rPr>
              <w:t>                        &lt;!--&lt;a class="nav-link disabled" aria-disabled="true"&gt;Disabled&lt;/a&gt;--&gt;</w:t>
            </w:r>
          </w:p>
          <w:p w14:paraId="2BD38530" w14:textId="77777777" w:rsidR="00325FB6" w:rsidRPr="00325FB6" w:rsidRDefault="00325FB6" w:rsidP="00325FB6">
            <w:pPr>
              <w:rPr>
                <w:rFonts w:ascii="Arial" w:hAnsi="Arial" w:cs="Arial"/>
                <w:lang w:val="en-GB"/>
              </w:rPr>
            </w:pPr>
          </w:p>
          <w:p w14:paraId="6CA95754" w14:textId="77777777" w:rsidR="00325FB6" w:rsidRPr="00325FB6" w:rsidRDefault="00325FB6" w:rsidP="00325FB6">
            <w:pPr>
              <w:rPr>
                <w:rFonts w:ascii="Arial" w:hAnsi="Arial" w:cs="Arial"/>
                <w:lang w:val="en-GB"/>
              </w:rPr>
            </w:pPr>
            <w:r w:rsidRPr="00325FB6">
              <w:rPr>
                <w:rFonts w:ascii="Arial" w:hAnsi="Arial" w:cs="Arial"/>
                <w:lang w:val="en-GB"/>
              </w:rPr>
              <w:t>                        &lt;a</w:t>
            </w:r>
          </w:p>
          <w:p w14:paraId="37882A00" w14:textId="77777777" w:rsidR="00325FB6" w:rsidRPr="00325FB6" w:rsidRDefault="00325FB6" w:rsidP="00325FB6">
            <w:pPr>
              <w:rPr>
                <w:rFonts w:ascii="Arial" w:hAnsi="Arial" w:cs="Arial"/>
                <w:lang w:val="en-GB"/>
              </w:rPr>
            </w:pPr>
            <w:r w:rsidRPr="00325FB6">
              <w:rPr>
                <w:rFonts w:ascii="Arial" w:hAnsi="Arial" w:cs="Arial"/>
                <w:lang w:val="en-GB"/>
              </w:rPr>
              <w:t>                            class="nav-link"</w:t>
            </w:r>
          </w:p>
          <w:p w14:paraId="7DC01ED5" w14:textId="77777777" w:rsidR="00325FB6" w:rsidRPr="00325FB6" w:rsidRDefault="00325FB6" w:rsidP="00325FB6">
            <w:pPr>
              <w:rPr>
                <w:rFonts w:ascii="Arial" w:hAnsi="Arial" w:cs="Arial"/>
                <w:lang w:val="en-GB"/>
              </w:rPr>
            </w:pPr>
            <w:r w:rsidRPr="00325FB6">
              <w:rPr>
                <w:rFonts w:ascii="Arial" w:hAnsi="Arial" w:cs="Arial"/>
                <w:lang w:val="en-GB"/>
              </w:rPr>
              <w:t>                            href="./aboutus.html"</w:t>
            </w:r>
          </w:p>
          <w:p w14:paraId="4E6BD39B" w14:textId="77777777" w:rsidR="00325FB6" w:rsidRPr="00325FB6" w:rsidRDefault="00325FB6" w:rsidP="00325FB6">
            <w:pPr>
              <w:rPr>
                <w:rFonts w:ascii="Arial" w:hAnsi="Arial" w:cs="Arial"/>
                <w:lang w:val="en-GB"/>
              </w:rPr>
            </w:pPr>
            <w:r w:rsidRPr="00325FB6">
              <w:rPr>
                <w:rFonts w:ascii="Arial" w:hAnsi="Arial" w:cs="Arial"/>
                <w:lang w:val="en-GB"/>
              </w:rPr>
              <w:t>                        &gt;</w:t>
            </w:r>
          </w:p>
          <w:p w14:paraId="19A1AF76" w14:textId="77777777" w:rsidR="00325FB6" w:rsidRPr="00325FB6" w:rsidRDefault="00325FB6" w:rsidP="00325FB6">
            <w:pPr>
              <w:rPr>
                <w:rFonts w:ascii="Arial" w:hAnsi="Arial" w:cs="Arial"/>
                <w:lang w:val="en-GB"/>
              </w:rPr>
            </w:pPr>
            <w:r w:rsidRPr="00325FB6">
              <w:rPr>
                <w:rFonts w:ascii="Arial" w:hAnsi="Arial" w:cs="Arial"/>
                <w:lang w:val="en-GB"/>
              </w:rPr>
              <w:t>                            About Us</w:t>
            </w:r>
          </w:p>
          <w:p w14:paraId="6AD506A6" w14:textId="77777777" w:rsidR="00325FB6" w:rsidRPr="00325FB6" w:rsidRDefault="00325FB6" w:rsidP="00325FB6">
            <w:pPr>
              <w:rPr>
                <w:rFonts w:ascii="Arial" w:hAnsi="Arial" w:cs="Arial"/>
                <w:lang w:val="en-GB"/>
              </w:rPr>
            </w:pPr>
            <w:r w:rsidRPr="00325FB6">
              <w:rPr>
                <w:rFonts w:ascii="Arial" w:hAnsi="Arial" w:cs="Arial"/>
                <w:lang w:val="en-GB"/>
              </w:rPr>
              <w:t>                        &lt;/a&gt;</w:t>
            </w:r>
          </w:p>
          <w:p w14:paraId="096D04C5" w14:textId="77777777" w:rsidR="00325FB6" w:rsidRPr="00325FB6" w:rsidRDefault="00325FB6" w:rsidP="00325FB6">
            <w:pPr>
              <w:rPr>
                <w:rFonts w:ascii="Arial" w:hAnsi="Arial" w:cs="Arial"/>
                <w:lang w:val="en-GB"/>
              </w:rPr>
            </w:pPr>
            <w:r w:rsidRPr="00325FB6">
              <w:rPr>
                <w:rFonts w:ascii="Arial" w:hAnsi="Arial" w:cs="Arial"/>
                <w:lang w:val="en-GB"/>
              </w:rPr>
              <w:t>                    &lt;/li&gt;</w:t>
            </w:r>
          </w:p>
          <w:p w14:paraId="365CB3C9" w14:textId="77777777" w:rsidR="00325FB6" w:rsidRPr="00325FB6" w:rsidRDefault="00325FB6" w:rsidP="00325FB6">
            <w:pPr>
              <w:rPr>
                <w:rFonts w:ascii="Arial" w:hAnsi="Arial" w:cs="Arial"/>
                <w:lang w:val="en-GB"/>
              </w:rPr>
            </w:pPr>
          </w:p>
          <w:p w14:paraId="1D6A0508" w14:textId="77777777" w:rsidR="00325FB6" w:rsidRPr="00325FB6" w:rsidRDefault="00325FB6" w:rsidP="00325FB6">
            <w:pPr>
              <w:rPr>
                <w:rFonts w:ascii="Arial" w:hAnsi="Arial" w:cs="Arial"/>
                <w:lang w:val="en-GB"/>
              </w:rPr>
            </w:pPr>
            <w:r w:rsidRPr="00325FB6">
              <w:rPr>
                <w:rFonts w:ascii="Arial" w:hAnsi="Arial" w:cs="Arial"/>
                <w:lang w:val="en-GB"/>
              </w:rPr>
              <w:t>                &lt;/ul&gt;</w:t>
            </w:r>
          </w:p>
          <w:p w14:paraId="074FC3AD" w14:textId="77777777" w:rsidR="00325FB6" w:rsidRPr="00325FB6" w:rsidRDefault="00325FB6" w:rsidP="00325FB6">
            <w:pPr>
              <w:rPr>
                <w:rFonts w:ascii="Arial" w:hAnsi="Arial" w:cs="Arial"/>
                <w:lang w:val="en-GB"/>
              </w:rPr>
            </w:pPr>
            <w:r w:rsidRPr="00325FB6">
              <w:rPr>
                <w:rFonts w:ascii="Arial" w:hAnsi="Arial" w:cs="Arial"/>
                <w:lang w:val="en-GB"/>
              </w:rPr>
              <w:t>            &lt;/td&gt;</w:t>
            </w:r>
          </w:p>
          <w:p w14:paraId="1A126711" w14:textId="77777777" w:rsidR="00325FB6" w:rsidRPr="00325FB6" w:rsidRDefault="00325FB6" w:rsidP="00325FB6">
            <w:pPr>
              <w:rPr>
                <w:rFonts w:ascii="Arial" w:hAnsi="Arial" w:cs="Arial"/>
                <w:lang w:val="en-GB"/>
              </w:rPr>
            </w:pPr>
            <w:r w:rsidRPr="00325FB6">
              <w:rPr>
                <w:rFonts w:ascii="Arial" w:hAnsi="Arial" w:cs="Arial"/>
                <w:lang w:val="en-GB"/>
              </w:rPr>
              <w:t>        &lt;/tr&gt;</w:t>
            </w:r>
          </w:p>
          <w:p w14:paraId="4F08B8E3" w14:textId="77777777" w:rsidR="00325FB6" w:rsidRPr="00325FB6" w:rsidRDefault="00325FB6" w:rsidP="00325FB6">
            <w:pPr>
              <w:rPr>
                <w:rFonts w:ascii="Arial" w:hAnsi="Arial" w:cs="Arial"/>
                <w:lang w:val="en-GB"/>
              </w:rPr>
            </w:pPr>
          </w:p>
          <w:p w14:paraId="1CA9C1C5" w14:textId="77777777" w:rsidR="00325FB6" w:rsidRPr="00325FB6" w:rsidRDefault="00325FB6" w:rsidP="00325FB6">
            <w:pPr>
              <w:rPr>
                <w:rFonts w:ascii="Arial" w:hAnsi="Arial" w:cs="Arial"/>
                <w:lang w:val="en-GB"/>
              </w:rPr>
            </w:pPr>
            <w:r w:rsidRPr="00325FB6">
              <w:rPr>
                <w:rFonts w:ascii="Arial" w:hAnsi="Arial" w:cs="Arial"/>
                <w:lang w:val="en-GB"/>
              </w:rPr>
              <w:t>        &lt;tr&gt;</w:t>
            </w:r>
          </w:p>
          <w:p w14:paraId="377B6C39"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td</w:t>
            </w:r>
            <w:proofErr w:type="spellEnd"/>
            <w:r w:rsidRPr="00325FB6">
              <w:rPr>
                <w:rFonts w:ascii="Arial" w:hAnsi="Arial" w:cs="Arial"/>
                <w:lang w:val="en-GB"/>
              </w:rPr>
              <w:t xml:space="preserve"> </w:t>
            </w:r>
            <w:proofErr w:type="gramStart"/>
            <w:r w:rsidRPr="00325FB6">
              <w:rPr>
                <w:rFonts w:ascii="Arial" w:hAnsi="Arial" w:cs="Arial"/>
                <w:lang w:val="en-GB"/>
              </w:rPr>
              <w:t>align</w:t>
            </w:r>
            <w:proofErr w:type="gramEnd"/>
            <w:r w:rsidRPr="00325FB6">
              <w:rPr>
                <w:rFonts w:ascii="Arial" w:hAnsi="Arial" w:cs="Arial"/>
                <w:lang w:val="en-GB"/>
              </w:rPr>
              <w:t>="center"&gt;</w:t>
            </w:r>
          </w:p>
          <w:p w14:paraId="14F38F64" w14:textId="77777777" w:rsidR="00325FB6" w:rsidRPr="00325FB6" w:rsidRDefault="00325FB6" w:rsidP="00325FB6">
            <w:pPr>
              <w:rPr>
                <w:rFonts w:ascii="Arial" w:hAnsi="Arial" w:cs="Arial"/>
                <w:lang w:val="en-GB"/>
              </w:rPr>
            </w:pPr>
          </w:p>
          <w:p w14:paraId="5ED0AA25" w14:textId="77777777" w:rsidR="00325FB6" w:rsidRPr="00325FB6" w:rsidRDefault="00325FB6" w:rsidP="00325FB6">
            <w:pPr>
              <w:rPr>
                <w:rFonts w:ascii="Arial" w:hAnsi="Arial" w:cs="Arial"/>
                <w:lang w:val="en-GB"/>
              </w:rPr>
            </w:pPr>
            <w:r w:rsidRPr="00325FB6">
              <w:rPr>
                <w:rFonts w:ascii="Arial" w:hAnsi="Arial" w:cs="Arial"/>
                <w:lang w:val="en-GB"/>
              </w:rPr>
              <w:t>                &lt;a href="./index.html"&gt;</w:t>
            </w:r>
          </w:p>
          <w:p w14:paraId="061C3DD6" w14:textId="77777777" w:rsidR="00325FB6" w:rsidRPr="00325FB6" w:rsidRDefault="00325FB6" w:rsidP="00325FB6">
            <w:pPr>
              <w:rPr>
                <w:rFonts w:ascii="Arial" w:hAnsi="Arial" w:cs="Arial"/>
                <w:lang w:val="en-GB"/>
              </w:rPr>
            </w:pPr>
            <w:r w:rsidRPr="00325FB6">
              <w:rPr>
                <w:rFonts w:ascii="Arial" w:hAnsi="Arial" w:cs="Arial"/>
                <w:lang w:val="en-GB"/>
              </w:rPr>
              <w:t>                    &lt;img</w:t>
            </w:r>
          </w:p>
          <w:p w14:paraId="047CFFE8" w14:textId="77777777" w:rsidR="00325FB6" w:rsidRPr="00325FB6" w:rsidRDefault="00325FB6" w:rsidP="00325FB6">
            <w:pPr>
              <w:rPr>
                <w:rFonts w:ascii="Arial" w:hAnsi="Arial" w:cs="Arial"/>
                <w:lang w:val="en-GB"/>
              </w:rPr>
            </w:pPr>
            <w:r w:rsidRPr="00325FB6">
              <w:rPr>
                <w:rFonts w:ascii="Arial" w:hAnsi="Arial" w:cs="Arial"/>
                <w:lang w:val="en-GB"/>
              </w:rPr>
              <w:t xml:space="preserve">                        </w:t>
            </w:r>
            <w:proofErr w:type="spellStart"/>
            <w:r w:rsidRPr="00325FB6">
              <w:rPr>
                <w:rFonts w:ascii="Arial" w:hAnsi="Arial" w:cs="Arial"/>
                <w:lang w:val="en-GB"/>
              </w:rPr>
              <w:t>src</w:t>
            </w:r>
            <w:proofErr w:type="spellEnd"/>
            <w:r w:rsidRPr="00325FB6">
              <w:rPr>
                <w:rFonts w:ascii="Arial" w:hAnsi="Arial" w:cs="Arial"/>
                <w:lang w:val="en-GB"/>
              </w:rPr>
              <w:t>="./images/store.jpg"</w:t>
            </w:r>
          </w:p>
          <w:p w14:paraId="4A720D7F" w14:textId="77777777" w:rsidR="00325FB6" w:rsidRPr="00325FB6" w:rsidRDefault="00325FB6" w:rsidP="00325FB6">
            <w:pPr>
              <w:rPr>
                <w:rFonts w:ascii="Arial" w:hAnsi="Arial" w:cs="Arial"/>
                <w:lang w:val="en-GB"/>
              </w:rPr>
            </w:pPr>
            <w:r w:rsidRPr="00325FB6">
              <w:rPr>
                <w:rFonts w:ascii="Arial" w:hAnsi="Arial" w:cs="Arial"/>
                <w:lang w:val="en-GB"/>
              </w:rPr>
              <w:t>                        alt="</w:t>
            </w:r>
            <w:proofErr w:type="spellStart"/>
            <w:r w:rsidRPr="00325FB6">
              <w:rPr>
                <w:rFonts w:ascii="Arial" w:hAnsi="Arial" w:cs="Arial"/>
                <w:lang w:val="en-GB"/>
              </w:rPr>
              <w:t>eStore</w:t>
            </w:r>
            <w:proofErr w:type="spellEnd"/>
            <w:r w:rsidRPr="00325FB6">
              <w:rPr>
                <w:rFonts w:ascii="Arial" w:hAnsi="Arial" w:cs="Arial"/>
                <w:lang w:val="en-GB"/>
              </w:rPr>
              <w:t>"</w:t>
            </w:r>
          </w:p>
          <w:p w14:paraId="147C8D0B" w14:textId="77777777" w:rsidR="00325FB6" w:rsidRPr="00325FB6" w:rsidRDefault="00325FB6" w:rsidP="00325FB6">
            <w:pPr>
              <w:rPr>
                <w:rFonts w:ascii="Arial" w:hAnsi="Arial" w:cs="Arial"/>
                <w:lang w:val="en-GB"/>
              </w:rPr>
            </w:pPr>
            <w:r w:rsidRPr="00325FB6">
              <w:rPr>
                <w:rFonts w:ascii="Arial" w:hAnsi="Arial" w:cs="Arial"/>
                <w:lang w:val="en-GB"/>
              </w:rPr>
              <w:t>                    &gt;</w:t>
            </w:r>
          </w:p>
          <w:p w14:paraId="093B928D" w14:textId="77777777" w:rsidR="00325FB6" w:rsidRPr="00325FB6" w:rsidRDefault="00325FB6" w:rsidP="00325FB6">
            <w:pPr>
              <w:rPr>
                <w:rFonts w:ascii="Arial" w:hAnsi="Arial" w:cs="Arial"/>
                <w:lang w:val="en-GB"/>
              </w:rPr>
            </w:pPr>
          </w:p>
          <w:p w14:paraId="4D71DD80"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244B4CC5"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77CCF02A" w14:textId="77777777" w:rsidR="00325FB6" w:rsidRPr="00325FB6" w:rsidRDefault="00325FB6" w:rsidP="00325FB6">
            <w:pPr>
              <w:rPr>
                <w:rFonts w:ascii="Arial" w:hAnsi="Arial" w:cs="Arial"/>
                <w:lang w:val="en-GB"/>
              </w:rPr>
            </w:pPr>
            <w:r w:rsidRPr="00325FB6">
              <w:rPr>
                <w:rFonts w:ascii="Arial" w:hAnsi="Arial" w:cs="Arial"/>
                <w:lang w:val="en-GB"/>
              </w:rPr>
              <w:t>                &lt;/a&gt;</w:t>
            </w:r>
          </w:p>
          <w:p w14:paraId="0C2669DB" w14:textId="77777777" w:rsidR="00325FB6" w:rsidRPr="00325FB6" w:rsidRDefault="00325FB6" w:rsidP="00325FB6">
            <w:pPr>
              <w:rPr>
                <w:rFonts w:ascii="Arial" w:hAnsi="Arial" w:cs="Arial"/>
                <w:lang w:val="en-GB"/>
              </w:rPr>
            </w:pPr>
          </w:p>
          <w:p w14:paraId="38B7ADEE" w14:textId="77777777" w:rsidR="00325FB6" w:rsidRPr="00325FB6" w:rsidRDefault="00325FB6" w:rsidP="00325FB6">
            <w:pPr>
              <w:rPr>
                <w:rFonts w:ascii="Arial" w:hAnsi="Arial" w:cs="Arial"/>
                <w:lang w:val="en-GB"/>
              </w:rPr>
            </w:pPr>
            <w:r w:rsidRPr="00325FB6">
              <w:rPr>
                <w:rFonts w:ascii="Arial" w:hAnsi="Arial" w:cs="Arial"/>
                <w:lang w:val="en-GB"/>
              </w:rPr>
              <w:t>            &lt;/td&gt;</w:t>
            </w:r>
          </w:p>
          <w:p w14:paraId="79986637" w14:textId="77777777" w:rsidR="00325FB6" w:rsidRPr="00325FB6" w:rsidRDefault="00325FB6" w:rsidP="00325FB6">
            <w:pPr>
              <w:rPr>
                <w:rFonts w:ascii="Arial" w:hAnsi="Arial" w:cs="Arial"/>
                <w:lang w:val="en-GB"/>
              </w:rPr>
            </w:pPr>
          </w:p>
          <w:p w14:paraId="66963541" w14:textId="77777777" w:rsidR="00325FB6" w:rsidRPr="00325FB6" w:rsidRDefault="00325FB6" w:rsidP="00325FB6">
            <w:pPr>
              <w:rPr>
                <w:rFonts w:ascii="Arial" w:hAnsi="Arial" w:cs="Arial"/>
                <w:lang w:val="en-GB"/>
              </w:rPr>
            </w:pPr>
            <w:r w:rsidRPr="00325FB6">
              <w:rPr>
                <w:rFonts w:ascii="Arial" w:hAnsi="Arial" w:cs="Arial"/>
                <w:lang w:val="en-GB"/>
              </w:rPr>
              <w:t>            &lt;td&gt;&lt;/td&gt;</w:t>
            </w:r>
          </w:p>
          <w:p w14:paraId="2B85E065" w14:textId="77777777" w:rsidR="00325FB6" w:rsidRPr="00325FB6" w:rsidRDefault="00325FB6" w:rsidP="00325FB6">
            <w:pPr>
              <w:rPr>
                <w:rFonts w:ascii="Arial" w:hAnsi="Arial" w:cs="Arial"/>
                <w:lang w:val="en-GB"/>
              </w:rPr>
            </w:pPr>
            <w:r w:rsidRPr="00325FB6">
              <w:rPr>
                <w:rFonts w:ascii="Arial" w:hAnsi="Arial" w:cs="Arial"/>
                <w:lang w:val="en-GB"/>
              </w:rPr>
              <w:t>        &lt;/tr&gt;</w:t>
            </w:r>
          </w:p>
          <w:p w14:paraId="49FE5E1B" w14:textId="77777777" w:rsidR="00325FB6" w:rsidRPr="00325FB6" w:rsidRDefault="00325FB6" w:rsidP="00325FB6">
            <w:pPr>
              <w:rPr>
                <w:rFonts w:ascii="Arial" w:hAnsi="Arial" w:cs="Arial"/>
                <w:lang w:val="en-GB"/>
              </w:rPr>
            </w:pPr>
            <w:r w:rsidRPr="00325FB6">
              <w:rPr>
                <w:rFonts w:ascii="Arial" w:hAnsi="Arial" w:cs="Arial"/>
                <w:lang w:val="en-GB"/>
              </w:rPr>
              <w:t>    &lt;/table&gt;</w:t>
            </w:r>
          </w:p>
          <w:p w14:paraId="3E6CFC5D" w14:textId="77777777" w:rsidR="00325FB6" w:rsidRPr="00325FB6" w:rsidRDefault="00325FB6" w:rsidP="00325FB6">
            <w:pPr>
              <w:rPr>
                <w:rFonts w:ascii="Arial" w:hAnsi="Arial" w:cs="Arial"/>
                <w:lang w:val="en-GB"/>
              </w:rPr>
            </w:pPr>
          </w:p>
          <w:p w14:paraId="761A4B5B" w14:textId="77777777" w:rsidR="00325FB6" w:rsidRPr="00325FB6" w:rsidRDefault="00325FB6" w:rsidP="00325FB6">
            <w:pPr>
              <w:rPr>
                <w:rFonts w:ascii="Arial" w:hAnsi="Arial" w:cs="Arial"/>
                <w:lang w:val="en-GB"/>
              </w:rPr>
            </w:pPr>
            <w:r w:rsidRPr="00325FB6">
              <w:rPr>
                <w:rFonts w:ascii="Arial" w:hAnsi="Arial" w:cs="Arial"/>
                <w:lang w:val="en-GB"/>
              </w:rPr>
              <w:t>    &lt;div class="form-container"&gt;</w:t>
            </w:r>
          </w:p>
          <w:p w14:paraId="69C9DE83" w14:textId="77777777" w:rsidR="00325FB6" w:rsidRPr="00325FB6" w:rsidRDefault="00325FB6" w:rsidP="00325FB6">
            <w:pPr>
              <w:rPr>
                <w:rFonts w:ascii="Arial" w:hAnsi="Arial" w:cs="Arial"/>
                <w:lang w:val="en-GB"/>
              </w:rPr>
            </w:pPr>
          </w:p>
          <w:p w14:paraId="006A3C8F" w14:textId="77777777" w:rsidR="00325FB6" w:rsidRPr="00325FB6" w:rsidRDefault="00325FB6" w:rsidP="00325FB6">
            <w:pPr>
              <w:rPr>
                <w:rFonts w:ascii="Arial" w:hAnsi="Arial" w:cs="Arial"/>
                <w:lang w:val="en-GB"/>
              </w:rPr>
            </w:pPr>
            <w:r w:rsidRPr="00325FB6">
              <w:rPr>
                <w:rFonts w:ascii="Arial" w:hAnsi="Arial" w:cs="Arial"/>
                <w:lang w:val="en-GB"/>
              </w:rPr>
              <w:t>        &lt;form&gt;</w:t>
            </w:r>
          </w:p>
          <w:p w14:paraId="06A1DBD2" w14:textId="77777777" w:rsidR="00325FB6" w:rsidRPr="00325FB6" w:rsidRDefault="00325FB6" w:rsidP="00325FB6">
            <w:pPr>
              <w:rPr>
                <w:rFonts w:ascii="Arial" w:hAnsi="Arial" w:cs="Arial"/>
                <w:lang w:val="en-GB"/>
              </w:rPr>
            </w:pPr>
          </w:p>
          <w:p w14:paraId="0A7ABEAA" w14:textId="77777777" w:rsidR="00325FB6" w:rsidRPr="00325FB6" w:rsidRDefault="00325FB6" w:rsidP="00325FB6">
            <w:pPr>
              <w:rPr>
                <w:rFonts w:ascii="Arial" w:hAnsi="Arial" w:cs="Arial"/>
                <w:lang w:val="en-GB"/>
              </w:rPr>
            </w:pPr>
            <w:r w:rsidRPr="00325FB6">
              <w:rPr>
                <w:rFonts w:ascii="Arial" w:hAnsi="Arial" w:cs="Arial"/>
                <w:lang w:val="en-GB"/>
              </w:rPr>
              <w:t>            &lt;div&gt;</w:t>
            </w:r>
          </w:p>
          <w:p w14:paraId="21F147A6" w14:textId="77777777" w:rsidR="00325FB6" w:rsidRPr="00325FB6" w:rsidRDefault="00325FB6" w:rsidP="00325FB6">
            <w:pPr>
              <w:rPr>
                <w:rFonts w:ascii="Arial" w:hAnsi="Arial" w:cs="Arial"/>
                <w:lang w:val="en-GB"/>
              </w:rPr>
            </w:pPr>
          </w:p>
          <w:p w14:paraId="4056753E" w14:textId="77777777" w:rsidR="00325FB6" w:rsidRPr="00325FB6" w:rsidRDefault="00325FB6" w:rsidP="00325FB6">
            <w:pPr>
              <w:rPr>
                <w:rFonts w:ascii="Arial" w:hAnsi="Arial" w:cs="Arial"/>
                <w:lang w:val="en-GB"/>
              </w:rPr>
            </w:pPr>
            <w:r w:rsidRPr="00325FB6">
              <w:rPr>
                <w:rFonts w:ascii="Arial" w:hAnsi="Arial" w:cs="Arial"/>
                <w:lang w:val="en-GB"/>
              </w:rPr>
              <w:t>                &lt;h1&gt;Register&lt;/h1&gt;</w:t>
            </w:r>
          </w:p>
          <w:p w14:paraId="4FDC9195" w14:textId="77777777" w:rsidR="00325FB6" w:rsidRPr="00325FB6" w:rsidRDefault="00325FB6" w:rsidP="00325FB6">
            <w:pPr>
              <w:rPr>
                <w:rFonts w:ascii="Arial" w:hAnsi="Arial" w:cs="Arial"/>
                <w:lang w:val="en-GB"/>
              </w:rPr>
            </w:pPr>
          </w:p>
          <w:p w14:paraId="5BC9D499" w14:textId="77777777" w:rsidR="00325FB6" w:rsidRPr="00325FB6" w:rsidRDefault="00325FB6" w:rsidP="00325FB6">
            <w:pPr>
              <w:rPr>
                <w:rFonts w:ascii="Arial" w:hAnsi="Arial" w:cs="Arial"/>
                <w:lang w:val="en-GB"/>
              </w:rPr>
            </w:pPr>
            <w:r w:rsidRPr="00325FB6">
              <w:rPr>
                <w:rFonts w:ascii="Arial" w:hAnsi="Arial" w:cs="Arial"/>
                <w:lang w:val="en-GB"/>
              </w:rPr>
              <w:t>                &lt;p&gt;Fill in this form&lt;/p&gt;</w:t>
            </w:r>
          </w:p>
          <w:p w14:paraId="68EDD8C2" w14:textId="77777777" w:rsidR="00325FB6" w:rsidRPr="00325FB6" w:rsidRDefault="00325FB6" w:rsidP="00325FB6">
            <w:pPr>
              <w:rPr>
                <w:rFonts w:ascii="Arial" w:hAnsi="Arial" w:cs="Arial"/>
                <w:lang w:val="en-GB"/>
              </w:rPr>
            </w:pPr>
          </w:p>
          <w:p w14:paraId="07A168E4" w14:textId="77777777" w:rsidR="00325FB6" w:rsidRPr="00325FB6" w:rsidRDefault="00325FB6" w:rsidP="00325FB6">
            <w:pPr>
              <w:rPr>
                <w:rFonts w:ascii="Arial" w:hAnsi="Arial" w:cs="Arial"/>
                <w:lang w:val="en-GB"/>
              </w:rPr>
            </w:pPr>
            <w:r w:rsidRPr="00325FB6">
              <w:rPr>
                <w:rFonts w:ascii="Arial" w:hAnsi="Arial" w:cs="Arial"/>
                <w:lang w:val="en-GB"/>
              </w:rPr>
              <w:t>                &lt;label for="username"&gt;</w:t>
            </w:r>
          </w:p>
          <w:p w14:paraId="5641A135" w14:textId="77777777" w:rsidR="00325FB6" w:rsidRPr="00325FB6" w:rsidRDefault="00325FB6" w:rsidP="00325FB6">
            <w:pPr>
              <w:rPr>
                <w:rFonts w:ascii="Arial" w:hAnsi="Arial" w:cs="Arial"/>
                <w:lang w:val="en-GB"/>
              </w:rPr>
            </w:pPr>
            <w:r w:rsidRPr="00325FB6">
              <w:rPr>
                <w:rFonts w:ascii="Arial" w:hAnsi="Arial" w:cs="Arial"/>
                <w:lang w:val="en-GB"/>
              </w:rPr>
              <w:t>                    &lt;b&gt;Username&lt;/b&gt;</w:t>
            </w:r>
          </w:p>
          <w:p w14:paraId="2ED258CE" w14:textId="77777777" w:rsidR="00325FB6" w:rsidRPr="00325FB6" w:rsidRDefault="00325FB6" w:rsidP="00325FB6">
            <w:pPr>
              <w:rPr>
                <w:rFonts w:ascii="Arial" w:hAnsi="Arial" w:cs="Arial"/>
                <w:lang w:val="en-GB"/>
              </w:rPr>
            </w:pPr>
            <w:r w:rsidRPr="00325FB6">
              <w:rPr>
                <w:rFonts w:ascii="Arial" w:hAnsi="Arial" w:cs="Arial"/>
                <w:lang w:val="en-GB"/>
              </w:rPr>
              <w:lastRenderedPageBreak/>
              <w:t>                &lt;/label&gt;</w:t>
            </w:r>
          </w:p>
          <w:p w14:paraId="56A5958D" w14:textId="77777777" w:rsidR="00325FB6" w:rsidRPr="00325FB6" w:rsidRDefault="00325FB6" w:rsidP="00325FB6">
            <w:pPr>
              <w:rPr>
                <w:rFonts w:ascii="Arial" w:hAnsi="Arial" w:cs="Arial"/>
                <w:lang w:val="en-GB"/>
              </w:rPr>
            </w:pPr>
          </w:p>
          <w:p w14:paraId="29671D56" w14:textId="77777777" w:rsidR="00325FB6" w:rsidRPr="00325FB6" w:rsidRDefault="00325FB6" w:rsidP="00325FB6">
            <w:pPr>
              <w:rPr>
                <w:rFonts w:ascii="Arial" w:hAnsi="Arial" w:cs="Arial"/>
                <w:lang w:val="en-GB"/>
              </w:rPr>
            </w:pPr>
            <w:r w:rsidRPr="00325FB6">
              <w:rPr>
                <w:rFonts w:ascii="Arial" w:hAnsi="Arial" w:cs="Arial"/>
                <w:lang w:val="en-GB"/>
              </w:rPr>
              <w:t>                &lt;input</w:t>
            </w:r>
          </w:p>
          <w:p w14:paraId="73DD4148" w14:textId="77777777" w:rsidR="00325FB6" w:rsidRPr="00325FB6" w:rsidRDefault="00325FB6" w:rsidP="00325FB6">
            <w:pPr>
              <w:rPr>
                <w:rFonts w:ascii="Arial" w:hAnsi="Arial" w:cs="Arial"/>
                <w:lang w:val="en-GB"/>
              </w:rPr>
            </w:pPr>
            <w:r w:rsidRPr="00325FB6">
              <w:rPr>
                <w:rFonts w:ascii="Arial" w:hAnsi="Arial" w:cs="Arial"/>
                <w:lang w:val="en-GB"/>
              </w:rPr>
              <w:t>                    type="text"</w:t>
            </w:r>
          </w:p>
          <w:p w14:paraId="0A1E6D95" w14:textId="77777777" w:rsidR="00325FB6" w:rsidRPr="00325FB6" w:rsidRDefault="00325FB6" w:rsidP="00325FB6">
            <w:pPr>
              <w:rPr>
                <w:rFonts w:ascii="Arial" w:hAnsi="Arial" w:cs="Arial"/>
                <w:lang w:val="en-GB"/>
              </w:rPr>
            </w:pPr>
            <w:r w:rsidRPr="00325FB6">
              <w:rPr>
                <w:rFonts w:ascii="Arial" w:hAnsi="Arial" w:cs="Arial"/>
                <w:lang w:val="en-GB"/>
              </w:rPr>
              <w:t>                    placeholder="Enter username"</w:t>
            </w:r>
          </w:p>
          <w:p w14:paraId="4C5E9B82" w14:textId="77777777" w:rsidR="00325FB6" w:rsidRPr="00325FB6" w:rsidRDefault="00325FB6" w:rsidP="00325FB6">
            <w:pPr>
              <w:rPr>
                <w:rFonts w:ascii="Arial" w:hAnsi="Arial" w:cs="Arial"/>
                <w:lang w:val="en-GB"/>
              </w:rPr>
            </w:pPr>
            <w:r w:rsidRPr="00325FB6">
              <w:rPr>
                <w:rFonts w:ascii="Arial" w:hAnsi="Arial" w:cs="Arial"/>
                <w:lang w:val="en-GB"/>
              </w:rPr>
              <w:t>                    name="username"</w:t>
            </w:r>
          </w:p>
          <w:p w14:paraId="6480B4C6" w14:textId="77777777" w:rsidR="00325FB6" w:rsidRPr="00325FB6" w:rsidRDefault="00325FB6" w:rsidP="00325FB6">
            <w:pPr>
              <w:rPr>
                <w:rFonts w:ascii="Arial" w:hAnsi="Arial" w:cs="Arial"/>
                <w:lang w:val="en-GB"/>
              </w:rPr>
            </w:pPr>
            <w:r w:rsidRPr="00325FB6">
              <w:rPr>
                <w:rFonts w:ascii="Arial" w:hAnsi="Arial" w:cs="Arial"/>
                <w:lang w:val="en-GB"/>
              </w:rPr>
              <w:t>                    id="username"</w:t>
            </w:r>
          </w:p>
          <w:p w14:paraId="38A3F502" w14:textId="77777777" w:rsidR="00325FB6" w:rsidRPr="00325FB6" w:rsidRDefault="00325FB6" w:rsidP="00325FB6">
            <w:pPr>
              <w:rPr>
                <w:rFonts w:ascii="Arial" w:hAnsi="Arial" w:cs="Arial"/>
                <w:lang w:val="en-GB"/>
              </w:rPr>
            </w:pPr>
            <w:r w:rsidRPr="00325FB6">
              <w:rPr>
                <w:rFonts w:ascii="Arial" w:hAnsi="Arial" w:cs="Arial"/>
                <w:lang w:val="en-GB"/>
              </w:rPr>
              <w:t>                    class="form-control"</w:t>
            </w:r>
          </w:p>
          <w:p w14:paraId="04FB28D8" w14:textId="77777777" w:rsidR="00325FB6" w:rsidRPr="00325FB6" w:rsidRDefault="00325FB6" w:rsidP="00325FB6">
            <w:pPr>
              <w:rPr>
                <w:rFonts w:ascii="Arial" w:hAnsi="Arial" w:cs="Arial"/>
                <w:lang w:val="en-GB"/>
              </w:rPr>
            </w:pPr>
            <w:r w:rsidRPr="00325FB6">
              <w:rPr>
                <w:rFonts w:ascii="Arial" w:hAnsi="Arial" w:cs="Arial"/>
                <w:lang w:val="en-GB"/>
              </w:rPr>
              <w:t>                    aria-label="Username"</w:t>
            </w:r>
          </w:p>
          <w:p w14:paraId="325A9526" w14:textId="77777777" w:rsidR="00325FB6" w:rsidRPr="00325FB6" w:rsidRDefault="00325FB6" w:rsidP="00325FB6">
            <w:pPr>
              <w:rPr>
                <w:rFonts w:ascii="Arial" w:hAnsi="Arial" w:cs="Arial"/>
                <w:lang w:val="en-GB"/>
              </w:rPr>
            </w:pPr>
            <w:r w:rsidRPr="00325FB6">
              <w:rPr>
                <w:rFonts w:ascii="Arial" w:hAnsi="Arial" w:cs="Arial"/>
                <w:lang w:val="en-GB"/>
              </w:rPr>
              <w:t>                    aria-</w:t>
            </w:r>
            <w:proofErr w:type="spellStart"/>
            <w:r w:rsidRPr="00325FB6">
              <w:rPr>
                <w:rFonts w:ascii="Arial" w:hAnsi="Arial" w:cs="Arial"/>
                <w:lang w:val="en-GB"/>
              </w:rPr>
              <w:t>describedby</w:t>
            </w:r>
            <w:proofErr w:type="spellEnd"/>
            <w:r w:rsidRPr="00325FB6">
              <w:rPr>
                <w:rFonts w:ascii="Arial" w:hAnsi="Arial" w:cs="Arial"/>
                <w:lang w:val="en-GB"/>
              </w:rPr>
              <w:t>="</w:t>
            </w:r>
            <w:proofErr w:type="spellStart"/>
            <w:r w:rsidRPr="00325FB6">
              <w:rPr>
                <w:rFonts w:ascii="Arial" w:hAnsi="Arial" w:cs="Arial"/>
                <w:lang w:val="en-GB"/>
              </w:rPr>
              <w:t>inputGroup</w:t>
            </w:r>
            <w:proofErr w:type="spellEnd"/>
            <w:r w:rsidRPr="00325FB6">
              <w:rPr>
                <w:rFonts w:ascii="Arial" w:hAnsi="Arial" w:cs="Arial"/>
                <w:lang w:val="en-GB"/>
              </w:rPr>
              <w:t>-sizing-default"</w:t>
            </w:r>
          </w:p>
          <w:p w14:paraId="5818B2DD" w14:textId="77777777" w:rsidR="00325FB6" w:rsidRPr="00325FB6" w:rsidRDefault="00325FB6" w:rsidP="00325FB6">
            <w:pPr>
              <w:rPr>
                <w:rFonts w:ascii="Arial" w:hAnsi="Arial" w:cs="Arial"/>
                <w:lang w:val="en-GB"/>
              </w:rPr>
            </w:pPr>
            <w:r w:rsidRPr="00325FB6">
              <w:rPr>
                <w:rFonts w:ascii="Arial" w:hAnsi="Arial" w:cs="Arial"/>
                <w:lang w:val="en-GB"/>
              </w:rPr>
              <w:t>                    required</w:t>
            </w:r>
          </w:p>
          <w:p w14:paraId="46929CE1" w14:textId="77777777" w:rsidR="00325FB6" w:rsidRPr="00325FB6" w:rsidRDefault="00325FB6" w:rsidP="00325FB6">
            <w:pPr>
              <w:rPr>
                <w:rFonts w:ascii="Arial" w:hAnsi="Arial" w:cs="Arial"/>
                <w:lang w:val="en-GB"/>
              </w:rPr>
            </w:pPr>
            <w:r w:rsidRPr="00325FB6">
              <w:rPr>
                <w:rFonts w:ascii="Arial" w:hAnsi="Arial" w:cs="Arial"/>
                <w:lang w:val="en-GB"/>
              </w:rPr>
              <w:t>                &gt;</w:t>
            </w:r>
          </w:p>
          <w:p w14:paraId="0199405B" w14:textId="77777777" w:rsidR="00325FB6" w:rsidRPr="00325FB6" w:rsidRDefault="00325FB6" w:rsidP="00325FB6">
            <w:pPr>
              <w:rPr>
                <w:rFonts w:ascii="Arial" w:hAnsi="Arial" w:cs="Arial"/>
                <w:lang w:val="en-GB"/>
              </w:rPr>
            </w:pPr>
          </w:p>
          <w:p w14:paraId="6F4683A6"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7F357807" w14:textId="77777777" w:rsidR="00325FB6" w:rsidRPr="00325FB6" w:rsidRDefault="00325FB6" w:rsidP="00325FB6">
            <w:pPr>
              <w:rPr>
                <w:rFonts w:ascii="Arial" w:hAnsi="Arial" w:cs="Arial"/>
                <w:lang w:val="en-GB"/>
              </w:rPr>
            </w:pPr>
          </w:p>
          <w:p w14:paraId="414AB288" w14:textId="77777777" w:rsidR="00325FB6" w:rsidRPr="00325FB6" w:rsidRDefault="00325FB6" w:rsidP="00325FB6">
            <w:pPr>
              <w:rPr>
                <w:rFonts w:ascii="Arial" w:hAnsi="Arial" w:cs="Arial"/>
                <w:lang w:val="en-GB"/>
              </w:rPr>
            </w:pPr>
            <w:r w:rsidRPr="00325FB6">
              <w:rPr>
                <w:rFonts w:ascii="Arial" w:hAnsi="Arial" w:cs="Arial"/>
                <w:lang w:val="en-GB"/>
              </w:rPr>
              <w:t>                &lt;label for="email"&gt;</w:t>
            </w:r>
          </w:p>
          <w:p w14:paraId="69AFED56" w14:textId="77777777" w:rsidR="00325FB6" w:rsidRPr="00325FB6" w:rsidRDefault="00325FB6" w:rsidP="00325FB6">
            <w:pPr>
              <w:rPr>
                <w:rFonts w:ascii="Arial" w:hAnsi="Arial" w:cs="Arial"/>
                <w:lang w:val="en-GB"/>
              </w:rPr>
            </w:pPr>
            <w:r w:rsidRPr="00325FB6">
              <w:rPr>
                <w:rFonts w:ascii="Arial" w:hAnsi="Arial" w:cs="Arial"/>
                <w:lang w:val="en-GB"/>
              </w:rPr>
              <w:t>                    &lt;b&gt;Email&lt;/b&gt;</w:t>
            </w:r>
          </w:p>
          <w:p w14:paraId="1D30E598" w14:textId="77777777" w:rsidR="00325FB6" w:rsidRPr="00325FB6" w:rsidRDefault="00325FB6" w:rsidP="00325FB6">
            <w:pPr>
              <w:rPr>
                <w:rFonts w:ascii="Arial" w:hAnsi="Arial" w:cs="Arial"/>
                <w:lang w:val="en-GB"/>
              </w:rPr>
            </w:pPr>
            <w:r w:rsidRPr="00325FB6">
              <w:rPr>
                <w:rFonts w:ascii="Arial" w:hAnsi="Arial" w:cs="Arial"/>
                <w:lang w:val="en-GB"/>
              </w:rPr>
              <w:t>                &lt;/label&gt;</w:t>
            </w:r>
          </w:p>
          <w:p w14:paraId="77E4BA87" w14:textId="77777777" w:rsidR="00325FB6" w:rsidRPr="00325FB6" w:rsidRDefault="00325FB6" w:rsidP="00325FB6">
            <w:pPr>
              <w:rPr>
                <w:rFonts w:ascii="Arial" w:hAnsi="Arial" w:cs="Arial"/>
                <w:lang w:val="en-GB"/>
              </w:rPr>
            </w:pPr>
          </w:p>
          <w:p w14:paraId="1CD4C3BB" w14:textId="77777777" w:rsidR="00325FB6" w:rsidRPr="00325FB6" w:rsidRDefault="00325FB6" w:rsidP="00325FB6">
            <w:pPr>
              <w:rPr>
                <w:rFonts w:ascii="Arial" w:hAnsi="Arial" w:cs="Arial"/>
                <w:lang w:val="en-GB"/>
              </w:rPr>
            </w:pPr>
            <w:r w:rsidRPr="00325FB6">
              <w:rPr>
                <w:rFonts w:ascii="Arial" w:hAnsi="Arial" w:cs="Arial"/>
                <w:lang w:val="en-GB"/>
              </w:rPr>
              <w:t>                &lt;input</w:t>
            </w:r>
          </w:p>
          <w:p w14:paraId="2965ABFC" w14:textId="77777777" w:rsidR="00325FB6" w:rsidRPr="00325FB6" w:rsidRDefault="00325FB6" w:rsidP="00325FB6">
            <w:pPr>
              <w:rPr>
                <w:rFonts w:ascii="Arial" w:hAnsi="Arial" w:cs="Arial"/>
                <w:lang w:val="en-GB"/>
              </w:rPr>
            </w:pPr>
            <w:r w:rsidRPr="00325FB6">
              <w:rPr>
                <w:rFonts w:ascii="Arial" w:hAnsi="Arial" w:cs="Arial"/>
                <w:lang w:val="en-GB"/>
              </w:rPr>
              <w:t>                    type="email"</w:t>
            </w:r>
          </w:p>
          <w:p w14:paraId="3C83AE3A" w14:textId="77777777" w:rsidR="00325FB6" w:rsidRPr="00325FB6" w:rsidRDefault="00325FB6" w:rsidP="00325FB6">
            <w:pPr>
              <w:rPr>
                <w:rFonts w:ascii="Arial" w:hAnsi="Arial" w:cs="Arial"/>
                <w:lang w:val="en-GB"/>
              </w:rPr>
            </w:pPr>
            <w:r w:rsidRPr="00325FB6">
              <w:rPr>
                <w:rFonts w:ascii="Arial" w:hAnsi="Arial" w:cs="Arial"/>
                <w:lang w:val="en-GB"/>
              </w:rPr>
              <w:t>                    placeholder="Enter Email"</w:t>
            </w:r>
          </w:p>
          <w:p w14:paraId="22BFAC15" w14:textId="77777777" w:rsidR="00325FB6" w:rsidRPr="00325FB6" w:rsidRDefault="00325FB6" w:rsidP="00325FB6">
            <w:pPr>
              <w:rPr>
                <w:rFonts w:ascii="Arial" w:hAnsi="Arial" w:cs="Arial"/>
                <w:lang w:val="en-GB"/>
              </w:rPr>
            </w:pPr>
            <w:r w:rsidRPr="00325FB6">
              <w:rPr>
                <w:rFonts w:ascii="Arial" w:hAnsi="Arial" w:cs="Arial"/>
                <w:lang w:val="en-GB"/>
              </w:rPr>
              <w:t>                    name="email"</w:t>
            </w:r>
          </w:p>
          <w:p w14:paraId="2E396045" w14:textId="77777777" w:rsidR="00325FB6" w:rsidRPr="00325FB6" w:rsidRDefault="00325FB6" w:rsidP="00325FB6">
            <w:pPr>
              <w:rPr>
                <w:rFonts w:ascii="Arial" w:hAnsi="Arial" w:cs="Arial"/>
                <w:lang w:val="en-GB"/>
              </w:rPr>
            </w:pPr>
            <w:r w:rsidRPr="00325FB6">
              <w:rPr>
                <w:rFonts w:ascii="Arial" w:hAnsi="Arial" w:cs="Arial"/>
                <w:lang w:val="en-GB"/>
              </w:rPr>
              <w:t>                    id="email"</w:t>
            </w:r>
          </w:p>
          <w:p w14:paraId="6A2F0B35" w14:textId="77777777" w:rsidR="00325FB6" w:rsidRPr="00325FB6" w:rsidRDefault="00325FB6" w:rsidP="00325FB6">
            <w:pPr>
              <w:rPr>
                <w:rFonts w:ascii="Arial" w:hAnsi="Arial" w:cs="Arial"/>
                <w:lang w:val="en-GB"/>
              </w:rPr>
            </w:pPr>
            <w:r w:rsidRPr="00325FB6">
              <w:rPr>
                <w:rFonts w:ascii="Arial" w:hAnsi="Arial" w:cs="Arial"/>
                <w:lang w:val="en-GB"/>
              </w:rPr>
              <w:t>                    class="form-control"</w:t>
            </w:r>
          </w:p>
          <w:p w14:paraId="29CDEFC9" w14:textId="77777777" w:rsidR="00325FB6" w:rsidRPr="00325FB6" w:rsidRDefault="00325FB6" w:rsidP="00325FB6">
            <w:pPr>
              <w:rPr>
                <w:rFonts w:ascii="Arial" w:hAnsi="Arial" w:cs="Arial"/>
                <w:lang w:val="en-GB"/>
              </w:rPr>
            </w:pPr>
            <w:r w:rsidRPr="00325FB6">
              <w:rPr>
                <w:rFonts w:ascii="Arial" w:hAnsi="Arial" w:cs="Arial"/>
                <w:lang w:val="en-GB"/>
              </w:rPr>
              <w:t>                    aria-label="Email"</w:t>
            </w:r>
          </w:p>
          <w:p w14:paraId="5C74AB57" w14:textId="77777777" w:rsidR="00325FB6" w:rsidRPr="00325FB6" w:rsidRDefault="00325FB6" w:rsidP="00325FB6">
            <w:pPr>
              <w:rPr>
                <w:rFonts w:ascii="Arial" w:hAnsi="Arial" w:cs="Arial"/>
                <w:lang w:val="en-GB"/>
              </w:rPr>
            </w:pPr>
            <w:r w:rsidRPr="00325FB6">
              <w:rPr>
                <w:rFonts w:ascii="Arial" w:hAnsi="Arial" w:cs="Arial"/>
                <w:lang w:val="en-GB"/>
              </w:rPr>
              <w:t>                    aria-</w:t>
            </w:r>
            <w:proofErr w:type="spellStart"/>
            <w:r w:rsidRPr="00325FB6">
              <w:rPr>
                <w:rFonts w:ascii="Arial" w:hAnsi="Arial" w:cs="Arial"/>
                <w:lang w:val="en-GB"/>
              </w:rPr>
              <w:t>describedby</w:t>
            </w:r>
            <w:proofErr w:type="spellEnd"/>
            <w:r w:rsidRPr="00325FB6">
              <w:rPr>
                <w:rFonts w:ascii="Arial" w:hAnsi="Arial" w:cs="Arial"/>
                <w:lang w:val="en-GB"/>
              </w:rPr>
              <w:t>="</w:t>
            </w:r>
            <w:proofErr w:type="spellStart"/>
            <w:r w:rsidRPr="00325FB6">
              <w:rPr>
                <w:rFonts w:ascii="Arial" w:hAnsi="Arial" w:cs="Arial"/>
                <w:lang w:val="en-GB"/>
              </w:rPr>
              <w:t>inputGroup</w:t>
            </w:r>
            <w:proofErr w:type="spellEnd"/>
            <w:r w:rsidRPr="00325FB6">
              <w:rPr>
                <w:rFonts w:ascii="Arial" w:hAnsi="Arial" w:cs="Arial"/>
                <w:lang w:val="en-GB"/>
              </w:rPr>
              <w:t>-sizing-default"</w:t>
            </w:r>
          </w:p>
          <w:p w14:paraId="02DE00BA" w14:textId="77777777" w:rsidR="00325FB6" w:rsidRPr="00325FB6" w:rsidRDefault="00325FB6" w:rsidP="00325FB6">
            <w:pPr>
              <w:rPr>
                <w:rFonts w:ascii="Arial" w:hAnsi="Arial" w:cs="Arial"/>
                <w:lang w:val="en-GB"/>
              </w:rPr>
            </w:pPr>
            <w:r w:rsidRPr="00325FB6">
              <w:rPr>
                <w:rFonts w:ascii="Arial" w:hAnsi="Arial" w:cs="Arial"/>
                <w:lang w:val="en-GB"/>
              </w:rPr>
              <w:t>                    required</w:t>
            </w:r>
          </w:p>
          <w:p w14:paraId="19CE8410" w14:textId="77777777" w:rsidR="00325FB6" w:rsidRPr="00325FB6" w:rsidRDefault="00325FB6" w:rsidP="00325FB6">
            <w:pPr>
              <w:rPr>
                <w:rFonts w:ascii="Arial" w:hAnsi="Arial" w:cs="Arial"/>
                <w:lang w:val="en-GB"/>
              </w:rPr>
            </w:pPr>
            <w:r w:rsidRPr="00325FB6">
              <w:rPr>
                <w:rFonts w:ascii="Arial" w:hAnsi="Arial" w:cs="Arial"/>
                <w:lang w:val="en-GB"/>
              </w:rPr>
              <w:t>                &gt;</w:t>
            </w:r>
          </w:p>
          <w:p w14:paraId="22AD1EE7" w14:textId="77777777" w:rsidR="00325FB6" w:rsidRPr="00325FB6" w:rsidRDefault="00325FB6" w:rsidP="00325FB6">
            <w:pPr>
              <w:rPr>
                <w:rFonts w:ascii="Arial" w:hAnsi="Arial" w:cs="Arial"/>
                <w:lang w:val="en-GB"/>
              </w:rPr>
            </w:pPr>
          </w:p>
          <w:p w14:paraId="66873A2A"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6CCF4A93" w14:textId="77777777" w:rsidR="00325FB6" w:rsidRPr="00325FB6" w:rsidRDefault="00325FB6" w:rsidP="00325FB6">
            <w:pPr>
              <w:rPr>
                <w:rFonts w:ascii="Arial" w:hAnsi="Arial" w:cs="Arial"/>
                <w:lang w:val="en-GB"/>
              </w:rPr>
            </w:pPr>
          </w:p>
          <w:p w14:paraId="676CEA21" w14:textId="77777777" w:rsidR="00325FB6" w:rsidRPr="00325FB6" w:rsidRDefault="00325FB6" w:rsidP="00325FB6">
            <w:pPr>
              <w:rPr>
                <w:rFonts w:ascii="Arial" w:hAnsi="Arial" w:cs="Arial"/>
                <w:lang w:val="en-GB"/>
              </w:rPr>
            </w:pPr>
            <w:r w:rsidRPr="00325FB6">
              <w:rPr>
                <w:rFonts w:ascii="Arial" w:hAnsi="Arial" w:cs="Arial"/>
                <w:lang w:val="en-GB"/>
              </w:rPr>
              <w:t>                &lt;label for="</w:t>
            </w:r>
            <w:proofErr w:type="spellStart"/>
            <w:r w:rsidRPr="00325FB6">
              <w:rPr>
                <w:rFonts w:ascii="Arial" w:hAnsi="Arial" w:cs="Arial"/>
                <w:lang w:val="en-GB"/>
              </w:rPr>
              <w:t>pwd</w:t>
            </w:r>
            <w:proofErr w:type="spellEnd"/>
            <w:r w:rsidRPr="00325FB6">
              <w:rPr>
                <w:rFonts w:ascii="Arial" w:hAnsi="Arial" w:cs="Arial"/>
                <w:lang w:val="en-GB"/>
              </w:rPr>
              <w:t>"&gt;</w:t>
            </w:r>
          </w:p>
          <w:p w14:paraId="585ED039" w14:textId="77777777" w:rsidR="00325FB6" w:rsidRPr="00325FB6" w:rsidRDefault="00325FB6" w:rsidP="00325FB6">
            <w:pPr>
              <w:rPr>
                <w:rFonts w:ascii="Arial" w:hAnsi="Arial" w:cs="Arial"/>
                <w:lang w:val="en-GB"/>
              </w:rPr>
            </w:pPr>
            <w:r w:rsidRPr="00325FB6">
              <w:rPr>
                <w:rFonts w:ascii="Arial" w:hAnsi="Arial" w:cs="Arial"/>
                <w:lang w:val="en-GB"/>
              </w:rPr>
              <w:t>                    &lt;b&gt;Password&lt;/b&gt;</w:t>
            </w:r>
          </w:p>
          <w:p w14:paraId="48670B8D" w14:textId="77777777" w:rsidR="00325FB6" w:rsidRPr="00325FB6" w:rsidRDefault="00325FB6" w:rsidP="00325FB6">
            <w:pPr>
              <w:rPr>
                <w:rFonts w:ascii="Arial" w:hAnsi="Arial" w:cs="Arial"/>
                <w:lang w:val="en-GB"/>
              </w:rPr>
            </w:pPr>
            <w:r w:rsidRPr="00325FB6">
              <w:rPr>
                <w:rFonts w:ascii="Arial" w:hAnsi="Arial" w:cs="Arial"/>
                <w:lang w:val="en-GB"/>
              </w:rPr>
              <w:t>                &lt;/label&gt;</w:t>
            </w:r>
          </w:p>
          <w:p w14:paraId="3432E8D4" w14:textId="77777777" w:rsidR="00325FB6" w:rsidRPr="00325FB6" w:rsidRDefault="00325FB6" w:rsidP="00325FB6">
            <w:pPr>
              <w:rPr>
                <w:rFonts w:ascii="Arial" w:hAnsi="Arial" w:cs="Arial"/>
                <w:lang w:val="en-GB"/>
              </w:rPr>
            </w:pPr>
          </w:p>
          <w:p w14:paraId="201AE73B" w14:textId="77777777" w:rsidR="00325FB6" w:rsidRPr="00325FB6" w:rsidRDefault="00325FB6" w:rsidP="00325FB6">
            <w:pPr>
              <w:rPr>
                <w:rFonts w:ascii="Arial" w:hAnsi="Arial" w:cs="Arial"/>
                <w:lang w:val="en-GB"/>
              </w:rPr>
            </w:pPr>
            <w:r w:rsidRPr="00325FB6">
              <w:rPr>
                <w:rFonts w:ascii="Arial" w:hAnsi="Arial" w:cs="Arial"/>
                <w:lang w:val="en-GB"/>
              </w:rPr>
              <w:t>                &lt;input</w:t>
            </w:r>
          </w:p>
          <w:p w14:paraId="43259095" w14:textId="77777777" w:rsidR="00325FB6" w:rsidRPr="00325FB6" w:rsidRDefault="00325FB6" w:rsidP="00325FB6">
            <w:pPr>
              <w:rPr>
                <w:rFonts w:ascii="Arial" w:hAnsi="Arial" w:cs="Arial"/>
                <w:lang w:val="en-GB"/>
              </w:rPr>
            </w:pPr>
            <w:r w:rsidRPr="00325FB6">
              <w:rPr>
                <w:rFonts w:ascii="Arial" w:hAnsi="Arial" w:cs="Arial"/>
                <w:lang w:val="en-GB"/>
              </w:rPr>
              <w:t>                    type="password"</w:t>
            </w:r>
          </w:p>
          <w:p w14:paraId="13288F48" w14:textId="77777777" w:rsidR="00325FB6" w:rsidRPr="00325FB6" w:rsidRDefault="00325FB6" w:rsidP="00325FB6">
            <w:pPr>
              <w:rPr>
                <w:rFonts w:ascii="Arial" w:hAnsi="Arial" w:cs="Arial"/>
                <w:lang w:val="en-GB"/>
              </w:rPr>
            </w:pPr>
            <w:r w:rsidRPr="00325FB6">
              <w:rPr>
                <w:rFonts w:ascii="Arial" w:hAnsi="Arial" w:cs="Arial"/>
                <w:lang w:val="en-GB"/>
              </w:rPr>
              <w:t>                    placeholder="Enter Password"</w:t>
            </w:r>
          </w:p>
          <w:p w14:paraId="160D66E5" w14:textId="77777777" w:rsidR="00325FB6" w:rsidRPr="00325FB6" w:rsidRDefault="00325FB6" w:rsidP="00325FB6">
            <w:pPr>
              <w:rPr>
                <w:rFonts w:ascii="Arial" w:hAnsi="Arial" w:cs="Arial"/>
                <w:lang w:val="en-GB"/>
              </w:rPr>
            </w:pPr>
            <w:r w:rsidRPr="00325FB6">
              <w:rPr>
                <w:rFonts w:ascii="Arial" w:hAnsi="Arial" w:cs="Arial"/>
                <w:lang w:val="en-GB"/>
              </w:rPr>
              <w:t>                    name="</w:t>
            </w:r>
            <w:proofErr w:type="spellStart"/>
            <w:r w:rsidRPr="00325FB6">
              <w:rPr>
                <w:rFonts w:ascii="Arial" w:hAnsi="Arial" w:cs="Arial"/>
                <w:lang w:val="en-GB"/>
              </w:rPr>
              <w:t>pwd</w:t>
            </w:r>
            <w:proofErr w:type="spellEnd"/>
            <w:r w:rsidRPr="00325FB6">
              <w:rPr>
                <w:rFonts w:ascii="Arial" w:hAnsi="Arial" w:cs="Arial"/>
                <w:lang w:val="en-GB"/>
              </w:rPr>
              <w:t>"</w:t>
            </w:r>
          </w:p>
          <w:p w14:paraId="1B311957" w14:textId="77777777" w:rsidR="00325FB6" w:rsidRPr="00325FB6" w:rsidRDefault="00325FB6" w:rsidP="00325FB6">
            <w:pPr>
              <w:rPr>
                <w:rFonts w:ascii="Arial" w:hAnsi="Arial" w:cs="Arial"/>
                <w:lang w:val="en-GB"/>
              </w:rPr>
            </w:pPr>
            <w:r w:rsidRPr="00325FB6">
              <w:rPr>
                <w:rFonts w:ascii="Arial" w:hAnsi="Arial" w:cs="Arial"/>
                <w:lang w:val="en-GB"/>
              </w:rPr>
              <w:t>                    id="</w:t>
            </w:r>
            <w:proofErr w:type="spellStart"/>
            <w:r w:rsidRPr="00325FB6">
              <w:rPr>
                <w:rFonts w:ascii="Arial" w:hAnsi="Arial" w:cs="Arial"/>
                <w:lang w:val="en-GB"/>
              </w:rPr>
              <w:t>pwd</w:t>
            </w:r>
            <w:proofErr w:type="spellEnd"/>
            <w:r w:rsidRPr="00325FB6">
              <w:rPr>
                <w:rFonts w:ascii="Arial" w:hAnsi="Arial" w:cs="Arial"/>
                <w:lang w:val="en-GB"/>
              </w:rPr>
              <w:t>"</w:t>
            </w:r>
          </w:p>
          <w:p w14:paraId="45A5D048" w14:textId="77777777" w:rsidR="00325FB6" w:rsidRPr="00325FB6" w:rsidRDefault="00325FB6" w:rsidP="00325FB6">
            <w:pPr>
              <w:rPr>
                <w:rFonts w:ascii="Arial" w:hAnsi="Arial" w:cs="Arial"/>
                <w:lang w:val="en-GB"/>
              </w:rPr>
            </w:pPr>
            <w:r w:rsidRPr="00325FB6">
              <w:rPr>
                <w:rFonts w:ascii="Arial" w:hAnsi="Arial" w:cs="Arial"/>
                <w:lang w:val="en-GB"/>
              </w:rPr>
              <w:t>                    class="form-control"</w:t>
            </w:r>
          </w:p>
          <w:p w14:paraId="05344469" w14:textId="77777777" w:rsidR="00325FB6" w:rsidRPr="00325FB6" w:rsidRDefault="00325FB6" w:rsidP="00325FB6">
            <w:pPr>
              <w:rPr>
                <w:rFonts w:ascii="Arial" w:hAnsi="Arial" w:cs="Arial"/>
                <w:lang w:val="en-GB"/>
              </w:rPr>
            </w:pPr>
            <w:r w:rsidRPr="00325FB6">
              <w:rPr>
                <w:rFonts w:ascii="Arial" w:hAnsi="Arial" w:cs="Arial"/>
                <w:lang w:val="en-GB"/>
              </w:rPr>
              <w:t>                    aria-label="Password"</w:t>
            </w:r>
          </w:p>
          <w:p w14:paraId="413112FD" w14:textId="77777777" w:rsidR="00325FB6" w:rsidRPr="00325FB6" w:rsidRDefault="00325FB6" w:rsidP="00325FB6">
            <w:pPr>
              <w:rPr>
                <w:rFonts w:ascii="Arial" w:hAnsi="Arial" w:cs="Arial"/>
                <w:lang w:val="en-GB"/>
              </w:rPr>
            </w:pPr>
            <w:r w:rsidRPr="00325FB6">
              <w:rPr>
                <w:rFonts w:ascii="Arial" w:hAnsi="Arial" w:cs="Arial"/>
                <w:lang w:val="en-GB"/>
              </w:rPr>
              <w:t>                    aria-</w:t>
            </w:r>
            <w:proofErr w:type="spellStart"/>
            <w:r w:rsidRPr="00325FB6">
              <w:rPr>
                <w:rFonts w:ascii="Arial" w:hAnsi="Arial" w:cs="Arial"/>
                <w:lang w:val="en-GB"/>
              </w:rPr>
              <w:t>describedby</w:t>
            </w:r>
            <w:proofErr w:type="spellEnd"/>
            <w:r w:rsidRPr="00325FB6">
              <w:rPr>
                <w:rFonts w:ascii="Arial" w:hAnsi="Arial" w:cs="Arial"/>
                <w:lang w:val="en-GB"/>
              </w:rPr>
              <w:t>="</w:t>
            </w:r>
            <w:proofErr w:type="spellStart"/>
            <w:r w:rsidRPr="00325FB6">
              <w:rPr>
                <w:rFonts w:ascii="Arial" w:hAnsi="Arial" w:cs="Arial"/>
                <w:lang w:val="en-GB"/>
              </w:rPr>
              <w:t>inputGroup</w:t>
            </w:r>
            <w:proofErr w:type="spellEnd"/>
            <w:r w:rsidRPr="00325FB6">
              <w:rPr>
                <w:rFonts w:ascii="Arial" w:hAnsi="Arial" w:cs="Arial"/>
                <w:lang w:val="en-GB"/>
              </w:rPr>
              <w:t>-sizing-default"</w:t>
            </w:r>
          </w:p>
          <w:p w14:paraId="12B23926" w14:textId="77777777" w:rsidR="00325FB6" w:rsidRPr="00325FB6" w:rsidRDefault="00325FB6" w:rsidP="00325FB6">
            <w:pPr>
              <w:rPr>
                <w:rFonts w:ascii="Arial" w:hAnsi="Arial" w:cs="Arial"/>
                <w:lang w:val="en-GB"/>
              </w:rPr>
            </w:pPr>
            <w:r w:rsidRPr="00325FB6">
              <w:rPr>
                <w:rFonts w:ascii="Arial" w:hAnsi="Arial" w:cs="Arial"/>
                <w:lang w:val="en-GB"/>
              </w:rPr>
              <w:t>                    required</w:t>
            </w:r>
          </w:p>
          <w:p w14:paraId="5A4713FC" w14:textId="77777777" w:rsidR="00325FB6" w:rsidRPr="00325FB6" w:rsidRDefault="00325FB6" w:rsidP="00325FB6">
            <w:pPr>
              <w:rPr>
                <w:rFonts w:ascii="Arial" w:hAnsi="Arial" w:cs="Arial"/>
                <w:lang w:val="en-GB"/>
              </w:rPr>
            </w:pPr>
            <w:r w:rsidRPr="00325FB6">
              <w:rPr>
                <w:rFonts w:ascii="Arial" w:hAnsi="Arial" w:cs="Arial"/>
                <w:lang w:val="en-GB"/>
              </w:rPr>
              <w:t>                &gt;</w:t>
            </w:r>
          </w:p>
          <w:p w14:paraId="73D698B0" w14:textId="77777777" w:rsidR="00325FB6" w:rsidRPr="00325FB6" w:rsidRDefault="00325FB6" w:rsidP="00325FB6">
            <w:pPr>
              <w:rPr>
                <w:rFonts w:ascii="Arial" w:hAnsi="Arial" w:cs="Arial"/>
                <w:lang w:val="en-GB"/>
              </w:rPr>
            </w:pPr>
          </w:p>
          <w:p w14:paraId="0AAC9898"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1A66AE0D" w14:textId="77777777" w:rsidR="00325FB6" w:rsidRPr="00325FB6" w:rsidRDefault="00325FB6" w:rsidP="00325FB6">
            <w:pPr>
              <w:rPr>
                <w:rFonts w:ascii="Arial" w:hAnsi="Arial" w:cs="Arial"/>
                <w:lang w:val="en-GB"/>
              </w:rPr>
            </w:pPr>
          </w:p>
          <w:p w14:paraId="702FF05A" w14:textId="77777777" w:rsidR="00325FB6" w:rsidRPr="00325FB6" w:rsidRDefault="00325FB6" w:rsidP="00325FB6">
            <w:pPr>
              <w:rPr>
                <w:rFonts w:ascii="Arial" w:hAnsi="Arial" w:cs="Arial"/>
                <w:lang w:val="en-GB"/>
              </w:rPr>
            </w:pPr>
            <w:r w:rsidRPr="00325FB6">
              <w:rPr>
                <w:rFonts w:ascii="Arial" w:hAnsi="Arial" w:cs="Arial"/>
                <w:lang w:val="en-GB"/>
              </w:rPr>
              <w:t>                &lt;label for="</w:t>
            </w:r>
            <w:proofErr w:type="spellStart"/>
            <w:r w:rsidRPr="00325FB6">
              <w:rPr>
                <w:rFonts w:ascii="Arial" w:hAnsi="Arial" w:cs="Arial"/>
                <w:lang w:val="en-GB"/>
              </w:rPr>
              <w:t>pwd</w:t>
            </w:r>
            <w:proofErr w:type="spellEnd"/>
            <w:r w:rsidRPr="00325FB6">
              <w:rPr>
                <w:rFonts w:ascii="Arial" w:hAnsi="Arial" w:cs="Arial"/>
                <w:lang w:val="en-GB"/>
              </w:rPr>
              <w:t>-repeat"&gt;</w:t>
            </w:r>
          </w:p>
          <w:p w14:paraId="7A249F68" w14:textId="77777777" w:rsidR="00325FB6" w:rsidRPr="00325FB6" w:rsidRDefault="00325FB6" w:rsidP="00325FB6">
            <w:pPr>
              <w:rPr>
                <w:rFonts w:ascii="Arial" w:hAnsi="Arial" w:cs="Arial"/>
                <w:lang w:val="en-GB"/>
              </w:rPr>
            </w:pPr>
            <w:r w:rsidRPr="00325FB6">
              <w:rPr>
                <w:rFonts w:ascii="Arial" w:hAnsi="Arial" w:cs="Arial"/>
                <w:lang w:val="en-GB"/>
              </w:rPr>
              <w:t>                    &lt;b&gt;Repeat Password&lt;/b&gt;</w:t>
            </w:r>
          </w:p>
          <w:p w14:paraId="6A045C94" w14:textId="77777777" w:rsidR="00325FB6" w:rsidRPr="00325FB6" w:rsidRDefault="00325FB6" w:rsidP="00325FB6">
            <w:pPr>
              <w:rPr>
                <w:rFonts w:ascii="Arial" w:hAnsi="Arial" w:cs="Arial"/>
                <w:lang w:val="en-GB"/>
              </w:rPr>
            </w:pPr>
            <w:r w:rsidRPr="00325FB6">
              <w:rPr>
                <w:rFonts w:ascii="Arial" w:hAnsi="Arial" w:cs="Arial"/>
                <w:lang w:val="en-GB"/>
              </w:rPr>
              <w:lastRenderedPageBreak/>
              <w:t>                &lt;/label&gt;</w:t>
            </w:r>
          </w:p>
          <w:p w14:paraId="44608716" w14:textId="77777777" w:rsidR="00325FB6" w:rsidRPr="00325FB6" w:rsidRDefault="00325FB6" w:rsidP="00325FB6">
            <w:pPr>
              <w:rPr>
                <w:rFonts w:ascii="Arial" w:hAnsi="Arial" w:cs="Arial"/>
                <w:lang w:val="en-GB"/>
              </w:rPr>
            </w:pPr>
          </w:p>
          <w:p w14:paraId="462B315B" w14:textId="77777777" w:rsidR="00325FB6" w:rsidRPr="00325FB6" w:rsidRDefault="00325FB6" w:rsidP="00325FB6">
            <w:pPr>
              <w:rPr>
                <w:rFonts w:ascii="Arial" w:hAnsi="Arial" w:cs="Arial"/>
                <w:lang w:val="en-GB"/>
              </w:rPr>
            </w:pPr>
            <w:r w:rsidRPr="00325FB6">
              <w:rPr>
                <w:rFonts w:ascii="Arial" w:hAnsi="Arial" w:cs="Arial"/>
                <w:lang w:val="en-GB"/>
              </w:rPr>
              <w:t>                &lt;input</w:t>
            </w:r>
          </w:p>
          <w:p w14:paraId="02114C26" w14:textId="77777777" w:rsidR="00325FB6" w:rsidRPr="00325FB6" w:rsidRDefault="00325FB6" w:rsidP="00325FB6">
            <w:pPr>
              <w:rPr>
                <w:rFonts w:ascii="Arial" w:hAnsi="Arial" w:cs="Arial"/>
                <w:lang w:val="en-GB"/>
              </w:rPr>
            </w:pPr>
            <w:r w:rsidRPr="00325FB6">
              <w:rPr>
                <w:rFonts w:ascii="Arial" w:hAnsi="Arial" w:cs="Arial"/>
                <w:lang w:val="en-GB"/>
              </w:rPr>
              <w:t>                    type="password"</w:t>
            </w:r>
          </w:p>
          <w:p w14:paraId="6CA30A58" w14:textId="77777777" w:rsidR="00325FB6" w:rsidRPr="00325FB6" w:rsidRDefault="00325FB6" w:rsidP="00325FB6">
            <w:pPr>
              <w:rPr>
                <w:rFonts w:ascii="Arial" w:hAnsi="Arial" w:cs="Arial"/>
                <w:lang w:val="en-GB"/>
              </w:rPr>
            </w:pPr>
            <w:r w:rsidRPr="00325FB6">
              <w:rPr>
                <w:rFonts w:ascii="Arial" w:hAnsi="Arial" w:cs="Arial"/>
                <w:lang w:val="en-GB"/>
              </w:rPr>
              <w:t>                    placeholder="Repeat Password"</w:t>
            </w:r>
          </w:p>
          <w:p w14:paraId="45D0C92F" w14:textId="77777777" w:rsidR="00325FB6" w:rsidRPr="00325FB6" w:rsidRDefault="00325FB6" w:rsidP="00325FB6">
            <w:pPr>
              <w:rPr>
                <w:rFonts w:ascii="Arial" w:hAnsi="Arial" w:cs="Arial"/>
                <w:lang w:val="en-GB"/>
              </w:rPr>
            </w:pPr>
            <w:r w:rsidRPr="00325FB6">
              <w:rPr>
                <w:rFonts w:ascii="Arial" w:hAnsi="Arial" w:cs="Arial"/>
                <w:lang w:val="en-GB"/>
              </w:rPr>
              <w:t>                    name="</w:t>
            </w:r>
            <w:proofErr w:type="spellStart"/>
            <w:r w:rsidRPr="00325FB6">
              <w:rPr>
                <w:rFonts w:ascii="Arial" w:hAnsi="Arial" w:cs="Arial"/>
                <w:lang w:val="en-GB"/>
              </w:rPr>
              <w:t>pwd</w:t>
            </w:r>
            <w:proofErr w:type="spellEnd"/>
            <w:r w:rsidRPr="00325FB6">
              <w:rPr>
                <w:rFonts w:ascii="Arial" w:hAnsi="Arial" w:cs="Arial"/>
                <w:lang w:val="en-GB"/>
              </w:rPr>
              <w:t>-repeat"</w:t>
            </w:r>
          </w:p>
          <w:p w14:paraId="75C2DA2D" w14:textId="77777777" w:rsidR="00325FB6" w:rsidRPr="00325FB6" w:rsidRDefault="00325FB6" w:rsidP="00325FB6">
            <w:pPr>
              <w:rPr>
                <w:rFonts w:ascii="Arial" w:hAnsi="Arial" w:cs="Arial"/>
                <w:lang w:val="en-GB"/>
              </w:rPr>
            </w:pPr>
            <w:r w:rsidRPr="00325FB6">
              <w:rPr>
                <w:rFonts w:ascii="Arial" w:hAnsi="Arial" w:cs="Arial"/>
                <w:lang w:val="en-GB"/>
              </w:rPr>
              <w:t>                    id="</w:t>
            </w:r>
            <w:proofErr w:type="spellStart"/>
            <w:r w:rsidRPr="00325FB6">
              <w:rPr>
                <w:rFonts w:ascii="Arial" w:hAnsi="Arial" w:cs="Arial"/>
                <w:lang w:val="en-GB"/>
              </w:rPr>
              <w:t>pwd</w:t>
            </w:r>
            <w:proofErr w:type="spellEnd"/>
            <w:r w:rsidRPr="00325FB6">
              <w:rPr>
                <w:rFonts w:ascii="Arial" w:hAnsi="Arial" w:cs="Arial"/>
                <w:lang w:val="en-GB"/>
              </w:rPr>
              <w:t>-repeat"</w:t>
            </w:r>
          </w:p>
          <w:p w14:paraId="4F38E2D6" w14:textId="77777777" w:rsidR="00325FB6" w:rsidRPr="00325FB6" w:rsidRDefault="00325FB6" w:rsidP="00325FB6">
            <w:pPr>
              <w:rPr>
                <w:rFonts w:ascii="Arial" w:hAnsi="Arial" w:cs="Arial"/>
                <w:lang w:val="en-GB"/>
              </w:rPr>
            </w:pPr>
            <w:r w:rsidRPr="00325FB6">
              <w:rPr>
                <w:rFonts w:ascii="Arial" w:hAnsi="Arial" w:cs="Arial"/>
                <w:lang w:val="en-GB"/>
              </w:rPr>
              <w:t>                    class="form-control"</w:t>
            </w:r>
          </w:p>
          <w:p w14:paraId="54631A8F" w14:textId="77777777" w:rsidR="00325FB6" w:rsidRPr="00325FB6" w:rsidRDefault="00325FB6" w:rsidP="00325FB6">
            <w:pPr>
              <w:rPr>
                <w:rFonts w:ascii="Arial" w:hAnsi="Arial" w:cs="Arial"/>
                <w:lang w:val="en-GB"/>
              </w:rPr>
            </w:pPr>
            <w:r w:rsidRPr="00325FB6">
              <w:rPr>
                <w:rFonts w:ascii="Arial" w:hAnsi="Arial" w:cs="Arial"/>
                <w:lang w:val="en-GB"/>
              </w:rPr>
              <w:t>                    aria-label="Repeat Password"</w:t>
            </w:r>
          </w:p>
          <w:p w14:paraId="78FED296" w14:textId="77777777" w:rsidR="00325FB6" w:rsidRPr="00325FB6" w:rsidRDefault="00325FB6" w:rsidP="00325FB6">
            <w:pPr>
              <w:rPr>
                <w:rFonts w:ascii="Arial" w:hAnsi="Arial" w:cs="Arial"/>
                <w:lang w:val="en-GB"/>
              </w:rPr>
            </w:pPr>
            <w:r w:rsidRPr="00325FB6">
              <w:rPr>
                <w:rFonts w:ascii="Arial" w:hAnsi="Arial" w:cs="Arial"/>
                <w:lang w:val="en-GB"/>
              </w:rPr>
              <w:t>                    aria-</w:t>
            </w:r>
            <w:proofErr w:type="spellStart"/>
            <w:r w:rsidRPr="00325FB6">
              <w:rPr>
                <w:rFonts w:ascii="Arial" w:hAnsi="Arial" w:cs="Arial"/>
                <w:lang w:val="en-GB"/>
              </w:rPr>
              <w:t>describedby</w:t>
            </w:r>
            <w:proofErr w:type="spellEnd"/>
            <w:r w:rsidRPr="00325FB6">
              <w:rPr>
                <w:rFonts w:ascii="Arial" w:hAnsi="Arial" w:cs="Arial"/>
                <w:lang w:val="en-GB"/>
              </w:rPr>
              <w:t>="</w:t>
            </w:r>
            <w:proofErr w:type="spellStart"/>
            <w:r w:rsidRPr="00325FB6">
              <w:rPr>
                <w:rFonts w:ascii="Arial" w:hAnsi="Arial" w:cs="Arial"/>
                <w:lang w:val="en-GB"/>
              </w:rPr>
              <w:t>inputGroup</w:t>
            </w:r>
            <w:proofErr w:type="spellEnd"/>
            <w:r w:rsidRPr="00325FB6">
              <w:rPr>
                <w:rFonts w:ascii="Arial" w:hAnsi="Arial" w:cs="Arial"/>
                <w:lang w:val="en-GB"/>
              </w:rPr>
              <w:t>-sizing-default"</w:t>
            </w:r>
          </w:p>
          <w:p w14:paraId="62E1C13F" w14:textId="77777777" w:rsidR="00325FB6" w:rsidRPr="00325FB6" w:rsidRDefault="00325FB6" w:rsidP="00325FB6">
            <w:pPr>
              <w:rPr>
                <w:rFonts w:ascii="Arial" w:hAnsi="Arial" w:cs="Arial"/>
                <w:lang w:val="en-GB"/>
              </w:rPr>
            </w:pPr>
            <w:r w:rsidRPr="00325FB6">
              <w:rPr>
                <w:rFonts w:ascii="Arial" w:hAnsi="Arial" w:cs="Arial"/>
                <w:lang w:val="en-GB"/>
              </w:rPr>
              <w:t>                    required</w:t>
            </w:r>
          </w:p>
          <w:p w14:paraId="09BF785D" w14:textId="77777777" w:rsidR="00325FB6" w:rsidRPr="00325FB6" w:rsidRDefault="00325FB6" w:rsidP="00325FB6">
            <w:pPr>
              <w:rPr>
                <w:rFonts w:ascii="Arial" w:hAnsi="Arial" w:cs="Arial"/>
                <w:lang w:val="en-GB"/>
              </w:rPr>
            </w:pPr>
            <w:r w:rsidRPr="00325FB6">
              <w:rPr>
                <w:rFonts w:ascii="Arial" w:hAnsi="Arial" w:cs="Arial"/>
                <w:lang w:val="en-GB"/>
              </w:rPr>
              <w:t>                &gt;</w:t>
            </w:r>
          </w:p>
          <w:p w14:paraId="11793F89" w14:textId="77777777" w:rsidR="00325FB6" w:rsidRPr="00325FB6" w:rsidRDefault="00325FB6" w:rsidP="00325FB6">
            <w:pPr>
              <w:rPr>
                <w:rFonts w:ascii="Arial" w:hAnsi="Arial" w:cs="Arial"/>
                <w:lang w:val="en-GB"/>
              </w:rPr>
            </w:pPr>
          </w:p>
          <w:p w14:paraId="738723A3"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226F1F40" w14:textId="77777777" w:rsidR="00325FB6" w:rsidRPr="00325FB6" w:rsidRDefault="00325FB6" w:rsidP="00325FB6">
            <w:pPr>
              <w:rPr>
                <w:rFonts w:ascii="Arial" w:hAnsi="Arial" w:cs="Arial"/>
                <w:lang w:val="en-GB"/>
              </w:rPr>
            </w:pPr>
          </w:p>
          <w:p w14:paraId="1C0E979E" w14:textId="77777777" w:rsidR="00325FB6" w:rsidRPr="00325FB6" w:rsidRDefault="00325FB6" w:rsidP="00325FB6">
            <w:pPr>
              <w:rPr>
                <w:rFonts w:ascii="Arial" w:hAnsi="Arial" w:cs="Arial"/>
                <w:lang w:val="en-GB"/>
              </w:rPr>
            </w:pPr>
            <w:r w:rsidRPr="00325FB6">
              <w:rPr>
                <w:rFonts w:ascii="Arial" w:hAnsi="Arial" w:cs="Arial"/>
                <w:lang w:val="en-GB"/>
              </w:rPr>
              <w:t>                &lt;button</w:t>
            </w:r>
          </w:p>
          <w:p w14:paraId="76DB592B" w14:textId="77777777" w:rsidR="00325FB6" w:rsidRPr="00325FB6" w:rsidRDefault="00325FB6" w:rsidP="00325FB6">
            <w:pPr>
              <w:rPr>
                <w:rFonts w:ascii="Arial" w:hAnsi="Arial" w:cs="Arial"/>
                <w:lang w:val="en-GB"/>
              </w:rPr>
            </w:pPr>
            <w:r w:rsidRPr="00325FB6">
              <w:rPr>
                <w:rFonts w:ascii="Arial" w:hAnsi="Arial" w:cs="Arial"/>
                <w:lang w:val="en-GB"/>
              </w:rPr>
              <w:t>                    type="submit"</w:t>
            </w:r>
          </w:p>
          <w:p w14:paraId="57F8BF7B" w14:textId="77777777" w:rsidR="00325FB6" w:rsidRPr="00325FB6" w:rsidRDefault="00325FB6" w:rsidP="00325FB6">
            <w:pPr>
              <w:rPr>
                <w:rFonts w:ascii="Arial" w:hAnsi="Arial" w:cs="Arial"/>
                <w:lang w:val="en-GB"/>
              </w:rPr>
            </w:pPr>
            <w:r w:rsidRPr="00325FB6">
              <w:rPr>
                <w:rFonts w:ascii="Arial" w:hAnsi="Arial" w:cs="Arial"/>
                <w:lang w:val="en-GB"/>
              </w:rPr>
              <w:t>                    class="</w:t>
            </w:r>
            <w:proofErr w:type="spellStart"/>
            <w:r w:rsidRPr="00325FB6">
              <w:rPr>
                <w:rFonts w:ascii="Arial" w:hAnsi="Arial" w:cs="Arial"/>
                <w:lang w:val="en-GB"/>
              </w:rPr>
              <w:t>btn</w:t>
            </w:r>
            <w:proofErr w:type="spellEnd"/>
            <w:r w:rsidRPr="00325FB6">
              <w:rPr>
                <w:rFonts w:ascii="Arial" w:hAnsi="Arial" w:cs="Arial"/>
                <w:lang w:val="en-GB"/>
              </w:rPr>
              <w:t xml:space="preserve"> </w:t>
            </w:r>
            <w:proofErr w:type="spellStart"/>
            <w:r w:rsidRPr="00325FB6">
              <w:rPr>
                <w:rFonts w:ascii="Arial" w:hAnsi="Arial" w:cs="Arial"/>
                <w:lang w:val="en-GB"/>
              </w:rPr>
              <w:t>btn</w:t>
            </w:r>
            <w:proofErr w:type="spellEnd"/>
            <w:r w:rsidRPr="00325FB6">
              <w:rPr>
                <w:rFonts w:ascii="Arial" w:hAnsi="Arial" w:cs="Arial"/>
                <w:lang w:val="en-GB"/>
              </w:rPr>
              <w:t>-primary"</w:t>
            </w:r>
          </w:p>
          <w:p w14:paraId="7CD6AB12" w14:textId="77777777" w:rsidR="00325FB6" w:rsidRPr="00325FB6" w:rsidRDefault="00325FB6" w:rsidP="00325FB6">
            <w:pPr>
              <w:rPr>
                <w:rFonts w:ascii="Arial" w:hAnsi="Arial" w:cs="Arial"/>
                <w:lang w:val="en-GB"/>
              </w:rPr>
            </w:pPr>
            <w:r w:rsidRPr="00325FB6">
              <w:rPr>
                <w:rFonts w:ascii="Arial" w:hAnsi="Arial" w:cs="Arial"/>
                <w:lang w:val="en-GB"/>
              </w:rPr>
              <w:t>                    data-bs-toggle="modal"</w:t>
            </w:r>
          </w:p>
          <w:p w14:paraId="526DC620" w14:textId="77777777" w:rsidR="00325FB6" w:rsidRPr="00325FB6" w:rsidRDefault="00325FB6" w:rsidP="00325FB6">
            <w:pPr>
              <w:rPr>
                <w:rFonts w:ascii="Arial" w:hAnsi="Arial" w:cs="Arial"/>
                <w:lang w:val="en-GB"/>
              </w:rPr>
            </w:pPr>
            <w:r w:rsidRPr="00325FB6">
              <w:rPr>
                <w:rFonts w:ascii="Arial" w:hAnsi="Arial" w:cs="Arial"/>
                <w:lang w:val="en-GB"/>
              </w:rPr>
              <w:t>                    data-bs-target="#</w:t>
            </w:r>
            <w:proofErr w:type="spellStart"/>
            <w:r w:rsidRPr="00325FB6">
              <w:rPr>
                <w:rFonts w:ascii="Arial" w:hAnsi="Arial" w:cs="Arial"/>
                <w:lang w:val="en-GB"/>
              </w:rPr>
              <w:t>exampleModal</w:t>
            </w:r>
            <w:proofErr w:type="spellEnd"/>
            <w:r w:rsidRPr="00325FB6">
              <w:rPr>
                <w:rFonts w:ascii="Arial" w:hAnsi="Arial" w:cs="Arial"/>
                <w:lang w:val="en-GB"/>
              </w:rPr>
              <w:t>"</w:t>
            </w:r>
          </w:p>
          <w:p w14:paraId="5856ABBD" w14:textId="77777777" w:rsidR="00325FB6" w:rsidRPr="00325FB6" w:rsidRDefault="00325FB6" w:rsidP="00325FB6">
            <w:pPr>
              <w:rPr>
                <w:rFonts w:ascii="Arial" w:hAnsi="Arial" w:cs="Arial"/>
                <w:lang w:val="en-GB"/>
              </w:rPr>
            </w:pPr>
            <w:r w:rsidRPr="00325FB6">
              <w:rPr>
                <w:rFonts w:ascii="Arial" w:hAnsi="Arial" w:cs="Arial"/>
                <w:lang w:val="en-GB"/>
              </w:rPr>
              <w:t>                &gt;</w:t>
            </w:r>
          </w:p>
          <w:p w14:paraId="10076401" w14:textId="77777777" w:rsidR="00325FB6" w:rsidRPr="00325FB6" w:rsidRDefault="00325FB6" w:rsidP="00325FB6">
            <w:pPr>
              <w:rPr>
                <w:rFonts w:ascii="Arial" w:hAnsi="Arial" w:cs="Arial"/>
                <w:lang w:val="en-GB"/>
              </w:rPr>
            </w:pPr>
            <w:r w:rsidRPr="00325FB6">
              <w:rPr>
                <w:rFonts w:ascii="Arial" w:hAnsi="Arial" w:cs="Arial"/>
                <w:lang w:val="en-GB"/>
              </w:rPr>
              <w:t>                    Register</w:t>
            </w:r>
          </w:p>
          <w:p w14:paraId="069434E3" w14:textId="77777777" w:rsidR="00325FB6" w:rsidRPr="00325FB6" w:rsidRDefault="00325FB6" w:rsidP="00325FB6">
            <w:pPr>
              <w:rPr>
                <w:rFonts w:ascii="Arial" w:hAnsi="Arial" w:cs="Arial"/>
                <w:lang w:val="en-GB"/>
              </w:rPr>
            </w:pPr>
            <w:r w:rsidRPr="00325FB6">
              <w:rPr>
                <w:rFonts w:ascii="Arial" w:hAnsi="Arial" w:cs="Arial"/>
                <w:lang w:val="en-GB"/>
              </w:rPr>
              <w:t>                &lt;/button&gt;</w:t>
            </w:r>
          </w:p>
          <w:p w14:paraId="7EBD969E" w14:textId="77777777" w:rsidR="00325FB6" w:rsidRPr="00325FB6" w:rsidRDefault="00325FB6" w:rsidP="00325FB6">
            <w:pPr>
              <w:rPr>
                <w:rFonts w:ascii="Arial" w:hAnsi="Arial" w:cs="Arial"/>
                <w:lang w:val="en-GB"/>
              </w:rPr>
            </w:pPr>
          </w:p>
          <w:p w14:paraId="4A482768" w14:textId="77777777" w:rsidR="00325FB6" w:rsidRPr="00325FB6" w:rsidRDefault="00325FB6" w:rsidP="00325FB6">
            <w:pPr>
              <w:rPr>
                <w:rFonts w:ascii="Arial" w:hAnsi="Arial" w:cs="Arial"/>
                <w:lang w:val="en-GB"/>
              </w:rPr>
            </w:pPr>
            <w:r w:rsidRPr="00325FB6">
              <w:rPr>
                <w:rFonts w:ascii="Arial" w:hAnsi="Arial" w:cs="Arial"/>
                <w:lang w:val="en-GB"/>
              </w:rPr>
              <w:t>            &lt;/div&gt;</w:t>
            </w:r>
          </w:p>
          <w:p w14:paraId="4D1C8BEF" w14:textId="77777777" w:rsidR="00325FB6" w:rsidRPr="00325FB6" w:rsidRDefault="00325FB6" w:rsidP="00325FB6">
            <w:pPr>
              <w:rPr>
                <w:rFonts w:ascii="Arial" w:hAnsi="Arial" w:cs="Arial"/>
                <w:lang w:val="en-GB"/>
              </w:rPr>
            </w:pPr>
          </w:p>
          <w:p w14:paraId="5B3130C8" w14:textId="77777777" w:rsidR="00325FB6" w:rsidRPr="00325FB6" w:rsidRDefault="00325FB6" w:rsidP="00325FB6">
            <w:pPr>
              <w:rPr>
                <w:rFonts w:ascii="Arial" w:hAnsi="Arial" w:cs="Arial"/>
                <w:lang w:val="en-GB"/>
              </w:rPr>
            </w:pPr>
            <w:r w:rsidRPr="00325FB6">
              <w:rPr>
                <w:rFonts w:ascii="Arial" w:hAnsi="Arial" w:cs="Arial"/>
                <w:lang w:val="en-GB"/>
              </w:rPr>
              <w:t>            &lt;div&gt;</w:t>
            </w:r>
          </w:p>
          <w:p w14:paraId="09294426" w14:textId="77777777" w:rsidR="00325FB6" w:rsidRPr="00325FB6" w:rsidRDefault="00325FB6" w:rsidP="00325FB6">
            <w:pPr>
              <w:rPr>
                <w:rFonts w:ascii="Arial" w:hAnsi="Arial" w:cs="Arial"/>
                <w:lang w:val="en-GB"/>
              </w:rPr>
            </w:pPr>
          </w:p>
          <w:p w14:paraId="0F2810F7"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0F1F9F30" w14:textId="77777777" w:rsidR="00325FB6" w:rsidRPr="00325FB6" w:rsidRDefault="00325FB6" w:rsidP="00325FB6">
            <w:pPr>
              <w:rPr>
                <w:rFonts w:ascii="Arial" w:hAnsi="Arial" w:cs="Arial"/>
                <w:lang w:val="en-GB"/>
              </w:rPr>
            </w:pPr>
          </w:p>
          <w:p w14:paraId="4B2AA48B" w14:textId="77777777" w:rsidR="00325FB6" w:rsidRPr="00325FB6" w:rsidRDefault="00325FB6" w:rsidP="00325FB6">
            <w:pPr>
              <w:rPr>
                <w:rFonts w:ascii="Arial" w:hAnsi="Arial" w:cs="Arial"/>
                <w:lang w:val="en-GB"/>
              </w:rPr>
            </w:pPr>
            <w:r w:rsidRPr="00325FB6">
              <w:rPr>
                <w:rFonts w:ascii="Arial" w:hAnsi="Arial" w:cs="Arial"/>
                <w:lang w:val="en-GB"/>
              </w:rPr>
              <w:t>                &lt;p&gt;</w:t>
            </w:r>
          </w:p>
          <w:p w14:paraId="3DF73380" w14:textId="77777777" w:rsidR="00325FB6" w:rsidRPr="00325FB6" w:rsidRDefault="00325FB6" w:rsidP="00325FB6">
            <w:pPr>
              <w:rPr>
                <w:rFonts w:ascii="Arial" w:hAnsi="Arial" w:cs="Arial"/>
                <w:lang w:val="en-GB"/>
              </w:rPr>
            </w:pPr>
            <w:r w:rsidRPr="00325FB6">
              <w:rPr>
                <w:rFonts w:ascii="Arial" w:hAnsi="Arial" w:cs="Arial"/>
                <w:lang w:val="en-GB"/>
              </w:rPr>
              <w:t xml:space="preserve">                    Already have an </w:t>
            </w:r>
            <w:proofErr w:type="gramStart"/>
            <w:r w:rsidRPr="00325FB6">
              <w:rPr>
                <w:rFonts w:ascii="Arial" w:hAnsi="Arial" w:cs="Arial"/>
                <w:lang w:val="en-GB"/>
              </w:rPr>
              <w:t>account?</w:t>
            </w:r>
            <w:proofErr w:type="gramEnd"/>
          </w:p>
          <w:p w14:paraId="4F7F8885" w14:textId="77777777" w:rsidR="00325FB6" w:rsidRPr="00325FB6" w:rsidRDefault="00325FB6" w:rsidP="00325FB6">
            <w:pPr>
              <w:rPr>
                <w:rFonts w:ascii="Arial" w:hAnsi="Arial" w:cs="Arial"/>
                <w:lang w:val="en-GB"/>
              </w:rPr>
            </w:pPr>
            <w:r w:rsidRPr="00325FB6">
              <w:rPr>
                <w:rFonts w:ascii="Arial" w:hAnsi="Arial" w:cs="Arial"/>
                <w:lang w:val="en-GB"/>
              </w:rPr>
              <w:t>                    &lt;a href="HELLO.html"&gt;</w:t>
            </w:r>
          </w:p>
          <w:p w14:paraId="6AA53A0B" w14:textId="77777777" w:rsidR="00325FB6" w:rsidRPr="00325FB6" w:rsidRDefault="00325FB6" w:rsidP="00325FB6">
            <w:pPr>
              <w:rPr>
                <w:rFonts w:ascii="Arial" w:hAnsi="Arial" w:cs="Arial"/>
                <w:lang w:val="en-GB"/>
              </w:rPr>
            </w:pPr>
            <w:r w:rsidRPr="00325FB6">
              <w:rPr>
                <w:rFonts w:ascii="Arial" w:hAnsi="Arial" w:cs="Arial"/>
                <w:lang w:val="en-GB"/>
              </w:rPr>
              <w:t>                        Log in</w:t>
            </w:r>
          </w:p>
          <w:p w14:paraId="5FB0AF21" w14:textId="77777777" w:rsidR="00325FB6" w:rsidRPr="00325FB6" w:rsidRDefault="00325FB6" w:rsidP="00325FB6">
            <w:pPr>
              <w:rPr>
                <w:rFonts w:ascii="Arial" w:hAnsi="Arial" w:cs="Arial"/>
                <w:lang w:val="en-GB"/>
              </w:rPr>
            </w:pPr>
            <w:r w:rsidRPr="00325FB6">
              <w:rPr>
                <w:rFonts w:ascii="Arial" w:hAnsi="Arial" w:cs="Arial"/>
                <w:lang w:val="en-GB"/>
              </w:rPr>
              <w:t>                    &lt;/a&gt;.</w:t>
            </w:r>
          </w:p>
          <w:p w14:paraId="183B7DDA" w14:textId="77777777" w:rsidR="00325FB6" w:rsidRPr="00325FB6" w:rsidRDefault="00325FB6" w:rsidP="00325FB6">
            <w:pPr>
              <w:rPr>
                <w:rFonts w:ascii="Arial" w:hAnsi="Arial" w:cs="Arial"/>
                <w:lang w:val="en-GB"/>
              </w:rPr>
            </w:pPr>
            <w:r w:rsidRPr="00325FB6">
              <w:rPr>
                <w:rFonts w:ascii="Arial" w:hAnsi="Arial" w:cs="Arial"/>
                <w:lang w:val="en-GB"/>
              </w:rPr>
              <w:t>                &lt;/p&gt;</w:t>
            </w:r>
          </w:p>
          <w:p w14:paraId="3D57C726" w14:textId="77777777" w:rsidR="00325FB6" w:rsidRPr="00325FB6" w:rsidRDefault="00325FB6" w:rsidP="00325FB6">
            <w:pPr>
              <w:rPr>
                <w:rFonts w:ascii="Arial" w:hAnsi="Arial" w:cs="Arial"/>
                <w:lang w:val="en-GB"/>
              </w:rPr>
            </w:pPr>
          </w:p>
          <w:p w14:paraId="6B7FC40F" w14:textId="77777777" w:rsidR="00325FB6" w:rsidRPr="00325FB6" w:rsidRDefault="00325FB6" w:rsidP="00325FB6">
            <w:pPr>
              <w:rPr>
                <w:rFonts w:ascii="Arial" w:hAnsi="Arial" w:cs="Arial"/>
                <w:lang w:val="en-GB"/>
              </w:rPr>
            </w:pPr>
            <w:r w:rsidRPr="00325FB6">
              <w:rPr>
                <w:rFonts w:ascii="Arial" w:hAnsi="Arial" w:cs="Arial"/>
                <w:lang w:val="en-GB"/>
              </w:rPr>
              <w:t>            &lt;/div&gt;</w:t>
            </w:r>
          </w:p>
          <w:p w14:paraId="1F9169B0" w14:textId="77777777" w:rsidR="00325FB6" w:rsidRPr="00325FB6" w:rsidRDefault="00325FB6" w:rsidP="00325FB6">
            <w:pPr>
              <w:rPr>
                <w:rFonts w:ascii="Arial" w:hAnsi="Arial" w:cs="Arial"/>
                <w:lang w:val="en-GB"/>
              </w:rPr>
            </w:pPr>
          </w:p>
          <w:p w14:paraId="289050B1" w14:textId="77777777" w:rsidR="00325FB6" w:rsidRPr="00325FB6" w:rsidRDefault="00325FB6" w:rsidP="00325FB6">
            <w:pPr>
              <w:rPr>
                <w:rFonts w:ascii="Arial" w:hAnsi="Arial" w:cs="Arial"/>
                <w:lang w:val="en-GB"/>
              </w:rPr>
            </w:pPr>
            <w:r w:rsidRPr="00325FB6">
              <w:rPr>
                <w:rFonts w:ascii="Arial" w:hAnsi="Arial" w:cs="Arial"/>
                <w:lang w:val="en-GB"/>
              </w:rPr>
              <w:t>        &lt;/form&gt;</w:t>
            </w:r>
          </w:p>
          <w:p w14:paraId="43746247" w14:textId="77777777" w:rsidR="00325FB6" w:rsidRPr="00325FB6" w:rsidRDefault="00325FB6" w:rsidP="00325FB6">
            <w:pPr>
              <w:rPr>
                <w:rFonts w:ascii="Arial" w:hAnsi="Arial" w:cs="Arial"/>
                <w:lang w:val="en-GB"/>
              </w:rPr>
            </w:pPr>
          </w:p>
          <w:p w14:paraId="62EB1EAC" w14:textId="77777777" w:rsidR="00325FB6" w:rsidRPr="00325FB6" w:rsidRDefault="00325FB6" w:rsidP="00325FB6">
            <w:pPr>
              <w:rPr>
                <w:rFonts w:ascii="Arial" w:hAnsi="Arial" w:cs="Arial"/>
                <w:lang w:val="en-GB"/>
              </w:rPr>
            </w:pPr>
            <w:r w:rsidRPr="00325FB6">
              <w:rPr>
                <w:rFonts w:ascii="Arial" w:hAnsi="Arial" w:cs="Arial"/>
                <w:lang w:val="en-GB"/>
              </w:rPr>
              <w:t>    &lt;/div&gt;</w:t>
            </w:r>
          </w:p>
          <w:p w14:paraId="7104A75D" w14:textId="77777777" w:rsidR="00325FB6" w:rsidRPr="00325FB6" w:rsidRDefault="00325FB6" w:rsidP="00325FB6">
            <w:pPr>
              <w:rPr>
                <w:rFonts w:ascii="Arial" w:hAnsi="Arial" w:cs="Arial"/>
                <w:lang w:val="en-GB"/>
              </w:rPr>
            </w:pPr>
          </w:p>
          <w:p w14:paraId="5A9596CA"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37C6B4E6" w14:textId="77777777" w:rsidR="00325FB6" w:rsidRPr="00325FB6" w:rsidRDefault="00325FB6" w:rsidP="00325FB6">
            <w:pPr>
              <w:rPr>
                <w:rFonts w:ascii="Arial" w:hAnsi="Arial" w:cs="Arial"/>
                <w:lang w:val="en-GB"/>
              </w:rPr>
            </w:pPr>
            <w:r w:rsidRPr="00325FB6">
              <w:rPr>
                <w:rFonts w:ascii="Arial" w:hAnsi="Arial" w:cs="Arial"/>
                <w:lang w:val="en-GB"/>
              </w:rPr>
              <w:t>    &lt;</w:t>
            </w:r>
            <w:proofErr w:type="spellStart"/>
            <w:r w:rsidRPr="00325FB6">
              <w:rPr>
                <w:rFonts w:ascii="Arial" w:hAnsi="Arial" w:cs="Arial"/>
                <w:lang w:val="en-GB"/>
              </w:rPr>
              <w:t>br</w:t>
            </w:r>
            <w:proofErr w:type="spellEnd"/>
            <w:r w:rsidRPr="00325FB6">
              <w:rPr>
                <w:rFonts w:ascii="Arial" w:hAnsi="Arial" w:cs="Arial"/>
                <w:lang w:val="en-GB"/>
              </w:rPr>
              <w:t>&gt;</w:t>
            </w:r>
          </w:p>
          <w:p w14:paraId="5D16BC83" w14:textId="77777777" w:rsidR="00325FB6" w:rsidRPr="00325FB6" w:rsidRDefault="00325FB6" w:rsidP="00325FB6">
            <w:pPr>
              <w:rPr>
                <w:rFonts w:ascii="Arial" w:hAnsi="Arial" w:cs="Arial"/>
                <w:lang w:val="en-GB"/>
              </w:rPr>
            </w:pPr>
          </w:p>
          <w:p w14:paraId="4C4AC914" w14:textId="77777777" w:rsidR="00325FB6" w:rsidRPr="00325FB6" w:rsidRDefault="00325FB6" w:rsidP="00325FB6">
            <w:pPr>
              <w:rPr>
                <w:rFonts w:ascii="Arial" w:hAnsi="Arial" w:cs="Arial"/>
                <w:lang w:val="en-GB"/>
              </w:rPr>
            </w:pPr>
            <w:r w:rsidRPr="00325FB6">
              <w:rPr>
                <w:rFonts w:ascii="Arial" w:hAnsi="Arial" w:cs="Arial"/>
                <w:lang w:val="en-GB"/>
              </w:rPr>
              <w:t>    &lt;a</w:t>
            </w:r>
          </w:p>
          <w:p w14:paraId="6C10D5C9" w14:textId="77777777" w:rsidR="00325FB6" w:rsidRPr="00325FB6" w:rsidRDefault="00325FB6" w:rsidP="00325FB6">
            <w:pPr>
              <w:rPr>
                <w:rFonts w:ascii="Arial" w:hAnsi="Arial" w:cs="Arial"/>
                <w:lang w:val="en-GB"/>
              </w:rPr>
            </w:pPr>
            <w:r w:rsidRPr="00325FB6">
              <w:rPr>
                <w:rFonts w:ascii="Arial" w:hAnsi="Arial" w:cs="Arial"/>
                <w:lang w:val="en-GB"/>
              </w:rPr>
              <w:t>        class="link-success link-offset-2 link-underline-opacity-25 link-underline-opacity-100-hover"</w:t>
            </w:r>
          </w:p>
          <w:p w14:paraId="5CE671D6" w14:textId="77777777" w:rsidR="00325FB6" w:rsidRPr="00325FB6" w:rsidRDefault="00325FB6" w:rsidP="00325FB6">
            <w:pPr>
              <w:rPr>
                <w:rFonts w:ascii="Arial" w:hAnsi="Arial" w:cs="Arial"/>
                <w:lang w:val="en-GB"/>
              </w:rPr>
            </w:pPr>
            <w:r w:rsidRPr="00325FB6">
              <w:rPr>
                <w:rFonts w:ascii="Arial" w:hAnsi="Arial" w:cs="Arial"/>
                <w:lang w:val="en-GB"/>
              </w:rPr>
              <w:t>        href="./index.html"</w:t>
            </w:r>
          </w:p>
          <w:p w14:paraId="0FA9F54A" w14:textId="77777777" w:rsidR="00325FB6" w:rsidRPr="00325FB6" w:rsidRDefault="00325FB6" w:rsidP="00325FB6">
            <w:pPr>
              <w:rPr>
                <w:rFonts w:ascii="Arial" w:hAnsi="Arial" w:cs="Arial"/>
                <w:lang w:val="en-GB"/>
              </w:rPr>
            </w:pPr>
            <w:r w:rsidRPr="00325FB6">
              <w:rPr>
                <w:rFonts w:ascii="Arial" w:hAnsi="Arial" w:cs="Arial"/>
                <w:lang w:val="en-GB"/>
              </w:rPr>
              <w:t>    &gt;</w:t>
            </w:r>
          </w:p>
          <w:p w14:paraId="0633C37F" w14:textId="77777777" w:rsidR="00325FB6" w:rsidRPr="00325FB6" w:rsidRDefault="00325FB6" w:rsidP="00325FB6">
            <w:pPr>
              <w:rPr>
                <w:rFonts w:ascii="Arial" w:hAnsi="Arial" w:cs="Arial"/>
                <w:lang w:val="en-GB"/>
              </w:rPr>
            </w:pPr>
            <w:r w:rsidRPr="00325FB6">
              <w:rPr>
                <w:rFonts w:ascii="Arial" w:hAnsi="Arial" w:cs="Arial"/>
                <w:lang w:val="en-GB"/>
              </w:rPr>
              <w:lastRenderedPageBreak/>
              <w:t>        &amp;</w:t>
            </w:r>
            <w:proofErr w:type="spellStart"/>
            <w:r w:rsidRPr="00325FB6">
              <w:rPr>
                <w:rFonts w:ascii="Arial" w:hAnsi="Arial" w:cs="Arial"/>
                <w:lang w:val="en-GB"/>
              </w:rPr>
              <w:t>lt</w:t>
            </w:r>
            <w:proofErr w:type="spellEnd"/>
            <w:r w:rsidRPr="00325FB6">
              <w:rPr>
                <w:rFonts w:ascii="Arial" w:hAnsi="Arial" w:cs="Arial"/>
                <w:lang w:val="en-GB"/>
              </w:rPr>
              <w:t>;&amp;</w:t>
            </w:r>
            <w:proofErr w:type="spellStart"/>
            <w:r w:rsidRPr="00325FB6">
              <w:rPr>
                <w:rFonts w:ascii="Arial" w:hAnsi="Arial" w:cs="Arial"/>
                <w:lang w:val="en-GB"/>
              </w:rPr>
              <w:t>lt</w:t>
            </w:r>
            <w:proofErr w:type="spellEnd"/>
            <w:r w:rsidRPr="00325FB6">
              <w:rPr>
                <w:rFonts w:ascii="Arial" w:hAnsi="Arial" w:cs="Arial"/>
                <w:lang w:val="en-GB"/>
              </w:rPr>
              <w:t>; BACK &amp;</w:t>
            </w:r>
            <w:proofErr w:type="spellStart"/>
            <w:r w:rsidRPr="00325FB6">
              <w:rPr>
                <w:rFonts w:ascii="Arial" w:hAnsi="Arial" w:cs="Arial"/>
                <w:lang w:val="en-GB"/>
              </w:rPr>
              <w:t>lt</w:t>
            </w:r>
            <w:proofErr w:type="spellEnd"/>
            <w:r w:rsidRPr="00325FB6">
              <w:rPr>
                <w:rFonts w:ascii="Arial" w:hAnsi="Arial" w:cs="Arial"/>
                <w:lang w:val="en-GB"/>
              </w:rPr>
              <w:t>;&amp;</w:t>
            </w:r>
            <w:proofErr w:type="spellStart"/>
            <w:proofErr w:type="gramStart"/>
            <w:r w:rsidRPr="00325FB6">
              <w:rPr>
                <w:rFonts w:ascii="Arial" w:hAnsi="Arial" w:cs="Arial"/>
                <w:lang w:val="en-GB"/>
              </w:rPr>
              <w:t>lt</w:t>
            </w:r>
            <w:proofErr w:type="spellEnd"/>
            <w:r w:rsidRPr="00325FB6">
              <w:rPr>
                <w:rFonts w:ascii="Arial" w:hAnsi="Arial" w:cs="Arial"/>
                <w:lang w:val="en-GB"/>
              </w:rPr>
              <w:t>;</w:t>
            </w:r>
            <w:proofErr w:type="gramEnd"/>
          </w:p>
          <w:p w14:paraId="0ADF87AD" w14:textId="77777777" w:rsidR="00325FB6" w:rsidRPr="00325FB6" w:rsidRDefault="00325FB6" w:rsidP="00325FB6">
            <w:pPr>
              <w:rPr>
                <w:rFonts w:ascii="Arial" w:hAnsi="Arial" w:cs="Arial"/>
                <w:lang w:val="en-GB"/>
              </w:rPr>
            </w:pPr>
            <w:r w:rsidRPr="00325FB6">
              <w:rPr>
                <w:rFonts w:ascii="Arial" w:hAnsi="Arial" w:cs="Arial"/>
                <w:lang w:val="en-GB"/>
              </w:rPr>
              <w:t>    &lt;/a&gt;</w:t>
            </w:r>
          </w:p>
          <w:p w14:paraId="3C64B597" w14:textId="77777777" w:rsidR="00325FB6" w:rsidRPr="00325FB6" w:rsidRDefault="00325FB6" w:rsidP="00325FB6">
            <w:pPr>
              <w:rPr>
                <w:rFonts w:ascii="Arial" w:hAnsi="Arial" w:cs="Arial"/>
                <w:lang w:val="en-GB"/>
              </w:rPr>
            </w:pPr>
            <w:r w:rsidRPr="00325FB6">
              <w:rPr>
                <w:rFonts w:ascii="Arial" w:hAnsi="Arial" w:cs="Arial"/>
                <w:lang w:val="en-GB"/>
              </w:rPr>
              <w:t>&lt;/center&gt;</w:t>
            </w:r>
          </w:p>
          <w:p w14:paraId="7E972F1A" w14:textId="77777777" w:rsidR="00325FB6" w:rsidRPr="00325FB6" w:rsidRDefault="00325FB6" w:rsidP="00325FB6">
            <w:pPr>
              <w:rPr>
                <w:rFonts w:ascii="Arial" w:hAnsi="Arial" w:cs="Arial"/>
                <w:lang w:val="en-GB"/>
              </w:rPr>
            </w:pPr>
            <w:r w:rsidRPr="00325FB6">
              <w:rPr>
                <w:rFonts w:ascii="Arial" w:hAnsi="Arial" w:cs="Arial"/>
                <w:lang w:val="en-GB"/>
              </w:rPr>
              <w:t>&lt;/body&gt;</w:t>
            </w:r>
          </w:p>
          <w:p w14:paraId="08F70311" w14:textId="77777777" w:rsidR="00325FB6" w:rsidRPr="00325FB6" w:rsidRDefault="00325FB6" w:rsidP="00325FB6">
            <w:pPr>
              <w:rPr>
                <w:rFonts w:ascii="Arial" w:hAnsi="Arial" w:cs="Arial"/>
                <w:lang w:val="en-GB"/>
              </w:rPr>
            </w:pPr>
          </w:p>
          <w:p w14:paraId="073D5827" w14:textId="77777777" w:rsidR="00325FB6" w:rsidRPr="00325FB6" w:rsidRDefault="00325FB6" w:rsidP="00325FB6">
            <w:pPr>
              <w:rPr>
                <w:rFonts w:ascii="Arial" w:hAnsi="Arial" w:cs="Arial"/>
                <w:lang w:val="en-GB"/>
              </w:rPr>
            </w:pPr>
            <w:r w:rsidRPr="00325FB6">
              <w:rPr>
                <w:rFonts w:ascii="Arial" w:hAnsi="Arial" w:cs="Arial"/>
                <w:lang w:val="en-GB"/>
              </w:rPr>
              <w:t>&lt;/html&gt;</w:t>
            </w:r>
          </w:p>
          <w:p w14:paraId="2236649A" w14:textId="77777777" w:rsidR="00325FB6" w:rsidRDefault="00325FB6">
            <w:pPr>
              <w:rPr>
                <w:rFonts w:ascii="Arial" w:hAnsi="Arial" w:cs="Arial"/>
              </w:rPr>
            </w:pPr>
          </w:p>
        </w:tc>
      </w:tr>
    </w:tbl>
    <w:p w14:paraId="11E728A5" w14:textId="77777777" w:rsidR="00325FB6" w:rsidRDefault="00325FB6">
      <w:pPr>
        <w:rPr>
          <w:rFonts w:ascii="Arial" w:hAnsi="Arial" w:cs="Arial"/>
        </w:rPr>
      </w:pPr>
    </w:p>
    <w:p w14:paraId="3791D410" w14:textId="77777777" w:rsidR="00325FB6" w:rsidRDefault="00325FB6">
      <w:pPr>
        <w:rPr>
          <w:rFonts w:ascii="Arial" w:hAnsi="Arial" w:cs="Arial"/>
        </w:rPr>
      </w:pPr>
    </w:p>
    <w:tbl>
      <w:tblPr>
        <w:tblStyle w:val="TableGrid"/>
        <w:tblW w:w="0" w:type="auto"/>
        <w:tblLook w:val="04A0" w:firstRow="1" w:lastRow="0" w:firstColumn="1" w:lastColumn="0" w:noHBand="0" w:noVBand="1"/>
      </w:tblPr>
      <w:tblGrid>
        <w:gridCol w:w="8630"/>
      </w:tblGrid>
      <w:tr w:rsidR="00325FB6" w14:paraId="2B27AB79" w14:textId="77777777" w:rsidTr="00325FB6">
        <w:tc>
          <w:tcPr>
            <w:tcW w:w="8630" w:type="dxa"/>
          </w:tcPr>
          <w:p w14:paraId="59018A68" w14:textId="3362058E" w:rsidR="00325FB6" w:rsidRDefault="007B552C" w:rsidP="007B552C">
            <w:pPr>
              <w:jc w:val="center"/>
              <w:rPr>
                <w:rFonts w:ascii="Arial" w:hAnsi="Arial" w:cs="Arial"/>
              </w:rPr>
            </w:pPr>
            <w:r>
              <w:rPr>
                <w:rFonts w:ascii="Arial" w:hAnsi="Arial" w:cs="Arial"/>
              </w:rPr>
              <w:t>Contactus.html</w:t>
            </w:r>
          </w:p>
        </w:tc>
      </w:tr>
      <w:tr w:rsidR="00325FB6" w14:paraId="4BEDF9FE" w14:textId="77777777" w:rsidTr="00325FB6">
        <w:tc>
          <w:tcPr>
            <w:tcW w:w="8630" w:type="dxa"/>
          </w:tcPr>
          <w:p w14:paraId="34B27129" w14:textId="77777777" w:rsidR="007B552C" w:rsidRPr="007B552C" w:rsidRDefault="007B552C" w:rsidP="007B552C">
            <w:pPr>
              <w:rPr>
                <w:rFonts w:ascii="Arial" w:hAnsi="Arial" w:cs="Arial"/>
                <w:lang w:val="en-GB"/>
              </w:rPr>
            </w:pPr>
            <w:r w:rsidRPr="007B552C">
              <w:rPr>
                <w:rFonts w:ascii="Arial" w:hAnsi="Arial" w:cs="Arial"/>
                <w:lang w:val="en-GB"/>
              </w:rPr>
              <w:t>&lt;!DOCTYPE html&gt;</w:t>
            </w:r>
          </w:p>
          <w:p w14:paraId="3CAC1374" w14:textId="77777777" w:rsidR="007B552C" w:rsidRPr="007B552C" w:rsidRDefault="007B552C" w:rsidP="007B552C">
            <w:pPr>
              <w:rPr>
                <w:rFonts w:ascii="Arial" w:hAnsi="Arial" w:cs="Arial"/>
                <w:lang w:val="en-GB"/>
              </w:rPr>
            </w:pPr>
            <w:r w:rsidRPr="007B552C">
              <w:rPr>
                <w:rFonts w:ascii="Arial" w:hAnsi="Arial" w:cs="Arial"/>
                <w:lang w:val="en-GB"/>
              </w:rPr>
              <w:t>&lt;html lang="en"&gt;</w:t>
            </w:r>
          </w:p>
          <w:p w14:paraId="30730FA6" w14:textId="77777777" w:rsidR="007B552C" w:rsidRPr="007B552C" w:rsidRDefault="007B552C" w:rsidP="007B552C">
            <w:pPr>
              <w:rPr>
                <w:rFonts w:ascii="Arial" w:hAnsi="Arial" w:cs="Arial"/>
                <w:lang w:val="en-GB"/>
              </w:rPr>
            </w:pPr>
          </w:p>
          <w:p w14:paraId="492C2A39" w14:textId="77777777" w:rsidR="007B552C" w:rsidRPr="007B552C" w:rsidRDefault="007B552C" w:rsidP="007B552C">
            <w:pPr>
              <w:rPr>
                <w:rFonts w:ascii="Arial" w:hAnsi="Arial" w:cs="Arial"/>
                <w:lang w:val="en-GB"/>
              </w:rPr>
            </w:pPr>
            <w:r w:rsidRPr="007B552C">
              <w:rPr>
                <w:rFonts w:ascii="Arial" w:hAnsi="Arial" w:cs="Arial"/>
                <w:lang w:val="en-GB"/>
              </w:rPr>
              <w:t>&lt;head&gt;</w:t>
            </w:r>
          </w:p>
          <w:p w14:paraId="3E5C9B28" w14:textId="77777777" w:rsidR="007B552C" w:rsidRPr="007B552C" w:rsidRDefault="007B552C" w:rsidP="007B552C">
            <w:pPr>
              <w:rPr>
                <w:rFonts w:ascii="Arial" w:hAnsi="Arial" w:cs="Arial"/>
                <w:lang w:val="en-GB"/>
              </w:rPr>
            </w:pPr>
            <w:r w:rsidRPr="007B552C">
              <w:rPr>
                <w:rFonts w:ascii="Arial" w:hAnsi="Arial" w:cs="Arial"/>
                <w:lang w:val="en-GB"/>
              </w:rPr>
              <w:t>    &lt;meta charset="UTF-8"&gt;</w:t>
            </w:r>
          </w:p>
          <w:p w14:paraId="01B92E31" w14:textId="77777777" w:rsidR="007B552C" w:rsidRPr="007B552C" w:rsidRDefault="007B552C" w:rsidP="007B552C">
            <w:pPr>
              <w:rPr>
                <w:rFonts w:ascii="Arial" w:hAnsi="Arial" w:cs="Arial"/>
                <w:lang w:val="en-GB"/>
              </w:rPr>
            </w:pPr>
          </w:p>
          <w:p w14:paraId="382DCD6A" w14:textId="77777777" w:rsidR="007B552C" w:rsidRPr="007B552C" w:rsidRDefault="007B552C" w:rsidP="007B552C">
            <w:pPr>
              <w:rPr>
                <w:rFonts w:ascii="Arial" w:hAnsi="Arial" w:cs="Arial"/>
                <w:lang w:val="en-GB"/>
              </w:rPr>
            </w:pPr>
            <w:r w:rsidRPr="007B552C">
              <w:rPr>
                <w:rFonts w:ascii="Arial" w:hAnsi="Arial" w:cs="Arial"/>
                <w:lang w:val="en-GB"/>
              </w:rPr>
              <w:t>    &lt;link rel="stylesheet" href="./pallet.css"&gt;</w:t>
            </w:r>
          </w:p>
          <w:p w14:paraId="502E3D84" w14:textId="77777777" w:rsidR="007B552C" w:rsidRPr="007B552C" w:rsidRDefault="007B552C" w:rsidP="007B552C">
            <w:pPr>
              <w:rPr>
                <w:rFonts w:ascii="Arial" w:hAnsi="Arial" w:cs="Arial"/>
                <w:lang w:val="en-GB"/>
              </w:rPr>
            </w:pPr>
          </w:p>
          <w:p w14:paraId="18FAD1EA" w14:textId="77777777" w:rsidR="007B552C" w:rsidRPr="007B552C" w:rsidRDefault="007B552C" w:rsidP="007B552C">
            <w:pPr>
              <w:rPr>
                <w:rFonts w:ascii="Arial" w:hAnsi="Arial" w:cs="Arial"/>
                <w:lang w:val="en-GB"/>
              </w:rPr>
            </w:pPr>
            <w:r w:rsidRPr="007B552C">
              <w:rPr>
                <w:rFonts w:ascii="Arial" w:hAnsi="Arial" w:cs="Arial"/>
                <w:lang w:val="en-GB"/>
              </w:rPr>
              <w:t>    &lt;link</w:t>
            </w:r>
          </w:p>
          <w:p w14:paraId="6953B321" w14:textId="77777777" w:rsidR="007B552C" w:rsidRPr="007B552C" w:rsidRDefault="007B552C" w:rsidP="007B552C">
            <w:pPr>
              <w:rPr>
                <w:rFonts w:ascii="Arial" w:hAnsi="Arial" w:cs="Arial"/>
                <w:lang w:val="en-GB"/>
              </w:rPr>
            </w:pPr>
            <w:r w:rsidRPr="007B552C">
              <w:rPr>
                <w:rFonts w:ascii="Arial" w:hAnsi="Arial" w:cs="Arial"/>
                <w:lang w:val="en-GB"/>
              </w:rPr>
              <w:t>        href="https://cdn.jsdelivr.net/npm/bootstrap@5.3.8/dist/css/bootstrap.min.css"</w:t>
            </w:r>
          </w:p>
          <w:p w14:paraId="4B0BF0E0" w14:textId="77777777" w:rsidR="007B552C" w:rsidRPr="007B552C" w:rsidRDefault="007B552C" w:rsidP="007B552C">
            <w:pPr>
              <w:rPr>
                <w:rFonts w:ascii="Arial" w:hAnsi="Arial" w:cs="Arial"/>
                <w:lang w:val="en-GB"/>
              </w:rPr>
            </w:pPr>
            <w:r w:rsidRPr="007B552C">
              <w:rPr>
                <w:rFonts w:ascii="Arial" w:hAnsi="Arial" w:cs="Arial"/>
                <w:lang w:val="en-GB"/>
              </w:rPr>
              <w:t>        rel="stylesheet"</w:t>
            </w:r>
          </w:p>
          <w:p w14:paraId="24248CD4" w14:textId="77777777" w:rsidR="007B552C" w:rsidRPr="007B552C" w:rsidRDefault="007B552C" w:rsidP="007B552C">
            <w:pPr>
              <w:rPr>
                <w:rFonts w:ascii="Arial" w:hAnsi="Arial" w:cs="Arial"/>
                <w:lang w:val="en-GB"/>
              </w:rPr>
            </w:pPr>
            <w:r w:rsidRPr="007B552C">
              <w:rPr>
                <w:rFonts w:ascii="Arial" w:hAnsi="Arial" w:cs="Arial"/>
                <w:lang w:val="en-GB"/>
              </w:rPr>
              <w:t>        integrity="sha384-sRIl4kxILFvY47J16cr9ZwB07vP4J8+LH7qKQnuqkuIAvNWLzeN8tE5YBujZqJLB"</w:t>
            </w:r>
          </w:p>
          <w:p w14:paraId="293B777C" w14:textId="77777777" w:rsidR="007B552C" w:rsidRPr="007B552C" w:rsidRDefault="007B552C" w:rsidP="007B552C">
            <w:pPr>
              <w:rPr>
                <w:rFonts w:ascii="Arial" w:hAnsi="Arial" w:cs="Arial"/>
                <w:lang w:val="en-GB"/>
              </w:rPr>
            </w:pPr>
            <w:r w:rsidRPr="007B552C">
              <w:rPr>
                <w:rFonts w:ascii="Arial" w:hAnsi="Arial" w:cs="Arial"/>
                <w:lang w:val="en-GB"/>
              </w:rPr>
              <w:t>        crossorigin="anonymous"</w:t>
            </w:r>
          </w:p>
          <w:p w14:paraId="69639B0C" w14:textId="77777777" w:rsidR="007B552C" w:rsidRPr="007B552C" w:rsidRDefault="007B552C" w:rsidP="007B552C">
            <w:pPr>
              <w:rPr>
                <w:rFonts w:ascii="Arial" w:hAnsi="Arial" w:cs="Arial"/>
                <w:lang w:val="en-GB"/>
              </w:rPr>
            </w:pPr>
            <w:r w:rsidRPr="007B552C">
              <w:rPr>
                <w:rFonts w:ascii="Arial" w:hAnsi="Arial" w:cs="Arial"/>
                <w:lang w:val="en-GB"/>
              </w:rPr>
              <w:t>    &gt;</w:t>
            </w:r>
          </w:p>
          <w:p w14:paraId="2D4014BF" w14:textId="77777777" w:rsidR="007B552C" w:rsidRPr="007B552C" w:rsidRDefault="007B552C" w:rsidP="007B552C">
            <w:pPr>
              <w:rPr>
                <w:rFonts w:ascii="Arial" w:hAnsi="Arial" w:cs="Arial"/>
                <w:lang w:val="en-GB"/>
              </w:rPr>
            </w:pPr>
          </w:p>
          <w:p w14:paraId="0E68A0C2" w14:textId="77777777" w:rsidR="007B552C" w:rsidRPr="007B552C" w:rsidRDefault="007B552C" w:rsidP="007B552C">
            <w:pPr>
              <w:rPr>
                <w:rFonts w:ascii="Arial" w:hAnsi="Arial" w:cs="Arial"/>
                <w:lang w:val="en-GB"/>
              </w:rPr>
            </w:pPr>
            <w:r w:rsidRPr="007B552C">
              <w:rPr>
                <w:rFonts w:ascii="Arial" w:hAnsi="Arial" w:cs="Arial"/>
                <w:lang w:val="en-GB"/>
              </w:rPr>
              <w:t>    &lt;title&gt;Estore - Your Local Shop&lt;/title&gt;</w:t>
            </w:r>
          </w:p>
          <w:p w14:paraId="5EEBDCE2" w14:textId="77777777" w:rsidR="007B552C" w:rsidRPr="007B552C" w:rsidRDefault="007B552C" w:rsidP="007B552C">
            <w:pPr>
              <w:rPr>
                <w:rFonts w:ascii="Arial" w:hAnsi="Arial" w:cs="Arial"/>
                <w:lang w:val="en-GB"/>
              </w:rPr>
            </w:pPr>
            <w:r w:rsidRPr="007B552C">
              <w:rPr>
                <w:rFonts w:ascii="Arial" w:hAnsi="Arial" w:cs="Arial"/>
                <w:lang w:val="en-GB"/>
              </w:rPr>
              <w:t>&lt;/head&gt;</w:t>
            </w:r>
          </w:p>
          <w:p w14:paraId="1985C2F7" w14:textId="77777777" w:rsidR="007B552C" w:rsidRPr="007B552C" w:rsidRDefault="007B552C" w:rsidP="007B552C">
            <w:pPr>
              <w:rPr>
                <w:rFonts w:ascii="Arial" w:hAnsi="Arial" w:cs="Arial"/>
                <w:lang w:val="en-GB"/>
              </w:rPr>
            </w:pPr>
          </w:p>
          <w:p w14:paraId="3B9530AF" w14:textId="77777777" w:rsidR="007B552C" w:rsidRPr="007B552C" w:rsidRDefault="007B552C" w:rsidP="007B552C">
            <w:pPr>
              <w:rPr>
                <w:rFonts w:ascii="Arial" w:hAnsi="Arial" w:cs="Arial"/>
                <w:lang w:val="en-GB"/>
              </w:rPr>
            </w:pPr>
            <w:r w:rsidRPr="007B552C">
              <w:rPr>
                <w:rFonts w:ascii="Arial" w:hAnsi="Arial" w:cs="Arial"/>
                <w:lang w:val="en-GB"/>
              </w:rPr>
              <w:t>&lt;body&gt;</w:t>
            </w:r>
          </w:p>
          <w:p w14:paraId="657970D4" w14:textId="77777777" w:rsidR="007B552C" w:rsidRPr="007B552C" w:rsidRDefault="007B552C" w:rsidP="007B552C">
            <w:pPr>
              <w:rPr>
                <w:rFonts w:ascii="Arial" w:hAnsi="Arial" w:cs="Arial"/>
                <w:lang w:val="en-GB"/>
              </w:rPr>
            </w:pPr>
            <w:r w:rsidRPr="007B552C">
              <w:rPr>
                <w:rFonts w:ascii="Arial" w:hAnsi="Arial" w:cs="Arial"/>
                <w:lang w:val="en-GB"/>
              </w:rPr>
              <w:t>&lt;center&gt;</w:t>
            </w:r>
          </w:p>
          <w:p w14:paraId="7EEA6B40" w14:textId="77777777" w:rsidR="007B552C" w:rsidRPr="007B552C" w:rsidRDefault="007B552C" w:rsidP="007B552C">
            <w:pPr>
              <w:rPr>
                <w:rFonts w:ascii="Arial" w:hAnsi="Arial" w:cs="Arial"/>
                <w:lang w:val="en-GB"/>
              </w:rPr>
            </w:pPr>
            <w:r w:rsidRPr="007B552C">
              <w:rPr>
                <w:rFonts w:ascii="Arial" w:hAnsi="Arial" w:cs="Arial"/>
                <w:lang w:val="en-GB"/>
              </w:rPr>
              <w:t>    &lt;table align="center"&gt;</w:t>
            </w:r>
          </w:p>
          <w:p w14:paraId="02216838" w14:textId="77777777" w:rsidR="007B552C" w:rsidRPr="007B552C" w:rsidRDefault="007B552C" w:rsidP="007B552C">
            <w:pPr>
              <w:rPr>
                <w:rFonts w:ascii="Arial" w:hAnsi="Arial" w:cs="Arial"/>
                <w:lang w:val="en-GB"/>
              </w:rPr>
            </w:pPr>
            <w:r w:rsidRPr="007B552C">
              <w:rPr>
                <w:rFonts w:ascii="Arial" w:hAnsi="Arial" w:cs="Arial"/>
                <w:lang w:val="en-GB"/>
              </w:rPr>
              <w:t>        &lt;tr&gt;</w:t>
            </w:r>
          </w:p>
          <w:p w14:paraId="56A7EA75" w14:textId="77777777" w:rsidR="007B552C" w:rsidRPr="007B552C" w:rsidRDefault="007B552C" w:rsidP="007B552C">
            <w:pPr>
              <w:rPr>
                <w:rFonts w:ascii="Arial" w:hAnsi="Arial" w:cs="Arial"/>
                <w:lang w:val="en-GB"/>
              </w:rPr>
            </w:pPr>
            <w:r w:rsidRPr="007B552C">
              <w:rPr>
                <w:rFonts w:ascii="Arial" w:hAnsi="Arial" w:cs="Arial"/>
                <w:lang w:val="en-GB"/>
              </w:rPr>
              <w:t>            &lt;td&gt;</w:t>
            </w:r>
          </w:p>
          <w:p w14:paraId="02DA7A9A" w14:textId="77777777" w:rsidR="007B552C" w:rsidRPr="007B552C" w:rsidRDefault="007B552C" w:rsidP="007B552C">
            <w:pPr>
              <w:rPr>
                <w:rFonts w:ascii="Arial" w:hAnsi="Arial" w:cs="Arial"/>
                <w:lang w:val="en-GB"/>
              </w:rPr>
            </w:pPr>
            <w:r w:rsidRPr="007B552C">
              <w:rPr>
                <w:rFonts w:ascii="Arial" w:hAnsi="Arial" w:cs="Arial"/>
                <w:lang w:val="en-GB"/>
              </w:rPr>
              <w:t>                &lt;ul class="nav nav-tabs"&gt;</w:t>
            </w:r>
          </w:p>
          <w:p w14:paraId="129E263D" w14:textId="77777777" w:rsidR="007B552C" w:rsidRPr="007B552C" w:rsidRDefault="007B552C" w:rsidP="007B552C">
            <w:pPr>
              <w:rPr>
                <w:rFonts w:ascii="Arial" w:hAnsi="Arial" w:cs="Arial"/>
                <w:lang w:val="en-GB"/>
              </w:rPr>
            </w:pPr>
          </w:p>
          <w:p w14:paraId="582D9FCB" w14:textId="77777777" w:rsidR="007B552C" w:rsidRPr="007B552C" w:rsidRDefault="007B552C" w:rsidP="007B552C">
            <w:pPr>
              <w:rPr>
                <w:rFonts w:ascii="Arial" w:hAnsi="Arial" w:cs="Arial"/>
                <w:lang w:val="en-GB"/>
              </w:rPr>
            </w:pPr>
            <w:r w:rsidRPr="007B552C">
              <w:rPr>
                <w:rFonts w:ascii="Arial" w:hAnsi="Arial" w:cs="Arial"/>
                <w:lang w:val="en-GB"/>
              </w:rPr>
              <w:t>                    &lt;li class="nav-item"&gt;</w:t>
            </w:r>
          </w:p>
          <w:p w14:paraId="695810FA" w14:textId="77777777" w:rsidR="007B552C" w:rsidRPr="007B552C" w:rsidRDefault="007B552C" w:rsidP="007B552C">
            <w:pPr>
              <w:rPr>
                <w:rFonts w:ascii="Arial" w:hAnsi="Arial" w:cs="Arial"/>
                <w:lang w:val="en-GB"/>
              </w:rPr>
            </w:pPr>
            <w:r w:rsidRPr="007B552C">
              <w:rPr>
                <w:rFonts w:ascii="Arial" w:hAnsi="Arial" w:cs="Arial"/>
                <w:lang w:val="en-GB"/>
              </w:rPr>
              <w:t>                        &lt;a</w:t>
            </w:r>
          </w:p>
          <w:p w14:paraId="729025AD" w14:textId="77777777" w:rsidR="007B552C" w:rsidRPr="007B552C" w:rsidRDefault="007B552C" w:rsidP="007B552C">
            <w:pPr>
              <w:rPr>
                <w:rFonts w:ascii="Arial" w:hAnsi="Arial" w:cs="Arial"/>
                <w:lang w:val="en-GB"/>
              </w:rPr>
            </w:pPr>
            <w:r w:rsidRPr="007B552C">
              <w:rPr>
                <w:rFonts w:ascii="Arial" w:hAnsi="Arial" w:cs="Arial"/>
                <w:lang w:val="en-GB"/>
              </w:rPr>
              <w:t>                            class="nav-link"</w:t>
            </w:r>
          </w:p>
          <w:p w14:paraId="1F025C67" w14:textId="77777777" w:rsidR="007B552C" w:rsidRPr="007B552C" w:rsidRDefault="007B552C" w:rsidP="007B552C">
            <w:pPr>
              <w:rPr>
                <w:rFonts w:ascii="Arial" w:hAnsi="Arial" w:cs="Arial"/>
                <w:lang w:val="en-GB"/>
              </w:rPr>
            </w:pPr>
            <w:r w:rsidRPr="007B552C">
              <w:rPr>
                <w:rFonts w:ascii="Arial" w:hAnsi="Arial" w:cs="Arial"/>
                <w:lang w:val="en-GB"/>
              </w:rPr>
              <w:t>                            aria-current="page"</w:t>
            </w:r>
          </w:p>
          <w:p w14:paraId="389FAD51" w14:textId="77777777" w:rsidR="007B552C" w:rsidRPr="007B552C" w:rsidRDefault="007B552C" w:rsidP="007B552C">
            <w:pPr>
              <w:rPr>
                <w:rFonts w:ascii="Arial" w:hAnsi="Arial" w:cs="Arial"/>
                <w:lang w:val="en-GB"/>
              </w:rPr>
            </w:pPr>
            <w:r w:rsidRPr="007B552C">
              <w:rPr>
                <w:rFonts w:ascii="Arial" w:hAnsi="Arial" w:cs="Arial"/>
                <w:lang w:val="en-GB"/>
              </w:rPr>
              <w:t>                            href="./index.html"</w:t>
            </w:r>
          </w:p>
          <w:p w14:paraId="60C8C45B" w14:textId="77777777" w:rsidR="007B552C" w:rsidRPr="007B552C" w:rsidRDefault="007B552C" w:rsidP="007B552C">
            <w:pPr>
              <w:rPr>
                <w:rFonts w:ascii="Arial" w:hAnsi="Arial" w:cs="Arial"/>
                <w:lang w:val="en-GB"/>
              </w:rPr>
            </w:pPr>
            <w:r w:rsidRPr="007B552C">
              <w:rPr>
                <w:rFonts w:ascii="Arial" w:hAnsi="Arial" w:cs="Arial"/>
                <w:lang w:val="en-GB"/>
              </w:rPr>
              <w:t>                        &gt;</w:t>
            </w:r>
          </w:p>
          <w:p w14:paraId="1121BF49" w14:textId="77777777" w:rsidR="007B552C" w:rsidRPr="007B552C" w:rsidRDefault="007B552C" w:rsidP="007B552C">
            <w:pPr>
              <w:rPr>
                <w:rFonts w:ascii="Arial" w:hAnsi="Arial" w:cs="Arial"/>
                <w:lang w:val="en-GB"/>
              </w:rPr>
            </w:pPr>
            <w:r w:rsidRPr="007B552C">
              <w:rPr>
                <w:rFonts w:ascii="Arial" w:hAnsi="Arial" w:cs="Arial"/>
                <w:lang w:val="en-GB"/>
              </w:rPr>
              <w:t>                            Main</w:t>
            </w:r>
          </w:p>
          <w:p w14:paraId="56B42065" w14:textId="77777777" w:rsidR="007B552C" w:rsidRPr="007B552C" w:rsidRDefault="007B552C" w:rsidP="007B552C">
            <w:pPr>
              <w:rPr>
                <w:rFonts w:ascii="Arial" w:hAnsi="Arial" w:cs="Arial"/>
                <w:lang w:val="en-GB"/>
              </w:rPr>
            </w:pPr>
            <w:r w:rsidRPr="007B552C">
              <w:rPr>
                <w:rFonts w:ascii="Arial" w:hAnsi="Arial" w:cs="Arial"/>
                <w:lang w:val="en-GB"/>
              </w:rPr>
              <w:t>                        &lt;/a&gt;</w:t>
            </w:r>
          </w:p>
          <w:p w14:paraId="574BAA77" w14:textId="77777777" w:rsidR="007B552C" w:rsidRPr="007B552C" w:rsidRDefault="007B552C" w:rsidP="007B552C">
            <w:pPr>
              <w:rPr>
                <w:rFonts w:ascii="Arial" w:hAnsi="Arial" w:cs="Arial"/>
                <w:lang w:val="en-GB"/>
              </w:rPr>
            </w:pPr>
            <w:r w:rsidRPr="007B552C">
              <w:rPr>
                <w:rFonts w:ascii="Arial" w:hAnsi="Arial" w:cs="Arial"/>
                <w:lang w:val="en-GB"/>
              </w:rPr>
              <w:t>                    &lt;/li&gt;</w:t>
            </w:r>
          </w:p>
          <w:p w14:paraId="0CD78707" w14:textId="77777777" w:rsidR="007B552C" w:rsidRPr="007B552C" w:rsidRDefault="007B552C" w:rsidP="007B552C">
            <w:pPr>
              <w:rPr>
                <w:rFonts w:ascii="Arial" w:hAnsi="Arial" w:cs="Arial"/>
                <w:lang w:val="en-GB"/>
              </w:rPr>
            </w:pPr>
          </w:p>
          <w:p w14:paraId="4363CB52" w14:textId="77777777" w:rsidR="007B552C" w:rsidRPr="007B552C" w:rsidRDefault="007B552C" w:rsidP="007B552C">
            <w:pPr>
              <w:rPr>
                <w:rFonts w:ascii="Arial" w:hAnsi="Arial" w:cs="Arial"/>
                <w:lang w:val="en-GB"/>
              </w:rPr>
            </w:pPr>
            <w:r w:rsidRPr="007B552C">
              <w:rPr>
                <w:rFonts w:ascii="Arial" w:hAnsi="Arial" w:cs="Arial"/>
                <w:lang w:val="en-GB"/>
              </w:rPr>
              <w:t>                    &lt;li class="nav-item"&gt;</w:t>
            </w:r>
          </w:p>
          <w:p w14:paraId="667BCFF8" w14:textId="77777777" w:rsidR="007B552C" w:rsidRPr="007B552C" w:rsidRDefault="007B552C" w:rsidP="007B552C">
            <w:pPr>
              <w:rPr>
                <w:rFonts w:ascii="Arial" w:hAnsi="Arial" w:cs="Arial"/>
                <w:lang w:val="en-GB"/>
              </w:rPr>
            </w:pPr>
            <w:r w:rsidRPr="007B552C">
              <w:rPr>
                <w:rFonts w:ascii="Arial" w:hAnsi="Arial" w:cs="Arial"/>
                <w:lang w:val="en-GB"/>
              </w:rPr>
              <w:t>                        &lt;a</w:t>
            </w:r>
          </w:p>
          <w:p w14:paraId="36E64C5D" w14:textId="77777777" w:rsidR="007B552C" w:rsidRPr="007B552C" w:rsidRDefault="007B552C" w:rsidP="007B552C">
            <w:pPr>
              <w:rPr>
                <w:rFonts w:ascii="Arial" w:hAnsi="Arial" w:cs="Arial"/>
                <w:lang w:val="en-GB"/>
              </w:rPr>
            </w:pPr>
            <w:r w:rsidRPr="007B552C">
              <w:rPr>
                <w:rFonts w:ascii="Arial" w:hAnsi="Arial" w:cs="Arial"/>
                <w:lang w:val="en-GB"/>
              </w:rPr>
              <w:t>                            class="nav-link"</w:t>
            </w:r>
          </w:p>
          <w:p w14:paraId="3C0C5B82" w14:textId="77777777" w:rsidR="007B552C" w:rsidRPr="007B552C" w:rsidRDefault="007B552C" w:rsidP="007B552C">
            <w:pPr>
              <w:rPr>
                <w:rFonts w:ascii="Arial" w:hAnsi="Arial" w:cs="Arial"/>
                <w:lang w:val="en-GB"/>
              </w:rPr>
            </w:pPr>
            <w:r w:rsidRPr="007B552C">
              <w:rPr>
                <w:rFonts w:ascii="Arial" w:hAnsi="Arial" w:cs="Arial"/>
                <w:lang w:val="en-GB"/>
              </w:rPr>
              <w:lastRenderedPageBreak/>
              <w:t>                            aria-current="page"</w:t>
            </w:r>
          </w:p>
          <w:p w14:paraId="411F6E42" w14:textId="77777777" w:rsidR="007B552C" w:rsidRPr="007B552C" w:rsidRDefault="007B552C" w:rsidP="007B552C">
            <w:pPr>
              <w:rPr>
                <w:rFonts w:ascii="Arial" w:hAnsi="Arial" w:cs="Arial"/>
                <w:lang w:val="en-GB"/>
              </w:rPr>
            </w:pPr>
            <w:r w:rsidRPr="007B552C">
              <w:rPr>
                <w:rFonts w:ascii="Arial" w:hAnsi="Arial" w:cs="Arial"/>
                <w:lang w:val="en-GB"/>
              </w:rPr>
              <w:t>                            href="./Product.html"</w:t>
            </w:r>
          </w:p>
          <w:p w14:paraId="6DD5A042" w14:textId="77777777" w:rsidR="007B552C" w:rsidRPr="007B552C" w:rsidRDefault="007B552C" w:rsidP="007B552C">
            <w:pPr>
              <w:rPr>
                <w:rFonts w:ascii="Arial" w:hAnsi="Arial" w:cs="Arial"/>
                <w:lang w:val="en-GB"/>
              </w:rPr>
            </w:pPr>
            <w:r w:rsidRPr="007B552C">
              <w:rPr>
                <w:rFonts w:ascii="Arial" w:hAnsi="Arial" w:cs="Arial"/>
                <w:lang w:val="en-GB"/>
              </w:rPr>
              <w:t>                        &gt;</w:t>
            </w:r>
          </w:p>
          <w:p w14:paraId="3771EC5A" w14:textId="77777777" w:rsidR="007B552C" w:rsidRPr="007B552C" w:rsidRDefault="007B552C" w:rsidP="007B552C">
            <w:pPr>
              <w:rPr>
                <w:rFonts w:ascii="Arial" w:hAnsi="Arial" w:cs="Arial"/>
                <w:lang w:val="en-GB"/>
              </w:rPr>
            </w:pPr>
            <w:r w:rsidRPr="007B552C">
              <w:rPr>
                <w:rFonts w:ascii="Arial" w:hAnsi="Arial" w:cs="Arial"/>
                <w:lang w:val="en-GB"/>
              </w:rPr>
              <w:t>                            Shop</w:t>
            </w:r>
          </w:p>
          <w:p w14:paraId="28851396" w14:textId="77777777" w:rsidR="007B552C" w:rsidRPr="007B552C" w:rsidRDefault="007B552C" w:rsidP="007B552C">
            <w:pPr>
              <w:rPr>
                <w:rFonts w:ascii="Arial" w:hAnsi="Arial" w:cs="Arial"/>
                <w:lang w:val="en-GB"/>
              </w:rPr>
            </w:pPr>
            <w:r w:rsidRPr="007B552C">
              <w:rPr>
                <w:rFonts w:ascii="Arial" w:hAnsi="Arial" w:cs="Arial"/>
                <w:lang w:val="en-GB"/>
              </w:rPr>
              <w:t>                        &lt;/a&gt;</w:t>
            </w:r>
          </w:p>
          <w:p w14:paraId="144D21A2" w14:textId="77777777" w:rsidR="007B552C" w:rsidRPr="007B552C" w:rsidRDefault="007B552C" w:rsidP="007B552C">
            <w:pPr>
              <w:rPr>
                <w:rFonts w:ascii="Arial" w:hAnsi="Arial" w:cs="Arial"/>
                <w:lang w:val="en-GB"/>
              </w:rPr>
            </w:pPr>
            <w:r w:rsidRPr="007B552C">
              <w:rPr>
                <w:rFonts w:ascii="Arial" w:hAnsi="Arial" w:cs="Arial"/>
                <w:lang w:val="en-GB"/>
              </w:rPr>
              <w:t>                    &lt;/li&gt;</w:t>
            </w:r>
          </w:p>
          <w:p w14:paraId="6E1009E8" w14:textId="77777777" w:rsidR="007B552C" w:rsidRPr="007B552C" w:rsidRDefault="007B552C" w:rsidP="007B552C">
            <w:pPr>
              <w:rPr>
                <w:rFonts w:ascii="Arial" w:hAnsi="Arial" w:cs="Arial"/>
                <w:lang w:val="en-GB"/>
              </w:rPr>
            </w:pPr>
          </w:p>
          <w:p w14:paraId="7859031D" w14:textId="77777777" w:rsidR="007B552C" w:rsidRPr="007B552C" w:rsidRDefault="007B552C" w:rsidP="007B552C">
            <w:pPr>
              <w:rPr>
                <w:rFonts w:ascii="Arial" w:hAnsi="Arial" w:cs="Arial"/>
                <w:lang w:val="en-GB"/>
              </w:rPr>
            </w:pPr>
            <w:r w:rsidRPr="007B552C">
              <w:rPr>
                <w:rFonts w:ascii="Arial" w:hAnsi="Arial" w:cs="Arial"/>
                <w:lang w:val="en-GB"/>
              </w:rPr>
              <w:t>                    &lt;li class="nav-item"&gt;</w:t>
            </w:r>
          </w:p>
          <w:p w14:paraId="09D956DD" w14:textId="77777777" w:rsidR="007B552C" w:rsidRPr="007B552C" w:rsidRDefault="007B552C" w:rsidP="007B552C">
            <w:pPr>
              <w:rPr>
                <w:rFonts w:ascii="Arial" w:hAnsi="Arial" w:cs="Arial"/>
                <w:lang w:val="en-GB"/>
              </w:rPr>
            </w:pPr>
            <w:r w:rsidRPr="007B552C">
              <w:rPr>
                <w:rFonts w:ascii="Arial" w:hAnsi="Arial" w:cs="Arial"/>
                <w:lang w:val="en-GB"/>
              </w:rPr>
              <w:t>                        &lt;a</w:t>
            </w:r>
          </w:p>
          <w:p w14:paraId="71E62257" w14:textId="77777777" w:rsidR="007B552C" w:rsidRPr="007B552C" w:rsidRDefault="007B552C" w:rsidP="007B552C">
            <w:pPr>
              <w:rPr>
                <w:rFonts w:ascii="Arial" w:hAnsi="Arial" w:cs="Arial"/>
                <w:lang w:val="en-GB"/>
              </w:rPr>
            </w:pPr>
            <w:r w:rsidRPr="007B552C">
              <w:rPr>
                <w:rFonts w:ascii="Arial" w:hAnsi="Arial" w:cs="Arial"/>
                <w:lang w:val="en-GB"/>
              </w:rPr>
              <w:t>                            class="nav-link"</w:t>
            </w:r>
          </w:p>
          <w:p w14:paraId="24C05D71" w14:textId="77777777" w:rsidR="007B552C" w:rsidRPr="007B552C" w:rsidRDefault="007B552C" w:rsidP="007B552C">
            <w:pPr>
              <w:rPr>
                <w:rFonts w:ascii="Arial" w:hAnsi="Arial" w:cs="Arial"/>
                <w:lang w:val="en-GB"/>
              </w:rPr>
            </w:pPr>
            <w:r w:rsidRPr="007B552C">
              <w:rPr>
                <w:rFonts w:ascii="Arial" w:hAnsi="Arial" w:cs="Arial"/>
                <w:lang w:val="en-GB"/>
              </w:rPr>
              <w:t>                            aria-current="page"</w:t>
            </w:r>
          </w:p>
          <w:p w14:paraId="02CD7905" w14:textId="77777777" w:rsidR="007B552C" w:rsidRPr="007B552C" w:rsidRDefault="007B552C" w:rsidP="007B552C">
            <w:pPr>
              <w:rPr>
                <w:rFonts w:ascii="Arial" w:hAnsi="Arial" w:cs="Arial"/>
                <w:lang w:val="en-GB"/>
              </w:rPr>
            </w:pPr>
            <w:r w:rsidRPr="007B552C">
              <w:rPr>
                <w:rFonts w:ascii="Arial" w:hAnsi="Arial" w:cs="Arial"/>
                <w:lang w:val="en-GB"/>
              </w:rPr>
              <w:t>                            href="./prodform.html"</w:t>
            </w:r>
          </w:p>
          <w:p w14:paraId="1FA85470" w14:textId="77777777" w:rsidR="007B552C" w:rsidRPr="007B552C" w:rsidRDefault="007B552C" w:rsidP="007B552C">
            <w:pPr>
              <w:rPr>
                <w:rFonts w:ascii="Arial" w:hAnsi="Arial" w:cs="Arial"/>
                <w:lang w:val="en-GB"/>
              </w:rPr>
            </w:pPr>
            <w:r w:rsidRPr="007B552C">
              <w:rPr>
                <w:rFonts w:ascii="Arial" w:hAnsi="Arial" w:cs="Arial"/>
                <w:lang w:val="en-GB"/>
              </w:rPr>
              <w:t>                        &gt;</w:t>
            </w:r>
          </w:p>
          <w:p w14:paraId="17BC1932" w14:textId="77777777" w:rsidR="007B552C" w:rsidRPr="007B552C" w:rsidRDefault="007B552C" w:rsidP="007B552C">
            <w:pPr>
              <w:rPr>
                <w:rFonts w:ascii="Arial" w:hAnsi="Arial" w:cs="Arial"/>
                <w:lang w:val="en-GB"/>
              </w:rPr>
            </w:pPr>
            <w:r w:rsidRPr="007B552C">
              <w:rPr>
                <w:rFonts w:ascii="Arial" w:hAnsi="Arial" w:cs="Arial"/>
                <w:lang w:val="en-GB"/>
              </w:rPr>
              <w:t>                            Sell</w:t>
            </w:r>
          </w:p>
          <w:p w14:paraId="261F48BD" w14:textId="77777777" w:rsidR="007B552C" w:rsidRPr="007B552C" w:rsidRDefault="007B552C" w:rsidP="007B552C">
            <w:pPr>
              <w:rPr>
                <w:rFonts w:ascii="Arial" w:hAnsi="Arial" w:cs="Arial"/>
                <w:lang w:val="en-GB"/>
              </w:rPr>
            </w:pPr>
            <w:r w:rsidRPr="007B552C">
              <w:rPr>
                <w:rFonts w:ascii="Arial" w:hAnsi="Arial" w:cs="Arial"/>
                <w:lang w:val="en-GB"/>
              </w:rPr>
              <w:t>                        &lt;/a&gt;</w:t>
            </w:r>
          </w:p>
          <w:p w14:paraId="19364FA2" w14:textId="77777777" w:rsidR="007B552C" w:rsidRPr="007B552C" w:rsidRDefault="007B552C" w:rsidP="007B552C">
            <w:pPr>
              <w:rPr>
                <w:rFonts w:ascii="Arial" w:hAnsi="Arial" w:cs="Arial"/>
                <w:lang w:val="en-GB"/>
              </w:rPr>
            </w:pPr>
            <w:r w:rsidRPr="007B552C">
              <w:rPr>
                <w:rFonts w:ascii="Arial" w:hAnsi="Arial" w:cs="Arial"/>
                <w:lang w:val="en-GB"/>
              </w:rPr>
              <w:t>                    &lt;/li&gt;</w:t>
            </w:r>
          </w:p>
          <w:p w14:paraId="5399AC94" w14:textId="77777777" w:rsidR="007B552C" w:rsidRPr="007B552C" w:rsidRDefault="007B552C" w:rsidP="007B552C">
            <w:pPr>
              <w:rPr>
                <w:rFonts w:ascii="Arial" w:hAnsi="Arial" w:cs="Arial"/>
                <w:lang w:val="en-GB"/>
              </w:rPr>
            </w:pPr>
          </w:p>
          <w:p w14:paraId="497E827B" w14:textId="77777777" w:rsidR="007B552C" w:rsidRPr="007B552C" w:rsidRDefault="007B552C" w:rsidP="007B552C">
            <w:pPr>
              <w:rPr>
                <w:rFonts w:ascii="Arial" w:hAnsi="Arial" w:cs="Arial"/>
                <w:lang w:val="en-GB"/>
              </w:rPr>
            </w:pPr>
            <w:r w:rsidRPr="007B552C">
              <w:rPr>
                <w:rFonts w:ascii="Arial" w:hAnsi="Arial" w:cs="Arial"/>
                <w:lang w:val="en-GB"/>
              </w:rPr>
              <w:t>                    &lt;li class="nav-item"&gt;</w:t>
            </w:r>
          </w:p>
          <w:p w14:paraId="156084EC" w14:textId="77777777" w:rsidR="007B552C" w:rsidRPr="007B552C" w:rsidRDefault="007B552C" w:rsidP="007B552C">
            <w:pPr>
              <w:rPr>
                <w:rFonts w:ascii="Arial" w:hAnsi="Arial" w:cs="Arial"/>
                <w:lang w:val="en-GB"/>
              </w:rPr>
            </w:pPr>
            <w:r w:rsidRPr="007B552C">
              <w:rPr>
                <w:rFonts w:ascii="Arial" w:hAnsi="Arial" w:cs="Arial"/>
                <w:lang w:val="en-GB"/>
              </w:rPr>
              <w:t>                        &lt;a</w:t>
            </w:r>
          </w:p>
          <w:p w14:paraId="32D81C37" w14:textId="77777777" w:rsidR="007B552C" w:rsidRPr="007B552C" w:rsidRDefault="007B552C" w:rsidP="007B552C">
            <w:pPr>
              <w:rPr>
                <w:rFonts w:ascii="Arial" w:hAnsi="Arial" w:cs="Arial"/>
                <w:lang w:val="en-GB"/>
              </w:rPr>
            </w:pPr>
            <w:r w:rsidRPr="007B552C">
              <w:rPr>
                <w:rFonts w:ascii="Arial" w:hAnsi="Arial" w:cs="Arial"/>
                <w:lang w:val="en-GB"/>
              </w:rPr>
              <w:t>                            class="nav-link"</w:t>
            </w:r>
          </w:p>
          <w:p w14:paraId="27BF3296" w14:textId="77777777" w:rsidR="007B552C" w:rsidRPr="007B552C" w:rsidRDefault="007B552C" w:rsidP="007B552C">
            <w:pPr>
              <w:rPr>
                <w:rFonts w:ascii="Arial" w:hAnsi="Arial" w:cs="Arial"/>
                <w:lang w:val="en-GB"/>
              </w:rPr>
            </w:pPr>
            <w:r w:rsidRPr="007B552C">
              <w:rPr>
                <w:rFonts w:ascii="Arial" w:hAnsi="Arial" w:cs="Arial"/>
                <w:lang w:val="en-GB"/>
              </w:rPr>
              <w:t>                            href="./HELLO.html"</w:t>
            </w:r>
          </w:p>
          <w:p w14:paraId="6D047EB4" w14:textId="77777777" w:rsidR="007B552C" w:rsidRPr="007B552C" w:rsidRDefault="007B552C" w:rsidP="007B552C">
            <w:pPr>
              <w:rPr>
                <w:rFonts w:ascii="Arial" w:hAnsi="Arial" w:cs="Arial"/>
                <w:lang w:val="en-GB"/>
              </w:rPr>
            </w:pPr>
            <w:r w:rsidRPr="007B552C">
              <w:rPr>
                <w:rFonts w:ascii="Arial" w:hAnsi="Arial" w:cs="Arial"/>
                <w:lang w:val="en-GB"/>
              </w:rPr>
              <w:t>                        &gt;</w:t>
            </w:r>
          </w:p>
          <w:p w14:paraId="607DB3E7" w14:textId="77777777" w:rsidR="007B552C" w:rsidRPr="007B552C" w:rsidRDefault="007B552C" w:rsidP="007B552C">
            <w:pPr>
              <w:rPr>
                <w:rFonts w:ascii="Arial" w:hAnsi="Arial" w:cs="Arial"/>
                <w:lang w:val="en-GB"/>
              </w:rPr>
            </w:pPr>
            <w:r w:rsidRPr="007B552C">
              <w:rPr>
                <w:rFonts w:ascii="Arial" w:hAnsi="Arial" w:cs="Arial"/>
                <w:lang w:val="en-GB"/>
              </w:rPr>
              <w:t>                            Login</w:t>
            </w:r>
          </w:p>
          <w:p w14:paraId="516B9024" w14:textId="77777777" w:rsidR="007B552C" w:rsidRPr="007B552C" w:rsidRDefault="007B552C" w:rsidP="007B552C">
            <w:pPr>
              <w:rPr>
                <w:rFonts w:ascii="Arial" w:hAnsi="Arial" w:cs="Arial"/>
                <w:lang w:val="en-GB"/>
              </w:rPr>
            </w:pPr>
            <w:r w:rsidRPr="007B552C">
              <w:rPr>
                <w:rFonts w:ascii="Arial" w:hAnsi="Arial" w:cs="Arial"/>
                <w:lang w:val="en-GB"/>
              </w:rPr>
              <w:t>                        &lt;/a&gt;</w:t>
            </w:r>
          </w:p>
          <w:p w14:paraId="26858C26" w14:textId="77777777" w:rsidR="007B552C" w:rsidRPr="007B552C" w:rsidRDefault="007B552C" w:rsidP="007B552C">
            <w:pPr>
              <w:rPr>
                <w:rFonts w:ascii="Arial" w:hAnsi="Arial" w:cs="Arial"/>
                <w:lang w:val="en-GB"/>
              </w:rPr>
            </w:pPr>
            <w:r w:rsidRPr="007B552C">
              <w:rPr>
                <w:rFonts w:ascii="Arial" w:hAnsi="Arial" w:cs="Arial"/>
                <w:lang w:val="en-GB"/>
              </w:rPr>
              <w:t>                    &lt;/li&gt;</w:t>
            </w:r>
          </w:p>
          <w:p w14:paraId="6C5E43D3" w14:textId="77777777" w:rsidR="007B552C" w:rsidRPr="007B552C" w:rsidRDefault="007B552C" w:rsidP="007B552C">
            <w:pPr>
              <w:rPr>
                <w:rFonts w:ascii="Arial" w:hAnsi="Arial" w:cs="Arial"/>
                <w:lang w:val="en-GB"/>
              </w:rPr>
            </w:pPr>
          </w:p>
          <w:p w14:paraId="775CF46E" w14:textId="77777777" w:rsidR="007B552C" w:rsidRPr="007B552C" w:rsidRDefault="007B552C" w:rsidP="007B552C">
            <w:pPr>
              <w:rPr>
                <w:rFonts w:ascii="Arial" w:hAnsi="Arial" w:cs="Arial"/>
                <w:lang w:val="en-GB"/>
              </w:rPr>
            </w:pPr>
            <w:r w:rsidRPr="007B552C">
              <w:rPr>
                <w:rFonts w:ascii="Arial" w:hAnsi="Arial" w:cs="Arial"/>
                <w:lang w:val="en-GB"/>
              </w:rPr>
              <w:t>                    &lt;li class="nav-item"&gt;</w:t>
            </w:r>
          </w:p>
          <w:p w14:paraId="441A06B0" w14:textId="77777777" w:rsidR="007B552C" w:rsidRPr="007B552C" w:rsidRDefault="007B552C" w:rsidP="007B552C">
            <w:pPr>
              <w:rPr>
                <w:rFonts w:ascii="Arial" w:hAnsi="Arial" w:cs="Arial"/>
                <w:lang w:val="en-GB"/>
              </w:rPr>
            </w:pPr>
            <w:r w:rsidRPr="007B552C">
              <w:rPr>
                <w:rFonts w:ascii="Arial" w:hAnsi="Arial" w:cs="Arial"/>
                <w:lang w:val="en-GB"/>
              </w:rPr>
              <w:t>                        &lt;a</w:t>
            </w:r>
          </w:p>
          <w:p w14:paraId="357F68FA" w14:textId="77777777" w:rsidR="007B552C" w:rsidRPr="007B552C" w:rsidRDefault="007B552C" w:rsidP="007B552C">
            <w:pPr>
              <w:rPr>
                <w:rFonts w:ascii="Arial" w:hAnsi="Arial" w:cs="Arial"/>
                <w:lang w:val="en-GB"/>
              </w:rPr>
            </w:pPr>
            <w:r w:rsidRPr="007B552C">
              <w:rPr>
                <w:rFonts w:ascii="Arial" w:hAnsi="Arial" w:cs="Arial"/>
                <w:lang w:val="en-GB"/>
              </w:rPr>
              <w:t>                            class="nav-link active"</w:t>
            </w:r>
          </w:p>
          <w:p w14:paraId="73EB0CE5" w14:textId="77777777" w:rsidR="007B552C" w:rsidRPr="007B552C" w:rsidRDefault="007B552C" w:rsidP="007B552C">
            <w:pPr>
              <w:rPr>
                <w:rFonts w:ascii="Arial" w:hAnsi="Arial" w:cs="Arial"/>
                <w:lang w:val="en-GB"/>
              </w:rPr>
            </w:pPr>
            <w:r w:rsidRPr="007B552C">
              <w:rPr>
                <w:rFonts w:ascii="Arial" w:hAnsi="Arial" w:cs="Arial"/>
                <w:lang w:val="en-GB"/>
              </w:rPr>
              <w:t>                            href="./contacus.html"</w:t>
            </w:r>
          </w:p>
          <w:p w14:paraId="1B5A9160" w14:textId="77777777" w:rsidR="007B552C" w:rsidRPr="007B552C" w:rsidRDefault="007B552C" w:rsidP="007B552C">
            <w:pPr>
              <w:rPr>
                <w:rFonts w:ascii="Arial" w:hAnsi="Arial" w:cs="Arial"/>
                <w:lang w:val="en-GB"/>
              </w:rPr>
            </w:pPr>
            <w:r w:rsidRPr="007B552C">
              <w:rPr>
                <w:rFonts w:ascii="Arial" w:hAnsi="Arial" w:cs="Arial"/>
                <w:lang w:val="en-GB"/>
              </w:rPr>
              <w:t>                        &gt;</w:t>
            </w:r>
          </w:p>
          <w:p w14:paraId="7C87BDCD" w14:textId="77777777" w:rsidR="007B552C" w:rsidRPr="007B552C" w:rsidRDefault="007B552C" w:rsidP="007B552C">
            <w:pPr>
              <w:rPr>
                <w:rFonts w:ascii="Arial" w:hAnsi="Arial" w:cs="Arial"/>
                <w:lang w:val="en-GB"/>
              </w:rPr>
            </w:pPr>
            <w:r w:rsidRPr="007B552C">
              <w:rPr>
                <w:rFonts w:ascii="Arial" w:hAnsi="Arial" w:cs="Arial"/>
                <w:lang w:val="en-GB"/>
              </w:rPr>
              <w:t>                            Contact Us</w:t>
            </w:r>
          </w:p>
          <w:p w14:paraId="7E896EEF" w14:textId="77777777" w:rsidR="007B552C" w:rsidRPr="007B552C" w:rsidRDefault="007B552C" w:rsidP="007B552C">
            <w:pPr>
              <w:rPr>
                <w:rFonts w:ascii="Arial" w:hAnsi="Arial" w:cs="Arial"/>
                <w:lang w:val="en-GB"/>
              </w:rPr>
            </w:pPr>
            <w:r w:rsidRPr="007B552C">
              <w:rPr>
                <w:rFonts w:ascii="Arial" w:hAnsi="Arial" w:cs="Arial"/>
                <w:lang w:val="en-GB"/>
              </w:rPr>
              <w:t>                        &lt;/a&gt;</w:t>
            </w:r>
          </w:p>
          <w:p w14:paraId="7971C4A0" w14:textId="77777777" w:rsidR="007B552C" w:rsidRPr="007B552C" w:rsidRDefault="007B552C" w:rsidP="007B552C">
            <w:pPr>
              <w:rPr>
                <w:rFonts w:ascii="Arial" w:hAnsi="Arial" w:cs="Arial"/>
                <w:lang w:val="en-GB"/>
              </w:rPr>
            </w:pPr>
            <w:r w:rsidRPr="007B552C">
              <w:rPr>
                <w:rFonts w:ascii="Arial" w:hAnsi="Arial" w:cs="Arial"/>
                <w:lang w:val="en-GB"/>
              </w:rPr>
              <w:t>                    &lt;/li&gt;</w:t>
            </w:r>
          </w:p>
          <w:p w14:paraId="1C912D6E" w14:textId="77777777" w:rsidR="007B552C" w:rsidRPr="007B552C" w:rsidRDefault="007B552C" w:rsidP="007B552C">
            <w:pPr>
              <w:rPr>
                <w:rFonts w:ascii="Arial" w:hAnsi="Arial" w:cs="Arial"/>
                <w:lang w:val="en-GB"/>
              </w:rPr>
            </w:pPr>
          </w:p>
          <w:p w14:paraId="08889FD1" w14:textId="77777777" w:rsidR="007B552C" w:rsidRPr="007B552C" w:rsidRDefault="007B552C" w:rsidP="007B552C">
            <w:pPr>
              <w:rPr>
                <w:rFonts w:ascii="Arial" w:hAnsi="Arial" w:cs="Arial"/>
                <w:lang w:val="en-GB"/>
              </w:rPr>
            </w:pPr>
            <w:r w:rsidRPr="007B552C">
              <w:rPr>
                <w:rFonts w:ascii="Arial" w:hAnsi="Arial" w:cs="Arial"/>
                <w:lang w:val="en-GB"/>
              </w:rPr>
              <w:t>                    &lt;li class="nav-item"&gt;</w:t>
            </w:r>
          </w:p>
          <w:p w14:paraId="7C67DA02" w14:textId="77777777" w:rsidR="007B552C" w:rsidRPr="007B552C" w:rsidRDefault="007B552C" w:rsidP="007B552C">
            <w:pPr>
              <w:rPr>
                <w:rFonts w:ascii="Arial" w:hAnsi="Arial" w:cs="Arial"/>
                <w:lang w:val="en-GB"/>
              </w:rPr>
            </w:pPr>
            <w:r w:rsidRPr="007B552C">
              <w:rPr>
                <w:rFonts w:ascii="Arial" w:hAnsi="Arial" w:cs="Arial"/>
                <w:lang w:val="en-GB"/>
              </w:rPr>
              <w:t>                        &lt;!--&lt;a class="nav-link disabled" aria-disabled="true"&gt;Disabled&lt;/a&gt;--&gt;</w:t>
            </w:r>
          </w:p>
          <w:p w14:paraId="37236AB3" w14:textId="77777777" w:rsidR="007B552C" w:rsidRPr="007B552C" w:rsidRDefault="007B552C" w:rsidP="007B552C">
            <w:pPr>
              <w:rPr>
                <w:rFonts w:ascii="Arial" w:hAnsi="Arial" w:cs="Arial"/>
                <w:lang w:val="en-GB"/>
              </w:rPr>
            </w:pPr>
          </w:p>
          <w:p w14:paraId="64C12520" w14:textId="77777777" w:rsidR="007B552C" w:rsidRPr="007B552C" w:rsidRDefault="007B552C" w:rsidP="007B552C">
            <w:pPr>
              <w:rPr>
                <w:rFonts w:ascii="Arial" w:hAnsi="Arial" w:cs="Arial"/>
                <w:lang w:val="en-GB"/>
              </w:rPr>
            </w:pPr>
            <w:r w:rsidRPr="007B552C">
              <w:rPr>
                <w:rFonts w:ascii="Arial" w:hAnsi="Arial" w:cs="Arial"/>
                <w:lang w:val="en-GB"/>
              </w:rPr>
              <w:t>                        &lt;a</w:t>
            </w:r>
          </w:p>
          <w:p w14:paraId="60BA1D22" w14:textId="77777777" w:rsidR="007B552C" w:rsidRPr="007B552C" w:rsidRDefault="007B552C" w:rsidP="007B552C">
            <w:pPr>
              <w:rPr>
                <w:rFonts w:ascii="Arial" w:hAnsi="Arial" w:cs="Arial"/>
                <w:lang w:val="en-GB"/>
              </w:rPr>
            </w:pPr>
            <w:r w:rsidRPr="007B552C">
              <w:rPr>
                <w:rFonts w:ascii="Arial" w:hAnsi="Arial" w:cs="Arial"/>
                <w:lang w:val="en-GB"/>
              </w:rPr>
              <w:t>                            class="nav-link"</w:t>
            </w:r>
          </w:p>
          <w:p w14:paraId="5EFC7964" w14:textId="77777777" w:rsidR="007B552C" w:rsidRPr="007B552C" w:rsidRDefault="007B552C" w:rsidP="007B552C">
            <w:pPr>
              <w:rPr>
                <w:rFonts w:ascii="Arial" w:hAnsi="Arial" w:cs="Arial"/>
                <w:lang w:val="en-GB"/>
              </w:rPr>
            </w:pPr>
            <w:r w:rsidRPr="007B552C">
              <w:rPr>
                <w:rFonts w:ascii="Arial" w:hAnsi="Arial" w:cs="Arial"/>
                <w:lang w:val="en-GB"/>
              </w:rPr>
              <w:t>                            href="./aboutus.html"</w:t>
            </w:r>
          </w:p>
          <w:p w14:paraId="16C9DB94" w14:textId="77777777" w:rsidR="007B552C" w:rsidRPr="007B552C" w:rsidRDefault="007B552C" w:rsidP="007B552C">
            <w:pPr>
              <w:rPr>
                <w:rFonts w:ascii="Arial" w:hAnsi="Arial" w:cs="Arial"/>
                <w:lang w:val="en-GB"/>
              </w:rPr>
            </w:pPr>
            <w:r w:rsidRPr="007B552C">
              <w:rPr>
                <w:rFonts w:ascii="Arial" w:hAnsi="Arial" w:cs="Arial"/>
                <w:lang w:val="en-GB"/>
              </w:rPr>
              <w:t>                        &gt;</w:t>
            </w:r>
          </w:p>
          <w:p w14:paraId="58F985F8" w14:textId="77777777" w:rsidR="007B552C" w:rsidRPr="007B552C" w:rsidRDefault="007B552C" w:rsidP="007B552C">
            <w:pPr>
              <w:rPr>
                <w:rFonts w:ascii="Arial" w:hAnsi="Arial" w:cs="Arial"/>
                <w:lang w:val="en-GB"/>
              </w:rPr>
            </w:pPr>
            <w:r w:rsidRPr="007B552C">
              <w:rPr>
                <w:rFonts w:ascii="Arial" w:hAnsi="Arial" w:cs="Arial"/>
                <w:lang w:val="en-GB"/>
              </w:rPr>
              <w:t>                            About Us</w:t>
            </w:r>
          </w:p>
          <w:p w14:paraId="779566B0" w14:textId="77777777" w:rsidR="007B552C" w:rsidRPr="007B552C" w:rsidRDefault="007B552C" w:rsidP="007B552C">
            <w:pPr>
              <w:rPr>
                <w:rFonts w:ascii="Arial" w:hAnsi="Arial" w:cs="Arial"/>
                <w:lang w:val="en-GB"/>
              </w:rPr>
            </w:pPr>
            <w:r w:rsidRPr="007B552C">
              <w:rPr>
                <w:rFonts w:ascii="Arial" w:hAnsi="Arial" w:cs="Arial"/>
                <w:lang w:val="en-GB"/>
              </w:rPr>
              <w:t>                        &lt;/a&gt;</w:t>
            </w:r>
          </w:p>
          <w:p w14:paraId="399167D9" w14:textId="77777777" w:rsidR="007B552C" w:rsidRPr="007B552C" w:rsidRDefault="007B552C" w:rsidP="007B552C">
            <w:pPr>
              <w:rPr>
                <w:rFonts w:ascii="Arial" w:hAnsi="Arial" w:cs="Arial"/>
                <w:lang w:val="en-GB"/>
              </w:rPr>
            </w:pPr>
            <w:r w:rsidRPr="007B552C">
              <w:rPr>
                <w:rFonts w:ascii="Arial" w:hAnsi="Arial" w:cs="Arial"/>
                <w:lang w:val="en-GB"/>
              </w:rPr>
              <w:t>                    &lt;/li&gt;</w:t>
            </w:r>
          </w:p>
          <w:p w14:paraId="1A49B7B1" w14:textId="77777777" w:rsidR="007B552C" w:rsidRPr="007B552C" w:rsidRDefault="007B552C" w:rsidP="007B552C">
            <w:pPr>
              <w:rPr>
                <w:rFonts w:ascii="Arial" w:hAnsi="Arial" w:cs="Arial"/>
                <w:lang w:val="en-GB"/>
              </w:rPr>
            </w:pPr>
          </w:p>
          <w:p w14:paraId="1918BC32" w14:textId="77777777" w:rsidR="007B552C" w:rsidRPr="007B552C" w:rsidRDefault="007B552C" w:rsidP="007B552C">
            <w:pPr>
              <w:rPr>
                <w:rFonts w:ascii="Arial" w:hAnsi="Arial" w:cs="Arial"/>
                <w:lang w:val="en-GB"/>
              </w:rPr>
            </w:pPr>
            <w:r w:rsidRPr="007B552C">
              <w:rPr>
                <w:rFonts w:ascii="Arial" w:hAnsi="Arial" w:cs="Arial"/>
                <w:lang w:val="en-GB"/>
              </w:rPr>
              <w:t>                &lt;/ul&gt;</w:t>
            </w:r>
          </w:p>
          <w:p w14:paraId="64F89B29" w14:textId="77777777" w:rsidR="007B552C" w:rsidRPr="007B552C" w:rsidRDefault="007B552C" w:rsidP="007B552C">
            <w:pPr>
              <w:rPr>
                <w:rFonts w:ascii="Arial" w:hAnsi="Arial" w:cs="Arial"/>
                <w:lang w:val="en-GB"/>
              </w:rPr>
            </w:pPr>
            <w:r w:rsidRPr="007B552C">
              <w:rPr>
                <w:rFonts w:ascii="Arial" w:hAnsi="Arial" w:cs="Arial"/>
                <w:lang w:val="en-GB"/>
              </w:rPr>
              <w:t>            &lt;/td&gt;</w:t>
            </w:r>
          </w:p>
          <w:p w14:paraId="30655B4C" w14:textId="77777777" w:rsidR="007B552C" w:rsidRPr="007B552C" w:rsidRDefault="007B552C" w:rsidP="007B552C">
            <w:pPr>
              <w:rPr>
                <w:rFonts w:ascii="Arial" w:hAnsi="Arial" w:cs="Arial"/>
                <w:lang w:val="en-GB"/>
              </w:rPr>
            </w:pPr>
            <w:r w:rsidRPr="007B552C">
              <w:rPr>
                <w:rFonts w:ascii="Arial" w:hAnsi="Arial" w:cs="Arial"/>
                <w:lang w:val="en-GB"/>
              </w:rPr>
              <w:t>        &lt;/tr&gt;</w:t>
            </w:r>
          </w:p>
          <w:p w14:paraId="3B6C3F90" w14:textId="77777777" w:rsidR="007B552C" w:rsidRPr="007B552C" w:rsidRDefault="007B552C" w:rsidP="007B552C">
            <w:pPr>
              <w:rPr>
                <w:rFonts w:ascii="Arial" w:hAnsi="Arial" w:cs="Arial"/>
                <w:lang w:val="en-GB"/>
              </w:rPr>
            </w:pPr>
          </w:p>
          <w:p w14:paraId="42CF3FB2" w14:textId="77777777" w:rsidR="007B552C" w:rsidRPr="007B552C" w:rsidRDefault="007B552C" w:rsidP="007B552C">
            <w:pPr>
              <w:rPr>
                <w:rFonts w:ascii="Arial" w:hAnsi="Arial" w:cs="Arial"/>
                <w:lang w:val="en-GB"/>
              </w:rPr>
            </w:pPr>
            <w:r w:rsidRPr="007B552C">
              <w:rPr>
                <w:rFonts w:ascii="Arial" w:hAnsi="Arial" w:cs="Arial"/>
                <w:lang w:val="en-GB"/>
              </w:rPr>
              <w:t>        &lt;tr&gt;</w:t>
            </w:r>
          </w:p>
          <w:p w14:paraId="23CB54FA" w14:textId="77777777" w:rsidR="007B552C" w:rsidRPr="007B552C" w:rsidRDefault="007B552C" w:rsidP="007B552C">
            <w:pPr>
              <w:rPr>
                <w:rFonts w:ascii="Arial" w:hAnsi="Arial" w:cs="Arial"/>
                <w:lang w:val="en-GB"/>
              </w:rPr>
            </w:pPr>
            <w:r w:rsidRPr="007B552C">
              <w:rPr>
                <w:rFonts w:ascii="Arial" w:hAnsi="Arial" w:cs="Arial"/>
                <w:lang w:val="en-GB"/>
              </w:rPr>
              <w:lastRenderedPageBreak/>
              <w:t>            &lt;</w:t>
            </w:r>
            <w:proofErr w:type="spellStart"/>
            <w:r w:rsidRPr="007B552C">
              <w:rPr>
                <w:rFonts w:ascii="Arial" w:hAnsi="Arial" w:cs="Arial"/>
                <w:lang w:val="en-GB"/>
              </w:rPr>
              <w:t>td</w:t>
            </w:r>
            <w:proofErr w:type="spellEnd"/>
            <w:r w:rsidRPr="007B552C">
              <w:rPr>
                <w:rFonts w:ascii="Arial" w:hAnsi="Arial" w:cs="Arial"/>
                <w:lang w:val="en-GB"/>
              </w:rPr>
              <w:t xml:space="preserve"> </w:t>
            </w:r>
            <w:proofErr w:type="gramStart"/>
            <w:r w:rsidRPr="007B552C">
              <w:rPr>
                <w:rFonts w:ascii="Arial" w:hAnsi="Arial" w:cs="Arial"/>
                <w:lang w:val="en-GB"/>
              </w:rPr>
              <w:t>align</w:t>
            </w:r>
            <w:proofErr w:type="gramEnd"/>
            <w:r w:rsidRPr="007B552C">
              <w:rPr>
                <w:rFonts w:ascii="Arial" w:hAnsi="Arial" w:cs="Arial"/>
                <w:lang w:val="en-GB"/>
              </w:rPr>
              <w:t>="center"&gt;</w:t>
            </w:r>
          </w:p>
          <w:p w14:paraId="4A87AEF8" w14:textId="77777777" w:rsidR="007B552C" w:rsidRPr="007B552C" w:rsidRDefault="007B552C" w:rsidP="007B552C">
            <w:pPr>
              <w:rPr>
                <w:rFonts w:ascii="Arial" w:hAnsi="Arial" w:cs="Arial"/>
                <w:lang w:val="en-GB"/>
              </w:rPr>
            </w:pPr>
          </w:p>
          <w:p w14:paraId="52504A1E" w14:textId="77777777" w:rsidR="007B552C" w:rsidRPr="007B552C" w:rsidRDefault="007B552C" w:rsidP="007B552C">
            <w:pPr>
              <w:rPr>
                <w:rFonts w:ascii="Arial" w:hAnsi="Arial" w:cs="Arial"/>
                <w:lang w:val="en-GB"/>
              </w:rPr>
            </w:pPr>
            <w:r w:rsidRPr="007B552C">
              <w:rPr>
                <w:rFonts w:ascii="Arial" w:hAnsi="Arial" w:cs="Arial"/>
                <w:lang w:val="en-GB"/>
              </w:rPr>
              <w:t>                &lt;a href="./index.html"&gt;</w:t>
            </w:r>
          </w:p>
          <w:p w14:paraId="6D383B8F" w14:textId="77777777" w:rsidR="007B552C" w:rsidRPr="007B552C" w:rsidRDefault="007B552C" w:rsidP="007B552C">
            <w:pPr>
              <w:rPr>
                <w:rFonts w:ascii="Arial" w:hAnsi="Arial" w:cs="Arial"/>
                <w:lang w:val="en-GB"/>
              </w:rPr>
            </w:pPr>
            <w:r w:rsidRPr="007B552C">
              <w:rPr>
                <w:rFonts w:ascii="Arial" w:hAnsi="Arial" w:cs="Arial"/>
                <w:lang w:val="en-GB"/>
              </w:rPr>
              <w:t>                    &lt;img</w:t>
            </w:r>
          </w:p>
          <w:p w14:paraId="2151D4E9" w14:textId="77777777" w:rsidR="007B552C" w:rsidRPr="007B552C" w:rsidRDefault="007B552C" w:rsidP="007B552C">
            <w:pPr>
              <w:rPr>
                <w:rFonts w:ascii="Arial" w:hAnsi="Arial" w:cs="Arial"/>
                <w:lang w:val="en-GB"/>
              </w:rPr>
            </w:pPr>
            <w:r w:rsidRPr="007B552C">
              <w:rPr>
                <w:rFonts w:ascii="Arial" w:hAnsi="Arial" w:cs="Arial"/>
                <w:lang w:val="en-GB"/>
              </w:rPr>
              <w:t xml:space="preserve">                        </w:t>
            </w:r>
            <w:proofErr w:type="spellStart"/>
            <w:r w:rsidRPr="007B552C">
              <w:rPr>
                <w:rFonts w:ascii="Arial" w:hAnsi="Arial" w:cs="Arial"/>
                <w:lang w:val="en-GB"/>
              </w:rPr>
              <w:t>src</w:t>
            </w:r>
            <w:proofErr w:type="spellEnd"/>
            <w:r w:rsidRPr="007B552C">
              <w:rPr>
                <w:rFonts w:ascii="Arial" w:hAnsi="Arial" w:cs="Arial"/>
                <w:lang w:val="en-GB"/>
              </w:rPr>
              <w:t>="./images/store.jpg"</w:t>
            </w:r>
          </w:p>
          <w:p w14:paraId="5B61C124" w14:textId="77777777" w:rsidR="007B552C" w:rsidRPr="007B552C" w:rsidRDefault="007B552C" w:rsidP="007B552C">
            <w:pPr>
              <w:rPr>
                <w:rFonts w:ascii="Arial" w:hAnsi="Arial" w:cs="Arial"/>
                <w:lang w:val="en-GB"/>
              </w:rPr>
            </w:pPr>
            <w:r w:rsidRPr="007B552C">
              <w:rPr>
                <w:rFonts w:ascii="Arial" w:hAnsi="Arial" w:cs="Arial"/>
                <w:lang w:val="en-GB"/>
              </w:rPr>
              <w:t>                        alt="</w:t>
            </w:r>
            <w:proofErr w:type="spellStart"/>
            <w:r w:rsidRPr="007B552C">
              <w:rPr>
                <w:rFonts w:ascii="Arial" w:hAnsi="Arial" w:cs="Arial"/>
                <w:lang w:val="en-GB"/>
              </w:rPr>
              <w:t>eStore</w:t>
            </w:r>
            <w:proofErr w:type="spellEnd"/>
            <w:r w:rsidRPr="007B552C">
              <w:rPr>
                <w:rFonts w:ascii="Arial" w:hAnsi="Arial" w:cs="Arial"/>
                <w:lang w:val="en-GB"/>
              </w:rPr>
              <w:t>"</w:t>
            </w:r>
          </w:p>
          <w:p w14:paraId="503B5B64" w14:textId="77777777" w:rsidR="007B552C" w:rsidRPr="007B552C" w:rsidRDefault="007B552C" w:rsidP="007B552C">
            <w:pPr>
              <w:rPr>
                <w:rFonts w:ascii="Arial" w:hAnsi="Arial" w:cs="Arial"/>
                <w:lang w:val="en-GB"/>
              </w:rPr>
            </w:pPr>
            <w:r w:rsidRPr="007B552C">
              <w:rPr>
                <w:rFonts w:ascii="Arial" w:hAnsi="Arial" w:cs="Arial"/>
                <w:lang w:val="en-GB"/>
              </w:rPr>
              <w:t>                    &gt;</w:t>
            </w:r>
          </w:p>
          <w:p w14:paraId="102DF8F4" w14:textId="77777777" w:rsidR="007B552C" w:rsidRPr="007B552C" w:rsidRDefault="007B552C" w:rsidP="007B552C">
            <w:pPr>
              <w:rPr>
                <w:rFonts w:ascii="Arial" w:hAnsi="Arial" w:cs="Arial"/>
                <w:lang w:val="en-GB"/>
              </w:rPr>
            </w:pPr>
          </w:p>
          <w:p w14:paraId="4EB45226" w14:textId="77777777" w:rsidR="007B552C" w:rsidRPr="007B552C" w:rsidRDefault="007B552C" w:rsidP="007B552C">
            <w:pPr>
              <w:rPr>
                <w:rFonts w:ascii="Arial" w:hAnsi="Arial" w:cs="Arial"/>
                <w:lang w:val="en-GB"/>
              </w:rPr>
            </w:pPr>
            <w:r w:rsidRPr="007B552C">
              <w:rPr>
                <w:rFonts w:ascii="Arial" w:hAnsi="Arial" w:cs="Arial"/>
                <w:lang w:val="en-GB"/>
              </w:rPr>
              <w:t>                    &lt;</w:t>
            </w:r>
            <w:proofErr w:type="spellStart"/>
            <w:r w:rsidRPr="007B552C">
              <w:rPr>
                <w:rFonts w:ascii="Arial" w:hAnsi="Arial" w:cs="Arial"/>
                <w:lang w:val="en-GB"/>
              </w:rPr>
              <w:t>br</w:t>
            </w:r>
            <w:proofErr w:type="spellEnd"/>
            <w:r w:rsidRPr="007B552C">
              <w:rPr>
                <w:rFonts w:ascii="Arial" w:hAnsi="Arial" w:cs="Arial"/>
                <w:lang w:val="en-GB"/>
              </w:rPr>
              <w:t>&gt;</w:t>
            </w:r>
          </w:p>
          <w:p w14:paraId="76C06DC5" w14:textId="77777777" w:rsidR="007B552C" w:rsidRPr="007B552C" w:rsidRDefault="007B552C" w:rsidP="007B552C">
            <w:pPr>
              <w:rPr>
                <w:rFonts w:ascii="Arial" w:hAnsi="Arial" w:cs="Arial"/>
                <w:lang w:val="en-GB"/>
              </w:rPr>
            </w:pPr>
            <w:r w:rsidRPr="007B552C">
              <w:rPr>
                <w:rFonts w:ascii="Arial" w:hAnsi="Arial" w:cs="Arial"/>
                <w:lang w:val="en-GB"/>
              </w:rPr>
              <w:t>                    &lt;</w:t>
            </w:r>
            <w:proofErr w:type="spellStart"/>
            <w:r w:rsidRPr="007B552C">
              <w:rPr>
                <w:rFonts w:ascii="Arial" w:hAnsi="Arial" w:cs="Arial"/>
                <w:lang w:val="en-GB"/>
              </w:rPr>
              <w:t>br</w:t>
            </w:r>
            <w:proofErr w:type="spellEnd"/>
            <w:r w:rsidRPr="007B552C">
              <w:rPr>
                <w:rFonts w:ascii="Arial" w:hAnsi="Arial" w:cs="Arial"/>
                <w:lang w:val="en-GB"/>
              </w:rPr>
              <w:t>&gt;</w:t>
            </w:r>
          </w:p>
          <w:p w14:paraId="4F4002F8" w14:textId="77777777" w:rsidR="007B552C" w:rsidRPr="007B552C" w:rsidRDefault="007B552C" w:rsidP="007B552C">
            <w:pPr>
              <w:rPr>
                <w:rFonts w:ascii="Arial" w:hAnsi="Arial" w:cs="Arial"/>
                <w:lang w:val="en-GB"/>
              </w:rPr>
            </w:pPr>
            <w:r w:rsidRPr="007B552C">
              <w:rPr>
                <w:rFonts w:ascii="Arial" w:hAnsi="Arial" w:cs="Arial"/>
                <w:lang w:val="en-GB"/>
              </w:rPr>
              <w:t>                &lt;/a&gt;</w:t>
            </w:r>
          </w:p>
          <w:p w14:paraId="65BECD37" w14:textId="77777777" w:rsidR="007B552C" w:rsidRPr="007B552C" w:rsidRDefault="007B552C" w:rsidP="007B552C">
            <w:pPr>
              <w:rPr>
                <w:rFonts w:ascii="Arial" w:hAnsi="Arial" w:cs="Arial"/>
                <w:lang w:val="en-GB"/>
              </w:rPr>
            </w:pPr>
          </w:p>
          <w:p w14:paraId="63D3B11D" w14:textId="77777777" w:rsidR="007B552C" w:rsidRPr="007B552C" w:rsidRDefault="007B552C" w:rsidP="007B552C">
            <w:pPr>
              <w:rPr>
                <w:rFonts w:ascii="Arial" w:hAnsi="Arial" w:cs="Arial"/>
                <w:lang w:val="en-GB"/>
              </w:rPr>
            </w:pPr>
            <w:r w:rsidRPr="007B552C">
              <w:rPr>
                <w:rFonts w:ascii="Arial" w:hAnsi="Arial" w:cs="Arial"/>
                <w:lang w:val="en-GB"/>
              </w:rPr>
              <w:t>            &lt;/td&gt;</w:t>
            </w:r>
          </w:p>
          <w:p w14:paraId="4B3E8239" w14:textId="77777777" w:rsidR="007B552C" w:rsidRPr="007B552C" w:rsidRDefault="007B552C" w:rsidP="007B552C">
            <w:pPr>
              <w:rPr>
                <w:rFonts w:ascii="Arial" w:hAnsi="Arial" w:cs="Arial"/>
                <w:lang w:val="en-GB"/>
              </w:rPr>
            </w:pPr>
          </w:p>
          <w:p w14:paraId="381692A2" w14:textId="77777777" w:rsidR="007B552C" w:rsidRPr="007B552C" w:rsidRDefault="007B552C" w:rsidP="007B552C">
            <w:pPr>
              <w:rPr>
                <w:rFonts w:ascii="Arial" w:hAnsi="Arial" w:cs="Arial"/>
                <w:lang w:val="en-GB"/>
              </w:rPr>
            </w:pPr>
            <w:r w:rsidRPr="007B552C">
              <w:rPr>
                <w:rFonts w:ascii="Arial" w:hAnsi="Arial" w:cs="Arial"/>
                <w:lang w:val="en-GB"/>
              </w:rPr>
              <w:t>            &lt;td&gt;&lt;/td&gt;</w:t>
            </w:r>
          </w:p>
          <w:p w14:paraId="55042718" w14:textId="77777777" w:rsidR="007B552C" w:rsidRPr="007B552C" w:rsidRDefault="007B552C" w:rsidP="007B552C">
            <w:pPr>
              <w:rPr>
                <w:rFonts w:ascii="Arial" w:hAnsi="Arial" w:cs="Arial"/>
                <w:lang w:val="en-GB"/>
              </w:rPr>
            </w:pPr>
            <w:r w:rsidRPr="007B552C">
              <w:rPr>
                <w:rFonts w:ascii="Arial" w:hAnsi="Arial" w:cs="Arial"/>
                <w:lang w:val="en-GB"/>
              </w:rPr>
              <w:t>        &lt;/tr&gt;</w:t>
            </w:r>
          </w:p>
          <w:p w14:paraId="1B5CA02F" w14:textId="77777777" w:rsidR="007B552C" w:rsidRPr="007B552C" w:rsidRDefault="007B552C" w:rsidP="007B552C">
            <w:pPr>
              <w:rPr>
                <w:rFonts w:ascii="Arial" w:hAnsi="Arial" w:cs="Arial"/>
                <w:lang w:val="en-GB"/>
              </w:rPr>
            </w:pPr>
            <w:r w:rsidRPr="007B552C">
              <w:rPr>
                <w:rFonts w:ascii="Arial" w:hAnsi="Arial" w:cs="Arial"/>
                <w:lang w:val="en-GB"/>
              </w:rPr>
              <w:t>    &lt;/table&gt;</w:t>
            </w:r>
          </w:p>
          <w:p w14:paraId="4B79E418" w14:textId="77777777" w:rsidR="007B552C" w:rsidRPr="007B552C" w:rsidRDefault="007B552C" w:rsidP="007B552C">
            <w:pPr>
              <w:rPr>
                <w:rFonts w:ascii="Arial" w:hAnsi="Arial" w:cs="Arial"/>
                <w:lang w:val="en-GB"/>
              </w:rPr>
            </w:pPr>
          </w:p>
          <w:p w14:paraId="1E304F54" w14:textId="77777777" w:rsidR="007B552C" w:rsidRPr="007B552C" w:rsidRDefault="007B552C" w:rsidP="007B552C">
            <w:pPr>
              <w:rPr>
                <w:rFonts w:ascii="Arial" w:hAnsi="Arial" w:cs="Arial"/>
                <w:lang w:val="en-GB"/>
              </w:rPr>
            </w:pPr>
            <w:r w:rsidRPr="007B552C">
              <w:rPr>
                <w:rFonts w:ascii="Arial" w:hAnsi="Arial" w:cs="Arial"/>
                <w:lang w:val="en-GB"/>
              </w:rPr>
              <w:t>    &lt;div class="form-container"&gt;</w:t>
            </w:r>
          </w:p>
          <w:p w14:paraId="3E5FFE7E" w14:textId="77777777" w:rsidR="007B552C" w:rsidRPr="007B552C" w:rsidRDefault="007B552C" w:rsidP="007B552C">
            <w:pPr>
              <w:rPr>
                <w:rFonts w:ascii="Arial" w:hAnsi="Arial" w:cs="Arial"/>
                <w:lang w:val="en-GB"/>
              </w:rPr>
            </w:pPr>
          </w:p>
          <w:p w14:paraId="03B2EB5D" w14:textId="77777777" w:rsidR="007B552C" w:rsidRPr="007B552C" w:rsidRDefault="007B552C" w:rsidP="007B552C">
            <w:pPr>
              <w:rPr>
                <w:rFonts w:ascii="Arial" w:hAnsi="Arial" w:cs="Arial"/>
                <w:lang w:val="en-GB"/>
              </w:rPr>
            </w:pPr>
            <w:r w:rsidRPr="007B552C">
              <w:rPr>
                <w:rFonts w:ascii="Arial" w:hAnsi="Arial" w:cs="Arial"/>
                <w:lang w:val="en-GB"/>
              </w:rPr>
              <w:t>        &lt;form&gt;</w:t>
            </w:r>
          </w:p>
          <w:p w14:paraId="01FBFC1F" w14:textId="77777777" w:rsidR="007B552C" w:rsidRPr="007B552C" w:rsidRDefault="007B552C" w:rsidP="007B552C">
            <w:pPr>
              <w:rPr>
                <w:rFonts w:ascii="Arial" w:hAnsi="Arial" w:cs="Arial"/>
                <w:lang w:val="en-GB"/>
              </w:rPr>
            </w:pPr>
          </w:p>
          <w:p w14:paraId="3B03E09E" w14:textId="77777777" w:rsidR="007B552C" w:rsidRPr="007B552C" w:rsidRDefault="007B552C" w:rsidP="007B552C">
            <w:pPr>
              <w:rPr>
                <w:rFonts w:ascii="Arial" w:hAnsi="Arial" w:cs="Arial"/>
                <w:lang w:val="en-GB"/>
              </w:rPr>
            </w:pPr>
            <w:r w:rsidRPr="007B552C">
              <w:rPr>
                <w:rFonts w:ascii="Arial" w:hAnsi="Arial" w:cs="Arial"/>
                <w:lang w:val="en-GB"/>
              </w:rPr>
              <w:t>            &lt;h2&gt;Talk to me&lt;/h2&gt;</w:t>
            </w:r>
          </w:p>
          <w:p w14:paraId="1ECCDF73" w14:textId="77777777" w:rsidR="007B552C" w:rsidRPr="007B552C" w:rsidRDefault="007B552C" w:rsidP="007B552C">
            <w:pPr>
              <w:rPr>
                <w:rFonts w:ascii="Arial" w:hAnsi="Arial" w:cs="Arial"/>
                <w:lang w:val="en-GB"/>
              </w:rPr>
            </w:pPr>
          </w:p>
          <w:p w14:paraId="34A50549" w14:textId="77777777" w:rsidR="007B552C" w:rsidRPr="007B552C" w:rsidRDefault="007B552C" w:rsidP="007B552C">
            <w:pPr>
              <w:rPr>
                <w:rFonts w:ascii="Arial" w:hAnsi="Arial" w:cs="Arial"/>
                <w:lang w:val="en-GB"/>
              </w:rPr>
            </w:pPr>
            <w:r w:rsidRPr="007B552C">
              <w:rPr>
                <w:rFonts w:ascii="Arial" w:hAnsi="Arial" w:cs="Arial"/>
                <w:lang w:val="en-GB"/>
              </w:rPr>
              <w:t>            &lt;</w:t>
            </w:r>
            <w:proofErr w:type="spellStart"/>
            <w:r w:rsidRPr="007B552C">
              <w:rPr>
                <w:rFonts w:ascii="Arial" w:hAnsi="Arial" w:cs="Arial"/>
                <w:lang w:val="en-GB"/>
              </w:rPr>
              <w:t>br</w:t>
            </w:r>
            <w:proofErr w:type="spellEnd"/>
            <w:r w:rsidRPr="007B552C">
              <w:rPr>
                <w:rFonts w:ascii="Arial" w:hAnsi="Arial" w:cs="Arial"/>
                <w:lang w:val="en-GB"/>
              </w:rPr>
              <w:t>&gt;</w:t>
            </w:r>
          </w:p>
          <w:p w14:paraId="39C89870" w14:textId="77777777" w:rsidR="007B552C" w:rsidRPr="007B552C" w:rsidRDefault="007B552C" w:rsidP="007B552C">
            <w:pPr>
              <w:rPr>
                <w:rFonts w:ascii="Arial" w:hAnsi="Arial" w:cs="Arial"/>
                <w:lang w:val="en-GB"/>
              </w:rPr>
            </w:pPr>
          </w:p>
          <w:p w14:paraId="5F8CCF23" w14:textId="77777777" w:rsidR="007B552C" w:rsidRPr="007B552C" w:rsidRDefault="007B552C" w:rsidP="007B552C">
            <w:pPr>
              <w:rPr>
                <w:rFonts w:ascii="Arial" w:hAnsi="Arial" w:cs="Arial"/>
                <w:lang w:val="en-GB"/>
              </w:rPr>
            </w:pPr>
            <w:r w:rsidRPr="007B552C">
              <w:rPr>
                <w:rFonts w:ascii="Arial" w:hAnsi="Arial" w:cs="Arial"/>
                <w:lang w:val="en-GB"/>
              </w:rPr>
              <w:t>            &lt;input</w:t>
            </w:r>
          </w:p>
          <w:p w14:paraId="37F35260" w14:textId="77777777" w:rsidR="007B552C" w:rsidRPr="007B552C" w:rsidRDefault="007B552C" w:rsidP="007B552C">
            <w:pPr>
              <w:rPr>
                <w:rFonts w:ascii="Arial" w:hAnsi="Arial" w:cs="Arial"/>
                <w:lang w:val="en-GB"/>
              </w:rPr>
            </w:pPr>
            <w:r w:rsidRPr="007B552C">
              <w:rPr>
                <w:rFonts w:ascii="Arial" w:hAnsi="Arial" w:cs="Arial"/>
                <w:lang w:val="en-GB"/>
              </w:rPr>
              <w:t>                class="form-control"</w:t>
            </w:r>
          </w:p>
          <w:p w14:paraId="0CABEC7E" w14:textId="77777777" w:rsidR="007B552C" w:rsidRPr="007B552C" w:rsidRDefault="007B552C" w:rsidP="007B552C">
            <w:pPr>
              <w:rPr>
                <w:rFonts w:ascii="Arial" w:hAnsi="Arial" w:cs="Arial"/>
                <w:lang w:val="en-GB"/>
              </w:rPr>
            </w:pPr>
            <w:r w:rsidRPr="007B552C">
              <w:rPr>
                <w:rFonts w:ascii="Arial" w:hAnsi="Arial" w:cs="Arial"/>
                <w:lang w:val="en-GB"/>
              </w:rPr>
              <w:t>                aria-label="Sizing example input"</w:t>
            </w:r>
          </w:p>
          <w:p w14:paraId="3A9C596B" w14:textId="77777777" w:rsidR="007B552C" w:rsidRPr="007B552C" w:rsidRDefault="007B552C" w:rsidP="007B552C">
            <w:pPr>
              <w:rPr>
                <w:rFonts w:ascii="Arial" w:hAnsi="Arial" w:cs="Arial"/>
                <w:lang w:val="en-GB"/>
              </w:rPr>
            </w:pPr>
            <w:r w:rsidRPr="007B552C">
              <w:rPr>
                <w:rFonts w:ascii="Arial" w:hAnsi="Arial" w:cs="Arial"/>
                <w:lang w:val="en-GB"/>
              </w:rPr>
              <w:t>                aria-</w:t>
            </w:r>
            <w:proofErr w:type="spellStart"/>
            <w:r w:rsidRPr="007B552C">
              <w:rPr>
                <w:rFonts w:ascii="Arial" w:hAnsi="Arial" w:cs="Arial"/>
                <w:lang w:val="en-GB"/>
              </w:rPr>
              <w:t>describedby</w:t>
            </w:r>
            <w:proofErr w:type="spellEnd"/>
            <w:r w:rsidRPr="007B552C">
              <w:rPr>
                <w:rFonts w:ascii="Arial" w:hAnsi="Arial" w:cs="Arial"/>
                <w:lang w:val="en-GB"/>
              </w:rPr>
              <w:t>="</w:t>
            </w:r>
            <w:proofErr w:type="spellStart"/>
            <w:r w:rsidRPr="007B552C">
              <w:rPr>
                <w:rFonts w:ascii="Arial" w:hAnsi="Arial" w:cs="Arial"/>
                <w:lang w:val="en-GB"/>
              </w:rPr>
              <w:t>inputGroup</w:t>
            </w:r>
            <w:proofErr w:type="spellEnd"/>
            <w:r w:rsidRPr="007B552C">
              <w:rPr>
                <w:rFonts w:ascii="Arial" w:hAnsi="Arial" w:cs="Arial"/>
                <w:lang w:val="en-GB"/>
              </w:rPr>
              <w:t>-sizing-default"</w:t>
            </w:r>
          </w:p>
          <w:p w14:paraId="1B1F27D4" w14:textId="77777777" w:rsidR="007B552C" w:rsidRPr="007B552C" w:rsidRDefault="007B552C" w:rsidP="007B552C">
            <w:pPr>
              <w:rPr>
                <w:rFonts w:ascii="Arial" w:hAnsi="Arial" w:cs="Arial"/>
                <w:lang w:val="en-GB"/>
              </w:rPr>
            </w:pPr>
            <w:r w:rsidRPr="007B552C">
              <w:rPr>
                <w:rFonts w:ascii="Arial" w:hAnsi="Arial" w:cs="Arial"/>
                <w:lang w:val="en-GB"/>
              </w:rPr>
              <w:t>                type="text"</w:t>
            </w:r>
          </w:p>
          <w:p w14:paraId="1547AE36" w14:textId="77777777" w:rsidR="007B552C" w:rsidRPr="007B552C" w:rsidRDefault="007B552C" w:rsidP="007B552C">
            <w:pPr>
              <w:rPr>
                <w:rFonts w:ascii="Arial" w:hAnsi="Arial" w:cs="Arial"/>
                <w:lang w:val="en-GB"/>
              </w:rPr>
            </w:pPr>
            <w:r w:rsidRPr="007B552C">
              <w:rPr>
                <w:rFonts w:ascii="Arial" w:hAnsi="Arial" w:cs="Arial"/>
                <w:lang w:val="en-GB"/>
              </w:rPr>
              <w:t>                id="text"</w:t>
            </w:r>
          </w:p>
          <w:p w14:paraId="79F2F7F3" w14:textId="77777777" w:rsidR="007B552C" w:rsidRPr="007B552C" w:rsidRDefault="007B552C" w:rsidP="007B552C">
            <w:pPr>
              <w:rPr>
                <w:rFonts w:ascii="Arial" w:hAnsi="Arial" w:cs="Arial"/>
                <w:lang w:val="en-GB"/>
              </w:rPr>
            </w:pPr>
            <w:r w:rsidRPr="007B552C">
              <w:rPr>
                <w:rFonts w:ascii="Arial" w:hAnsi="Arial" w:cs="Arial"/>
                <w:lang w:val="en-GB"/>
              </w:rPr>
              <w:t>                name="text"</w:t>
            </w:r>
          </w:p>
          <w:p w14:paraId="791F172A" w14:textId="77777777" w:rsidR="007B552C" w:rsidRPr="007B552C" w:rsidRDefault="007B552C" w:rsidP="007B552C">
            <w:pPr>
              <w:rPr>
                <w:rFonts w:ascii="Arial" w:hAnsi="Arial" w:cs="Arial"/>
                <w:lang w:val="en-GB"/>
              </w:rPr>
            </w:pPr>
            <w:r w:rsidRPr="007B552C">
              <w:rPr>
                <w:rFonts w:ascii="Arial" w:hAnsi="Arial" w:cs="Arial"/>
                <w:lang w:val="en-GB"/>
              </w:rPr>
              <w:t>                required</w:t>
            </w:r>
          </w:p>
          <w:p w14:paraId="38C8AA0F" w14:textId="77777777" w:rsidR="007B552C" w:rsidRPr="007B552C" w:rsidRDefault="007B552C" w:rsidP="007B552C">
            <w:pPr>
              <w:rPr>
                <w:rFonts w:ascii="Arial" w:hAnsi="Arial" w:cs="Arial"/>
                <w:lang w:val="en-GB"/>
              </w:rPr>
            </w:pPr>
            <w:r w:rsidRPr="007B552C">
              <w:rPr>
                <w:rFonts w:ascii="Arial" w:hAnsi="Arial" w:cs="Arial"/>
                <w:lang w:val="en-GB"/>
              </w:rPr>
              <w:t>            &gt;</w:t>
            </w:r>
          </w:p>
          <w:p w14:paraId="0530C869" w14:textId="77777777" w:rsidR="007B552C" w:rsidRPr="007B552C" w:rsidRDefault="007B552C" w:rsidP="007B552C">
            <w:pPr>
              <w:rPr>
                <w:rFonts w:ascii="Arial" w:hAnsi="Arial" w:cs="Arial"/>
                <w:lang w:val="en-GB"/>
              </w:rPr>
            </w:pPr>
          </w:p>
          <w:p w14:paraId="3B851825" w14:textId="77777777" w:rsidR="007B552C" w:rsidRPr="007B552C" w:rsidRDefault="007B552C" w:rsidP="007B552C">
            <w:pPr>
              <w:rPr>
                <w:rFonts w:ascii="Arial" w:hAnsi="Arial" w:cs="Arial"/>
                <w:lang w:val="en-GB"/>
              </w:rPr>
            </w:pPr>
            <w:r w:rsidRPr="007B552C">
              <w:rPr>
                <w:rFonts w:ascii="Arial" w:hAnsi="Arial" w:cs="Arial"/>
                <w:lang w:val="en-GB"/>
              </w:rPr>
              <w:t>            &lt;label for="text"&gt;</w:t>
            </w:r>
          </w:p>
          <w:p w14:paraId="7BFC1F86" w14:textId="77777777" w:rsidR="007B552C" w:rsidRPr="007B552C" w:rsidRDefault="007B552C" w:rsidP="007B552C">
            <w:pPr>
              <w:rPr>
                <w:rFonts w:ascii="Arial" w:hAnsi="Arial" w:cs="Arial"/>
                <w:lang w:val="en-GB"/>
              </w:rPr>
            </w:pPr>
            <w:r w:rsidRPr="007B552C">
              <w:rPr>
                <w:rFonts w:ascii="Arial" w:hAnsi="Arial" w:cs="Arial"/>
                <w:lang w:val="en-GB"/>
              </w:rPr>
              <w:t>                Text</w:t>
            </w:r>
          </w:p>
          <w:p w14:paraId="125260F4" w14:textId="77777777" w:rsidR="007B552C" w:rsidRPr="007B552C" w:rsidRDefault="007B552C" w:rsidP="007B552C">
            <w:pPr>
              <w:rPr>
                <w:rFonts w:ascii="Arial" w:hAnsi="Arial" w:cs="Arial"/>
                <w:lang w:val="en-GB"/>
              </w:rPr>
            </w:pPr>
            <w:r w:rsidRPr="007B552C">
              <w:rPr>
                <w:rFonts w:ascii="Arial" w:hAnsi="Arial" w:cs="Arial"/>
                <w:lang w:val="en-GB"/>
              </w:rPr>
              <w:t>            &lt;/label&gt;</w:t>
            </w:r>
          </w:p>
          <w:p w14:paraId="7D5E1B1F" w14:textId="77777777" w:rsidR="007B552C" w:rsidRPr="007B552C" w:rsidRDefault="007B552C" w:rsidP="007B552C">
            <w:pPr>
              <w:rPr>
                <w:rFonts w:ascii="Arial" w:hAnsi="Arial" w:cs="Arial"/>
                <w:lang w:val="en-GB"/>
              </w:rPr>
            </w:pPr>
          </w:p>
          <w:p w14:paraId="1E437417" w14:textId="77777777" w:rsidR="007B552C" w:rsidRPr="007B552C" w:rsidRDefault="007B552C" w:rsidP="007B552C">
            <w:pPr>
              <w:rPr>
                <w:rFonts w:ascii="Arial" w:hAnsi="Arial" w:cs="Arial"/>
                <w:lang w:val="en-GB"/>
              </w:rPr>
            </w:pPr>
            <w:r w:rsidRPr="007B552C">
              <w:rPr>
                <w:rFonts w:ascii="Arial" w:hAnsi="Arial" w:cs="Arial"/>
                <w:lang w:val="en-GB"/>
              </w:rPr>
              <w:t>            &lt;</w:t>
            </w:r>
            <w:proofErr w:type="spellStart"/>
            <w:r w:rsidRPr="007B552C">
              <w:rPr>
                <w:rFonts w:ascii="Arial" w:hAnsi="Arial" w:cs="Arial"/>
                <w:lang w:val="en-GB"/>
              </w:rPr>
              <w:t>br</w:t>
            </w:r>
            <w:proofErr w:type="spellEnd"/>
            <w:r w:rsidRPr="007B552C">
              <w:rPr>
                <w:rFonts w:ascii="Arial" w:hAnsi="Arial" w:cs="Arial"/>
                <w:lang w:val="en-GB"/>
              </w:rPr>
              <w:t>&gt;</w:t>
            </w:r>
          </w:p>
          <w:p w14:paraId="1CC96BB4" w14:textId="77777777" w:rsidR="007B552C" w:rsidRPr="007B552C" w:rsidRDefault="007B552C" w:rsidP="007B552C">
            <w:pPr>
              <w:rPr>
                <w:rFonts w:ascii="Arial" w:hAnsi="Arial" w:cs="Arial"/>
                <w:lang w:val="en-GB"/>
              </w:rPr>
            </w:pPr>
            <w:r w:rsidRPr="007B552C">
              <w:rPr>
                <w:rFonts w:ascii="Arial" w:hAnsi="Arial" w:cs="Arial"/>
                <w:lang w:val="en-GB"/>
              </w:rPr>
              <w:t>            &lt;</w:t>
            </w:r>
            <w:proofErr w:type="spellStart"/>
            <w:r w:rsidRPr="007B552C">
              <w:rPr>
                <w:rFonts w:ascii="Arial" w:hAnsi="Arial" w:cs="Arial"/>
                <w:lang w:val="en-GB"/>
              </w:rPr>
              <w:t>br</w:t>
            </w:r>
            <w:proofErr w:type="spellEnd"/>
            <w:r w:rsidRPr="007B552C">
              <w:rPr>
                <w:rFonts w:ascii="Arial" w:hAnsi="Arial" w:cs="Arial"/>
                <w:lang w:val="en-GB"/>
              </w:rPr>
              <w:t>&gt;</w:t>
            </w:r>
          </w:p>
          <w:p w14:paraId="76358798" w14:textId="77777777" w:rsidR="007B552C" w:rsidRPr="007B552C" w:rsidRDefault="007B552C" w:rsidP="007B552C">
            <w:pPr>
              <w:rPr>
                <w:rFonts w:ascii="Arial" w:hAnsi="Arial" w:cs="Arial"/>
                <w:lang w:val="en-GB"/>
              </w:rPr>
            </w:pPr>
          </w:p>
          <w:p w14:paraId="7E9FBCB0" w14:textId="77777777" w:rsidR="007B552C" w:rsidRPr="007B552C" w:rsidRDefault="007B552C" w:rsidP="007B552C">
            <w:pPr>
              <w:rPr>
                <w:rFonts w:ascii="Arial" w:hAnsi="Arial" w:cs="Arial"/>
                <w:lang w:val="en-GB"/>
              </w:rPr>
            </w:pPr>
            <w:r w:rsidRPr="007B552C">
              <w:rPr>
                <w:rFonts w:ascii="Arial" w:hAnsi="Arial" w:cs="Arial"/>
                <w:lang w:val="en-GB"/>
              </w:rPr>
              <w:t>            &lt;input</w:t>
            </w:r>
          </w:p>
          <w:p w14:paraId="5116B07C" w14:textId="77777777" w:rsidR="007B552C" w:rsidRPr="007B552C" w:rsidRDefault="007B552C" w:rsidP="007B552C">
            <w:pPr>
              <w:rPr>
                <w:rFonts w:ascii="Arial" w:hAnsi="Arial" w:cs="Arial"/>
                <w:lang w:val="en-GB"/>
              </w:rPr>
            </w:pPr>
            <w:r w:rsidRPr="007B552C">
              <w:rPr>
                <w:rFonts w:ascii="Arial" w:hAnsi="Arial" w:cs="Arial"/>
                <w:lang w:val="en-GB"/>
              </w:rPr>
              <w:t>                class="form-control"</w:t>
            </w:r>
          </w:p>
          <w:p w14:paraId="6E7D6B52" w14:textId="77777777" w:rsidR="007B552C" w:rsidRPr="007B552C" w:rsidRDefault="007B552C" w:rsidP="007B552C">
            <w:pPr>
              <w:rPr>
                <w:rFonts w:ascii="Arial" w:hAnsi="Arial" w:cs="Arial"/>
                <w:lang w:val="en-GB"/>
              </w:rPr>
            </w:pPr>
            <w:r w:rsidRPr="007B552C">
              <w:rPr>
                <w:rFonts w:ascii="Arial" w:hAnsi="Arial" w:cs="Arial"/>
                <w:lang w:val="en-GB"/>
              </w:rPr>
              <w:t>                aria-label="Sizing example input"</w:t>
            </w:r>
          </w:p>
          <w:p w14:paraId="5C8B26AB" w14:textId="77777777" w:rsidR="007B552C" w:rsidRPr="007B552C" w:rsidRDefault="007B552C" w:rsidP="007B552C">
            <w:pPr>
              <w:rPr>
                <w:rFonts w:ascii="Arial" w:hAnsi="Arial" w:cs="Arial"/>
                <w:lang w:val="en-GB"/>
              </w:rPr>
            </w:pPr>
            <w:r w:rsidRPr="007B552C">
              <w:rPr>
                <w:rFonts w:ascii="Arial" w:hAnsi="Arial" w:cs="Arial"/>
                <w:lang w:val="en-GB"/>
              </w:rPr>
              <w:t>                aria-</w:t>
            </w:r>
            <w:proofErr w:type="spellStart"/>
            <w:r w:rsidRPr="007B552C">
              <w:rPr>
                <w:rFonts w:ascii="Arial" w:hAnsi="Arial" w:cs="Arial"/>
                <w:lang w:val="en-GB"/>
              </w:rPr>
              <w:t>describedby</w:t>
            </w:r>
            <w:proofErr w:type="spellEnd"/>
            <w:r w:rsidRPr="007B552C">
              <w:rPr>
                <w:rFonts w:ascii="Arial" w:hAnsi="Arial" w:cs="Arial"/>
                <w:lang w:val="en-GB"/>
              </w:rPr>
              <w:t>="</w:t>
            </w:r>
            <w:proofErr w:type="spellStart"/>
            <w:r w:rsidRPr="007B552C">
              <w:rPr>
                <w:rFonts w:ascii="Arial" w:hAnsi="Arial" w:cs="Arial"/>
                <w:lang w:val="en-GB"/>
              </w:rPr>
              <w:t>inputGroup</w:t>
            </w:r>
            <w:proofErr w:type="spellEnd"/>
            <w:r w:rsidRPr="007B552C">
              <w:rPr>
                <w:rFonts w:ascii="Arial" w:hAnsi="Arial" w:cs="Arial"/>
                <w:lang w:val="en-GB"/>
              </w:rPr>
              <w:t>-sizing-default"</w:t>
            </w:r>
          </w:p>
          <w:p w14:paraId="61574DF4" w14:textId="77777777" w:rsidR="007B552C" w:rsidRPr="007B552C" w:rsidRDefault="007B552C" w:rsidP="007B552C">
            <w:pPr>
              <w:rPr>
                <w:rFonts w:ascii="Arial" w:hAnsi="Arial" w:cs="Arial"/>
                <w:lang w:val="en-GB"/>
              </w:rPr>
            </w:pPr>
            <w:r w:rsidRPr="007B552C">
              <w:rPr>
                <w:rFonts w:ascii="Arial" w:hAnsi="Arial" w:cs="Arial"/>
                <w:lang w:val="en-GB"/>
              </w:rPr>
              <w:t>                type="email"</w:t>
            </w:r>
          </w:p>
          <w:p w14:paraId="6D566FB1" w14:textId="77777777" w:rsidR="007B552C" w:rsidRPr="007B552C" w:rsidRDefault="007B552C" w:rsidP="007B552C">
            <w:pPr>
              <w:rPr>
                <w:rFonts w:ascii="Arial" w:hAnsi="Arial" w:cs="Arial"/>
                <w:lang w:val="en-GB"/>
              </w:rPr>
            </w:pPr>
            <w:r w:rsidRPr="007B552C">
              <w:rPr>
                <w:rFonts w:ascii="Arial" w:hAnsi="Arial" w:cs="Arial"/>
                <w:lang w:val="en-GB"/>
              </w:rPr>
              <w:t>                id="email"</w:t>
            </w:r>
          </w:p>
          <w:p w14:paraId="2807C247" w14:textId="77777777" w:rsidR="007B552C" w:rsidRPr="007B552C" w:rsidRDefault="007B552C" w:rsidP="007B552C">
            <w:pPr>
              <w:rPr>
                <w:rFonts w:ascii="Arial" w:hAnsi="Arial" w:cs="Arial"/>
                <w:lang w:val="en-GB"/>
              </w:rPr>
            </w:pPr>
            <w:r w:rsidRPr="007B552C">
              <w:rPr>
                <w:rFonts w:ascii="Arial" w:hAnsi="Arial" w:cs="Arial"/>
                <w:lang w:val="en-GB"/>
              </w:rPr>
              <w:t>                name="email"</w:t>
            </w:r>
          </w:p>
          <w:p w14:paraId="4CB4E3B3" w14:textId="77777777" w:rsidR="007B552C" w:rsidRPr="007B552C" w:rsidRDefault="007B552C" w:rsidP="007B552C">
            <w:pPr>
              <w:rPr>
                <w:rFonts w:ascii="Arial" w:hAnsi="Arial" w:cs="Arial"/>
                <w:lang w:val="en-GB"/>
              </w:rPr>
            </w:pPr>
            <w:r w:rsidRPr="007B552C">
              <w:rPr>
                <w:rFonts w:ascii="Arial" w:hAnsi="Arial" w:cs="Arial"/>
                <w:lang w:val="en-GB"/>
              </w:rPr>
              <w:t>                required</w:t>
            </w:r>
          </w:p>
          <w:p w14:paraId="529035EC" w14:textId="77777777" w:rsidR="007B552C" w:rsidRPr="007B552C" w:rsidRDefault="007B552C" w:rsidP="007B552C">
            <w:pPr>
              <w:rPr>
                <w:rFonts w:ascii="Arial" w:hAnsi="Arial" w:cs="Arial"/>
                <w:lang w:val="en-GB"/>
              </w:rPr>
            </w:pPr>
            <w:r w:rsidRPr="007B552C">
              <w:rPr>
                <w:rFonts w:ascii="Arial" w:hAnsi="Arial" w:cs="Arial"/>
                <w:lang w:val="en-GB"/>
              </w:rPr>
              <w:lastRenderedPageBreak/>
              <w:t>            &gt;</w:t>
            </w:r>
          </w:p>
          <w:p w14:paraId="01718E28" w14:textId="77777777" w:rsidR="007B552C" w:rsidRPr="007B552C" w:rsidRDefault="007B552C" w:rsidP="007B552C">
            <w:pPr>
              <w:rPr>
                <w:rFonts w:ascii="Arial" w:hAnsi="Arial" w:cs="Arial"/>
                <w:lang w:val="en-GB"/>
              </w:rPr>
            </w:pPr>
          </w:p>
          <w:p w14:paraId="7C674BD3" w14:textId="77777777" w:rsidR="007B552C" w:rsidRPr="007B552C" w:rsidRDefault="007B552C" w:rsidP="007B552C">
            <w:pPr>
              <w:rPr>
                <w:rFonts w:ascii="Arial" w:hAnsi="Arial" w:cs="Arial"/>
                <w:lang w:val="en-GB"/>
              </w:rPr>
            </w:pPr>
            <w:r w:rsidRPr="007B552C">
              <w:rPr>
                <w:rFonts w:ascii="Arial" w:hAnsi="Arial" w:cs="Arial"/>
                <w:lang w:val="en-GB"/>
              </w:rPr>
              <w:t>            &lt;label for="email"&gt;</w:t>
            </w:r>
          </w:p>
          <w:p w14:paraId="21D4DFCE" w14:textId="77777777" w:rsidR="007B552C" w:rsidRPr="007B552C" w:rsidRDefault="007B552C" w:rsidP="007B552C">
            <w:pPr>
              <w:rPr>
                <w:rFonts w:ascii="Arial" w:hAnsi="Arial" w:cs="Arial"/>
                <w:lang w:val="en-GB"/>
              </w:rPr>
            </w:pPr>
            <w:r w:rsidRPr="007B552C">
              <w:rPr>
                <w:rFonts w:ascii="Arial" w:hAnsi="Arial" w:cs="Arial"/>
                <w:lang w:val="en-GB"/>
              </w:rPr>
              <w:t>                Email</w:t>
            </w:r>
          </w:p>
          <w:p w14:paraId="7E9AB47A" w14:textId="77777777" w:rsidR="007B552C" w:rsidRPr="007B552C" w:rsidRDefault="007B552C" w:rsidP="007B552C">
            <w:pPr>
              <w:rPr>
                <w:rFonts w:ascii="Arial" w:hAnsi="Arial" w:cs="Arial"/>
                <w:lang w:val="en-GB"/>
              </w:rPr>
            </w:pPr>
            <w:r w:rsidRPr="007B552C">
              <w:rPr>
                <w:rFonts w:ascii="Arial" w:hAnsi="Arial" w:cs="Arial"/>
                <w:lang w:val="en-GB"/>
              </w:rPr>
              <w:t>            &lt;/label&gt;</w:t>
            </w:r>
          </w:p>
          <w:p w14:paraId="100AB9F0" w14:textId="77777777" w:rsidR="007B552C" w:rsidRPr="007B552C" w:rsidRDefault="007B552C" w:rsidP="007B552C">
            <w:pPr>
              <w:rPr>
                <w:rFonts w:ascii="Arial" w:hAnsi="Arial" w:cs="Arial"/>
                <w:lang w:val="en-GB"/>
              </w:rPr>
            </w:pPr>
          </w:p>
          <w:p w14:paraId="068BEB5B" w14:textId="77777777" w:rsidR="007B552C" w:rsidRPr="007B552C" w:rsidRDefault="007B552C" w:rsidP="007B552C">
            <w:pPr>
              <w:rPr>
                <w:rFonts w:ascii="Arial" w:hAnsi="Arial" w:cs="Arial"/>
                <w:lang w:val="en-GB"/>
              </w:rPr>
            </w:pPr>
            <w:r w:rsidRPr="007B552C">
              <w:rPr>
                <w:rFonts w:ascii="Arial" w:hAnsi="Arial" w:cs="Arial"/>
                <w:lang w:val="en-GB"/>
              </w:rPr>
              <w:t>            &lt;</w:t>
            </w:r>
            <w:proofErr w:type="spellStart"/>
            <w:r w:rsidRPr="007B552C">
              <w:rPr>
                <w:rFonts w:ascii="Arial" w:hAnsi="Arial" w:cs="Arial"/>
                <w:lang w:val="en-GB"/>
              </w:rPr>
              <w:t>br</w:t>
            </w:r>
            <w:proofErr w:type="spellEnd"/>
            <w:r w:rsidRPr="007B552C">
              <w:rPr>
                <w:rFonts w:ascii="Arial" w:hAnsi="Arial" w:cs="Arial"/>
                <w:lang w:val="en-GB"/>
              </w:rPr>
              <w:t>&gt;</w:t>
            </w:r>
          </w:p>
          <w:p w14:paraId="40D0BA41" w14:textId="77777777" w:rsidR="007B552C" w:rsidRPr="007B552C" w:rsidRDefault="007B552C" w:rsidP="007B552C">
            <w:pPr>
              <w:rPr>
                <w:rFonts w:ascii="Arial" w:hAnsi="Arial" w:cs="Arial"/>
                <w:lang w:val="en-GB"/>
              </w:rPr>
            </w:pPr>
            <w:r w:rsidRPr="007B552C">
              <w:rPr>
                <w:rFonts w:ascii="Arial" w:hAnsi="Arial" w:cs="Arial"/>
                <w:lang w:val="en-GB"/>
              </w:rPr>
              <w:t>            &lt;</w:t>
            </w:r>
            <w:proofErr w:type="spellStart"/>
            <w:r w:rsidRPr="007B552C">
              <w:rPr>
                <w:rFonts w:ascii="Arial" w:hAnsi="Arial" w:cs="Arial"/>
                <w:lang w:val="en-GB"/>
              </w:rPr>
              <w:t>br</w:t>
            </w:r>
            <w:proofErr w:type="spellEnd"/>
            <w:r w:rsidRPr="007B552C">
              <w:rPr>
                <w:rFonts w:ascii="Arial" w:hAnsi="Arial" w:cs="Arial"/>
                <w:lang w:val="en-GB"/>
              </w:rPr>
              <w:t>&gt;</w:t>
            </w:r>
          </w:p>
          <w:p w14:paraId="2286324C" w14:textId="77777777" w:rsidR="007B552C" w:rsidRPr="007B552C" w:rsidRDefault="007B552C" w:rsidP="007B552C">
            <w:pPr>
              <w:rPr>
                <w:rFonts w:ascii="Arial" w:hAnsi="Arial" w:cs="Arial"/>
                <w:lang w:val="en-GB"/>
              </w:rPr>
            </w:pPr>
          </w:p>
          <w:p w14:paraId="1144498E" w14:textId="77777777" w:rsidR="007B552C" w:rsidRPr="007B552C" w:rsidRDefault="007B552C" w:rsidP="007B552C">
            <w:pPr>
              <w:rPr>
                <w:rFonts w:ascii="Arial" w:hAnsi="Arial" w:cs="Arial"/>
                <w:lang w:val="en-GB"/>
              </w:rPr>
            </w:pPr>
            <w:r w:rsidRPr="007B552C">
              <w:rPr>
                <w:rFonts w:ascii="Arial" w:hAnsi="Arial" w:cs="Arial"/>
                <w:lang w:val="en-GB"/>
              </w:rPr>
              <w:t>            &lt;</w:t>
            </w:r>
            <w:proofErr w:type="spellStart"/>
            <w:r w:rsidRPr="007B552C">
              <w:rPr>
                <w:rFonts w:ascii="Arial" w:hAnsi="Arial" w:cs="Arial"/>
                <w:lang w:val="en-GB"/>
              </w:rPr>
              <w:t>textarea</w:t>
            </w:r>
            <w:proofErr w:type="spellEnd"/>
          </w:p>
          <w:p w14:paraId="03C68C0E" w14:textId="77777777" w:rsidR="007B552C" w:rsidRPr="007B552C" w:rsidRDefault="007B552C" w:rsidP="007B552C">
            <w:pPr>
              <w:rPr>
                <w:rFonts w:ascii="Arial" w:hAnsi="Arial" w:cs="Arial"/>
                <w:lang w:val="en-GB"/>
              </w:rPr>
            </w:pPr>
            <w:r w:rsidRPr="007B552C">
              <w:rPr>
                <w:rFonts w:ascii="Arial" w:hAnsi="Arial" w:cs="Arial"/>
                <w:lang w:val="en-GB"/>
              </w:rPr>
              <w:t>                class="form-control"</w:t>
            </w:r>
          </w:p>
          <w:p w14:paraId="72F7A2CA" w14:textId="77777777" w:rsidR="007B552C" w:rsidRPr="007B552C" w:rsidRDefault="007B552C" w:rsidP="007B552C">
            <w:pPr>
              <w:rPr>
                <w:rFonts w:ascii="Arial" w:hAnsi="Arial" w:cs="Arial"/>
                <w:lang w:val="en-GB"/>
              </w:rPr>
            </w:pPr>
            <w:r w:rsidRPr="007B552C">
              <w:rPr>
                <w:rFonts w:ascii="Arial" w:hAnsi="Arial" w:cs="Arial"/>
                <w:lang w:val="en-GB"/>
              </w:rPr>
              <w:t>                aria-label="Sizing example input"</w:t>
            </w:r>
          </w:p>
          <w:p w14:paraId="212D17F2" w14:textId="77777777" w:rsidR="007B552C" w:rsidRPr="007B552C" w:rsidRDefault="007B552C" w:rsidP="007B552C">
            <w:pPr>
              <w:rPr>
                <w:rFonts w:ascii="Arial" w:hAnsi="Arial" w:cs="Arial"/>
                <w:lang w:val="en-GB"/>
              </w:rPr>
            </w:pPr>
            <w:r w:rsidRPr="007B552C">
              <w:rPr>
                <w:rFonts w:ascii="Arial" w:hAnsi="Arial" w:cs="Arial"/>
                <w:lang w:val="en-GB"/>
              </w:rPr>
              <w:t>                aria-</w:t>
            </w:r>
            <w:proofErr w:type="spellStart"/>
            <w:r w:rsidRPr="007B552C">
              <w:rPr>
                <w:rFonts w:ascii="Arial" w:hAnsi="Arial" w:cs="Arial"/>
                <w:lang w:val="en-GB"/>
              </w:rPr>
              <w:t>describedby</w:t>
            </w:r>
            <w:proofErr w:type="spellEnd"/>
            <w:r w:rsidRPr="007B552C">
              <w:rPr>
                <w:rFonts w:ascii="Arial" w:hAnsi="Arial" w:cs="Arial"/>
                <w:lang w:val="en-GB"/>
              </w:rPr>
              <w:t>="</w:t>
            </w:r>
            <w:proofErr w:type="spellStart"/>
            <w:r w:rsidRPr="007B552C">
              <w:rPr>
                <w:rFonts w:ascii="Arial" w:hAnsi="Arial" w:cs="Arial"/>
                <w:lang w:val="en-GB"/>
              </w:rPr>
              <w:t>inputGroup</w:t>
            </w:r>
            <w:proofErr w:type="spellEnd"/>
            <w:r w:rsidRPr="007B552C">
              <w:rPr>
                <w:rFonts w:ascii="Arial" w:hAnsi="Arial" w:cs="Arial"/>
                <w:lang w:val="en-GB"/>
              </w:rPr>
              <w:t>-sizing-</w:t>
            </w:r>
            <w:proofErr w:type="spellStart"/>
            <w:r w:rsidRPr="007B552C">
              <w:rPr>
                <w:rFonts w:ascii="Arial" w:hAnsi="Arial" w:cs="Arial"/>
                <w:lang w:val="en-GB"/>
              </w:rPr>
              <w:t>lg</w:t>
            </w:r>
            <w:proofErr w:type="spellEnd"/>
            <w:r w:rsidRPr="007B552C">
              <w:rPr>
                <w:rFonts w:ascii="Arial" w:hAnsi="Arial" w:cs="Arial"/>
                <w:lang w:val="en-GB"/>
              </w:rPr>
              <w:t>"</w:t>
            </w:r>
          </w:p>
          <w:p w14:paraId="59FC5C6E" w14:textId="77777777" w:rsidR="007B552C" w:rsidRPr="007B552C" w:rsidRDefault="007B552C" w:rsidP="007B552C">
            <w:pPr>
              <w:rPr>
                <w:rFonts w:ascii="Arial" w:hAnsi="Arial" w:cs="Arial"/>
                <w:lang w:val="en-GB"/>
              </w:rPr>
            </w:pPr>
            <w:r w:rsidRPr="007B552C">
              <w:rPr>
                <w:rFonts w:ascii="Arial" w:hAnsi="Arial" w:cs="Arial"/>
                <w:lang w:val="en-GB"/>
              </w:rPr>
              <w:t>                id="</w:t>
            </w:r>
            <w:proofErr w:type="spellStart"/>
            <w:r w:rsidRPr="007B552C">
              <w:rPr>
                <w:rFonts w:ascii="Arial" w:hAnsi="Arial" w:cs="Arial"/>
                <w:lang w:val="en-GB"/>
              </w:rPr>
              <w:t>textarea</w:t>
            </w:r>
            <w:proofErr w:type="spellEnd"/>
            <w:r w:rsidRPr="007B552C">
              <w:rPr>
                <w:rFonts w:ascii="Arial" w:hAnsi="Arial" w:cs="Arial"/>
                <w:lang w:val="en-GB"/>
              </w:rPr>
              <w:t>"</w:t>
            </w:r>
          </w:p>
          <w:p w14:paraId="4172C6AC" w14:textId="77777777" w:rsidR="007B552C" w:rsidRPr="007B552C" w:rsidRDefault="007B552C" w:rsidP="007B552C">
            <w:pPr>
              <w:rPr>
                <w:rFonts w:ascii="Arial" w:hAnsi="Arial" w:cs="Arial"/>
                <w:lang w:val="en-GB"/>
              </w:rPr>
            </w:pPr>
            <w:r w:rsidRPr="007B552C">
              <w:rPr>
                <w:rFonts w:ascii="Arial" w:hAnsi="Arial" w:cs="Arial"/>
                <w:lang w:val="en-GB"/>
              </w:rPr>
              <w:t>                name="</w:t>
            </w:r>
            <w:proofErr w:type="spellStart"/>
            <w:r w:rsidRPr="007B552C">
              <w:rPr>
                <w:rFonts w:ascii="Arial" w:hAnsi="Arial" w:cs="Arial"/>
                <w:lang w:val="en-GB"/>
              </w:rPr>
              <w:t>textarea</w:t>
            </w:r>
            <w:proofErr w:type="spellEnd"/>
            <w:r w:rsidRPr="007B552C">
              <w:rPr>
                <w:rFonts w:ascii="Arial" w:hAnsi="Arial" w:cs="Arial"/>
                <w:lang w:val="en-GB"/>
              </w:rPr>
              <w:t>"</w:t>
            </w:r>
          </w:p>
          <w:p w14:paraId="6B3C7EBC" w14:textId="77777777" w:rsidR="007B552C" w:rsidRPr="007B552C" w:rsidRDefault="007B552C" w:rsidP="007B552C">
            <w:pPr>
              <w:rPr>
                <w:rFonts w:ascii="Arial" w:hAnsi="Arial" w:cs="Arial"/>
                <w:lang w:val="en-GB"/>
              </w:rPr>
            </w:pPr>
            <w:r w:rsidRPr="007B552C">
              <w:rPr>
                <w:rFonts w:ascii="Arial" w:hAnsi="Arial" w:cs="Arial"/>
                <w:lang w:val="en-GB"/>
              </w:rPr>
              <w:t>                required</w:t>
            </w:r>
          </w:p>
          <w:p w14:paraId="0AD6F2BA" w14:textId="77777777" w:rsidR="007B552C" w:rsidRPr="007B552C" w:rsidRDefault="007B552C" w:rsidP="007B552C">
            <w:pPr>
              <w:rPr>
                <w:rFonts w:ascii="Arial" w:hAnsi="Arial" w:cs="Arial"/>
                <w:lang w:val="en-GB"/>
              </w:rPr>
            </w:pPr>
            <w:r w:rsidRPr="007B552C">
              <w:rPr>
                <w:rFonts w:ascii="Arial" w:hAnsi="Arial" w:cs="Arial"/>
                <w:lang w:val="en-GB"/>
              </w:rPr>
              <w:t>            &gt;&lt;/</w:t>
            </w:r>
            <w:proofErr w:type="spellStart"/>
            <w:r w:rsidRPr="007B552C">
              <w:rPr>
                <w:rFonts w:ascii="Arial" w:hAnsi="Arial" w:cs="Arial"/>
                <w:lang w:val="en-GB"/>
              </w:rPr>
              <w:t>textarea</w:t>
            </w:r>
            <w:proofErr w:type="spellEnd"/>
            <w:r w:rsidRPr="007B552C">
              <w:rPr>
                <w:rFonts w:ascii="Arial" w:hAnsi="Arial" w:cs="Arial"/>
                <w:lang w:val="en-GB"/>
              </w:rPr>
              <w:t>&gt;</w:t>
            </w:r>
          </w:p>
          <w:p w14:paraId="732A89EE" w14:textId="77777777" w:rsidR="007B552C" w:rsidRPr="007B552C" w:rsidRDefault="007B552C" w:rsidP="007B552C">
            <w:pPr>
              <w:rPr>
                <w:rFonts w:ascii="Arial" w:hAnsi="Arial" w:cs="Arial"/>
                <w:lang w:val="en-GB"/>
              </w:rPr>
            </w:pPr>
          </w:p>
          <w:p w14:paraId="41FA70CA" w14:textId="77777777" w:rsidR="007B552C" w:rsidRPr="007B552C" w:rsidRDefault="007B552C" w:rsidP="007B552C">
            <w:pPr>
              <w:rPr>
                <w:rFonts w:ascii="Arial" w:hAnsi="Arial" w:cs="Arial"/>
                <w:lang w:val="en-GB"/>
              </w:rPr>
            </w:pPr>
            <w:r w:rsidRPr="007B552C">
              <w:rPr>
                <w:rFonts w:ascii="Arial" w:hAnsi="Arial" w:cs="Arial"/>
                <w:lang w:val="en-GB"/>
              </w:rPr>
              <w:t>            &lt;label for="</w:t>
            </w:r>
            <w:proofErr w:type="spellStart"/>
            <w:r w:rsidRPr="007B552C">
              <w:rPr>
                <w:rFonts w:ascii="Arial" w:hAnsi="Arial" w:cs="Arial"/>
                <w:lang w:val="en-GB"/>
              </w:rPr>
              <w:t>textarea</w:t>
            </w:r>
            <w:proofErr w:type="spellEnd"/>
            <w:r w:rsidRPr="007B552C">
              <w:rPr>
                <w:rFonts w:ascii="Arial" w:hAnsi="Arial" w:cs="Arial"/>
                <w:lang w:val="en-GB"/>
              </w:rPr>
              <w:t>"&gt;</w:t>
            </w:r>
          </w:p>
          <w:p w14:paraId="3FC5BCA4" w14:textId="77777777" w:rsidR="007B552C" w:rsidRPr="007B552C" w:rsidRDefault="007B552C" w:rsidP="007B552C">
            <w:pPr>
              <w:rPr>
                <w:rFonts w:ascii="Arial" w:hAnsi="Arial" w:cs="Arial"/>
                <w:lang w:val="en-GB"/>
              </w:rPr>
            </w:pPr>
            <w:r w:rsidRPr="007B552C">
              <w:rPr>
                <w:rFonts w:ascii="Arial" w:hAnsi="Arial" w:cs="Arial"/>
                <w:lang w:val="en-GB"/>
              </w:rPr>
              <w:t>                Text Area</w:t>
            </w:r>
          </w:p>
          <w:p w14:paraId="1FE2AF74" w14:textId="77777777" w:rsidR="007B552C" w:rsidRPr="007B552C" w:rsidRDefault="007B552C" w:rsidP="007B552C">
            <w:pPr>
              <w:rPr>
                <w:rFonts w:ascii="Arial" w:hAnsi="Arial" w:cs="Arial"/>
                <w:lang w:val="en-GB"/>
              </w:rPr>
            </w:pPr>
            <w:r w:rsidRPr="007B552C">
              <w:rPr>
                <w:rFonts w:ascii="Arial" w:hAnsi="Arial" w:cs="Arial"/>
                <w:lang w:val="en-GB"/>
              </w:rPr>
              <w:t>            &lt;/label&gt;</w:t>
            </w:r>
          </w:p>
          <w:p w14:paraId="5671C0BE" w14:textId="77777777" w:rsidR="007B552C" w:rsidRPr="007B552C" w:rsidRDefault="007B552C" w:rsidP="007B552C">
            <w:pPr>
              <w:rPr>
                <w:rFonts w:ascii="Arial" w:hAnsi="Arial" w:cs="Arial"/>
                <w:lang w:val="en-GB"/>
              </w:rPr>
            </w:pPr>
          </w:p>
          <w:p w14:paraId="64FC1D6D" w14:textId="77777777" w:rsidR="007B552C" w:rsidRPr="007B552C" w:rsidRDefault="007B552C" w:rsidP="007B552C">
            <w:pPr>
              <w:rPr>
                <w:rFonts w:ascii="Arial" w:hAnsi="Arial" w:cs="Arial"/>
                <w:lang w:val="en-GB"/>
              </w:rPr>
            </w:pPr>
            <w:r w:rsidRPr="007B552C">
              <w:rPr>
                <w:rFonts w:ascii="Arial" w:hAnsi="Arial" w:cs="Arial"/>
                <w:lang w:val="en-GB"/>
              </w:rPr>
              <w:t>            &lt;</w:t>
            </w:r>
            <w:proofErr w:type="spellStart"/>
            <w:r w:rsidRPr="007B552C">
              <w:rPr>
                <w:rFonts w:ascii="Arial" w:hAnsi="Arial" w:cs="Arial"/>
                <w:lang w:val="en-GB"/>
              </w:rPr>
              <w:t>br</w:t>
            </w:r>
            <w:proofErr w:type="spellEnd"/>
            <w:r w:rsidRPr="007B552C">
              <w:rPr>
                <w:rFonts w:ascii="Arial" w:hAnsi="Arial" w:cs="Arial"/>
                <w:lang w:val="en-GB"/>
              </w:rPr>
              <w:t>&gt;</w:t>
            </w:r>
          </w:p>
          <w:p w14:paraId="3701C7B9" w14:textId="77777777" w:rsidR="007B552C" w:rsidRPr="007B552C" w:rsidRDefault="007B552C" w:rsidP="007B552C">
            <w:pPr>
              <w:rPr>
                <w:rFonts w:ascii="Arial" w:hAnsi="Arial" w:cs="Arial"/>
                <w:lang w:val="en-GB"/>
              </w:rPr>
            </w:pPr>
            <w:r w:rsidRPr="007B552C">
              <w:rPr>
                <w:rFonts w:ascii="Arial" w:hAnsi="Arial" w:cs="Arial"/>
                <w:lang w:val="en-GB"/>
              </w:rPr>
              <w:t>            &lt;</w:t>
            </w:r>
            <w:proofErr w:type="spellStart"/>
            <w:r w:rsidRPr="007B552C">
              <w:rPr>
                <w:rFonts w:ascii="Arial" w:hAnsi="Arial" w:cs="Arial"/>
                <w:lang w:val="en-GB"/>
              </w:rPr>
              <w:t>br</w:t>
            </w:r>
            <w:proofErr w:type="spellEnd"/>
            <w:r w:rsidRPr="007B552C">
              <w:rPr>
                <w:rFonts w:ascii="Arial" w:hAnsi="Arial" w:cs="Arial"/>
                <w:lang w:val="en-GB"/>
              </w:rPr>
              <w:t>&gt;</w:t>
            </w:r>
          </w:p>
          <w:p w14:paraId="5A57D7FA" w14:textId="77777777" w:rsidR="007B552C" w:rsidRPr="007B552C" w:rsidRDefault="007B552C" w:rsidP="007B552C">
            <w:pPr>
              <w:rPr>
                <w:rFonts w:ascii="Arial" w:hAnsi="Arial" w:cs="Arial"/>
                <w:lang w:val="en-GB"/>
              </w:rPr>
            </w:pPr>
          </w:p>
          <w:p w14:paraId="77056E81" w14:textId="77777777" w:rsidR="007B552C" w:rsidRPr="007B552C" w:rsidRDefault="007B552C" w:rsidP="007B552C">
            <w:pPr>
              <w:rPr>
                <w:rFonts w:ascii="Arial" w:hAnsi="Arial" w:cs="Arial"/>
                <w:lang w:val="en-GB"/>
              </w:rPr>
            </w:pPr>
            <w:r w:rsidRPr="007B552C">
              <w:rPr>
                <w:rFonts w:ascii="Arial" w:hAnsi="Arial" w:cs="Arial"/>
                <w:lang w:val="en-GB"/>
              </w:rPr>
              <w:t>            &lt;button</w:t>
            </w:r>
          </w:p>
          <w:p w14:paraId="266D3F27" w14:textId="77777777" w:rsidR="007B552C" w:rsidRPr="007B552C" w:rsidRDefault="007B552C" w:rsidP="007B552C">
            <w:pPr>
              <w:rPr>
                <w:rFonts w:ascii="Arial" w:hAnsi="Arial" w:cs="Arial"/>
                <w:lang w:val="en-GB"/>
              </w:rPr>
            </w:pPr>
            <w:r w:rsidRPr="007B552C">
              <w:rPr>
                <w:rFonts w:ascii="Arial" w:hAnsi="Arial" w:cs="Arial"/>
                <w:lang w:val="en-GB"/>
              </w:rPr>
              <w:t>                type="submit"</w:t>
            </w:r>
          </w:p>
          <w:p w14:paraId="481C9169" w14:textId="77777777" w:rsidR="007B552C" w:rsidRPr="007B552C" w:rsidRDefault="007B552C" w:rsidP="007B552C">
            <w:pPr>
              <w:rPr>
                <w:rFonts w:ascii="Arial" w:hAnsi="Arial" w:cs="Arial"/>
                <w:lang w:val="en-GB"/>
              </w:rPr>
            </w:pPr>
            <w:r w:rsidRPr="007B552C">
              <w:rPr>
                <w:rFonts w:ascii="Arial" w:hAnsi="Arial" w:cs="Arial"/>
                <w:lang w:val="en-GB"/>
              </w:rPr>
              <w:t>                class="</w:t>
            </w:r>
            <w:proofErr w:type="spellStart"/>
            <w:r w:rsidRPr="007B552C">
              <w:rPr>
                <w:rFonts w:ascii="Arial" w:hAnsi="Arial" w:cs="Arial"/>
                <w:lang w:val="en-GB"/>
              </w:rPr>
              <w:t>btn</w:t>
            </w:r>
            <w:proofErr w:type="spellEnd"/>
            <w:r w:rsidRPr="007B552C">
              <w:rPr>
                <w:rFonts w:ascii="Arial" w:hAnsi="Arial" w:cs="Arial"/>
                <w:lang w:val="en-GB"/>
              </w:rPr>
              <w:t xml:space="preserve"> </w:t>
            </w:r>
            <w:proofErr w:type="spellStart"/>
            <w:r w:rsidRPr="007B552C">
              <w:rPr>
                <w:rFonts w:ascii="Arial" w:hAnsi="Arial" w:cs="Arial"/>
                <w:lang w:val="en-GB"/>
              </w:rPr>
              <w:t>btn</w:t>
            </w:r>
            <w:proofErr w:type="spellEnd"/>
            <w:r w:rsidRPr="007B552C">
              <w:rPr>
                <w:rFonts w:ascii="Arial" w:hAnsi="Arial" w:cs="Arial"/>
                <w:lang w:val="en-GB"/>
              </w:rPr>
              <w:t>-primary"</w:t>
            </w:r>
          </w:p>
          <w:p w14:paraId="0B03459C" w14:textId="77777777" w:rsidR="007B552C" w:rsidRPr="007B552C" w:rsidRDefault="007B552C" w:rsidP="007B552C">
            <w:pPr>
              <w:rPr>
                <w:rFonts w:ascii="Arial" w:hAnsi="Arial" w:cs="Arial"/>
                <w:lang w:val="en-GB"/>
              </w:rPr>
            </w:pPr>
            <w:r w:rsidRPr="007B552C">
              <w:rPr>
                <w:rFonts w:ascii="Arial" w:hAnsi="Arial" w:cs="Arial"/>
                <w:lang w:val="en-GB"/>
              </w:rPr>
              <w:t>                data-bs-toggle="modal"</w:t>
            </w:r>
          </w:p>
          <w:p w14:paraId="17922AB2" w14:textId="77777777" w:rsidR="007B552C" w:rsidRPr="007B552C" w:rsidRDefault="007B552C" w:rsidP="007B552C">
            <w:pPr>
              <w:rPr>
                <w:rFonts w:ascii="Arial" w:hAnsi="Arial" w:cs="Arial"/>
                <w:lang w:val="en-GB"/>
              </w:rPr>
            </w:pPr>
            <w:r w:rsidRPr="007B552C">
              <w:rPr>
                <w:rFonts w:ascii="Arial" w:hAnsi="Arial" w:cs="Arial"/>
                <w:lang w:val="en-GB"/>
              </w:rPr>
              <w:t>                data-bs-target="#</w:t>
            </w:r>
            <w:proofErr w:type="spellStart"/>
            <w:r w:rsidRPr="007B552C">
              <w:rPr>
                <w:rFonts w:ascii="Arial" w:hAnsi="Arial" w:cs="Arial"/>
                <w:lang w:val="en-GB"/>
              </w:rPr>
              <w:t>exampleModal</w:t>
            </w:r>
            <w:proofErr w:type="spellEnd"/>
            <w:r w:rsidRPr="007B552C">
              <w:rPr>
                <w:rFonts w:ascii="Arial" w:hAnsi="Arial" w:cs="Arial"/>
                <w:lang w:val="en-GB"/>
              </w:rPr>
              <w:t>"</w:t>
            </w:r>
          </w:p>
          <w:p w14:paraId="5D7CAAE8" w14:textId="77777777" w:rsidR="007B552C" w:rsidRPr="007B552C" w:rsidRDefault="007B552C" w:rsidP="007B552C">
            <w:pPr>
              <w:rPr>
                <w:rFonts w:ascii="Arial" w:hAnsi="Arial" w:cs="Arial"/>
                <w:lang w:val="en-GB"/>
              </w:rPr>
            </w:pPr>
            <w:r w:rsidRPr="007B552C">
              <w:rPr>
                <w:rFonts w:ascii="Arial" w:hAnsi="Arial" w:cs="Arial"/>
                <w:lang w:val="en-GB"/>
              </w:rPr>
              <w:t>            &gt;</w:t>
            </w:r>
          </w:p>
          <w:p w14:paraId="12B5619F" w14:textId="77777777" w:rsidR="007B552C" w:rsidRPr="007B552C" w:rsidRDefault="007B552C" w:rsidP="007B552C">
            <w:pPr>
              <w:rPr>
                <w:rFonts w:ascii="Arial" w:hAnsi="Arial" w:cs="Arial"/>
                <w:lang w:val="en-GB"/>
              </w:rPr>
            </w:pPr>
            <w:r w:rsidRPr="007B552C">
              <w:rPr>
                <w:rFonts w:ascii="Arial" w:hAnsi="Arial" w:cs="Arial"/>
                <w:lang w:val="en-GB"/>
              </w:rPr>
              <w:t>                Submit</w:t>
            </w:r>
          </w:p>
          <w:p w14:paraId="536ED459" w14:textId="77777777" w:rsidR="007B552C" w:rsidRPr="007B552C" w:rsidRDefault="007B552C" w:rsidP="007B552C">
            <w:pPr>
              <w:rPr>
                <w:rFonts w:ascii="Arial" w:hAnsi="Arial" w:cs="Arial"/>
                <w:lang w:val="en-GB"/>
              </w:rPr>
            </w:pPr>
            <w:r w:rsidRPr="007B552C">
              <w:rPr>
                <w:rFonts w:ascii="Arial" w:hAnsi="Arial" w:cs="Arial"/>
                <w:lang w:val="en-GB"/>
              </w:rPr>
              <w:t>            &lt;/button&gt;</w:t>
            </w:r>
          </w:p>
          <w:p w14:paraId="5DD52E07" w14:textId="77777777" w:rsidR="007B552C" w:rsidRPr="007B552C" w:rsidRDefault="007B552C" w:rsidP="007B552C">
            <w:pPr>
              <w:rPr>
                <w:rFonts w:ascii="Arial" w:hAnsi="Arial" w:cs="Arial"/>
                <w:lang w:val="en-GB"/>
              </w:rPr>
            </w:pPr>
          </w:p>
          <w:p w14:paraId="56539843" w14:textId="77777777" w:rsidR="007B552C" w:rsidRPr="007B552C" w:rsidRDefault="007B552C" w:rsidP="007B552C">
            <w:pPr>
              <w:rPr>
                <w:rFonts w:ascii="Arial" w:hAnsi="Arial" w:cs="Arial"/>
                <w:lang w:val="en-GB"/>
              </w:rPr>
            </w:pPr>
            <w:r w:rsidRPr="007B552C">
              <w:rPr>
                <w:rFonts w:ascii="Arial" w:hAnsi="Arial" w:cs="Arial"/>
                <w:lang w:val="en-GB"/>
              </w:rPr>
              <w:t>        &lt;/form&gt;</w:t>
            </w:r>
          </w:p>
          <w:p w14:paraId="60051462" w14:textId="77777777" w:rsidR="007B552C" w:rsidRPr="007B552C" w:rsidRDefault="007B552C" w:rsidP="007B552C">
            <w:pPr>
              <w:rPr>
                <w:rFonts w:ascii="Arial" w:hAnsi="Arial" w:cs="Arial"/>
                <w:lang w:val="en-GB"/>
              </w:rPr>
            </w:pPr>
          </w:p>
          <w:p w14:paraId="3DEBEFD5" w14:textId="77777777" w:rsidR="007B552C" w:rsidRPr="007B552C" w:rsidRDefault="007B552C" w:rsidP="007B552C">
            <w:pPr>
              <w:rPr>
                <w:rFonts w:ascii="Arial" w:hAnsi="Arial" w:cs="Arial"/>
                <w:lang w:val="en-GB"/>
              </w:rPr>
            </w:pPr>
            <w:r w:rsidRPr="007B552C">
              <w:rPr>
                <w:rFonts w:ascii="Arial" w:hAnsi="Arial" w:cs="Arial"/>
                <w:lang w:val="en-GB"/>
              </w:rPr>
              <w:t>    &lt;/div&gt;</w:t>
            </w:r>
          </w:p>
          <w:p w14:paraId="1F5C9E5D" w14:textId="77777777" w:rsidR="007B552C" w:rsidRPr="007B552C" w:rsidRDefault="007B552C" w:rsidP="007B552C">
            <w:pPr>
              <w:rPr>
                <w:rFonts w:ascii="Arial" w:hAnsi="Arial" w:cs="Arial"/>
                <w:lang w:val="en-GB"/>
              </w:rPr>
            </w:pPr>
          </w:p>
          <w:p w14:paraId="3F342369" w14:textId="77777777" w:rsidR="007B552C" w:rsidRPr="007B552C" w:rsidRDefault="007B552C" w:rsidP="007B552C">
            <w:pPr>
              <w:rPr>
                <w:rFonts w:ascii="Arial" w:hAnsi="Arial" w:cs="Arial"/>
                <w:lang w:val="en-GB"/>
              </w:rPr>
            </w:pPr>
            <w:r w:rsidRPr="007B552C">
              <w:rPr>
                <w:rFonts w:ascii="Arial" w:hAnsi="Arial" w:cs="Arial"/>
                <w:lang w:val="en-GB"/>
              </w:rPr>
              <w:t>    &lt;</w:t>
            </w:r>
            <w:proofErr w:type="spellStart"/>
            <w:r w:rsidRPr="007B552C">
              <w:rPr>
                <w:rFonts w:ascii="Arial" w:hAnsi="Arial" w:cs="Arial"/>
                <w:lang w:val="en-GB"/>
              </w:rPr>
              <w:t>br</w:t>
            </w:r>
            <w:proofErr w:type="spellEnd"/>
            <w:r w:rsidRPr="007B552C">
              <w:rPr>
                <w:rFonts w:ascii="Arial" w:hAnsi="Arial" w:cs="Arial"/>
                <w:lang w:val="en-GB"/>
              </w:rPr>
              <w:t>&gt;</w:t>
            </w:r>
          </w:p>
          <w:p w14:paraId="4E3F53E0" w14:textId="77777777" w:rsidR="007B552C" w:rsidRPr="007B552C" w:rsidRDefault="007B552C" w:rsidP="007B552C">
            <w:pPr>
              <w:rPr>
                <w:rFonts w:ascii="Arial" w:hAnsi="Arial" w:cs="Arial"/>
                <w:lang w:val="en-GB"/>
              </w:rPr>
            </w:pPr>
            <w:r w:rsidRPr="007B552C">
              <w:rPr>
                <w:rFonts w:ascii="Arial" w:hAnsi="Arial" w:cs="Arial"/>
                <w:lang w:val="en-GB"/>
              </w:rPr>
              <w:t>    &lt;</w:t>
            </w:r>
            <w:proofErr w:type="spellStart"/>
            <w:r w:rsidRPr="007B552C">
              <w:rPr>
                <w:rFonts w:ascii="Arial" w:hAnsi="Arial" w:cs="Arial"/>
                <w:lang w:val="en-GB"/>
              </w:rPr>
              <w:t>br</w:t>
            </w:r>
            <w:proofErr w:type="spellEnd"/>
            <w:r w:rsidRPr="007B552C">
              <w:rPr>
                <w:rFonts w:ascii="Arial" w:hAnsi="Arial" w:cs="Arial"/>
                <w:lang w:val="en-GB"/>
              </w:rPr>
              <w:t>&gt;</w:t>
            </w:r>
          </w:p>
          <w:p w14:paraId="6E81A551" w14:textId="77777777" w:rsidR="007B552C" w:rsidRPr="007B552C" w:rsidRDefault="007B552C" w:rsidP="007B552C">
            <w:pPr>
              <w:rPr>
                <w:rFonts w:ascii="Arial" w:hAnsi="Arial" w:cs="Arial"/>
                <w:lang w:val="en-GB"/>
              </w:rPr>
            </w:pPr>
          </w:p>
          <w:p w14:paraId="7EB018AC" w14:textId="77777777" w:rsidR="007B552C" w:rsidRPr="007B552C" w:rsidRDefault="007B552C" w:rsidP="007B552C">
            <w:pPr>
              <w:rPr>
                <w:rFonts w:ascii="Arial" w:hAnsi="Arial" w:cs="Arial"/>
                <w:lang w:val="en-GB"/>
              </w:rPr>
            </w:pPr>
            <w:r w:rsidRPr="007B552C">
              <w:rPr>
                <w:rFonts w:ascii="Arial" w:hAnsi="Arial" w:cs="Arial"/>
                <w:lang w:val="en-GB"/>
              </w:rPr>
              <w:t>    &lt;a</w:t>
            </w:r>
          </w:p>
          <w:p w14:paraId="44AF6F40" w14:textId="77777777" w:rsidR="007B552C" w:rsidRPr="007B552C" w:rsidRDefault="007B552C" w:rsidP="007B552C">
            <w:pPr>
              <w:rPr>
                <w:rFonts w:ascii="Arial" w:hAnsi="Arial" w:cs="Arial"/>
                <w:lang w:val="en-GB"/>
              </w:rPr>
            </w:pPr>
            <w:r w:rsidRPr="007B552C">
              <w:rPr>
                <w:rFonts w:ascii="Arial" w:hAnsi="Arial" w:cs="Arial"/>
                <w:lang w:val="en-GB"/>
              </w:rPr>
              <w:t>        class="link-success link-offset-2 link-underline-opacity-25 link-underline-opacity-100-hover"</w:t>
            </w:r>
          </w:p>
          <w:p w14:paraId="194BD254" w14:textId="77777777" w:rsidR="007B552C" w:rsidRPr="007B552C" w:rsidRDefault="007B552C" w:rsidP="007B552C">
            <w:pPr>
              <w:rPr>
                <w:rFonts w:ascii="Arial" w:hAnsi="Arial" w:cs="Arial"/>
                <w:lang w:val="en-GB"/>
              </w:rPr>
            </w:pPr>
            <w:r w:rsidRPr="007B552C">
              <w:rPr>
                <w:rFonts w:ascii="Arial" w:hAnsi="Arial" w:cs="Arial"/>
                <w:lang w:val="en-GB"/>
              </w:rPr>
              <w:t>        href="./index.html"</w:t>
            </w:r>
          </w:p>
          <w:p w14:paraId="0CD09F75" w14:textId="77777777" w:rsidR="007B552C" w:rsidRPr="007B552C" w:rsidRDefault="007B552C" w:rsidP="007B552C">
            <w:pPr>
              <w:rPr>
                <w:rFonts w:ascii="Arial" w:hAnsi="Arial" w:cs="Arial"/>
                <w:lang w:val="en-GB"/>
              </w:rPr>
            </w:pPr>
            <w:r w:rsidRPr="007B552C">
              <w:rPr>
                <w:rFonts w:ascii="Arial" w:hAnsi="Arial" w:cs="Arial"/>
                <w:lang w:val="en-GB"/>
              </w:rPr>
              <w:t>    &gt;</w:t>
            </w:r>
          </w:p>
          <w:p w14:paraId="3A821529" w14:textId="77777777" w:rsidR="007B552C" w:rsidRPr="007B552C" w:rsidRDefault="007B552C" w:rsidP="007B552C">
            <w:pPr>
              <w:rPr>
                <w:rFonts w:ascii="Arial" w:hAnsi="Arial" w:cs="Arial"/>
                <w:lang w:val="en-GB"/>
              </w:rPr>
            </w:pPr>
            <w:r w:rsidRPr="007B552C">
              <w:rPr>
                <w:rFonts w:ascii="Arial" w:hAnsi="Arial" w:cs="Arial"/>
                <w:lang w:val="en-GB"/>
              </w:rPr>
              <w:t>        &amp;</w:t>
            </w:r>
            <w:proofErr w:type="spellStart"/>
            <w:r w:rsidRPr="007B552C">
              <w:rPr>
                <w:rFonts w:ascii="Arial" w:hAnsi="Arial" w:cs="Arial"/>
                <w:lang w:val="en-GB"/>
              </w:rPr>
              <w:t>lt</w:t>
            </w:r>
            <w:proofErr w:type="spellEnd"/>
            <w:r w:rsidRPr="007B552C">
              <w:rPr>
                <w:rFonts w:ascii="Arial" w:hAnsi="Arial" w:cs="Arial"/>
                <w:lang w:val="en-GB"/>
              </w:rPr>
              <w:t>;&amp;</w:t>
            </w:r>
            <w:proofErr w:type="spellStart"/>
            <w:r w:rsidRPr="007B552C">
              <w:rPr>
                <w:rFonts w:ascii="Arial" w:hAnsi="Arial" w:cs="Arial"/>
                <w:lang w:val="en-GB"/>
              </w:rPr>
              <w:t>lt</w:t>
            </w:r>
            <w:proofErr w:type="spellEnd"/>
            <w:r w:rsidRPr="007B552C">
              <w:rPr>
                <w:rFonts w:ascii="Arial" w:hAnsi="Arial" w:cs="Arial"/>
                <w:lang w:val="en-GB"/>
              </w:rPr>
              <w:t>; BACK &amp;</w:t>
            </w:r>
            <w:proofErr w:type="spellStart"/>
            <w:r w:rsidRPr="007B552C">
              <w:rPr>
                <w:rFonts w:ascii="Arial" w:hAnsi="Arial" w:cs="Arial"/>
                <w:lang w:val="en-GB"/>
              </w:rPr>
              <w:t>lt</w:t>
            </w:r>
            <w:proofErr w:type="spellEnd"/>
            <w:r w:rsidRPr="007B552C">
              <w:rPr>
                <w:rFonts w:ascii="Arial" w:hAnsi="Arial" w:cs="Arial"/>
                <w:lang w:val="en-GB"/>
              </w:rPr>
              <w:t>;&amp;</w:t>
            </w:r>
            <w:proofErr w:type="spellStart"/>
            <w:proofErr w:type="gramStart"/>
            <w:r w:rsidRPr="007B552C">
              <w:rPr>
                <w:rFonts w:ascii="Arial" w:hAnsi="Arial" w:cs="Arial"/>
                <w:lang w:val="en-GB"/>
              </w:rPr>
              <w:t>lt</w:t>
            </w:r>
            <w:proofErr w:type="spellEnd"/>
            <w:r w:rsidRPr="007B552C">
              <w:rPr>
                <w:rFonts w:ascii="Arial" w:hAnsi="Arial" w:cs="Arial"/>
                <w:lang w:val="en-GB"/>
              </w:rPr>
              <w:t>;</w:t>
            </w:r>
            <w:proofErr w:type="gramEnd"/>
          </w:p>
          <w:p w14:paraId="2B728E94" w14:textId="77777777" w:rsidR="007B552C" w:rsidRPr="007B552C" w:rsidRDefault="007B552C" w:rsidP="007B552C">
            <w:pPr>
              <w:rPr>
                <w:rFonts w:ascii="Arial" w:hAnsi="Arial" w:cs="Arial"/>
                <w:lang w:val="en-GB"/>
              </w:rPr>
            </w:pPr>
            <w:r w:rsidRPr="007B552C">
              <w:rPr>
                <w:rFonts w:ascii="Arial" w:hAnsi="Arial" w:cs="Arial"/>
                <w:lang w:val="en-GB"/>
              </w:rPr>
              <w:t>    &lt;/a&gt;</w:t>
            </w:r>
          </w:p>
          <w:p w14:paraId="64D47E95" w14:textId="77777777" w:rsidR="007B552C" w:rsidRPr="007B552C" w:rsidRDefault="007B552C" w:rsidP="007B552C">
            <w:pPr>
              <w:rPr>
                <w:rFonts w:ascii="Arial" w:hAnsi="Arial" w:cs="Arial"/>
                <w:lang w:val="en-GB"/>
              </w:rPr>
            </w:pPr>
            <w:r w:rsidRPr="007B552C">
              <w:rPr>
                <w:rFonts w:ascii="Arial" w:hAnsi="Arial" w:cs="Arial"/>
                <w:lang w:val="en-GB"/>
              </w:rPr>
              <w:t>&lt;/center&gt;</w:t>
            </w:r>
          </w:p>
          <w:p w14:paraId="47090A85" w14:textId="77777777" w:rsidR="007B552C" w:rsidRPr="007B552C" w:rsidRDefault="007B552C" w:rsidP="007B552C">
            <w:pPr>
              <w:rPr>
                <w:rFonts w:ascii="Arial" w:hAnsi="Arial" w:cs="Arial"/>
                <w:lang w:val="en-GB"/>
              </w:rPr>
            </w:pPr>
            <w:r w:rsidRPr="007B552C">
              <w:rPr>
                <w:rFonts w:ascii="Arial" w:hAnsi="Arial" w:cs="Arial"/>
                <w:lang w:val="en-GB"/>
              </w:rPr>
              <w:t>&lt;/body&gt;</w:t>
            </w:r>
          </w:p>
          <w:p w14:paraId="40E57BD7" w14:textId="77777777" w:rsidR="007B552C" w:rsidRPr="007B552C" w:rsidRDefault="007B552C" w:rsidP="007B552C">
            <w:pPr>
              <w:rPr>
                <w:rFonts w:ascii="Arial" w:hAnsi="Arial" w:cs="Arial"/>
                <w:lang w:val="en-GB"/>
              </w:rPr>
            </w:pPr>
          </w:p>
          <w:p w14:paraId="3ECCB3AF" w14:textId="77777777" w:rsidR="007B552C" w:rsidRPr="007B552C" w:rsidRDefault="007B552C" w:rsidP="007B552C">
            <w:pPr>
              <w:rPr>
                <w:rFonts w:ascii="Arial" w:hAnsi="Arial" w:cs="Arial"/>
                <w:lang w:val="en-GB"/>
              </w:rPr>
            </w:pPr>
            <w:r w:rsidRPr="007B552C">
              <w:rPr>
                <w:rFonts w:ascii="Arial" w:hAnsi="Arial" w:cs="Arial"/>
                <w:lang w:val="en-GB"/>
              </w:rPr>
              <w:lastRenderedPageBreak/>
              <w:t>&lt;/html&gt;</w:t>
            </w:r>
          </w:p>
          <w:p w14:paraId="2BEA05D1" w14:textId="77777777" w:rsidR="00325FB6" w:rsidRDefault="00325FB6">
            <w:pPr>
              <w:rPr>
                <w:rFonts w:ascii="Arial" w:hAnsi="Arial" w:cs="Arial"/>
              </w:rPr>
            </w:pPr>
          </w:p>
        </w:tc>
      </w:tr>
    </w:tbl>
    <w:p w14:paraId="2B7FFEA9" w14:textId="77777777" w:rsidR="00325FB6" w:rsidRDefault="00325FB6">
      <w:pPr>
        <w:rPr>
          <w:rFonts w:ascii="Arial" w:hAnsi="Arial" w:cs="Arial"/>
        </w:rPr>
      </w:pPr>
    </w:p>
    <w:tbl>
      <w:tblPr>
        <w:tblStyle w:val="TableGrid"/>
        <w:tblW w:w="0" w:type="auto"/>
        <w:tblLook w:val="04A0" w:firstRow="1" w:lastRow="0" w:firstColumn="1" w:lastColumn="0" w:noHBand="0" w:noVBand="1"/>
      </w:tblPr>
      <w:tblGrid>
        <w:gridCol w:w="8630"/>
      </w:tblGrid>
      <w:tr w:rsidR="007B552C" w14:paraId="6F490903" w14:textId="77777777" w:rsidTr="007B552C">
        <w:tc>
          <w:tcPr>
            <w:tcW w:w="8630" w:type="dxa"/>
          </w:tcPr>
          <w:p w14:paraId="137E4C7D" w14:textId="4F3C0CD7" w:rsidR="007B552C" w:rsidRDefault="0030686F" w:rsidP="0030686F">
            <w:pPr>
              <w:jc w:val="center"/>
              <w:rPr>
                <w:rFonts w:ascii="Arial" w:hAnsi="Arial" w:cs="Arial"/>
              </w:rPr>
            </w:pPr>
            <w:r>
              <w:rPr>
                <w:rFonts w:ascii="Arial" w:hAnsi="Arial" w:cs="Arial"/>
              </w:rPr>
              <w:t>aboutus.html</w:t>
            </w:r>
          </w:p>
        </w:tc>
      </w:tr>
      <w:tr w:rsidR="007B552C" w14:paraId="6EDB880E" w14:textId="77777777" w:rsidTr="007B552C">
        <w:tc>
          <w:tcPr>
            <w:tcW w:w="8630" w:type="dxa"/>
          </w:tcPr>
          <w:p w14:paraId="60CDF749" w14:textId="77777777" w:rsidR="0030686F" w:rsidRPr="0030686F" w:rsidRDefault="0030686F" w:rsidP="0030686F">
            <w:pPr>
              <w:rPr>
                <w:rFonts w:ascii="Arial" w:hAnsi="Arial" w:cs="Arial"/>
                <w:lang w:val="en-GB"/>
              </w:rPr>
            </w:pPr>
            <w:r w:rsidRPr="0030686F">
              <w:rPr>
                <w:rFonts w:ascii="Arial" w:hAnsi="Arial" w:cs="Arial"/>
                <w:lang w:val="en-GB"/>
              </w:rPr>
              <w:t>&lt;!DOCTYPE html&gt;</w:t>
            </w:r>
          </w:p>
          <w:p w14:paraId="58949EC2" w14:textId="77777777" w:rsidR="0030686F" w:rsidRPr="0030686F" w:rsidRDefault="0030686F" w:rsidP="0030686F">
            <w:pPr>
              <w:rPr>
                <w:rFonts w:ascii="Arial" w:hAnsi="Arial" w:cs="Arial"/>
                <w:lang w:val="en-GB"/>
              </w:rPr>
            </w:pPr>
            <w:r w:rsidRPr="0030686F">
              <w:rPr>
                <w:rFonts w:ascii="Arial" w:hAnsi="Arial" w:cs="Arial"/>
                <w:lang w:val="en-GB"/>
              </w:rPr>
              <w:t>&lt;html lang="en"&gt;</w:t>
            </w:r>
          </w:p>
          <w:p w14:paraId="589B6040" w14:textId="77777777" w:rsidR="0030686F" w:rsidRPr="0030686F" w:rsidRDefault="0030686F" w:rsidP="0030686F">
            <w:pPr>
              <w:rPr>
                <w:rFonts w:ascii="Arial" w:hAnsi="Arial" w:cs="Arial"/>
                <w:lang w:val="en-GB"/>
              </w:rPr>
            </w:pPr>
          </w:p>
          <w:p w14:paraId="5BC8670B" w14:textId="77777777" w:rsidR="0030686F" w:rsidRPr="0030686F" w:rsidRDefault="0030686F" w:rsidP="0030686F">
            <w:pPr>
              <w:rPr>
                <w:rFonts w:ascii="Arial" w:hAnsi="Arial" w:cs="Arial"/>
                <w:lang w:val="en-GB"/>
              </w:rPr>
            </w:pPr>
            <w:r w:rsidRPr="0030686F">
              <w:rPr>
                <w:rFonts w:ascii="Arial" w:hAnsi="Arial" w:cs="Arial"/>
                <w:lang w:val="en-GB"/>
              </w:rPr>
              <w:t>&lt;head&gt;</w:t>
            </w:r>
          </w:p>
          <w:p w14:paraId="3225EB23" w14:textId="77777777" w:rsidR="0030686F" w:rsidRPr="0030686F" w:rsidRDefault="0030686F" w:rsidP="0030686F">
            <w:pPr>
              <w:rPr>
                <w:rFonts w:ascii="Arial" w:hAnsi="Arial" w:cs="Arial"/>
                <w:lang w:val="en-GB"/>
              </w:rPr>
            </w:pPr>
            <w:r w:rsidRPr="0030686F">
              <w:rPr>
                <w:rFonts w:ascii="Arial" w:hAnsi="Arial" w:cs="Arial"/>
                <w:lang w:val="en-GB"/>
              </w:rPr>
              <w:t>    &lt;meta charset="UTF-8"&gt;</w:t>
            </w:r>
          </w:p>
          <w:p w14:paraId="73BA64E5" w14:textId="77777777" w:rsidR="0030686F" w:rsidRPr="0030686F" w:rsidRDefault="0030686F" w:rsidP="0030686F">
            <w:pPr>
              <w:rPr>
                <w:rFonts w:ascii="Arial" w:hAnsi="Arial" w:cs="Arial"/>
                <w:lang w:val="en-GB"/>
              </w:rPr>
            </w:pPr>
          </w:p>
          <w:p w14:paraId="50BD9476" w14:textId="77777777" w:rsidR="0030686F" w:rsidRPr="0030686F" w:rsidRDefault="0030686F" w:rsidP="0030686F">
            <w:pPr>
              <w:rPr>
                <w:rFonts w:ascii="Arial" w:hAnsi="Arial" w:cs="Arial"/>
                <w:lang w:val="en-GB"/>
              </w:rPr>
            </w:pPr>
            <w:r w:rsidRPr="0030686F">
              <w:rPr>
                <w:rFonts w:ascii="Arial" w:hAnsi="Arial" w:cs="Arial"/>
                <w:lang w:val="en-GB"/>
              </w:rPr>
              <w:t>    &lt;link rel="stylesheet" href="./pallet.css"&gt;</w:t>
            </w:r>
          </w:p>
          <w:p w14:paraId="13F542AB" w14:textId="77777777" w:rsidR="0030686F" w:rsidRPr="0030686F" w:rsidRDefault="0030686F" w:rsidP="0030686F">
            <w:pPr>
              <w:rPr>
                <w:rFonts w:ascii="Arial" w:hAnsi="Arial" w:cs="Arial"/>
                <w:lang w:val="en-GB"/>
              </w:rPr>
            </w:pPr>
          </w:p>
          <w:p w14:paraId="430B5EC1" w14:textId="77777777" w:rsidR="0030686F" w:rsidRPr="0030686F" w:rsidRDefault="0030686F" w:rsidP="0030686F">
            <w:pPr>
              <w:rPr>
                <w:rFonts w:ascii="Arial" w:hAnsi="Arial" w:cs="Arial"/>
                <w:lang w:val="en-GB"/>
              </w:rPr>
            </w:pPr>
            <w:r w:rsidRPr="0030686F">
              <w:rPr>
                <w:rFonts w:ascii="Arial" w:hAnsi="Arial" w:cs="Arial"/>
                <w:lang w:val="en-GB"/>
              </w:rPr>
              <w:t>    &lt;link</w:t>
            </w:r>
          </w:p>
          <w:p w14:paraId="263EFAA4" w14:textId="77777777" w:rsidR="0030686F" w:rsidRPr="0030686F" w:rsidRDefault="0030686F" w:rsidP="0030686F">
            <w:pPr>
              <w:rPr>
                <w:rFonts w:ascii="Arial" w:hAnsi="Arial" w:cs="Arial"/>
                <w:lang w:val="en-GB"/>
              </w:rPr>
            </w:pPr>
            <w:r w:rsidRPr="0030686F">
              <w:rPr>
                <w:rFonts w:ascii="Arial" w:hAnsi="Arial" w:cs="Arial"/>
                <w:lang w:val="en-GB"/>
              </w:rPr>
              <w:t>        href="https://cdn.jsdelivr.net/npm/bootstrap@5.3.8/dist/css/bootstrap.min.css"</w:t>
            </w:r>
          </w:p>
          <w:p w14:paraId="592227F7" w14:textId="77777777" w:rsidR="0030686F" w:rsidRPr="0030686F" w:rsidRDefault="0030686F" w:rsidP="0030686F">
            <w:pPr>
              <w:rPr>
                <w:rFonts w:ascii="Arial" w:hAnsi="Arial" w:cs="Arial"/>
                <w:lang w:val="en-GB"/>
              </w:rPr>
            </w:pPr>
            <w:r w:rsidRPr="0030686F">
              <w:rPr>
                <w:rFonts w:ascii="Arial" w:hAnsi="Arial" w:cs="Arial"/>
                <w:lang w:val="en-GB"/>
              </w:rPr>
              <w:t>        rel="stylesheet"</w:t>
            </w:r>
          </w:p>
          <w:p w14:paraId="0E640606" w14:textId="77777777" w:rsidR="0030686F" w:rsidRPr="0030686F" w:rsidRDefault="0030686F" w:rsidP="0030686F">
            <w:pPr>
              <w:rPr>
                <w:rFonts w:ascii="Arial" w:hAnsi="Arial" w:cs="Arial"/>
                <w:lang w:val="en-GB"/>
              </w:rPr>
            </w:pPr>
            <w:r w:rsidRPr="0030686F">
              <w:rPr>
                <w:rFonts w:ascii="Arial" w:hAnsi="Arial" w:cs="Arial"/>
                <w:lang w:val="en-GB"/>
              </w:rPr>
              <w:t>        integrity="sha384-sRIl4kxILFvY47J16cr9ZwB07vP4J8+LH7qKQnuqkuIAvNWLzeN8tE5YBujZqJLB"</w:t>
            </w:r>
          </w:p>
          <w:p w14:paraId="2E47DF1C" w14:textId="77777777" w:rsidR="0030686F" w:rsidRPr="0030686F" w:rsidRDefault="0030686F" w:rsidP="0030686F">
            <w:pPr>
              <w:rPr>
                <w:rFonts w:ascii="Arial" w:hAnsi="Arial" w:cs="Arial"/>
                <w:lang w:val="en-GB"/>
              </w:rPr>
            </w:pPr>
            <w:r w:rsidRPr="0030686F">
              <w:rPr>
                <w:rFonts w:ascii="Arial" w:hAnsi="Arial" w:cs="Arial"/>
                <w:lang w:val="en-GB"/>
              </w:rPr>
              <w:t>        crossorigin="anonymous"</w:t>
            </w:r>
          </w:p>
          <w:p w14:paraId="1647013A" w14:textId="77777777" w:rsidR="0030686F" w:rsidRPr="0030686F" w:rsidRDefault="0030686F" w:rsidP="0030686F">
            <w:pPr>
              <w:rPr>
                <w:rFonts w:ascii="Arial" w:hAnsi="Arial" w:cs="Arial"/>
                <w:lang w:val="en-GB"/>
              </w:rPr>
            </w:pPr>
            <w:r w:rsidRPr="0030686F">
              <w:rPr>
                <w:rFonts w:ascii="Arial" w:hAnsi="Arial" w:cs="Arial"/>
                <w:lang w:val="en-GB"/>
              </w:rPr>
              <w:t>    &gt;</w:t>
            </w:r>
          </w:p>
          <w:p w14:paraId="3D06CF8F" w14:textId="77777777" w:rsidR="0030686F" w:rsidRPr="0030686F" w:rsidRDefault="0030686F" w:rsidP="0030686F">
            <w:pPr>
              <w:rPr>
                <w:rFonts w:ascii="Arial" w:hAnsi="Arial" w:cs="Arial"/>
                <w:lang w:val="en-GB"/>
              </w:rPr>
            </w:pPr>
          </w:p>
          <w:p w14:paraId="49557159" w14:textId="77777777" w:rsidR="0030686F" w:rsidRPr="0030686F" w:rsidRDefault="0030686F" w:rsidP="0030686F">
            <w:pPr>
              <w:rPr>
                <w:rFonts w:ascii="Arial" w:hAnsi="Arial" w:cs="Arial"/>
                <w:lang w:val="en-GB"/>
              </w:rPr>
            </w:pPr>
            <w:r w:rsidRPr="0030686F">
              <w:rPr>
                <w:rFonts w:ascii="Arial" w:hAnsi="Arial" w:cs="Arial"/>
                <w:lang w:val="en-GB"/>
              </w:rPr>
              <w:t>    &lt;title&gt;Estore - Your Local Shop&lt;/title&gt;</w:t>
            </w:r>
          </w:p>
          <w:p w14:paraId="6DEA3959" w14:textId="77777777" w:rsidR="0030686F" w:rsidRPr="0030686F" w:rsidRDefault="0030686F" w:rsidP="0030686F">
            <w:pPr>
              <w:rPr>
                <w:rFonts w:ascii="Arial" w:hAnsi="Arial" w:cs="Arial"/>
                <w:lang w:val="en-GB"/>
              </w:rPr>
            </w:pPr>
            <w:r w:rsidRPr="0030686F">
              <w:rPr>
                <w:rFonts w:ascii="Arial" w:hAnsi="Arial" w:cs="Arial"/>
                <w:lang w:val="en-GB"/>
              </w:rPr>
              <w:t>&lt;/head&gt;</w:t>
            </w:r>
          </w:p>
          <w:p w14:paraId="4DA6F940" w14:textId="77777777" w:rsidR="0030686F" w:rsidRPr="0030686F" w:rsidRDefault="0030686F" w:rsidP="0030686F">
            <w:pPr>
              <w:rPr>
                <w:rFonts w:ascii="Arial" w:hAnsi="Arial" w:cs="Arial"/>
                <w:lang w:val="en-GB"/>
              </w:rPr>
            </w:pPr>
          </w:p>
          <w:p w14:paraId="19B4F813" w14:textId="77777777" w:rsidR="0030686F" w:rsidRPr="0030686F" w:rsidRDefault="0030686F" w:rsidP="0030686F">
            <w:pPr>
              <w:rPr>
                <w:rFonts w:ascii="Arial" w:hAnsi="Arial" w:cs="Arial"/>
                <w:lang w:val="en-GB"/>
              </w:rPr>
            </w:pPr>
            <w:r w:rsidRPr="0030686F">
              <w:rPr>
                <w:rFonts w:ascii="Arial" w:hAnsi="Arial" w:cs="Arial"/>
                <w:lang w:val="en-GB"/>
              </w:rPr>
              <w:t>&lt;body&gt;</w:t>
            </w:r>
          </w:p>
          <w:p w14:paraId="4E9DB2FD" w14:textId="77777777" w:rsidR="0030686F" w:rsidRPr="0030686F" w:rsidRDefault="0030686F" w:rsidP="0030686F">
            <w:pPr>
              <w:rPr>
                <w:rFonts w:ascii="Arial" w:hAnsi="Arial" w:cs="Arial"/>
                <w:lang w:val="en-GB"/>
              </w:rPr>
            </w:pPr>
            <w:r w:rsidRPr="0030686F">
              <w:rPr>
                <w:rFonts w:ascii="Arial" w:hAnsi="Arial" w:cs="Arial"/>
                <w:lang w:val="en-GB"/>
              </w:rPr>
              <w:t>&lt;center&gt;</w:t>
            </w:r>
          </w:p>
          <w:p w14:paraId="12E875B2" w14:textId="77777777" w:rsidR="0030686F" w:rsidRPr="0030686F" w:rsidRDefault="0030686F" w:rsidP="0030686F">
            <w:pPr>
              <w:rPr>
                <w:rFonts w:ascii="Arial" w:hAnsi="Arial" w:cs="Arial"/>
                <w:lang w:val="en-GB"/>
              </w:rPr>
            </w:pPr>
            <w:r w:rsidRPr="0030686F">
              <w:rPr>
                <w:rFonts w:ascii="Arial" w:hAnsi="Arial" w:cs="Arial"/>
                <w:lang w:val="en-GB"/>
              </w:rPr>
              <w:t>    &lt;table align="center"&gt;</w:t>
            </w:r>
          </w:p>
          <w:p w14:paraId="7AF7E2B6" w14:textId="77777777" w:rsidR="0030686F" w:rsidRPr="0030686F" w:rsidRDefault="0030686F" w:rsidP="0030686F">
            <w:pPr>
              <w:rPr>
                <w:rFonts w:ascii="Arial" w:hAnsi="Arial" w:cs="Arial"/>
                <w:lang w:val="en-GB"/>
              </w:rPr>
            </w:pPr>
            <w:r w:rsidRPr="0030686F">
              <w:rPr>
                <w:rFonts w:ascii="Arial" w:hAnsi="Arial" w:cs="Arial"/>
                <w:lang w:val="en-GB"/>
              </w:rPr>
              <w:t>        &lt;tr&gt;</w:t>
            </w:r>
          </w:p>
          <w:p w14:paraId="12C1510A" w14:textId="77777777" w:rsidR="0030686F" w:rsidRPr="0030686F" w:rsidRDefault="0030686F" w:rsidP="0030686F">
            <w:pPr>
              <w:rPr>
                <w:rFonts w:ascii="Arial" w:hAnsi="Arial" w:cs="Arial"/>
                <w:lang w:val="en-GB"/>
              </w:rPr>
            </w:pPr>
            <w:r w:rsidRPr="0030686F">
              <w:rPr>
                <w:rFonts w:ascii="Arial" w:hAnsi="Arial" w:cs="Arial"/>
                <w:lang w:val="en-GB"/>
              </w:rPr>
              <w:t>            &lt;td&gt;</w:t>
            </w:r>
          </w:p>
          <w:p w14:paraId="1D4E95EC" w14:textId="77777777" w:rsidR="0030686F" w:rsidRPr="0030686F" w:rsidRDefault="0030686F" w:rsidP="0030686F">
            <w:pPr>
              <w:rPr>
                <w:rFonts w:ascii="Arial" w:hAnsi="Arial" w:cs="Arial"/>
                <w:lang w:val="en-GB"/>
              </w:rPr>
            </w:pPr>
            <w:r w:rsidRPr="0030686F">
              <w:rPr>
                <w:rFonts w:ascii="Arial" w:hAnsi="Arial" w:cs="Arial"/>
                <w:lang w:val="en-GB"/>
              </w:rPr>
              <w:t>                &lt;ul class="nav nav-tabs"&gt;</w:t>
            </w:r>
          </w:p>
          <w:p w14:paraId="6ADA356E" w14:textId="77777777" w:rsidR="0030686F" w:rsidRPr="0030686F" w:rsidRDefault="0030686F" w:rsidP="0030686F">
            <w:pPr>
              <w:rPr>
                <w:rFonts w:ascii="Arial" w:hAnsi="Arial" w:cs="Arial"/>
                <w:lang w:val="en-GB"/>
              </w:rPr>
            </w:pPr>
          </w:p>
          <w:p w14:paraId="5040ADBA" w14:textId="77777777" w:rsidR="0030686F" w:rsidRPr="0030686F" w:rsidRDefault="0030686F" w:rsidP="0030686F">
            <w:pPr>
              <w:rPr>
                <w:rFonts w:ascii="Arial" w:hAnsi="Arial" w:cs="Arial"/>
                <w:lang w:val="en-GB"/>
              </w:rPr>
            </w:pPr>
            <w:r w:rsidRPr="0030686F">
              <w:rPr>
                <w:rFonts w:ascii="Arial" w:hAnsi="Arial" w:cs="Arial"/>
                <w:lang w:val="en-GB"/>
              </w:rPr>
              <w:t>                    &lt;li class="nav-item"&gt;</w:t>
            </w:r>
          </w:p>
          <w:p w14:paraId="5C55A0A5" w14:textId="77777777" w:rsidR="0030686F" w:rsidRPr="0030686F" w:rsidRDefault="0030686F" w:rsidP="0030686F">
            <w:pPr>
              <w:rPr>
                <w:rFonts w:ascii="Arial" w:hAnsi="Arial" w:cs="Arial"/>
                <w:lang w:val="en-GB"/>
              </w:rPr>
            </w:pPr>
            <w:r w:rsidRPr="0030686F">
              <w:rPr>
                <w:rFonts w:ascii="Arial" w:hAnsi="Arial" w:cs="Arial"/>
                <w:lang w:val="en-GB"/>
              </w:rPr>
              <w:t>                        &lt;a</w:t>
            </w:r>
          </w:p>
          <w:p w14:paraId="5C00BF3E" w14:textId="77777777" w:rsidR="0030686F" w:rsidRPr="0030686F" w:rsidRDefault="0030686F" w:rsidP="0030686F">
            <w:pPr>
              <w:rPr>
                <w:rFonts w:ascii="Arial" w:hAnsi="Arial" w:cs="Arial"/>
                <w:lang w:val="en-GB"/>
              </w:rPr>
            </w:pPr>
            <w:r w:rsidRPr="0030686F">
              <w:rPr>
                <w:rFonts w:ascii="Arial" w:hAnsi="Arial" w:cs="Arial"/>
                <w:lang w:val="en-GB"/>
              </w:rPr>
              <w:t>                            class="nav-link"</w:t>
            </w:r>
          </w:p>
          <w:p w14:paraId="23B59D8B" w14:textId="77777777" w:rsidR="0030686F" w:rsidRPr="0030686F" w:rsidRDefault="0030686F" w:rsidP="0030686F">
            <w:pPr>
              <w:rPr>
                <w:rFonts w:ascii="Arial" w:hAnsi="Arial" w:cs="Arial"/>
                <w:lang w:val="en-GB"/>
              </w:rPr>
            </w:pPr>
            <w:r w:rsidRPr="0030686F">
              <w:rPr>
                <w:rFonts w:ascii="Arial" w:hAnsi="Arial" w:cs="Arial"/>
                <w:lang w:val="en-GB"/>
              </w:rPr>
              <w:t>                            aria-current="page"</w:t>
            </w:r>
          </w:p>
          <w:p w14:paraId="0969A62E" w14:textId="77777777" w:rsidR="0030686F" w:rsidRPr="0030686F" w:rsidRDefault="0030686F" w:rsidP="0030686F">
            <w:pPr>
              <w:rPr>
                <w:rFonts w:ascii="Arial" w:hAnsi="Arial" w:cs="Arial"/>
                <w:lang w:val="en-GB"/>
              </w:rPr>
            </w:pPr>
            <w:r w:rsidRPr="0030686F">
              <w:rPr>
                <w:rFonts w:ascii="Arial" w:hAnsi="Arial" w:cs="Arial"/>
                <w:lang w:val="en-GB"/>
              </w:rPr>
              <w:t>                            href="./index.html"</w:t>
            </w:r>
          </w:p>
          <w:p w14:paraId="3518ED88" w14:textId="77777777" w:rsidR="0030686F" w:rsidRPr="0030686F" w:rsidRDefault="0030686F" w:rsidP="0030686F">
            <w:pPr>
              <w:rPr>
                <w:rFonts w:ascii="Arial" w:hAnsi="Arial" w:cs="Arial"/>
                <w:lang w:val="en-GB"/>
              </w:rPr>
            </w:pPr>
            <w:r w:rsidRPr="0030686F">
              <w:rPr>
                <w:rFonts w:ascii="Arial" w:hAnsi="Arial" w:cs="Arial"/>
                <w:lang w:val="en-GB"/>
              </w:rPr>
              <w:t>                        &gt;</w:t>
            </w:r>
          </w:p>
          <w:p w14:paraId="185D4470" w14:textId="77777777" w:rsidR="0030686F" w:rsidRPr="0030686F" w:rsidRDefault="0030686F" w:rsidP="0030686F">
            <w:pPr>
              <w:rPr>
                <w:rFonts w:ascii="Arial" w:hAnsi="Arial" w:cs="Arial"/>
                <w:lang w:val="en-GB"/>
              </w:rPr>
            </w:pPr>
            <w:r w:rsidRPr="0030686F">
              <w:rPr>
                <w:rFonts w:ascii="Arial" w:hAnsi="Arial" w:cs="Arial"/>
                <w:lang w:val="en-GB"/>
              </w:rPr>
              <w:t>                            Main</w:t>
            </w:r>
          </w:p>
          <w:p w14:paraId="4D1741D9" w14:textId="77777777" w:rsidR="0030686F" w:rsidRPr="0030686F" w:rsidRDefault="0030686F" w:rsidP="0030686F">
            <w:pPr>
              <w:rPr>
                <w:rFonts w:ascii="Arial" w:hAnsi="Arial" w:cs="Arial"/>
                <w:lang w:val="en-GB"/>
              </w:rPr>
            </w:pPr>
            <w:r w:rsidRPr="0030686F">
              <w:rPr>
                <w:rFonts w:ascii="Arial" w:hAnsi="Arial" w:cs="Arial"/>
                <w:lang w:val="en-GB"/>
              </w:rPr>
              <w:t>                        &lt;/a&gt;</w:t>
            </w:r>
          </w:p>
          <w:p w14:paraId="1045EE69" w14:textId="77777777" w:rsidR="0030686F" w:rsidRPr="0030686F" w:rsidRDefault="0030686F" w:rsidP="0030686F">
            <w:pPr>
              <w:rPr>
                <w:rFonts w:ascii="Arial" w:hAnsi="Arial" w:cs="Arial"/>
                <w:lang w:val="en-GB"/>
              </w:rPr>
            </w:pPr>
            <w:r w:rsidRPr="0030686F">
              <w:rPr>
                <w:rFonts w:ascii="Arial" w:hAnsi="Arial" w:cs="Arial"/>
                <w:lang w:val="en-GB"/>
              </w:rPr>
              <w:t>                    &lt;/li&gt;</w:t>
            </w:r>
          </w:p>
          <w:p w14:paraId="65D7FE0B" w14:textId="77777777" w:rsidR="0030686F" w:rsidRPr="0030686F" w:rsidRDefault="0030686F" w:rsidP="0030686F">
            <w:pPr>
              <w:rPr>
                <w:rFonts w:ascii="Arial" w:hAnsi="Arial" w:cs="Arial"/>
                <w:lang w:val="en-GB"/>
              </w:rPr>
            </w:pPr>
          </w:p>
          <w:p w14:paraId="2A39EC46" w14:textId="77777777" w:rsidR="0030686F" w:rsidRPr="0030686F" w:rsidRDefault="0030686F" w:rsidP="0030686F">
            <w:pPr>
              <w:rPr>
                <w:rFonts w:ascii="Arial" w:hAnsi="Arial" w:cs="Arial"/>
                <w:lang w:val="en-GB"/>
              </w:rPr>
            </w:pPr>
            <w:r w:rsidRPr="0030686F">
              <w:rPr>
                <w:rFonts w:ascii="Arial" w:hAnsi="Arial" w:cs="Arial"/>
                <w:lang w:val="en-GB"/>
              </w:rPr>
              <w:t>                    &lt;li class="nav-item"&gt;</w:t>
            </w:r>
          </w:p>
          <w:p w14:paraId="0B2A1213" w14:textId="77777777" w:rsidR="0030686F" w:rsidRPr="0030686F" w:rsidRDefault="0030686F" w:rsidP="0030686F">
            <w:pPr>
              <w:rPr>
                <w:rFonts w:ascii="Arial" w:hAnsi="Arial" w:cs="Arial"/>
                <w:lang w:val="en-GB"/>
              </w:rPr>
            </w:pPr>
            <w:r w:rsidRPr="0030686F">
              <w:rPr>
                <w:rFonts w:ascii="Arial" w:hAnsi="Arial" w:cs="Arial"/>
                <w:lang w:val="en-GB"/>
              </w:rPr>
              <w:t>                        &lt;a</w:t>
            </w:r>
          </w:p>
          <w:p w14:paraId="680411CE" w14:textId="77777777" w:rsidR="0030686F" w:rsidRPr="0030686F" w:rsidRDefault="0030686F" w:rsidP="0030686F">
            <w:pPr>
              <w:rPr>
                <w:rFonts w:ascii="Arial" w:hAnsi="Arial" w:cs="Arial"/>
                <w:lang w:val="en-GB"/>
              </w:rPr>
            </w:pPr>
            <w:r w:rsidRPr="0030686F">
              <w:rPr>
                <w:rFonts w:ascii="Arial" w:hAnsi="Arial" w:cs="Arial"/>
                <w:lang w:val="en-GB"/>
              </w:rPr>
              <w:t>                            class="nav-link"</w:t>
            </w:r>
          </w:p>
          <w:p w14:paraId="7F2C00CC" w14:textId="77777777" w:rsidR="0030686F" w:rsidRPr="0030686F" w:rsidRDefault="0030686F" w:rsidP="0030686F">
            <w:pPr>
              <w:rPr>
                <w:rFonts w:ascii="Arial" w:hAnsi="Arial" w:cs="Arial"/>
                <w:lang w:val="en-GB"/>
              </w:rPr>
            </w:pPr>
            <w:r w:rsidRPr="0030686F">
              <w:rPr>
                <w:rFonts w:ascii="Arial" w:hAnsi="Arial" w:cs="Arial"/>
                <w:lang w:val="en-GB"/>
              </w:rPr>
              <w:t>                            aria-current="page"</w:t>
            </w:r>
          </w:p>
          <w:p w14:paraId="562780B4" w14:textId="77777777" w:rsidR="0030686F" w:rsidRPr="0030686F" w:rsidRDefault="0030686F" w:rsidP="0030686F">
            <w:pPr>
              <w:rPr>
                <w:rFonts w:ascii="Arial" w:hAnsi="Arial" w:cs="Arial"/>
                <w:lang w:val="en-GB"/>
              </w:rPr>
            </w:pPr>
            <w:r w:rsidRPr="0030686F">
              <w:rPr>
                <w:rFonts w:ascii="Arial" w:hAnsi="Arial" w:cs="Arial"/>
                <w:lang w:val="en-GB"/>
              </w:rPr>
              <w:t>                            href="./Product.html"</w:t>
            </w:r>
          </w:p>
          <w:p w14:paraId="44815720" w14:textId="77777777" w:rsidR="0030686F" w:rsidRPr="0030686F" w:rsidRDefault="0030686F" w:rsidP="0030686F">
            <w:pPr>
              <w:rPr>
                <w:rFonts w:ascii="Arial" w:hAnsi="Arial" w:cs="Arial"/>
                <w:lang w:val="en-GB"/>
              </w:rPr>
            </w:pPr>
            <w:r w:rsidRPr="0030686F">
              <w:rPr>
                <w:rFonts w:ascii="Arial" w:hAnsi="Arial" w:cs="Arial"/>
                <w:lang w:val="en-GB"/>
              </w:rPr>
              <w:t>                        &gt;</w:t>
            </w:r>
          </w:p>
          <w:p w14:paraId="30F84962" w14:textId="77777777" w:rsidR="0030686F" w:rsidRPr="0030686F" w:rsidRDefault="0030686F" w:rsidP="0030686F">
            <w:pPr>
              <w:rPr>
                <w:rFonts w:ascii="Arial" w:hAnsi="Arial" w:cs="Arial"/>
                <w:lang w:val="en-GB"/>
              </w:rPr>
            </w:pPr>
            <w:r w:rsidRPr="0030686F">
              <w:rPr>
                <w:rFonts w:ascii="Arial" w:hAnsi="Arial" w:cs="Arial"/>
                <w:lang w:val="en-GB"/>
              </w:rPr>
              <w:t>                            Shop</w:t>
            </w:r>
          </w:p>
          <w:p w14:paraId="4023F783" w14:textId="77777777" w:rsidR="0030686F" w:rsidRPr="0030686F" w:rsidRDefault="0030686F" w:rsidP="0030686F">
            <w:pPr>
              <w:rPr>
                <w:rFonts w:ascii="Arial" w:hAnsi="Arial" w:cs="Arial"/>
                <w:lang w:val="en-GB"/>
              </w:rPr>
            </w:pPr>
            <w:r w:rsidRPr="0030686F">
              <w:rPr>
                <w:rFonts w:ascii="Arial" w:hAnsi="Arial" w:cs="Arial"/>
                <w:lang w:val="en-GB"/>
              </w:rPr>
              <w:t>                        &lt;/a&gt;</w:t>
            </w:r>
          </w:p>
          <w:p w14:paraId="3EDB3E4C" w14:textId="77777777" w:rsidR="0030686F" w:rsidRPr="0030686F" w:rsidRDefault="0030686F" w:rsidP="0030686F">
            <w:pPr>
              <w:rPr>
                <w:rFonts w:ascii="Arial" w:hAnsi="Arial" w:cs="Arial"/>
                <w:lang w:val="en-GB"/>
              </w:rPr>
            </w:pPr>
            <w:r w:rsidRPr="0030686F">
              <w:rPr>
                <w:rFonts w:ascii="Arial" w:hAnsi="Arial" w:cs="Arial"/>
                <w:lang w:val="en-GB"/>
              </w:rPr>
              <w:t>                    &lt;/li&gt;</w:t>
            </w:r>
          </w:p>
          <w:p w14:paraId="7BF1BE0D" w14:textId="77777777" w:rsidR="0030686F" w:rsidRPr="0030686F" w:rsidRDefault="0030686F" w:rsidP="0030686F">
            <w:pPr>
              <w:rPr>
                <w:rFonts w:ascii="Arial" w:hAnsi="Arial" w:cs="Arial"/>
                <w:lang w:val="en-GB"/>
              </w:rPr>
            </w:pPr>
          </w:p>
          <w:p w14:paraId="0414EDC4" w14:textId="77777777" w:rsidR="0030686F" w:rsidRPr="0030686F" w:rsidRDefault="0030686F" w:rsidP="0030686F">
            <w:pPr>
              <w:rPr>
                <w:rFonts w:ascii="Arial" w:hAnsi="Arial" w:cs="Arial"/>
                <w:lang w:val="en-GB"/>
              </w:rPr>
            </w:pPr>
            <w:r w:rsidRPr="0030686F">
              <w:rPr>
                <w:rFonts w:ascii="Arial" w:hAnsi="Arial" w:cs="Arial"/>
                <w:lang w:val="en-GB"/>
              </w:rPr>
              <w:lastRenderedPageBreak/>
              <w:t>                    &lt;li class="nav-item"&gt;</w:t>
            </w:r>
          </w:p>
          <w:p w14:paraId="31F22131" w14:textId="77777777" w:rsidR="0030686F" w:rsidRPr="0030686F" w:rsidRDefault="0030686F" w:rsidP="0030686F">
            <w:pPr>
              <w:rPr>
                <w:rFonts w:ascii="Arial" w:hAnsi="Arial" w:cs="Arial"/>
                <w:lang w:val="en-GB"/>
              </w:rPr>
            </w:pPr>
            <w:r w:rsidRPr="0030686F">
              <w:rPr>
                <w:rFonts w:ascii="Arial" w:hAnsi="Arial" w:cs="Arial"/>
                <w:lang w:val="en-GB"/>
              </w:rPr>
              <w:t>                        &lt;a</w:t>
            </w:r>
          </w:p>
          <w:p w14:paraId="30F015FD" w14:textId="77777777" w:rsidR="0030686F" w:rsidRPr="0030686F" w:rsidRDefault="0030686F" w:rsidP="0030686F">
            <w:pPr>
              <w:rPr>
                <w:rFonts w:ascii="Arial" w:hAnsi="Arial" w:cs="Arial"/>
                <w:lang w:val="en-GB"/>
              </w:rPr>
            </w:pPr>
            <w:r w:rsidRPr="0030686F">
              <w:rPr>
                <w:rFonts w:ascii="Arial" w:hAnsi="Arial" w:cs="Arial"/>
                <w:lang w:val="en-GB"/>
              </w:rPr>
              <w:t>                            class="nav-link"</w:t>
            </w:r>
          </w:p>
          <w:p w14:paraId="058865CD" w14:textId="77777777" w:rsidR="0030686F" w:rsidRPr="0030686F" w:rsidRDefault="0030686F" w:rsidP="0030686F">
            <w:pPr>
              <w:rPr>
                <w:rFonts w:ascii="Arial" w:hAnsi="Arial" w:cs="Arial"/>
                <w:lang w:val="en-GB"/>
              </w:rPr>
            </w:pPr>
            <w:r w:rsidRPr="0030686F">
              <w:rPr>
                <w:rFonts w:ascii="Arial" w:hAnsi="Arial" w:cs="Arial"/>
                <w:lang w:val="en-GB"/>
              </w:rPr>
              <w:t>                            aria-current="page"</w:t>
            </w:r>
          </w:p>
          <w:p w14:paraId="5CB6299C" w14:textId="77777777" w:rsidR="0030686F" w:rsidRPr="0030686F" w:rsidRDefault="0030686F" w:rsidP="0030686F">
            <w:pPr>
              <w:rPr>
                <w:rFonts w:ascii="Arial" w:hAnsi="Arial" w:cs="Arial"/>
                <w:lang w:val="en-GB"/>
              </w:rPr>
            </w:pPr>
            <w:r w:rsidRPr="0030686F">
              <w:rPr>
                <w:rFonts w:ascii="Arial" w:hAnsi="Arial" w:cs="Arial"/>
                <w:lang w:val="en-GB"/>
              </w:rPr>
              <w:t>                            href="./prodform.html"</w:t>
            </w:r>
          </w:p>
          <w:p w14:paraId="53673218" w14:textId="77777777" w:rsidR="0030686F" w:rsidRPr="0030686F" w:rsidRDefault="0030686F" w:rsidP="0030686F">
            <w:pPr>
              <w:rPr>
                <w:rFonts w:ascii="Arial" w:hAnsi="Arial" w:cs="Arial"/>
                <w:lang w:val="en-GB"/>
              </w:rPr>
            </w:pPr>
            <w:r w:rsidRPr="0030686F">
              <w:rPr>
                <w:rFonts w:ascii="Arial" w:hAnsi="Arial" w:cs="Arial"/>
                <w:lang w:val="en-GB"/>
              </w:rPr>
              <w:t>                        &gt;</w:t>
            </w:r>
          </w:p>
          <w:p w14:paraId="38F99631" w14:textId="77777777" w:rsidR="0030686F" w:rsidRPr="0030686F" w:rsidRDefault="0030686F" w:rsidP="0030686F">
            <w:pPr>
              <w:rPr>
                <w:rFonts w:ascii="Arial" w:hAnsi="Arial" w:cs="Arial"/>
                <w:lang w:val="en-GB"/>
              </w:rPr>
            </w:pPr>
            <w:r w:rsidRPr="0030686F">
              <w:rPr>
                <w:rFonts w:ascii="Arial" w:hAnsi="Arial" w:cs="Arial"/>
                <w:lang w:val="en-GB"/>
              </w:rPr>
              <w:t>                            Sell</w:t>
            </w:r>
          </w:p>
          <w:p w14:paraId="5A03969D" w14:textId="77777777" w:rsidR="0030686F" w:rsidRPr="0030686F" w:rsidRDefault="0030686F" w:rsidP="0030686F">
            <w:pPr>
              <w:rPr>
                <w:rFonts w:ascii="Arial" w:hAnsi="Arial" w:cs="Arial"/>
                <w:lang w:val="en-GB"/>
              </w:rPr>
            </w:pPr>
            <w:r w:rsidRPr="0030686F">
              <w:rPr>
                <w:rFonts w:ascii="Arial" w:hAnsi="Arial" w:cs="Arial"/>
                <w:lang w:val="en-GB"/>
              </w:rPr>
              <w:t>                        &lt;/a&gt;</w:t>
            </w:r>
          </w:p>
          <w:p w14:paraId="56B5E372" w14:textId="77777777" w:rsidR="0030686F" w:rsidRPr="0030686F" w:rsidRDefault="0030686F" w:rsidP="0030686F">
            <w:pPr>
              <w:rPr>
                <w:rFonts w:ascii="Arial" w:hAnsi="Arial" w:cs="Arial"/>
                <w:lang w:val="en-GB"/>
              </w:rPr>
            </w:pPr>
            <w:r w:rsidRPr="0030686F">
              <w:rPr>
                <w:rFonts w:ascii="Arial" w:hAnsi="Arial" w:cs="Arial"/>
                <w:lang w:val="en-GB"/>
              </w:rPr>
              <w:t>                    &lt;/li&gt;</w:t>
            </w:r>
          </w:p>
          <w:p w14:paraId="1AE36129" w14:textId="77777777" w:rsidR="0030686F" w:rsidRPr="0030686F" w:rsidRDefault="0030686F" w:rsidP="0030686F">
            <w:pPr>
              <w:rPr>
                <w:rFonts w:ascii="Arial" w:hAnsi="Arial" w:cs="Arial"/>
                <w:lang w:val="en-GB"/>
              </w:rPr>
            </w:pPr>
          </w:p>
          <w:p w14:paraId="20132615" w14:textId="77777777" w:rsidR="0030686F" w:rsidRPr="0030686F" w:rsidRDefault="0030686F" w:rsidP="0030686F">
            <w:pPr>
              <w:rPr>
                <w:rFonts w:ascii="Arial" w:hAnsi="Arial" w:cs="Arial"/>
                <w:lang w:val="en-GB"/>
              </w:rPr>
            </w:pPr>
            <w:r w:rsidRPr="0030686F">
              <w:rPr>
                <w:rFonts w:ascii="Arial" w:hAnsi="Arial" w:cs="Arial"/>
                <w:lang w:val="en-GB"/>
              </w:rPr>
              <w:t>                    &lt;li class="nav-item"&gt;</w:t>
            </w:r>
          </w:p>
          <w:p w14:paraId="19A8B259" w14:textId="77777777" w:rsidR="0030686F" w:rsidRPr="0030686F" w:rsidRDefault="0030686F" w:rsidP="0030686F">
            <w:pPr>
              <w:rPr>
                <w:rFonts w:ascii="Arial" w:hAnsi="Arial" w:cs="Arial"/>
                <w:lang w:val="en-GB"/>
              </w:rPr>
            </w:pPr>
            <w:r w:rsidRPr="0030686F">
              <w:rPr>
                <w:rFonts w:ascii="Arial" w:hAnsi="Arial" w:cs="Arial"/>
                <w:lang w:val="en-GB"/>
              </w:rPr>
              <w:t>                        &lt;a</w:t>
            </w:r>
          </w:p>
          <w:p w14:paraId="77CEB514" w14:textId="77777777" w:rsidR="0030686F" w:rsidRPr="0030686F" w:rsidRDefault="0030686F" w:rsidP="0030686F">
            <w:pPr>
              <w:rPr>
                <w:rFonts w:ascii="Arial" w:hAnsi="Arial" w:cs="Arial"/>
                <w:lang w:val="en-GB"/>
              </w:rPr>
            </w:pPr>
            <w:r w:rsidRPr="0030686F">
              <w:rPr>
                <w:rFonts w:ascii="Arial" w:hAnsi="Arial" w:cs="Arial"/>
                <w:lang w:val="en-GB"/>
              </w:rPr>
              <w:t>                            class="nav-link"</w:t>
            </w:r>
          </w:p>
          <w:p w14:paraId="5005BBAC" w14:textId="77777777" w:rsidR="0030686F" w:rsidRPr="0030686F" w:rsidRDefault="0030686F" w:rsidP="0030686F">
            <w:pPr>
              <w:rPr>
                <w:rFonts w:ascii="Arial" w:hAnsi="Arial" w:cs="Arial"/>
                <w:lang w:val="en-GB"/>
              </w:rPr>
            </w:pPr>
            <w:r w:rsidRPr="0030686F">
              <w:rPr>
                <w:rFonts w:ascii="Arial" w:hAnsi="Arial" w:cs="Arial"/>
                <w:lang w:val="en-GB"/>
              </w:rPr>
              <w:t>                            href="./HELLO.html"</w:t>
            </w:r>
          </w:p>
          <w:p w14:paraId="06FD959F" w14:textId="77777777" w:rsidR="0030686F" w:rsidRPr="0030686F" w:rsidRDefault="0030686F" w:rsidP="0030686F">
            <w:pPr>
              <w:rPr>
                <w:rFonts w:ascii="Arial" w:hAnsi="Arial" w:cs="Arial"/>
                <w:lang w:val="en-GB"/>
              </w:rPr>
            </w:pPr>
            <w:r w:rsidRPr="0030686F">
              <w:rPr>
                <w:rFonts w:ascii="Arial" w:hAnsi="Arial" w:cs="Arial"/>
                <w:lang w:val="en-GB"/>
              </w:rPr>
              <w:t>                        &gt;</w:t>
            </w:r>
          </w:p>
          <w:p w14:paraId="4961A9F6" w14:textId="77777777" w:rsidR="0030686F" w:rsidRPr="0030686F" w:rsidRDefault="0030686F" w:rsidP="0030686F">
            <w:pPr>
              <w:rPr>
                <w:rFonts w:ascii="Arial" w:hAnsi="Arial" w:cs="Arial"/>
                <w:lang w:val="en-GB"/>
              </w:rPr>
            </w:pPr>
            <w:r w:rsidRPr="0030686F">
              <w:rPr>
                <w:rFonts w:ascii="Arial" w:hAnsi="Arial" w:cs="Arial"/>
                <w:lang w:val="en-GB"/>
              </w:rPr>
              <w:t>                            Login</w:t>
            </w:r>
          </w:p>
          <w:p w14:paraId="42C21ADC" w14:textId="77777777" w:rsidR="0030686F" w:rsidRPr="0030686F" w:rsidRDefault="0030686F" w:rsidP="0030686F">
            <w:pPr>
              <w:rPr>
                <w:rFonts w:ascii="Arial" w:hAnsi="Arial" w:cs="Arial"/>
                <w:lang w:val="en-GB"/>
              </w:rPr>
            </w:pPr>
            <w:r w:rsidRPr="0030686F">
              <w:rPr>
                <w:rFonts w:ascii="Arial" w:hAnsi="Arial" w:cs="Arial"/>
                <w:lang w:val="en-GB"/>
              </w:rPr>
              <w:t>                        &lt;/a&gt;</w:t>
            </w:r>
          </w:p>
          <w:p w14:paraId="2B8D3141" w14:textId="77777777" w:rsidR="0030686F" w:rsidRPr="0030686F" w:rsidRDefault="0030686F" w:rsidP="0030686F">
            <w:pPr>
              <w:rPr>
                <w:rFonts w:ascii="Arial" w:hAnsi="Arial" w:cs="Arial"/>
                <w:lang w:val="en-GB"/>
              </w:rPr>
            </w:pPr>
            <w:r w:rsidRPr="0030686F">
              <w:rPr>
                <w:rFonts w:ascii="Arial" w:hAnsi="Arial" w:cs="Arial"/>
                <w:lang w:val="en-GB"/>
              </w:rPr>
              <w:t>                    &lt;/li&gt;</w:t>
            </w:r>
          </w:p>
          <w:p w14:paraId="62A76174" w14:textId="77777777" w:rsidR="0030686F" w:rsidRPr="0030686F" w:rsidRDefault="0030686F" w:rsidP="0030686F">
            <w:pPr>
              <w:rPr>
                <w:rFonts w:ascii="Arial" w:hAnsi="Arial" w:cs="Arial"/>
                <w:lang w:val="en-GB"/>
              </w:rPr>
            </w:pPr>
          </w:p>
          <w:p w14:paraId="4A528CFC" w14:textId="77777777" w:rsidR="0030686F" w:rsidRPr="0030686F" w:rsidRDefault="0030686F" w:rsidP="0030686F">
            <w:pPr>
              <w:rPr>
                <w:rFonts w:ascii="Arial" w:hAnsi="Arial" w:cs="Arial"/>
                <w:lang w:val="en-GB"/>
              </w:rPr>
            </w:pPr>
            <w:r w:rsidRPr="0030686F">
              <w:rPr>
                <w:rFonts w:ascii="Arial" w:hAnsi="Arial" w:cs="Arial"/>
                <w:lang w:val="en-GB"/>
              </w:rPr>
              <w:t>                    &lt;li class="nav-item"&gt;</w:t>
            </w:r>
          </w:p>
          <w:p w14:paraId="5BF78453" w14:textId="77777777" w:rsidR="0030686F" w:rsidRPr="0030686F" w:rsidRDefault="0030686F" w:rsidP="0030686F">
            <w:pPr>
              <w:rPr>
                <w:rFonts w:ascii="Arial" w:hAnsi="Arial" w:cs="Arial"/>
                <w:lang w:val="en-GB"/>
              </w:rPr>
            </w:pPr>
            <w:r w:rsidRPr="0030686F">
              <w:rPr>
                <w:rFonts w:ascii="Arial" w:hAnsi="Arial" w:cs="Arial"/>
                <w:lang w:val="en-GB"/>
              </w:rPr>
              <w:t>                        &lt;a</w:t>
            </w:r>
          </w:p>
          <w:p w14:paraId="419C49C1" w14:textId="77777777" w:rsidR="0030686F" w:rsidRPr="0030686F" w:rsidRDefault="0030686F" w:rsidP="0030686F">
            <w:pPr>
              <w:rPr>
                <w:rFonts w:ascii="Arial" w:hAnsi="Arial" w:cs="Arial"/>
                <w:lang w:val="en-GB"/>
              </w:rPr>
            </w:pPr>
            <w:r w:rsidRPr="0030686F">
              <w:rPr>
                <w:rFonts w:ascii="Arial" w:hAnsi="Arial" w:cs="Arial"/>
                <w:lang w:val="en-GB"/>
              </w:rPr>
              <w:t>                            class="nav-link"</w:t>
            </w:r>
          </w:p>
          <w:p w14:paraId="23C656A5" w14:textId="77777777" w:rsidR="0030686F" w:rsidRPr="0030686F" w:rsidRDefault="0030686F" w:rsidP="0030686F">
            <w:pPr>
              <w:rPr>
                <w:rFonts w:ascii="Arial" w:hAnsi="Arial" w:cs="Arial"/>
                <w:lang w:val="en-GB"/>
              </w:rPr>
            </w:pPr>
            <w:r w:rsidRPr="0030686F">
              <w:rPr>
                <w:rFonts w:ascii="Arial" w:hAnsi="Arial" w:cs="Arial"/>
                <w:lang w:val="en-GB"/>
              </w:rPr>
              <w:t>                            href="./contacus.html"</w:t>
            </w:r>
          </w:p>
          <w:p w14:paraId="0AF6B024" w14:textId="77777777" w:rsidR="0030686F" w:rsidRPr="0030686F" w:rsidRDefault="0030686F" w:rsidP="0030686F">
            <w:pPr>
              <w:rPr>
                <w:rFonts w:ascii="Arial" w:hAnsi="Arial" w:cs="Arial"/>
                <w:lang w:val="en-GB"/>
              </w:rPr>
            </w:pPr>
            <w:r w:rsidRPr="0030686F">
              <w:rPr>
                <w:rFonts w:ascii="Arial" w:hAnsi="Arial" w:cs="Arial"/>
                <w:lang w:val="en-GB"/>
              </w:rPr>
              <w:t>                        &gt;</w:t>
            </w:r>
          </w:p>
          <w:p w14:paraId="34D01165" w14:textId="77777777" w:rsidR="0030686F" w:rsidRPr="0030686F" w:rsidRDefault="0030686F" w:rsidP="0030686F">
            <w:pPr>
              <w:rPr>
                <w:rFonts w:ascii="Arial" w:hAnsi="Arial" w:cs="Arial"/>
                <w:lang w:val="en-GB"/>
              </w:rPr>
            </w:pPr>
            <w:r w:rsidRPr="0030686F">
              <w:rPr>
                <w:rFonts w:ascii="Arial" w:hAnsi="Arial" w:cs="Arial"/>
                <w:lang w:val="en-GB"/>
              </w:rPr>
              <w:t>                            Contact Us</w:t>
            </w:r>
          </w:p>
          <w:p w14:paraId="2D383200" w14:textId="77777777" w:rsidR="0030686F" w:rsidRPr="0030686F" w:rsidRDefault="0030686F" w:rsidP="0030686F">
            <w:pPr>
              <w:rPr>
                <w:rFonts w:ascii="Arial" w:hAnsi="Arial" w:cs="Arial"/>
                <w:lang w:val="en-GB"/>
              </w:rPr>
            </w:pPr>
            <w:r w:rsidRPr="0030686F">
              <w:rPr>
                <w:rFonts w:ascii="Arial" w:hAnsi="Arial" w:cs="Arial"/>
                <w:lang w:val="en-GB"/>
              </w:rPr>
              <w:t>                        &lt;/a&gt;</w:t>
            </w:r>
          </w:p>
          <w:p w14:paraId="5FE2E976" w14:textId="77777777" w:rsidR="0030686F" w:rsidRPr="0030686F" w:rsidRDefault="0030686F" w:rsidP="0030686F">
            <w:pPr>
              <w:rPr>
                <w:rFonts w:ascii="Arial" w:hAnsi="Arial" w:cs="Arial"/>
                <w:lang w:val="en-GB"/>
              </w:rPr>
            </w:pPr>
            <w:r w:rsidRPr="0030686F">
              <w:rPr>
                <w:rFonts w:ascii="Arial" w:hAnsi="Arial" w:cs="Arial"/>
                <w:lang w:val="en-GB"/>
              </w:rPr>
              <w:t>                    &lt;/li&gt;</w:t>
            </w:r>
          </w:p>
          <w:p w14:paraId="1F234E4D" w14:textId="77777777" w:rsidR="0030686F" w:rsidRPr="0030686F" w:rsidRDefault="0030686F" w:rsidP="0030686F">
            <w:pPr>
              <w:rPr>
                <w:rFonts w:ascii="Arial" w:hAnsi="Arial" w:cs="Arial"/>
                <w:lang w:val="en-GB"/>
              </w:rPr>
            </w:pPr>
          </w:p>
          <w:p w14:paraId="287FB22C" w14:textId="77777777" w:rsidR="0030686F" w:rsidRPr="0030686F" w:rsidRDefault="0030686F" w:rsidP="0030686F">
            <w:pPr>
              <w:rPr>
                <w:rFonts w:ascii="Arial" w:hAnsi="Arial" w:cs="Arial"/>
                <w:lang w:val="en-GB"/>
              </w:rPr>
            </w:pPr>
            <w:r w:rsidRPr="0030686F">
              <w:rPr>
                <w:rFonts w:ascii="Arial" w:hAnsi="Arial" w:cs="Arial"/>
                <w:lang w:val="en-GB"/>
              </w:rPr>
              <w:t>                    &lt;li class="nav-item"&gt;</w:t>
            </w:r>
          </w:p>
          <w:p w14:paraId="45E2FF6D" w14:textId="77777777" w:rsidR="0030686F" w:rsidRPr="0030686F" w:rsidRDefault="0030686F" w:rsidP="0030686F">
            <w:pPr>
              <w:rPr>
                <w:rFonts w:ascii="Arial" w:hAnsi="Arial" w:cs="Arial"/>
                <w:lang w:val="en-GB"/>
              </w:rPr>
            </w:pPr>
            <w:r w:rsidRPr="0030686F">
              <w:rPr>
                <w:rFonts w:ascii="Arial" w:hAnsi="Arial" w:cs="Arial"/>
                <w:lang w:val="en-GB"/>
              </w:rPr>
              <w:t>                        &lt;a</w:t>
            </w:r>
          </w:p>
          <w:p w14:paraId="306DD057" w14:textId="77777777" w:rsidR="0030686F" w:rsidRPr="0030686F" w:rsidRDefault="0030686F" w:rsidP="0030686F">
            <w:pPr>
              <w:rPr>
                <w:rFonts w:ascii="Arial" w:hAnsi="Arial" w:cs="Arial"/>
                <w:lang w:val="en-GB"/>
              </w:rPr>
            </w:pPr>
            <w:r w:rsidRPr="0030686F">
              <w:rPr>
                <w:rFonts w:ascii="Arial" w:hAnsi="Arial" w:cs="Arial"/>
                <w:lang w:val="en-GB"/>
              </w:rPr>
              <w:t>                            class="nav-link active"</w:t>
            </w:r>
          </w:p>
          <w:p w14:paraId="7FDE67FA" w14:textId="77777777" w:rsidR="0030686F" w:rsidRPr="0030686F" w:rsidRDefault="0030686F" w:rsidP="0030686F">
            <w:pPr>
              <w:rPr>
                <w:rFonts w:ascii="Arial" w:hAnsi="Arial" w:cs="Arial"/>
                <w:lang w:val="en-GB"/>
              </w:rPr>
            </w:pPr>
            <w:r w:rsidRPr="0030686F">
              <w:rPr>
                <w:rFonts w:ascii="Arial" w:hAnsi="Arial" w:cs="Arial"/>
                <w:lang w:val="en-GB"/>
              </w:rPr>
              <w:t>                            href="./aboutus.html"</w:t>
            </w:r>
          </w:p>
          <w:p w14:paraId="1247E1E0" w14:textId="77777777" w:rsidR="0030686F" w:rsidRPr="0030686F" w:rsidRDefault="0030686F" w:rsidP="0030686F">
            <w:pPr>
              <w:rPr>
                <w:rFonts w:ascii="Arial" w:hAnsi="Arial" w:cs="Arial"/>
                <w:lang w:val="en-GB"/>
              </w:rPr>
            </w:pPr>
            <w:r w:rsidRPr="0030686F">
              <w:rPr>
                <w:rFonts w:ascii="Arial" w:hAnsi="Arial" w:cs="Arial"/>
                <w:lang w:val="en-GB"/>
              </w:rPr>
              <w:t>                        &gt;</w:t>
            </w:r>
          </w:p>
          <w:p w14:paraId="6AB1122F" w14:textId="77777777" w:rsidR="0030686F" w:rsidRPr="0030686F" w:rsidRDefault="0030686F" w:rsidP="0030686F">
            <w:pPr>
              <w:rPr>
                <w:rFonts w:ascii="Arial" w:hAnsi="Arial" w:cs="Arial"/>
                <w:lang w:val="en-GB"/>
              </w:rPr>
            </w:pPr>
            <w:r w:rsidRPr="0030686F">
              <w:rPr>
                <w:rFonts w:ascii="Arial" w:hAnsi="Arial" w:cs="Arial"/>
                <w:lang w:val="en-GB"/>
              </w:rPr>
              <w:t>                            About Us</w:t>
            </w:r>
          </w:p>
          <w:p w14:paraId="26137DAD" w14:textId="77777777" w:rsidR="0030686F" w:rsidRPr="0030686F" w:rsidRDefault="0030686F" w:rsidP="0030686F">
            <w:pPr>
              <w:rPr>
                <w:rFonts w:ascii="Arial" w:hAnsi="Arial" w:cs="Arial"/>
                <w:lang w:val="en-GB"/>
              </w:rPr>
            </w:pPr>
            <w:r w:rsidRPr="0030686F">
              <w:rPr>
                <w:rFonts w:ascii="Arial" w:hAnsi="Arial" w:cs="Arial"/>
                <w:lang w:val="en-GB"/>
              </w:rPr>
              <w:t>                        &lt;/a&gt;</w:t>
            </w:r>
          </w:p>
          <w:p w14:paraId="54C91F34" w14:textId="77777777" w:rsidR="0030686F" w:rsidRPr="0030686F" w:rsidRDefault="0030686F" w:rsidP="0030686F">
            <w:pPr>
              <w:rPr>
                <w:rFonts w:ascii="Arial" w:hAnsi="Arial" w:cs="Arial"/>
                <w:lang w:val="en-GB"/>
              </w:rPr>
            </w:pPr>
            <w:r w:rsidRPr="0030686F">
              <w:rPr>
                <w:rFonts w:ascii="Arial" w:hAnsi="Arial" w:cs="Arial"/>
                <w:lang w:val="en-GB"/>
              </w:rPr>
              <w:t>                    &lt;/li&gt;</w:t>
            </w:r>
          </w:p>
          <w:p w14:paraId="42BEE110" w14:textId="77777777" w:rsidR="0030686F" w:rsidRPr="0030686F" w:rsidRDefault="0030686F" w:rsidP="0030686F">
            <w:pPr>
              <w:rPr>
                <w:rFonts w:ascii="Arial" w:hAnsi="Arial" w:cs="Arial"/>
                <w:lang w:val="en-GB"/>
              </w:rPr>
            </w:pPr>
          </w:p>
          <w:p w14:paraId="2FCCEE1E" w14:textId="77777777" w:rsidR="0030686F" w:rsidRPr="0030686F" w:rsidRDefault="0030686F" w:rsidP="0030686F">
            <w:pPr>
              <w:rPr>
                <w:rFonts w:ascii="Arial" w:hAnsi="Arial" w:cs="Arial"/>
                <w:lang w:val="en-GB"/>
              </w:rPr>
            </w:pPr>
            <w:r w:rsidRPr="0030686F">
              <w:rPr>
                <w:rFonts w:ascii="Arial" w:hAnsi="Arial" w:cs="Arial"/>
                <w:lang w:val="en-GB"/>
              </w:rPr>
              <w:t>                &lt;/ul&gt;</w:t>
            </w:r>
          </w:p>
          <w:p w14:paraId="63D7BD6D" w14:textId="77777777" w:rsidR="0030686F" w:rsidRPr="0030686F" w:rsidRDefault="0030686F" w:rsidP="0030686F">
            <w:pPr>
              <w:rPr>
                <w:rFonts w:ascii="Arial" w:hAnsi="Arial" w:cs="Arial"/>
                <w:lang w:val="en-GB"/>
              </w:rPr>
            </w:pPr>
            <w:r w:rsidRPr="0030686F">
              <w:rPr>
                <w:rFonts w:ascii="Arial" w:hAnsi="Arial" w:cs="Arial"/>
                <w:lang w:val="en-GB"/>
              </w:rPr>
              <w:t>            &lt;/td&gt;</w:t>
            </w:r>
          </w:p>
          <w:p w14:paraId="668AF834" w14:textId="77777777" w:rsidR="0030686F" w:rsidRPr="0030686F" w:rsidRDefault="0030686F" w:rsidP="0030686F">
            <w:pPr>
              <w:rPr>
                <w:rFonts w:ascii="Arial" w:hAnsi="Arial" w:cs="Arial"/>
                <w:lang w:val="en-GB"/>
              </w:rPr>
            </w:pPr>
            <w:r w:rsidRPr="0030686F">
              <w:rPr>
                <w:rFonts w:ascii="Arial" w:hAnsi="Arial" w:cs="Arial"/>
                <w:lang w:val="en-GB"/>
              </w:rPr>
              <w:t>        &lt;/tr&gt;</w:t>
            </w:r>
          </w:p>
          <w:p w14:paraId="7C60DB86" w14:textId="77777777" w:rsidR="0030686F" w:rsidRPr="0030686F" w:rsidRDefault="0030686F" w:rsidP="0030686F">
            <w:pPr>
              <w:rPr>
                <w:rFonts w:ascii="Arial" w:hAnsi="Arial" w:cs="Arial"/>
                <w:lang w:val="en-GB"/>
              </w:rPr>
            </w:pPr>
          </w:p>
          <w:p w14:paraId="2AD28E74" w14:textId="77777777" w:rsidR="0030686F" w:rsidRPr="0030686F" w:rsidRDefault="0030686F" w:rsidP="0030686F">
            <w:pPr>
              <w:rPr>
                <w:rFonts w:ascii="Arial" w:hAnsi="Arial" w:cs="Arial"/>
                <w:lang w:val="en-GB"/>
              </w:rPr>
            </w:pPr>
            <w:r w:rsidRPr="0030686F">
              <w:rPr>
                <w:rFonts w:ascii="Arial" w:hAnsi="Arial" w:cs="Arial"/>
                <w:lang w:val="en-GB"/>
              </w:rPr>
              <w:t>        &lt;tr&gt;</w:t>
            </w:r>
          </w:p>
          <w:p w14:paraId="6AAFCBD5" w14:textId="77777777" w:rsidR="0030686F" w:rsidRPr="0030686F" w:rsidRDefault="0030686F" w:rsidP="0030686F">
            <w:pPr>
              <w:rPr>
                <w:rFonts w:ascii="Arial" w:hAnsi="Arial" w:cs="Arial"/>
                <w:lang w:val="en-GB"/>
              </w:rPr>
            </w:pPr>
            <w:r w:rsidRPr="0030686F">
              <w:rPr>
                <w:rFonts w:ascii="Arial" w:hAnsi="Arial" w:cs="Arial"/>
                <w:lang w:val="en-GB"/>
              </w:rPr>
              <w:t>            &lt;</w:t>
            </w:r>
            <w:proofErr w:type="spellStart"/>
            <w:r w:rsidRPr="0030686F">
              <w:rPr>
                <w:rFonts w:ascii="Arial" w:hAnsi="Arial" w:cs="Arial"/>
                <w:lang w:val="en-GB"/>
              </w:rPr>
              <w:t>td</w:t>
            </w:r>
            <w:proofErr w:type="spellEnd"/>
            <w:r w:rsidRPr="0030686F">
              <w:rPr>
                <w:rFonts w:ascii="Arial" w:hAnsi="Arial" w:cs="Arial"/>
                <w:lang w:val="en-GB"/>
              </w:rPr>
              <w:t xml:space="preserve"> </w:t>
            </w:r>
            <w:proofErr w:type="gramStart"/>
            <w:r w:rsidRPr="0030686F">
              <w:rPr>
                <w:rFonts w:ascii="Arial" w:hAnsi="Arial" w:cs="Arial"/>
                <w:lang w:val="en-GB"/>
              </w:rPr>
              <w:t>align</w:t>
            </w:r>
            <w:proofErr w:type="gramEnd"/>
            <w:r w:rsidRPr="0030686F">
              <w:rPr>
                <w:rFonts w:ascii="Arial" w:hAnsi="Arial" w:cs="Arial"/>
                <w:lang w:val="en-GB"/>
              </w:rPr>
              <w:t>="center"&gt;</w:t>
            </w:r>
          </w:p>
          <w:p w14:paraId="752BA675" w14:textId="77777777" w:rsidR="0030686F" w:rsidRPr="0030686F" w:rsidRDefault="0030686F" w:rsidP="0030686F">
            <w:pPr>
              <w:rPr>
                <w:rFonts w:ascii="Arial" w:hAnsi="Arial" w:cs="Arial"/>
                <w:lang w:val="en-GB"/>
              </w:rPr>
            </w:pPr>
          </w:p>
          <w:p w14:paraId="269DCEEA" w14:textId="77777777" w:rsidR="0030686F" w:rsidRPr="0030686F" w:rsidRDefault="0030686F" w:rsidP="0030686F">
            <w:pPr>
              <w:rPr>
                <w:rFonts w:ascii="Arial" w:hAnsi="Arial" w:cs="Arial"/>
                <w:lang w:val="en-GB"/>
              </w:rPr>
            </w:pPr>
            <w:r w:rsidRPr="0030686F">
              <w:rPr>
                <w:rFonts w:ascii="Arial" w:hAnsi="Arial" w:cs="Arial"/>
                <w:lang w:val="en-GB"/>
              </w:rPr>
              <w:t>                &lt;a href="./index.html"&gt;</w:t>
            </w:r>
          </w:p>
          <w:p w14:paraId="0F17BCF4" w14:textId="77777777" w:rsidR="0030686F" w:rsidRPr="0030686F" w:rsidRDefault="0030686F" w:rsidP="0030686F">
            <w:pPr>
              <w:rPr>
                <w:rFonts w:ascii="Arial" w:hAnsi="Arial" w:cs="Arial"/>
                <w:lang w:val="en-GB"/>
              </w:rPr>
            </w:pPr>
            <w:r w:rsidRPr="0030686F">
              <w:rPr>
                <w:rFonts w:ascii="Arial" w:hAnsi="Arial" w:cs="Arial"/>
                <w:lang w:val="en-GB"/>
              </w:rPr>
              <w:t>                    &lt;img</w:t>
            </w:r>
          </w:p>
          <w:p w14:paraId="1CB89D3B" w14:textId="77777777" w:rsidR="0030686F" w:rsidRPr="0030686F" w:rsidRDefault="0030686F" w:rsidP="0030686F">
            <w:pPr>
              <w:rPr>
                <w:rFonts w:ascii="Arial" w:hAnsi="Arial" w:cs="Arial"/>
                <w:lang w:val="en-GB"/>
              </w:rPr>
            </w:pPr>
            <w:r w:rsidRPr="0030686F">
              <w:rPr>
                <w:rFonts w:ascii="Arial" w:hAnsi="Arial" w:cs="Arial"/>
                <w:lang w:val="en-GB"/>
              </w:rPr>
              <w:t xml:space="preserve">                        </w:t>
            </w:r>
            <w:proofErr w:type="spellStart"/>
            <w:r w:rsidRPr="0030686F">
              <w:rPr>
                <w:rFonts w:ascii="Arial" w:hAnsi="Arial" w:cs="Arial"/>
                <w:lang w:val="en-GB"/>
              </w:rPr>
              <w:t>src</w:t>
            </w:r>
            <w:proofErr w:type="spellEnd"/>
            <w:r w:rsidRPr="0030686F">
              <w:rPr>
                <w:rFonts w:ascii="Arial" w:hAnsi="Arial" w:cs="Arial"/>
                <w:lang w:val="en-GB"/>
              </w:rPr>
              <w:t>="./images/store.jpg"</w:t>
            </w:r>
          </w:p>
          <w:p w14:paraId="7174A9F0" w14:textId="77777777" w:rsidR="0030686F" w:rsidRPr="0030686F" w:rsidRDefault="0030686F" w:rsidP="0030686F">
            <w:pPr>
              <w:rPr>
                <w:rFonts w:ascii="Arial" w:hAnsi="Arial" w:cs="Arial"/>
                <w:lang w:val="en-GB"/>
              </w:rPr>
            </w:pPr>
            <w:r w:rsidRPr="0030686F">
              <w:rPr>
                <w:rFonts w:ascii="Arial" w:hAnsi="Arial" w:cs="Arial"/>
                <w:lang w:val="en-GB"/>
              </w:rPr>
              <w:t>                        alt="</w:t>
            </w:r>
            <w:proofErr w:type="spellStart"/>
            <w:r w:rsidRPr="0030686F">
              <w:rPr>
                <w:rFonts w:ascii="Arial" w:hAnsi="Arial" w:cs="Arial"/>
                <w:lang w:val="en-GB"/>
              </w:rPr>
              <w:t>eStore</w:t>
            </w:r>
            <w:proofErr w:type="spellEnd"/>
            <w:r w:rsidRPr="0030686F">
              <w:rPr>
                <w:rFonts w:ascii="Arial" w:hAnsi="Arial" w:cs="Arial"/>
                <w:lang w:val="en-GB"/>
              </w:rPr>
              <w:t>"</w:t>
            </w:r>
          </w:p>
          <w:p w14:paraId="23A83D4C" w14:textId="77777777" w:rsidR="0030686F" w:rsidRPr="0030686F" w:rsidRDefault="0030686F" w:rsidP="0030686F">
            <w:pPr>
              <w:rPr>
                <w:rFonts w:ascii="Arial" w:hAnsi="Arial" w:cs="Arial"/>
                <w:lang w:val="en-GB"/>
              </w:rPr>
            </w:pPr>
            <w:r w:rsidRPr="0030686F">
              <w:rPr>
                <w:rFonts w:ascii="Arial" w:hAnsi="Arial" w:cs="Arial"/>
                <w:lang w:val="en-GB"/>
              </w:rPr>
              <w:t>                    &gt;</w:t>
            </w:r>
          </w:p>
          <w:p w14:paraId="08444FAD" w14:textId="77777777" w:rsidR="0030686F" w:rsidRPr="0030686F" w:rsidRDefault="0030686F" w:rsidP="0030686F">
            <w:pPr>
              <w:rPr>
                <w:rFonts w:ascii="Arial" w:hAnsi="Arial" w:cs="Arial"/>
                <w:lang w:val="en-GB"/>
              </w:rPr>
            </w:pPr>
          </w:p>
          <w:p w14:paraId="3FB142C4" w14:textId="77777777" w:rsidR="0030686F" w:rsidRPr="0030686F" w:rsidRDefault="0030686F" w:rsidP="0030686F">
            <w:pPr>
              <w:rPr>
                <w:rFonts w:ascii="Arial" w:hAnsi="Arial" w:cs="Arial"/>
                <w:lang w:val="en-GB"/>
              </w:rPr>
            </w:pPr>
            <w:r w:rsidRPr="0030686F">
              <w:rPr>
                <w:rFonts w:ascii="Arial" w:hAnsi="Arial" w:cs="Arial"/>
                <w:lang w:val="en-GB"/>
              </w:rPr>
              <w:t>                    &lt;</w:t>
            </w:r>
            <w:proofErr w:type="spellStart"/>
            <w:r w:rsidRPr="0030686F">
              <w:rPr>
                <w:rFonts w:ascii="Arial" w:hAnsi="Arial" w:cs="Arial"/>
                <w:lang w:val="en-GB"/>
              </w:rPr>
              <w:t>br</w:t>
            </w:r>
            <w:proofErr w:type="spellEnd"/>
            <w:r w:rsidRPr="0030686F">
              <w:rPr>
                <w:rFonts w:ascii="Arial" w:hAnsi="Arial" w:cs="Arial"/>
                <w:lang w:val="en-GB"/>
              </w:rPr>
              <w:t>&gt;</w:t>
            </w:r>
          </w:p>
          <w:p w14:paraId="0E5B2569" w14:textId="77777777" w:rsidR="0030686F" w:rsidRPr="0030686F" w:rsidRDefault="0030686F" w:rsidP="0030686F">
            <w:pPr>
              <w:rPr>
                <w:rFonts w:ascii="Arial" w:hAnsi="Arial" w:cs="Arial"/>
                <w:lang w:val="en-GB"/>
              </w:rPr>
            </w:pPr>
            <w:r w:rsidRPr="0030686F">
              <w:rPr>
                <w:rFonts w:ascii="Arial" w:hAnsi="Arial" w:cs="Arial"/>
                <w:lang w:val="en-GB"/>
              </w:rPr>
              <w:lastRenderedPageBreak/>
              <w:t>                    &lt;</w:t>
            </w:r>
            <w:proofErr w:type="spellStart"/>
            <w:r w:rsidRPr="0030686F">
              <w:rPr>
                <w:rFonts w:ascii="Arial" w:hAnsi="Arial" w:cs="Arial"/>
                <w:lang w:val="en-GB"/>
              </w:rPr>
              <w:t>br</w:t>
            </w:r>
            <w:proofErr w:type="spellEnd"/>
            <w:r w:rsidRPr="0030686F">
              <w:rPr>
                <w:rFonts w:ascii="Arial" w:hAnsi="Arial" w:cs="Arial"/>
                <w:lang w:val="en-GB"/>
              </w:rPr>
              <w:t>&gt;</w:t>
            </w:r>
          </w:p>
          <w:p w14:paraId="59B6D634" w14:textId="77777777" w:rsidR="0030686F" w:rsidRPr="0030686F" w:rsidRDefault="0030686F" w:rsidP="0030686F">
            <w:pPr>
              <w:rPr>
                <w:rFonts w:ascii="Arial" w:hAnsi="Arial" w:cs="Arial"/>
                <w:lang w:val="en-GB"/>
              </w:rPr>
            </w:pPr>
            <w:r w:rsidRPr="0030686F">
              <w:rPr>
                <w:rFonts w:ascii="Arial" w:hAnsi="Arial" w:cs="Arial"/>
                <w:lang w:val="en-GB"/>
              </w:rPr>
              <w:t>                &lt;/a&gt;</w:t>
            </w:r>
          </w:p>
          <w:p w14:paraId="56447769" w14:textId="77777777" w:rsidR="0030686F" w:rsidRPr="0030686F" w:rsidRDefault="0030686F" w:rsidP="0030686F">
            <w:pPr>
              <w:rPr>
                <w:rFonts w:ascii="Arial" w:hAnsi="Arial" w:cs="Arial"/>
                <w:lang w:val="en-GB"/>
              </w:rPr>
            </w:pPr>
          </w:p>
          <w:p w14:paraId="1BA5CDEA" w14:textId="77777777" w:rsidR="0030686F" w:rsidRPr="0030686F" w:rsidRDefault="0030686F" w:rsidP="0030686F">
            <w:pPr>
              <w:rPr>
                <w:rFonts w:ascii="Arial" w:hAnsi="Arial" w:cs="Arial"/>
                <w:lang w:val="en-GB"/>
              </w:rPr>
            </w:pPr>
            <w:r w:rsidRPr="0030686F">
              <w:rPr>
                <w:rFonts w:ascii="Arial" w:hAnsi="Arial" w:cs="Arial"/>
                <w:lang w:val="en-GB"/>
              </w:rPr>
              <w:t>            &lt;/td&gt;</w:t>
            </w:r>
          </w:p>
          <w:p w14:paraId="42D94A85" w14:textId="77777777" w:rsidR="0030686F" w:rsidRPr="0030686F" w:rsidRDefault="0030686F" w:rsidP="0030686F">
            <w:pPr>
              <w:rPr>
                <w:rFonts w:ascii="Arial" w:hAnsi="Arial" w:cs="Arial"/>
                <w:lang w:val="en-GB"/>
              </w:rPr>
            </w:pPr>
          </w:p>
          <w:p w14:paraId="250CB938" w14:textId="77777777" w:rsidR="0030686F" w:rsidRPr="0030686F" w:rsidRDefault="0030686F" w:rsidP="0030686F">
            <w:pPr>
              <w:rPr>
                <w:rFonts w:ascii="Arial" w:hAnsi="Arial" w:cs="Arial"/>
                <w:lang w:val="en-GB"/>
              </w:rPr>
            </w:pPr>
            <w:r w:rsidRPr="0030686F">
              <w:rPr>
                <w:rFonts w:ascii="Arial" w:hAnsi="Arial" w:cs="Arial"/>
                <w:lang w:val="en-GB"/>
              </w:rPr>
              <w:t>            &lt;td&gt;&lt;/td&gt;</w:t>
            </w:r>
          </w:p>
          <w:p w14:paraId="742A5835" w14:textId="77777777" w:rsidR="0030686F" w:rsidRPr="0030686F" w:rsidRDefault="0030686F" w:rsidP="0030686F">
            <w:pPr>
              <w:rPr>
                <w:rFonts w:ascii="Arial" w:hAnsi="Arial" w:cs="Arial"/>
                <w:lang w:val="en-GB"/>
              </w:rPr>
            </w:pPr>
            <w:r w:rsidRPr="0030686F">
              <w:rPr>
                <w:rFonts w:ascii="Arial" w:hAnsi="Arial" w:cs="Arial"/>
                <w:lang w:val="en-GB"/>
              </w:rPr>
              <w:t>        &lt;/tr&gt;</w:t>
            </w:r>
          </w:p>
          <w:p w14:paraId="1786D24E" w14:textId="77777777" w:rsidR="0030686F" w:rsidRPr="0030686F" w:rsidRDefault="0030686F" w:rsidP="0030686F">
            <w:pPr>
              <w:rPr>
                <w:rFonts w:ascii="Arial" w:hAnsi="Arial" w:cs="Arial"/>
                <w:lang w:val="en-GB"/>
              </w:rPr>
            </w:pPr>
            <w:r w:rsidRPr="0030686F">
              <w:rPr>
                <w:rFonts w:ascii="Arial" w:hAnsi="Arial" w:cs="Arial"/>
                <w:lang w:val="en-GB"/>
              </w:rPr>
              <w:t>    &lt;/table&gt;</w:t>
            </w:r>
          </w:p>
          <w:p w14:paraId="2A3EC74A" w14:textId="77777777" w:rsidR="0030686F" w:rsidRPr="0030686F" w:rsidRDefault="0030686F" w:rsidP="0030686F">
            <w:pPr>
              <w:rPr>
                <w:rFonts w:ascii="Arial" w:hAnsi="Arial" w:cs="Arial"/>
                <w:lang w:val="en-GB"/>
              </w:rPr>
            </w:pPr>
          </w:p>
          <w:p w14:paraId="45702A43" w14:textId="77777777" w:rsidR="0030686F" w:rsidRPr="0030686F" w:rsidRDefault="0030686F" w:rsidP="0030686F">
            <w:pPr>
              <w:rPr>
                <w:rFonts w:ascii="Arial" w:hAnsi="Arial" w:cs="Arial"/>
                <w:lang w:val="en-GB"/>
              </w:rPr>
            </w:pPr>
            <w:r w:rsidRPr="0030686F">
              <w:rPr>
                <w:rFonts w:ascii="Arial" w:hAnsi="Arial" w:cs="Arial"/>
                <w:lang w:val="en-GB"/>
              </w:rPr>
              <w:t>    &lt;div&gt;</w:t>
            </w:r>
          </w:p>
          <w:p w14:paraId="7B123802" w14:textId="77777777" w:rsidR="0030686F" w:rsidRPr="0030686F" w:rsidRDefault="0030686F" w:rsidP="0030686F">
            <w:pPr>
              <w:rPr>
                <w:rFonts w:ascii="Arial" w:hAnsi="Arial" w:cs="Arial"/>
                <w:lang w:val="en-GB"/>
              </w:rPr>
            </w:pPr>
            <w:r w:rsidRPr="0030686F">
              <w:rPr>
                <w:rFonts w:ascii="Arial" w:hAnsi="Arial" w:cs="Arial"/>
                <w:lang w:val="en-GB"/>
              </w:rPr>
              <w:t>        &lt;h2&gt;</w:t>
            </w:r>
          </w:p>
          <w:p w14:paraId="04FBA59B" w14:textId="77777777" w:rsidR="0030686F" w:rsidRPr="0030686F" w:rsidRDefault="0030686F" w:rsidP="0030686F">
            <w:pPr>
              <w:rPr>
                <w:rFonts w:ascii="Arial" w:hAnsi="Arial" w:cs="Arial"/>
                <w:lang w:val="en-GB"/>
              </w:rPr>
            </w:pPr>
            <w:r w:rsidRPr="0030686F">
              <w:rPr>
                <w:rFonts w:ascii="Arial" w:hAnsi="Arial" w:cs="Arial"/>
                <w:lang w:val="en-GB"/>
              </w:rPr>
              <w:t>            Thank you for visiting us.</w:t>
            </w:r>
          </w:p>
          <w:p w14:paraId="450CEEF8" w14:textId="77777777" w:rsidR="0030686F" w:rsidRPr="0030686F" w:rsidRDefault="0030686F" w:rsidP="0030686F">
            <w:pPr>
              <w:rPr>
                <w:rFonts w:ascii="Arial" w:hAnsi="Arial" w:cs="Arial"/>
                <w:lang w:val="en-GB"/>
              </w:rPr>
            </w:pPr>
            <w:r w:rsidRPr="0030686F">
              <w:rPr>
                <w:rFonts w:ascii="Arial" w:hAnsi="Arial" w:cs="Arial"/>
                <w:lang w:val="en-GB"/>
              </w:rPr>
              <w:t>            &lt;</w:t>
            </w:r>
            <w:proofErr w:type="spellStart"/>
            <w:r w:rsidRPr="0030686F">
              <w:rPr>
                <w:rFonts w:ascii="Arial" w:hAnsi="Arial" w:cs="Arial"/>
                <w:lang w:val="en-GB"/>
              </w:rPr>
              <w:t>br</w:t>
            </w:r>
            <w:proofErr w:type="spellEnd"/>
            <w:r w:rsidRPr="0030686F">
              <w:rPr>
                <w:rFonts w:ascii="Arial" w:hAnsi="Arial" w:cs="Arial"/>
                <w:lang w:val="en-GB"/>
              </w:rPr>
              <w:t>&gt;</w:t>
            </w:r>
          </w:p>
          <w:p w14:paraId="1C387AC2" w14:textId="77777777" w:rsidR="0030686F" w:rsidRPr="0030686F" w:rsidRDefault="0030686F" w:rsidP="0030686F">
            <w:pPr>
              <w:rPr>
                <w:rFonts w:ascii="Arial" w:hAnsi="Arial" w:cs="Arial"/>
                <w:lang w:val="en-GB"/>
              </w:rPr>
            </w:pPr>
          </w:p>
          <w:p w14:paraId="3DCA3613" w14:textId="77777777" w:rsidR="0030686F" w:rsidRPr="0030686F" w:rsidRDefault="0030686F" w:rsidP="0030686F">
            <w:pPr>
              <w:rPr>
                <w:rFonts w:ascii="Arial" w:hAnsi="Arial" w:cs="Arial"/>
                <w:lang w:val="en-GB"/>
              </w:rPr>
            </w:pPr>
            <w:r w:rsidRPr="0030686F">
              <w:rPr>
                <w:rFonts w:ascii="Arial" w:hAnsi="Arial" w:cs="Arial"/>
                <w:lang w:val="en-GB"/>
              </w:rPr>
              <w:t>            This is a student page created by Leonardo.</w:t>
            </w:r>
          </w:p>
          <w:p w14:paraId="11894954" w14:textId="77777777" w:rsidR="0030686F" w:rsidRPr="0030686F" w:rsidRDefault="0030686F" w:rsidP="0030686F">
            <w:pPr>
              <w:rPr>
                <w:rFonts w:ascii="Arial" w:hAnsi="Arial" w:cs="Arial"/>
                <w:lang w:val="en-GB"/>
              </w:rPr>
            </w:pPr>
            <w:r w:rsidRPr="0030686F">
              <w:rPr>
                <w:rFonts w:ascii="Arial" w:hAnsi="Arial" w:cs="Arial"/>
                <w:lang w:val="en-GB"/>
              </w:rPr>
              <w:t>            &lt;</w:t>
            </w:r>
            <w:proofErr w:type="spellStart"/>
            <w:r w:rsidRPr="0030686F">
              <w:rPr>
                <w:rFonts w:ascii="Arial" w:hAnsi="Arial" w:cs="Arial"/>
                <w:lang w:val="en-GB"/>
              </w:rPr>
              <w:t>br</w:t>
            </w:r>
            <w:proofErr w:type="spellEnd"/>
            <w:r w:rsidRPr="0030686F">
              <w:rPr>
                <w:rFonts w:ascii="Arial" w:hAnsi="Arial" w:cs="Arial"/>
                <w:lang w:val="en-GB"/>
              </w:rPr>
              <w:t>&gt;</w:t>
            </w:r>
          </w:p>
          <w:p w14:paraId="5ACEC77F" w14:textId="77777777" w:rsidR="0030686F" w:rsidRPr="0030686F" w:rsidRDefault="0030686F" w:rsidP="0030686F">
            <w:pPr>
              <w:rPr>
                <w:rFonts w:ascii="Arial" w:hAnsi="Arial" w:cs="Arial"/>
                <w:lang w:val="en-GB"/>
              </w:rPr>
            </w:pPr>
          </w:p>
          <w:p w14:paraId="49C844E1" w14:textId="77777777" w:rsidR="0030686F" w:rsidRPr="0030686F" w:rsidRDefault="0030686F" w:rsidP="0030686F">
            <w:pPr>
              <w:rPr>
                <w:rFonts w:ascii="Arial" w:hAnsi="Arial" w:cs="Arial"/>
                <w:lang w:val="en-GB"/>
              </w:rPr>
            </w:pPr>
            <w:r w:rsidRPr="0030686F">
              <w:rPr>
                <w:rFonts w:ascii="Arial" w:hAnsi="Arial" w:cs="Arial"/>
                <w:lang w:val="en-GB"/>
              </w:rPr>
              <w:t xml:space="preserve">            All </w:t>
            </w:r>
            <w:proofErr w:type="spellStart"/>
            <w:proofErr w:type="gramStart"/>
            <w:r w:rsidRPr="0030686F">
              <w:rPr>
                <w:rFonts w:ascii="Arial" w:hAnsi="Arial" w:cs="Arial"/>
                <w:lang w:val="en-GB"/>
              </w:rPr>
              <w:t>informations</w:t>
            </w:r>
            <w:proofErr w:type="spellEnd"/>
            <w:proofErr w:type="gramEnd"/>
            <w:r w:rsidRPr="0030686F">
              <w:rPr>
                <w:rFonts w:ascii="Arial" w:hAnsi="Arial" w:cs="Arial"/>
                <w:lang w:val="en-GB"/>
              </w:rPr>
              <w:t xml:space="preserve"> here are strict to learning and training.</w:t>
            </w:r>
          </w:p>
          <w:p w14:paraId="23073B3D" w14:textId="77777777" w:rsidR="0030686F" w:rsidRPr="0030686F" w:rsidRDefault="0030686F" w:rsidP="0030686F">
            <w:pPr>
              <w:rPr>
                <w:rFonts w:ascii="Arial" w:hAnsi="Arial" w:cs="Arial"/>
                <w:lang w:val="en-GB"/>
              </w:rPr>
            </w:pPr>
            <w:r w:rsidRPr="0030686F">
              <w:rPr>
                <w:rFonts w:ascii="Arial" w:hAnsi="Arial" w:cs="Arial"/>
                <w:lang w:val="en-GB"/>
              </w:rPr>
              <w:t>            &lt;</w:t>
            </w:r>
            <w:proofErr w:type="spellStart"/>
            <w:r w:rsidRPr="0030686F">
              <w:rPr>
                <w:rFonts w:ascii="Arial" w:hAnsi="Arial" w:cs="Arial"/>
                <w:lang w:val="en-GB"/>
              </w:rPr>
              <w:t>br</w:t>
            </w:r>
            <w:proofErr w:type="spellEnd"/>
            <w:r w:rsidRPr="0030686F">
              <w:rPr>
                <w:rFonts w:ascii="Arial" w:hAnsi="Arial" w:cs="Arial"/>
                <w:lang w:val="en-GB"/>
              </w:rPr>
              <w:t>&gt;</w:t>
            </w:r>
          </w:p>
          <w:p w14:paraId="67786248" w14:textId="77777777" w:rsidR="0030686F" w:rsidRPr="0030686F" w:rsidRDefault="0030686F" w:rsidP="0030686F">
            <w:pPr>
              <w:rPr>
                <w:rFonts w:ascii="Arial" w:hAnsi="Arial" w:cs="Arial"/>
                <w:lang w:val="en-GB"/>
              </w:rPr>
            </w:pPr>
          </w:p>
          <w:p w14:paraId="105F5D2B" w14:textId="77777777" w:rsidR="0030686F" w:rsidRPr="0030686F" w:rsidRDefault="0030686F" w:rsidP="0030686F">
            <w:pPr>
              <w:rPr>
                <w:rFonts w:ascii="Arial" w:hAnsi="Arial" w:cs="Arial"/>
                <w:lang w:val="en-GB"/>
              </w:rPr>
            </w:pPr>
            <w:r w:rsidRPr="0030686F">
              <w:rPr>
                <w:rFonts w:ascii="Arial" w:hAnsi="Arial" w:cs="Arial"/>
                <w:lang w:val="en-GB"/>
              </w:rPr>
              <w:t xml:space="preserve">            Thank </w:t>
            </w:r>
            <w:proofErr w:type="gramStart"/>
            <w:r w:rsidRPr="0030686F">
              <w:rPr>
                <w:rFonts w:ascii="Arial" w:hAnsi="Arial" w:cs="Arial"/>
                <w:lang w:val="en-GB"/>
              </w:rPr>
              <w:t>you</w:t>
            </w:r>
            <w:proofErr w:type="gramEnd"/>
          </w:p>
          <w:p w14:paraId="3585FB83" w14:textId="77777777" w:rsidR="0030686F" w:rsidRPr="0030686F" w:rsidRDefault="0030686F" w:rsidP="0030686F">
            <w:pPr>
              <w:rPr>
                <w:rFonts w:ascii="Arial" w:hAnsi="Arial" w:cs="Arial"/>
                <w:lang w:val="en-GB"/>
              </w:rPr>
            </w:pPr>
            <w:r w:rsidRPr="0030686F">
              <w:rPr>
                <w:rFonts w:ascii="Arial" w:hAnsi="Arial" w:cs="Arial"/>
                <w:lang w:val="en-GB"/>
              </w:rPr>
              <w:t>        &lt;/h2&gt;</w:t>
            </w:r>
          </w:p>
          <w:p w14:paraId="700E8F9A" w14:textId="77777777" w:rsidR="0030686F" w:rsidRPr="0030686F" w:rsidRDefault="0030686F" w:rsidP="0030686F">
            <w:pPr>
              <w:rPr>
                <w:rFonts w:ascii="Arial" w:hAnsi="Arial" w:cs="Arial"/>
                <w:lang w:val="en-GB"/>
              </w:rPr>
            </w:pPr>
            <w:r w:rsidRPr="0030686F">
              <w:rPr>
                <w:rFonts w:ascii="Arial" w:hAnsi="Arial" w:cs="Arial"/>
                <w:lang w:val="en-GB"/>
              </w:rPr>
              <w:t>    &lt;/div&gt;</w:t>
            </w:r>
          </w:p>
          <w:p w14:paraId="79A7FDEE" w14:textId="77777777" w:rsidR="0030686F" w:rsidRPr="0030686F" w:rsidRDefault="0030686F" w:rsidP="0030686F">
            <w:pPr>
              <w:rPr>
                <w:rFonts w:ascii="Arial" w:hAnsi="Arial" w:cs="Arial"/>
                <w:lang w:val="en-GB"/>
              </w:rPr>
            </w:pPr>
          </w:p>
          <w:p w14:paraId="3CC57E62" w14:textId="77777777" w:rsidR="0030686F" w:rsidRPr="0030686F" w:rsidRDefault="0030686F" w:rsidP="0030686F">
            <w:pPr>
              <w:rPr>
                <w:rFonts w:ascii="Arial" w:hAnsi="Arial" w:cs="Arial"/>
                <w:lang w:val="en-GB"/>
              </w:rPr>
            </w:pPr>
            <w:r w:rsidRPr="0030686F">
              <w:rPr>
                <w:rFonts w:ascii="Arial" w:hAnsi="Arial" w:cs="Arial"/>
                <w:lang w:val="en-GB"/>
              </w:rPr>
              <w:t>    &lt;div&gt;</w:t>
            </w:r>
          </w:p>
          <w:p w14:paraId="7F8E573B" w14:textId="77777777" w:rsidR="0030686F" w:rsidRPr="0030686F" w:rsidRDefault="0030686F" w:rsidP="0030686F">
            <w:pPr>
              <w:rPr>
                <w:rFonts w:ascii="Arial" w:hAnsi="Arial" w:cs="Arial"/>
                <w:lang w:val="en-GB"/>
              </w:rPr>
            </w:pPr>
            <w:r w:rsidRPr="0030686F">
              <w:rPr>
                <w:rFonts w:ascii="Arial" w:hAnsi="Arial" w:cs="Arial"/>
                <w:lang w:val="en-GB"/>
              </w:rPr>
              <w:t xml:space="preserve">        Find us on social </w:t>
            </w:r>
            <w:proofErr w:type="gramStart"/>
            <w:r w:rsidRPr="0030686F">
              <w:rPr>
                <w:rFonts w:ascii="Arial" w:hAnsi="Arial" w:cs="Arial"/>
                <w:lang w:val="en-GB"/>
              </w:rPr>
              <w:t>media</w:t>
            </w:r>
            <w:proofErr w:type="gramEnd"/>
          </w:p>
          <w:p w14:paraId="12B56647" w14:textId="77777777" w:rsidR="0030686F" w:rsidRPr="0030686F" w:rsidRDefault="0030686F" w:rsidP="0030686F">
            <w:pPr>
              <w:rPr>
                <w:rFonts w:ascii="Arial" w:hAnsi="Arial" w:cs="Arial"/>
                <w:lang w:val="en-GB"/>
              </w:rPr>
            </w:pPr>
            <w:r w:rsidRPr="0030686F">
              <w:rPr>
                <w:rFonts w:ascii="Arial" w:hAnsi="Arial" w:cs="Arial"/>
                <w:lang w:val="en-GB"/>
              </w:rPr>
              <w:t>        &lt;</w:t>
            </w:r>
            <w:proofErr w:type="spellStart"/>
            <w:r w:rsidRPr="0030686F">
              <w:rPr>
                <w:rFonts w:ascii="Arial" w:hAnsi="Arial" w:cs="Arial"/>
                <w:lang w:val="en-GB"/>
              </w:rPr>
              <w:t>br</w:t>
            </w:r>
            <w:proofErr w:type="spellEnd"/>
            <w:r w:rsidRPr="0030686F">
              <w:rPr>
                <w:rFonts w:ascii="Arial" w:hAnsi="Arial" w:cs="Arial"/>
                <w:lang w:val="en-GB"/>
              </w:rPr>
              <w:t>&gt;</w:t>
            </w:r>
          </w:p>
          <w:p w14:paraId="54215E60" w14:textId="77777777" w:rsidR="0030686F" w:rsidRPr="0030686F" w:rsidRDefault="0030686F" w:rsidP="0030686F">
            <w:pPr>
              <w:rPr>
                <w:rFonts w:ascii="Arial" w:hAnsi="Arial" w:cs="Arial"/>
                <w:lang w:val="en-GB"/>
              </w:rPr>
            </w:pPr>
          </w:p>
          <w:p w14:paraId="1F2E65A3" w14:textId="77777777" w:rsidR="0030686F" w:rsidRPr="0030686F" w:rsidRDefault="0030686F" w:rsidP="0030686F">
            <w:pPr>
              <w:rPr>
                <w:rFonts w:ascii="Arial" w:hAnsi="Arial" w:cs="Arial"/>
                <w:lang w:val="en-GB"/>
              </w:rPr>
            </w:pPr>
            <w:r w:rsidRPr="0030686F">
              <w:rPr>
                <w:rFonts w:ascii="Arial" w:hAnsi="Arial" w:cs="Arial"/>
                <w:lang w:val="en-GB"/>
              </w:rPr>
              <w:t>        &lt;img</w:t>
            </w:r>
          </w:p>
          <w:p w14:paraId="51FDF31C" w14:textId="77777777" w:rsidR="0030686F" w:rsidRPr="0030686F" w:rsidRDefault="0030686F" w:rsidP="0030686F">
            <w:pPr>
              <w:rPr>
                <w:rFonts w:ascii="Arial" w:hAnsi="Arial" w:cs="Arial"/>
                <w:lang w:val="en-GB"/>
              </w:rPr>
            </w:pPr>
            <w:r w:rsidRPr="0030686F">
              <w:rPr>
                <w:rFonts w:ascii="Arial" w:hAnsi="Arial" w:cs="Arial"/>
                <w:lang w:val="en-GB"/>
              </w:rPr>
              <w:t xml:space="preserve">            </w:t>
            </w:r>
            <w:proofErr w:type="spellStart"/>
            <w:r w:rsidRPr="0030686F">
              <w:rPr>
                <w:rFonts w:ascii="Arial" w:hAnsi="Arial" w:cs="Arial"/>
                <w:lang w:val="en-GB"/>
              </w:rPr>
              <w:t>src</w:t>
            </w:r>
            <w:proofErr w:type="spellEnd"/>
            <w:r w:rsidRPr="0030686F">
              <w:rPr>
                <w:rFonts w:ascii="Arial" w:hAnsi="Arial" w:cs="Arial"/>
                <w:lang w:val="en-GB"/>
              </w:rPr>
              <w:t>="./images/</w:t>
            </w:r>
            <w:proofErr w:type="spellStart"/>
            <w:r w:rsidRPr="0030686F">
              <w:rPr>
                <w:rFonts w:ascii="Arial" w:hAnsi="Arial" w:cs="Arial"/>
                <w:lang w:val="en-GB"/>
              </w:rPr>
              <w:t>socialm.jfif</w:t>
            </w:r>
            <w:proofErr w:type="spellEnd"/>
            <w:r w:rsidRPr="0030686F">
              <w:rPr>
                <w:rFonts w:ascii="Arial" w:hAnsi="Arial" w:cs="Arial"/>
                <w:lang w:val="en-GB"/>
              </w:rPr>
              <w:t>"</w:t>
            </w:r>
          </w:p>
          <w:p w14:paraId="16644B4C" w14:textId="77777777" w:rsidR="0030686F" w:rsidRPr="0030686F" w:rsidRDefault="0030686F" w:rsidP="0030686F">
            <w:pPr>
              <w:rPr>
                <w:rFonts w:ascii="Arial" w:hAnsi="Arial" w:cs="Arial"/>
                <w:lang w:val="en-GB"/>
              </w:rPr>
            </w:pPr>
            <w:r w:rsidRPr="0030686F">
              <w:rPr>
                <w:rFonts w:ascii="Arial" w:hAnsi="Arial" w:cs="Arial"/>
                <w:lang w:val="en-GB"/>
              </w:rPr>
              <w:t>            alt="Social media"</w:t>
            </w:r>
          </w:p>
          <w:p w14:paraId="20A95916" w14:textId="77777777" w:rsidR="0030686F" w:rsidRPr="0030686F" w:rsidRDefault="0030686F" w:rsidP="0030686F">
            <w:pPr>
              <w:rPr>
                <w:rFonts w:ascii="Arial" w:hAnsi="Arial" w:cs="Arial"/>
                <w:lang w:val="en-GB"/>
              </w:rPr>
            </w:pPr>
            <w:r w:rsidRPr="0030686F">
              <w:rPr>
                <w:rFonts w:ascii="Arial" w:hAnsi="Arial" w:cs="Arial"/>
                <w:lang w:val="en-GB"/>
              </w:rPr>
              <w:t>        &gt;</w:t>
            </w:r>
          </w:p>
          <w:p w14:paraId="1BCB567E" w14:textId="77777777" w:rsidR="0030686F" w:rsidRPr="0030686F" w:rsidRDefault="0030686F" w:rsidP="0030686F">
            <w:pPr>
              <w:rPr>
                <w:rFonts w:ascii="Arial" w:hAnsi="Arial" w:cs="Arial"/>
                <w:lang w:val="en-GB"/>
              </w:rPr>
            </w:pPr>
            <w:r w:rsidRPr="0030686F">
              <w:rPr>
                <w:rFonts w:ascii="Arial" w:hAnsi="Arial" w:cs="Arial"/>
                <w:lang w:val="en-GB"/>
              </w:rPr>
              <w:t>    &lt;/div&gt;</w:t>
            </w:r>
          </w:p>
          <w:p w14:paraId="62C1EDC6" w14:textId="77777777" w:rsidR="0030686F" w:rsidRPr="0030686F" w:rsidRDefault="0030686F" w:rsidP="0030686F">
            <w:pPr>
              <w:rPr>
                <w:rFonts w:ascii="Arial" w:hAnsi="Arial" w:cs="Arial"/>
                <w:lang w:val="en-GB"/>
              </w:rPr>
            </w:pPr>
          </w:p>
          <w:p w14:paraId="44CBA224" w14:textId="77777777" w:rsidR="0030686F" w:rsidRPr="0030686F" w:rsidRDefault="0030686F" w:rsidP="0030686F">
            <w:pPr>
              <w:rPr>
                <w:rFonts w:ascii="Arial" w:hAnsi="Arial" w:cs="Arial"/>
                <w:lang w:val="en-GB"/>
              </w:rPr>
            </w:pPr>
            <w:r w:rsidRPr="0030686F">
              <w:rPr>
                <w:rFonts w:ascii="Arial" w:hAnsi="Arial" w:cs="Arial"/>
                <w:lang w:val="en-GB"/>
              </w:rPr>
              <w:t>    &lt;div&gt;</w:t>
            </w:r>
          </w:p>
          <w:p w14:paraId="5318176B" w14:textId="77777777" w:rsidR="0030686F" w:rsidRPr="0030686F" w:rsidRDefault="0030686F" w:rsidP="0030686F">
            <w:pPr>
              <w:rPr>
                <w:rFonts w:ascii="Arial" w:hAnsi="Arial" w:cs="Arial"/>
                <w:lang w:val="en-GB"/>
              </w:rPr>
            </w:pPr>
            <w:r w:rsidRPr="0030686F">
              <w:rPr>
                <w:rFonts w:ascii="Arial" w:hAnsi="Arial" w:cs="Arial"/>
                <w:lang w:val="en-GB"/>
              </w:rPr>
              <w:t>        &lt;</w:t>
            </w:r>
            <w:proofErr w:type="spellStart"/>
            <w:r w:rsidRPr="0030686F">
              <w:rPr>
                <w:rFonts w:ascii="Arial" w:hAnsi="Arial" w:cs="Arial"/>
                <w:lang w:val="en-GB"/>
              </w:rPr>
              <w:t>br</w:t>
            </w:r>
            <w:proofErr w:type="spellEnd"/>
            <w:r w:rsidRPr="0030686F">
              <w:rPr>
                <w:rFonts w:ascii="Arial" w:hAnsi="Arial" w:cs="Arial"/>
                <w:lang w:val="en-GB"/>
              </w:rPr>
              <w:t>&gt;</w:t>
            </w:r>
          </w:p>
          <w:p w14:paraId="5E4743A1" w14:textId="77777777" w:rsidR="0030686F" w:rsidRPr="0030686F" w:rsidRDefault="0030686F" w:rsidP="0030686F">
            <w:pPr>
              <w:rPr>
                <w:rFonts w:ascii="Arial" w:hAnsi="Arial" w:cs="Arial"/>
                <w:lang w:val="en-GB"/>
              </w:rPr>
            </w:pPr>
            <w:r w:rsidRPr="0030686F">
              <w:rPr>
                <w:rFonts w:ascii="Arial" w:hAnsi="Arial" w:cs="Arial"/>
                <w:lang w:val="en-GB"/>
              </w:rPr>
              <w:t>        &lt;</w:t>
            </w:r>
            <w:proofErr w:type="spellStart"/>
            <w:r w:rsidRPr="0030686F">
              <w:rPr>
                <w:rFonts w:ascii="Arial" w:hAnsi="Arial" w:cs="Arial"/>
                <w:lang w:val="en-GB"/>
              </w:rPr>
              <w:t>br</w:t>
            </w:r>
            <w:proofErr w:type="spellEnd"/>
            <w:r w:rsidRPr="0030686F">
              <w:rPr>
                <w:rFonts w:ascii="Arial" w:hAnsi="Arial" w:cs="Arial"/>
                <w:lang w:val="en-GB"/>
              </w:rPr>
              <w:t>&gt;</w:t>
            </w:r>
          </w:p>
          <w:p w14:paraId="6EFA5692" w14:textId="77777777" w:rsidR="0030686F" w:rsidRPr="0030686F" w:rsidRDefault="0030686F" w:rsidP="0030686F">
            <w:pPr>
              <w:rPr>
                <w:rFonts w:ascii="Arial" w:hAnsi="Arial" w:cs="Arial"/>
                <w:lang w:val="en-GB"/>
              </w:rPr>
            </w:pPr>
          </w:p>
          <w:p w14:paraId="14D80C23" w14:textId="77777777" w:rsidR="0030686F" w:rsidRPr="0030686F" w:rsidRDefault="0030686F" w:rsidP="0030686F">
            <w:pPr>
              <w:rPr>
                <w:rFonts w:ascii="Arial" w:hAnsi="Arial" w:cs="Arial"/>
                <w:lang w:val="en-GB"/>
              </w:rPr>
            </w:pPr>
            <w:r w:rsidRPr="0030686F">
              <w:rPr>
                <w:rFonts w:ascii="Arial" w:hAnsi="Arial" w:cs="Arial"/>
                <w:lang w:val="en-GB"/>
              </w:rPr>
              <w:t>        &lt;a</w:t>
            </w:r>
          </w:p>
          <w:p w14:paraId="3F56602C" w14:textId="77777777" w:rsidR="0030686F" w:rsidRPr="0030686F" w:rsidRDefault="0030686F" w:rsidP="0030686F">
            <w:pPr>
              <w:rPr>
                <w:rFonts w:ascii="Arial" w:hAnsi="Arial" w:cs="Arial"/>
                <w:lang w:val="en-GB"/>
              </w:rPr>
            </w:pPr>
            <w:r w:rsidRPr="0030686F">
              <w:rPr>
                <w:rFonts w:ascii="Arial" w:hAnsi="Arial" w:cs="Arial"/>
                <w:lang w:val="en-GB"/>
              </w:rPr>
              <w:t>            class="link-success link-offset-2 link-underline-opacity-25 link-underline-opacity-100-hover"</w:t>
            </w:r>
          </w:p>
          <w:p w14:paraId="6FB4606F" w14:textId="77777777" w:rsidR="0030686F" w:rsidRPr="0030686F" w:rsidRDefault="0030686F" w:rsidP="0030686F">
            <w:pPr>
              <w:rPr>
                <w:rFonts w:ascii="Arial" w:hAnsi="Arial" w:cs="Arial"/>
                <w:lang w:val="en-GB"/>
              </w:rPr>
            </w:pPr>
            <w:r w:rsidRPr="0030686F">
              <w:rPr>
                <w:rFonts w:ascii="Arial" w:hAnsi="Arial" w:cs="Arial"/>
                <w:lang w:val="en-GB"/>
              </w:rPr>
              <w:t>            href="./index.html"</w:t>
            </w:r>
          </w:p>
          <w:p w14:paraId="75E4641A" w14:textId="77777777" w:rsidR="0030686F" w:rsidRPr="0030686F" w:rsidRDefault="0030686F" w:rsidP="0030686F">
            <w:pPr>
              <w:rPr>
                <w:rFonts w:ascii="Arial" w:hAnsi="Arial" w:cs="Arial"/>
                <w:lang w:val="en-GB"/>
              </w:rPr>
            </w:pPr>
            <w:r w:rsidRPr="0030686F">
              <w:rPr>
                <w:rFonts w:ascii="Arial" w:hAnsi="Arial" w:cs="Arial"/>
                <w:lang w:val="en-GB"/>
              </w:rPr>
              <w:t>        &gt;</w:t>
            </w:r>
          </w:p>
          <w:p w14:paraId="55E13B4C" w14:textId="77777777" w:rsidR="0030686F" w:rsidRPr="0030686F" w:rsidRDefault="0030686F" w:rsidP="0030686F">
            <w:pPr>
              <w:rPr>
                <w:rFonts w:ascii="Arial" w:hAnsi="Arial" w:cs="Arial"/>
                <w:lang w:val="en-GB"/>
              </w:rPr>
            </w:pPr>
            <w:r w:rsidRPr="0030686F">
              <w:rPr>
                <w:rFonts w:ascii="Arial" w:hAnsi="Arial" w:cs="Arial"/>
                <w:lang w:val="en-GB"/>
              </w:rPr>
              <w:t>            &amp;</w:t>
            </w:r>
            <w:proofErr w:type="spellStart"/>
            <w:r w:rsidRPr="0030686F">
              <w:rPr>
                <w:rFonts w:ascii="Arial" w:hAnsi="Arial" w:cs="Arial"/>
                <w:lang w:val="en-GB"/>
              </w:rPr>
              <w:t>lt</w:t>
            </w:r>
            <w:proofErr w:type="spellEnd"/>
            <w:r w:rsidRPr="0030686F">
              <w:rPr>
                <w:rFonts w:ascii="Arial" w:hAnsi="Arial" w:cs="Arial"/>
                <w:lang w:val="en-GB"/>
              </w:rPr>
              <w:t>;&amp;</w:t>
            </w:r>
            <w:proofErr w:type="spellStart"/>
            <w:r w:rsidRPr="0030686F">
              <w:rPr>
                <w:rFonts w:ascii="Arial" w:hAnsi="Arial" w:cs="Arial"/>
                <w:lang w:val="en-GB"/>
              </w:rPr>
              <w:t>lt</w:t>
            </w:r>
            <w:proofErr w:type="spellEnd"/>
            <w:r w:rsidRPr="0030686F">
              <w:rPr>
                <w:rFonts w:ascii="Arial" w:hAnsi="Arial" w:cs="Arial"/>
                <w:lang w:val="en-GB"/>
              </w:rPr>
              <w:t>; BACK &amp;</w:t>
            </w:r>
            <w:proofErr w:type="spellStart"/>
            <w:r w:rsidRPr="0030686F">
              <w:rPr>
                <w:rFonts w:ascii="Arial" w:hAnsi="Arial" w:cs="Arial"/>
                <w:lang w:val="en-GB"/>
              </w:rPr>
              <w:t>lt</w:t>
            </w:r>
            <w:proofErr w:type="spellEnd"/>
            <w:r w:rsidRPr="0030686F">
              <w:rPr>
                <w:rFonts w:ascii="Arial" w:hAnsi="Arial" w:cs="Arial"/>
                <w:lang w:val="en-GB"/>
              </w:rPr>
              <w:t>;&amp;</w:t>
            </w:r>
            <w:proofErr w:type="spellStart"/>
            <w:proofErr w:type="gramStart"/>
            <w:r w:rsidRPr="0030686F">
              <w:rPr>
                <w:rFonts w:ascii="Arial" w:hAnsi="Arial" w:cs="Arial"/>
                <w:lang w:val="en-GB"/>
              </w:rPr>
              <w:t>lt</w:t>
            </w:r>
            <w:proofErr w:type="spellEnd"/>
            <w:r w:rsidRPr="0030686F">
              <w:rPr>
                <w:rFonts w:ascii="Arial" w:hAnsi="Arial" w:cs="Arial"/>
                <w:lang w:val="en-GB"/>
              </w:rPr>
              <w:t>;</w:t>
            </w:r>
            <w:proofErr w:type="gramEnd"/>
          </w:p>
          <w:p w14:paraId="3CACA435" w14:textId="77777777" w:rsidR="0030686F" w:rsidRPr="0030686F" w:rsidRDefault="0030686F" w:rsidP="0030686F">
            <w:pPr>
              <w:rPr>
                <w:rFonts w:ascii="Arial" w:hAnsi="Arial" w:cs="Arial"/>
                <w:lang w:val="en-GB"/>
              </w:rPr>
            </w:pPr>
            <w:r w:rsidRPr="0030686F">
              <w:rPr>
                <w:rFonts w:ascii="Arial" w:hAnsi="Arial" w:cs="Arial"/>
                <w:lang w:val="en-GB"/>
              </w:rPr>
              <w:t>        &lt;/a&gt;</w:t>
            </w:r>
          </w:p>
          <w:p w14:paraId="462457AD" w14:textId="77777777" w:rsidR="0030686F" w:rsidRPr="0030686F" w:rsidRDefault="0030686F" w:rsidP="0030686F">
            <w:pPr>
              <w:rPr>
                <w:rFonts w:ascii="Arial" w:hAnsi="Arial" w:cs="Arial"/>
                <w:lang w:val="en-GB"/>
              </w:rPr>
            </w:pPr>
            <w:r w:rsidRPr="0030686F">
              <w:rPr>
                <w:rFonts w:ascii="Arial" w:hAnsi="Arial" w:cs="Arial"/>
                <w:lang w:val="en-GB"/>
              </w:rPr>
              <w:t>    &lt;/div&gt;</w:t>
            </w:r>
          </w:p>
          <w:p w14:paraId="7B445A31" w14:textId="77777777" w:rsidR="0030686F" w:rsidRPr="0030686F" w:rsidRDefault="0030686F" w:rsidP="0030686F">
            <w:pPr>
              <w:rPr>
                <w:rFonts w:ascii="Arial" w:hAnsi="Arial" w:cs="Arial"/>
                <w:lang w:val="en-GB"/>
              </w:rPr>
            </w:pPr>
          </w:p>
          <w:p w14:paraId="0844FB8C" w14:textId="77777777" w:rsidR="0030686F" w:rsidRPr="0030686F" w:rsidRDefault="0030686F" w:rsidP="0030686F">
            <w:pPr>
              <w:rPr>
                <w:rFonts w:ascii="Arial" w:hAnsi="Arial" w:cs="Arial"/>
                <w:lang w:val="en-GB"/>
              </w:rPr>
            </w:pPr>
            <w:r w:rsidRPr="0030686F">
              <w:rPr>
                <w:rFonts w:ascii="Arial" w:hAnsi="Arial" w:cs="Arial"/>
                <w:lang w:val="en-GB"/>
              </w:rPr>
              <w:t>&lt;/center&gt;</w:t>
            </w:r>
          </w:p>
          <w:p w14:paraId="5972D325" w14:textId="77777777" w:rsidR="0030686F" w:rsidRPr="0030686F" w:rsidRDefault="0030686F" w:rsidP="0030686F">
            <w:pPr>
              <w:rPr>
                <w:rFonts w:ascii="Arial" w:hAnsi="Arial" w:cs="Arial"/>
                <w:lang w:val="en-GB"/>
              </w:rPr>
            </w:pPr>
            <w:r w:rsidRPr="0030686F">
              <w:rPr>
                <w:rFonts w:ascii="Arial" w:hAnsi="Arial" w:cs="Arial"/>
                <w:lang w:val="en-GB"/>
              </w:rPr>
              <w:t>&lt;/body&gt;</w:t>
            </w:r>
          </w:p>
          <w:p w14:paraId="251B0F81" w14:textId="77777777" w:rsidR="0030686F" w:rsidRPr="0030686F" w:rsidRDefault="0030686F" w:rsidP="0030686F">
            <w:pPr>
              <w:rPr>
                <w:rFonts w:ascii="Arial" w:hAnsi="Arial" w:cs="Arial"/>
                <w:lang w:val="en-GB"/>
              </w:rPr>
            </w:pPr>
          </w:p>
          <w:p w14:paraId="5FEBA9BC" w14:textId="28B48448" w:rsidR="007B552C" w:rsidRPr="0030686F" w:rsidRDefault="0030686F">
            <w:pPr>
              <w:rPr>
                <w:rFonts w:ascii="Arial" w:hAnsi="Arial" w:cs="Arial"/>
                <w:lang w:val="en-GB"/>
              </w:rPr>
            </w:pPr>
            <w:r w:rsidRPr="0030686F">
              <w:rPr>
                <w:rFonts w:ascii="Arial" w:hAnsi="Arial" w:cs="Arial"/>
                <w:lang w:val="en-GB"/>
              </w:rPr>
              <w:t>&lt;/html&gt;</w:t>
            </w:r>
          </w:p>
        </w:tc>
      </w:tr>
    </w:tbl>
    <w:p w14:paraId="2272A2E4" w14:textId="77777777" w:rsidR="00304674" w:rsidRDefault="00304674" w:rsidP="00B67EF7">
      <w:pPr>
        <w:rPr>
          <w:rFonts w:ascii="Arial" w:hAnsi="Arial" w:cs="Arial"/>
        </w:rPr>
      </w:pPr>
    </w:p>
    <w:sectPr w:rsidR="00304674" w:rsidSect="009F58D6">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82365401">
    <w:abstractNumId w:val="8"/>
  </w:num>
  <w:num w:numId="2" w16cid:durableId="315574046">
    <w:abstractNumId w:val="6"/>
  </w:num>
  <w:num w:numId="3" w16cid:durableId="4290089">
    <w:abstractNumId w:val="5"/>
  </w:num>
  <w:num w:numId="4" w16cid:durableId="953637713">
    <w:abstractNumId w:val="4"/>
  </w:num>
  <w:num w:numId="5" w16cid:durableId="1737779676">
    <w:abstractNumId w:val="7"/>
  </w:num>
  <w:num w:numId="6" w16cid:durableId="1146243943">
    <w:abstractNumId w:val="3"/>
  </w:num>
  <w:num w:numId="7" w16cid:durableId="462845436">
    <w:abstractNumId w:val="2"/>
  </w:num>
  <w:num w:numId="8" w16cid:durableId="1958561677">
    <w:abstractNumId w:val="1"/>
  </w:num>
  <w:num w:numId="9" w16cid:durableId="281351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40BE"/>
    <w:rsid w:val="00024A4E"/>
    <w:rsid w:val="00034616"/>
    <w:rsid w:val="00053817"/>
    <w:rsid w:val="0005617D"/>
    <w:rsid w:val="0006063C"/>
    <w:rsid w:val="000653CB"/>
    <w:rsid w:val="000B59B0"/>
    <w:rsid w:val="000C79D3"/>
    <w:rsid w:val="000F3F13"/>
    <w:rsid w:val="000F4915"/>
    <w:rsid w:val="00134AF8"/>
    <w:rsid w:val="0015074B"/>
    <w:rsid w:val="00161BA7"/>
    <w:rsid w:val="0017124C"/>
    <w:rsid w:val="001975A5"/>
    <w:rsid w:val="001B3368"/>
    <w:rsid w:val="001B62B1"/>
    <w:rsid w:val="001C1B67"/>
    <w:rsid w:val="00215EE8"/>
    <w:rsid w:val="0023498B"/>
    <w:rsid w:val="00295A15"/>
    <w:rsid w:val="0029639D"/>
    <w:rsid w:val="002A362C"/>
    <w:rsid w:val="002D1929"/>
    <w:rsid w:val="002F6C5B"/>
    <w:rsid w:val="0030369B"/>
    <w:rsid w:val="00304674"/>
    <w:rsid w:val="0030686F"/>
    <w:rsid w:val="00307799"/>
    <w:rsid w:val="00321826"/>
    <w:rsid w:val="00325FB6"/>
    <w:rsid w:val="00326F90"/>
    <w:rsid w:val="00335A8B"/>
    <w:rsid w:val="00343697"/>
    <w:rsid w:val="00390A33"/>
    <w:rsid w:val="003A02AF"/>
    <w:rsid w:val="003D21C1"/>
    <w:rsid w:val="003D7D9E"/>
    <w:rsid w:val="003E1C6F"/>
    <w:rsid w:val="00451AF1"/>
    <w:rsid w:val="00466437"/>
    <w:rsid w:val="004A072C"/>
    <w:rsid w:val="004A2839"/>
    <w:rsid w:val="004A43E2"/>
    <w:rsid w:val="004A7A9C"/>
    <w:rsid w:val="004E7EC9"/>
    <w:rsid w:val="005266D3"/>
    <w:rsid w:val="00582C95"/>
    <w:rsid w:val="00591D48"/>
    <w:rsid w:val="005A3A08"/>
    <w:rsid w:val="005D2B80"/>
    <w:rsid w:val="005E11A7"/>
    <w:rsid w:val="005E196F"/>
    <w:rsid w:val="005E26B3"/>
    <w:rsid w:val="005E3ACB"/>
    <w:rsid w:val="005F4433"/>
    <w:rsid w:val="0060004A"/>
    <w:rsid w:val="006012AD"/>
    <w:rsid w:val="00610D47"/>
    <w:rsid w:val="00621033"/>
    <w:rsid w:val="006241BA"/>
    <w:rsid w:val="0063327C"/>
    <w:rsid w:val="00637D09"/>
    <w:rsid w:val="00657C4E"/>
    <w:rsid w:val="00660A48"/>
    <w:rsid w:val="006672A1"/>
    <w:rsid w:val="00687EF4"/>
    <w:rsid w:val="006B7BE4"/>
    <w:rsid w:val="006D512C"/>
    <w:rsid w:val="00713AE4"/>
    <w:rsid w:val="00757172"/>
    <w:rsid w:val="00762389"/>
    <w:rsid w:val="00774894"/>
    <w:rsid w:val="007821F8"/>
    <w:rsid w:val="00792B6B"/>
    <w:rsid w:val="00794456"/>
    <w:rsid w:val="007961D2"/>
    <w:rsid w:val="007B2B72"/>
    <w:rsid w:val="007B552C"/>
    <w:rsid w:val="007C0DFF"/>
    <w:rsid w:val="007C247F"/>
    <w:rsid w:val="007C3A87"/>
    <w:rsid w:val="007D62CF"/>
    <w:rsid w:val="007E2620"/>
    <w:rsid w:val="007E4183"/>
    <w:rsid w:val="007E7713"/>
    <w:rsid w:val="007F343F"/>
    <w:rsid w:val="007F4C92"/>
    <w:rsid w:val="00800845"/>
    <w:rsid w:val="008310E9"/>
    <w:rsid w:val="00843EA7"/>
    <w:rsid w:val="0085427B"/>
    <w:rsid w:val="00854B21"/>
    <w:rsid w:val="0087205B"/>
    <w:rsid w:val="0087216C"/>
    <w:rsid w:val="0087546F"/>
    <w:rsid w:val="00890863"/>
    <w:rsid w:val="00894DE9"/>
    <w:rsid w:val="008C23CD"/>
    <w:rsid w:val="008E5CE2"/>
    <w:rsid w:val="008F4B2B"/>
    <w:rsid w:val="008F6FE8"/>
    <w:rsid w:val="00902FD0"/>
    <w:rsid w:val="00931052"/>
    <w:rsid w:val="009435FF"/>
    <w:rsid w:val="0097699A"/>
    <w:rsid w:val="00991B03"/>
    <w:rsid w:val="00997556"/>
    <w:rsid w:val="009B7F73"/>
    <w:rsid w:val="009C251B"/>
    <w:rsid w:val="009D3D55"/>
    <w:rsid w:val="009E233F"/>
    <w:rsid w:val="009F1A57"/>
    <w:rsid w:val="009F58D6"/>
    <w:rsid w:val="00A151C0"/>
    <w:rsid w:val="00A16C9A"/>
    <w:rsid w:val="00A17F23"/>
    <w:rsid w:val="00A226E4"/>
    <w:rsid w:val="00A30F96"/>
    <w:rsid w:val="00A36F34"/>
    <w:rsid w:val="00A5451F"/>
    <w:rsid w:val="00A95445"/>
    <w:rsid w:val="00AA1D8D"/>
    <w:rsid w:val="00AA423F"/>
    <w:rsid w:val="00AC14CC"/>
    <w:rsid w:val="00AD1B49"/>
    <w:rsid w:val="00AE23BB"/>
    <w:rsid w:val="00B02321"/>
    <w:rsid w:val="00B177D3"/>
    <w:rsid w:val="00B26B9B"/>
    <w:rsid w:val="00B329EC"/>
    <w:rsid w:val="00B3637F"/>
    <w:rsid w:val="00B45084"/>
    <w:rsid w:val="00B47730"/>
    <w:rsid w:val="00B55DB2"/>
    <w:rsid w:val="00B61020"/>
    <w:rsid w:val="00B6373F"/>
    <w:rsid w:val="00B66D33"/>
    <w:rsid w:val="00B67EF7"/>
    <w:rsid w:val="00B704D2"/>
    <w:rsid w:val="00B70720"/>
    <w:rsid w:val="00B958DD"/>
    <w:rsid w:val="00BA423E"/>
    <w:rsid w:val="00BB7EBE"/>
    <w:rsid w:val="00BC44E5"/>
    <w:rsid w:val="00BD0657"/>
    <w:rsid w:val="00BE0B51"/>
    <w:rsid w:val="00C004FB"/>
    <w:rsid w:val="00C04A4D"/>
    <w:rsid w:val="00C25F5E"/>
    <w:rsid w:val="00C25F74"/>
    <w:rsid w:val="00C51A6D"/>
    <w:rsid w:val="00C611D0"/>
    <w:rsid w:val="00C73EAA"/>
    <w:rsid w:val="00C8467E"/>
    <w:rsid w:val="00C87701"/>
    <w:rsid w:val="00CA39F6"/>
    <w:rsid w:val="00CB0664"/>
    <w:rsid w:val="00CB7301"/>
    <w:rsid w:val="00CC6504"/>
    <w:rsid w:val="00CD1DFE"/>
    <w:rsid w:val="00CE0BE1"/>
    <w:rsid w:val="00CF4DFA"/>
    <w:rsid w:val="00D23AA4"/>
    <w:rsid w:val="00D920AE"/>
    <w:rsid w:val="00DA2254"/>
    <w:rsid w:val="00DA2522"/>
    <w:rsid w:val="00DB27DC"/>
    <w:rsid w:val="00DE3F4F"/>
    <w:rsid w:val="00DF3C3C"/>
    <w:rsid w:val="00DF7F93"/>
    <w:rsid w:val="00E043D7"/>
    <w:rsid w:val="00E0565D"/>
    <w:rsid w:val="00E06B13"/>
    <w:rsid w:val="00E30F53"/>
    <w:rsid w:val="00E41928"/>
    <w:rsid w:val="00E75292"/>
    <w:rsid w:val="00E93A7B"/>
    <w:rsid w:val="00E9637B"/>
    <w:rsid w:val="00EA2264"/>
    <w:rsid w:val="00EB1E55"/>
    <w:rsid w:val="00ED09DD"/>
    <w:rsid w:val="00ED66DF"/>
    <w:rsid w:val="00ED67C7"/>
    <w:rsid w:val="00F020B1"/>
    <w:rsid w:val="00F32B85"/>
    <w:rsid w:val="00F57227"/>
    <w:rsid w:val="00F66065"/>
    <w:rsid w:val="00F90B7D"/>
    <w:rsid w:val="00F92DC8"/>
    <w:rsid w:val="00F9332C"/>
    <w:rsid w:val="00F9784F"/>
    <w:rsid w:val="00FA51C2"/>
    <w:rsid w:val="00FC693F"/>
    <w:rsid w:val="00FE26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603FC5"/>
  <w14:defaultImageDpi w14:val="300"/>
  <w15:docId w15:val="{FD229401-61A9-4956-8699-5DAABE3BB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B51"/>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9F58D6"/>
  </w:style>
  <w:style w:type="character" w:styleId="Hyperlink">
    <w:name w:val="Hyperlink"/>
    <w:basedOn w:val="DefaultParagraphFont"/>
    <w:uiPriority w:val="99"/>
    <w:unhideWhenUsed/>
    <w:rsid w:val="00390A33"/>
    <w:rPr>
      <w:color w:val="0000FF" w:themeColor="hyperlink"/>
      <w:u w:val="single"/>
    </w:rPr>
  </w:style>
  <w:style w:type="character" w:styleId="UnresolvedMention">
    <w:name w:val="Unresolved Mention"/>
    <w:basedOn w:val="DefaultParagraphFont"/>
    <w:uiPriority w:val="99"/>
    <w:semiHidden/>
    <w:unhideWhenUsed/>
    <w:rsid w:val="00390A33"/>
    <w:rPr>
      <w:color w:val="605E5C"/>
      <w:shd w:val="clear" w:color="auto" w:fill="E1DFDD"/>
    </w:rPr>
  </w:style>
  <w:style w:type="paragraph" w:styleId="TOC1">
    <w:name w:val="toc 1"/>
    <w:basedOn w:val="Normal"/>
    <w:next w:val="Normal"/>
    <w:autoRedefine/>
    <w:uiPriority w:val="39"/>
    <w:unhideWhenUsed/>
    <w:rsid w:val="0063327C"/>
    <w:pPr>
      <w:spacing w:after="100"/>
    </w:pPr>
  </w:style>
  <w:style w:type="paragraph" w:styleId="TOC2">
    <w:name w:val="toc 2"/>
    <w:basedOn w:val="Normal"/>
    <w:next w:val="Normal"/>
    <w:autoRedefine/>
    <w:uiPriority w:val="39"/>
    <w:unhideWhenUsed/>
    <w:rsid w:val="0063327C"/>
    <w:pPr>
      <w:spacing w:after="100"/>
      <w:ind w:left="220"/>
    </w:pPr>
  </w:style>
  <w:style w:type="paragraph" w:styleId="TOC3">
    <w:name w:val="toc 3"/>
    <w:basedOn w:val="Normal"/>
    <w:next w:val="Normal"/>
    <w:autoRedefine/>
    <w:uiPriority w:val="39"/>
    <w:unhideWhenUsed/>
    <w:rsid w:val="0063327C"/>
    <w:pPr>
      <w:spacing w:after="100"/>
      <w:ind w:left="440"/>
    </w:pPr>
  </w:style>
  <w:style w:type="paragraph" w:styleId="Bibliography">
    <w:name w:val="Bibliography"/>
    <w:basedOn w:val="Normal"/>
    <w:next w:val="Normal"/>
    <w:uiPriority w:val="37"/>
    <w:unhideWhenUsed/>
    <w:rsid w:val="0063327C"/>
  </w:style>
  <w:style w:type="character" w:styleId="FollowedHyperlink">
    <w:name w:val="FollowedHyperlink"/>
    <w:basedOn w:val="DefaultParagraphFont"/>
    <w:uiPriority w:val="99"/>
    <w:semiHidden/>
    <w:unhideWhenUsed/>
    <w:rsid w:val="00F66065"/>
    <w:rPr>
      <w:color w:val="800080" w:themeColor="followedHyperlink"/>
      <w:u w:val="single"/>
    </w:rPr>
  </w:style>
  <w:style w:type="paragraph" w:customStyle="1" w:styleId="msonormal0">
    <w:name w:val="msonormal"/>
    <w:basedOn w:val="Normal"/>
    <w:rsid w:val="00CB7301"/>
    <w:pPr>
      <w:spacing w:before="100" w:beforeAutospacing="1" w:after="100" w:afterAutospacing="1" w:line="240" w:lineRule="auto"/>
    </w:pPr>
    <w:rPr>
      <w:rFonts w:ascii="Times New Roman" w:eastAsia="Times New Roman" w:hAnsi="Times New Roman" w:cs="Times New Roman"/>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534783">
      <w:bodyDiv w:val="1"/>
      <w:marLeft w:val="0"/>
      <w:marRight w:val="0"/>
      <w:marTop w:val="0"/>
      <w:marBottom w:val="0"/>
      <w:divBdr>
        <w:top w:val="none" w:sz="0" w:space="0" w:color="auto"/>
        <w:left w:val="none" w:sz="0" w:space="0" w:color="auto"/>
        <w:bottom w:val="none" w:sz="0" w:space="0" w:color="auto"/>
        <w:right w:val="none" w:sz="0" w:space="0" w:color="auto"/>
      </w:divBdr>
    </w:div>
    <w:div w:id="268632792">
      <w:bodyDiv w:val="1"/>
      <w:marLeft w:val="0"/>
      <w:marRight w:val="0"/>
      <w:marTop w:val="0"/>
      <w:marBottom w:val="0"/>
      <w:divBdr>
        <w:top w:val="none" w:sz="0" w:space="0" w:color="auto"/>
        <w:left w:val="none" w:sz="0" w:space="0" w:color="auto"/>
        <w:bottom w:val="none" w:sz="0" w:space="0" w:color="auto"/>
        <w:right w:val="none" w:sz="0" w:space="0" w:color="auto"/>
      </w:divBdr>
    </w:div>
    <w:div w:id="321392640">
      <w:bodyDiv w:val="1"/>
      <w:marLeft w:val="0"/>
      <w:marRight w:val="0"/>
      <w:marTop w:val="0"/>
      <w:marBottom w:val="0"/>
      <w:divBdr>
        <w:top w:val="none" w:sz="0" w:space="0" w:color="auto"/>
        <w:left w:val="none" w:sz="0" w:space="0" w:color="auto"/>
        <w:bottom w:val="none" w:sz="0" w:space="0" w:color="auto"/>
        <w:right w:val="none" w:sz="0" w:space="0" w:color="auto"/>
      </w:divBdr>
    </w:div>
    <w:div w:id="463430444">
      <w:bodyDiv w:val="1"/>
      <w:marLeft w:val="0"/>
      <w:marRight w:val="0"/>
      <w:marTop w:val="0"/>
      <w:marBottom w:val="0"/>
      <w:divBdr>
        <w:top w:val="none" w:sz="0" w:space="0" w:color="auto"/>
        <w:left w:val="none" w:sz="0" w:space="0" w:color="auto"/>
        <w:bottom w:val="none" w:sz="0" w:space="0" w:color="auto"/>
        <w:right w:val="none" w:sz="0" w:space="0" w:color="auto"/>
      </w:divBdr>
    </w:div>
    <w:div w:id="513231878">
      <w:bodyDiv w:val="1"/>
      <w:marLeft w:val="0"/>
      <w:marRight w:val="0"/>
      <w:marTop w:val="0"/>
      <w:marBottom w:val="0"/>
      <w:divBdr>
        <w:top w:val="none" w:sz="0" w:space="0" w:color="auto"/>
        <w:left w:val="none" w:sz="0" w:space="0" w:color="auto"/>
        <w:bottom w:val="none" w:sz="0" w:space="0" w:color="auto"/>
        <w:right w:val="none" w:sz="0" w:space="0" w:color="auto"/>
      </w:divBdr>
    </w:div>
    <w:div w:id="688488186">
      <w:bodyDiv w:val="1"/>
      <w:marLeft w:val="0"/>
      <w:marRight w:val="0"/>
      <w:marTop w:val="0"/>
      <w:marBottom w:val="0"/>
      <w:divBdr>
        <w:top w:val="none" w:sz="0" w:space="0" w:color="auto"/>
        <w:left w:val="none" w:sz="0" w:space="0" w:color="auto"/>
        <w:bottom w:val="none" w:sz="0" w:space="0" w:color="auto"/>
        <w:right w:val="none" w:sz="0" w:space="0" w:color="auto"/>
      </w:divBdr>
    </w:div>
    <w:div w:id="761609477">
      <w:bodyDiv w:val="1"/>
      <w:marLeft w:val="0"/>
      <w:marRight w:val="0"/>
      <w:marTop w:val="0"/>
      <w:marBottom w:val="0"/>
      <w:divBdr>
        <w:top w:val="none" w:sz="0" w:space="0" w:color="auto"/>
        <w:left w:val="none" w:sz="0" w:space="0" w:color="auto"/>
        <w:bottom w:val="none" w:sz="0" w:space="0" w:color="auto"/>
        <w:right w:val="none" w:sz="0" w:space="0" w:color="auto"/>
      </w:divBdr>
    </w:div>
    <w:div w:id="927690844">
      <w:bodyDiv w:val="1"/>
      <w:marLeft w:val="0"/>
      <w:marRight w:val="0"/>
      <w:marTop w:val="0"/>
      <w:marBottom w:val="0"/>
      <w:divBdr>
        <w:top w:val="none" w:sz="0" w:space="0" w:color="auto"/>
        <w:left w:val="none" w:sz="0" w:space="0" w:color="auto"/>
        <w:bottom w:val="none" w:sz="0" w:space="0" w:color="auto"/>
        <w:right w:val="none" w:sz="0" w:space="0" w:color="auto"/>
      </w:divBdr>
    </w:div>
    <w:div w:id="1009722153">
      <w:bodyDiv w:val="1"/>
      <w:marLeft w:val="0"/>
      <w:marRight w:val="0"/>
      <w:marTop w:val="0"/>
      <w:marBottom w:val="0"/>
      <w:divBdr>
        <w:top w:val="none" w:sz="0" w:space="0" w:color="auto"/>
        <w:left w:val="none" w:sz="0" w:space="0" w:color="auto"/>
        <w:bottom w:val="none" w:sz="0" w:space="0" w:color="auto"/>
        <w:right w:val="none" w:sz="0" w:space="0" w:color="auto"/>
      </w:divBdr>
    </w:div>
    <w:div w:id="1044060529">
      <w:bodyDiv w:val="1"/>
      <w:marLeft w:val="0"/>
      <w:marRight w:val="0"/>
      <w:marTop w:val="0"/>
      <w:marBottom w:val="0"/>
      <w:divBdr>
        <w:top w:val="none" w:sz="0" w:space="0" w:color="auto"/>
        <w:left w:val="none" w:sz="0" w:space="0" w:color="auto"/>
        <w:bottom w:val="none" w:sz="0" w:space="0" w:color="auto"/>
        <w:right w:val="none" w:sz="0" w:space="0" w:color="auto"/>
      </w:divBdr>
    </w:div>
    <w:div w:id="20598929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hyperlink" Target="https://getbootstrap.com/" TargetMode="External"/><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tyles" Target="styles.xml"/><Relationship Id="rId9" Type="http://schemas.openxmlformats.org/officeDocument/2006/relationships/hyperlink" Target="https://developer.mozilla.org/en-US/docs/Web/HTML"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 Leonardo Iwasaki
Student ID: 2531571
Submission Date: 14/08/2026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Ale261</b:Tag>
    <b:SourceType>InternetSite</b:SourceType>
    <b:Guid>{DD5581E7-C8DD-47AC-9C3C-8CF1FFE435A3}</b:Guid>
    <b:Author>
      <b:Author>
        <b:NameList>
          <b:Person>
            <b:Last>Lindley</b:Last>
            <b:First>Alex</b:First>
          </b:Person>
        </b:NameList>
      </b:Author>
    </b:Author>
    <b:Title>semrush.com</b:Title>
    <b:ProductionCompany>semrush</b:ProductionCompany>
    <b:Year>2026</b:Year>
    <b:Month>01</b:Month>
    <b:Day>05</b:Day>
    <b:YearAccessed>10</b:YearAccessed>
    <b:MonthAccessed>08</b:MonthAccessed>
    <b:DayAccessed>20026</b:DayAccessed>
    <b:URL>https://www.semrush.com/blog/xml-sitemap/?g_acctid=152-012-3634&amp;g_adid=676232816874&amp;g_adgroupid=149553966170&amp;g_network=g&amp;g_adtype=search&amp;g_keyword=&amp;g_keywordid=dsa-2185834088336&amp;g_campaignid=18352326857&amp;g_campaign=UK_SRCH_DSA_Blog_EN&amp;kw=&amp;cmp=UK_SRCH_DSA_B</b:URL>
    <b:RefOrder>4</b:RefOrder>
  </b:Source>
  <b:Source>
    <b:Tag>Geo25</b:Tag>
    <b:SourceType>InternetSite</b:SourceType>
    <b:Guid>{D9E2A57B-CCC2-40CD-8C1B-06AA6410D471}</b:Guid>
    <b:Author>
      <b:Author>
        <b:NameList>
          <b:Person>
            <b:Last>Kowalewski</b:Last>
            <b:First>George</b:First>
          </b:Person>
        </b:NameList>
      </b:Author>
    </b:Author>
    <b:Title>https://www.expre.co.uk/</b:Title>
    <b:ProductionCompany>expre.co.uk</b:ProductionCompany>
    <b:Year>2025</b:Year>
    <b:Month>11</b:Month>
    <b:Day>18</b:Day>
    <b:YearAccessed>2026</b:YearAccessed>
    <b:MonthAccessed>07</b:MonthAccessed>
    <b:DayAccessed>10</b:DayAccessed>
    <b:URL>https://www.expre.co.uk/how-to-evaluate-a-website/</b:URL>
    <b:RefOrder>3</b:RefOrder>
  </b:Source>
  <b:Source>
    <b:Tag>Aki21</b:Tag>
    <b:SourceType>InternetSite</b:SourceType>
    <b:Guid>{EBCD5C9D-1950-4F7E-B942-2C45C83BBCDD}</b:Guid>
    <b:Author>
      <b:Author>
        <b:NameList>
          <b:Person>
            <b:Last>Hanashiro</b:Last>
            <b:First>Akira</b:First>
          </b:Person>
        </b:NameList>
      </b:Author>
    </b:Author>
    <b:Title>treinaweb</b:Title>
    <b:ProductionCompany>treinaweb</b:ProductionCompany>
    <b:Year>2021</b:Year>
    <b:YearAccessed>2026</b:YearAccessed>
    <b:MonthAccessed>07</b:MonthAccessed>
    <b:DayAccessed>10</b:DayAccessed>
    <b:URL>https://www.treinaweb.com.br/blog/vs-code-o-que-e-e-por-que-voce-deve-usar</b:URL>
    <b:RefOrder>1</b:RefOrder>
  </b:Source>
  <b:Source>
    <b:Tag>Goo26</b:Tag>
    <b:SourceType>InternetSite</b:SourceType>
    <b:Guid>{E8586BE8-7325-4B41-ABC8-701E7E8EBCD1}</b:Guid>
    <b:Author>
      <b:Author>
        <b:NameList>
          <b:Person>
            <b:Last>Google</b:Last>
          </b:Person>
        </b:NameList>
      </b:Author>
    </b:Author>
    <b:Title>developers.google.com</b:Title>
    <b:ProductionCompany>Google</b:ProductionCompany>
    <b:YearAccessed>2026</b:YearAccessed>
    <b:MonthAccessed>07</b:MonthAccessed>
    <b:URL>https://developers.google.com/search/docs/fundamentals/seo-starter-guide</b:URL>
    <b:RefOrder>2</b:RefOrder>
  </b:Source>
  <b:Source>
    <b:Tag>Dyl25</b:Tag>
    <b:SourceType>InternetSite</b:SourceType>
    <b:Guid>{48F993AB-45F7-4069-8B84-F12BE219E41D}</b:Guid>
    <b:Author>
      <b:Author>
        <b:NameList>
          <b:Person>
            <b:Last>Sun</b:Last>
            <b:First>Dylan</b:First>
          </b:Person>
        </b:NameList>
      </b:Author>
    </b:Author>
    <b:Title>https://www.equinetacademy.com/</b:Title>
    <b:ProductionCompany>equinetacademy</b:ProductionCompany>
    <b:Year>2025</b:Year>
    <b:Month>26</b:Month>
    <b:Day>07</b:Day>
    <b:YearAccessed>2026</b:YearAccessed>
    <b:MonthAccessed>08</b:MonthAccessed>
    <b:DayAccessed>10</b:DayAccessed>
    <b:URL>https://www.equinetacademy.com/blog/seo-vs-sem/</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BDC81F-7CD8-4BB3-A2B9-45647CF8C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1391</TotalTime>
  <Pages>64</Pages>
  <Words>8071</Words>
  <Characters>46008</Characters>
  <Application>Microsoft Office Word</Application>
  <DocSecurity>0</DocSecurity>
  <Lines>383</Lines>
  <Paragraphs>107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53972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HTML &amp; CSS Web Development</dc:subject>
  <dc:creator>UWTSD</dc:creator>
  <cp:keywords/>
  <dc:description>generated by python-docx</dc:description>
  <cp:lastModifiedBy>Leonardo Iwasaki (2531571)</cp:lastModifiedBy>
  <cp:revision>146</cp:revision>
  <dcterms:created xsi:type="dcterms:W3CDTF">2026-08-11T23:10:00Z</dcterms:created>
  <dcterms:modified xsi:type="dcterms:W3CDTF">2026-08-13T16:10:00Z</dcterms:modified>
  <cp:category/>
</cp:coreProperties>
</file>