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9669F" w14:textId="77777777" w:rsidR="009A59F4" w:rsidRDefault="00147BD0">
      <w:pPr>
        <w:pStyle w:val="Heading1"/>
      </w:pPr>
      <w:r>
        <w:t>Outdoor Training Risk Assessment Task Sheet</w:t>
      </w:r>
    </w:p>
    <w:p w14:paraId="21A2CF89" w14:textId="77777777" w:rsidR="009A59F4" w:rsidRDefault="00147BD0">
      <w:r>
        <w:t>Instructions:</w:t>
      </w:r>
    </w:p>
    <w:p w14:paraId="7E007237" w14:textId="77777777" w:rsidR="009A59F4" w:rsidRDefault="00147BD0">
      <w:r>
        <w:t>This task requires you to complete a risk assessment for a small-group training session in the outdoor fitness area. You should identify potential hazards, evaluate risks, and propose realistic control measures.</w:t>
      </w:r>
    </w:p>
    <w:p w14:paraId="722A91B4" w14:textId="77777777" w:rsidR="009A59F4" w:rsidRDefault="00147BD0">
      <w:r>
        <w:t>Examples of hazards to consider:</w:t>
      </w:r>
    </w:p>
    <w:p w14:paraId="66248B9E" w14:textId="77777777" w:rsidR="009A59F4" w:rsidRDefault="00147BD0">
      <w:pPr>
        <w:pStyle w:val="ListBullet"/>
      </w:pPr>
      <w:r>
        <w:t>- Uneven surfaces (e.g., grass, tarmac)</w:t>
      </w:r>
    </w:p>
    <w:p w14:paraId="230D1586" w14:textId="77777777" w:rsidR="009A59F4" w:rsidRDefault="00147BD0">
      <w:pPr>
        <w:pStyle w:val="ListBullet"/>
      </w:pPr>
      <w:r>
        <w:t>- Weather risks (rain, wind, heat)</w:t>
      </w:r>
    </w:p>
    <w:p w14:paraId="47FF8973" w14:textId="77777777" w:rsidR="009A59F4" w:rsidRDefault="00147BD0">
      <w:pPr>
        <w:pStyle w:val="ListBullet"/>
      </w:pPr>
      <w:r>
        <w:t>- Equipment hazards (kettlebells, resistance bands)</w:t>
      </w:r>
    </w:p>
    <w:p w14:paraId="3148DD77" w14:textId="77777777" w:rsidR="009A59F4" w:rsidRDefault="00147BD0">
      <w:pPr>
        <w:pStyle w:val="ListBullet"/>
      </w:pPr>
      <w:r>
        <w:t>- Public interference (dogs, pedestrians)</w:t>
      </w:r>
    </w:p>
    <w:p w14:paraId="5364EC28" w14:textId="77777777" w:rsidR="009A59F4" w:rsidRDefault="00147BD0">
      <w:pPr>
        <w:pStyle w:val="ListBullet"/>
      </w:pPr>
      <w:r>
        <w:t>- Group ability differences</w:t>
      </w:r>
    </w:p>
    <w:p w14:paraId="61C490C6" w14:textId="77777777" w:rsidR="009A59F4" w:rsidRDefault="00147BD0">
      <w:pPr>
        <w:pStyle w:val="Heading2"/>
      </w:pPr>
      <w:r>
        <w:t>Risk Assessment Table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157"/>
        <w:gridCol w:w="2159"/>
        <w:gridCol w:w="2157"/>
        <w:gridCol w:w="2157"/>
      </w:tblGrid>
      <w:tr w:rsidR="009A59F4" w14:paraId="21B48986" w14:textId="77777777" w:rsidTr="00CB0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CF2D864" w14:textId="77777777" w:rsidR="009A59F4" w:rsidRDefault="00147BD0">
            <w:r>
              <w:t>Hazard</w:t>
            </w:r>
          </w:p>
        </w:tc>
        <w:tc>
          <w:tcPr>
            <w:tcW w:w="2159" w:type="dxa"/>
          </w:tcPr>
          <w:p w14:paraId="1B6453B7" w14:textId="77777777" w:rsidR="009A59F4" w:rsidRDefault="00147B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Risk Level (Low/Med/High)</w:t>
            </w:r>
          </w:p>
        </w:tc>
        <w:tc>
          <w:tcPr>
            <w:tcW w:w="2157" w:type="dxa"/>
          </w:tcPr>
          <w:p w14:paraId="72EC4FB8" w14:textId="77777777" w:rsidR="009A59F4" w:rsidRDefault="00147B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People at Risk</w:t>
            </w:r>
          </w:p>
        </w:tc>
        <w:tc>
          <w:tcPr>
            <w:tcW w:w="2157" w:type="dxa"/>
          </w:tcPr>
          <w:p w14:paraId="6EBB478B" w14:textId="77777777" w:rsidR="009A59F4" w:rsidRDefault="00147B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Control Measures</w:t>
            </w:r>
          </w:p>
        </w:tc>
      </w:tr>
      <w:tr w:rsidR="009A59F4" w14:paraId="05E8BCC9" w14:textId="77777777" w:rsidTr="00CB0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3E83FDE9" w14:textId="77777777" w:rsidR="009A59F4" w:rsidRDefault="009A59F4">
            <w:pPr>
              <w:rPr>
                <w:b w:val="0"/>
                <w:bCs w:val="0"/>
              </w:rPr>
            </w:pPr>
          </w:p>
          <w:p w14:paraId="260C8E0E" w14:textId="77777777" w:rsidR="00EF1C8D" w:rsidRDefault="00EF1C8D"/>
        </w:tc>
        <w:tc>
          <w:tcPr>
            <w:tcW w:w="2159" w:type="dxa"/>
          </w:tcPr>
          <w:p w14:paraId="4AB287A7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3E0ADFF8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423EFFD1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A59F4" w14:paraId="3B1496EA" w14:textId="77777777" w:rsidTr="00CB0B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5C47B9D2" w14:textId="77777777" w:rsidR="009A59F4" w:rsidRDefault="009A59F4">
            <w:pPr>
              <w:rPr>
                <w:b w:val="0"/>
                <w:bCs w:val="0"/>
              </w:rPr>
            </w:pPr>
          </w:p>
          <w:p w14:paraId="4C9F25EA" w14:textId="77777777" w:rsidR="00EF1C8D" w:rsidRDefault="00EF1C8D"/>
        </w:tc>
        <w:tc>
          <w:tcPr>
            <w:tcW w:w="2159" w:type="dxa"/>
          </w:tcPr>
          <w:p w14:paraId="107E5302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594334C3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024C1029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A59F4" w14:paraId="5A24E200" w14:textId="77777777" w:rsidTr="00CB0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7E2E43CB" w14:textId="77777777" w:rsidR="009A59F4" w:rsidRDefault="009A59F4">
            <w:pPr>
              <w:rPr>
                <w:b w:val="0"/>
                <w:bCs w:val="0"/>
              </w:rPr>
            </w:pPr>
          </w:p>
          <w:p w14:paraId="1FEE5452" w14:textId="77777777" w:rsidR="00EF1C8D" w:rsidRDefault="00EF1C8D"/>
        </w:tc>
        <w:tc>
          <w:tcPr>
            <w:tcW w:w="2159" w:type="dxa"/>
          </w:tcPr>
          <w:p w14:paraId="152598F2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5E693682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055CF4B8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A59F4" w14:paraId="1F04F840" w14:textId="77777777" w:rsidTr="00CB0B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26EF85B" w14:textId="77777777" w:rsidR="009A59F4" w:rsidRDefault="009A59F4">
            <w:pPr>
              <w:rPr>
                <w:b w:val="0"/>
                <w:bCs w:val="0"/>
              </w:rPr>
            </w:pPr>
          </w:p>
          <w:p w14:paraId="53FF0BD1" w14:textId="77777777" w:rsidR="00EF1C8D" w:rsidRDefault="00EF1C8D"/>
        </w:tc>
        <w:tc>
          <w:tcPr>
            <w:tcW w:w="2159" w:type="dxa"/>
          </w:tcPr>
          <w:p w14:paraId="7A752764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7B7518B1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564137C2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A59F4" w14:paraId="631AA7D9" w14:textId="77777777" w:rsidTr="00CB0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5B47A896" w14:textId="77777777" w:rsidR="009A59F4" w:rsidRDefault="009A59F4">
            <w:pPr>
              <w:rPr>
                <w:b w:val="0"/>
                <w:bCs w:val="0"/>
              </w:rPr>
            </w:pPr>
          </w:p>
          <w:p w14:paraId="1CB482DF" w14:textId="77777777" w:rsidR="00EF1C8D" w:rsidRDefault="00EF1C8D"/>
        </w:tc>
        <w:tc>
          <w:tcPr>
            <w:tcW w:w="2159" w:type="dxa"/>
          </w:tcPr>
          <w:p w14:paraId="540D73C3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231ED602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7104E038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A59F4" w14:paraId="17A4A173" w14:textId="77777777" w:rsidTr="00CB0B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1640706" w14:textId="77777777" w:rsidR="009A59F4" w:rsidRDefault="009A59F4">
            <w:pPr>
              <w:rPr>
                <w:b w:val="0"/>
                <w:bCs w:val="0"/>
              </w:rPr>
            </w:pPr>
          </w:p>
          <w:p w14:paraId="10A61211" w14:textId="77777777" w:rsidR="00EF1C8D" w:rsidRDefault="00EF1C8D"/>
        </w:tc>
        <w:tc>
          <w:tcPr>
            <w:tcW w:w="2159" w:type="dxa"/>
          </w:tcPr>
          <w:p w14:paraId="4E0FCEAC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4F7874AD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5B20E2AB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A59F4" w14:paraId="0C7CA2E9" w14:textId="77777777" w:rsidTr="00CB0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1EABFE1" w14:textId="77777777" w:rsidR="009A59F4" w:rsidRDefault="009A59F4">
            <w:pPr>
              <w:rPr>
                <w:b w:val="0"/>
                <w:bCs w:val="0"/>
              </w:rPr>
            </w:pPr>
          </w:p>
          <w:p w14:paraId="21D27EC3" w14:textId="77777777" w:rsidR="00EF1C8D" w:rsidRDefault="00EF1C8D"/>
        </w:tc>
        <w:tc>
          <w:tcPr>
            <w:tcW w:w="2159" w:type="dxa"/>
          </w:tcPr>
          <w:p w14:paraId="2355CB58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2D66B3E7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581082F4" w14:textId="77777777" w:rsidR="009A59F4" w:rsidRDefault="009A59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0B83" w14:paraId="776BDF03" w14:textId="77777777" w:rsidTr="00CB0B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FA41906" w14:textId="77777777" w:rsidR="00CB0B83" w:rsidRDefault="00CB0B83"/>
          <w:p w14:paraId="70EB867B" w14:textId="77777777" w:rsidR="00CB0B83" w:rsidRDefault="00CB0B83">
            <w:pPr>
              <w:rPr>
                <w:b w:val="0"/>
                <w:bCs w:val="0"/>
              </w:rPr>
            </w:pPr>
          </w:p>
        </w:tc>
        <w:tc>
          <w:tcPr>
            <w:tcW w:w="2159" w:type="dxa"/>
          </w:tcPr>
          <w:p w14:paraId="16931057" w14:textId="77777777" w:rsidR="00CB0B83" w:rsidRDefault="00CB0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22E687D7" w14:textId="77777777" w:rsidR="00CB0B83" w:rsidRDefault="00CB0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00F5F95C" w14:textId="77777777" w:rsidR="00CB0B83" w:rsidRDefault="00CB0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B0B83" w14:paraId="4B39C5BD" w14:textId="77777777" w:rsidTr="00CB0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4DB3BFAE" w14:textId="77777777" w:rsidR="00CB0B83" w:rsidRDefault="00CB0B83"/>
          <w:p w14:paraId="3BAA18FB" w14:textId="77777777" w:rsidR="00CB0B83" w:rsidRDefault="00CB0B83">
            <w:pPr>
              <w:rPr>
                <w:b w:val="0"/>
                <w:bCs w:val="0"/>
              </w:rPr>
            </w:pPr>
          </w:p>
        </w:tc>
        <w:tc>
          <w:tcPr>
            <w:tcW w:w="2159" w:type="dxa"/>
          </w:tcPr>
          <w:p w14:paraId="078D3A7E" w14:textId="77777777" w:rsidR="00CB0B83" w:rsidRDefault="00CB0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50099710" w14:textId="77777777" w:rsidR="00CB0B83" w:rsidRDefault="00CB0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1AF52FDC" w14:textId="77777777" w:rsidR="00CB0B83" w:rsidRDefault="00CB0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0B83" w14:paraId="4C951300" w14:textId="77777777" w:rsidTr="00CB0B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76345803" w14:textId="77777777" w:rsidR="00CB0B83" w:rsidRDefault="00CB0B83"/>
          <w:p w14:paraId="7390368F" w14:textId="77777777" w:rsidR="00CB0B83" w:rsidRDefault="00CB0B83">
            <w:pPr>
              <w:rPr>
                <w:b w:val="0"/>
                <w:bCs w:val="0"/>
              </w:rPr>
            </w:pPr>
          </w:p>
        </w:tc>
        <w:tc>
          <w:tcPr>
            <w:tcW w:w="2159" w:type="dxa"/>
          </w:tcPr>
          <w:p w14:paraId="7E8A0BC6" w14:textId="77777777" w:rsidR="00CB0B83" w:rsidRDefault="00CB0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10F2A6A4" w14:textId="77777777" w:rsidR="00CB0B83" w:rsidRDefault="00CB0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47EF90DC" w14:textId="77777777" w:rsidR="00CB0B83" w:rsidRDefault="00CB0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B0B83" w14:paraId="3AC48F70" w14:textId="77777777" w:rsidTr="00CB0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070FEDF8" w14:textId="77777777" w:rsidR="00CB0B83" w:rsidRDefault="00CB0B83">
            <w:pPr>
              <w:rPr>
                <w:b w:val="0"/>
                <w:bCs w:val="0"/>
              </w:rPr>
            </w:pPr>
          </w:p>
        </w:tc>
        <w:tc>
          <w:tcPr>
            <w:tcW w:w="2159" w:type="dxa"/>
          </w:tcPr>
          <w:p w14:paraId="0928E5F0" w14:textId="77777777" w:rsidR="00CB0B83" w:rsidRDefault="00CB0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0109ED6D" w14:textId="77777777" w:rsidR="00CB0B83" w:rsidRDefault="00CB0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74E61BC7" w14:textId="77777777" w:rsidR="00CB0B83" w:rsidRDefault="00CB0B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A59F4" w14:paraId="0BC111D8" w14:textId="77777777" w:rsidTr="00CB0B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74965291" w14:textId="77777777" w:rsidR="009A59F4" w:rsidRDefault="009A59F4">
            <w:pPr>
              <w:rPr>
                <w:b w:val="0"/>
                <w:bCs w:val="0"/>
              </w:rPr>
            </w:pPr>
          </w:p>
          <w:p w14:paraId="24827713" w14:textId="77777777" w:rsidR="00EF1C8D" w:rsidRDefault="00EF1C8D"/>
        </w:tc>
        <w:tc>
          <w:tcPr>
            <w:tcW w:w="2159" w:type="dxa"/>
          </w:tcPr>
          <w:p w14:paraId="3C1ED0BF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053AF5C0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57" w:type="dxa"/>
          </w:tcPr>
          <w:p w14:paraId="41F2695E" w14:textId="77777777" w:rsidR="009A59F4" w:rsidRDefault="009A59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BE8CFDB" w14:textId="77777777" w:rsidR="00EF1C8D" w:rsidRDefault="00EF1C8D">
      <w:pPr>
        <w:pStyle w:val="Heading2"/>
      </w:pPr>
    </w:p>
    <w:p w14:paraId="08D64504" w14:textId="6A957CA5" w:rsidR="009A59F4" w:rsidRDefault="00EF1C8D">
      <w:pPr>
        <w:pStyle w:val="Heading2"/>
      </w:pPr>
      <w:r>
        <w:t xml:space="preserve">Circuit Training </w:t>
      </w:r>
      <w:r w:rsidR="00147BD0">
        <w:t>Session Planning</w:t>
      </w:r>
    </w:p>
    <w:p w14:paraId="075A2407" w14:textId="33F6093C" w:rsidR="009A59F4" w:rsidRPr="00EF1C8D" w:rsidRDefault="00147BD0" w:rsidP="00EF1C8D">
      <w:pPr>
        <w:spacing w:line="300" w:lineRule="atLeast"/>
        <w:rPr>
          <w:rFonts w:ascii="Segoe UI" w:eastAsia="Times New Roman" w:hAnsi="Segoe UI" w:cs="Segoe UI"/>
          <w:sz w:val="21"/>
          <w:szCs w:val="21"/>
          <w:lang w:val="en-GB" w:eastAsia="en-GB"/>
        </w:rPr>
      </w:pPr>
      <w:r w:rsidRPr="00EF1C8D">
        <w:rPr>
          <w:b/>
          <w:bCs/>
        </w:rPr>
        <w:t>Session Aim:</w:t>
      </w:r>
      <w:r w:rsidR="00EF1C8D">
        <w:t xml:space="preserve"> </w:t>
      </w:r>
      <w:r w:rsidR="00EF1C8D"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>To develop whole</w:t>
      </w:r>
      <w:r w:rsidR="00EF1C8D"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noBreakHyphen/>
        <w:t>body cardiovascular fitness and muscular endurance using a circuit</w:t>
      </w:r>
      <w:r w:rsidR="00EF1C8D"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noBreakHyphen/>
        <w:t>based format in an outdoor environment.</w:t>
      </w:r>
      <w:r>
        <w:br/>
      </w:r>
    </w:p>
    <w:p w14:paraId="2824E6C1" w14:textId="77777777" w:rsidR="009A59F4" w:rsidRPr="00EF1C8D" w:rsidRDefault="00147BD0">
      <w:pPr>
        <w:rPr>
          <w:b/>
          <w:bCs/>
        </w:rPr>
      </w:pPr>
      <w:r w:rsidRPr="00EF1C8D">
        <w:rPr>
          <w:b/>
          <w:bCs/>
        </w:rPr>
        <w:t>Target Group:</w:t>
      </w:r>
    </w:p>
    <w:p w14:paraId="39640CB3" w14:textId="77777777" w:rsidR="00EF1C8D" w:rsidRPr="00EF1C8D" w:rsidRDefault="00EF1C8D" w:rsidP="00EF1C8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val="en-GB" w:eastAsia="en-GB"/>
        </w:rPr>
      </w:pPr>
      <w:proofErr w:type="gramStart"/>
      <w:r w:rsidRPr="00EF1C8D">
        <w:rPr>
          <w:rFonts w:ascii="Segoe UI" w:eastAsia="Times New Roman" w:hAnsi="Symbol" w:cs="Segoe UI"/>
          <w:sz w:val="21"/>
          <w:szCs w:val="21"/>
          <w:lang w:val="en-GB" w:eastAsia="en-GB"/>
        </w:rPr>
        <w:t>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 </w:t>
      </w:r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Participants</w:t>
      </w:r>
      <w:proofErr w:type="gramEnd"/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: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4–6 adults </w:t>
      </w:r>
    </w:p>
    <w:p w14:paraId="4E47F370" w14:textId="77777777" w:rsidR="00EF1C8D" w:rsidRPr="00EF1C8D" w:rsidRDefault="00EF1C8D" w:rsidP="00EF1C8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val="en-GB" w:eastAsia="en-GB"/>
        </w:rPr>
      </w:pPr>
      <w:proofErr w:type="gramStart"/>
      <w:r w:rsidRPr="00EF1C8D">
        <w:rPr>
          <w:rFonts w:ascii="Segoe UI" w:eastAsia="Times New Roman" w:hAnsi="Symbol" w:cs="Segoe UI"/>
          <w:sz w:val="21"/>
          <w:szCs w:val="21"/>
          <w:lang w:val="en-GB" w:eastAsia="en-GB"/>
        </w:rPr>
        <w:t>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 </w:t>
      </w:r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Ability</w:t>
      </w:r>
      <w:proofErr w:type="gramEnd"/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 xml:space="preserve"> level: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Mixed (beginner–intermediate) </w:t>
      </w:r>
    </w:p>
    <w:p w14:paraId="3952E34F" w14:textId="77777777" w:rsidR="00EF1C8D" w:rsidRPr="00EF1C8D" w:rsidRDefault="00EF1C8D" w:rsidP="00EF1C8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val="en-GB" w:eastAsia="en-GB"/>
        </w:rPr>
      </w:pPr>
      <w:proofErr w:type="gramStart"/>
      <w:r w:rsidRPr="00EF1C8D">
        <w:rPr>
          <w:rFonts w:ascii="Segoe UI" w:eastAsia="Times New Roman" w:hAnsi="Symbol" w:cs="Segoe UI"/>
          <w:sz w:val="21"/>
          <w:szCs w:val="21"/>
          <w:lang w:val="en-GB" w:eastAsia="en-GB"/>
        </w:rPr>
        <w:t>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 </w:t>
      </w:r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Contraindications</w:t>
      </w:r>
      <w:proofErr w:type="gramEnd"/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: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None declared </w:t>
      </w:r>
    </w:p>
    <w:p w14:paraId="3BE71C73" w14:textId="77777777" w:rsidR="00EF1C8D" w:rsidRPr="00EF1C8D" w:rsidRDefault="00EF1C8D" w:rsidP="00EF1C8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val="en-GB" w:eastAsia="en-GB"/>
        </w:rPr>
      </w:pPr>
      <w:proofErr w:type="gramStart"/>
      <w:r w:rsidRPr="00EF1C8D">
        <w:rPr>
          <w:rFonts w:ascii="Segoe UI" w:eastAsia="Times New Roman" w:hAnsi="Symbol" w:cs="Segoe UI"/>
          <w:sz w:val="21"/>
          <w:szCs w:val="21"/>
          <w:lang w:val="en-GB" w:eastAsia="en-GB"/>
        </w:rPr>
        <w:t>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 </w:t>
      </w:r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Considerations</w:t>
      </w:r>
      <w:proofErr w:type="gramEnd"/>
      <w:r w:rsidRPr="00EF1C8D">
        <w:rPr>
          <w:rFonts w:ascii="Segoe UI" w:eastAsia="Times New Roman" w:hAnsi="Segoe UI" w:cs="Segoe UI"/>
          <w:b/>
          <w:bCs/>
          <w:sz w:val="21"/>
          <w:szCs w:val="21"/>
          <w:lang w:val="en-GB" w:eastAsia="en-GB"/>
        </w:rPr>
        <w:t>:</w:t>
      </w:r>
      <w:r w:rsidRPr="00EF1C8D">
        <w:rPr>
          <w:rFonts w:ascii="Segoe UI" w:eastAsia="Times New Roman" w:hAnsi="Segoe UI" w:cs="Segoe UI"/>
          <w:sz w:val="21"/>
          <w:szCs w:val="21"/>
          <w:lang w:val="en-GB" w:eastAsia="en-GB"/>
        </w:rPr>
        <w:t xml:space="preserve"> Varying fitness levels; provide progressions and regressions at each station.</w:t>
      </w:r>
    </w:p>
    <w:p w14:paraId="2AB53529" w14:textId="5A5E0C29" w:rsidR="009A59F4" w:rsidRDefault="009A59F4"/>
    <w:p w14:paraId="04C51E78" w14:textId="5D28266A" w:rsidR="009A59F4" w:rsidRDefault="00147BD0">
      <w:r w:rsidRPr="00147BD0">
        <w:rPr>
          <w:b/>
          <w:bCs/>
        </w:rPr>
        <w:t>Equipment Needed:</w:t>
      </w:r>
      <w:r w:rsidR="00EF1C8D">
        <w:t xml:space="preserve"> </w:t>
      </w:r>
      <w:r w:rsidR="00EF1C8D" w:rsidRPr="00EF1C8D">
        <w:rPr>
          <w:i/>
          <w:iCs/>
        </w:rPr>
        <w:t>(list equipment below)</w:t>
      </w:r>
    </w:p>
    <w:p w14:paraId="1D22A5AE" w14:textId="77777777" w:rsidR="00EF1C8D" w:rsidRDefault="00EF1C8D"/>
    <w:p w14:paraId="27375947" w14:textId="77777777" w:rsidR="00EF1C8D" w:rsidRDefault="00EF1C8D"/>
    <w:p w14:paraId="192E9A64" w14:textId="35F23065" w:rsidR="009A59F4" w:rsidRDefault="00147BD0">
      <w:r>
        <w:br/>
      </w:r>
    </w:p>
    <w:p w14:paraId="2BE5BC08" w14:textId="7A44CFDD" w:rsidR="009A59F4" w:rsidRPr="00147BD0" w:rsidRDefault="00EF1C8D">
      <w:pPr>
        <w:rPr>
          <w:b/>
          <w:bCs/>
        </w:rPr>
      </w:pPr>
      <w:proofErr w:type="spellStart"/>
      <w:r w:rsidRPr="00147BD0">
        <w:rPr>
          <w:b/>
          <w:bCs/>
        </w:rPr>
        <w:t>Work:Rest</w:t>
      </w:r>
      <w:proofErr w:type="spellEnd"/>
      <w:r w:rsidRPr="00147BD0">
        <w:rPr>
          <w:b/>
          <w:bCs/>
        </w:rPr>
        <w:t xml:space="preserve"> ratio: </w:t>
      </w:r>
    </w:p>
    <w:p w14:paraId="1039A53A" w14:textId="09434C35" w:rsidR="00EF1C8D" w:rsidRDefault="00EF1C8D" w:rsidP="00EF1C8D">
      <w:pPr>
        <w:pStyle w:val="ListParagraph"/>
        <w:numPr>
          <w:ilvl w:val="0"/>
          <w:numId w:val="10"/>
        </w:numPr>
      </w:pPr>
      <w:r>
        <w:t>Round 1:</w:t>
      </w:r>
    </w:p>
    <w:p w14:paraId="2D37BD7C" w14:textId="05785005" w:rsidR="00EF1C8D" w:rsidRDefault="00EF1C8D" w:rsidP="00EF1C8D">
      <w:pPr>
        <w:pStyle w:val="ListParagraph"/>
        <w:numPr>
          <w:ilvl w:val="0"/>
          <w:numId w:val="10"/>
        </w:numPr>
      </w:pPr>
      <w:r>
        <w:t>Round 2:</w:t>
      </w:r>
    </w:p>
    <w:p w14:paraId="3F0C0977" w14:textId="58E90ABB" w:rsidR="00EF1C8D" w:rsidRDefault="00EF1C8D" w:rsidP="00EF1C8D">
      <w:pPr>
        <w:pStyle w:val="ListParagraph"/>
        <w:numPr>
          <w:ilvl w:val="0"/>
          <w:numId w:val="10"/>
        </w:numPr>
      </w:pPr>
      <w:r>
        <w:t>Round 3:</w:t>
      </w:r>
    </w:p>
    <w:p w14:paraId="588C7359" w14:textId="456B2664" w:rsidR="009A59F4" w:rsidRDefault="00147BD0">
      <w:pPr>
        <w:rPr>
          <w:i/>
          <w:iCs/>
        </w:rPr>
      </w:pPr>
      <w:r>
        <w:br/>
      </w:r>
      <w:r w:rsidR="00EF1C8D" w:rsidRPr="00147BD0">
        <w:rPr>
          <w:b/>
          <w:bCs/>
        </w:rPr>
        <w:t>Warm Up:</w:t>
      </w:r>
      <w:r w:rsidR="00EF1C8D">
        <w:t xml:space="preserve"> </w:t>
      </w:r>
      <w:r w:rsidR="00EF1C8D" w:rsidRPr="00EF1C8D">
        <w:rPr>
          <w:i/>
          <w:iCs/>
        </w:rPr>
        <w:t xml:space="preserve">(Raise, Activate, </w:t>
      </w:r>
      <w:proofErr w:type="spellStart"/>
      <w:r w:rsidR="00EF1C8D" w:rsidRPr="00EF1C8D">
        <w:rPr>
          <w:i/>
          <w:iCs/>
        </w:rPr>
        <w:t>Mobilise</w:t>
      </w:r>
      <w:proofErr w:type="spellEnd"/>
      <w:r w:rsidR="00EF1C8D" w:rsidRPr="00EF1C8D">
        <w:rPr>
          <w:i/>
          <w:iCs/>
        </w:rPr>
        <w:t>)</w:t>
      </w:r>
    </w:p>
    <w:p w14:paraId="0B5100BD" w14:textId="77777777" w:rsidR="00EF1C8D" w:rsidRDefault="00EF1C8D">
      <w:pPr>
        <w:rPr>
          <w:i/>
          <w:iCs/>
        </w:rPr>
      </w:pPr>
    </w:p>
    <w:p w14:paraId="3E7C29A3" w14:textId="77777777" w:rsidR="00EF1C8D" w:rsidRDefault="00EF1C8D">
      <w:pPr>
        <w:rPr>
          <w:i/>
          <w:iCs/>
        </w:rPr>
      </w:pPr>
    </w:p>
    <w:p w14:paraId="52D070A4" w14:textId="77777777" w:rsidR="00EF1C8D" w:rsidRDefault="00EF1C8D">
      <w:pPr>
        <w:rPr>
          <w:i/>
          <w:iCs/>
        </w:rPr>
      </w:pPr>
    </w:p>
    <w:p w14:paraId="01CA9A8D" w14:textId="77777777" w:rsidR="00EF1C8D" w:rsidRDefault="00EF1C8D">
      <w:pPr>
        <w:rPr>
          <w:i/>
          <w:iCs/>
        </w:rPr>
      </w:pPr>
    </w:p>
    <w:p w14:paraId="5D4FB6F8" w14:textId="77777777" w:rsidR="00EF1C8D" w:rsidRDefault="00EF1C8D">
      <w:pPr>
        <w:rPr>
          <w:i/>
          <w:iCs/>
        </w:rPr>
      </w:pPr>
    </w:p>
    <w:p w14:paraId="508516B4" w14:textId="77777777" w:rsidR="00EF1C8D" w:rsidRDefault="00EF1C8D">
      <w:pPr>
        <w:rPr>
          <w:i/>
          <w:iCs/>
        </w:rPr>
      </w:pPr>
    </w:p>
    <w:p w14:paraId="43C9EB0E" w14:textId="77777777" w:rsidR="00EF1C8D" w:rsidRDefault="00EF1C8D">
      <w:pPr>
        <w:rPr>
          <w:i/>
          <w:iCs/>
        </w:rPr>
      </w:pPr>
    </w:p>
    <w:p w14:paraId="4AD1A8E7" w14:textId="77777777" w:rsidR="00EF1C8D" w:rsidRDefault="00EF1C8D">
      <w:pPr>
        <w:rPr>
          <w:i/>
          <w:iCs/>
        </w:rPr>
      </w:pPr>
    </w:p>
    <w:p w14:paraId="2A7CAE93" w14:textId="5258E507" w:rsidR="00147BD0" w:rsidRPr="00147BD0" w:rsidRDefault="00147BD0">
      <w:pPr>
        <w:rPr>
          <w:b/>
          <w:bCs/>
        </w:rPr>
      </w:pPr>
      <w:r w:rsidRPr="00147BD0">
        <w:rPr>
          <w:b/>
          <w:bCs/>
        </w:rPr>
        <w:lastRenderedPageBreak/>
        <w:t>Circuit: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957"/>
        <w:gridCol w:w="1904"/>
        <w:gridCol w:w="1910"/>
        <w:gridCol w:w="1925"/>
        <w:gridCol w:w="1934"/>
      </w:tblGrid>
      <w:tr w:rsidR="00EF1C8D" w14:paraId="59C0A917" w14:textId="77777777" w:rsidTr="00147B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32A344EE" w14:textId="1A2C9FBB" w:rsidR="00EF1C8D" w:rsidRDefault="00EF1C8D" w:rsidP="00147BD0">
            <w:pPr>
              <w:jc w:val="center"/>
            </w:pPr>
            <w:r>
              <w:t>Station</w:t>
            </w:r>
          </w:p>
        </w:tc>
        <w:tc>
          <w:tcPr>
            <w:tcW w:w="1974" w:type="dxa"/>
          </w:tcPr>
          <w:p w14:paraId="3C982173" w14:textId="07D8EDF3" w:rsidR="00EF1C8D" w:rsidRDefault="00EF1C8D" w:rsidP="00147B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Exercise</w:t>
            </w:r>
          </w:p>
        </w:tc>
        <w:tc>
          <w:tcPr>
            <w:tcW w:w="1974" w:type="dxa"/>
          </w:tcPr>
          <w:p w14:paraId="3347FB17" w14:textId="06A1C49C" w:rsidR="00EF1C8D" w:rsidRDefault="00EF1C8D" w:rsidP="00147B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Coaching Cue</w:t>
            </w:r>
          </w:p>
        </w:tc>
        <w:tc>
          <w:tcPr>
            <w:tcW w:w="1974" w:type="dxa"/>
          </w:tcPr>
          <w:p w14:paraId="6B7871AD" w14:textId="57471405" w:rsidR="00EF1C8D" w:rsidRDefault="00EF1C8D" w:rsidP="00147B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Regression</w:t>
            </w:r>
          </w:p>
        </w:tc>
        <w:tc>
          <w:tcPr>
            <w:tcW w:w="1975" w:type="dxa"/>
          </w:tcPr>
          <w:p w14:paraId="06ADEF44" w14:textId="11F0ABE3" w:rsidR="00EF1C8D" w:rsidRDefault="00EF1C8D" w:rsidP="00147B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Progression</w:t>
            </w:r>
          </w:p>
        </w:tc>
      </w:tr>
      <w:tr w:rsidR="00EF1C8D" w14:paraId="74232EB2" w14:textId="77777777" w:rsidTr="00147B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4F23C9B2" w14:textId="5AA78476" w:rsidR="00EF1C8D" w:rsidRDefault="00EF1C8D">
            <w:r>
              <w:t>1</w:t>
            </w:r>
          </w:p>
        </w:tc>
        <w:tc>
          <w:tcPr>
            <w:tcW w:w="1974" w:type="dxa"/>
          </w:tcPr>
          <w:p w14:paraId="2AFD928C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5CEBD961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5EFF33E1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7F76302D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1C8D" w14:paraId="6986BE99" w14:textId="77777777" w:rsidTr="00147B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04C368B7" w14:textId="67918E16" w:rsidR="00EF1C8D" w:rsidRDefault="00EF1C8D">
            <w:r>
              <w:t>2</w:t>
            </w:r>
          </w:p>
        </w:tc>
        <w:tc>
          <w:tcPr>
            <w:tcW w:w="1974" w:type="dxa"/>
          </w:tcPr>
          <w:p w14:paraId="5794E64F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06543686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67BC73A4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43AD46ED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1C8D" w14:paraId="223EA765" w14:textId="77777777" w:rsidTr="00147B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714ADEE0" w14:textId="5604DF6C" w:rsidR="00EF1C8D" w:rsidRDefault="00EF1C8D">
            <w:r>
              <w:t>3</w:t>
            </w:r>
          </w:p>
        </w:tc>
        <w:tc>
          <w:tcPr>
            <w:tcW w:w="1974" w:type="dxa"/>
          </w:tcPr>
          <w:p w14:paraId="60553BC6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40E2F345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5D9B7DD3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3136E6BD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1C8D" w14:paraId="464FD75C" w14:textId="77777777" w:rsidTr="00147B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58A89326" w14:textId="13FC0EA0" w:rsidR="00EF1C8D" w:rsidRDefault="00EF1C8D">
            <w:r>
              <w:t>4</w:t>
            </w:r>
          </w:p>
        </w:tc>
        <w:tc>
          <w:tcPr>
            <w:tcW w:w="1974" w:type="dxa"/>
          </w:tcPr>
          <w:p w14:paraId="56220141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7196FC64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485D8A1B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4787F85D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1C8D" w14:paraId="7BD9C17B" w14:textId="77777777" w:rsidTr="00147B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0005BA85" w14:textId="47C9C22D" w:rsidR="00EF1C8D" w:rsidRDefault="00EF1C8D">
            <w:r>
              <w:t>5</w:t>
            </w:r>
          </w:p>
        </w:tc>
        <w:tc>
          <w:tcPr>
            <w:tcW w:w="1974" w:type="dxa"/>
          </w:tcPr>
          <w:p w14:paraId="76D1287A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510AB7F2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233FAEA2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5D1B5005" w14:textId="77777777" w:rsidR="00EF1C8D" w:rsidRDefault="00EF1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1C8D" w14:paraId="09481AFA" w14:textId="77777777" w:rsidTr="00147B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6BE07A93" w14:textId="222B1F14" w:rsidR="00EF1C8D" w:rsidRDefault="00EF1C8D">
            <w:r>
              <w:t>6</w:t>
            </w:r>
          </w:p>
        </w:tc>
        <w:tc>
          <w:tcPr>
            <w:tcW w:w="1974" w:type="dxa"/>
          </w:tcPr>
          <w:p w14:paraId="1DCB5303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1C3C6C70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5518D010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33F2EBAD" w14:textId="77777777" w:rsidR="00EF1C8D" w:rsidRDefault="00EF1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47BD0" w14:paraId="7518AE38" w14:textId="77777777" w:rsidTr="00147B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76D05A3B" w14:textId="6CE98902" w:rsidR="00147BD0" w:rsidRDefault="00147BD0">
            <w:r>
              <w:t>7</w:t>
            </w:r>
          </w:p>
        </w:tc>
        <w:tc>
          <w:tcPr>
            <w:tcW w:w="1974" w:type="dxa"/>
          </w:tcPr>
          <w:p w14:paraId="32228464" w14:textId="77777777" w:rsidR="00147BD0" w:rsidRDefault="00147B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713DCD03" w14:textId="77777777" w:rsidR="00147BD0" w:rsidRDefault="00147B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6AEEE060" w14:textId="77777777" w:rsidR="00147BD0" w:rsidRDefault="00147B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6922BF7B" w14:textId="77777777" w:rsidR="00147BD0" w:rsidRDefault="00147B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47BD0" w14:paraId="341A382B" w14:textId="77777777" w:rsidTr="00147B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67635CA1" w14:textId="563A0531" w:rsidR="00147BD0" w:rsidRDefault="00147BD0">
            <w:r>
              <w:t>8</w:t>
            </w:r>
          </w:p>
        </w:tc>
        <w:tc>
          <w:tcPr>
            <w:tcW w:w="1974" w:type="dxa"/>
          </w:tcPr>
          <w:p w14:paraId="69E57071" w14:textId="77777777" w:rsidR="00147BD0" w:rsidRDefault="00147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221784BB" w14:textId="77777777" w:rsidR="00147BD0" w:rsidRDefault="00147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4" w:type="dxa"/>
          </w:tcPr>
          <w:p w14:paraId="7B4BC010" w14:textId="77777777" w:rsidR="00147BD0" w:rsidRDefault="00147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5" w:type="dxa"/>
          </w:tcPr>
          <w:p w14:paraId="2414269E" w14:textId="77777777" w:rsidR="00147BD0" w:rsidRDefault="00147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99CA5C8" w14:textId="77777777" w:rsidR="00EF1C8D" w:rsidRDefault="00EF1C8D"/>
    <w:p w14:paraId="349D4AEA" w14:textId="77777777" w:rsidR="00147BD0" w:rsidRDefault="00147BD0">
      <w:pPr>
        <w:rPr>
          <w:i/>
          <w:iCs/>
        </w:rPr>
      </w:pPr>
      <w:r>
        <w:rPr>
          <w:i/>
          <w:iCs/>
        </w:rPr>
        <w:t>Points to</w:t>
      </w:r>
      <w:r w:rsidR="00EF1C8D" w:rsidRPr="00EF1C8D">
        <w:rPr>
          <w:i/>
          <w:iCs/>
        </w:rPr>
        <w:t xml:space="preserve"> </w:t>
      </w:r>
      <w:r w:rsidR="00EF1C8D">
        <w:rPr>
          <w:i/>
          <w:iCs/>
        </w:rPr>
        <w:t>remember</w:t>
      </w:r>
      <w:r>
        <w:rPr>
          <w:i/>
          <w:iCs/>
        </w:rPr>
        <w:t>:</w:t>
      </w:r>
    </w:p>
    <w:p w14:paraId="70DAD150" w14:textId="072C2FCC" w:rsidR="00EF1C8D" w:rsidRDefault="00EF1C8D" w:rsidP="00147BD0">
      <w:pPr>
        <w:pStyle w:val="ListParagraph"/>
        <w:numPr>
          <w:ilvl w:val="0"/>
          <w:numId w:val="12"/>
        </w:numPr>
        <w:rPr>
          <w:i/>
          <w:iCs/>
        </w:rPr>
      </w:pPr>
      <w:r w:rsidRPr="00147BD0">
        <w:rPr>
          <w:i/>
          <w:iCs/>
        </w:rPr>
        <w:t xml:space="preserve"> </w:t>
      </w:r>
      <w:r w:rsidR="00147BD0">
        <w:rPr>
          <w:i/>
          <w:iCs/>
        </w:rPr>
        <w:t>E</w:t>
      </w:r>
      <w:r w:rsidRPr="00147BD0">
        <w:rPr>
          <w:i/>
          <w:iCs/>
        </w:rPr>
        <w:t>ach station should work a different body part to the previous one</w:t>
      </w:r>
    </w:p>
    <w:p w14:paraId="7CF9422F" w14:textId="58FC4F02" w:rsidR="00147BD0" w:rsidRDefault="00147BD0" w:rsidP="00147BD0">
      <w:pPr>
        <w:pStyle w:val="ListParagraph"/>
        <w:numPr>
          <w:ilvl w:val="0"/>
          <w:numId w:val="12"/>
        </w:numPr>
        <w:rPr>
          <w:i/>
          <w:iCs/>
        </w:rPr>
      </w:pPr>
      <w:r>
        <w:rPr>
          <w:i/>
          <w:iCs/>
        </w:rPr>
        <w:t>Try to keep heart rate up throughout</w:t>
      </w:r>
    </w:p>
    <w:p w14:paraId="7B7E18DE" w14:textId="1F4FB842" w:rsidR="00147BD0" w:rsidRDefault="00147BD0" w:rsidP="00147BD0">
      <w:pPr>
        <w:pStyle w:val="ListParagraph"/>
        <w:numPr>
          <w:ilvl w:val="0"/>
          <w:numId w:val="12"/>
        </w:numPr>
        <w:rPr>
          <w:i/>
          <w:iCs/>
        </w:rPr>
      </w:pPr>
      <w:r>
        <w:rPr>
          <w:i/>
          <w:iCs/>
        </w:rPr>
        <w:t xml:space="preserve">Build the intensity by modifying the </w:t>
      </w:r>
      <w:proofErr w:type="spellStart"/>
      <w:r>
        <w:rPr>
          <w:i/>
          <w:iCs/>
        </w:rPr>
        <w:t>work:rest</w:t>
      </w:r>
      <w:proofErr w:type="spellEnd"/>
      <w:r>
        <w:rPr>
          <w:i/>
          <w:iCs/>
        </w:rPr>
        <w:t xml:space="preserve"> ratio</w:t>
      </w:r>
    </w:p>
    <w:p w14:paraId="347BE533" w14:textId="0A506B19" w:rsidR="00147BD0" w:rsidRDefault="00147BD0" w:rsidP="00147BD0">
      <w:pPr>
        <w:pStyle w:val="ListParagraph"/>
        <w:numPr>
          <w:ilvl w:val="0"/>
          <w:numId w:val="12"/>
        </w:numPr>
        <w:rPr>
          <w:i/>
          <w:iCs/>
        </w:rPr>
      </w:pPr>
      <w:r>
        <w:rPr>
          <w:i/>
          <w:iCs/>
        </w:rPr>
        <w:t xml:space="preserve">Consider the flow around the circuit </w:t>
      </w:r>
    </w:p>
    <w:p w14:paraId="2BE606BF" w14:textId="40183BBF" w:rsidR="00147BD0" w:rsidRDefault="00147BD0" w:rsidP="00147BD0">
      <w:pPr>
        <w:pStyle w:val="ListParagraph"/>
        <w:numPr>
          <w:ilvl w:val="0"/>
          <w:numId w:val="12"/>
        </w:numPr>
        <w:rPr>
          <w:i/>
          <w:iCs/>
        </w:rPr>
      </w:pPr>
      <w:r>
        <w:rPr>
          <w:i/>
          <w:iCs/>
        </w:rPr>
        <w:t>Ensure safety of participants throughout</w:t>
      </w:r>
    </w:p>
    <w:p w14:paraId="5B13DD5D" w14:textId="77777777" w:rsidR="00147BD0" w:rsidRDefault="00147BD0" w:rsidP="00147BD0">
      <w:pPr>
        <w:rPr>
          <w:i/>
          <w:iCs/>
        </w:rPr>
      </w:pPr>
    </w:p>
    <w:p w14:paraId="22F9C426" w14:textId="0DA8B4EB" w:rsidR="00147BD0" w:rsidRPr="00147BD0" w:rsidRDefault="00147BD0" w:rsidP="00147BD0">
      <w:pPr>
        <w:rPr>
          <w:i/>
          <w:iCs/>
        </w:rPr>
      </w:pPr>
      <w:r w:rsidRPr="00147BD0">
        <w:rPr>
          <w:b/>
          <w:bCs/>
        </w:rPr>
        <w:t>Cool Down:</w:t>
      </w:r>
      <w:r>
        <w:t xml:space="preserve"> </w:t>
      </w:r>
      <w:r>
        <w:rPr>
          <w:i/>
          <w:iCs/>
        </w:rPr>
        <w:t>(end with some lower intensity exercises/mobility/breathwork)</w:t>
      </w:r>
    </w:p>
    <w:p w14:paraId="5E892BD0" w14:textId="2E2A1AB5" w:rsidR="00EF1C8D" w:rsidRDefault="00EF1C8D" w:rsidP="00EF1C8D"/>
    <w:p w14:paraId="1F31FB98" w14:textId="77777777" w:rsidR="009A59F4" w:rsidRDefault="00147BD0">
      <w:r>
        <w:br/>
      </w:r>
    </w:p>
    <w:sectPr w:rsidR="009A59F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35E3A37"/>
    <w:multiLevelType w:val="hybridMultilevel"/>
    <w:tmpl w:val="3856CB02"/>
    <w:lvl w:ilvl="0" w:tplc="22FC911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C22AE"/>
    <w:multiLevelType w:val="hybridMultilevel"/>
    <w:tmpl w:val="4CDAA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965FB9"/>
    <w:multiLevelType w:val="hybridMultilevel"/>
    <w:tmpl w:val="135C0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844792">
    <w:abstractNumId w:val="8"/>
  </w:num>
  <w:num w:numId="2" w16cid:durableId="454099225">
    <w:abstractNumId w:val="6"/>
  </w:num>
  <w:num w:numId="3" w16cid:durableId="134568808">
    <w:abstractNumId w:val="5"/>
  </w:num>
  <w:num w:numId="4" w16cid:durableId="1856572268">
    <w:abstractNumId w:val="4"/>
  </w:num>
  <w:num w:numId="5" w16cid:durableId="1876456978">
    <w:abstractNumId w:val="7"/>
  </w:num>
  <w:num w:numId="6" w16cid:durableId="1997563337">
    <w:abstractNumId w:val="3"/>
  </w:num>
  <w:num w:numId="7" w16cid:durableId="1341202520">
    <w:abstractNumId w:val="2"/>
  </w:num>
  <w:num w:numId="8" w16cid:durableId="1320841528">
    <w:abstractNumId w:val="1"/>
  </w:num>
  <w:num w:numId="9" w16cid:durableId="878589158">
    <w:abstractNumId w:val="0"/>
  </w:num>
  <w:num w:numId="10" w16cid:durableId="280647918">
    <w:abstractNumId w:val="11"/>
  </w:num>
  <w:num w:numId="11" w16cid:durableId="2027320369">
    <w:abstractNumId w:val="10"/>
  </w:num>
  <w:num w:numId="12" w16cid:durableId="13926576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7BD0"/>
    <w:rsid w:val="0015074B"/>
    <w:rsid w:val="001C7528"/>
    <w:rsid w:val="0029639D"/>
    <w:rsid w:val="00326F90"/>
    <w:rsid w:val="006D1842"/>
    <w:rsid w:val="009A59F4"/>
    <w:rsid w:val="00AA1D8D"/>
    <w:rsid w:val="00AC3087"/>
    <w:rsid w:val="00B47730"/>
    <w:rsid w:val="00CB0664"/>
    <w:rsid w:val="00CB0B83"/>
    <w:rsid w:val="00EF1C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237064"/>
  <w14:defaultImageDpi w14:val="300"/>
  <w15:docId w15:val="{35613CF8-01F4-DE45-8291-B41A4D99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dTable4-Accent1">
    <w:name w:val="Grid Table 4 Accent 1"/>
    <w:basedOn w:val="TableNormal"/>
    <w:uiPriority w:val="49"/>
    <w:rsid w:val="00EF1C8D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147B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1415</Characters>
  <Application>Microsoft Office Word</Application>
  <DocSecurity>0</DocSecurity>
  <Lines>202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Geraint Forster</cp:lastModifiedBy>
  <cp:revision>4</cp:revision>
  <cp:lastPrinted>2026-03-26T09:42:00Z</cp:lastPrinted>
  <dcterms:created xsi:type="dcterms:W3CDTF">2026-03-18T11:34:00Z</dcterms:created>
  <dcterms:modified xsi:type="dcterms:W3CDTF">2026-03-26T09:44:00Z</dcterms:modified>
  <cp:category/>
</cp:coreProperties>
</file>