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93E8B" w14:textId="09272DB7" w:rsidR="00A76595" w:rsidRDefault="00A76595" w:rsidP="00A76595">
      <w:pPr>
        <w:jc w:val="center"/>
        <w:rPr>
          <w:b/>
          <w:bCs/>
          <w:color w:val="1F4E79"/>
          <w:sz w:val="40"/>
          <w:lang w:val="en-GB"/>
        </w:rPr>
      </w:pPr>
      <w:r w:rsidRPr="00A76595">
        <w:rPr>
          <w:b/>
          <w:bCs/>
          <w:color w:val="1F4E79"/>
          <w:sz w:val="40"/>
          <w:lang w:val="en-GB"/>
        </w:rPr>
        <w:t>Design and Implementation of a Relational Database System</w:t>
      </w:r>
    </w:p>
    <w:p w14:paraId="680E0464" w14:textId="77777777" w:rsidR="00A76595" w:rsidRDefault="00A76595" w:rsidP="00A76595">
      <w:pPr>
        <w:jc w:val="center"/>
        <w:rPr>
          <w:b/>
          <w:bCs/>
          <w:color w:val="1F4E79"/>
          <w:sz w:val="40"/>
          <w:lang w:val="en-GB"/>
        </w:rPr>
      </w:pPr>
    </w:p>
    <w:p w14:paraId="68E40086" w14:textId="36D36D1F" w:rsidR="00A76595" w:rsidRDefault="00A76595" w:rsidP="00A76595">
      <w:pPr>
        <w:jc w:val="center"/>
        <w:rPr>
          <w:b/>
          <w:bCs/>
          <w:color w:val="1F4E79"/>
          <w:sz w:val="40"/>
          <w:lang w:val="en-GB"/>
        </w:rPr>
      </w:pPr>
      <w:r>
        <w:rPr>
          <w:b/>
          <w:bCs/>
          <w:color w:val="1F4E79"/>
          <w:sz w:val="40"/>
          <w:lang w:val="en-GB"/>
        </w:rPr>
        <w:t>For</w:t>
      </w:r>
    </w:p>
    <w:p w14:paraId="253D2C26" w14:textId="77777777" w:rsidR="00A76595" w:rsidRDefault="00A76595" w:rsidP="00A76595">
      <w:pPr>
        <w:jc w:val="center"/>
        <w:rPr>
          <w:b/>
          <w:bCs/>
          <w:color w:val="1F4E79"/>
          <w:sz w:val="40"/>
          <w:lang w:val="en-GB"/>
        </w:rPr>
      </w:pPr>
    </w:p>
    <w:p w14:paraId="6C8D008E" w14:textId="264F572F" w:rsidR="002D5967" w:rsidRPr="00EB2B3A" w:rsidRDefault="00000000" w:rsidP="00A76595">
      <w:pPr>
        <w:jc w:val="center"/>
        <w:rPr>
          <w:color w:val="FF0000"/>
          <w:sz w:val="32"/>
          <w:szCs w:val="32"/>
        </w:rPr>
      </w:pPr>
      <w:r>
        <w:rPr>
          <w:b/>
          <w:color w:val="1F4E79"/>
          <w:sz w:val="40"/>
        </w:rPr>
        <w:t>FASTBITES</w:t>
      </w:r>
      <w:r w:rsidR="00A76595">
        <w:rPr>
          <w:b/>
          <w:color w:val="1F4E79"/>
          <w:sz w:val="40"/>
        </w:rPr>
        <w:t>: An Online Food Delivery Business</w:t>
      </w:r>
      <w:r>
        <w:rPr>
          <w:b/>
          <w:color w:val="1F4E79"/>
          <w:sz w:val="40"/>
        </w:rPr>
        <w:t xml:space="preserve"> </w:t>
      </w:r>
      <w:r>
        <w:rPr>
          <w:b/>
          <w:color w:val="1F4E79"/>
          <w:sz w:val="40"/>
        </w:rPr>
        <w:br/>
      </w:r>
    </w:p>
    <w:p w14:paraId="24F72AEA" w14:textId="2D217008" w:rsidR="00EB2B3A" w:rsidRPr="00EB2B3A" w:rsidRDefault="00EB2B3A" w:rsidP="00A76595">
      <w:pPr>
        <w:jc w:val="center"/>
        <w:rPr>
          <w:b/>
          <w:bCs/>
          <w:color w:val="365F91" w:themeColor="accent1" w:themeShade="BF"/>
          <w:sz w:val="32"/>
          <w:szCs w:val="32"/>
        </w:rPr>
      </w:pPr>
      <w:r>
        <w:rPr>
          <w:b/>
          <w:bCs/>
          <w:color w:val="365F91" w:themeColor="accent1" w:themeShade="BF"/>
          <w:sz w:val="32"/>
          <w:szCs w:val="32"/>
        </w:rPr>
        <w:t xml:space="preserve">Submitted </w:t>
      </w:r>
      <w:r w:rsidRPr="00EB2B3A">
        <w:rPr>
          <w:b/>
          <w:bCs/>
          <w:color w:val="365F91" w:themeColor="accent1" w:themeShade="BF"/>
          <w:sz w:val="32"/>
          <w:szCs w:val="32"/>
        </w:rPr>
        <w:t xml:space="preserve">In </w:t>
      </w:r>
    </w:p>
    <w:p w14:paraId="6B6D388F" w14:textId="77777777" w:rsidR="00EB2B3A" w:rsidRDefault="00EB2B3A" w:rsidP="00A76595">
      <w:pPr>
        <w:jc w:val="center"/>
        <w:rPr>
          <w:color w:val="FF0000"/>
          <w:sz w:val="32"/>
          <w:szCs w:val="32"/>
        </w:rPr>
      </w:pPr>
    </w:p>
    <w:p w14:paraId="075C5AD5" w14:textId="0810111D" w:rsidR="00EB2B3A" w:rsidRPr="00EB2B3A" w:rsidRDefault="00EB2B3A" w:rsidP="00A76595">
      <w:pPr>
        <w:jc w:val="center"/>
        <w:rPr>
          <w:color w:val="FF0000"/>
          <w:sz w:val="32"/>
          <w:szCs w:val="32"/>
        </w:rPr>
      </w:pPr>
      <w:r w:rsidRPr="00EB2B3A">
        <w:rPr>
          <w:color w:val="FF0000"/>
          <w:sz w:val="32"/>
          <w:szCs w:val="32"/>
        </w:rPr>
        <w:t>September 2026 Term</w:t>
      </w:r>
    </w:p>
    <w:p w14:paraId="765ED8EE" w14:textId="77777777" w:rsidR="00A76595" w:rsidRDefault="00A76595"/>
    <w:p w14:paraId="50AF8025" w14:textId="77777777" w:rsidR="00A76595" w:rsidRDefault="00A76595"/>
    <w:p w14:paraId="18C7990B" w14:textId="77777777" w:rsidR="00A76595" w:rsidRDefault="00A76595"/>
    <w:p w14:paraId="785B3128" w14:textId="00F4230F" w:rsidR="002D5967" w:rsidRDefault="00000000">
      <w:r>
        <w:t>Student Name:</w:t>
      </w:r>
    </w:p>
    <w:p w14:paraId="5D79C92F" w14:textId="30F1B5C4" w:rsidR="002D5967" w:rsidRDefault="00000000">
      <w:r>
        <w:t xml:space="preserve">Student ID: </w:t>
      </w:r>
    </w:p>
    <w:p w14:paraId="48741004" w14:textId="5CFAA6FF" w:rsidR="00A76595" w:rsidRDefault="00A76595">
      <w:r>
        <w:t>Module Code:  ACCA4023</w:t>
      </w:r>
    </w:p>
    <w:p w14:paraId="5042658C" w14:textId="7E37E921" w:rsidR="00A76595" w:rsidRPr="00A76595" w:rsidRDefault="00A76595" w:rsidP="00A76595">
      <w:pPr>
        <w:rPr>
          <w:iCs/>
        </w:rPr>
      </w:pPr>
      <w:r>
        <w:t xml:space="preserve">Module Name: </w:t>
      </w:r>
      <w:r w:rsidRPr="00A76595">
        <w:rPr>
          <w:iCs/>
        </w:rPr>
        <w:t>Introduction to Web and Database Concepts</w:t>
      </w:r>
    </w:p>
    <w:p w14:paraId="24280171" w14:textId="3E533804" w:rsidR="002D5967" w:rsidRDefault="00000000">
      <w:r>
        <w:t>Submission Date:</w:t>
      </w:r>
      <w:r w:rsidR="00A73412">
        <w:t xml:space="preserve"> 02/11/2026</w:t>
      </w:r>
    </w:p>
    <w:p w14:paraId="0AD0D946" w14:textId="77777777" w:rsidR="002D5967" w:rsidRDefault="00000000">
      <w:r>
        <w:br w:type="page"/>
      </w:r>
    </w:p>
    <w:sdt>
      <w:sdtPr>
        <w:id w:val="85762871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noProof/>
          <w:color w:val="auto"/>
          <w:sz w:val="22"/>
          <w:szCs w:val="22"/>
        </w:rPr>
      </w:sdtEndPr>
      <w:sdtContent>
        <w:p w14:paraId="24C3C5F2" w14:textId="2A0220E3" w:rsidR="00A76595" w:rsidRDefault="00A76595">
          <w:pPr>
            <w:pStyle w:val="TOCHeading"/>
          </w:pPr>
          <w:r>
            <w:t>Table of Contents</w:t>
          </w:r>
        </w:p>
        <w:p w14:paraId="6680D662" w14:textId="6B6358EF" w:rsidR="001D2BEF" w:rsidRDefault="00A76595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1486400" w:history="1">
            <w:r w:rsidR="001D2BEF" w:rsidRPr="004F5B68">
              <w:rPr>
                <w:rStyle w:val="Hyperlink"/>
                <w:noProof/>
              </w:rPr>
              <w:t>1. Introduction</w:t>
            </w:r>
            <w:r w:rsidR="001D2BEF">
              <w:rPr>
                <w:noProof/>
                <w:webHidden/>
              </w:rPr>
              <w:tab/>
            </w:r>
            <w:r w:rsidR="001D2BEF">
              <w:rPr>
                <w:noProof/>
                <w:webHidden/>
              </w:rPr>
              <w:fldChar w:fldCharType="begin"/>
            </w:r>
            <w:r w:rsidR="001D2BEF">
              <w:rPr>
                <w:noProof/>
                <w:webHidden/>
              </w:rPr>
              <w:instrText xml:space="preserve"> PAGEREF _Toc241486400 \h </w:instrText>
            </w:r>
            <w:r w:rsidR="001D2BEF">
              <w:rPr>
                <w:noProof/>
                <w:webHidden/>
              </w:rPr>
            </w:r>
            <w:r w:rsidR="001D2BEF">
              <w:rPr>
                <w:noProof/>
                <w:webHidden/>
              </w:rPr>
              <w:fldChar w:fldCharType="separate"/>
            </w:r>
            <w:r w:rsidR="001D2BEF">
              <w:rPr>
                <w:noProof/>
                <w:webHidden/>
              </w:rPr>
              <w:t>3</w:t>
            </w:r>
            <w:r w:rsidR="001D2BEF">
              <w:rPr>
                <w:noProof/>
                <w:webHidden/>
              </w:rPr>
              <w:fldChar w:fldCharType="end"/>
            </w:r>
          </w:hyperlink>
        </w:p>
        <w:p w14:paraId="77AD675B" w14:textId="079A9367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1" w:history="1">
            <w:r w:rsidRPr="004F5B68">
              <w:rPr>
                <w:rStyle w:val="Hyperlink"/>
                <w:noProof/>
              </w:rPr>
              <w:t>2. Requirement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314A1" w14:textId="66187F32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2" w:history="1">
            <w:r w:rsidRPr="004F5B68">
              <w:rPr>
                <w:rStyle w:val="Hyperlink"/>
                <w:noProof/>
              </w:rPr>
              <w:t>3. Entity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1B4705" w14:textId="7B0BD2A8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3" w:history="1">
            <w:r w:rsidRPr="004F5B68">
              <w:rPr>
                <w:rStyle w:val="Hyperlink"/>
                <w:noProof/>
              </w:rPr>
              <w:t>4. Entity Relationship Diagram (ERD)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805F30" w14:textId="23FA4CE4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4" w:history="1">
            <w:r w:rsidRPr="004F5B68">
              <w:rPr>
                <w:rStyle w:val="Hyperlink"/>
                <w:noProof/>
              </w:rPr>
              <w:t>5. Relational Schema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D07C25" w14:textId="32693DD2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5" w:history="1">
            <w:r w:rsidRPr="004F5B68">
              <w:rPr>
                <w:rStyle w:val="Hyperlink"/>
                <w:noProof/>
              </w:rPr>
              <w:t>6. Database Normalisation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376AC4" w14:textId="57E1D415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6" w:history="1">
            <w:r w:rsidRPr="004F5B68">
              <w:rPr>
                <w:rStyle w:val="Hyperlink"/>
                <w:noProof/>
              </w:rPr>
              <w:t>7. Database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079415" w14:textId="3695F904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7" w:history="1">
            <w:r w:rsidRPr="004F5B68">
              <w:rPr>
                <w:rStyle w:val="Hyperlink"/>
                <w:noProof/>
              </w:rPr>
              <w:t>8. Query Development and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C8A9EA" w14:textId="47944E96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8" w:history="1">
            <w:r w:rsidRPr="004F5B68">
              <w:rPr>
                <w:rStyle w:val="Hyperlink"/>
                <w:noProof/>
              </w:rPr>
              <w:t>9. Validation and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B705D" w14:textId="166607F6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09" w:history="1">
            <w:r w:rsidRPr="004F5B68">
              <w:rPr>
                <w:rStyle w:val="Hyperlink"/>
                <w:noProof/>
              </w:rPr>
              <w:t>10. Design Decisions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29160" w14:textId="7C50428E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10" w:history="1">
            <w:r w:rsidRPr="004F5B68">
              <w:rPr>
                <w:rStyle w:val="Hyperlink"/>
                <w:noProof/>
              </w:rPr>
              <w:t>11.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0FF7CD" w14:textId="2853C3C8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11" w:history="1">
            <w:r w:rsidRPr="004F5B68">
              <w:rPr>
                <w:rStyle w:val="Hyperlink"/>
                <w:noProof/>
              </w:rPr>
              <w:t>12. Future Improvements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A24AEB" w14:textId="50E8F214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12" w:history="1">
            <w:r w:rsidRPr="004F5B68">
              <w:rPr>
                <w:rStyle w:val="Hyperlink"/>
                <w:noProof/>
              </w:rPr>
              <w:t>13.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0CBE0" w14:textId="599014DE" w:rsidR="001D2BEF" w:rsidRDefault="001D2BEF">
          <w:pPr>
            <w:pStyle w:val="TOC1"/>
            <w:tabs>
              <w:tab w:val="right" w:leader="dot" w:pos="10070"/>
            </w:tabs>
            <w:rPr>
              <w:noProof/>
              <w:kern w:val="2"/>
              <w:sz w:val="24"/>
              <w:szCs w:val="24"/>
              <w:lang w:val="en-GB" w:eastAsia="zh-CN"/>
              <w14:ligatures w14:val="standardContextual"/>
            </w:rPr>
          </w:pPr>
          <w:hyperlink w:anchor="_Toc241486413" w:history="1">
            <w:r w:rsidRPr="004F5B68">
              <w:rPr>
                <w:rStyle w:val="Hyperlink"/>
                <w:noProof/>
              </w:rPr>
              <w:t>14. References (IEEE Style)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_Toc241486413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D9A3A" w14:textId="1C3A1430" w:rsidR="00A76595" w:rsidRDefault="00A76595">
          <w:r>
            <w:rPr>
              <w:b/>
              <w:bCs/>
              <w:noProof/>
            </w:rPr>
            <w:fldChar w:fldCharType="end"/>
          </w:r>
        </w:p>
      </w:sdtContent>
    </w:sdt>
    <w:p w14:paraId="739D3EA3" w14:textId="77777777" w:rsidR="00A76595" w:rsidRDefault="00A76595">
      <w:pPr>
        <w:pStyle w:val="Heading1"/>
      </w:pPr>
    </w:p>
    <w:p w14:paraId="407A6545" w14:textId="77777777" w:rsidR="00A76595" w:rsidRDefault="00A76595" w:rsidP="00A76595"/>
    <w:p w14:paraId="38A612A4" w14:textId="77777777" w:rsidR="00A76595" w:rsidRDefault="00A76595" w:rsidP="00A76595"/>
    <w:p w14:paraId="554501EC" w14:textId="77777777" w:rsidR="00A76595" w:rsidRDefault="00A76595" w:rsidP="00A76595"/>
    <w:p w14:paraId="6FE0752B" w14:textId="77777777" w:rsidR="00A76595" w:rsidRDefault="00A76595" w:rsidP="00A76595"/>
    <w:p w14:paraId="15BF7BD2" w14:textId="77777777" w:rsidR="00A76595" w:rsidRDefault="00A76595" w:rsidP="00A76595"/>
    <w:p w14:paraId="1B27C21D" w14:textId="77777777" w:rsidR="00A76595" w:rsidRDefault="00A76595" w:rsidP="00A76595"/>
    <w:p w14:paraId="267F6E51" w14:textId="77777777" w:rsidR="00A76595" w:rsidRDefault="00A76595" w:rsidP="00A76595"/>
    <w:p w14:paraId="4DC4069B" w14:textId="77777777" w:rsidR="00A76595" w:rsidRDefault="00A76595" w:rsidP="00A76595"/>
    <w:p w14:paraId="4E65F24B" w14:textId="77777777" w:rsidR="00A76595" w:rsidRDefault="00A76595" w:rsidP="00A76595"/>
    <w:p w14:paraId="3125C7FE" w14:textId="77777777" w:rsidR="00A76595" w:rsidRPr="00A76595" w:rsidRDefault="00A76595" w:rsidP="00A76595"/>
    <w:p w14:paraId="5A916B42" w14:textId="77777777" w:rsidR="002D5967" w:rsidRDefault="00000000">
      <w:pPr>
        <w:pStyle w:val="Heading1"/>
      </w:pPr>
      <w:bookmarkStart w:id="0" w:name="_Toc241486400"/>
      <w:r>
        <w:lastRenderedPageBreak/>
        <w:t>1. Introduction</w:t>
      </w:r>
      <w:bookmarkEnd w:id="0"/>
    </w:p>
    <w:p w14:paraId="17CCB099" w14:textId="14257259" w:rsidR="002D5967" w:rsidRDefault="00A76595">
      <w:r>
        <w:t>In this section, please write in brief about the scope of this report</w:t>
      </w:r>
    </w:p>
    <w:p w14:paraId="0D3983A0" w14:textId="77777777" w:rsidR="001D2BEF" w:rsidRDefault="001D2BEF"/>
    <w:p w14:paraId="20EEEF49" w14:textId="77777777" w:rsidR="001D2BEF" w:rsidRDefault="001D2BEF"/>
    <w:p w14:paraId="49AE8E1F" w14:textId="77777777" w:rsidR="001D2BEF" w:rsidRDefault="001D2BEF"/>
    <w:p w14:paraId="75CADDF5" w14:textId="77777777" w:rsidR="001D2BEF" w:rsidRDefault="001D2BEF"/>
    <w:p w14:paraId="590996B3" w14:textId="77777777" w:rsidR="001D2BEF" w:rsidRDefault="001D2BEF"/>
    <w:p w14:paraId="7796CE05" w14:textId="77777777" w:rsidR="001D2BEF" w:rsidRDefault="001D2BEF"/>
    <w:p w14:paraId="0339E856" w14:textId="77777777" w:rsidR="001D2BEF" w:rsidRDefault="001D2BEF"/>
    <w:p w14:paraId="653D8000" w14:textId="77777777" w:rsidR="001D2BEF" w:rsidRDefault="001D2BEF"/>
    <w:p w14:paraId="6FA5695F" w14:textId="77777777" w:rsidR="001D2BEF" w:rsidRDefault="001D2BEF"/>
    <w:p w14:paraId="0838B635" w14:textId="77777777" w:rsidR="001D2BEF" w:rsidRDefault="001D2BEF"/>
    <w:p w14:paraId="386C1D16" w14:textId="77777777" w:rsidR="001D2BEF" w:rsidRDefault="001D2BEF"/>
    <w:p w14:paraId="170BC755" w14:textId="77777777" w:rsidR="001D2BEF" w:rsidRDefault="001D2BEF"/>
    <w:p w14:paraId="75A41279" w14:textId="77777777" w:rsidR="001D2BEF" w:rsidRDefault="001D2BEF"/>
    <w:p w14:paraId="3CDFC0CB" w14:textId="77777777" w:rsidR="001D2BEF" w:rsidRDefault="001D2BEF"/>
    <w:p w14:paraId="229FAD75" w14:textId="77777777" w:rsidR="002D5967" w:rsidRDefault="00000000">
      <w:pPr>
        <w:pStyle w:val="Heading1"/>
      </w:pPr>
      <w:bookmarkStart w:id="1" w:name="_Toc241486401"/>
      <w:r>
        <w:t>2. Requirement Analysis</w:t>
      </w:r>
      <w:bookmarkEnd w:id="1"/>
    </w:p>
    <w:p w14:paraId="300E2BD4" w14:textId="77777777" w:rsidR="00A76595" w:rsidRDefault="00A76595" w:rsidP="00A76595"/>
    <w:p w14:paraId="5B717D5F" w14:textId="109D95CA" w:rsidR="00A76595" w:rsidRDefault="00A76595" w:rsidP="00A76595">
      <w:r>
        <w:t>In this section describe the requirements of the Fastbite business. The focus should be on what the business is about and what are its functional and non-functional requirements. You can make realistic assumptions.</w:t>
      </w:r>
    </w:p>
    <w:p w14:paraId="13624127" w14:textId="77777777" w:rsidR="001D2BEF" w:rsidRDefault="001D2BEF" w:rsidP="00A76595"/>
    <w:p w14:paraId="77967465" w14:textId="77777777" w:rsidR="001D2BEF" w:rsidRDefault="001D2BEF" w:rsidP="00A76595"/>
    <w:p w14:paraId="462A57B1" w14:textId="77777777" w:rsidR="001D2BEF" w:rsidRDefault="001D2BEF" w:rsidP="00A76595"/>
    <w:p w14:paraId="02EA80F8" w14:textId="77777777" w:rsidR="001D2BEF" w:rsidRDefault="001D2BEF" w:rsidP="00A76595"/>
    <w:p w14:paraId="48DD7FD3" w14:textId="77777777" w:rsidR="001D2BEF" w:rsidRDefault="001D2BEF" w:rsidP="00A76595"/>
    <w:p w14:paraId="3272F32D" w14:textId="77777777" w:rsidR="001D2BEF" w:rsidRDefault="001D2BEF" w:rsidP="00A76595"/>
    <w:p w14:paraId="07C4F265" w14:textId="77777777" w:rsidR="002D5967" w:rsidRDefault="00000000">
      <w:pPr>
        <w:pStyle w:val="Heading1"/>
      </w:pPr>
      <w:bookmarkStart w:id="2" w:name="_Toc241486402"/>
      <w:r>
        <w:lastRenderedPageBreak/>
        <w:t>3. Entity Analysis</w:t>
      </w:r>
      <w:bookmarkEnd w:id="2"/>
    </w:p>
    <w:p w14:paraId="2993CC15" w14:textId="747AB344" w:rsidR="002D5967" w:rsidRDefault="00A76595">
      <w:r>
        <w:t>In this section, you can d</w:t>
      </w:r>
      <w:r w:rsidR="00000000">
        <w:t>escribe entities, attributes, keys, relationships, cardinality and participation.</w:t>
      </w:r>
    </w:p>
    <w:p w14:paraId="26090EBB" w14:textId="303EABE5" w:rsidR="002D5967" w:rsidRDefault="00A76595" w:rsidP="00A76595">
      <w:pPr>
        <w:pStyle w:val="ListParagraph"/>
        <w:numPr>
          <w:ilvl w:val="0"/>
          <w:numId w:val="10"/>
        </w:numPr>
      </w:pPr>
      <w:r>
        <w:t xml:space="preserve">List of Entities and for every entity describe its purpose, attributes and their purpose, data type if the attribute, primary key and foreign keys of the entity. </w:t>
      </w:r>
    </w:p>
    <w:p w14:paraId="31659BDD" w14:textId="49B62172" w:rsidR="00A76595" w:rsidRDefault="00A76595" w:rsidP="00A76595">
      <w:pPr>
        <w:pStyle w:val="ListParagraph"/>
        <w:numPr>
          <w:ilvl w:val="0"/>
          <w:numId w:val="10"/>
        </w:numPr>
      </w:pPr>
      <w:r>
        <w:t xml:space="preserve">List of relationships between various entities. Describe the cardinality and participation constraints of the relationships. </w:t>
      </w:r>
    </w:p>
    <w:p w14:paraId="1505A13D" w14:textId="77777777" w:rsidR="001D2BEF" w:rsidRDefault="001D2BEF" w:rsidP="001D2BEF"/>
    <w:p w14:paraId="4B914194" w14:textId="77777777" w:rsidR="001D2BEF" w:rsidRDefault="001D2BEF" w:rsidP="001D2BEF"/>
    <w:p w14:paraId="5D552DEB" w14:textId="77777777" w:rsidR="001D2BEF" w:rsidRDefault="001D2BEF" w:rsidP="001D2BEF"/>
    <w:p w14:paraId="7D2482DA" w14:textId="77777777" w:rsidR="001D2BEF" w:rsidRDefault="001D2BEF" w:rsidP="001D2BEF"/>
    <w:p w14:paraId="5A228680" w14:textId="77777777" w:rsidR="001D2BEF" w:rsidRDefault="001D2BEF" w:rsidP="001D2BEF"/>
    <w:p w14:paraId="04AEFEB2" w14:textId="77777777" w:rsidR="001D2BEF" w:rsidRDefault="001D2BEF" w:rsidP="001D2BEF"/>
    <w:p w14:paraId="76B67422" w14:textId="77777777" w:rsidR="001D2BEF" w:rsidRDefault="001D2BEF" w:rsidP="001D2BEF"/>
    <w:p w14:paraId="34D6320E" w14:textId="77777777" w:rsidR="001D2BEF" w:rsidRDefault="001D2BEF" w:rsidP="001D2BEF"/>
    <w:p w14:paraId="71E70C0F" w14:textId="77777777" w:rsidR="001D2BEF" w:rsidRDefault="001D2BEF" w:rsidP="001D2BEF"/>
    <w:p w14:paraId="6DAD5674" w14:textId="77777777" w:rsidR="001D2BEF" w:rsidRDefault="001D2BEF" w:rsidP="001D2BEF"/>
    <w:p w14:paraId="1E858296" w14:textId="77777777" w:rsidR="001D2BEF" w:rsidRDefault="001D2BEF" w:rsidP="001D2BEF"/>
    <w:p w14:paraId="4DBB96D6" w14:textId="77777777" w:rsidR="001D2BEF" w:rsidRDefault="001D2BEF" w:rsidP="001D2BEF"/>
    <w:p w14:paraId="21223919" w14:textId="77777777" w:rsidR="001D2BEF" w:rsidRDefault="001D2BEF" w:rsidP="001D2BEF"/>
    <w:p w14:paraId="10C73F78" w14:textId="77777777" w:rsidR="001D2BEF" w:rsidRDefault="001D2BEF" w:rsidP="001D2BEF"/>
    <w:p w14:paraId="27C0F7FA" w14:textId="77777777" w:rsidR="001D2BEF" w:rsidRDefault="001D2BEF" w:rsidP="001D2BEF"/>
    <w:p w14:paraId="073617A5" w14:textId="77777777" w:rsidR="001D2BEF" w:rsidRDefault="001D2BEF" w:rsidP="001D2BEF"/>
    <w:p w14:paraId="705CC9A1" w14:textId="77777777" w:rsidR="001D2BEF" w:rsidRDefault="001D2BEF" w:rsidP="001D2BEF"/>
    <w:p w14:paraId="1A119842" w14:textId="77777777" w:rsidR="001D2BEF" w:rsidRDefault="001D2BEF" w:rsidP="001D2BEF"/>
    <w:p w14:paraId="7BBB6390" w14:textId="77777777" w:rsidR="001D2BEF" w:rsidRDefault="001D2BEF" w:rsidP="001D2BEF"/>
    <w:p w14:paraId="338A7BC3" w14:textId="77777777" w:rsidR="001D2BEF" w:rsidRDefault="001D2BEF" w:rsidP="001D2BEF"/>
    <w:p w14:paraId="2EBDCD9B" w14:textId="77777777" w:rsidR="001D2BEF" w:rsidRDefault="001D2BEF" w:rsidP="001D2BEF"/>
    <w:p w14:paraId="63C0A152" w14:textId="77777777" w:rsidR="002D5967" w:rsidRDefault="00000000">
      <w:pPr>
        <w:pStyle w:val="Heading1"/>
      </w:pPr>
      <w:bookmarkStart w:id="3" w:name="_Toc241486403"/>
      <w:r>
        <w:lastRenderedPageBreak/>
        <w:t>4. Entity Relationship Diagram (ERD)</w:t>
      </w:r>
      <w:bookmarkEnd w:id="3"/>
    </w:p>
    <w:p w14:paraId="6FF9B169" w14:textId="4E04F021" w:rsidR="002D5967" w:rsidRDefault="00000000">
      <w:r>
        <w:t>Insert labelled ER</w:t>
      </w:r>
      <w:r w:rsidR="001A79FA">
        <w:t xml:space="preserve"> diagram corresponding to the Entities, attributes and relationship described in the previous section</w:t>
      </w:r>
      <w:r w:rsidR="001D2BEF">
        <w:t xml:space="preserve">. ER diagram can be made using any design application you are comfortable with. </w:t>
      </w:r>
    </w:p>
    <w:p w14:paraId="372A2DCB" w14:textId="77777777" w:rsidR="001D2BEF" w:rsidRDefault="001D2BEF"/>
    <w:p w14:paraId="6DAEC3CE" w14:textId="77777777" w:rsidR="001D2BEF" w:rsidRDefault="001D2BEF"/>
    <w:p w14:paraId="617CFC44" w14:textId="77777777" w:rsidR="001D2BEF" w:rsidRDefault="001D2BEF"/>
    <w:p w14:paraId="4D6159A4" w14:textId="77777777" w:rsidR="001D2BEF" w:rsidRDefault="001D2BEF"/>
    <w:p w14:paraId="521225E2" w14:textId="77777777" w:rsidR="001D2BEF" w:rsidRDefault="001D2BEF"/>
    <w:p w14:paraId="04F15DE9" w14:textId="77777777" w:rsidR="001D2BEF" w:rsidRDefault="001D2BEF"/>
    <w:p w14:paraId="2207DAE5" w14:textId="77777777" w:rsidR="001D2BEF" w:rsidRDefault="001D2BEF"/>
    <w:p w14:paraId="4551A8E5" w14:textId="77777777" w:rsidR="001D2BEF" w:rsidRDefault="001D2BEF"/>
    <w:p w14:paraId="7FE21AA0" w14:textId="77777777" w:rsidR="001D2BEF" w:rsidRDefault="001D2BEF"/>
    <w:p w14:paraId="3C2E9FD5" w14:textId="77777777" w:rsidR="001D2BEF" w:rsidRDefault="001D2BEF"/>
    <w:p w14:paraId="38A838AF" w14:textId="77777777" w:rsidR="001D2BEF" w:rsidRDefault="001D2BEF"/>
    <w:p w14:paraId="734119D9" w14:textId="77777777" w:rsidR="001D2BEF" w:rsidRDefault="001D2BEF"/>
    <w:p w14:paraId="745DFFEB" w14:textId="77777777" w:rsidR="001D2BEF" w:rsidRDefault="001D2BEF"/>
    <w:p w14:paraId="443D812A" w14:textId="77777777" w:rsidR="001D2BEF" w:rsidRDefault="001D2BEF"/>
    <w:p w14:paraId="1365AB20" w14:textId="77777777" w:rsidR="001D2BEF" w:rsidRDefault="001D2BEF"/>
    <w:p w14:paraId="0D42896F" w14:textId="77777777" w:rsidR="001D2BEF" w:rsidRDefault="001D2BEF"/>
    <w:p w14:paraId="308A684E" w14:textId="77777777" w:rsidR="001D2BEF" w:rsidRDefault="001D2BEF"/>
    <w:p w14:paraId="37F1CCE6" w14:textId="77777777" w:rsidR="001D2BEF" w:rsidRDefault="001D2BEF"/>
    <w:p w14:paraId="0BD7EDF0" w14:textId="77777777" w:rsidR="001D2BEF" w:rsidRDefault="001D2BEF"/>
    <w:p w14:paraId="183812E0" w14:textId="77777777" w:rsidR="001D2BEF" w:rsidRDefault="001D2BEF"/>
    <w:p w14:paraId="66D4BD81" w14:textId="77777777" w:rsidR="001D2BEF" w:rsidRDefault="001D2BEF"/>
    <w:p w14:paraId="2A573EE0" w14:textId="77777777" w:rsidR="001D2BEF" w:rsidRDefault="001D2BEF"/>
    <w:p w14:paraId="7DCF7E1A" w14:textId="77777777" w:rsidR="001D2BEF" w:rsidRDefault="001D2BEF"/>
    <w:p w14:paraId="44D77369" w14:textId="77777777" w:rsidR="001D2BEF" w:rsidRDefault="001D2BEF"/>
    <w:p w14:paraId="5917F531" w14:textId="77777777" w:rsidR="002D5967" w:rsidRDefault="00000000">
      <w:pPr>
        <w:pStyle w:val="Heading1"/>
      </w:pPr>
      <w:bookmarkStart w:id="4" w:name="_Toc241486404"/>
      <w:r>
        <w:lastRenderedPageBreak/>
        <w:t>5. Relational Schema</w:t>
      </w:r>
      <w:bookmarkEnd w:id="4"/>
    </w:p>
    <w:p w14:paraId="7EE46E90" w14:textId="77777777" w:rsidR="001A79FA" w:rsidRDefault="001A79FA"/>
    <w:p w14:paraId="07262FF2" w14:textId="05367955" w:rsidR="002D5967" w:rsidRDefault="001A79FA" w:rsidP="001A79FA">
      <w:r>
        <w:t>Provide the relational schema for the ER diagram provided in Section 4</w:t>
      </w:r>
    </w:p>
    <w:p w14:paraId="64D75826" w14:textId="77777777" w:rsidR="001D2BEF" w:rsidRDefault="001D2BEF">
      <w:pPr>
        <w:pStyle w:val="Heading1"/>
      </w:pPr>
      <w:bookmarkStart w:id="5" w:name="_Toc241486405"/>
    </w:p>
    <w:p w14:paraId="030E9CED" w14:textId="77777777" w:rsidR="001D2BEF" w:rsidRDefault="001D2BEF">
      <w:pPr>
        <w:pStyle w:val="Heading1"/>
      </w:pPr>
    </w:p>
    <w:p w14:paraId="38F67EBF" w14:textId="77777777" w:rsidR="001D2BEF" w:rsidRDefault="001D2BEF">
      <w:pPr>
        <w:pStyle w:val="Heading1"/>
      </w:pPr>
    </w:p>
    <w:p w14:paraId="58C7F8F0" w14:textId="77777777" w:rsidR="001D2BEF" w:rsidRDefault="001D2BEF">
      <w:pPr>
        <w:pStyle w:val="Heading1"/>
      </w:pPr>
    </w:p>
    <w:p w14:paraId="1BF1CBCF" w14:textId="77777777" w:rsidR="001D2BEF" w:rsidRDefault="001D2BEF">
      <w:pPr>
        <w:pStyle w:val="Heading1"/>
      </w:pPr>
    </w:p>
    <w:p w14:paraId="5F0A13E7" w14:textId="2DAB55E3" w:rsidR="002D5967" w:rsidRDefault="00000000">
      <w:pPr>
        <w:pStyle w:val="Heading1"/>
      </w:pPr>
      <w:r>
        <w:t>6. Database Normalisation</w:t>
      </w:r>
      <w:bookmarkEnd w:id="5"/>
    </w:p>
    <w:p w14:paraId="20AA7F94" w14:textId="6C9BB390" w:rsidR="002D5967" w:rsidRDefault="00000000">
      <w:r>
        <w:t xml:space="preserve">Show </w:t>
      </w:r>
      <w:r w:rsidR="001A79FA">
        <w:t>how you have applied the normalization technique (from 1NF to 3NF) on all the relations shown in the relational schema provided in Section 5</w:t>
      </w:r>
      <w:r>
        <w:t>.</w:t>
      </w:r>
    </w:p>
    <w:p w14:paraId="5AC7BA0C" w14:textId="506DEF2C" w:rsidR="001A79FA" w:rsidRDefault="001A79FA">
      <w:r>
        <w:t xml:space="preserve">If relational schema is already in 3NF then you can explain, why do you think so. </w:t>
      </w:r>
    </w:p>
    <w:p w14:paraId="4B85D93B" w14:textId="77777777" w:rsidR="001D2BEF" w:rsidRDefault="001D2BEF"/>
    <w:p w14:paraId="522359F2" w14:textId="77777777" w:rsidR="001D2BEF" w:rsidRDefault="001D2BEF"/>
    <w:p w14:paraId="715BB045" w14:textId="77777777" w:rsidR="001D2BEF" w:rsidRDefault="001D2BEF"/>
    <w:p w14:paraId="317D0CD3" w14:textId="77777777" w:rsidR="001D2BEF" w:rsidRDefault="001D2BEF"/>
    <w:p w14:paraId="52A9DA68" w14:textId="77777777" w:rsidR="001D2BEF" w:rsidRDefault="001D2BEF"/>
    <w:p w14:paraId="33711B2A" w14:textId="77777777" w:rsidR="001D2BEF" w:rsidRDefault="001D2BEF"/>
    <w:p w14:paraId="098854BE" w14:textId="77777777" w:rsidR="001D2BEF" w:rsidRDefault="001D2BEF"/>
    <w:p w14:paraId="471302F5" w14:textId="77777777" w:rsidR="001D2BEF" w:rsidRDefault="001D2BEF"/>
    <w:p w14:paraId="50C07DCA" w14:textId="77777777" w:rsidR="001D2BEF" w:rsidRDefault="001D2BEF"/>
    <w:p w14:paraId="30F2A702" w14:textId="77777777" w:rsidR="001D2BEF" w:rsidRDefault="001D2BEF"/>
    <w:p w14:paraId="5AA17D75" w14:textId="77777777" w:rsidR="001D2BEF" w:rsidRDefault="001D2BEF"/>
    <w:p w14:paraId="79E971D6" w14:textId="77777777" w:rsidR="001A79FA" w:rsidRDefault="00000000" w:rsidP="001A79FA">
      <w:pPr>
        <w:pStyle w:val="Heading1"/>
      </w:pPr>
      <w:bookmarkStart w:id="6" w:name="_Toc241486406"/>
      <w:r>
        <w:lastRenderedPageBreak/>
        <w:t>7. Database Implementation</w:t>
      </w:r>
      <w:bookmarkEnd w:id="6"/>
    </w:p>
    <w:p w14:paraId="6CC5594D" w14:textId="62BEAF1E" w:rsidR="002D5967" w:rsidRDefault="00000000" w:rsidP="001A79FA">
      <w:r w:rsidRPr="001A79FA">
        <w:t xml:space="preserve">Include </w:t>
      </w:r>
      <w:r w:rsidR="001A79FA" w:rsidRPr="001A79FA">
        <w:t xml:space="preserve">the screenshots of the </w:t>
      </w:r>
      <w:r w:rsidRPr="001A79FA">
        <w:t>table</w:t>
      </w:r>
      <w:r w:rsidR="001A79FA" w:rsidRPr="001A79FA">
        <w:t xml:space="preserve"> and relationships </w:t>
      </w:r>
      <w:r w:rsidRPr="001A79FA">
        <w:t>design</w:t>
      </w:r>
      <w:r w:rsidR="001A79FA" w:rsidRPr="001A79FA">
        <w:t xml:space="preserve">ed in MS Access. </w:t>
      </w:r>
      <w:r w:rsidR="001A79FA">
        <w:t xml:space="preserve">Each table must have at least 5 records. </w:t>
      </w:r>
    </w:p>
    <w:p w14:paraId="1571D725" w14:textId="77777777" w:rsidR="001D2BEF" w:rsidRDefault="001D2BEF" w:rsidP="001A79FA"/>
    <w:p w14:paraId="48A6A786" w14:textId="77777777" w:rsidR="001D2BEF" w:rsidRDefault="001D2BEF" w:rsidP="001A79FA"/>
    <w:p w14:paraId="2792E75F" w14:textId="77777777" w:rsidR="001D2BEF" w:rsidRDefault="001D2BEF" w:rsidP="001A79FA"/>
    <w:p w14:paraId="6A5E24FD" w14:textId="77777777" w:rsidR="001D2BEF" w:rsidRDefault="001D2BEF" w:rsidP="001A79FA"/>
    <w:p w14:paraId="7AA3859D" w14:textId="77777777" w:rsidR="001D2BEF" w:rsidRDefault="001D2BEF" w:rsidP="001A79FA"/>
    <w:p w14:paraId="0F0205BA" w14:textId="77777777" w:rsidR="001D2BEF" w:rsidRDefault="001D2BEF" w:rsidP="001A79FA"/>
    <w:p w14:paraId="663EA1F2" w14:textId="77777777" w:rsidR="001D2BEF" w:rsidRDefault="001D2BEF" w:rsidP="001A79FA"/>
    <w:p w14:paraId="1BDAE414" w14:textId="77777777" w:rsidR="001D2BEF" w:rsidRDefault="001D2BEF" w:rsidP="001A79FA"/>
    <w:p w14:paraId="2F50EE96" w14:textId="77777777" w:rsidR="001D2BEF" w:rsidRDefault="001D2BEF" w:rsidP="001A79FA"/>
    <w:p w14:paraId="7097CCD8" w14:textId="77777777" w:rsidR="001D2BEF" w:rsidRDefault="001D2BEF" w:rsidP="001A79FA"/>
    <w:p w14:paraId="39F841DA" w14:textId="77777777" w:rsidR="001D2BEF" w:rsidRPr="001A79FA" w:rsidRDefault="001D2BEF" w:rsidP="001A79FA"/>
    <w:p w14:paraId="69FFDE33" w14:textId="77777777" w:rsidR="002D5967" w:rsidRDefault="00000000">
      <w:pPr>
        <w:pStyle w:val="Heading1"/>
      </w:pPr>
      <w:bookmarkStart w:id="7" w:name="_Toc241486407"/>
      <w:r>
        <w:t>8. Query Development and Testing</w:t>
      </w:r>
      <w:bookmarkEnd w:id="7"/>
    </w:p>
    <w:p w14:paraId="17FC34DA" w14:textId="209F98F2" w:rsidR="002D5967" w:rsidRDefault="001A79FA">
      <w:r>
        <w:t>Include m</w:t>
      </w:r>
      <w:r w:rsidR="00000000">
        <w:t>inimum three meaningful queries with screenshots and business purpose.</w:t>
      </w:r>
    </w:p>
    <w:p w14:paraId="094301EC" w14:textId="77777777" w:rsidR="001D2BEF" w:rsidRDefault="001D2BEF"/>
    <w:p w14:paraId="5B6361E5" w14:textId="77777777" w:rsidR="001D2BEF" w:rsidRDefault="001D2BEF"/>
    <w:p w14:paraId="69B08B46" w14:textId="77777777" w:rsidR="001D2BEF" w:rsidRDefault="001D2BEF"/>
    <w:p w14:paraId="5405C647" w14:textId="77777777" w:rsidR="001D2BEF" w:rsidRDefault="001D2BEF"/>
    <w:p w14:paraId="0CB75554" w14:textId="77777777" w:rsidR="001D2BEF" w:rsidRDefault="001D2BEF"/>
    <w:p w14:paraId="63E0375E" w14:textId="77777777" w:rsidR="001D2BEF" w:rsidRDefault="001D2BEF"/>
    <w:p w14:paraId="07642647" w14:textId="77777777" w:rsidR="001D2BEF" w:rsidRDefault="001D2BEF"/>
    <w:p w14:paraId="3B570952" w14:textId="77777777" w:rsidR="001D2BEF" w:rsidRDefault="001D2BEF"/>
    <w:p w14:paraId="3739DE00" w14:textId="77777777" w:rsidR="001D2BEF" w:rsidRDefault="001D2BEF"/>
    <w:p w14:paraId="50C03DCA" w14:textId="77777777" w:rsidR="001D2BEF" w:rsidRDefault="001D2BEF"/>
    <w:p w14:paraId="41845F5E" w14:textId="77777777" w:rsidR="002D5967" w:rsidRDefault="00000000">
      <w:pPr>
        <w:pStyle w:val="Heading1"/>
      </w:pPr>
      <w:bookmarkStart w:id="8" w:name="_Toc241486408"/>
      <w:r>
        <w:lastRenderedPageBreak/>
        <w:t>9. Validation and Testing</w:t>
      </w:r>
      <w:bookmarkEnd w:id="8"/>
    </w:p>
    <w:p w14:paraId="0E4B80A1" w14:textId="77777777" w:rsidR="002D5967" w:rsidRDefault="00000000">
      <w:r>
        <w:t>Test cases and data integrity checks.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</w:tblGrid>
      <w:tr w:rsidR="002D5967" w14:paraId="61089269" w14:textId="77777777">
        <w:tc>
          <w:tcPr>
            <w:tcW w:w="2520" w:type="dxa"/>
          </w:tcPr>
          <w:p w14:paraId="01924E0C" w14:textId="77777777" w:rsidR="002D5967" w:rsidRDefault="00000000">
            <w:r>
              <w:t>Test ID</w:t>
            </w:r>
          </w:p>
        </w:tc>
        <w:tc>
          <w:tcPr>
            <w:tcW w:w="2520" w:type="dxa"/>
          </w:tcPr>
          <w:p w14:paraId="64C8E69E" w14:textId="77777777" w:rsidR="002D5967" w:rsidRDefault="00000000">
            <w:r>
              <w:t>Description</w:t>
            </w:r>
          </w:p>
        </w:tc>
        <w:tc>
          <w:tcPr>
            <w:tcW w:w="2520" w:type="dxa"/>
          </w:tcPr>
          <w:p w14:paraId="0A442773" w14:textId="77777777" w:rsidR="002D5967" w:rsidRDefault="00000000">
            <w:r>
              <w:t>Expected Result</w:t>
            </w:r>
          </w:p>
        </w:tc>
        <w:tc>
          <w:tcPr>
            <w:tcW w:w="2520" w:type="dxa"/>
          </w:tcPr>
          <w:p w14:paraId="73AA22DE" w14:textId="77777777" w:rsidR="002D5967" w:rsidRDefault="00000000">
            <w:r>
              <w:t>Actual Result</w:t>
            </w:r>
          </w:p>
        </w:tc>
      </w:tr>
      <w:tr w:rsidR="002D5967" w14:paraId="6D7C91B9" w14:textId="77777777">
        <w:tc>
          <w:tcPr>
            <w:tcW w:w="2520" w:type="dxa"/>
          </w:tcPr>
          <w:p w14:paraId="20E5B86A" w14:textId="77777777" w:rsidR="002D5967" w:rsidRDefault="002D5967"/>
        </w:tc>
        <w:tc>
          <w:tcPr>
            <w:tcW w:w="2520" w:type="dxa"/>
          </w:tcPr>
          <w:p w14:paraId="27E06E0F" w14:textId="77777777" w:rsidR="002D5967" w:rsidRDefault="002D5967"/>
        </w:tc>
        <w:tc>
          <w:tcPr>
            <w:tcW w:w="2520" w:type="dxa"/>
          </w:tcPr>
          <w:p w14:paraId="67EB0E16" w14:textId="77777777" w:rsidR="002D5967" w:rsidRDefault="002D5967"/>
        </w:tc>
        <w:tc>
          <w:tcPr>
            <w:tcW w:w="2520" w:type="dxa"/>
          </w:tcPr>
          <w:p w14:paraId="3F885DA0" w14:textId="77777777" w:rsidR="002D5967" w:rsidRDefault="002D5967"/>
        </w:tc>
      </w:tr>
      <w:tr w:rsidR="002D5967" w14:paraId="37F575B5" w14:textId="77777777">
        <w:tc>
          <w:tcPr>
            <w:tcW w:w="2520" w:type="dxa"/>
          </w:tcPr>
          <w:p w14:paraId="5EEF54CD" w14:textId="77777777" w:rsidR="002D5967" w:rsidRDefault="002D5967"/>
        </w:tc>
        <w:tc>
          <w:tcPr>
            <w:tcW w:w="2520" w:type="dxa"/>
          </w:tcPr>
          <w:p w14:paraId="1E951A36" w14:textId="77777777" w:rsidR="002D5967" w:rsidRDefault="002D5967"/>
        </w:tc>
        <w:tc>
          <w:tcPr>
            <w:tcW w:w="2520" w:type="dxa"/>
          </w:tcPr>
          <w:p w14:paraId="591B4602" w14:textId="77777777" w:rsidR="002D5967" w:rsidRDefault="002D5967"/>
        </w:tc>
        <w:tc>
          <w:tcPr>
            <w:tcW w:w="2520" w:type="dxa"/>
          </w:tcPr>
          <w:p w14:paraId="0659A401" w14:textId="77777777" w:rsidR="002D5967" w:rsidRDefault="002D5967"/>
        </w:tc>
      </w:tr>
      <w:tr w:rsidR="002D5967" w14:paraId="594FFA39" w14:textId="77777777">
        <w:tc>
          <w:tcPr>
            <w:tcW w:w="2520" w:type="dxa"/>
          </w:tcPr>
          <w:p w14:paraId="5EB17532" w14:textId="77777777" w:rsidR="002D5967" w:rsidRDefault="002D5967"/>
        </w:tc>
        <w:tc>
          <w:tcPr>
            <w:tcW w:w="2520" w:type="dxa"/>
          </w:tcPr>
          <w:p w14:paraId="58E9F433" w14:textId="77777777" w:rsidR="002D5967" w:rsidRDefault="002D5967"/>
        </w:tc>
        <w:tc>
          <w:tcPr>
            <w:tcW w:w="2520" w:type="dxa"/>
          </w:tcPr>
          <w:p w14:paraId="224A3E18" w14:textId="77777777" w:rsidR="002D5967" w:rsidRDefault="002D5967"/>
        </w:tc>
        <w:tc>
          <w:tcPr>
            <w:tcW w:w="2520" w:type="dxa"/>
          </w:tcPr>
          <w:p w14:paraId="153CD1F9" w14:textId="77777777" w:rsidR="002D5967" w:rsidRDefault="002D5967"/>
        </w:tc>
      </w:tr>
      <w:tr w:rsidR="002D5967" w14:paraId="328E588F" w14:textId="77777777">
        <w:tc>
          <w:tcPr>
            <w:tcW w:w="2520" w:type="dxa"/>
          </w:tcPr>
          <w:p w14:paraId="6C3F4275" w14:textId="77777777" w:rsidR="002D5967" w:rsidRDefault="002D5967"/>
        </w:tc>
        <w:tc>
          <w:tcPr>
            <w:tcW w:w="2520" w:type="dxa"/>
          </w:tcPr>
          <w:p w14:paraId="51E575F8" w14:textId="77777777" w:rsidR="002D5967" w:rsidRDefault="002D5967"/>
        </w:tc>
        <w:tc>
          <w:tcPr>
            <w:tcW w:w="2520" w:type="dxa"/>
          </w:tcPr>
          <w:p w14:paraId="6AEB817C" w14:textId="77777777" w:rsidR="002D5967" w:rsidRDefault="002D5967"/>
        </w:tc>
        <w:tc>
          <w:tcPr>
            <w:tcW w:w="2520" w:type="dxa"/>
          </w:tcPr>
          <w:p w14:paraId="67D35C71" w14:textId="77777777" w:rsidR="002D5967" w:rsidRDefault="002D5967"/>
        </w:tc>
      </w:tr>
    </w:tbl>
    <w:p w14:paraId="1A58008D" w14:textId="77777777" w:rsidR="001D2BEF" w:rsidRDefault="001D2BEF">
      <w:pPr>
        <w:pStyle w:val="Heading1"/>
      </w:pPr>
      <w:bookmarkStart w:id="9" w:name="_Toc241486409"/>
    </w:p>
    <w:p w14:paraId="24B3B52C" w14:textId="77777777" w:rsidR="001D2BEF" w:rsidRDefault="001D2BEF">
      <w:pPr>
        <w:pStyle w:val="Heading1"/>
      </w:pPr>
    </w:p>
    <w:p w14:paraId="5B6689B6" w14:textId="77777777" w:rsidR="001D2BEF" w:rsidRDefault="001D2BEF">
      <w:pPr>
        <w:pStyle w:val="Heading1"/>
      </w:pPr>
    </w:p>
    <w:p w14:paraId="1F74C998" w14:textId="77777777" w:rsidR="001D2BEF" w:rsidRDefault="001D2BEF">
      <w:pPr>
        <w:pStyle w:val="Heading1"/>
      </w:pPr>
    </w:p>
    <w:p w14:paraId="19E822F2" w14:textId="07BE028F" w:rsidR="002D5967" w:rsidRDefault="00000000">
      <w:pPr>
        <w:pStyle w:val="Heading1"/>
      </w:pPr>
      <w:r>
        <w:t>10. Design Decisions</w:t>
      </w:r>
      <w:bookmarkEnd w:id="9"/>
    </w:p>
    <w:p w14:paraId="79914BD8" w14:textId="1576F40A" w:rsidR="002D5967" w:rsidRDefault="001A79FA">
      <w:r>
        <w:t xml:space="preserve">Describe </w:t>
      </w:r>
      <w:r w:rsidR="00000000">
        <w:t>key design choices</w:t>
      </w:r>
      <w:r>
        <w:t xml:space="preserve"> and their impact on the database design. </w:t>
      </w:r>
    </w:p>
    <w:p w14:paraId="6D6842F7" w14:textId="77777777" w:rsidR="001D2BEF" w:rsidRDefault="001D2BEF"/>
    <w:p w14:paraId="2070DC7B" w14:textId="77777777" w:rsidR="001D2BEF" w:rsidRDefault="001D2BEF"/>
    <w:p w14:paraId="79C899CD" w14:textId="77777777" w:rsidR="001D2BEF" w:rsidRDefault="001D2BEF"/>
    <w:p w14:paraId="53E3B68D" w14:textId="77777777" w:rsidR="001D2BEF" w:rsidRDefault="001D2BEF"/>
    <w:p w14:paraId="1694E732" w14:textId="77777777" w:rsidR="001D2BEF" w:rsidRDefault="001D2BEF"/>
    <w:p w14:paraId="6F285DB0" w14:textId="77777777" w:rsidR="001D2BEF" w:rsidRDefault="001D2BEF"/>
    <w:p w14:paraId="658ACA0C" w14:textId="77777777" w:rsidR="001D2BEF" w:rsidRDefault="001D2BEF"/>
    <w:p w14:paraId="29B0D325" w14:textId="77777777" w:rsidR="001D2BEF" w:rsidRDefault="001D2BEF"/>
    <w:p w14:paraId="1CB76173" w14:textId="77777777" w:rsidR="001D2BEF" w:rsidRDefault="001D2BEF"/>
    <w:p w14:paraId="1B985245" w14:textId="77777777" w:rsidR="001D2BEF" w:rsidRDefault="001D2BEF"/>
    <w:p w14:paraId="5C44F929" w14:textId="77777777" w:rsidR="001D2BEF" w:rsidRDefault="001D2BEF"/>
    <w:p w14:paraId="59F36F47" w14:textId="77777777" w:rsidR="001D2BEF" w:rsidRDefault="001D2BEF"/>
    <w:p w14:paraId="56178492" w14:textId="77777777" w:rsidR="002D5967" w:rsidRDefault="00000000">
      <w:pPr>
        <w:pStyle w:val="Heading1"/>
      </w:pPr>
      <w:bookmarkStart w:id="10" w:name="_Toc241486410"/>
      <w:r>
        <w:lastRenderedPageBreak/>
        <w:t>11. Reflection</w:t>
      </w:r>
      <w:bookmarkEnd w:id="10"/>
    </w:p>
    <w:p w14:paraId="5F45AC7B" w14:textId="79C8841F" w:rsidR="002D5967" w:rsidRDefault="001A79FA">
      <w:r>
        <w:t>Describe the c</w:t>
      </w:r>
      <w:r w:rsidR="00000000">
        <w:t>hallenges</w:t>
      </w:r>
      <w:r>
        <w:t xml:space="preserve"> you faced </w:t>
      </w:r>
      <w:r w:rsidR="00000000">
        <w:t xml:space="preserve">and </w:t>
      </w:r>
      <w:r>
        <w:t xml:space="preserve">what you learned in the process. </w:t>
      </w:r>
    </w:p>
    <w:p w14:paraId="0EF6C38D" w14:textId="77777777" w:rsidR="002D5967" w:rsidRDefault="00000000">
      <w:pPr>
        <w:pStyle w:val="Heading1"/>
      </w:pPr>
      <w:bookmarkStart w:id="11" w:name="_Toc241486411"/>
      <w:r>
        <w:t>12. Future Improvements</w:t>
      </w:r>
      <w:bookmarkEnd w:id="11"/>
    </w:p>
    <w:p w14:paraId="2BB8BC09" w14:textId="2A61DB87" w:rsidR="002D5967" w:rsidRDefault="001A79FA">
      <w:r>
        <w:t>Describe p</w:t>
      </w:r>
      <w:r w:rsidR="00000000">
        <w:t>roposed</w:t>
      </w:r>
      <w:r>
        <w:t xml:space="preserve"> future</w:t>
      </w:r>
      <w:r w:rsidR="00000000">
        <w:t xml:space="preserve"> enhancements</w:t>
      </w:r>
      <w:r>
        <w:t>, if any</w:t>
      </w:r>
      <w:r w:rsidR="00000000">
        <w:t>.</w:t>
      </w:r>
    </w:p>
    <w:p w14:paraId="69126781" w14:textId="77777777" w:rsidR="002D5967" w:rsidRDefault="00000000">
      <w:pPr>
        <w:pStyle w:val="Heading1"/>
      </w:pPr>
      <w:bookmarkStart w:id="12" w:name="_Toc241486412"/>
      <w:r>
        <w:t>13. Conclusion</w:t>
      </w:r>
      <w:bookmarkEnd w:id="12"/>
    </w:p>
    <w:p w14:paraId="0219AF96" w14:textId="77777777" w:rsidR="002D5967" w:rsidRDefault="00000000">
      <w:r>
        <w:t>Summary of outcomes and requirements met.</w:t>
      </w:r>
    </w:p>
    <w:p w14:paraId="2E71BA4D" w14:textId="77777777" w:rsidR="002D5967" w:rsidRDefault="00000000">
      <w:pPr>
        <w:pStyle w:val="Heading1"/>
      </w:pPr>
      <w:bookmarkStart w:id="13" w:name="_Toc241486413"/>
      <w:r>
        <w:t>14. References (IEEE Style)</w:t>
      </w:r>
      <w:bookmarkEnd w:id="13"/>
    </w:p>
    <w:p w14:paraId="5C04E747" w14:textId="4BCA140B" w:rsidR="002D5967" w:rsidRDefault="00000000">
      <w:r>
        <w:t>List all references used.</w:t>
      </w:r>
      <w:r w:rsidR="001A79FA">
        <w:t xml:space="preserve"> Do not forget to the in-text citation for all the references include in this section</w:t>
      </w:r>
    </w:p>
    <w:sectPr w:rsidR="002D5967" w:rsidSect="0003461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285C8E"/>
    <w:multiLevelType w:val="hybridMultilevel"/>
    <w:tmpl w:val="E56CF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30609">
    <w:abstractNumId w:val="8"/>
  </w:num>
  <w:num w:numId="2" w16cid:durableId="81805096">
    <w:abstractNumId w:val="6"/>
  </w:num>
  <w:num w:numId="3" w16cid:durableId="368267811">
    <w:abstractNumId w:val="5"/>
  </w:num>
  <w:num w:numId="4" w16cid:durableId="2014334267">
    <w:abstractNumId w:val="4"/>
  </w:num>
  <w:num w:numId="5" w16cid:durableId="587806939">
    <w:abstractNumId w:val="7"/>
  </w:num>
  <w:num w:numId="6" w16cid:durableId="2024894171">
    <w:abstractNumId w:val="3"/>
  </w:num>
  <w:num w:numId="7" w16cid:durableId="577594659">
    <w:abstractNumId w:val="2"/>
  </w:num>
  <w:num w:numId="8" w16cid:durableId="998266594">
    <w:abstractNumId w:val="1"/>
  </w:num>
  <w:num w:numId="9" w16cid:durableId="1835299369">
    <w:abstractNumId w:val="0"/>
  </w:num>
  <w:num w:numId="10" w16cid:durableId="36479339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79FA"/>
    <w:rsid w:val="001D2BEF"/>
    <w:rsid w:val="0029639D"/>
    <w:rsid w:val="002D5967"/>
    <w:rsid w:val="00326F90"/>
    <w:rsid w:val="00A73412"/>
    <w:rsid w:val="00A76595"/>
    <w:rsid w:val="00AA1D8D"/>
    <w:rsid w:val="00AE5DDE"/>
    <w:rsid w:val="00B47730"/>
    <w:rsid w:val="00CB0664"/>
    <w:rsid w:val="00CF02BE"/>
    <w:rsid w:val="00EB2B3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4716DA"/>
  <w14:defaultImageDpi w14:val="300"/>
  <w15:docId w15:val="{81B93AF4-CEF6-43A5-AEA5-ACFCECA8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A765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765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Sadhana Jha</dc:creator>
  <cp:keywords/>
  <dc:description>generated by python-docx</dc:description>
  <cp:lastModifiedBy>Sadhana Jha</cp:lastModifiedBy>
  <cp:revision>7</cp:revision>
  <dcterms:created xsi:type="dcterms:W3CDTF">2026-09-28T09:54:00Z</dcterms:created>
  <dcterms:modified xsi:type="dcterms:W3CDTF">2026-09-28T10:20:00Z</dcterms:modified>
  <cp:category/>
</cp:coreProperties>
</file>