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53A68" w14:textId="77777777" w:rsidR="000D0AE6" w:rsidRDefault="00000000">
      <w:pPr>
        <w:spacing w:before="1100"/>
        <w:jc w:val="center"/>
      </w:pPr>
      <w:r>
        <w:rPr>
          <w:b/>
          <w:color w:val="0B477F"/>
          <w:sz w:val="80"/>
        </w:rPr>
        <w:t>MoveOS</w:t>
      </w:r>
    </w:p>
    <w:p w14:paraId="1CFE8645" w14:textId="77777777" w:rsidR="000D0AE6" w:rsidRDefault="00000000">
      <w:pPr>
        <w:jc w:val="center"/>
      </w:pPr>
      <w:r>
        <w:rPr>
          <w:b/>
          <w:color w:val="1167B1"/>
          <w:sz w:val="46"/>
        </w:rPr>
        <w:t>Software Artefact</w:t>
      </w:r>
    </w:p>
    <w:p w14:paraId="6B71BA6A" w14:textId="77777777" w:rsidR="000D0AE6" w:rsidRDefault="00000000">
      <w:pPr>
        <w:jc w:val="center"/>
      </w:pPr>
      <w:r>
        <w:rPr>
          <w:sz w:val="30"/>
        </w:rPr>
        <w:t>Cloud-Based Logistics Management Platform for Courier and Removal Businesses</w:t>
      </w:r>
    </w:p>
    <w:p w14:paraId="05095AF0" w14:textId="77777777" w:rsidR="000D0AE6" w:rsidRDefault="000D0AE6">
      <w:pPr>
        <w:pBdr>
          <w:bottom w:val="single" w:sz="8" w:space="1" w:color="1167B1"/>
        </w:pBdr>
        <w:spacing w:after="80"/>
      </w:pPr>
    </w:p>
    <w:tbl>
      <w:tblPr>
        <w:tblStyle w:val="TableGrid"/>
        <w:tblW w:w="0" w:type="auto"/>
        <w:jc w:val="center"/>
        <w:tblLook w:val="04A0" w:firstRow="1" w:lastRow="0" w:firstColumn="1" w:lastColumn="0" w:noHBand="0" w:noVBand="1"/>
      </w:tblPr>
      <w:tblGrid>
        <w:gridCol w:w="5083"/>
        <w:gridCol w:w="5083"/>
      </w:tblGrid>
      <w:tr w:rsidR="000D0AE6" w14:paraId="0C47574C" w14:textId="77777777">
        <w:trPr>
          <w:jc w:val="center"/>
        </w:trPr>
        <w:tc>
          <w:tcPr>
            <w:tcW w:w="5083" w:type="dxa"/>
            <w:shd w:val="clear" w:color="auto" w:fill="EAF2FA"/>
            <w:tcMar>
              <w:top w:w="80" w:type="dxa"/>
              <w:left w:w="100" w:type="dxa"/>
              <w:bottom w:w="80" w:type="dxa"/>
              <w:right w:w="100" w:type="dxa"/>
            </w:tcMar>
          </w:tcPr>
          <w:p w14:paraId="52F2685A" w14:textId="77777777" w:rsidR="000D0AE6" w:rsidRDefault="00000000">
            <w:r>
              <w:rPr>
                <w:b/>
                <w:color w:val="0B477F"/>
              </w:rPr>
              <w:t>Student</w:t>
            </w:r>
          </w:p>
        </w:tc>
        <w:tc>
          <w:tcPr>
            <w:tcW w:w="5083" w:type="dxa"/>
            <w:tcMar>
              <w:top w:w="80" w:type="dxa"/>
              <w:left w:w="100" w:type="dxa"/>
              <w:bottom w:w="80" w:type="dxa"/>
              <w:right w:w="100" w:type="dxa"/>
            </w:tcMar>
          </w:tcPr>
          <w:p w14:paraId="389A2341" w14:textId="77777777" w:rsidR="000D0AE6" w:rsidRDefault="00000000">
            <w:r>
              <w:t>Stefan-Leonard Bitu</w:t>
            </w:r>
          </w:p>
        </w:tc>
      </w:tr>
      <w:tr w:rsidR="000D0AE6" w14:paraId="67A55BCA" w14:textId="77777777">
        <w:trPr>
          <w:jc w:val="center"/>
        </w:trPr>
        <w:tc>
          <w:tcPr>
            <w:tcW w:w="5083" w:type="dxa"/>
            <w:shd w:val="clear" w:color="auto" w:fill="EAF2FA"/>
            <w:tcMar>
              <w:top w:w="80" w:type="dxa"/>
              <w:left w:w="100" w:type="dxa"/>
              <w:bottom w:w="80" w:type="dxa"/>
              <w:right w:w="100" w:type="dxa"/>
            </w:tcMar>
          </w:tcPr>
          <w:p w14:paraId="27ECBA8E" w14:textId="77777777" w:rsidR="000D0AE6" w:rsidRDefault="00000000">
            <w:r>
              <w:rPr>
                <w:b/>
                <w:color w:val="0B477F"/>
              </w:rPr>
              <w:t>Student ID</w:t>
            </w:r>
          </w:p>
        </w:tc>
        <w:tc>
          <w:tcPr>
            <w:tcW w:w="5083" w:type="dxa"/>
            <w:tcMar>
              <w:top w:w="80" w:type="dxa"/>
              <w:left w:w="100" w:type="dxa"/>
              <w:bottom w:w="80" w:type="dxa"/>
              <w:right w:w="100" w:type="dxa"/>
            </w:tcMar>
          </w:tcPr>
          <w:p w14:paraId="3FBD990D" w14:textId="77777777" w:rsidR="000D0AE6" w:rsidRDefault="00000000">
            <w:r>
              <w:t>2125335</w:t>
            </w:r>
          </w:p>
        </w:tc>
      </w:tr>
      <w:tr w:rsidR="000D0AE6" w14:paraId="3C5C83CD" w14:textId="77777777">
        <w:trPr>
          <w:jc w:val="center"/>
        </w:trPr>
        <w:tc>
          <w:tcPr>
            <w:tcW w:w="5083" w:type="dxa"/>
            <w:shd w:val="clear" w:color="auto" w:fill="EAF2FA"/>
            <w:tcMar>
              <w:top w:w="80" w:type="dxa"/>
              <w:left w:w="100" w:type="dxa"/>
              <w:bottom w:w="80" w:type="dxa"/>
              <w:right w:w="100" w:type="dxa"/>
            </w:tcMar>
          </w:tcPr>
          <w:p w14:paraId="4DBF4CF1" w14:textId="77777777" w:rsidR="000D0AE6" w:rsidRDefault="00000000">
            <w:r>
              <w:rPr>
                <w:b/>
                <w:color w:val="0B477F"/>
              </w:rPr>
              <w:t>Programme</w:t>
            </w:r>
          </w:p>
        </w:tc>
        <w:tc>
          <w:tcPr>
            <w:tcW w:w="5083" w:type="dxa"/>
            <w:tcMar>
              <w:top w:w="80" w:type="dxa"/>
              <w:left w:w="100" w:type="dxa"/>
              <w:bottom w:w="80" w:type="dxa"/>
              <w:right w:w="100" w:type="dxa"/>
            </w:tcMar>
          </w:tcPr>
          <w:p w14:paraId="3EF79D5B" w14:textId="77777777" w:rsidR="000D0AE6" w:rsidRDefault="00000000">
            <w:r>
              <w:t>BSc (Hons) Cloud Computing</w:t>
            </w:r>
          </w:p>
        </w:tc>
      </w:tr>
      <w:tr w:rsidR="000D0AE6" w14:paraId="14D0C36B" w14:textId="77777777">
        <w:trPr>
          <w:jc w:val="center"/>
        </w:trPr>
        <w:tc>
          <w:tcPr>
            <w:tcW w:w="5083" w:type="dxa"/>
            <w:shd w:val="clear" w:color="auto" w:fill="EAF2FA"/>
            <w:tcMar>
              <w:top w:w="80" w:type="dxa"/>
              <w:left w:w="100" w:type="dxa"/>
              <w:bottom w:w="80" w:type="dxa"/>
              <w:right w:w="100" w:type="dxa"/>
            </w:tcMar>
          </w:tcPr>
          <w:p w14:paraId="44391DD9" w14:textId="77777777" w:rsidR="000D0AE6" w:rsidRDefault="00000000">
            <w:r>
              <w:rPr>
                <w:b/>
                <w:color w:val="0B477F"/>
              </w:rPr>
              <w:t>Supervisor</w:t>
            </w:r>
          </w:p>
        </w:tc>
        <w:tc>
          <w:tcPr>
            <w:tcW w:w="5083" w:type="dxa"/>
            <w:tcMar>
              <w:top w:w="80" w:type="dxa"/>
              <w:left w:w="100" w:type="dxa"/>
              <w:bottom w:w="80" w:type="dxa"/>
              <w:right w:w="100" w:type="dxa"/>
            </w:tcMar>
          </w:tcPr>
          <w:p w14:paraId="5E3AE785" w14:textId="77777777" w:rsidR="000D0AE6" w:rsidRDefault="00000000">
            <w:r>
              <w:t>Renuga Jayakumar</w:t>
            </w:r>
          </w:p>
        </w:tc>
      </w:tr>
      <w:tr w:rsidR="000D0AE6" w14:paraId="1FDFF762" w14:textId="77777777">
        <w:trPr>
          <w:jc w:val="center"/>
        </w:trPr>
        <w:tc>
          <w:tcPr>
            <w:tcW w:w="5083" w:type="dxa"/>
            <w:shd w:val="clear" w:color="auto" w:fill="EAF2FA"/>
            <w:tcMar>
              <w:top w:w="80" w:type="dxa"/>
              <w:left w:w="100" w:type="dxa"/>
              <w:bottom w:w="80" w:type="dxa"/>
              <w:right w:w="100" w:type="dxa"/>
            </w:tcMar>
          </w:tcPr>
          <w:p w14:paraId="27E59B24" w14:textId="77777777" w:rsidR="000D0AE6" w:rsidRDefault="00000000">
            <w:r>
              <w:rPr>
                <w:b/>
                <w:color w:val="0B477F"/>
              </w:rPr>
              <w:t>University</w:t>
            </w:r>
          </w:p>
        </w:tc>
        <w:tc>
          <w:tcPr>
            <w:tcW w:w="5083" w:type="dxa"/>
            <w:tcMar>
              <w:top w:w="80" w:type="dxa"/>
              <w:left w:w="100" w:type="dxa"/>
              <w:bottom w:w="80" w:type="dxa"/>
              <w:right w:w="100" w:type="dxa"/>
            </w:tcMar>
          </w:tcPr>
          <w:p w14:paraId="2E7D818E" w14:textId="77777777" w:rsidR="000D0AE6" w:rsidRDefault="00000000">
            <w:r>
              <w:t>University of Wales Trinity Saint David</w:t>
            </w:r>
          </w:p>
        </w:tc>
      </w:tr>
      <w:tr w:rsidR="000D0AE6" w14:paraId="0E23E8BF" w14:textId="77777777">
        <w:trPr>
          <w:jc w:val="center"/>
        </w:trPr>
        <w:tc>
          <w:tcPr>
            <w:tcW w:w="5083" w:type="dxa"/>
            <w:shd w:val="clear" w:color="auto" w:fill="EAF2FA"/>
            <w:tcMar>
              <w:top w:w="80" w:type="dxa"/>
              <w:left w:w="100" w:type="dxa"/>
              <w:bottom w:w="80" w:type="dxa"/>
              <w:right w:w="100" w:type="dxa"/>
            </w:tcMar>
          </w:tcPr>
          <w:p w14:paraId="6E22396C" w14:textId="77777777" w:rsidR="000D0AE6" w:rsidRDefault="00000000">
            <w:r>
              <w:rPr>
                <w:b/>
                <w:color w:val="0B477F"/>
              </w:rPr>
              <w:t>Submission</w:t>
            </w:r>
          </w:p>
        </w:tc>
        <w:tc>
          <w:tcPr>
            <w:tcW w:w="5083" w:type="dxa"/>
            <w:tcMar>
              <w:top w:w="80" w:type="dxa"/>
              <w:left w:w="100" w:type="dxa"/>
              <w:bottom w:w="80" w:type="dxa"/>
              <w:right w:w="100" w:type="dxa"/>
            </w:tcMar>
          </w:tcPr>
          <w:p w14:paraId="3201E7BC" w14:textId="77777777" w:rsidR="000D0AE6" w:rsidRDefault="00000000">
            <w:r>
              <w:t>Independent Project - Software Artefact</w:t>
            </w:r>
          </w:p>
        </w:tc>
      </w:tr>
    </w:tbl>
    <w:p w14:paraId="12A4ABE0" w14:textId="77777777" w:rsidR="000D0AE6" w:rsidRDefault="00000000">
      <w:pPr>
        <w:spacing w:before="360"/>
        <w:jc w:val="center"/>
      </w:pPr>
      <w:r>
        <w:rPr>
          <w:b/>
          <w:color w:val="178351"/>
          <w:sz w:val="24"/>
        </w:rPr>
        <w:t>Current prototype: React + Vite + Local Storage</w:t>
      </w:r>
    </w:p>
    <w:p w14:paraId="52626499" w14:textId="77777777" w:rsidR="000D0AE6" w:rsidRDefault="00000000">
      <w:pPr>
        <w:jc w:val="center"/>
      </w:pPr>
      <w:r>
        <w:rPr>
          <w:color w:val="5C6C7E"/>
          <w:sz w:val="19"/>
        </w:rPr>
        <w:t>Prepared from the current MoveOS project source and working application screenshots</w:t>
      </w:r>
    </w:p>
    <w:p w14:paraId="23BA3293" w14:textId="77777777" w:rsidR="000D0AE6" w:rsidRDefault="00000000">
      <w:r>
        <w:br w:type="page"/>
      </w:r>
    </w:p>
    <w:p w14:paraId="393307F2" w14:textId="77777777" w:rsidR="000D0AE6" w:rsidRDefault="00000000">
      <w:pPr>
        <w:pStyle w:val="Heading1"/>
      </w:pPr>
      <w:r>
        <w:lastRenderedPageBreak/>
        <w:t>Document Purpose</w:t>
      </w:r>
    </w:p>
    <w:p w14:paraId="75C4A0E2" w14:textId="77777777" w:rsidR="000D0AE6" w:rsidRDefault="00000000">
      <w:pPr>
        <w:spacing w:after="140" w:line="259" w:lineRule="auto"/>
      </w:pPr>
      <w:r>
        <w:t>This document presents the MoveOS software artefact as a single submission file. It explains what has been built, how the prototype is structured and how the main user journeys operate. Screenshots from the working application are included alongside selected source code extracts from the submitted MoveOS project.</w:t>
      </w:r>
    </w:p>
    <w:p w14:paraId="135CF35E" w14:textId="77777777" w:rsidR="000D0AE6" w:rsidRDefault="00000000">
      <w:pPr>
        <w:spacing w:after="140" w:line="259" w:lineRule="auto"/>
      </w:pPr>
      <w:r>
        <w:t>The document does not reproduce every source file line by line. Instead, it provides enough technical evidence to demonstrate the architecture, key functions and working features while keeping the artefact readable for assessment.</w:t>
      </w:r>
    </w:p>
    <w:p w14:paraId="6FF11AF6" w14:textId="77777777" w:rsidR="000D0AE6" w:rsidRDefault="00000000">
      <w:pPr>
        <w:pStyle w:val="Heading2"/>
      </w:pPr>
      <w:r>
        <w:t>Artefact Snapshot</w:t>
      </w:r>
    </w:p>
    <w:tbl>
      <w:tblPr>
        <w:tblStyle w:val="TableGrid"/>
        <w:tblW w:w="0" w:type="auto"/>
        <w:jc w:val="center"/>
        <w:tblLook w:val="04A0" w:firstRow="1" w:lastRow="0" w:firstColumn="1" w:lastColumn="0" w:noHBand="0" w:noVBand="1"/>
      </w:tblPr>
      <w:tblGrid>
        <w:gridCol w:w="5083"/>
        <w:gridCol w:w="5083"/>
      </w:tblGrid>
      <w:tr w:rsidR="000D0AE6" w14:paraId="55E2CAB5" w14:textId="77777777">
        <w:trPr>
          <w:jc w:val="center"/>
        </w:trPr>
        <w:tc>
          <w:tcPr>
            <w:tcW w:w="5083" w:type="dxa"/>
            <w:shd w:val="clear" w:color="auto" w:fill="0B477F"/>
            <w:tcMar>
              <w:top w:w="80" w:type="dxa"/>
              <w:left w:w="100" w:type="dxa"/>
              <w:bottom w:w="80" w:type="dxa"/>
              <w:right w:w="100" w:type="dxa"/>
            </w:tcMar>
          </w:tcPr>
          <w:p w14:paraId="0FA449F4" w14:textId="77777777" w:rsidR="000D0AE6" w:rsidRDefault="00000000">
            <w:r>
              <w:rPr>
                <w:b/>
                <w:color w:val="FFFFFF"/>
                <w:sz w:val="18"/>
              </w:rPr>
              <w:t>Area</w:t>
            </w:r>
          </w:p>
        </w:tc>
        <w:tc>
          <w:tcPr>
            <w:tcW w:w="5083" w:type="dxa"/>
            <w:shd w:val="clear" w:color="auto" w:fill="0B477F"/>
            <w:tcMar>
              <w:top w:w="80" w:type="dxa"/>
              <w:left w:w="100" w:type="dxa"/>
              <w:bottom w:w="80" w:type="dxa"/>
              <w:right w:w="100" w:type="dxa"/>
            </w:tcMar>
          </w:tcPr>
          <w:p w14:paraId="2CB5CF69" w14:textId="77777777" w:rsidR="000D0AE6" w:rsidRDefault="00000000">
            <w:r>
              <w:rPr>
                <w:b/>
                <w:color w:val="FFFFFF"/>
                <w:sz w:val="18"/>
              </w:rPr>
              <w:t>Current implementation</w:t>
            </w:r>
          </w:p>
        </w:tc>
      </w:tr>
      <w:tr w:rsidR="000D0AE6" w14:paraId="742F3D2F" w14:textId="77777777">
        <w:trPr>
          <w:jc w:val="center"/>
        </w:trPr>
        <w:tc>
          <w:tcPr>
            <w:tcW w:w="5083" w:type="dxa"/>
            <w:tcMar>
              <w:top w:w="80" w:type="dxa"/>
              <w:left w:w="100" w:type="dxa"/>
              <w:bottom w:w="80" w:type="dxa"/>
              <w:right w:w="100" w:type="dxa"/>
            </w:tcMar>
            <w:vAlign w:val="center"/>
          </w:tcPr>
          <w:p w14:paraId="78875A3E" w14:textId="77777777" w:rsidR="000D0AE6" w:rsidRDefault="00000000">
            <w:r>
              <w:rPr>
                <w:sz w:val="17"/>
              </w:rPr>
              <w:t>Frontend</w:t>
            </w:r>
          </w:p>
        </w:tc>
        <w:tc>
          <w:tcPr>
            <w:tcW w:w="5083" w:type="dxa"/>
            <w:tcMar>
              <w:top w:w="80" w:type="dxa"/>
              <w:left w:w="100" w:type="dxa"/>
              <w:bottom w:w="80" w:type="dxa"/>
              <w:right w:w="100" w:type="dxa"/>
            </w:tcMar>
            <w:vAlign w:val="center"/>
          </w:tcPr>
          <w:p w14:paraId="7B9DEA37" w14:textId="77777777" w:rsidR="000D0AE6" w:rsidRDefault="00000000">
            <w:r>
              <w:rPr>
                <w:sz w:val="17"/>
              </w:rPr>
              <w:t>React, JavaScript, React Router and custom CSS</w:t>
            </w:r>
          </w:p>
        </w:tc>
      </w:tr>
      <w:tr w:rsidR="000D0AE6" w14:paraId="0A57F62C" w14:textId="77777777">
        <w:trPr>
          <w:jc w:val="center"/>
        </w:trPr>
        <w:tc>
          <w:tcPr>
            <w:tcW w:w="5083" w:type="dxa"/>
            <w:tcMar>
              <w:top w:w="80" w:type="dxa"/>
              <w:left w:w="100" w:type="dxa"/>
              <w:bottom w:w="80" w:type="dxa"/>
              <w:right w:w="100" w:type="dxa"/>
            </w:tcMar>
            <w:vAlign w:val="center"/>
          </w:tcPr>
          <w:p w14:paraId="534B21FE" w14:textId="77777777" w:rsidR="000D0AE6" w:rsidRDefault="00000000">
            <w:r>
              <w:rPr>
                <w:sz w:val="17"/>
              </w:rPr>
              <w:t>Development environment</w:t>
            </w:r>
          </w:p>
        </w:tc>
        <w:tc>
          <w:tcPr>
            <w:tcW w:w="5083" w:type="dxa"/>
            <w:tcMar>
              <w:top w:w="80" w:type="dxa"/>
              <w:left w:w="100" w:type="dxa"/>
              <w:bottom w:w="80" w:type="dxa"/>
              <w:right w:w="100" w:type="dxa"/>
            </w:tcMar>
            <w:vAlign w:val="center"/>
          </w:tcPr>
          <w:p w14:paraId="0463F919" w14:textId="77777777" w:rsidR="000D0AE6" w:rsidRDefault="00000000">
            <w:r>
              <w:rPr>
                <w:sz w:val="17"/>
              </w:rPr>
              <w:t>Vite running on localhost</w:t>
            </w:r>
          </w:p>
        </w:tc>
      </w:tr>
      <w:tr w:rsidR="000D0AE6" w14:paraId="48CA90EF" w14:textId="77777777">
        <w:trPr>
          <w:jc w:val="center"/>
        </w:trPr>
        <w:tc>
          <w:tcPr>
            <w:tcW w:w="5083" w:type="dxa"/>
            <w:tcMar>
              <w:top w:w="80" w:type="dxa"/>
              <w:left w:w="100" w:type="dxa"/>
              <w:bottom w:w="80" w:type="dxa"/>
              <w:right w:w="100" w:type="dxa"/>
            </w:tcMar>
            <w:vAlign w:val="center"/>
          </w:tcPr>
          <w:p w14:paraId="6B8BB166" w14:textId="77777777" w:rsidR="000D0AE6" w:rsidRDefault="00000000">
            <w:r>
              <w:rPr>
                <w:sz w:val="17"/>
              </w:rPr>
              <w:t>Data persistence</w:t>
            </w:r>
          </w:p>
        </w:tc>
        <w:tc>
          <w:tcPr>
            <w:tcW w:w="5083" w:type="dxa"/>
            <w:tcMar>
              <w:top w:w="80" w:type="dxa"/>
              <w:left w:w="100" w:type="dxa"/>
              <w:bottom w:w="80" w:type="dxa"/>
              <w:right w:w="100" w:type="dxa"/>
            </w:tcMar>
            <w:vAlign w:val="center"/>
          </w:tcPr>
          <w:p w14:paraId="692197D4" w14:textId="77777777" w:rsidR="000D0AE6" w:rsidRDefault="00000000">
            <w:r>
              <w:rPr>
                <w:sz w:val="17"/>
              </w:rPr>
              <w:t>Browser Local Storage</w:t>
            </w:r>
          </w:p>
        </w:tc>
      </w:tr>
      <w:tr w:rsidR="000D0AE6" w14:paraId="1CA63355" w14:textId="77777777">
        <w:trPr>
          <w:jc w:val="center"/>
        </w:trPr>
        <w:tc>
          <w:tcPr>
            <w:tcW w:w="5083" w:type="dxa"/>
            <w:tcMar>
              <w:top w:w="80" w:type="dxa"/>
              <w:left w:w="100" w:type="dxa"/>
              <w:bottom w:w="80" w:type="dxa"/>
              <w:right w:w="100" w:type="dxa"/>
            </w:tcMar>
            <w:vAlign w:val="center"/>
          </w:tcPr>
          <w:p w14:paraId="1E26F067" w14:textId="77777777" w:rsidR="000D0AE6" w:rsidRDefault="00000000">
            <w:r>
              <w:rPr>
                <w:sz w:val="17"/>
              </w:rPr>
              <w:t>User roles</w:t>
            </w:r>
          </w:p>
        </w:tc>
        <w:tc>
          <w:tcPr>
            <w:tcW w:w="5083" w:type="dxa"/>
            <w:tcMar>
              <w:top w:w="80" w:type="dxa"/>
              <w:left w:w="100" w:type="dxa"/>
              <w:bottom w:w="80" w:type="dxa"/>
              <w:right w:w="100" w:type="dxa"/>
            </w:tcMar>
            <w:vAlign w:val="center"/>
          </w:tcPr>
          <w:p w14:paraId="56E14F25" w14:textId="77777777" w:rsidR="000D0AE6" w:rsidRDefault="00000000">
            <w:r>
              <w:rPr>
                <w:sz w:val="17"/>
              </w:rPr>
              <w:t>Administrator, Customer and Driver</w:t>
            </w:r>
          </w:p>
        </w:tc>
      </w:tr>
      <w:tr w:rsidR="000D0AE6" w14:paraId="32590E35" w14:textId="77777777">
        <w:trPr>
          <w:jc w:val="center"/>
        </w:trPr>
        <w:tc>
          <w:tcPr>
            <w:tcW w:w="5083" w:type="dxa"/>
            <w:tcMar>
              <w:top w:w="80" w:type="dxa"/>
              <w:left w:w="100" w:type="dxa"/>
              <w:bottom w:w="80" w:type="dxa"/>
              <w:right w:w="100" w:type="dxa"/>
            </w:tcMar>
            <w:vAlign w:val="center"/>
          </w:tcPr>
          <w:p w14:paraId="2F0C0525" w14:textId="77777777" w:rsidR="000D0AE6" w:rsidRDefault="00000000">
            <w:r>
              <w:rPr>
                <w:sz w:val="17"/>
              </w:rPr>
              <w:t>Core workflow</w:t>
            </w:r>
          </w:p>
        </w:tc>
        <w:tc>
          <w:tcPr>
            <w:tcW w:w="5083" w:type="dxa"/>
            <w:tcMar>
              <w:top w:w="80" w:type="dxa"/>
              <w:left w:w="100" w:type="dxa"/>
              <w:bottom w:w="80" w:type="dxa"/>
              <w:right w:w="100" w:type="dxa"/>
            </w:tcMar>
            <w:vAlign w:val="center"/>
          </w:tcPr>
          <w:p w14:paraId="7B2E17EE" w14:textId="77777777" w:rsidR="000D0AE6" w:rsidRDefault="00000000">
            <w:r>
              <w:rPr>
                <w:sz w:val="17"/>
              </w:rPr>
              <w:t>Quote request - quotation - deposit - booking - calendar - job - driver assignment</w:t>
            </w:r>
          </w:p>
        </w:tc>
      </w:tr>
      <w:tr w:rsidR="000D0AE6" w14:paraId="67B748ED" w14:textId="77777777">
        <w:trPr>
          <w:jc w:val="center"/>
        </w:trPr>
        <w:tc>
          <w:tcPr>
            <w:tcW w:w="5083" w:type="dxa"/>
            <w:tcMar>
              <w:top w:w="80" w:type="dxa"/>
              <w:left w:w="100" w:type="dxa"/>
              <w:bottom w:w="80" w:type="dxa"/>
              <w:right w:w="100" w:type="dxa"/>
            </w:tcMar>
            <w:vAlign w:val="center"/>
          </w:tcPr>
          <w:p w14:paraId="1D82CDC4" w14:textId="77777777" w:rsidR="000D0AE6" w:rsidRDefault="00000000">
            <w:r>
              <w:rPr>
                <w:sz w:val="17"/>
              </w:rPr>
              <w:t>Cloud direction</w:t>
            </w:r>
          </w:p>
        </w:tc>
        <w:tc>
          <w:tcPr>
            <w:tcW w:w="5083" w:type="dxa"/>
            <w:tcMar>
              <w:top w:w="80" w:type="dxa"/>
              <w:left w:w="100" w:type="dxa"/>
              <w:bottom w:w="80" w:type="dxa"/>
              <w:right w:w="100" w:type="dxa"/>
            </w:tcMar>
            <w:vAlign w:val="center"/>
          </w:tcPr>
          <w:p w14:paraId="3E1C88C2" w14:textId="77777777" w:rsidR="000D0AE6" w:rsidRDefault="00000000">
            <w:r>
              <w:rPr>
                <w:sz w:val="17"/>
              </w:rPr>
              <w:t>Firebase Authentication and Firestore planned for a future production version</w:t>
            </w:r>
          </w:p>
        </w:tc>
      </w:tr>
    </w:tbl>
    <w:p w14:paraId="7D758CC0" w14:textId="77777777" w:rsidR="000D0AE6" w:rsidRDefault="00000000">
      <w:pPr>
        <w:pStyle w:val="Heading2"/>
      </w:pPr>
      <w:r>
        <w:t>Current Scope Note</w:t>
      </w:r>
    </w:p>
    <w:p w14:paraId="21A5AE18" w14:textId="77777777" w:rsidR="000D0AE6" w:rsidRDefault="00000000">
      <w:pPr>
        <w:spacing w:after="140" w:line="259" w:lineRule="auto"/>
      </w:pPr>
      <w:r>
        <w:t>MoveOS is currently a localhost prototype. This is intentional. The priority has been to build and test the complete business workflow before introducing production hosting, cloud authentication, external payment processing, mapping services and other integrations that add cost and additional complexity.</w:t>
      </w:r>
    </w:p>
    <w:p w14:paraId="6C148A6F" w14:textId="77777777" w:rsidR="000D0AE6" w:rsidRDefault="00000000">
      <w:r>
        <w:br w:type="page"/>
      </w:r>
    </w:p>
    <w:p w14:paraId="6B0FBB9C" w14:textId="77777777" w:rsidR="000D0AE6" w:rsidRDefault="00000000">
      <w:pPr>
        <w:pStyle w:val="Heading1"/>
      </w:pPr>
      <w:r>
        <w:lastRenderedPageBreak/>
        <w:t>Contents</w:t>
      </w:r>
    </w:p>
    <w:p w14:paraId="559D301B" w14:textId="77777777" w:rsidR="000D0AE6" w:rsidRDefault="00000000">
      <w:pPr>
        <w:spacing w:after="60"/>
      </w:pPr>
      <w:r>
        <w:t>1. Project and Artefact Overview</w:t>
      </w:r>
    </w:p>
    <w:p w14:paraId="0A4B4CF6" w14:textId="77777777" w:rsidR="000D0AE6" w:rsidRDefault="00000000">
      <w:pPr>
        <w:spacing w:after="60"/>
      </w:pPr>
      <w:r>
        <w:t>2. How to Run MoveOS</w:t>
      </w:r>
    </w:p>
    <w:p w14:paraId="05D421FB" w14:textId="77777777" w:rsidR="000D0AE6" w:rsidRDefault="00000000">
      <w:pPr>
        <w:spacing w:after="60"/>
      </w:pPr>
      <w:r>
        <w:t>3. System Architecture and Project Structure</w:t>
      </w:r>
    </w:p>
    <w:p w14:paraId="36285EE5" w14:textId="77777777" w:rsidR="000D0AE6" w:rsidRDefault="00000000">
      <w:pPr>
        <w:spacing w:after="60"/>
      </w:pPr>
      <w:r>
        <w:t>4. Authentication and Role-Based Access</w:t>
      </w:r>
    </w:p>
    <w:p w14:paraId="45CD4052" w14:textId="77777777" w:rsidR="000D0AE6" w:rsidRDefault="00000000">
      <w:pPr>
        <w:spacing w:after="60"/>
      </w:pPr>
      <w:r>
        <w:t>5. Administrator Portal</w:t>
      </w:r>
    </w:p>
    <w:p w14:paraId="6E296E6A" w14:textId="77777777" w:rsidR="000D0AE6" w:rsidRDefault="00000000">
      <w:pPr>
        <w:spacing w:after="60"/>
      </w:pPr>
      <w:r>
        <w:t>6. Customer Portal</w:t>
      </w:r>
    </w:p>
    <w:p w14:paraId="467DD68A" w14:textId="77777777" w:rsidR="000D0AE6" w:rsidRDefault="00000000">
      <w:pPr>
        <w:spacing w:after="60"/>
      </w:pPr>
      <w:r>
        <w:t>7. Quote Management</w:t>
      </w:r>
    </w:p>
    <w:p w14:paraId="649C33B0" w14:textId="77777777" w:rsidR="000D0AE6" w:rsidRDefault="00000000">
      <w:pPr>
        <w:spacing w:after="60"/>
      </w:pPr>
      <w:r>
        <w:t>8. Deposit, Booking and Calendar Flow</w:t>
      </w:r>
    </w:p>
    <w:p w14:paraId="5777D2AF" w14:textId="77777777" w:rsidR="000D0AE6" w:rsidRDefault="00000000">
      <w:pPr>
        <w:spacing w:after="60"/>
      </w:pPr>
      <w:r>
        <w:t>9. Job Management</w:t>
      </w:r>
    </w:p>
    <w:p w14:paraId="2ADA650F" w14:textId="77777777" w:rsidR="000D0AE6" w:rsidRDefault="00000000">
      <w:pPr>
        <w:spacing w:after="60"/>
      </w:pPr>
      <w:r>
        <w:t>10. Driver Registration and Administration</w:t>
      </w:r>
    </w:p>
    <w:p w14:paraId="1763AFFE" w14:textId="77777777" w:rsidR="000D0AE6" w:rsidRDefault="00000000">
      <w:pPr>
        <w:spacing w:after="60"/>
      </w:pPr>
      <w:r>
        <w:t>11. Notifications, Archive and Data Safety</w:t>
      </w:r>
    </w:p>
    <w:p w14:paraId="666357F2" w14:textId="77777777" w:rsidR="000D0AE6" w:rsidRDefault="00000000">
      <w:pPr>
        <w:spacing w:after="60"/>
      </w:pPr>
      <w:r>
        <w:t>12. Data Storage</w:t>
      </w:r>
    </w:p>
    <w:p w14:paraId="0C31D35B" w14:textId="77777777" w:rsidR="000D0AE6" w:rsidRDefault="00000000">
      <w:pPr>
        <w:spacing w:after="60"/>
      </w:pPr>
      <w:r>
        <w:t>13. Selected Source Code Evidence</w:t>
      </w:r>
    </w:p>
    <w:p w14:paraId="6E8607DF" w14:textId="77777777" w:rsidR="000D0AE6" w:rsidRDefault="00000000">
      <w:pPr>
        <w:spacing w:after="60"/>
      </w:pPr>
      <w:r>
        <w:t>14. Testing and Iterative Development</w:t>
      </w:r>
    </w:p>
    <w:p w14:paraId="26E8F099" w14:textId="77777777" w:rsidR="000D0AE6" w:rsidRDefault="00000000">
      <w:pPr>
        <w:spacing w:after="60"/>
      </w:pPr>
      <w:r>
        <w:t>15. Current Limitations and Known Issues</w:t>
      </w:r>
    </w:p>
    <w:p w14:paraId="5162D75A" w14:textId="77777777" w:rsidR="000D0AE6" w:rsidRDefault="00000000">
      <w:pPr>
        <w:spacing w:after="60"/>
      </w:pPr>
      <w:r>
        <w:t>16. Future Development</w:t>
      </w:r>
    </w:p>
    <w:p w14:paraId="57EC7342" w14:textId="77777777" w:rsidR="000D0AE6" w:rsidRDefault="00000000">
      <w:pPr>
        <w:spacing w:after="60"/>
      </w:pPr>
      <w:r>
        <w:t>17. Conclusion</w:t>
      </w:r>
    </w:p>
    <w:p w14:paraId="250E8378" w14:textId="77777777" w:rsidR="000D0AE6" w:rsidRDefault="00000000">
      <w:r>
        <w:br w:type="page"/>
      </w:r>
    </w:p>
    <w:p w14:paraId="38D659ED" w14:textId="77777777" w:rsidR="000D0AE6" w:rsidRDefault="00000000">
      <w:pPr>
        <w:pStyle w:val="Heading1"/>
      </w:pPr>
      <w:r>
        <w:lastRenderedPageBreak/>
        <w:t>1. Project and Artefact Overview</w:t>
      </w:r>
    </w:p>
    <w:p w14:paraId="1244AFF1" w14:textId="77777777" w:rsidR="000D0AE6" w:rsidRDefault="00000000">
      <w:pPr>
        <w:spacing w:after="140" w:line="259" w:lineRule="auto"/>
      </w:pPr>
      <w:r>
        <w:t>MoveOS is a logistics management platform designed around the day-to-day workflow of a small courier or removal business. The system brings together customer enquiries, quotation handling, bookings, calendar scheduling, job management and driver administration.</w:t>
      </w:r>
    </w:p>
    <w:p w14:paraId="701E7808" w14:textId="77777777" w:rsidR="000D0AE6" w:rsidRDefault="00000000">
      <w:pPr>
        <w:spacing w:after="140" w:line="259" w:lineRule="auto"/>
      </w:pPr>
      <w:r>
        <w:t>The project was inspired by practical experience of running removal operations where information can be spread across phone calls, messaging apps, spreadsheets and calendars. The aim of MoveOS is to reduce this fragmentation by providing one system with separate views for customers, administrators and drivers.</w:t>
      </w:r>
    </w:p>
    <w:p w14:paraId="5BEFAFAF" w14:textId="77777777" w:rsidR="000D0AE6" w:rsidRDefault="00000000">
      <w:pPr>
        <w:pStyle w:val="ListBullet"/>
        <w:spacing w:after="80"/>
      </w:pPr>
      <w:r>
        <w:t>Customers can register, log in and request quotations through a structured form.</w:t>
      </w:r>
    </w:p>
    <w:p w14:paraId="1533B241" w14:textId="77777777" w:rsidR="000D0AE6" w:rsidRDefault="00000000">
      <w:pPr>
        <w:pStyle w:val="ListBullet"/>
        <w:spacing w:after="80"/>
      </w:pPr>
      <w:r>
        <w:t>Administrators can review quotes, manage customers and drivers, monitor bookings and create jobs.</w:t>
      </w:r>
    </w:p>
    <w:p w14:paraId="7B4A2DBE" w14:textId="77777777" w:rsidR="000D0AE6" w:rsidRDefault="00000000">
      <w:pPr>
        <w:pStyle w:val="ListBullet"/>
        <w:spacing w:after="80"/>
      </w:pPr>
      <w:r>
        <w:t>Drivers register separately and require administrator approval before they can access driver functionality.</w:t>
      </w:r>
    </w:p>
    <w:p w14:paraId="67C9D2D3" w14:textId="77777777" w:rsidR="000D0AE6" w:rsidRDefault="00000000">
      <w:pPr>
        <w:pStyle w:val="ListBullet"/>
        <w:spacing w:after="80"/>
      </w:pPr>
      <w:r>
        <w:t>Confirmed quotations can move through deposit payment, booking creation and calendar scheduling.</w:t>
      </w:r>
    </w:p>
    <w:p w14:paraId="44A9CBC8" w14:textId="77777777" w:rsidR="000D0AE6" w:rsidRDefault="00000000">
      <w:pPr>
        <w:pStyle w:val="ListBullet"/>
        <w:spacing w:after="80"/>
      </w:pPr>
      <w:r>
        <w:t>Jobs can be created from confirmed bookings and assigned to approved drivers.</w:t>
      </w:r>
    </w:p>
    <w:p w14:paraId="40FB9D69" w14:textId="77777777" w:rsidR="000D0AE6" w:rsidRDefault="00000000">
      <w:pPr>
        <w:pStyle w:val="ListBullet"/>
        <w:spacing w:after="80"/>
      </w:pPr>
      <w:r>
        <w:t>Records such as users, quotes and jobs use soft-delete or archive patterns so data can be restored rather than immediately lost.</w:t>
      </w:r>
    </w:p>
    <w:p w14:paraId="0FD29240" w14:textId="77777777" w:rsidR="000D0AE6" w:rsidRDefault="00000000">
      <w:pPr>
        <w:pStyle w:val="Heading2"/>
      </w:pPr>
      <w:r>
        <w:t>Business Workflow</w:t>
      </w:r>
    </w:p>
    <w:p w14:paraId="1C415135" w14:textId="77777777" w:rsidR="000D0AE6" w:rsidRDefault="00000000">
      <w:pPr>
        <w:jc w:val="center"/>
      </w:pPr>
      <w:r>
        <w:rPr>
          <w:b/>
          <w:color w:val="0B477F"/>
        </w:rPr>
        <w:t>Customer Registration  -&gt;  Quote Request  -&gt;  Admin Review  -&gt;  Quotation  -&gt;  Deposit  -&gt;  Booking  -&gt;  Calendar  -&gt;  Job  -&gt;  Driver Assignment  -&gt;  Completion</w:t>
      </w:r>
    </w:p>
    <w:p w14:paraId="10D51B53" w14:textId="77777777" w:rsidR="000D0AE6" w:rsidRDefault="00000000">
      <w:r>
        <w:br w:type="page"/>
      </w:r>
    </w:p>
    <w:p w14:paraId="5A85F40D" w14:textId="77777777" w:rsidR="000D0AE6" w:rsidRDefault="00000000">
      <w:pPr>
        <w:pStyle w:val="Heading1"/>
      </w:pPr>
      <w:r>
        <w:lastRenderedPageBreak/>
        <w:t>2. How to Run MoveOS</w:t>
      </w:r>
    </w:p>
    <w:p w14:paraId="5FF079B4" w14:textId="77777777" w:rsidR="000D0AE6" w:rsidRDefault="00000000">
      <w:pPr>
        <w:spacing w:after="140" w:line="259" w:lineRule="auto"/>
      </w:pPr>
      <w:r>
        <w:t>The current artefact is a React application created with Vite. The prototype runs locally and does not require a remote database or production server.</w:t>
      </w:r>
    </w:p>
    <w:p w14:paraId="2779C635" w14:textId="77777777" w:rsidR="000D0AE6" w:rsidRDefault="00000000">
      <w:pPr>
        <w:pStyle w:val="ListNumber"/>
        <w:spacing w:after="80"/>
      </w:pPr>
      <w:r>
        <w:t>Open the MoveOS project folder in Visual Studio Code.</w:t>
      </w:r>
    </w:p>
    <w:p w14:paraId="05B5B49A" w14:textId="77777777" w:rsidR="000D0AE6" w:rsidRDefault="00000000">
      <w:pPr>
        <w:pStyle w:val="ListNumber"/>
        <w:spacing w:after="80"/>
      </w:pPr>
      <w:r>
        <w:t>Open a terminal in the project directory.</w:t>
      </w:r>
    </w:p>
    <w:p w14:paraId="26DE2727" w14:textId="77777777" w:rsidR="000D0AE6" w:rsidRDefault="00000000">
      <w:pPr>
        <w:pStyle w:val="ListNumber"/>
        <w:spacing w:after="80"/>
      </w:pPr>
      <w:r>
        <w:t>Run npm install if dependencies are not already installed.</w:t>
      </w:r>
    </w:p>
    <w:p w14:paraId="3390C747" w14:textId="77777777" w:rsidR="000D0AE6" w:rsidRDefault="00000000">
      <w:pPr>
        <w:pStyle w:val="ListNumber"/>
        <w:spacing w:after="80"/>
      </w:pPr>
      <w:r>
        <w:t>Run npm run dev.</w:t>
      </w:r>
    </w:p>
    <w:p w14:paraId="5439CCE7" w14:textId="77777777" w:rsidR="000D0AE6" w:rsidRDefault="00000000">
      <w:pPr>
        <w:pStyle w:val="ListNumber"/>
        <w:spacing w:after="80"/>
      </w:pPr>
      <w:r>
        <w:t>Open the localhost address shown by Vite, normally http://localhost:5173.</w:t>
      </w:r>
    </w:p>
    <w:p w14:paraId="48769927" w14:textId="77777777" w:rsidR="000D0AE6" w:rsidRDefault="00000000">
      <w:pPr>
        <w:pStyle w:val="ListNumber"/>
        <w:spacing w:after="80"/>
      </w:pPr>
      <w:r>
        <w:t>Use an Administrator, Customer or approved Driver test account to access the appropriate portal.</w:t>
      </w:r>
    </w:p>
    <w:p w14:paraId="08DE41D7" w14:textId="77777777" w:rsidR="000D0AE6" w:rsidRDefault="00000000">
      <w:pPr>
        <w:spacing w:after="60"/>
      </w:pPr>
      <w:r>
        <w:rPr>
          <w:b/>
          <w:color w:val="0B477F"/>
        </w:rPr>
        <w:t>Local development commands</w:t>
      </w:r>
    </w:p>
    <w:tbl>
      <w:tblPr>
        <w:tblW w:w="0" w:type="auto"/>
        <w:jc w:val="center"/>
        <w:tblLook w:val="04A0" w:firstRow="1" w:lastRow="0" w:firstColumn="1" w:lastColumn="0" w:noHBand="0" w:noVBand="1"/>
      </w:tblPr>
      <w:tblGrid>
        <w:gridCol w:w="10166"/>
      </w:tblGrid>
      <w:tr w:rsidR="000D0AE6" w14:paraId="324A3CFD" w14:textId="77777777">
        <w:trPr>
          <w:jc w:val="center"/>
        </w:trPr>
        <w:tc>
          <w:tcPr>
            <w:tcW w:w="10166" w:type="dxa"/>
            <w:shd w:val="clear" w:color="auto" w:fill="F3F6F8"/>
            <w:tcMar>
              <w:top w:w="100" w:type="dxa"/>
              <w:left w:w="120" w:type="dxa"/>
              <w:bottom w:w="100" w:type="dxa"/>
              <w:right w:w="120" w:type="dxa"/>
            </w:tcMar>
          </w:tcPr>
          <w:p w14:paraId="51909252" w14:textId="77777777" w:rsidR="000D0AE6" w:rsidRDefault="00000000">
            <w:pPr>
              <w:spacing w:after="0" w:line="240" w:lineRule="auto"/>
            </w:pPr>
            <w:r>
              <w:rPr>
                <w:rFonts w:ascii="Consolas" w:hAnsi="Consolas"/>
                <w:sz w:val="14"/>
              </w:rPr>
              <w:t>npm install</w:t>
            </w:r>
            <w:r>
              <w:rPr>
                <w:rFonts w:ascii="Consolas" w:hAnsi="Consolas"/>
                <w:sz w:val="14"/>
              </w:rPr>
              <w:br/>
              <w:t>npm run dev</w:t>
            </w:r>
          </w:p>
        </w:tc>
      </w:tr>
    </w:tbl>
    <w:p w14:paraId="651290A5" w14:textId="77777777" w:rsidR="000D0AE6" w:rsidRDefault="000D0AE6">
      <w:pPr>
        <w:spacing w:after="40"/>
      </w:pPr>
    </w:p>
    <w:p w14:paraId="144408DF" w14:textId="77777777" w:rsidR="000D0AE6" w:rsidRDefault="00000000">
      <w:pPr>
        <w:spacing w:after="140" w:line="259" w:lineRule="auto"/>
      </w:pPr>
      <w:r>
        <w:t>The application uses BrowserRouter, so routes such as /admin, /customer and /driver are handled through React Router. Protected routes check the role of the currently logged-in user before the requested page is displayed.</w:t>
      </w:r>
    </w:p>
    <w:p w14:paraId="11152151" w14:textId="77777777" w:rsidR="000D0AE6" w:rsidRDefault="00000000">
      <w:pPr>
        <w:spacing w:before="80" w:after="60"/>
        <w:jc w:val="center"/>
      </w:pPr>
      <w:r>
        <w:rPr>
          <w:noProof/>
        </w:rPr>
        <w:drawing>
          <wp:inline distT="0" distB="0" distL="0" distR="0" wp14:anchorId="08AEBCEB" wp14:editId="32922CF5">
            <wp:extent cx="5852160" cy="35948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e login .png"/>
                    <pic:cNvPicPr/>
                  </pic:nvPicPr>
                  <pic:blipFill>
                    <a:blip r:embed="rId8"/>
                    <a:stretch>
                      <a:fillRect/>
                    </a:stretch>
                  </pic:blipFill>
                  <pic:spPr>
                    <a:xfrm>
                      <a:off x="0" y="0"/>
                      <a:ext cx="5852160" cy="3594844"/>
                    </a:xfrm>
                    <a:prstGeom prst="rect">
                      <a:avLst/>
                    </a:prstGeom>
                  </pic:spPr>
                </pic:pic>
              </a:graphicData>
            </a:graphic>
          </wp:inline>
        </w:drawing>
      </w:r>
    </w:p>
    <w:p w14:paraId="72ABCCC8" w14:textId="77777777" w:rsidR="000D0AE6" w:rsidRDefault="00000000">
      <w:pPr>
        <w:spacing w:after="180"/>
        <w:jc w:val="center"/>
      </w:pPr>
      <w:r>
        <w:rPr>
          <w:i/>
          <w:color w:val="5C6C7E"/>
          <w:sz w:val="17"/>
        </w:rPr>
        <w:t>Figure 1. MoveOS login and role entry point</w:t>
      </w:r>
    </w:p>
    <w:p w14:paraId="43DC02E0" w14:textId="77777777" w:rsidR="000D0AE6" w:rsidRDefault="00000000">
      <w:r>
        <w:br w:type="page"/>
      </w:r>
    </w:p>
    <w:p w14:paraId="6A672CB4" w14:textId="77777777" w:rsidR="000D0AE6" w:rsidRDefault="00000000">
      <w:pPr>
        <w:pStyle w:val="Heading1"/>
      </w:pPr>
      <w:r>
        <w:lastRenderedPageBreak/>
        <w:t>3. System Architecture and Project Structure</w:t>
      </w:r>
    </w:p>
    <w:p w14:paraId="132AF3B9" w14:textId="77777777" w:rsidR="000D0AE6" w:rsidRDefault="00000000">
      <w:pPr>
        <w:spacing w:after="140" w:line="259" w:lineRule="auto"/>
      </w:pPr>
      <w:r>
        <w:t>The project is separated into pages, layouts, shared components, services and utilities. This makes the UI easier to maintain and keeps storage and business logic away from individual page components where possible.</w:t>
      </w:r>
    </w:p>
    <w:p w14:paraId="71D4BD1F" w14:textId="77777777" w:rsidR="000D0AE6" w:rsidRDefault="00000000">
      <w:pPr>
        <w:spacing w:after="60"/>
      </w:pPr>
      <w:r>
        <w:rPr>
          <w:b/>
          <w:color w:val="0B477F"/>
        </w:rPr>
        <w:t>Current project structure</w:t>
      </w:r>
    </w:p>
    <w:tbl>
      <w:tblPr>
        <w:tblW w:w="0" w:type="auto"/>
        <w:jc w:val="center"/>
        <w:tblLook w:val="04A0" w:firstRow="1" w:lastRow="0" w:firstColumn="1" w:lastColumn="0" w:noHBand="0" w:noVBand="1"/>
      </w:tblPr>
      <w:tblGrid>
        <w:gridCol w:w="10166"/>
      </w:tblGrid>
      <w:tr w:rsidR="000D0AE6" w14:paraId="7FB6F27F" w14:textId="77777777">
        <w:trPr>
          <w:jc w:val="center"/>
        </w:trPr>
        <w:tc>
          <w:tcPr>
            <w:tcW w:w="10166" w:type="dxa"/>
            <w:shd w:val="clear" w:color="auto" w:fill="F3F6F8"/>
            <w:tcMar>
              <w:top w:w="100" w:type="dxa"/>
              <w:left w:w="120" w:type="dxa"/>
              <w:bottom w:w="100" w:type="dxa"/>
              <w:right w:w="120" w:type="dxa"/>
            </w:tcMar>
          </w:tcPr>
          <w:p w14:paraId="096841F4" w14:textId="77777777" w:rsidR="000D0AE6" w:rsidRDefault="00000000">
            <w:pPr>
              <w:spacing w:after="0" w:line="240" w:lineRule="auto"/>
            </w:pPr>
            <w:r>
              <w:rPr>
                <w:rFonts w:ascii="Consolas" w:hAnsi="Consolas"/>
                <w:sz w:val="14"/>
              </w:rPr>
              <w:t>src/</w:t>
            </w:r>
            <w:r>
              <w:rPr>
                <w:rFonts w:ascii="Consolas" w:hAnsi="Consolas"/>
                <w:sz w:val="14"/>
              </w:rPr>
              <w:br/>
              <w:t xml:space="preserve">  assets/</w:t>
            </w:r>
            <w:r>
              <w:rPr>
                <w:rFonts w:ascii="Consolas" w:hAnsi="Consolas"/>
                <w:sz w:val="14"/>
              </w:rPr>
              <w:br/>
              <w:t xml:space="preserve">  components/common/ProtectedRoute.jsx</w:t>
            </w:r>
            <w:r>
              <w:rPr>
                <w:rFonts w:ascii="Consolas" w:hAnsi="Consolas"/>
                <w:sz w:val="14"/>
              </w:rPr>
              <w:br/>
              <w:t xml:space="preserve">  data/users.js</w:t>
            </w:r>
            <w:r>
              <w:rPr>
                <w:rFonts w:ascii="Consolas" w:hAnsi="Consolas"/>
                <w:sz w:val="14"/>
              </w:rPr>
              <w:br/>
              <w:t xml:space="preserve">  layouts/AdminLayout.jsx</w:t>
            </w:r>
            <w:r>
              <w:rPr>
                <w:rFonts w:ascii="Consolas" w:hAnsi="Consolas"/>
                <w:sz w:val="14"/>
              </w:rPr>
              <w:br/>
              <w:t xml:space="preserve">  pages/</w:t>
            </w:r>
            <w:r>
              <w:rPr>
                <w:rFonts w:ascii="Consolas" w:hAnsi="Consolas"/>
                <w:sz w:val="14"/>
              </w:rPr>
              <w:br/>
              <w:t xml:space="preserve">    Admin/</w:t>
            </w:r>
            <w:r>
              <w:rPr>
                <w:rFonts w:ascii="Consolas" w:hAnsi="Consolas"/>
                <w:sz w:val="14"/>
              </w:rPr>
              <w:br/>
              <w:t xml:space="preserve">    Customer/</w:t>
            </w:r>
            <w:r>
              <w:rPr>
                <w:rFonts w:ascii="Consolas" w:hAnsi="Consolas"/>
                <w:sz w:val="14"/>
              </w:rPr>
              <w:br/>
              <w:t xml:space="preserve">    Driver/</w:t>
            </w:r>
            <w:r>
              <w:rPr>
                <w:rFonts w:ascii="Consolas" w:hAnsi="Consolas"/>
                <w:sz w:val="14"/>
              </w:rPr>
              <w:br/>
              <w:t xml:space="preserve">    Register/</w:t>
            </w:r>
            <w:r>
              <w:rPr>
                <w:rFonts w:ascii="Consolas" w:hAnsi="Consolas"/>
                <w:sz w:val="14"/>
              </w:rPr>
              <w:br/>
              <w:t xml:space="preserve">  services/</w:t>
            </w:r>
            <w:r>
              <w:rPr>
                <w:rFonts w:ascii="Consolas" w:hAnsi="Consolas"/>
                <w:sz w:val="14"/>
              </w:rPr>
              <w:br/>
              <w:t xml:space="preserve">    authService.js</w:t>
            </w:r>
            <w:r>
              <w:rPr>
                <w:rFonts w:ascii="Consolas" w:hAnsi="Consolas"/>
                <w:sz w:val="14"/>
              </w:rPr>
              <w:br/>
              <w:t xml:space="preserve">    bookingService.js</w:t>
            </w:r>
            <w:r>
              <w:rPr>
                <w:rFonts w:ascii="Consolas" w:hAnsi="Consolas"/>
                <w:sz w:val="14"/>
              </w:rPr>
              <w:br/>
              <w:t xml:space="preserve">    jobService.js</w:t>
            </w:r>
            <w:r>
              <w:rPr>
                <w:rFonts w:ascii="Consolas" w:hAnsi="Consolas"/>
                <w:sz w:val="14"/>
              </w:rPr>
              <w:br/>
              <w:t xml:space="preserve">    notificationService.js</w:t>
            </w:r>
            <w:r>
              <w:rPr>
                <w:rFonts w:ascii="Consolas" w:hAnsi="Consolas"/>
                <w:sz w:val="14"/>
              </w:rPr>
              <w:br/>
              <w:t xml:space="preserve">    quoteService.js</w:t>
            </w:r>
            <w:r>
              <w:rPr>
                <w:rFonts w:ascii="Consolas" w:hAnsi="Consolas"/>
                <w:sz w:val="14"/>
              </w:rPr>
              <w:br/>
              <w:t xml:space="preserve">    storageService.js</w:t>
            </w:r>
            <w:r>
              <w:rPr>
                <w:rFonts w:ascii="Consolas" w:hAnsi="Consolas"/>
                <w:sz w:val="14"/>
              </w:rPr>
              <w:br/>
              <w:t xml:space="preserve">    userService.js</w:t>
            </w:r>
            <w:r>
              <w:rPr>
                <w:rFonts w:ascii="Consolas" w:hAnsi="Consolas"/>
                <w:sz w:val="14"/>
              </w:rPr>
              <w:br/>
              <w:t xml:space="preserve">  utils/</w:t>
            </w:r>
            <w:r>
              <w:rPr>
                <w:rFonts w:ascii="Consolas" w:hAnsi="Consolas"/>
                <w:sz w:val="14"/>
              </w:rPr>
              <w:br/>
              <w:t xml:space="preserve">    constants.js</w:t>
            </w:r>
            <w:r>
              <w:rPr>
                <w:rFonts w:ascii="Consolas" w:hAnsi="Consolas"/>
                <w:sz w:val="14"/>
              </w:rPr>
              <w:br/>
              <w:t xml:space="preserve">    idGenerator.js</w:t>
            </w:r>
            <w:r>
              <w:rPr>
                <w:rFonts w:ascii="Consolas" w:hAnsi="Consolas"/>
                <w:sz w:val="14"/>
              </w:rPr>
              <w:br/>
              <w:t xml:space="preserve">    validators.js</w:t>
            </w:r>
            <w:r>
              <w:rPr>
                <w:rFonts w:ascii="Consolas" w:hAnsi="Consolas"/>
                <w:sz w:val="14"/>
              </w:rPr>
              <w:br/>
              <w:t xml:space="preserve">  App.jsx</w:t>
            </w:r>
            <w:r>
              <w:rPr>
                <w:rFonts w:ascii="Consolas" w:hAnsi="Consolas"/>
                <w:sz w:val="14"/>
              </w:rPr>
              <w:br/>
              <w:t xml:space="preserve">  main.jsx</w:t>
            </w:r>
          </w:p>
        </w:tc>
      </w:tr>
    </w:tbl>
    <w:p w14:paraId="2881EF92" w14:textId="77777777" w:rsidR="000D0AE6" w:rsidRDefault="000D0AE6">
      <w:pPr>
        <w:spacing w:after="40"/>
      </w:pPr>
    </w:p>
    <w:p w14:paraId="1BD06A37" w14:textId="77777777" w:rsidR="000D0AE6" w:rsidRDefault="00000000">
      <w:pPr>
        <w:pStyle w:val="Heading2"/>
      </w:pPr>
      <w:r>
        <w:t>Logical Architecture</w:t>
      </w:r>
    </w:p>
    <w:tbl>
      <w:tblPr>
        <w:tblStyle w:val="TableGrid"/>
        <w:tblW w:w="0" w:type="auto"/>
        <w:jc w:val="center"/>
        <w:tblLook w:val="04A0" w:firstRow="1" w:lastRow="0" w:firstColumn="1" w:lastColumn="0" w:noHBand="0" w:noVBand="1"/>
      </w:tblPr>
      <w:tblGrid>
        <w:gridCol w:w="5083"/>
        <w:gridCol w:w="5083"/>
      </w:tblGrid>
      <w:tr w:rsidR="000D0AE6" w14:paraId="2AA5A87B" w14:textId="77777777">
        <w:trPr>
          <w:jc w:val="center"/>
        </w:trPr>
        <w:tc>
          <w:tcPr>
            <w:tcW w:w="5083" w:type="dxa"/>
            <w:shd w:val="clear" w:color="auto" w:fill="0B477F"/>
            <w:tcMar>
              <w:top w:w="80" w:type="dxa"/>
              <w:left w:w="100" w:type="dxa"/>
              <w:bottom w:w="80" w:type="dxa"/>
              <w:right w:w="100" w:type="dxa"/>
            </w:tcMar>
          </w:tcPr>
          <w:p w14:paraId="25877FF9" w14:textId="77777777" w:rsidR="000D0AE6" w:rsidRDefault="00000000">
            <w:r>
              <w:rPr>
                <w:b/>
                <w:color w:val="FFFFFF"/>
                <w:sz w:val="18"/>
              </w:rPr>
              <w:t>Layer</w:t>
            </w:r>
          </w:p>
        </w:tc>
        <w:tc>
          <w:tcPr>
            <w:tcW w:w="5083" w:type="dxa"/>
            <w:shd w:val="clear" w:color="auto" w:fill="0B477F"/>
            <w:tcMar>
              <w:top w:w="80" w:type="dxa"/>
              <w:left w:w="100" w:type="dxa"/>
              <w:bottom w:w="80" w:type="dxa"/>
              <w:right w:w="100" w:type="dxa"/>
            </w:tcMar>
          </w:tcPr>
          <w:p w14:paraId="5A452B94" w14:textId="77777777" w:rsidR="000D0AE6" w:rsidRDefault="00000000">
            <w:r>
              <w:rPr>
                <w:b/>
                <w:color w:val="FFFFFF"/>
                <w:sz w:val="18"/>
              </w:rPr>
              <w:t>Responsibility</w:t>
            </w:r>
          </w:p>
        </w:tc>
      </w:tr>
      <w:tr w:rsidR="000D0AE6" w14:paraId="7DC769B1" w14:textId="77777777">
        <w:trPr>
          <w:jc w:val="center"/>
        </w:trPr>
        <w:tc>
          <w:tcPr>
            <w:tcW w:w="5083" w:type="dxa"/>
            <w:tcMar>
              <w:top w:w="80" w:type="dxa"/>
              <w:left w:w="100" w:type="dxa"/>
              <w:bottom w:w="80" w:type="dxa"/>
              <w:right w:w="100" w:type="dxa"/>
            </w:tcMar>
            <w:vAlign w:val="center"/>
          </w:tcPr>
          <w:p w14:paraId="303D36C0" w14:textId="77777777" w:rsidR="000D0AE6" w:rsidRDefault="00000000">
            <w:r>
              <w:rPr>
                <w:sz w:val="17"/>
              </w:rPr>
              <w:t>React pages and layouts</w:t>
            </w:r>
          </w:p>
        </w:tc>
        <w:tc>
          <w:tcPr>
            <w:tcW w:w="5083" w:type="dxa"/>
            <w:tcMar>
              <w:top w:w="80" w:type="dxa"/>
              <w:left w:w="100" w:type="dxa"/>
              <w:bottom w:w="80" w:type="dxa"/>
              <w:right w:w="100" w:type="dxa"/>
            </w:tcMar>
            <w:vAlign w:val="center"/>
          </w:tcPr>
          <w:p w14:paraId="376A22D7" w14:textId="77777777" w:rsidR="000D0AE6" w:rsidRDefault="00000000">
            <w:r>
              <w:rPr>
                <w:sz w:val="17"/>
              </w:rPr>
              <w:t>Display forms, dashboards, tables and role-specific screens</w:t>
            </w:r>
          </w:p>
        </w:tc>
      </w:tr>
      <w:tr w:rsidR="000D0AE6" w14:paraId="04EC013F" w14:textId="77777777">
        <w:trPr>
          <w:jc w:val="center"/>
        </w:trPr>
        <w:tc>
          <w:tcPr>
            <w:tcW w:w="5083" w:type="dxa"/>
            <w:tcMar>
              <w:top w:w="80" w:type="dxa"/>
              <w:left w:w="100" w:type="dxa"/>
              <w:bottom w:w="80" w:type="dxa"/>
              <w:right w:w="100" w:type="dxa"/>
            </w:tcMar>
            <w:vAlign w:val="center"/>
          </w:tcPr>
          <w:p w14:paraId="662EB877" w14:textId="77777777" w:rsidR="000D0AE6" w:rsidRDefault="00000000">
            <w:r>
              <w:rPr>
                <w:sz w:val="17"/>
              </w:rPr>
              <w:t>Service layer</w:t>
            </w:r>
          </w:p>
        </w:tc>
        <w:tc>
          <w:tcPr>
            <w:tcW w:w="5083" w:type="dxa"/>
            <w:tcMar>
              <w:top w:w="80" w:type="dxa"/>
              <w:left w:w="100" w:type="dxa"/>
              <w:bottom w:w="80" w:type="dxa"/>
              <w:right w:w="100" w:type="dxa"/>
            </w:tcMar>
            <w:vAlign w:val="center"/>
          </w:tcPr>
          <w:p w14:paraId="29678F2A" w14:textId="77777777" w:rsidR="000D0AE6" w:rsidRDefault="00000000">
            <w:r>
              <w:rPr>
                <w:sz w:val="17"/>
              </w:rPr>
              <w:t>Authentication, users, quotes, bookings, jobs, notifications and storage operations</w:t>
            </w:r>
          </w:p>
        </w:tc>
      </w:tr>
      <w:tr w:rsidR="000D0AE6" w14:paraId="7C4CAE3E" w14:textId="77777777">
        <w:trPr>
          <w:jc w:val="center"/>
        </w:trPr>
        <w:tc>
          <w:tcPr>
            <w:tcW w:w="5083" w:type="dxa"/>
            <w:tcMar>
              <w:top w:w="80" w:type="dxa"/>
              <w:left w:w="100" w:type="dxa"/>
              <w:bottom w:w="80" w:type="dxa"/>
              <w:right w:w="100" w:type="dxa"/>
            </w:tcMar>
            <w:vAlign w:val="center"/>
          </w:tcPr>
          <w:p w14:paraId="6CF89032" w14:textId="77777777" w:rsidR="000D0AE6" w:rsidRDefault="00000000">
            <w:r>
              <w:rPr>
                <w:sz w:val="17"/>
              </w:rPr>
              <w:t>Utilities</w:t>
            </w:r>
          </w:p>
        </w:tc>
        <w:tc>
          <w:tcPr>
            <w:tcW w:w="5083" w:type="dxa"/>
            <w:tcMar>
              <w:top w:w="80" w:type="dxa"/>
              <w:left w:w="100" w:type="dxa"/>
              <w:bottom w:w="80" w:type="dxa"/>
              <w:right w:w="100" w:type="dxa"/>
            </w:tcMar>
            <w:vAlign w:val="center"/>
          </w:tcPr>
          <w:p w14:paraId="16C0C4DA" w14:textId="77777777" w:rsidR="000D0AE6" w:rsidRDefault="00000000">
            <w:r>
              <w:rPr>
                <w:sz w:val="17"/>
              </w:rPr>
              <w:t>Shared statuses, identifiers and validation helpers</w:t>
            </w:r>
          </w:p>
        </w:tc>
      </w:tr>
      <w:tr w:rsidR="000D0AE6" w14:paraId="47BF8352" w14:textId="77777777">
        <w:trPr>
          <w:jc w:val="center"/>
        </w:trPr>
        <w:tc>
          <w:tcPr>
            <w:tcW w:w="5083" w:type="dxa"/>
            <w:tcMar>
              <w:top w:w="80" w:type="dxa"/>
              <w:left w:w="100" w:type="dxa"/>
              <w:bottom w:w="80" w:type="dxa"/>
              <w:right w:w="100" w:type="dxa"/>
            </w:tcMar>
            <w:vAlign w:val="center"/>
          </w:tcPr>
          <w:p w14:paraId="24C57291" w14:textId="77777777" w:rsidR="000D0AE6" w:rsidRDefault="00000000">
            <w:r>
              <w:rPr>
                <w:sz w:val="17"/>
              </w:rPr>
              <w:t>Persistence</w:t>
            </w:r>
          </w:p>
        </w:tc>
        <w:tc>
          <w:tcPr>
            <w:tcW w:w="5083" w:type="dxa"/>
            <w:tcMar>
              <w:top w:w="80" w:type="dxa"/>
              <w:left w:w="100" w:type="dxa"/>
              <w:bottom w:w="80" w:type="dxa"/>
              <w:right w:w="100" w:type="dxa"/>
            </w:tcMar>
            <w:vAlign w:val="center"/>
          </w:tcPr>
          <w:p w14:paraId="45C8E9D6" w14:textId="77777777" w:rsidR="000D0AE6" w:rsidRDefault="00000000">
            <w:r>
              <w:rPr>
                <w:sz w:val="17"/>
              </w:rPr>
              <w:t>Local Storage keys managed through storageService.js</w:t>
            </w:r>
          </w:p>
        </w:tc>
      </w:tr>
    </w:tbl>
    <w:p w14:paraId="191DACB2" w14:textId="77777777" w:rsidR="000D0AE6" w:rsidRDefault="00000000">
      <w:pPr>
        <w:spacing w:after="140" w:line="259" w:lineRule="auto"/>
      </w:pPr>
      <w:r>
        <w:t>This separation is important for future cloud migration because the current Local Storage functions can be replaced by database operations without redesigning every screen.</w:t>
      </w:r>
    </w:p>
    <w:p w14:paraId="2276DC38" w14:textId="77777777" w:rsidR="000D0AE6" w:rsidRDefault="00000000">
      <w:r>
        <w:br w:type="page"/>
      </w:r>
    </w:p>
    <w:p w14:paraId="44EB029F" w14:textId="77777777" w:rsidR="000D0AE6" w:rsidRDefault="00000000">
      <w:pPr>
        <w:pStyle w:val="Heading1"/>
      </w:pPr>
      <w:r>
        <w:lastRenderedPageBreak/>
        <w:t>4. Authentication and Role-Based Access</w:t>
      </w:r>
    </w:p>
    <w:p w14:paraId="06D06309" w14:textId="77777777" w:rsidR="000D0AE6" w:rsidRDefault="00000000">
      <w:pPr>
        <w:spacing w:after="140" w:line="259" w:lineRule="auto"/>
      </w:pPr>
      <w:r>
        <w:t>MoveOS contains three main roles: Administrator, Customer and Driver. The current prototype stores the logged-in user in Local Storage and ProtectedRoute checks the role before allowing access to protected pages.</w:t>
      </w:r>
    </w:p>
    <w:p w14:paraId="0373F883" w14:textId="77777777" w:rsidR="000D0AE6" w:rsidRDefault="00000000">
      <w:pPr>
        <w:spacing w:after="60"/>
      </w:pPr>
      <w:r>
        <w:rPr>
          <w:b/>
          <w:color w:val="0B477F"/>
        </w:rPr>
        <w:t>Extract - ProtectedRoute.jsx</w:t>
      </w:r>
    </w:p>
    <w:tbl>
      <w:tblPr>
        <w:tblW w:w="0" w:type="auto"/>
        <w:jc w:val="center"/>
        <w:tblLook w:val="04A0" w:firstRow="1" w:lastRow="0" w:firstColumn="1" w:lastColumn="0" w:noHBand="0" w:noVBand="1"/>
      </w:tblPr>
      <w:tblGrid>
        <w:gridCol w:w="10166"/>
      </w:tblGrid>
      <w:tr w:rsidR="000D0AE6" w14:paraId="1BEE753E" w14:textId="77777777">
        <w:trPr>
          <w:jc w:val="center"/>
        </w:trPr>
        <w:tc>
          <w:tcPr>
            <w:tcW w:w="10166" w:type="dxa"/>
            <w:shd w:val="clear" w:color="auto" w:fill="F3F6F8"/>
            <w:tcMar>
              <w:top w:w="100" w:type="dxa"/>
              <w:left w:w="120" w:type="dxa"/>
              <w:bottom w:w="100" w:type="dxa"/>
              <w:right w:w="120" w:type="dxa"/>
            </w:tcMar>
          </w:tcPr>
          <w:p w14:paraId="13115B76" w14:textId="77777777" w:rsidR="000D0AE6" w:rsidRDefault="00000000">
            <w:pPr>
              <w:spacing w:after="0" w:line="240" w:lineRule="auto"/>
            </w:pPr>
            <w:r>
              <w:rPr>
                <w:rFonts w:ascii="Consolas" w:hAnsi="Consolas"/>
                <w:sz w:val="14"/>
              </w:rPr>
              <w:t>function ProtectedRoute({</w:t>
            </w:r>
            <w:r>
              <w:rPr>
                <w:rFonts w:ascii="Consolas" w:hAnsi="Consolas"/>
                <w:sz w:val="14"/>
              </w:rPr>
              <w:br/>
              <w:t xml:space="preserve">  children,</w:t>
            </w:r>
            <w:r>
              <w:rPr>
                <w:rFonts w:ascii="Consolas" w:hAnsi="Consolas"/>
                <w:sz w:val="14"/>
              </w:rPr>
              <w:br/>
              <w:t xml:space="preserve">  allowedRole,</w:t>
            </w:r>
            <w:r>
              <w:rPr>
                <w:rFonts w:ascii="Consolas" w:hAnsi="Consolas"/>
                <w:sz w:val="14"/>
              </w:rPr>
              <w:br/>
              <w:t>}) {</w:t>
            </w:r>
            <w:r>
              <w:rPr>
                <w:rFonts w:ascii="Consolas" w:hAnsi="Consolas"/>
                <w:sz w:val="14"/>
              </w:rPr>
              <w:br/>
              <w:t xml:space="preserve">  const location = useLocation();</w:t>
            </w:r>
            <w:r>
              <w:rPr>
                <w:rFonts w:ascii="Consolas" w:hAnsi="Consolas"/>
                <w:sz w:val="14"/>
              </w:rPr>
              <w:br/>
              <w:t xml:space="preserve">  const user = getCurrentUser();</w:t>
            </w:r>
            <w:r>
              <w:rPr>
                <w:rFonts w:ascii="Consolas" w:hAnsi="Consolas"/>
                <w:sz w:val="14"/>
              </w:rPr>
              <w:br/>
            </w:r>
            <w:r>
              <w:rPr>
                <w:rFonts w:ascii="Consolas" w:hAnsi="Consolas"/>
                <w:sz w:val="14"/>
              </w:rPr>
              <w:br/>
              <w:t xml:space="preserve">  if (!user) {</w:t>
            </w:r>
            <w:r>
              <w:rPr>
                <w:rFonts w:ascii="Consolas" w:hAnsi="Consolas"/>
                <w:sz w:val="14"/>
              </w:rPr>
              <w:br/>
              <w:t xml:space="preserve">    return (</w:t>
            </w:r>
            <w:r>
              <w:rPr>
                <w:rFonts w:ascii="Consolas" w:hAnsi="Consolas"/>
                <w:sz w:val="14"/>
              </w:rPr>
              <w:br/>
              <w:t xml:space="preserve">      &lt;Navigate</w:t>
            </w:r>
            <w:r>
              <w:rPr>
                <w:rFonts w:ascii="Consolas" w:hAnsi="Consolas"/>
                <w:sz w:val="14"/>
              </w:rPr>
              <w:br/>
              <w:t xml:space="preserve">        to="/login"</w:t>
            </w:r>
            <w:r>
              <w:rPr>
                <w:rFonts w:ascii="Consolas" w:hAnsi="Consolas"/>
                <w:sz w:val="14"/>
              </w:rPr>
              <w:br/>
              <w:t xml:space="preserve">        replace</w:t>
            </w:r>
            <w:r>
              <w:rPr>
                <w:rFonts w:ascii="Consolas" w:hAnsi="Consolas"/>
                <w:sz w:val="14"/>
              </w:rPr>
              <w:br/>
              <w:t xml:space="preserve">        state={{</w:t>
            </w:r>
            <w:r>
              <w:rPr>
                <w:rFonts w:ascii="Consolas" w:hAnsi="Consolas"/>
                <w:sz w:val="14"/>
              </w:rPr>
              <w:br/>
              <w:t xml:space="preserve">          from: location.pathname,</w:t>
            </w:r>
            <w:r>
              <w:rPr>
                <w:rFonts w:ascii="Consolas" w:hAnsi="Consolas"/>
                <w:sz w:val="14"/>
              </w:rPr>
              <w:br/>
              <w:t xml:space="preserve">        }}</w:t>
            </w:r>
            <w:r>
              <w:rPr>
                <w:rFonts w:ascii="Consolas" w:hAnsi="Consolas"/>
                <w:sz w:val="14"/>
              </w:rPr>
              <w:br/>
              <w:t xml:space="preserve">      /&gt;</w:t>
            </w:r>
            <w:r>
              <w:rPr>
                <w:rFonts w:ascii="Consolas" w:hAnsi="Consolas"/>
                <w:sz w:val="14"/>
              </w:rPr>
              <w:br/>
              <w:t xml:space="preserve">    );</w:t>
            </w:r>
            <w:r>
              <w:rPr>
                <w:rFonts w:ascii="Consolas" w:hAnsi="Consolas"/>
                <w:sz w:val="14"/>
              </w:rPr>
              <w:br/>
              <w:t xml:space="preserve">  }</w:t>
            </w:r>
            <w:r>
              <w:rPr>
                <w:rFonts w:ascii="Consolas" w:hAnsi="Consolas"/>
                <w:sz w:val="14"/>
              </w:rPr>
              <w:br/>
            </w:r>
            <w:r>
              <w:rPr>
                <w:rFonts w:ascii="Consolas" w:hAnsi="Consolas"/>
                <w:sz w:val="14"/>
              </w:rPr>
              <w:br/>
              <w:t xml:space="preserve">  const userRole = String(</w:t>
            </w:r>
            <w:r>
              <w:rPr>
                <w:rFonts w:ascii="Consolas" w:hAnsi="Consolas"/>
                <w:sz w:val="14"/>
              </w:rPr>
              <w:br/>
              <w:t xml:space="preserve">    user.role || ""</w:t>
            </w:r>
            <w:r>
              <w:rPr>
                <w:rFonts w:ascii="Consolas" w:hAnsi="Consolas"/>
                <w:sz w:val="14"/>
              </w:rPr>
              <w:br/>
              <w:t xml:space="preserve">  )</w:t>
            </w:r>
            <w:r>
              <w:rPr>
                <w:rFonts w:ascii="Consolas" w:hAnsi="Consolas"/>
                <w:sz w:val="14"/>
              </w:rPr>
              <w:br/>
              <w:t xml:space="preserve">    .trim()</w:t>
            </w:r>
            <w:r>
              <w:rPr>
                <w:rFonts w:ascii="Consolas" w:hAnsi="Consolas"/>
                <w:sz w:val="14"/>
              </w:rPr>
              <w:br/>
              <w:t xml:space="preserve">    .toLowerCase();</w:t>
            </w:r>
            <w:r>
              <w:rPr>
                <w:rFonts w:ascii="Consolas" w:hAnsi="Consolas"/>
                <w:sz w:val="14"/>
              </w:rPr>
              <w:br/>
            </w:r>
            <w:r>
              <w:rPr>
                <w:rFonts w:ascii="Consolas" w:hAnsi="Consolas"/>
                <w:sz w:val="14"/>
              </w:rPr>
              <w:br/>
              <w:t xml:space="preserve">  const requiredRole = String(</w:t>
            </w:r>
            <w:r>
              <w:rPr>
                <w:rFonts w:ascii="Consolas" w:hAnsi="Consolas"/>
                <w:sz w:val="14"/>
              </w:rPr>
              <w:br/>
              <w:t xml:space="preserve">    allowedRole || ""</w:t>
            </w:r>
            <w:r>
              <w:rPr>
                <w:rFonts w:ascii="Consolas" w:hAnsi="Consolas"/>
                <w:sz w:val="14"/>
              </w:rPr>
              <w:br/>
              <w:t xml:space="preserve">  )</w:t>
            </w:r>
            <w:r>
              <w:rPr>
                <w:rFonts w:ascii="Consolas" w:hAnsi="Consolas"/>
                <w:sz w:val="14"/>
              </w:rPr>
              <w:br/>
              <w:t xml:space="preserve">    .trim()</w:t>
            </w:r>
            <w:r>
              <w:rPr>
                <w:rFonts w:ascii="Consolas" w:hAnsi="Consolas"/>
                <w:sz w:val="14"/>
              </w:rPr>
              <w:br/>
              <w:t xml:space="preserve">    .toLowerCase();</w:t>
            </w:r>
            <w:r>
              <w:rPr>
                <w:rFonts w:ascii="Consolas" w:hAnsi="Consolas"/>
                <w:sz w:val="14"/>
              </w:rPr>
              <w:br/>
            </w:r>
            <w:r>
              <w:rPr>
                <w:rFonts w:ascii="Consolas" w:hAnsi="Consolas"/>
                <w:sz w:val="14"/>
              </w:rPr>
              <w:br/>
              <w:t xml:space="preserve">  if (</w:t>
            </w:r>
            <w:r>
              <w:rPr>
                <w:rFonts w:ascii="Consolas" w:hAnsi="Consolas"/>
                <w:sz w:val="14"/>
              </w:rPr>
              <w:br/>
              <w:t xml:space="preserve">    requiredRole &amp;&amp;</w:t>
            </w:r>
            <w:r>
              <w:rPr>
                <w:rFonts w:ascii="Consolas" w:hAnsi="Consolas"/>
                <w:sz w:val="14"/>
              </w:rPr>
              <w:br/>
              <w:t xml:space="preserve">    userRole !== requiredRole</w:t>
            </w:r>
            <w:r>
              <w:rPr>
                <w:rFonts w:ascii="Consolas" w:hAnsi="Consolas"/>
                <w:sz w:val="14"/>
              </w:rPr>
              <w:br/>
              <w:t xml:space="preserve">  ) {</w:t>
            </w:r>
            <w:r>
              <w:rPr>
                <w:rFonts w:ascii="Consolas" w:hAnsi="Consolas"/>
                <w:sz w:val="14"/>
              </w:rPr>
              <w:br/>
              <w:t xml:space="preserve">    if (userRole === "administrator") {</w:t>
            </w:r>
            <w:r>
              <w:rPr>
                <w:rFonts w:ascii="Consolas" w:hAnsi="Consolas"/>
                <w:sz w:val="14"/>
              </w:rPr>
              <w:br/>
              <w:t xml:space="preserve">      return (</w:t>
            </w:r>
            <w:r>
              <w:rPr>
                <w:rFonts w:ascii="Consolas" w:hAnsi="Consolas"/>
                <w:sz w:val="14"/>
              </w:rPr>
              <w:br/>
              <w:t xml:space="preserve">        &lt;Navigate</w:t>
            </w:r>
            <w:r>
              <w:rPr>
                <w:rFonts w:ascii="Consolas" w:hAnsi="Consolas"/>
                <w:sz w:val="14"/>
              </w:rPr>
              <w:br/>
              <w:t xml:space="preserve">          to="/admin"</w:t>
            </w:r>
            <w:r>
              <w:rPr>
                <w:rFonts w:ascii="Consolas" w:hAnsi="Consolas"/>
                <w:sz w:val="14"/>
              </w:rPr>
              <w:br/>
              <w:t xml:space="preserve">          replace</w:t>
            </w:r>
            <w:r>
              <w:rPr>
                <w:rFonts w:ascii="Consolas" w:hAnsi="Consolas"/>
                <w:sz w:val="14"/>
              </w:rPr>
              <w:br/>
              <w:t xml:space="preserve">        /&gt;</w:t>
            </w:r>
            <w:r>
              <w:rPr>
                <w:rFonts w:ascii="Consolas" w:hAnsi="Consolas"/>
                <w:sz w:val="14"/>
              </w:rPr>
              <w:br/>
              <w:t xml:space="preserve">      );</w:t>
            </w:r>
            <w:r>
              <w:rPr>
                <w:rFonts w:ascii="Consolas" w:hAnsi="Consolas"/>
                <w:sz w:val="14"/>
              </w:rPr>
              <w:br/>
              <w:t xml:space="preserve">    }</w:t>
            </w:r>
            <w:r>
              <w:rPr>
                <w:rFonts w:ascii="Consolas" w:hAnsi="Consolas"/>
                <w:sz w:val="14"/>
              </w:rPr>
              <w:br/>
            </w:r>
            <w:r>
              <w:rPr>
                <w:rFonts w:ascii="Consolas" w:hAnsi="Consolas"/>
                <w:sz w:val="14"/>
              </w:rPr>
              <w:br/>
              <w:t xml:space="preserve">    if (userRole === "customer") {</w:t>
            </w:r>
            <w:r>
              <w:rPr>
                <w:rFonts w:ascii="Consolas" w:hAnsi="Consolas"/>
                <w:sz w:val="14"/>
              </w:rPr>
              <w:br/>
              <w:t xml:space="preserve">      return (</w:t>
            </w:r>
            <w:r>
              <w:rPr>
                <w:rFonts w:ascii="Consolas" w:hAnsi="Consolas"/>
                <w:sz w:val="14"/>
              </w:rPr>
              <w:br/>
              <w:t xml:space="preserve">        &lt;Navigate</w:t>
            </w:r>
            <w:r>
              <w:rPr>
                <w:rFonts w:ascii="Consolas" w:hAnsi="Consolas"/>
                <w:sz w:val="14"/>
              </w:rPr>
              <w:br/>
              <w:t xml:space="preserve">          to="/customer"</w:t>
            </w:r>
            <w:r>
              <w:rPr>
                <w:rFonts w:ascii="Consolas" w:hAnsi="Consolas"/>
                <w:sz w:val="14"/>
              </w:rPr>
              <w:br/>
              <w:t xml:space="preserve">          replace</w:t>
            </w:r>
            <w:r>
              <w:rPr>
                <w:rFonts w:ascii="Consolas" w:hAnsi="Consolas"/>
                <w:sz w:val="14"/>
              </w:rPr>
              <w:br/>
              <w:t xml:space="preserve">        /&gt;</w:t>
            </w:r>
            <w:r>
              <w:rPr>
                <w:rFonts w:ascii="Consolas" w:hAnsi="Consolas"/>
                <w:sz w:val="14"/>
              </w:rPr>
              <w:br/>
              <w:t xml:space="preserve">      );</w:t>
            </w:r>
            <w:r>
              <w:rPr>
                <w:rFonts w:ascii="Consolas" w:hAnsi="Consolas"/>
                <w:sz w:val="14"/>
              </w:rPr>
              <w:br/>
              <w:t xml:space="preserve">    }</w:t>
            </w:r>
            <w:r>
              <w:rPr>
                <w:rFonts w:ascii="Consolas" w:hAnsi="Consolas"/>
                <w:sz w:val="14"/>
              </w:rPr>
              <w:br/>
            </w:r>
            <w:r>
              <w:rPr>
                <w:rFonts w:ascii="Consolas" w:hAnsi="Consolas"/>
                <w:sz w:val="14"/>
              </w:rPr>
              <w:br/>
              <w:t xml:space="preserve">    if (userRole === "driver") {</w:t>
            </w:r>
            <w:r>
              <w:rPr>
                <w:rFonts w:ascii="Consolas" w:hAnsi="Consolas"/>
                <w:sz w:val="14"/>
              </w:rPr>
              <w:br/>
              <w:t xml:space="preserve">      return (</w:t>
            </w:r>
            <w:r>
              <w:rPr>
                <w:rFonts w:ascii="Consolas" w:hAnsi="Consolas"/>
                <w:sz w:val="14"/>
              </w:rPr>
              <w:br/>
              <w:t xml:space="preserve">        &lt;Navigate</w:t>
            </w:r>
            <w:r>
              <w:rPr>
                <w:rFonts w:ascii="Consolas" w:hAnsi="Consolas"/>
                <w:sz w:val="14"/>
              </w:rPr>
              <w:br/>
              <w:t xml:space="preserve">          to="/driver"</w:t>
            </w:r>
            <w:r>
              <w:rPr>
                <w:rFonts w:ascii="Consolas" w:hAnsi="Consolas"/>
                <w:sz w:val="14"/>
              </w:rPr>
              <w:br/>
              <w:t xml:space="preserve">          replace</w:t>
            </w:r>
            <w:r>
              <w:rPr>
                <w:rFonts w:ascii="Consolas" w:hAnsi="Consolas"/>
                <w:sz w:val="14"/>
              </w:rPr>
              <w:br/>
              <w:t xml:space="preserve">        /&gt;</w:t>
            </w:r>
            <w:r>
              <w:rPr>
                <w:rFonts w:ascii="Consolas" w:hAnsi="Consolas"/>
                <w:sz w:val="14"/>
              </w:rPr>
              <w:br/>
              <w:t xml:space="preserve">      );</w:t>
            </w:r>
            <w:r>
              <w:rPr>
                <w:rFonts w:ascii="Consolas" w:hAnsi="Consolas"/>
                <w:sz w:val="14"/>
              </w:rPr>
              <w:br/>
              <w:t xml:space="preserve">    }</w:t>
            </w:r>
            <w:r>
              <w:rPr>
                <w:rFonts w:ascii="Consolas" w:hAnsi="Consolas"/>
                <w:sz w:val="14"/>
              </w:rPr>
              <w:br/>
            </w:r>
            <w:r>
              <w:rPr>
                <w:rFonts w:ascii="Consolas" w:hAnsi="Consolas"/>
                <w:sz w:val="14"/>
              </w:rPr>
              <w:br/>
              <w:t xml:space="preserve">    return (</w:t>
            </w:r>
            <w:r>
              <w:rPr>
                <w:rFonts w:ascii="Consolas" w:hAnsi="Consolas"/>
                <w:sz w:val="14"/>
              </w:rPr>
              <w:br/>
              <w:t xml:space="preserve">      &lt;Navigate</w:t>
            </w:r>
            <w:r>
              <w:rPr>
                <w:rFonts w:ascii="Consolas" w:hAnsi="Consolas"/>
                <w:sz w:val="14"/>
              </w:rPr>
              <w:br/>
              <w:t xml:space="preserve">        to="/login"</w:t>
            </w:r>
            <w:r>
              <w:rPr>
                <w:rFonts w:ascii="Consolas" w:hAnsi="Consolas"/>
                <w:sz w:val="14"/>
              </w:rPr>
              <w:br/>
              <w:t xml:space="preserve">        replace</w:t>
            </w:r>
            <w:r>
              <w:rPr>
                <w:rFonts w:ascii="Consolas" w:hAnsi="Consolas"/>
                <w:sz w:val="14"/>
              </w:rPr>
              <w:br/>
              <w:t xml:space="preserve">      /&gt;</w:t>
            </w:r>
            <w:r>
              <w:rPr>
                <w:rFonts w:ascii="Consolas" w:hAnsi="Consolas"/>
                <w:sz w:val="14"/>
              </w:rPr>
              <w:br/>
              <w:t xml:space="preserve">    );</w:t>
            </w:r>
            <w:r>
              <w:rPr>
                <w:rFonts w:ascii="Consolas" w:hAnsi="Consolas"/>
                <w:sz w:val="14"/>
              </w:rPr>
              <w:br/>
              <w:t xml:space="preserve">  }</w:t>
            </w:r>
            <w:r>
              <w:rPr>
                <w:rFonts w:ascii="Consolas" w:hAnsi="Consolas"/>
                <w:sz w:val="14"/>
              </w:rPr>
              <w:br/>
            </w:r>
            <w:r>
              <w:rPr>
                <w:rFonts w:ascii="Consolas" w:hAnsi="Consolas"/>
                <w:sz w:val="14"/>
              </w:rPr>
              <w:br/>
              <w:t xml:space="preserve">  return children;</w:t>
            </w:r>
            <w:r>
              <w:rPr>
                <w:rFonts w:ascii="Consolas" w:hAnsi="Consolas"/>
                <w:sz w:val="14"/>
              </w:rPr>
              <w:br/>
              <w:t>}</w:t>
            </w:r>
          </w:p>
        </w:tc>
      </w:tr>
    </w:tbl>
    <w:p w14:paraId="261487EB" w14:textId="77777777" w:rsidR="000D0AE6" w:rsidRDefault="000D0AE6">
      <w:pPr>
        <w:spacing w:after="40"/>
      </w:pPr>
    </w:p>
    <w:p w14:paraId="7CAF0547" w14:textId="77777777" w:rsidR="000D0AE6" w:rsidRDefault="00000000">
      <w:pPr>
        <w:pStyle w:val="Heading2"/>
      </w:pPr>
      <w:r>
        <w:lastRenderedPageBreak/>
        <w:t>Driver Access Rules</w:t>
      </w:r>
    </w:p>
    <w:p w14:paraId="616A7CDC" w14:textId="77777777" w:rsidR="000D0AE6" w:rsidRDefault="00000000">
      <w:pPr>
        <w:pStyle w:val="ListBullet"/>
        <w:spacing w:after="80"/>
      </w:pPr>
      <w:r>
        <w:t>Pending drivers are prevented from logging in until an administrator approves the account.</w:t>
      </w:r>
    </w:p>
    <w:p w14:paraId="4D44FEBB" w14:textId="77777777" w:rsidR="000D0AE6" w:rsidRDefault="00000000">
      <w:pPr>
        <w:pStyle w:val="ListBullet"/>
        <w:spacing w:after="80"/>
      </w:pPr>
      <w:r>
        <w:t>Suspended drivers are blocked from driver access.</w:t>
      </w:r>
    </w:p>
    <w:p w14:paraId="6AED1A9B" w14:textId="77777777" w:rsidR="000D0AE6" w:rsidRDefault="00000000">
      <w:pPr>
        <w:pStyle w:val="ListBullet"/>
        <w:spacing w:after="80"/>
      </w:pPr>
      <w:r>
        <w:t>Archived managed users are treated as inactive.</w:t>
      </w:r>
    </w:p>
    <w:p w14:paraId="2522A1E0" w14:textId="77777777" w:rsidR="000D0AE6" w:rsidRDefault="00000000">
      <w:pPr>
        <w:pStyle w:val="ListBullet"/>
        <w:spacing w:after="80"/>
      </w:pPr>
      <w:r>
        <w:t>Users who try to access the wrong role area are redirected to their own portal.</w:t>
      </w:r>
    </w:p>
    <w:p w14:paraId="3CA8C1B4" w14:textId="77777777" w:rsidR="000D0AE6" w:rsidRDefault="00000000">
      <w:pPr>
        <w:spacing w:before="80" w:after="60"/>
        <w:jc w:val="center"/>
      </w:pPr>
      <w:r>
        <w:rPr>
          <w:noProof/>
        </w:rPr>
        <w:drawing>
          <wp:inline distT="0" distB="0" distL="0" distR="0" wp14:anchorId="2CD38594" wp14:editId="49B838AF">
            <wp:extent cx="4297680" cy="46251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iver registration awaiting aproval.png"/>
                    <pic:cNvPicPr/>
                  </pic:nvPicPr>
                  <pic:blipFill>
                    <a:blip r:embed="rId9"/>
                    <a:stretch>
                      <a:fillRect/>
                    </a:stretch>
                  </pic:blipFill>
                  <pic:spPr>
                    <a:xfrm>
                      <a:off x="0" y="0"/>
                      <a:ext cx="4297680" cy="4625165"/>
                    </a:xfrm>
                    <a:prstGeom prst="rect">
                      <a:avLst/>
                    </a:prstGeom>
                  </pic:spPr>
                </pic:pic>
              </a:graphicData>
            </a:graphic>
          </wp:inline>
        </w:drawing>
      </w:r>
    </w:p>
    <w:p w14:paraId="311BDA21" w14:textId="77777777" w:rsidR="000D0AE6" w:rsidRDefault="00000000">
      <w:pPr>
        <w:spacing w:after="180"/>
        <w:jc w:val="center"/>
      </w:pPr>
      <w:r>
        <w:rPr>
          <w:i/>
          <w:color w:val="5C6C7E"/>
          <w:sz w:val="17"/>
        </w:rPr>
        <w:t>Figure 2. Driver account waiting for administrator approval</w:t>
      </w:r>
    </w:p>
    <w:p w14:paraId="148BDF42" w14:textId="77777777" w:rsidR="000D0AE6" w:rsidRDefault="00000000">
      <w:r>
        <w:br w:type="page"/>
      </w:r>
    </w:p>
    <w:p w14:paraId="5500B474" w14:textId="77777777" w:rsidR="000D0AE6" w:rsidRDefault="00000000">
      <w:pPr>
        <w:pStyle w:val="Heading1"/>
      </w:pPr>
      <w:r>
        <w:lastRenderedPageBreak/>
        <w:t>5. Administrator Portal</w:t>
      </w:r>
    </w:p>
    <w:p w14:paraId="171798F0" w14:textId="77777777" w:rsidR="000D0AE6" w:rsidRDefault="00000000">
      <w:pPr>
        <w:spacing w:after="140" w:line="259" w:lineRule="auto"/>
      </w:pPr>
      <w:r>
        <w:t>The Administrator Portal is the main operational area. It provides links to customers, drivers, quotes, bookings, the calendar and jobs. The dashboard is designed to show the most useful current information without requiring the administrator to open every section.</w:t>
      </w:r>
    </w:p>
    <w:p w14:paraId="7F52FE02" w14:textId="77777777" w:rsidR="000D0AE6" w:rsidRDefault="00000000">
      <w:pPr>
        <w:spacing w:before="80" w:after="60"/>
        <w:jc w:val="center"/>
      </w:pPr>
      <w:r>
        <w:rPr>
          <w:noProof/>
        </w:rPr>
        <w:drawing>
          <wp:inline distT="0" distB="0" distL="0" distR="0" wp14:anchorId="3B637B13" wp14:editId="72755826">
            <wp:extent cx="6172200" cy="290740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min dashboard .png"/>
                    <pic:cNvPicPr/>
                  </pic:nvPicPr>
                  <pic:blipFill>
                    <a:blip r:embed="rId10"/>
                    <a:stretch>
                      <a:fillRect/>
                    </a:stretch>
                  </pic:blipFill>
                  <pic:spPr>
                    <a:xfrm>
                      <a:off x="0" y="0"/>
                      <a:ext cx="6172200" cy="2907406"/>
                    </a:xfrm>
                    <a:prstGeom prst="rect">
                      <a:avLst/>
                    </a:prstGeom>
                  </pic:spPr>
                </pic:pic>
              </a:graphicData>
            </a:graphic>
          </wp:inline>
        </w:drawing>
      </w:r>
    </w:p>
    <w:p w14:paraId="2DE7963A" w14:textId="77777777" w:rsidR="000D0AE6" w:rsidRDefault="00000000">
      <w:pPr>
        <w:spacing w:after="180"/>
        <w:jc w:val="center"/>
      </w:pPr>
      <w:r>
        <w:rPr>
          <w:i/>
          <w:color w:val="5C6C7E"/>
          <w:sz w:val="17"/>
        </w:rPr>
        <w:t>Figure 3. Administrator Dashboard showing operational statistics and upcoming work</w:t>
      </w:r>
    </w:p>
    <w:p w14:paraId="287B0085" w14:textId="77777777" w:rsidR="000D0AE6" w:rsidRDefault="00000000">
      <w:pPr>
        <w:pStyle w:val="Heading2"/>
      </w:pPr>
      <w:r>
        <w:t>Dashboard Statistics</w:t>
      </w:r>
    </w:p>
    <w:p w14:paraId="11CFB2CE" w14:textId="77777777" w:rsidR="000D0AE6" w:rsidRDefault="00000000">
      <w:pPr>
        <w:pStyle w:val="ListBullet"/>
        <w:spacing w:after="80"/>
      </w:pPr>
      <w:r>
        <w:t>Today's Jobs are calculated from jobs and calendar bookings scheduled for the current date.</w:t>
      </w:r>
    </w:p>
    <w:p w14:paraId="680B3D0F" w14:textId="77777777" w:rsidR="000D0AE6" w:rsidRDefault="00000000">
      <w:pPr>
        <w:pStyle w:val="ListBullet"/>
        <w:spacing w:after="80"/>
      </w:pPr>
      <w:r>
        <w:t>Pending Quotes are calculated from quote records with Pending or Changes Requested status.</w:t>
      </w:r>
    </w:p>
    <w:p w14:paraId="12325972" w14:textId="77777777" w:rsidR="000D0AE6" w:rsidRDefault="00000000">
      <w:pPr>
        <w:pStyle w:val="ListBullet"/>
        <w:spacing w:after="80"/>
      </w:pPr>
      <w:r>
        <w:t>Active Drivers are drivers with Approved status.</w:t>
      </w:r>
    </w:p>
    <w:p w14:paraId="309E1A98" w14:textId="77777777" w:rsidR="000D0AE6" w:rsidRDefault="00000000">
      <w:pPr>
        <w:pStyle w:val="ListBullet"/>
        <w:spacing w:after="80"/>
      </w:pPr>
      <w:r>
        <w:t>Estimated Revenue is calculated from confirmed booking values.</w:t>
      </w:r>
    </w:p>
    <w:p w14:paraId="3C6F0B31" w14:textId="77777777" w:rsidR="000D0AE6" w:rsidRDefault="00000000">
      <w:pPr>
        <w:pStyle w:val="ListBullet"/>
        <w:spacing w:after="80"/>
      </w:pPr>
      <w:r>
        <w:t>Upcoming work is taken from future confirmed bookings and displayed in date order.</w:t>
      </w:r>
    </w:p>
    <w:p w14:paraId="0B0D25B4" w14:textId="77777777" w:rsidR="000D0AE6" w:rsidRDefault="00000000">
      <w:r>
        <w:br w:type="page"/>
      </w:r>
    </w:p>
    <w:p w14:paraId="126C2822" w14:textId="77777777" w:rsidR="000D0AE6" w:rsidRDefault="00000000">
      <w:pPr>
        <w:pStyle w:val="Heading1"/>
      </w:pPr>
      <w:r>
        <w:lastRenderedPageBreak/>
        <w:t>6. Customer Portal</w:t>
      </w:r>
    </w:p>
    <w:p w14:paraId="5A4C6D9A" w14:textId="77777777" w:rsidR="000D0AE6" w:rsidRDefault="00000000">
      <w:pPr>
        <w:spacing w:after="140" w:line="259" w:lineRule="auto"/>
      </w:pPr>
      <w:r>
        <w:t>The Customer Portal gives customers a simpler route into the removal process. A customer can access their dashboard, start a quotation request and later review the status of their quotation and booking.</w:t>
      </w:r>
    </w:p>
    <w:p w14:paraId="41159133" w14:textId="77777777" w:rsidR="000D0AE6" w:rsidRDefault="00000000">
      <w:pPr>
        <w:spacing w:before="80" w:after="60"/>
        <w:jc w:val="center"/>
      </w:pPr>
      <w:r>
        <w:rPr>
          <w:noProof/>
        </w:rPr>
        <w:drawing>
          <wp:inline distT="0" distB="0" distL="0" distR="0" wp14:anchorId="1AC39840" wp14:editId="5CB49F32">
            <wp:extent cx="6172200" cy="257686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stomer dashbord.png"/>
                    <pic:cNvPicPr/>
                  </pic:nvPicPr>
                  <pic:blipFill>
                    <a:blip r:embed="rId11"/>
                    <a:stretch>
                      <a:fillRect/>
                    </a:stretch>
                  </pic:blipFill>
                  <pic:spPr>
                    <a:xfrm>
                      <a:off x="0" y="0"/>
                      <a:ext cx="6172200" cy="2576869"/>
                    </a:xfrm>
                    <a:prstGeom prst="rect">
                      <a:avLst/>
                    </a:prstGeom>
                  </pic:spPr>
                </pic:pic>
              </a:graphicData>
            </a:graphic>
          </wp:inline>
        </w:drawing>
      </w:r>
    </w:p>
    <w:p w14:paraId="73702CB6" w14:textId="77777777" w:rsidR="000D0AE6" w:rsidRDefault="00000000">
      <w:pPr>
        <w:spacing w:after="180"/>
        <w:jc w:val="center"/>
      </w:pPr>
      <w:r>
        <w:rPr>
          <w:i/>
          <w:color w:val="5C6C7E"/>
          <w:sz w:val="17"/>
        </w:rPr>
        <w:t>Figure 4. Customer Dashboard</w:t>
      </w:r>
    </w:p>
    <w:p w14:paraId="3170447E" w14:textId="77777777" w:rsidR="000D0AE6" w:rsidRDefault="00000000">
      <w:pPr>
        <w:spacing w:after="140" w:line="259" w:lineRule="auto"/>
      </w:pPr>
      <w:r>
        <w:t>The dashboard reads quotation records by customer ID. When a quotation is priced, the customer can continue to the payment step. When a booking is confirmed, the dashboard reflects the booking state.</w:t>
      </w:r>
    </w:p>
    <w:p w14:paraId="3B0071B6" w14:textId="77777777" w:rsidR="000D0AE6" w:rsidRDefault="00000000">
      <w:pPr>
        <w:pStyle w:val="Heading2"/>
      </w:pPr>
      <w:r>
        <w:t>Customer Registration - Current Development Iteration</w:t>
      </w:r>
    </w:p>
    <w:p w14:paraId="1B172817" w14:textId="77777777" w:rsidR="000D0AE6" w:rsidRDefault="00000000">
      <w:pPr>
        <w:spacing w:after="140" w:line="259" w:lineRule="auto"/>
      </w:pPr>
      <w:r>
        <w:t>The customer registration screen has been built. During the latest testing, the original form was found to display correctly but its submission logic needed to be connected to the managed-user service and customer-registration notifications. This issue has been identified as part of the iterative testing cycle and the registration handler is being updated to use the same managed-user pattern as the driver registration flow.</w:t>
      </w:r>
    </w:p>
    <w:p w14:paraId="6269AD15" w14:textId="77777777" w:rsidR="000D0AE6" w:rsidRDefault="00000000">
      <w:r>
        <w:br w:type="page"/>
      </w:r>
    </w:p>
    <w:p w14:paraId="0B21D759" w14:textId="77777777" w:rsidR="000D0AE6" w:rsidRDefault="00000000">
      <w:pPr>
        <w:pStyle w:val="Heading1"/>
      </w:pPr>
      <w:r>
        <w:lastRenderedPageBreak/>
        <w:t>7. Quote Management</w:t>
      </w:r>
    </w:p>
    <w:p w14:paraId="2C4F2735" w14:textId="77777777" w:rsidR="000D0AE6" w:rsidRDefault="00000000">
      <w:pPr>
        <w:spacing w:after="140" w:line="259" w:lineRule="auto"/>
      </w:pPr>
      <w:r>
        <w:t>A key part of MoveOS is replacing unstructured quote enquiries with a consistent digital form. The customer provides the information needed for the administrator to understand the move and prepare a quotation.</w:t>
      </w:r>
    </w:p>
    <w:p w14:paraId="739FE6BB" w14:textId="77777777" w:rsidR="000D0AE6" w:rsidRDefault="00000000">
      <w:pPr>
        <w:spacing w:before="80" w:after="60"/>
        <w:jc w:val="center"/>
      </w:pPr>
      <w:r>
        <w:rPr>
          <w:noProof/>
        </w:rPr>
        <w:drawing>
          <wp:inline distT="0" distB="0" distL="0" distR="0" wp14:anchorId="184C3A1A" wp14:editId="7A9030D8">
            <wp:extent cx="4352653" cy="7804785"/>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ote request.png"/>
                    <pic:cNvPicPr/>
                  </pic:nvPicPr>
                  <pic:blipFill>
                    <a:blip r:embed="rId12"/>
                    <a:stretch>
                      <a:fillRect/>
                    </a:stretch>
                  </pic:blipFill>
                  <pic:spPr>
                    <a:xfrm>
                      <a:off x="0" y="0"/>
                      <a:ext cx="4358499" cy="7815268"/>
                    </a:xfrm>
                    <a:prstGeom prst="rect">
                      <a:avLst/>
                    </a:prstGeom>
                  </pic:spPr>
                </pic:pic>
              </a:graphicData>
            </a:graphic>
          </wp:inline>
        </w:drawing>
      </w:r>
    </w:p>
    <w:p w14:paraId="586382E7" w14:textId="77777777" w:rsidR="000D0AE6" w:rsidRDefault="00000000">
      <w:pPr>
        <w:spacing w:after="180"/>
        <w:jc w:val="center"/>
      </w:pPr>
      <w:r>
        <w:rPr>
          <w:i/>
          <w:color w:val="5C6C7E"/>
          <w:sz w:val="17"/>
        </w:rPr>
        <w:t>Figure 5. Customer quote request form with move details, access information, inventory and services</w:t>
      </w:r>
    </w:p>
    <w:p w14:paraId="7CA1B234" w14:textId="77777777" w:rsidR="000D0AE6" w:rsidRDefault="00000000">
      <w:pPr>
        <w:spacing w:after="140" w:line="259" w:lineRule="auto"/>
      </w:pPr>
      <w:r>
        <w:lastRenderedPageBreak/>
        <w:t>The quotation request captures the preferred move date, time flexibility, collection and delivery addresses, property details, floors, lift availability, parking/access information, inventory, optional services and additional notes.</w:t>
      </w:r>
    </w:p>
    <w:p w14:paraId="623E705F" w14:textId="77777777" w:rsidR="000D0AE6" w:rsidRDefault="00000000">
      <w:pPr>
        <w:pStyle w:val="Heading2"/>
      </w:pPr>
      <w:r>
        <w:t>Admin Quote Management</w:t>
      </w:r>
    </w:p>
    <w:p w14:paraId="1069D38B" w14:textId="77777777" w:rsidR="000D0AE6" w:rsidRDefault="00000000">
      <w:pPr>
        <w:spacing w:before="80" w:after="60"/>
        <w:jc w:val="center"/>
      </w:pPr>
      <w:r>
        <w:rPr>
          <w:noProof/>
        </w:rPr>
        <w:drawing>
          <wp:inline distT="0" distB="0" distL="0" distR="0" wp14:anchorId="3F5DB15E" wp14:editId="086A264A">
            <wp:extent cx="6172200" cy="228313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min quotes page.png"/>
                    <pic:cNvPicPr/>
                  </pic:nvPicPr>
                  <pic:blipFill>
                    <a:blip r:embed="rId13"/>
                    <a:stretch>
                      <a:fillRect/>
                    </a:stretch>
                  </pic:blipFill>
                  <pic:spPr>
                    <a:xfrm>
                      <a:off x="0" y="0"/>
                      <a:ext cx="6172200" cy="2283134"/>
                    </a:xfrm>
                    <a:prstGeom prst="rect">
                      <a:avLst/>
                    </a:prstGeom>
                  </pic:spPr>
                </pic:pic>
              </a:graphicData>
            </a:graphic>
          </wp:inline>
        </w:drawing>
      </w:r>
    </w:p>
    <w:p w14:paraId="46E5259B" w14:textId="77777777" w:rsidR="000D0AE6" w:rsidRDefault="00000000">
      <w:pPr>
        <w:spacing w:after="180"/>
        <w:jc w:val="center"/>
      </w:pPr>
      <w:r>
        <w:rPr>
          <w:i/>
          <w:color w:val="5C6C7E"/>
          <w:sz w:val="17"/>
        </w:rPr>
        <w:t>Figure 6. Administrator Quote Management page</w:t>
      </w:r>
    </w:p>
    <w:p w14:paraId="5FE0884B" w14:textId="77777777" w:rsidR="000D0AE6" w:rsidRDefault="00000000">
      <w:pPr>
        <w:spacing w:after="140" w:line="259" w:lineRule="auto"/>
      </w:pPr>
      <w:r>
        <w:t>The admin page is designed to list customer quote requests with search, reference, route, price, status and actions. The screenshot above shows the empty state that is displayed when there are no active quote requests in the current browser data.</w:t>
      </w:r>
    </w:p>
    <w:p w14:paraId="43D98F0C" w14:textId="77777777" w:rsidR="000D0AE6" w:rsidRDefault="00000000">
      <w:pPr>
        <w:spacing w:after="60"/>
      </w:pPr>
      <w:r>
        <w:rPr>
          <w:b/>
          <w:color w:val="0B477F"/>
        </w:rPr>
        <w:t>Extract - quoteService.js: creating a quote and administrator notification</w:t>
      </w:r>
    </w:p>
    <w:tbl>
      <w:tblPr>
        <w:tblW w:w="0" w:type="auto"/>
        <w:jc w:val="center"/>
        <w:tblLook w:val="04A0" w:firstRow="1" w:lastRow="0" w:firstColumn="1" w:lastColumn="0" w:noHBand="0" w:noVBand="1"/>
      </w:tblPr>
      <w:tblGrid>
        <w:gridCol w:w="10166"/>
      </w:tblGrid>
      <w:tr w:rsidR="000D0AE6" w14:paraId="2E6CADDC" w14:textId="77777777">
        <w:trPr>
          <w:jc w:val="center"/>
        </w:trPr>
        <w:tc>
          <w:tcPr>
            <w:tcW w:w="10166" w:type="dxa"/>
            <w:shd w:val="clear" w:color="auto" w:fill="F3F6F8"/>
            <w:tcMar>
              <w:top w:w="100" w:type="dxa"/>
              <w:left w:w="120" w:type="dxa"/>
              <w:bottom w:w="100" w:type="dxa"/>
              <w:right w:w="120" w:type="dxa"/>
            </w:tcMar>
          </w:tcPr>
          <w:p w14:paraId="0C51851F" w14:textId="77777777" w:rsidR="000D0AE6" w:rsidRDefault="00000000">
            <w:pPr>
              <w:spacing w:after="0" w:line="240" w:lineRule="auto"/>
            </w:pPr>
            <w:r>
              <w:rPr>
                <w:rFonts w:ascii="Consolas" w:hAnsi="Consolas"/>
                <w:sz w:val="14"/>
              </w:rPr>
              <w:t>export function createQuoteRequest(</w:t>
            </w:r>
            <w:r>
              <w:rPr>
                <w:rFonts w:ascii="Consolas" w:hAnsi="Consolas"/>
                <w:sz w:val="14"/>
              </w:rPr>
              <w:br/>
              <w:t xml:space="preserve">  quoteInformation</w:t>
            </w:r>
            <w:r>
              <w:rPr>
                <w:rFonts w:ascii="Consolas" w:hAnsi="Consolas"/>
                <w:sz w:val="14"/>
              </w:rPr>
              <w:br/>
              <w:t>) {</w:t>
            </w:r>
            <w:r>
              <w:rPr>
                <w:rFonts w:ascii="Consolas" w:hAnsi="Consolas"/>
                <w:sz w:val="14"/>
              </w:rPr>
              <w:br/>
              <w:t xml:space="preserve">  const quotes =</w:t>
            </w:r>
            <w:r>
              <w:rPr>
                <w:rFonts w:ascii="Consolas" w:hAnsi="Consolas"/>
                <w:sz w:val="14"/>
              </w:rPr>
              <w:br/>
              <w:t xml:space="preserve">    getStoredQuotes();</w:t>
            </w:r>
            <w:r>
              <w:rPr>
                <w:rFonts w:ascii="Consolas" w:hAnsi="Consolas"/>
                <w:sz w:val="14"/>
              </w:rPr>
              <w:br/>
            </w:r>
            <w:r>
              <w:rPr>
                <w:rFonts w:ascii="Consolas" w:hAnsi="Consolas"/>
                <w:sz w:val="14"/>
              </w:rPr>
              <w:br/>
              <w:t xml:space="preserve">  const newQuote = {</w:t>
            </w:r>
            <w:r>
              <w:rPr>
                <w:rFonts w:ascii="Consolas" w:hAnsi="Consolas"/>
                <w:sz w:val="14"/>
              </w:rPr>
              <w:br/>
              <w:t xml:space="preserve">    ...quoteInformation,</w:t>
            </w:r>
            <w:r>
              <w:rPr>
                <w:rFonts w:ascii="Consolas" w:hAnsi="Consolas"/>
                <w:sz w:val="14"/>
              </w:rPr>
              <w:br/>
            </w:r>
            <w:r>
              <w:rPr>
                <w:rFonts w:ascii="Consolas" w:hAnsi="Consolas"/>
                <w:sz w:val="14"/>
              </w:rPr>
              <w:br/>
              <w:t xml:space="preserve">    id:</w:t>
            </w:r>
            <w:r>
              <w:rPr>
                <w:rFonts w:ascii="Consolas" w:hAnsi="Consolas"/>
                <w:sz w:val="14"/>
              </w:rPr>
              <w:br/>
              <w:t xml:space="preserve">      generateId("MOV"),</w:t>
            </w:r>
            <w:r>
              <w:rPr>
                <w:rFonts w:ascii="Consolas" w:hAnsi="Consolas"/>
                <w:sz w:val="14"/>
              </w:rPr>
              <w:br/>
            </w:r>
            <w:r>
              <w:rPr>
                <w:rFonts w:ascii="Consolas" w:hAnsi="Consolas"/>
                <w:sz w:val="14"/>
              </w:rPr>
              <w:br/>
              <w:t xml:space="preserve">    reference:</w:t>
            </w:r>
            <w:r>
              <w:rPr>
                <w:rFonts w:ascii="Consolas" w:hAnsi="Consolas"/>
                <w:sz w:val="14"/>
              </w:rPr>
              <w:br/>
              <w:t xml:space="preserve">      generateId("QTE"),</w:t>
            </w:r>
            <w:r>
              <w:rPr>
                <w:rFonts w:ascii="Consolas" w:hAnsi="Consolas"/>
                <w:sz w:val="14"/>
              </w:rPr>
              <w:br/>
            </w:r>
            <w:r>
              <w:rPr>
                <w:rFonts w:ascii="Consolas" w:hAnsi="Consolas"/>
                <w:sz w:val="14"/>
              </w:rPr>
              <w:br/>
              <w:t xml:space="preserve">    status:</w:t>
            </w:r>
            <w:r>
              <w:rPr>
                <w:rFonts w:ascii="Consolas" w:hAnsi="Consolas"/>
                <w:sz w:val="14"/>
              </w:rPr>
              <w:br/>
              <w:t xml:space="preserve">      QUOTE_STATUS.PENDING,</w:t>
            </w:r>
            <w:r>
              <w:rPr>
                <w:rFonts w:ascii="Consolas" w:hAnsi="Consolas"/>
                <w:sz w:val="14"/>
              </w:rPr>
              <w:br/>
            </w:r>
            <w:r>
              <w:rPr>
                <w:rFonts w:ascii="Consolas" w:hAnsi="Consolas"/>
                <w:sz w:val="14"/>
              </w:rPr>
              <w:br/>
              <w:t xml:space="preserve">    quotedPrice: "",</w:t>
            </w:r>
            <w:r>
              <w:rPr>
                <w:rFonts w:ascii="Consolas" w:hAnsi="Consolas"/>
                <w:sz w:val="14"/>
              </w:rPr>
              <w:br/>
              <w:t xml:space="preserve">    deposit: "",</w:t>
            </w:r>
            <w:r>
              <w:rPr>
                <w:rFonts w:ascii="Consolas" w:hAnsi="Consolas"/>
                <w:sz w:val="14"/>
              </w:rPr>
              <w:br/>
            </w:r>
            <w:r>
              <w:rPr>
                <w:rFonts w:ascii="Consolas" w:hAnsi="Consolas"/>
                <w:sz w:val="14"/>
              </w:rPr>
              <w:br/>
              <w:t xml:space="preserve">    estimatedDuration: "",</w:t>
            </w:r>
            <w:r>
              <w:rPr>
                <w:rFonts w:ascii="Consolas" w:hAnsi="Consolas"/>
                <w:sz w:val="14"/>
              </w:rPr>
              <w:br/>
              <w:t xml:space="preserve">    crewSize: "",</w:t>
            </w:r>
            <w:r>
              <w:rPr>
                <w:rFonts w:ascii="Consolas" w:hAnsi="Consolas"/>
                <w:sz w:val="14"/>
              </w:rPr>
              <w:br/>
              <w:t xml:space="preserve">    vehicleType: "",</w:t>
            </w:r>
            <w:r>
              <w:rPr>
                <w:rFonts w:ascii="Consolas" w:hAnsi="Consolas"/>
                <w:sz w:val="14"/>
              </w:rPr>
              <w:br/>
            </w:r>
            <w:r>
              <w:rPr>
                <w:rFonts w:ascii="Consolas" w:hAnsi="Consolas"/>
                <w:sz w:val="14"/>
              </w:rPr>
              <w:br/>
              <w:t xml:space="preserve">    adminNotes: "",</w:t>
            </w:r>
            <w:r>
              <w:rPr>
                <w:rFonts w:ascii="Consolas" w:hAnsi="Consolas"/>
                <w:sz w:val="14"/>
              </w:rPr>
              <w:br/>
              <w:t xml:space="preserve">    customerResponseNotes: "",</w:t>
            </w:r>
            <w:r>
              <w:rPr>
                <w:rFonts w:ascii="Consolas" w:hAnsi="Consolas"/>
                <w:sz w:val="14"/>
              </w:rPr>
              <w:br/>
            </w:r>
            <w:r>
              <w:rPr>
                <w:rFonts w:ascii="Consolas" w:hAnsi="Consolas"/>
                <w:sz w:val="14"/>
              </w:rPr>
              <w:br/>
              <w:t xml:space="preserve">    isDeleted: false,</w:t>
            </w:r>
            <w:r>
              <w:rPr>
                <w:rFonts w:ascii="Consolas" w:hAnsi="Consolas"/>
                <w:sz w:val="14"/>
              </w:rPr>
              <w:br/>
              <w:t xml:space="preserve">    deletedAt: null,</w:t>
            </w:r>
            <w:r>
              <w:rPr>
                <w:rFonts w:ascii="Consolas" w:hAnsi="Consolas"/>
                <w:sz w:val="14"/>
              </w:rPr>
              <w:br/>
              <w:t xml:space="preserve">    restoredAt: null,</w:t>
            </w:r>
            <w:r>
              <w:rPr>
                <w:rFonts w:ascii="Consolas" w:hAnsi="Consolas"/>
                <w:sz w:val="14"/>
              </w:rPr>
              <w:br/>
            </w:r>
            <w:r>
              <w:rPr>
                <w:rFonts w:ascii="Consolas" w:hAnsi="Consolas"/>
                <w:sz w:val="14"/>
              </w:rPr>
              <w:br/>
              <w:t xml:space="preserve">    createdAt:</w:t>
            </w:r>
            <w:r>
              <w:rPr>
                <w:rFonts w:ascii="Consolas" w:hAnsi="Consolas"/>
                <w:sz w:val="14"/>
              </w:rPr>
              <w:br/>
              <w:t xml:space="preserve">      new Date().toISOString(),</w:t>
            </w:r>
            <w:r>
              <w:rPr>
                <w:rFonts w:ascii="Consolas" w:hAnsi="Consolas"/>
                <w:sz w:val="14"/>
              </w:rPr>
              <w:br/>
            </w:r>
            <w:r>
              <w:rPr>
                <w:rFonts w:ascii="Consolas" w:hAnsi="Consolas"/>
                <w:sz w:val="14"/>
              </w:rPr>
              <w:br/>
              <w:t xml:space="preserve">    updatedAt:</w:t>
            </w:r>
            <w:r>
              <w:rPr>
                <w:rFonts w:ascii="Consolas" w:hAnsi="Consolas"/>
                <w:sz w:val="14"/>
              </w:rPr>
              <w:br/>
              <w:t xml:space="preserve">      new Date().toISOString(),</w:t>
            </w:r>
            <w:r>
              <w:rPr>
                <w:rFonts w:ascii="Consolas" w:hAnsi="Consolas"/>
                <w:sz w:val="14"/>
              </w:rPr>
              <w:br/>
              <w:t xml:space="preserve">  };</w:t>
            </w:r>
            <w:r>
              <w:rPr>
                <w:rFonts w:ascii="Consolas" w:hAnsi="Consolas"/>
                <w:sz w:val="14"/>
              </w:rPr>
              <w:br/>
            </w:r>
            <w:r>
              <w:rPr>
                <w:rFonts w:ascii="Consolas" w:hAnsi="Consolas"/>
                <w:sz w:val="14"/>
              </w:rPr>
              <w:br/>
              <w:t xml:space="preserve">  const saved =</w:t>
            </w:r>
            <w:r>
              <w:rPr>
                <w:rFonts w:ascii="Consolas" w:hAnsi="Consolas"/>
                <w:sz w:val="14"/>
              </w:rPr>
              <w:br/>
              <w:t xml:space="preserve">    saveQuotes([</w:t>
            </w:r>
            <w:r>
              <w:rPr>
                <w:rFonts w:ascii="Consolas" w:hAnsi="Consolas"/>
                <w:sz w:val="14"/>
              </w:rPr>
              <w:br/>
              <w:t xml:space="preserve">      ...quotes,</w:t>
            </w:r>
            <w:r>
              <w:rPr>
                <w:rFonts w:ascii="Consolas" w:hAnsi="Consolas"/>
                <w:sz w:val="14"/>
              </w:rPr>
              <w:br/>
              <w:t xml:space="preserve">      newQuote,</w:t>
            </w:r>
            <w:r>
              <w:rPr>
                <w:rFonts w:ascii="Consolas" w:hAnsi="Consolas"/>
                <w:sz w:val="14"/>
              </w:rPr>
              <w:br/>
            </w:r>
            <w:r>
              <w:rPr>
                <w:rFonts w:ascii="Consolas" w:hAnsi="Consolas"/>
                <w:sz w:val="14"/>
              </w:rPr>
              <w:lastRenderedPageBreak/>
              <w:t xml:space="preserve">    ]);</w:t>
            </w:r>
            <w:r>
              <w:rPr>
                <w:rFonts w:ascii="Consolas" w:hAnsi="Consolas"/>
                <w:sz w:val="14"/>
              </w:rPr>
              <w:br/>
            </w:r>
            <w:r>
              <w:rPr>
                <w:rFonts w:ascii="Consolas" w:hAnsi="Consolas"/>
                <w:sz w:val="14"/>
              </w:rPr>
              <w:br/>
              <w:t xml:space="preserve">  if (!saved) {</w:t>
            </w:r>
            <w:r>
              <w:rPr>
                <w:rFonts w:ascii="Consolas" w:hAnsi="Consolas"/>
                <w:sz w:val="14"/>
              </w:rPr>
              <w:br/>
              <w:t xml:space="preserve">    return {</w:t>
            </w:r>
            <w:r>
              <w:rPr>
                <w:rFonts w:ascii="Consolas" w:hAnsi="Consolas"/>
                <w:sz w:val="14"/>
              </w:rPr>
              <w:br/>
              <w:t xml:space="preserve">      success: false,</w:t>
            </w:r>
            <w:r>
              <w:rPr>
                <w:rFonts w:ascii="Consolas" w:hAnsi="Consolas"/>
                <w:sz w:val="14"/>
              </w:rPr>
              <w:br/>
              <w:t xml:space="preserve">      message:</w:t>
            </w:r>
            <w:r>
              <w:rPr>
                <w:rFonts w:ascii="Consolas" w:hAnsi="Consolas"/>
                <w:sz w:val="14"/>
              </w:rPr>
              <w:br/>
              <w:t xml:space="preserve">        "The quotation request could not be saved.",</w:t>
            </w:r>
            <w:r>
              <w:rPr>
                <w:rFonts w:ascii="Consolas" w:hAnsi="Consolas"/>
                <w:sz w:val="14"/>
              </w:rPr>
              <w:br/>
              <w:t xml:space="preserve">    };</w:t>
            </w:r>
            <w:r>
              <w:rPr>
                <w:rFonts w:ascii="Consolas" w:hAnsi="Consolas"/>
                <w:sz w:val="14"/>
              </w:rPr>
              <w:br/>
              <w:t xml:space="preserve">  }</w:t>
            </w:r>
            <w:r>
              <w:rPr>
                <w:rFonts w:ascii="Consolas" w:hAnsi="Consolas"/>
                <w:sz w:val="14"/>
              </w:rPr>
              <w:br/>
            </w:r>
            <w:r>
              <w:rPr>
                <w:rFonts w:ascii="Consolas" w:hAnsi="Consolas"/>
                <w:sz w:val="14"/>
              </w:rPr>
              <w:br/>
              <w:t xml:space="preserve">  createNotification({</w:t>
            </w:r>
            <w:r>
              <w:rPr>
                <w:rFonts w:ascii="Consolas" w:hAnsi="Consolas"/>
                <w:sz w:val="14"/>
              </w:rPr>
              <w:br/>
              <w:t xml:space="preserve">    type: "quote",</w:t>
            </w:r>
            <w:r>
              <w:rPr>
                <w:rFonts w:ascii="Consolas" w:hAnsi="Consolas"/>
                <w:sz w:val="14"/>
              </w:rPr>
              <w:br/>
            </w:r>
            <w:r>
              <w:rPr>
                <w:rFonts w:ascii="Consolas" w:hAnsi="Consolas"/>
                <w:sz w:val="14"/>
              </w:rPr>
              <w:br/>
              <w:t xml:space="preserve">    title:</w:t>
            </w:r>
            <w:r>
              <w:rPr>
                <w:rFonts w:ascii="Consolas" w:hAnsi="Consolas"/>
                <w:sz w:val="14"/>
              </w:rPr>
              <w:br/>
              <w:t xml:space="preserve">      "New Quote Request",</w:t>
            </w:r>
            <w:r>
              <w:rPr>
                <w:rFonts w:ascii="Consolas" w:hAnsi="Consolas"/>
                <w:sz w:val="14"/>
              </w:rPr>
              <w:br/>
            </w:r>
            <w:r>
              <w:rPr>
                <w:rFonts w:ascii="Consolas" w:hAnsi="Consolas"/>
                <w:sz w:val="14"/>
              </w:rPr>
              <w:br/>
              <w:t xml:space="preserve">    message:</w:t>
            </w:r>
            <w:r>
              <w:rPr>
                <w:rFonts w:ascii="Consolas" w:hAnsi="Consolas"/>
                <w:sz w:val="14"/>
              </w:rPr>
              <w:br/>
              <w:t xml:space="preserve">      `${</w:t>
            </w:r>
            <w:r>
              <w:rPr>
                <w:rFonts w:ascii="Consolas" w:hAnsi="Consolas"/>
                <w:sz w:val="14"/>
              </w:rPr>
              <w:br/>
              <w:t xml:space="preserve">        newQuote.customerName ||</w:t>
            </w:r>
            <w:r>
              <w:rPr>
                <w:rFonts w:ascii="Consolas" w:hAnsi="Consolas"/>
                <w:sz w:val="14"/>
              </w:rPr>
              <w:br/>
              <w:t xml:space="preserve">        "A customer"</w:t>
            </w:r>
            <w:r>
              <w:rPr>
                <w:rFonts w:ascii="Consolas" w:hAnsi="Consolas"/>
                <w:sz w:val="14"/>
              </w:rPr>
              <w:br/>
              <w:t xml:space="preserve">      } submitted a quotation request.`,</w:t>
            </w:r>
            <w:r>
              <w:rPr>
                <w:rFonts w:ascii="Consolas" w:hAnsi="Consolas"/>
                <w:sz w:val="14"/>
              </w:rPr>
              <w:br/>
            </w:r>
            <w:r>
              <w:rPr>
                <w:rFonts w:ascii="Consolas" w:hAnsi="Consolas"/>
                <w:sz w:val="14"/>
              </w:rPr>
              <w:br/>
              <w:t xml:space="preserve">    link:</w:t>
            </w:r>
            <w:r>
              <w:rPr>
                <w:rFonts w:ascii="Consolas" w:hAnsi="Consolas"/>
                <w:sz w:val="14"/>
              </w:rPr>
              <w:br/>
              <w:t xml:space="preserve">      "/admin/quotes",</w:t>
            </w:r>
            <w:r>
              <w:rPr>
                <w:rFonts w:ascii="Consolas" w:hAnsi="Consolas"/>
                <w:sz w:val="14"/>
              </w:rPr>
              <w:br/>
              <w:t xml:space="preserve">  });</w:t>
            </w:r>
            <w:r>
              <w:rPr>
                <w:rFonts w:ascii="Consolas" w:hAnsi="Consolas"/>
                <w:sz w:val="14"/>
              </w:rPr>
              <w:br/>
            </w:r>
            <w:r>
              <w:rPr>
                <w:rFonts w:ascii="Consolas" w:hAnsi="Consolas"/>
                <w:sz w:val="14"/>
              </w:rPr>
              <w:br/>
              <w:t xml:space="preserve">  return {</w:t>
            </w:r>
            <w:r>
              <w:rPr>
                <w:rFonts w:ascii="Consolas" w:hAnsi="Consolas"/>
                <w:sz w:val="14"/>
              </w:rPr>
              <w:br/>
              <w:t xml:space="preserve">    success: true,</w:t>
            </w:r>
            <w:r>
              <w:rPr>
                <w:rFonts w:ascii="Consolas" w:hAnsi="Consolas"/>
                <w:sz w:val="14"/>
              </w:rPr>
              <w:br/>
              <w:t xml:space="preserve">    quote: newQuote,</w:t>
            </w:r>
            <w:r>
              <w:rPr>
                <w:rFonts w:ascii="Consolas" w:hAnsi="Consolas"/>
                <w:sz w:val="14"/>
              </w:rPr>
              <w:br/>
              <w:t xml:space="preserve">  };</w:t>
            </w:r>
            <w:r>
              <w:rPr>
                <w:rFonts w:ascii="Consolas" w:hAnsi="Consolas"/>
                <w:sz w:val="14"/>
              </w:rPr>
              <w:br/>
              <w:t>}</w:t>
            </w:r>
          </w:p>
        </w:tc>
      </w:tr>
    </w:tbl>
    <w:p w14:paraId="1A56A239" w14:textId="77777777" w:rsidR="000D0AE6" w:rsidRDefault="000D0AE6">
      <w:pPr>
        <w:spacing w:after="40"/>
      </w:pPr>
    </w:p>
    <w:p w14:paraId="089A1B42" w14:textId="77777777" w:rsidR="000D0AE6" w:rsidRDefault="00000000">
      <w:r>
        <w:br w:type="page"/>
      </w:r>
    </w:p>
    <w:p w14:paraId="1B146F72" w14:textId="77777777" w:rsidR="000D0AE6" w:rsidRDefault="00000000">
      <w:pPr>
        <w:pStyle w:val="Heading1"/>
      </w:pPr>
      <w:r>
        <w:lastRenderedPageBreak/>
        <w:t>8. Deposit, Booking and Calendar Flow</w:t>
      </w:r>
    </w:p>
    <w:p w14:paraId="7A04324A" w14:textId="77777777" w:rsidR="000D0AE6" w:rsidRDefault="00000000">
      <w:pPr>
        <w:spacing w:after="140" w:line="259" w:lineRule="auto"/>
      </w:pPr>
      <w:r>
        <w:t>Once an administrator has prepared a quotation, the customer can continue through the payment stage. The prototype records the payment step locally and then creates both a booking record and a calendar event.</w:t>
      </w:r>
    </w:p>
    <w:p w14:paraId="0E0A44D6" w14:textId="77777777" w:rsidR="000D0AE6" w:rsidRDefault="00000000">
      <w:pPr>
        <w:spacing w:after="60"/>
      </w:pPr>
      <w:r>
        <w:rPr>
          <w:b/>
          <w:color w:val="0B477F"/>
        </w:rPr>
        <w:t>Extract - bookingService.js: booking creation after deposit</w:t>
      </w:r>
    </w:p>
    <w:tbl>
      <w:tblPr>
        <w:tblW w:w="0" w:type="auto"/>
        <w:jc w:val="center"/>
        <w:tblLook w:val="04A0" w:firstRow="1" w:lastRow="0" w:firstColumn="1" w:lastColumn="0" w:noHBand="0" w:noVBand="1"/>
      </w:tblPr>
      <w:tblGrid>
        <w:gridCol w:w="10166"/>
      </w:tblGrid>
      <w:tr w:rsidR="000D0AE6" w14:paraId="751C738C" w14:textId="77777777">
        <w:trPr>
          <w:jc w:val="center"/>
        </w:trPr>
        <w:tc>
          <w:tcPr>
            <w:tcW w:w="10166" w:type="dxa"/>
            <w:shd w:val="clear" w:color="auto" w:fill="F3F6F8"/>
            <w:tcMar>
              <w:top w:w="100" w:type="dxa"/>
              <w:left w:w="120" w:type="dxa"/>
              <w:bottom w:w="100" w:type="dxa"/>
              <w:right w:w="120" w:type="dxa"/>
            </w:tcMar>
          </w:tcPr>
          <w:p w14:paraId="3AFF7446" w14:textId="77777777" w:rsidR="000D0AE6" w:rsidRDefault="00000000">
            <w:pPr>
              <w:spacing w:after="0" w:line="240" w:lineRule="auto"/>
            </w:pPr>
            <w:r>
              <w:rPr>
                <w:rFonts w:ascii="Consolas" w:hAnsi="Consolas"/>
                <w:sz w:val="14"/>
              </w:rPr>
              <w:t>export function confirmBookingAfterDeposit(</w:t>
            </w:r>
            <w:r>
              <w:rPr>
                <w:rFonts w:ascii="Consolas" w:hAnsi="Consolas"/>
                <w:sz w:val="14"/>
              </w:rPr>
              <w:br/>
              <w:t xml:space="preserve">  quoteId,</w:t>
            </w:r>
            <w:r>
              <w:rPr>
                <w:rFonts w:ascii="Consolas" w:hAnsi="Consolas"/>
                <w:sz w:val="14"/>
              </w:rPr>
              <w:br/>
              <w:t xml:space="preserve">  paymentInformation</w:t>
            </w:r>
            <w:r>
              <w:rPr>
                <w:rFonts w:ascii="Consolas" w:hAnsi="Consolas"/>
                <w:sz w:val="14"/>
              </w:rPr>
              <w:br/>
              <w:t>) {</w:t>
            </w:r>
            <w:r>
              <w:rPr>
                <w:rFonts w:ascii="Consolas" w:hAnsi="Consolas"/>
                <w:sz w:val="14"/>
              </w:rPr>
              <w:br/>
              <w:t xml:space="preserve">  const quote = getQuoteById(quoteId);</w:t>
            </w:r>
            <w:r>
              <w:rPr>
                <w:rFonts w:ascii="Consolas" w:hAnsi="Consolas"/>
                <w:sz w:val="14"/>
              </w:rPr>
              <w:br/>
            </w:r>
            <w:r>
              <w:rPr>
                <w:rFonts w:ascii="Consolas" w:hAnsi="Consolas"/>
                <w:sz w:val="14"/>
              </w:rPr>
              <w:br/>
              <w:t xml:space="preserve">  if (!quote) {</w:t>
            </w:r>
            <w:r>
              <w:rPr>
                <w:rFonts w:ascii="Consolas" w:hAnsi="Consolas"/>
                <w:sz w:val="14"/>
              </w:rPr>
              <w:br/>
              <w:t xml:space="preserve">    return {</w:t>
            </w:r>
            <w:r>
              <w:rPr>
                <w:rFonts w:ascii="Consolas" w:hAnsi="Consolas"/>
                <w:sz w:val="14"/>
              </w:rPr>
              <w:br/>
              <w:t xml:space="preserve">      success: false,</w:t>
            </w:r>
            <w:r>
              <w:rPr>
                <w:rFonts w:ascii="Consolas" w:hAnsi="Consolas"/>
                <w:sz w:val="14"/>
              </w:rPr>
              <w:br/>
              <w:t xml:space="preserve">      message: "Quotation not found.",</w:t>
            </w:r>
            <w:r>
              <w:rPr>
                <w:rFonts w:ascii="Consolas" w:hAnsi="Consolas"/>
                <w:sz w:val="14"/>
              </w:rPr>
              <w:br/>
              <w:t xml:space="preserve">    };</w:t>
            </w:r>
            <w:r>
              <w:rPr>
                <w:rFonts w:ascii="Consolas" w:hAnsi="Consolas"/>
                <w:sz w:val="14"/>
              </w:rPr>
              <w:br/>
              <w:t xml:space="preserve">  }</w:t>
            </w:r>
            <w:r>
              <w:rPr>
                <w:rFonts w:ascii="Consolas" w:hAnsi="Consolas"/>
                <w:sz w:val="14"/>
              </w:rPr>
              <w:br/>
            </w:r>
            <w:r>
              <w:rPr>
                <w:rFonts w:ascii="Consolas" w:hAnsi="Consolas"/>
                <w:sz w:val="14"/>
              </w:rPr>
              <w:br/>
              <w:t xml:space="preserve">  const existingBooking =</w:t>
            </w:r>
            <w:r>
              <w:rPr>
                <w:rFonts w:ascii="Consolas" w:hAnsi="Consolas"/>
                <w:sz w:val="14"/>
              </w:rPr>
              <w:br/>
              <w:t xml:space="preserve">    getBookingByQuoteId(quoteId);</w:t>
            </w:r>
            <w:r>
              <w:rPr>
                <w:rFonts w:ascii="Consolas" w:hAnsi="Consolas"/>
                <w:sz w:val="14"/>
              </w:rPr>
              <w:br/>
            </w:r>
            <w:r>
              <w:rPr>
                <w:rFonts w:ascii="Consolas" w:hAnsi="Consolas"/>
                <w:sz w:val="14"/>
              </w:rPr>
              <w:br/>
              <w:t xml:space="preserve">  if (existingBooking) {</w:t>
            </w:r>
            <w:r>
              <w:rPr>
                <w:rFonts w:ascii="Consolas" w:hAnsi="Consolas"/>
                <w:sz w:val="14"/>
              </w:rPr>
              <w:br/>
              <w:t xml:space="preserve">    return {</w:t>
            </w:r>
            <w:r>
              <w:rPr>
                <w:rFonts w:ascii="Consolas" w:hAnsi="Consolas"/>
                <w:sz w:val="14"/>
              </w:rPr>
              <w:br/>
              <w:t xml:space="preserve">      success: false,</w:t>
            </w:r>
            <w:r>
              <w:rPr>
                <w:rFonts w:ascii="Consolas" w:hAnsi="Consolas"/>
                <w:sz w:val="14"/>
              </w:rPr>
              <w:br/>
              <w:t xml:space="preserve">      message:</w:t>
            </w:r>
            <w:r>
              <w:rPr>
                <w:rFonts w:ascii="Consolas" w:hAnsi="Consolas"/>
                <w:sz w:val="14"/>
              </w:rPr>
              <w:br/>
              <w:t xml:space="preserve">        "A booking has already been created for this quotation.",</w:t>
            </w:r>
            <w:r>
              <w:rPr>
                <w:rFonts w:ascii="Consolas" w:hAnsi="Consolas"/>
                <w:sz w:val="14"/>
              </w:rPr>
              <w:br/>
              <w:t xml:space="preserve">    };</w:t>
            </w:r>
            <w:r>
              <w:rPr>
                <w:rFonts w:ascii="Consolas" w:hAnsi="Consolas"/>
                <w:sz w:val="14"/>
              </w:rPr>
              <w:br/>
              <w:t xml:space="preserve">  }</w:t>
            </w:r>
            <w:r>
              <w:rPr>
                <w:rFonts w:ascii="Consolas" w:hAnsi="Consolas"/>
                <w:sz w:val="14"/>
              </w:rPr>
              <w:br/>
            </w:r>
            <w:r>
              <w:rPr>
                <w:rFonts w:ascii="Consolas" w:hAnsi="Consolas"/>
                <w:sz w:val="14"/>
              </w:rPr>
              <w:br/>
              <w:t xml:space="preserve">  if (quote.status !== QUOTE_STATUS.QUOTED) {</w:t>
            </w:r>
            <w:r>
              <w:rPr>
                <w:rFonts w:ascii="Consolas" w:hAnsi="Consolas"/>
                <w:sz w:val="14"/>
              </w:rPr>
              <w:br/>
              <w:t xml:space="preserve">    return {</w:t>
            </w:r>
            <w:r>
              <w:rPr>
                <w:rFonts w:ascii="Consolas" w:hAnsi="Consolas"/>
                <w:sz w:val="14"/>
              </w:rPr>
              <w:br/>
              <w:t xml:space="preserve">      success: false,</w:t>
            </w:r>
            <w:r>
              <w:rPr>
                <w:rFonts w:ascii="Consolas" w:hAnsi="Consolas"/>
                <w:sz w:val="14"/>
              </w:rPr>
              <w:br/>
              <w:t xml:space="preserve">      message:</w:t>
            </w:r>
            <w:r>
              <w:rPr>
                <w:rFonts w:ascii="Consolas" w:hAnsi="Consolas"/>
                <w:sz w:val="14"/>
              </w:rPr>
              <w:br/>
              <w:t xml:space="preserve">        "This quotation is not currently available for payment.",</w:t>
            </w:r>
            <w:r>
              <w:rPr>
                <w:rFonts w:ascii="Consolas" w:hAnsi="Consolas"/>
                <w:sz w:val="14"/>
              </w:rPr>
              <w:br/>
              <w:t xml:space="preserve">    };</w:t>
            </w:r>
            <w:r>
              <w:rPr>
                <w:rFonts w:ascii="Consolas" w:hAnsi="Consolas"/>
                <w:sz w:val="14"/>
              </w:rPr>
              <w:br/>
              <w:t xml:space="preserve">  }</w:t>
            </w:r>
            <w:r>
              <w:rPr>
                <w:rFonts w:ascii="Consolas" w:hAnsi="Consolas"/>
                <w:sz w:val="14"/>
              </w:rPr>
              <w:br/>
            </w:r>
            <w:r>
              <w:rPr>
                <w:rFonts w:ascii="Consolas" w:hAnsi="Consolas"/>
                <w:sz w:val="14"/>
              </w:rPr>
              <w:br/>
              <w:t xml:space="preserve">  const depositAmount = Number(</w:t>
            </w:r>
            <w:r>
              <w:rPr>
                <w:rFonts w:ascii="Consolas" w:hAnsi="Consolas"/>
                <w:sz w:val="14"/>
              </w:rPr>
              <w:br/>
              <w:t xml:space="preserve">    quote.deposit || quote.quotedPrice</w:t>
            </w:r>
            <w:r>
              <w:rPr>
                <w:rFonts w:ascii="Consolas" w:hAnsi="Consolas"/>
                <w:sz w:val="14"/>
              </w:rPr>
              <w:br/>
              <w:t xml:space="preserve">  );</w:t>
            </w:r>
            <w:r>
              <w:rPr>
                <w:rFonts w:ascii="Consolas" w:hAnsi="Consolas"/>
                <w:sz w:val="14"/>
              </w:rPr>
              <w:br/>
            </w:r>
            <w:r>
              <w:rPr>
                <w:rFonts w:ascii="Consolas" w:hAnsi="Consolas"/>
                <w:sz w:val="14"/>
              </w:rPr>
              <w:br/>
              <w:t xml:space="preserve">  if (depositAmount &lt;= 0) {</w:t>
            </w:r>
            <w:r>
              <w:rPr>
                <w:rFonts w:ascii="Consolas" w:hAnsi="Consolas"/>
                <w:sz w:val="14"/>
              </w:rPr>
              <w:br/>
              <w:t xml:space="preserve">    return {</w:t>
            </w:r>
            <w:r>
              <w:rPr>
                <w:rFonts w:ascii="Consolas" w:hAnsi="Consolas"/>
                <w:sz w:val="14"/>
              </w:rPr>
              <w:br/>
              <w:t xml:space="preserve">      success: false,</w:t>
            </w:r>
            <w:r>
              <w:rPr>
                <w:rFonts w:ascii="Consolas" w:hAnsi="Consolas"/>
                <w:sz w:val="14"/>
              </w:rPr>
              <w:br/>
              <w:t xml:space="preserve">      message:</w:t>
            </w:r>
            <w:r>
              <w:rPr>
                <w:rFonts w:ascii="Consolas" w:hAnsi="Consolas"/>
                <w:sz w:val="14"/>
              </w:rPr>
              <w:br/>
              <w:t xml:space="preserve">        "The quotation does not contain a valid payment amount.",</w:t>
            </w:r>
            <w:r>
              <w:rPr>
                <w:rFonts w:ascii="Consolas" w:hAnsi="Consolas"/>
                <w:sz w:val="14"/>
              </w:rPr>
              <w:br/>
              <w:t xml:space="preserve">    };</w:t>
            </w:r>
            <w:r>
              <w:rPr>
                <w:rFonts w:ascii="Consolas" w:hAnsi="Consolas"/>
                <w:sz w:val="14"/>
              </w:rPr>
              <w:br/>
              <w:t xml:space="preserve">  }</w:t>
            </w:r>
            <w:r>
              <w:rPr>
                <w:rFonts w:ascii="Consolas" w:hAnsi="Consolas"/>
                <w:sz w:val="14"/>
              </w:rPr>
              <w:br/>
            </w:r>
            <w:r>
              <w:rPr>
                <w:rFonts w:ascii="Consolas" w:hAnsi="Consolas"/>
                <w:sz w:val="14"/>
              </w:rPr>
              <w:br/>
              <w:t xml:space="preserve">  const paymentReference =</w:t>
            </w:r>
            <w:r>
              <w:rPr>
                <w:rFonts w:ascii="Consolas" w:hAnsi="Consolas"/>
                <w:sz w:val="14"/>
              </w:rPr>
              <w:br/>
              <w:t xml:space="preserve">    generateId("PAY");</w:t>
            </w:r>
            <w:r>
              <w:rPr>
                <w:rFonts w:ascii="Consolas" w:hAnsi="Consolas"/>
                <w:sz w:val="14"/>
              </w:rPr>
              <w:br/>
            </w:r>
            <w:r>
              <w:rPr>
                <w:rFonts w:ascii="Consolas" w:hAnsi="Consolas"/>
                <w:sz w:val="14"/>
              </w:rPr>
              <w:br/>
              <w:t xml:space="preserve">  const booking = {</w:t>
            </w:r>
            <w:r>
              <w:rPr>
                <w:rFonts w:ascii="Consolas" w:hAnsi="Consolas"/>
                <w:sz w:val="14"/>
              </w:rPr>
              <w:br/>
              <w:t xml:space="preserve">    id: generateId("BKG"),</w:t>
            </w:r>
            <w:r>
              <w:rPr>
                <w:rFonts w:ascii="Consolas" w:hAnsi="Consolas"/>
                <w:sz w:val="14"/>
              </w:rPr>
              <w:br/>
              <w:t xml:space="preserve">    quoteId: quote.id,</w:t>
            </w:r>
            <w:r>
              <w:rPr>
                <w:rFonts w:ascii="Consolas" w:hAnsi="Consolas"/>
                <w:sz w:val="14"/>
              </w:rPr>
              <w:br/>
              <w:t xml:space="preserve">    quoteReference: quote.reference,</w:t>
            </w:r>
            <w:r>
              <w:rPr>
                <w:rFonts w:ascii="Consolas" w:hAnsi="Consolas"/>
                <w:sz w:val="14"/>
              </w:rPr>
              <w:br/>
            </w:r>
            <w:r>
              <w:rPr>
                <w:rFonts w:ascii="Consolas" w:hAnsi="Consolas"/>
                <w:sz w:val="14"/>
              </w:rPr>
              <w:br/>
              <w:t xml:space="preserve">    customerId: quote.customerId,</w:t>
            </w:r>
            <w:r>
              <w:rPr>
                <w:rFonts w:ascii="Consolas" w:hAnsi="Consolas"/>
                <w:sz w:val="14"/>
              </w:rPr>
              <w:br/>
              <w:t xml:space="preserve">    customerName: quote.customerName,</w:t>
            </w:r>
            <w:r>
              <w:rPr>
                <w:rFonts w:ascii="Consolas" w:hAnsi="Consolas"/>
                <w:sz w:val="14"/>
              </w:rPr>
              <w:br/>
              <w:t xml:space="preserve">    customerEmail: quote.customerEmail,</w:t>
            </w:r>
            <w:r>
              <w:rPr>
                <w:rFonts w:ascii="Consolas" w:hAnsi="Consolas"/>
                <w:sz w:val="14"/>
              </w:rPr>
              <w:br/>
              <w:t xml:space="preserve">    customerPhone: quote.customerPhone,</w:t>
            </w:r>
            <w:r>
              <w:rPr>
                <w:rFonts w:ascii="Consolas" w:hAnsi="Consolas"/>
                <w:sz w:val="14"/>
              </w:rPr>
              <w:br/>
            </w:r>
            <w:r>
              <w:rPr>
                <w:rFonts w:ascii="Consolas" w:hAnsi="Consolas"/>
                <w:sz w:val="14"/>
              </w:rPr>
              <w:br/>
              <w:t xml:space="preserve">    collectionAddress:</w:t>
            </w:r>
            <w:r>
              <w:rPr>
                <w:rFonts w:ascii="Consolas" w:hAnsi="Consolas"/>
                <w:sz w:val="14"/>
              </w:rPr>
              <w:br/>
              <w:t xml:space="preserve">      quote.collectionAddress,</w:t>
            </w:r>
            <w:r>
              <w:rPr>
                <w:rFonts w:ascii="Consolas" w:hAnsi="Consolas"/>
                <w:sz w:val="14"/>
              </w:rPr>
              <w:br/>
              <w:t xml:space="preserve">    collectionPostcode:</w:t>
            </w:r>
            <w:r>
              <w:rPr>
                <w:rFonts w:ascii="Consolas" w:hAnsi="Consolas"/>
                <w:sz w:val="14"/>
              </w:rPr>
              <w:br/>
              <w:t xml:space="preserve">      quote.collectionPostcode,</w:t>
            </w:r>
            <w:r>
              <w:rPr>
                <w:rFonts w:ascii="Consolas" w:hAnsi="Consolas"/>
                <w:sz w:val="14"/>
              </w:rPr>
              <w:br/>
            </w:r>
            <w:r>
              <w:rPr>
                <w:rFonts w:ascii="Consolas" w:hAnsi="Consolas"/>
                <w:sz w:val="14"/>
              </w:rPr>
              <w:br/>
              <w:t xml:space="preserve">    deliveryAddress:</w:t>
            </w:r>
            <w:r>
              <w:rPr>
                <w:rFonts w:ascii="Consolas" w:hAnsi="Consolas"/>
                <w:sz w:val="14"/>
              </w:rPr>
              <w:br/>
              <w:t xml:space="preserve">      quote.deliveryAddress,</w:t>
            </w:r>
            <w:r>
              <w:rPr>
                <w:rFonts w:ascii="Consolas" w:hAnsi="Consolas"/>
                <w:sz w:val="14"/>
              </w:rPr>
              <w:br/>
              <w:t xml:space="preserve">    deliveryPostcode:</w:t>
            </w:r>
            <w:r>
              <w:rPr>
                <w:rFonts w:ascii="Consolas" w:hAnsi="Consolas"/>
                <w:sz w:val="14"/>
              </w:rPr>
              <w:br/>
              <w:t xml:space="preserve">      quote.deliveryPostcode,</w:t>
            </w:r>
            <w:r>
              <w:rPr>
                <w:rFonts w:ascii="Consolas" w:hAnsi="Consolas"/>
                <w:sz w:val="14"/>
              </w:rPr>
              <w:br/>
            </w:r>
            <w:r>
              <w:rPr>
                <w:rFonts w:ascii="Consolas" w:hAnsi="Consolas"/>
                <w:sz w:val="14"/>
              </w:rPr>
              <w:br/>
              <w:t xml:space="preserve">    moveDate: quote.moveDate,</w:t>
            </w:r>
            <w:r>
              <w:rPr>
                <w:rFonts w:ascii="Consolas" w:hAnsi="Consolas"/>
                <w:sz w:val="14"/>
              </w:rPr>
              <w:br/>
              <w:t xml:space="preserve">    preferredTime: quote.preferredTime,</w:t>
            </w:r>
            <w:r>
              <w:rPr>
                <w:rFonts w:ascii="Consolas" w:hAnsi="Consolas"/>
                <w:sz w:val="14"/>
              </w:rPr>
              <w:br/>
            </w:r>
            <w:r>
              <w:rPr>
                <w:rFonts w:ascii="Consolas" w:hAnsi="Consolas"/>
                <w:sz w:val="14"/>
              </w:rPr>
              <w:br/>
              <w:t xml:space="preserve">    quotedPrice:</w:t>
            </w:r>
            <w:r>
              <w:rPr>
                <w:rFonts w:ascii="Consolas" w:hAnsi="Consolas"/>
                <w:sz w:val="14"/>
              </w:rPr>
              <w:br/>
              <w:t xml:space="preserve">      Number(quote.quotedPrice),</w:t>
            </w:r>
            <w:r>
              <w:rPr>
                <w:rFonts w:ascii="Consolas" w:hAnsi="Consolas"/>
                <w:sz w:val="14"/>
              </w:rPr>
              <w:br/>
              <w:t xml:space="preserve">    depositPaid: depositAmount,</w:t>
            </w:r>
            <w:r>
              <w:rPr>
                <w:rFonts w:ascii="Consolas" w:hAnsi="Consolas"/>
                <w:sz w:val="14"/>
              </w:rPr>
              <w:br/>
              <w:t xml:space="preserve">    outstandingBalance:</w:t>
            </w:r>
            <w:r>
              <w:rPr>
                <w:rFonts w:ascii="Consolas" w:hAnsi="Consolas"/>
                <w:sz w:val="14"/>
              </w:rPr>
              <w:br/>
            </w:r>
            <w:r>
              <w:rPr>
                <w:rFonts w:ascii="Consolas" w:hAnsi="Consolas"/>
                <w:sz w:val="14"/>
              </w:rPr>
              <w:lastRenderedPageBreak/>
              <w:t xml:space="preserve">      Math.max(</w:t>
            </w:r>
            <w:r>
              <w:rPr>
                <w:rFonts w:ascii="Consolas" w:hAnsi="Consolas"/>
                <w:sz w:val="14"/>
              </w:rPr>
              <w:br/>
              <w:t xml:space="preserve">        Number(quote.quotedPrice) -</w:t>
            </w:r>
            <w:r>
              <w:rPr>
                <w:rFonts w:ascii="Consolas" w:hAnsi="Consolas"/>
                <w:sz w:val="14"/>
              </w:rPr>
              <w:br/>
              <w:t xml:space="preserve">          depositAmount,</w:t>
            </w:r>
            <w:r>
              <w:rPr>
                <w:rFonts w:ascii="Consolas" w:hAnsi="Consolas"/>
                <w:sz w:val="14"/>
              </w:rPr>
              <w:br/>
              <w:t xml:space="preserve">        0</w:t>
            </w:r>
            <w:r>
              <w:rPr>
                <w:rFonts w:ascii="Consolas" w:hAnsi="Consolas"/>
                <w:sz w:val="14"/>
              </w:rPr>
              <w:br/>
              <w:t xml:space="preserve">      ),</w:t>
            </w:r>
            <w:r>
              <w:rPr>
                <w:rFonts w:ascii="Consolas" w:hAnsi="Consolas"/>
                <w:sz w:val="14"/>
              </w:rPr>
              <w:br/>
            </w:r>
            <w:r>
              <w:rPr>
                <w:rFonts w:ascii="Consolas" w:hAnsi="Consolas"/>
                <w:sz w:val="14"/>
              </w:rPr>
              <w:br/>
              <w:t xml:space="preserve">    paymentStatus: PAYMENT_STATUS.PAID,</w:t>
            </w:r>
            <w:r>
              <w:rPr>
                <w:rFonts w:ascii="Consolas" w:hAnsi="Consolas"/>
                <w:sz w:val="14"/>
              </w:rPr>
              <w:br/>
              <w:t xml:space="preserve">    paymentReference,</w:t>
            </w:r>
            <w:r>
              <w:rPr>
                <w:rFonts w:ascii="Consolas" w:hAnsi="Consolas"/>
                <w:sz w:val="14"/>
              </w:rPr>
              <w:br/>
            </w:r>
            <w:r>
              <w:rPr>
                <w:rFonts w:ascii="Consolas" w:hAnsi="Consolas"/>
                <w:sz w:val="14"/>
              </w:rPr>
              <w:br/>
              <w:t xml:space="preserve">    paymentMethod:</w:t>
            </w:r>
            <w:r>
              <w:rPr>
                <w:rFonts w:ascii="Consolas" w:hAnsi="Consolas"/>
                <w:sz w:val="14"/>
              </w:rPr>
              <w:br/>
              <w:t xml:space="preserve">      paymentInformation.paymentMethod ||</w:t>
            </w:r>
            <w:r>
              <w:rPr>
                <w:rFonts w:ascii="Consolas" w:hAnsi="Consolas"/>
                <w:sz w:val="14"/>
              </w:rPr>
              <w:br/>
              <w:t xml:space="preserve">      "Card",</w:t>
            </w:r>
            <w:r>
              <w:rPr>
                <w:rFonts w:ascii="Consolas" w:hAnsi="Consolas"/>
                <w:sz w:val="14"/>
              </w:rPr>
              <w:br/>
            </w:r>
            <w:r>
              <w:rPr>
                <w:rFonts w:ascii="Consolas" w:hAnsi="Consolas"/>
                <w:sz w:val="14"/>
              </w:rPr>
              <w:br/>
              <w:t xml:space="preserve">    cardLastFour:</w:t>
            </w:r>
          </w:p>
        </w:tc>
      </w:tr>
    </w:tbl>
    <w:p w14:paraId="5F89C50F" w14:textId="77777777" w:rsidR="000D0AE6" w:rsidRDefault="000D0AE6">
      <w:pPr>
        <w:spacing w:after="40"/>
      </w:pPr>
    </w:p>
    <w:p w14:paraId="4359AC63" w14:textId="77777777" w:rsidR="000D0AE6" w:rsidRDefault="00000000">
      <w:pPr>
        <w:spacing w:before="80" w:after="60"/>
        <w:jc w:val="center"/>
      </w:pPr>
      <w:r>
        <w:rPr>
          <w:noProof/>
        </w:rPr>
        <w:drawing>
          <wp:inline distT="0" distB="0" distL="0" distR="0" wp14:anchorId="6B4B8EC4" wp14:editId="4CB0E3A6">
            <wp:extent cx="5806440" cy="405637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lendar booking.png"/>
                    <pic:cNvPicPr/>
                  </pic:nvPicPr>
                  <pic:blipFill>
                    <a:blip r:embed="rId14"/>
                    <a:stretch>
                      <a:fillRect/>
                    </a:stretch>
                  </pic:blipFill>
                  <pic:spPr>
                    <a:xfrm>
                      <a:off x="0" y="0"/>
                      <a:ext cx="5806440" cy="4056378"/>
                    </a:xfrm>
                    <a:prstGeom prst="rect">
                      <a:avLst/>
                    </a:prstGeom>
                  </pic:spPr>
                </pic:pic>
              </a:graphicData>
            </a:graphic>
          </wp:inline>
        </w:drawing>
      </w:r>
    </w:p>
    <w:p w14:paraId="623726EF" w14:textId="77777777" w:rsidR="000D0AE6" w:rsidRDefault="00000000">
      <w:pPr>
        <w:spacing w:after="180"/>
        <w:jc w:val="center"/>
      </w:pPr>
      <w:r>
        <w:rPr>
          <w:i/>
          <w:color w:val="5C6C7E"/>
          <w:sz w:val="17"/>
        </w:rPr>
        <w:t>Figure 7. Administrator Booking Calendar</w:t>
      </w:r>
    </w:p>
    <w:p w14:paraId="78DD77E9" w14:textId="77777777" w:rsidR="000D0AE6" w:rsidRDefault="00000000">
      <w:pPr>
        <w:spacing w:after="140" w:line="259" w:lineRule="auto"/>
      </w:pPr>
      <w:r>
        <w:t>The calendar provides a visual overview of confirmed work. Booking information includes the customer, move date, route, quoted price, deposit paid, outstanding balance, payment status and booking status. This data is then available when an administrator creates an operational job.</w:t>
      </w:r>
    </w:p>
    <w:p w14:paraId="634E24B9" w14:textId="77777777" w:rsidR="000D0AE6" w:rsidRDefault="00000000">
      <w:r>
        <w:br w:type="page"/>
      </w:r>
    </w:p>
    <w:p w14:paraId="47E3A972" w14:textId="77777777" w:rsidR="000D0AE6" w:rsidRDefault="00000000">
      <w:pPr>
        <w:pStyle w:val="Heading1"/>
      </w:pPr>
      <w:r>
        <w:lastRenderedPageBreak/>
        <w:t>9. Job Management</w:t>
      </w:r>
    </w:p>
    <w:p w14:paraId="03E844E6" w14:textId="77777777" w:rsidR="000D0AE6" w:rsidRDefault="00000000">
      <w:pPr>
        <w:spacing w:after="140" w:line="259" w:lineRule="auto"/>
      </w:pPr>
      <w:r>
        <w:t>The Jobs area converts confirmed bookings into operational jobs. This separates the commercial booking stage from the actual work that needs to be carried out.</w:t>
      </w:r>
    </w:p>
    <w:p w14:paraId="00A7CDCD" w14:textId="77777777" w:rsidR="000D0AE6" w:rsidRDefault="00000000">
      <w:pPr>
        <w:spacing w:before="80" w:after="60"/>
        <w:jc w:val="center"/>
      </w:pPr>
      <w:r>
        <w:rPr>
          <w:noProof/>
        </w:rPr>
        <w:drawing>
          <wp:inline distT="0" distB="0" distL="0" distR="0" wp14:anchorId="391A2741" wp14:editId="3B60BB2F">
            <wp:extent cx="5806440" cy="430477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e a job.png"/>
                    <pic:cNvPicPr/>
                  </pic:nvPicPr>
                  <pic:blipFill>
                    <a:blip r:embed="rId15"/>
                    <a:stretch>
                      <a:fillRect/>
                    </a:stretch>
                  </pic:blipFill>
                  <pic:spPr>
                    <a:xfrm>
                      <a:off x="0" y="0"/>
                      <a:ext cx="5806440" cy="4304774"/>
                    </a:xfrm>
                    <a:prstGeom prst="rect">
                      <a:avLst/>
                    </a:prstGeom>
                  </pic:spPr>
                </pic:pic>
              </a:graphicData>
            </a:graphic>
          </wp:inline>
        </w:drawing>
      </w:r>
    </w:p>
    <w:p w14:paraId="408EE553" w14:textId="77777777" w:rsidR="000D0AE6" w:rsidRDefault="00000000">
      <w:pPr>
        <w:spacing w:after="180"/>
        <w:jc w:val="center"/>
      </w:pPr>
      <w:r>
        <w:rPr>
          <w:i/>
          <w:color w:val="5C6C7E"/>
          <w:sz w:val="17"/>
        </w:rPr>
        <w:t>Figure 8. Create Job form</w:t>
      </w:r>
    </w:p>
    <w:p w14:paraId="45006F4E" w14:textId="77777777" w:rsidR="000D0AE6" w:rsidRDefault="00000000">
      <w:pPr>
        <w:pStyle w:val="ListBullet"/>
        <w:spacing w:after="80"/>
      </w:pPr>
      <w:r>
        <w:t>Confirmed booking selection</w:t>
      </w:r>
    </w:p>
    <w:p w14:paraId="3CBAD396" w14:textId="77777777" w:rsidR="000D0AE6" w:rsidRDefault="00000000">
      <w:pPr>
        <w:pStyle w:val="ListBullet"/>
        <w:spacing w:after="80"/>
      </w:pPr>
      <w:r>
        <w:t>Scheduled date and time</w:t>
      </w:r>
    </w:p>
    <w:p w14:paraId="6653E992" w14:textId="77777777" w:rsidR="000D0AE6" w:rsidRDefault="00000000">
      <w:pPr>
        <w:pStyle w:val="ListBullet"/>
        <w:spacing w:after="80"/>
      </w:pPr>
      <w:r>
        <w:t>Estimated duration</w:t>
      </w:r>
    </w:p>
    <w:p w14:paraId="3C347C34" w14:textId="77777777" w:rsidR="000D0AE6" w:rsidRDefault="00000000">
      <w:pPr>
        <w:pStyle w:val="ListBullet"/>
        <w:spacing w:after="80"/>
      </w:pPr>
      <w:r>
        <w:t>Approved driver assignment</w:t>
      </w:r>
    </w:p>
    <w:p w14:paraId="448D9B86" w14:textId="77777777" w:rsidR="000D0AE6" w:rsidRDefault="00000000">
      <w:pPr>
        <w:pStyle w:val="ListBullet"/>
        <w:spacing w:after="80"/>
      </w:pPr>
      <w:r>
        <w:t>Vehicle selection</w:t>
      </w:r>
    </w:p>
    <w:p w14:paraId="07944C35" w14:textId="77777777" w:rsidR="000D0AE6" w:rsidRDefault="00000000">
      <w:pPr>
        <w:pStyle w:val="ListBullet"/>
        <w:spacing w:after="80"/>
      </w:pPr>
      <w:r>
        <w:t>Crew size</w:t>
      </w:r>
    </w:p>
    <w:p w14:paraId="5F3C4FA4" w14:textId="77777777" w:rsidR="000D0AE6" w:rsidRDefault="00000000">
      <w:pPr>
        <w:pStyle w:val="ListBullet"/>
        <w:spacing w:after="80"/>
      </w:pPr>
      <w:r>
        <w:t>Job instructions for access, parking and operational information</w:t>
      </w:r>
    </w:p>
    <w:p w14:paraId="27C81DDF" w14:textId="77777777" w:rsidR="000D0AE6" w:rsidRDefault="00000000">
      <w:pPr>
        <w:spacing w:before="80" w:after="60"/>
        <w:jc w:val="center"/>
      </w:pPr>
      <w:r>
        <w:rPr>
          <w:noProof/>
        </w:rPr>
        <w:lastRenderedPageBreak/>
        <w:drawing>
          <wp:inline distT="0" distB="0" distL="0" distR="0" wp14:anchorId="08F9DA5C" wp14:editId="743ABE8E">
            <wp:extent cx="6172200" cy="273344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min jobs page.png"/>
                    <pic:cNvPicPr/>
                  </pic:nvPicPr>
                  <pic:blipFill>
                    <a:blip r:embed="rId16"/>
                    <a:stretch>
                      <a:fillRect/>
                    </a:stretch>
                  </pic:blipFill>
                  <pic:spPr>
                    <a:xfrm>
                      <a:off x="0" y="0"/>
                      <a:ext cx="6172200" cy="2733449"/>
                    </a:xfrm>
                    <a:prstGeom prst="rect">
                      <a:avLst/>
                    </a:prstGeom>
                  </pic:spPr>
                </pic:pic>
              </a:graphicData>
            </a:graphic>
          </wp:inline>
        </w:drawing>
      </w:r>
    </w:p>
    <w:p w14:paraId="432EBEF1" w14:textId="77777777" w:rsidR="000D0AE6" w:rsidRDefault="00000000">
      <w:pPr>
        <w:spacing w:after="180"/>
        <w:jc w:val="center"/>
      </w:pPr>
      <w:r>
        <w:rPr>
          <w:i/>
          <w:color w:val="5C6C7E"/>
          <w:sz w:val="17"/>
        </w:rPr>
        <w:t>Figure 9. Administrator Jobs page with an assigned job</w:t>
      </w:r>
    </w:p>
    <w:p w14:paraId="735FEF9A" w14:textId="77777777" w:rsidR="000D0AE6" w:rsidRDefault="00000000">
      <w:pPr>
        <w:spacing w:after="60"/>
      </w:pPr>
      <w:r>
        <w:rPr>
          <w:b/>
          <w:color w:val="0B477F"/>
        </w:rPr>
        <w:t>Extract - jobService.js: creating a job from a confirmed booking</w:t>
      </w:r>
    </w:p>
    <w:tbl>
      <w:tblPr>
        <w:tblW w:w="0" w:type="auto"/>
        <w:jc w:val="center"/>
        <w:tblLook w:val="04A0" w:firstRow="1" w:lastRow="0" w:firstColumn="1" w:lastColumn="0" w:noHBand="0" w:noVBand="1"/>
      </w:tblPr>
      <w:tblGrid>
        <w:gridCol w:w="10166"/>
      </w:tblGrid>
      <w:tr w:rsidR="000D0AE6" w14:paraId="094538A9" w14:textId="77777777">
        <w:trPr>
          <w:jc w:val="center"/>
        </w:trPr>
        <w:tc>
          <w:tcPr>
            <w:tcW w:w="10166" w:type="dxa"/>
            <w:shd w:val="clear" w:color="auto" w:fill="F3F6F8"/>
            <w:tcMar>
              <w:top w:w="100" w:type="dxa"/>
              <w:left w:w="120" w:type="dxa"/>
              <w:bottom w:w="100" w:type="dxa"/>
              <w:right w:w="120" w:type="dxa"/>
            </w:tcMar>
          </w:tcPr>
          <w:p w14:paraId="4277CECC" w14:textId="77777777" w:rsidR="000D0AE6" w:rsidRDefault="00000000">
            <w:pPr>
              <w:spacing w:after="0" w:line="240" w:lineRule="auto"/>
            </w:pPr>
            <w:r>
              <w:rPr>
                <w:rFonts w:ascii="Consolas" w:hAnsi="Consolas"/>
                <w:sz w:val="14"/>
              </w:rPr>
              <w:t>export function createJobFromBooking(</w:t>
            </w:r>
            <w:r>
              <w:rPr>
                <w:rFonts w:ascii="Consolas" w:hAnsi="Consolas"/>
                <w:sz w:val="14"/>
              </w:rPr>
              <w:br/>
              <w:t xml:space="preserve">  booking,</w:t>
            </w:r>
            <w:r>
              <w:rPr>
                <w:rFonts w:ascii="Consolas" w:hAnsi="Consolas"/>
                <w:sz w:val="14"/>
              </w:rPr>
              <w:br/>
              <w:t xml:space="preserve">  jobInformation</w:t>
            </w:r>
            <w:r>
              <w:rPr>
                <w:rFonts w:ascii="Consolas" w:hAnsi="Consolas"/>
                <w:sz w:val="14"/>
              </w:rPr>
              <w:br/>
              <w:t>) {</w:t>
            </w:r>
            <w:r>
              <w:rPr>
                <w:rFonts w:ascii="Consolas" w:hAnsi="Consolas"/>
                <w:sz w:val="14"/>
              </w:rPr>
              <w:br/>
              <w:t xml:space="preserve">  const jobs =</w:t>
            </w:r>
            <w:r>
              <w:rPr>
                <w:rFonts w:ascii="Consolas" w:hAnsi="Consolas"/>
                <w:sz w:val="14"/>
              </w:rPr>
              <w:br/>
              <w:t xml:space="preserve">    getStoredJobs();</w:t>
            </w:r>
            <w:r>
              <w:rPr>
                <w:rFonts w:ascii="Consolas" w:hAnsi="Consolas"/>
                <w:sz w:val="14"/>
              </w:rPr>
              <w:br/>
            </w:r>
            <w:r>
              <w:rPr>
                <w:rFonts w:ascii="Consolas" w:hAnsi="Consolas"/>
                <w:sz w:val="14"/>
              </w:rPr>
              <w:br/>
              <w:t xml:space="preserve">  const existingJob =</w:t>
            </w:r>
            <w:r>
              <w:rPr>
                <w:rFonts w:ascii="Consolas" w:hAnsi="Consolas"/>
                <w:sz w:val="14"/>
              </w:rPr>
              <w:br/>
              <w:t xml:space="preserve">    jobs.find(</w:t>
            </w:r>
            <w:r>
              <w:rPr>
                <w:rFonts w:ascii="Consolas" w:hAnsi="Consolas"/>
                <w:sz w:val="14"/>
              </w:rPr>
              <w:br/>
              <w:t xml:space="preserve">      (job) =&gt;</w:t>
            </w:r>
            <w:r>
              <w:rPr>
                <w:rFonts w:ascii="Consolas" w:hAnsi="Consolas"/>
                <w:sz w:val="14"/>
              </w:rPr>
              <w:br/>
              <w:t xml:space="preserve">        job.bookingId ===</w:t>
            </w:r>
            <w:r>
              <w:rPr>
                <w:rFonts w:ascii="Consolas" w:hAnsi="Consolas"/>
                <w:sz w:val="14"/>
              </w:rPr>
              <w:br/>
              <w:t xml:space="preserve">          booking.id &amp;&amp;</w:t>
            </w:r>
            <w:r>
              <w:rPr>
                <w:rFonts w:ascii="Consolas" w:hAnsi="Consolas"/>
                <w:sz w:val="14"/>
              </w:rPr>
              <w:br/>
              <w:t xml:space="preserve">        job.isDeleted !== true</w:t>
            </w:r>
            <w:r>
              <w:rPr>
                <w:rFonts w:ascii="Consolas" w:hAnsi="Consolas"/>
                <w:sz w:val="14"/>
              </w:rPr>
              <w:br/>
              <w:t xml:space="preserve">    );</w:t>
            </w:r>
            <w:r>
              <w:rPr>
                <w:rFonts w:ascii="Consolas" w:hAnsi="Consolas"/>
                <w:sz w:val="14"/>
              </w:rPr>
              <w:br/>
            </w:r>
            <w:r>
              <w:rPr>
                <w:rFonts w:ascii="Consolas" w:hAnsi="Consolas"/>
                <w:sz w:val="14"/>
              </w:rPr>
              <w:br/>
              <w:t xml:space="preserve">  if (existingJob) {</w:t>
            </w:r>
            <w:r>
              <w:rPr>
                <w:rFonts w:ascii="Consolas" w:hAnsi="Consolas"/>
                <w:sz w:val="14"/>
              </w:rPr>
              <w:br/>
              <w:t xml:space="preserve">    return {</w:t>
            </w:r>
            <w:r>
              <w:rPr>
                <w:rFonts w:ascii="Consolas" w:hAnsi="Consolas"/>
                <w:sz w:val="14"/>
              </w:rPr>
              <w:br/>
              <w:t xml:space="preserve">      success: false,</w:t>
            </w:r>
            <w:r>
              <w:rPr>
                <w:rFonts w:ascii="Consolas" w:hAnsi="Consolas"/>
                <w:sz w:val="14"/>
              </w:rPr>
              <w:br/>
              <w:t xml:space="preserve">      message:</w:t>
            </w:r>
            <w:r>
              <w:rPr>
                <w:rFonts w:ascii="Consolas" w:hAnsi="Consolas"/>
                <w:sz w:val="14"/>
              </w:rPr>
              <w:br/>
              <w:t xml:space="preserve">        "A job has already been created for this booking.",</w:t>
            </w:r>
            <w:r>
              <w:rPr>
                <w:rFonts w:ascii="Consolas" w:hAnsi="Consolas"/>
                <w:sz w:val="14"/>
              </w:rPr>
              <w:br/>
              <w:t xml:space="preserve">    };</w:t>
            </w:r>
            <w:r>
              <w:rPr>
                <w:rFonts w:ascii="Consolas" w:hAnsi="Consolas"/>
                <w:sz w:val="14"/>
              </w:rPr>
              <w:br/>
              <w:t xml:space="preserve">  }</w:t>
            </w:r>
            <w:r>
              <w:rPr>
                <w:rFonts w:ascii="Consolas" w:hAnsi="Consolas"/>
                <w:sz w:val="14"/>
              </w:rPr>
              <w:br/>
            </w:r>
            <w:r>
              <w:rPr>
                <w:rFonts w:ascii="Consolas" w:hAnsi="Consolas"/>
                <w:sz w:val="14"/>
              </w:rPr>
              <w:br/>
              <w:t xml:space="preserve">  const driverAssigned =</w:t>
            </w:r>
            <w:r>
              <w:rPr>
                <w:rFonts w:ascii="Consolas" w:hAnsi="Consolas"/>
                <w:sz w:val="14"/>
              </w:rPr>
              <w:br/>
              <w:t xml:space="preserve">    Boolean(</w:t>
            </w:r>
            <w:r>
              <w:rPr>
                <w:rFonts w:ascii="Consolas" w:hAnsi="Consolas"/>
                <w:sz w:val="14"/>
              </w:rPr>
              <w:br/>
              <w:t xml:space="preserve">      jobInformation.driverId</w:t>
            </w:r>
            <w:r>
              <w:rPr>
                <w:rFonts w:ascii="Consolas" w:hAnsi="Consolas"/>
                <w:sz w:val="14"/>
              </w:rPr>
              <w:br/>
              <w:t xml:space="preserve">    );</w:t>
            </w:r>
            <w:r>
              <w:rPr>
                <w:rFonts w:ascii="Consolas" w:hAnsi="Consolas"/>
                <w:sz w:val="14"/>
              </w:rPr>
              <w:br/>
            </w:r>
            <w:r>
              <w:rPr>
                <w:rFonts w:ascii="Consolas" w:hAnsi="Consolas"/>
                <w:sz w:val="14"/>
              </w:rPr>
              <w:br/>
              <w:t xml:space="preserve">  const now =</w:t>
            </w:r>
            <w:r>
              <w:rPr>
                <w:rFonts w:ascii="Consolas" w:hAnsi="Consolas"/>
                <w:sz w:val="14"/>
              </w:rPr>
              <w:br/>
              <w:t xml:space="preserve">    new Date().toISOString();</w:t>
            </w:r>
            <w:r>
              <w:rPr>
                <w:rFonts w:ascii="Consolas" w:hAnsi="Consolas"/>
                <w:sz w:val="14"/>
              </w:rPr>
              <w:br/>
            </w:r>
            <w:r>
              <w:rPr>
                <w:rFonts w:ascii="Consolas" w:hAnsi="Consolas"/>
                <w:sz w:val="14"/>
              </w:rPr>
              <w:br/>
              <w:t xml:space="preserve">  const newJob = {</w:t>
            </w:r>
            <w:r>
              <w:rPr>
                <w:rFonts w:ascii="Consolas" w:hAnsi="Consolas"/>
                <w:sz w:val="14"/>
              </w:rPr>
              <w:br/>
              <w:t xml:space="preserve">    id:</w:t>
            </w:r>
            <w:r>
              <w:rPr>
                <w:rFonts w:ascii="Consolas" w:hAnsi="Consolas"/>
                <w:sz w:val="14"/>
              </w:rPr>
              <w:br/>
              <w:t xml:space="preserve">      generateId("JOB"),</w:t>
            </w:r>
            <w:r>
              <w:rPr>
                <w:rFonts w:ascii="Consolas" w:hAnsi="Consolas"/>
                <w:sz w:val="14"/>
              </w:rPr>
              <w:br/>
            </w:r>
            <w:r>
              <w:rPr>
                <w:rFonts w:ascii="Consolas" w:hAnsi="Consolas"/>
                <w:sz w:val="14"/>
              </w:rPr>
              <w:br/>
              <w:t xml:space="preserve">    bookingId:</w:t>
            </w:r>
            <w:r>
              <w:rPr>
                <w:rFonts w:ascii="Consolas" w:hAnsi="Consolas"/>
                <w:sz w:val="14"/>
              </w:rPr>
              <w:br/>
              <w:t xml:space="preserve">      booking.id,</w:t>
            </w:r>
            <w:r>
              <w:rPr>
                <w:rFonts w:ascii="Consolas" w:hAnsi="Consolas"/>
                <w:sz w:val="14"/>
              </w:rPr>
              <w:br/>
            </w:r>
            <w:r>
              <w:rPr>
                <w:rFonts w:ascii="Consolas" w:hAnsi="Consolas"/>
                <w:sz w:val="14"/>
              </w:rPr>
              <w:br/>
              <w:t xml:space="preserve">    quoteId:</w:t>
            </w:r>
            <w:r>
              <w:rPr>
                <w:rFonts w:ascii="Consolas" w:hAnsi="Consolas"/>
                <w:sz w:val="14"/>
              </w:rPr>
              <w:br/>
              <w:t xml:space="preserve">      booking.quoteId,</w:t>
            </w:r>
            <w:r>
              <w:rPr>
                <w:rFonts w:ascii="Consolas" w:hAnsi="Consolas"/>
                <w:sz w:val="14"/>
              </w:rPr>
              <w:br/>
            </w:r>
            <w:r>
              <w:rPr>
                <w:rFonts w:ascii="Consolas" w:hAnsi="Consolas"/>
                <w:sz w:val="14"/>
              </w:rPr>
              <w:br/>
              <w:t xml:space="preserve">    quoteReference:</w:t>
            </w:r>
            <w:r>
              <w:rPr>
                <w:rFonts w:ascii="Consolas" w:hAnsi="Consolas"/>
                <w:sz w:val="14"/>
              </w:rPr>
              <w:br/>
              <w:t xml:space="preserve">      booking.quoteReference,</w:t>
            </w:r>
            <w:r>
              <w:rPr>
                <w:rFonts w:ascii="Consolas" w:hAnsi="Consolas"/>
                <w:sz w:val="14"/>
              </w:rPr>
              <w:br/>
            </w:r>
            <w:r>
              <w:rPr>
                <w:rFonts w:ascii="Consolas" w:hAnsi="Consolas"/>
                <w:sz w:val="14"/>
              </w:rPr>
              <w:br/>
              <w:t xml:space="preserve">    customerId:</w:t>
            </w:r>
            <w:r>
              <w:rPr>
                <w:rFonts w:ascii="Consolas" w:hAnsi="Consolas"/>
                <w:sz w:val="14"/>
              </w:rPr>
              <w:br/>
              <w:t xml:space="preserve">      booking.customerId,</w:t>
            </w:r>
            <w:r>
              <w:rPr>
                <w:rFonts w:ascii="Consolas" w:hAnsi="Consolas"/>
                <w:sz w:val="14"/>
              </w:rPr>
              <w:br/>
            </w:r>
            <w:r>
              <w:rPr>
                <w:rFonts w:ascii="Consolas" w:hAnsi="Consolas"/>
                <w:sz w:val="14"/>
              </w:rPr>
              <w:br/>
              <w:t xml:space="preserve">    customerName:</w:t>
            </w:r>
            <w:r>
              <w:rPr>
                <w:rFonts w:ascii="Consolas" w:hAnsi="Consolas"/>
                <w:sz w:val="14"/>
              </w:rPr>
              <w:br/>
              <w:t xml:space="preserve">      booking.customerName,</w:t>
            </w:r>
            <w:r>
              <w:rPr>
                <w:rFonts w:ascii="Consolas" w:hAnsi="Consolas"/>
                <w:sz w:val="14"/>
              </w:rPr>
              <w:br/>
            </w:r>
            <w:r>
              <w:rPr>
                <w:rFonts w:ascii="Consolas" w:hAnsi="Consolas"/>
                <w:sz w:val="14"/>
              </w:rPr>
              <w:br/>
              <w:t xml:space="preserve">    customerEmail:</w:t>
            </w:r>
            <w:r>
              <w:rPr>
                <w:rFonts w:ascii="Consolas" w:hAnsi="Consolas"/>
                <w:sz w:val="14"/>
              </w:rPr>
              <w:br/>
              <w:t xml:space="preserve">      booking.customerEmail,</w:t>
            </w:r>
            <w:r>
              <w:rPr>
                <w:rFonts w:ascii="Consolas" w:hAnsi="Consolas"/>
                <w:sz w:val="14"/>
              </w:rPr>
              <w:br/>
            </w:r>
            <w:r>
              <w:rPr>
                <w:rFonts w:ascii="Consolas" w:hAnsi="Consolas"/>
                <w:sz w:val="14"/>
              </w:rPr>
              <w:lastRenderedPageBreak/>
              <w:br/>
              <w:t xml:space="preserve">    customerPhone:</w:t>
            </w:r>
            <w:r>
              <w:rPr>
                <w:rFonts w:ascii="Consolas" w:hAnsi="Consolas"/>
                <w:sz w:val="14"/>
              </w:rPr>
              <w:br/>
              <w:t xml:space="preserve">      booking.customerPhone ||</w:t>
            </w:r>
            <w:r>
              <w:rPr>
                <w:rFonts w:ascii="Consolas" w:hAnsi="Consolas"/>
                <w:sz w:val="14"/>
              </w:rPr>
              <w:br/>
              <w:t xml:space="preserve">      "",</w:t>
            </w:r>
            <w:r>
              <w:rPr>
                <w:rFonts w:ascii="Consolas" w:hAnsi="Consolas"/>
                <w:sz w:val="14"/>
              </w:rPr>
              <w:br/>
            </w:r>
            <w:r>
              <w:rPr>
                <w:rFonts w:ascii="Consolas" w:hAnsi="Consolas"/>
                <w:sz w:val="14"/>
              </w:rPr>
              <w:br/>
              <w:t xml:space="preserve">    collectionAddress:</w:t>
            </w:r>
            <w:r>
              <w:rPr>
                <w:rFonts w:ascii="Consolas" w:hAnsi="Consolas"/>
                <w:sz w:val="14"/>
              </w:rPr>
              <w:br/>
              <w:t xml:space="preserve">      booking.collectionAddress,</w:t>
            </w:r>
            <w:r>
              <w:rPr>
                <w:rFonts w:ascii="Consolas" w:hAnsi="Consolas"/>
                <w:sz w:val="14"/>
              </w:rPr>
              <w:br/>
            </w:r>
            <w:r>
              <w:rPr>
                <w:rFonts w:ascii="Consolas" w:hAnsi="Consolas"/>
                <w:sz w:val="14"/>
              </w:rPr>
              <w:br/>
              <w:t xml:space="preserve">    collectionPostcode:</w:t>
            </w:r>
            <w:r>
              <w:rPr>
                <w:rFonts w:ascii="Consolas" w:hAnsi="Consolas"/>
                <w:sz w:val="14"/>
              </w:rPr>
              <w:br/>
              <w:t xml:space="preserve">      booking.collectionPostcode,</w:t>
            </w:r>
            <w:r>
              <w:rPr>
                <w:rFonts w:ascii="Consolas" w:hAnsi="Consolas"/>
                <w:sz w:val="14"/>
              </w:rPr>
              <w:br/>
            </w:r>
            <w:r>
              <w:rPr>
                <w:rFonts w:ascii="Consolas" w:hAnsi="Consolas"/>
                <w:sz w:val="14"/>
              </w:rPr>
              <w:br/>
              <w:t xml:space="preserve">    deliveryAddress:</w:t>
            </w:r>
            <w:r>
              <w:rPr>
                <w:rFonts w:ascii="Consolas" w:hAnsi="Consolas"/>
                <w:sz w:val="14"/>
              </w:rPr>
              <w:br/>
              <w:t xml:space="preserve">      booking.deliveryAddress,</w:t>
            </w:r>
            <w:r>
              <w:rPr>
                <w:rFonts w:ascii="Consolas" w:hAnsi="Consolas"/>
                <w:sz w:val="14"/>
              </w:rPr>
              <w:br/>
            </w:r>
            <w:r>
              <w:rPr>
                <w:rFonts w:ascii="Consolas" w:hAnsi="Consolas"/>
                <w:sz w:val="14"/>
              </w:rPr>
              <w:br/>
              <w:t xml:space="preserve">    deliveryPostcode:</w:t>
            </w:r>
            <w:r>
              <w:rPr>
                <w:rFonts w:ascii="Consolas" w:hAnsi="Consolas"/>
                <w:sz w:val="14"/>
              </w:rPr>
              <w:br/>
              <w:t xml:space="preserve">      booking.deliveryPostcode,</w:t>
            </w:r>
            <w:r>
              <w:rPr>
                <w:rFonts w:ascii="Consolas" w:hAnsi="Consolas"/>
                <w:sz w:val="14"/>
              </w:rPr>
              <w:br/>
            </w:r>
            <w:r>
              <w:rPr>
                <w:rFonts w:ascii="Consolas" w:hAnsi="Consolas"/>
                <w:sz w:val="14"/>
              </w:rPr>
              <w:br/>
              <w:t xml:space="preserve">    scheduledDate:</w:t>
            </w:r>
            <w:r>
              <w:rPr>
                <w:rFonts w:ascii="Consolas" w:hAnsi="Consolas"/>
                <w:sz w:val="14"/>
              </w:rPr>
              <w:br/>
              <w:t xml:space="preserve">      jobInformation</w:t>
            </w:r>
            <w:r>
              <w:rPr>
                <w:rFonts w:ascii="Consolas" w:hAnsi="Consolas"/>
                <w:sz w:val="14"/>
              </w:rPr>
              <w:br/>
              <w:t xml:space="preserve">        .scheduledDate ||</w:t>
            </w:r>
            <w:r>
              <w:rPr>
                <w:rFonts w:ascii="Consolas" w:hAnsi="Consolas"/>
                <w:sz w:val="14"/>
              </w:rPr>
              <w:br/>
              <w:t xml:space="preserve">      booking.moveDate,</w:t>
            </w:r>
            <w:r>
              <w:rPr>
                <w:rFonts w:ascii="Consolas" w:hAnsi="Consolas"/>
                <w:sz w:val="14"/>
              </w:rPr>
              <w:br/>
            </w:r>
            <w:r>
              <w:rPr>
                <w:rFonts w:ascii="Consolas" w:hAnsi="Consolas"/>
                <w:sz w:val="14"/>
              </w:rPr>
              <w:br/>
              <w:t xml:space="preserve">    scheduledTime:</w:t>
            </w:r>
            <w:r>
              <w:rPr>
                <w:rFonts w:ascii="Consolas" w:hAnsi="Consolas"/>
                <w:sz w:val="14"/>
              </w:rPr>
              <w:br/>
              <w:t xml:space="preserve">      jobInformation</w:t>
            </w:r>
            <w:r>
              <w:rPr>
                <w:rFonts w:ascii="Consolas" w:hAnsi="Consolas"/>
                <w:sz w:val="14"/>
              </w:rPr>
              <w:br/>
              <w:t xml:space="preserve">        .scheduledTime ||</w:t>
            </w:r>
            <w:r>
              <w:rPr>
                <w:rFonts w:ascii="Consolas" w:hAnsi="Consolas"/>
                <w:sz w:val="14"/>
              </w:rPr>
              <w:br/>
              <w:t xml:space="preserve">      booking.preferredTime ||</w:t>
            </w:r>
            <w:r>
              <w:rPr>
                <w:rFonts w:ascii="Consolas" w:hAnsi="Consolas"/>
                <w:sz w:val="14"/>
              </w:rPr>
              <w:br/>
              <w:t xml:space="preserve">      "Flexible",</w:t>
            </w:r>
            <w:r>
              <w:rPr>
                <w:rFonts w:ascii="Consolas" w:hAnsi="Consolas"/>
                <w:sz w:val="14"/>
              </w:rPr>
              <w:br/>
            </w:r>
            <w:r>
              <w:rPr>
                <w:rFonts w:ascii="Consolas" w:hAnsi="Consolas"/>
                <w:sz w:val="14"/>
              </w:rPr>
              <w:br/>
              <w:t xml:space="preserve">    estimatedDuration:</w:t>
            </w:r>
            <w:r>
              <w:rPr>
                <w:rFonts w:ascii="Consolas" w:hAnsi="Consolas"/>
                <w:sz w:val="14"/>
              </w:rPr>
              <w:br/>
              <w:t xml:space="preserve">      jobInformation</w:t>
            </w:r>
            <w:r>
              <w:rPr>
                <w:rFonts w:ascii="Consolas" w:hAnsi="Consolas"/>
                <w:sz w:val="14"/>
              </w:rPr>
              <w:br/>
              <w:t xml:space="preserve">        .estimatedDuration ||</w:t>
            </w:r>
            <w:r>
              <w:rPr>
                <w:rFonts w:ascii="Consolas" w:hAnsi="Consolas"/>
                <w:sz w:val="14"/>
              </w:rPr>
              <w:br/>
              <w:t xml:space="preserve">      booking.estimatedDuration ||</w:t>
            </w:r>
            <w:r>
              <w:rPr>
                <w:rFonts w:ascii="Consolas" w:hAnsi="Consolas"/>
                <w:sz w:val="14"/>
              </w:rPr>
              <w:br/>
              <w:t xml:space="preserve">      "",</w:t>
            </w:r>
            <w:r>
              <w:rPr>
                <w:rFonts w:ascii="Consolas" w:hAnsi="Consolas"/>
                <w:sz w:val="14"/>
              </w:rPr>
              <w:br/>
            </w:r>
            <w:r>
              <w:rPr>
                <w:rFonts w:ascii="Consolas" w:hAnsi="Consolas"/>
                <w:sz w:val="14"/>
              </w:rPr>
              <w:br/>
              <w:t xml:space="preserve">    driverId:</w:t>
            </w:r>
            <w:r>
              <w:rPr>
                <w:rFonts w:ascii="Consolas" w:hAnsi="Consolas"/>
                <w:sz w:val="14"/>
              </w:rPr>
              <w:br/>
              <w:t xml:space="preserve">      jobInformation.driverId ||</w:t>
            </w:r>
            <w:r>
              <w:rPr>
                <w:rFonts w:ascii="Consolas" w:hAnsi="Consolas"/>
                <w:sz w:val="14"/>
              </w:rPr>
              <w:br/>
              <w:t xml:space="preserve">      "",</w:t>
            </w:r>
            <w:r>
              <w:rPr>
                <w:rFonts w:ascii="Consolas" w:hAnsi="Consolas"/>
                <w:sz w:val="14"/>
              </w:rPr>
              <w:br/>
            </w:r>
            <w:r>
              <w:rPr>
                <w:rFonts w:ascii="Consolas" w:hAnsi="Consolas"/>
                <w:sz w:val="14"/>
              </w:rPr>
              <w:br/>
              <w:t xml:space="preserve">    driverName:</w:t>
            </w:r>
            <w:r>
              <w:rPr>
                <w:rFonts w:ascii="Consolas" w:hAnsi="Consolas"/>
                <w:sz w:val="14"/>
              </w:rPr>
              <w:br/>
              <w:t xml:space="preserve">      jobInformation.driverName ||</w:t>
            </w:r>
            <w:r>
              <w:rPr>
                <w:rFonts w:ascii="Consolas" w:hAnsi="Consolas"/>
                <w:sz w:val="14"/>
              </w:rPr>
              <w:br/>
              <w:t xml:space="preserve">      "",</w:t>
            </w:r>
            <w:r>
              <w:rPr>
                <w:rFonts w:ascii="Consolas" w:hAnsi="Consolas"/>
                <w:sz w:val="14"/>
              </w:rPr>
              <w:br/>
            </w:r>
            <w:r>
              <w:rPr>
                <w:rFonts w:ascii="Consolas" w:hAnsi="Consolas"/>
                <w:sz w:val="14"/>
              </w:rPr>
              <w:br/>
              <w:t xml:space="preserve">    vehicleType:</w:t>
            </w:r>
            <w:r>
              <w:rPr>
                <w:rFonts w:ascii="Consolas" w:hAnsi="Consolas"/>
                <w:sz w:val="14"/>
              </w:rPr>
              <w:br/>
              <w:t xml:space="preserve">      jobInformation.vehicleType ||</w:t>
            </w:r>
            <w:r>
              <w:rPr>
                <w:rFonts w:ascii="Consolas" w:hAnsi="Consolas"/>
                <w:sz w:val="14"/>
              </w:rPr>
              <w:br/>
              <w:t xml:space="preserve">      booking.vehicleType ||</w:t>
            </w:r>
            <w:r>
              <w:rPr>
                <w:rFonts w:ascii="Consolas" w:hAnsi="Consolas"/>
                <w:sz w:val="14"/>
              </w:rPr>
              <w:br/>
              <w:t xml:space="preserve">      "",</w:t>
            </w:r>
            <w:r>
              <w:rPr>
                <w:rFonts w:ascii="Consolas" w:hAnsi="Consolas"/>
                <w:sz w:val="14"/>
              </w:rPr>
              <w:br/>
            </w:r>
            <w:r>
              <w:rPr>
                <w:rFonts w:ascii="Consolas" w:hAnsi="Consolas"/>
                <w:sz w:val="14"/>
              </w:rPr>
              <w:br/>
              <w:t xml:space="preserve">    crewSize:</w:t>
            </w:r>
            <w:r>
              <w:rPr>
                <w:rFonts w:ascii="Consolas" w:hAnsi="Consolas"/>
                <w:sz w:val="14"/>
              </w:rPr>
              <w:br/>
              <w:t xml:space="preserve">      jobInformation.crewSize ||</w:t>
            </w:r>
            <w:r>
              <w:rPr>
                <w:rFonts w:ascii="Consolas" w:hAnsi="Consolas"/>
                <w:sz w:val="14"/>
              </w:rPr>
              <w:br/>
              <w:t xml:space="preserve">      booking.crewSize ||</w:t>
            </w:r>
            <w:r>
              <w:rPr>
                <w:rFonts w:ascii="Consolas" w:hAnsi="Consolas"/>
                <w:sz w:val="14"/>
              </w:rPr>
              <w:br/>
              <w:t xml:space="preserve">      "",</w:t>
            </w:r>
            <w:r>
              <w:rPr>
                <w:rFonts w:ascii="Consolas" w:hAnsi="Consolas"/>
                <w:sz w:val="14"/>
              </w:rPr>
              <w:br/>
            </w:r>
            <w:r>
              <w:rPr>
                <w:rFonts w:ascii="Consolas" w:hAnsi="Consolas"/>
                <w:sz w:val="14"/>
              </w:rPr>
              <w:br/>
              <w:t xml:space="preserve">    adminNotes:</w:t>
            </w:r>
            <w:r>
              <w:rPr>
                <w:rFonts w:ascii="Consolas" w:hAnsi="Consolas"/>
                <w:sz w:val="14"/>
              </w:rPr>
              <w:br/>
              <w:t xml:space="preserve">      jobInformation.adminNotes ||</w:t>
            </w:r>
            <w:r>
              <w:rPr>
                <w:rFonts w:ascii="Consolas" w:hAnsi="Consolas"/>
                <w:sz w:val="14"/>
              </w:rPr>
              <w:br/>
              <w:t xml:space="preserve">      "",</w:t>
            </w:r>
          </w:p>
        </w:tc>
      </w:tr>
    </w:tbl>
    <w:p w14:paraId="3F9B68FC" w14:textId="77777777" w:rsidR="000D0AE6" w:rsidRDefault="000D0AE6">
      <w:pPr>
        <w:spacing w:after="40"/>
      </w:pPr>
    </w:p>
    <w:p w14:paraId="48177139" w14:textId="77777777" w:rsidR="000D0AE6" w:rsidRDefault="00000000">
      <w:r>
        <w:br w:type="page"/>
      </w:r>
    </w:p>
    <w:p w14:paraId="465F8434" w14:textId="77777777" w:rsidR="000D0AE6" w:rsidRDefault="00000000">
      <w:pPr>
        <w:pStyle w:val="Heading2"/>
      </w:pPr>
      <w:r>
        <w:lastRenderedPageBreak/>
        <w:t>9.1 Job Status Tracking</w:t>
      </w:r>
    </w:p>
    <w:p w14:paraId="595F9954" w14:textId="77777777" w:rsidR="000D0AE6" w:rsidRDefault="00000000">
      <w:pPr>
        <w:spacing w:after="140" w:line="259" w:lineRule="auto"/>
      </w:pPr>
      <w:r>
        <w:t>Job records contain a status that can change as the work progresses. The current constants support a full operational status sequence.</w:t>
      </w:r>
    </w:p>
    <w:tbl>
      <w:tblPr>
        <w:tblStyle w:val="TableGrid"/>
        <w:tblW w:w="0" w:type="auto"/>
        <w:jc w:val="center"/>
        <w:tblLook w:val="04A0" w:firstRow="1" w:lastRow="0" w:firstColumn="1" w:lastColumn="0" w:noHBand="0" w:noVBand="1"/>
      </w:tblPr>
      <w:tblGrid>
        <w:gridCol w:w="5083"/>
        <w:gridCol w:w="5083"/>
      </w:tblGrid>
      <w:tr w:rsidR="000D0AE6" w14:paraId="04E0D0E1" w14:textId="77777777">
        <w:trPr>
          <w:jc w:val="center"/>
        </w:trPr>
        <w:tc>
          <w:tcPr>
            <w:tcW w:w="5083" w:type="dxa"/>
            <w:shd w:val="clear" w:color="auto" w:fill="0B477F"/>
            <w:tcMar>
              <w:top w:w="80" w:type="dxa"/>
              <w:left w:w="100" w:type="dxa"/>
              <w:bottom w:w="80" w:type="dxa"/>
              <w:right w:w="100" w:type="dxa"/>
            </w:tcMar>
          </w:tcPr>
          <w:p w14:paraId="438A0E92" w14:textId="77777777" w:rsidR="000D0AE6" w:rsidRDefault="00000000">
            <w:r>
              <w:rPr>
                <w:b/>
                <w:color w:val="FFFFFF"/>
                <w:sz w:val="18"/>
              </w:rPr>
              <w:t>Status</w:t>
            </w:r>
          </w:p>
        </w:tc>
        <w:tc>
          <w:tcPr>
            <w:tcW w:w="5083" w:type="dxa"/>
            <w:shd w:val="clear" w:color="auto" w:fill="0B477F"/>
            <w:tcMar>
              <w:top w:w="80" w:type="dxa"/>
              <w:left w:w="100" w:type="dxa"/>
              <w:bottom w:w="80" w:type="dxa"/>
              <w:right w:w="100" w:type="dxa"/>
            </w:tcMar>
          </w:tcPr>
          <w:p w14:paraId="225DD5D3" w14:textId="77777777" w:rsidR="000D0AE6" w:rsidRDefault="00000000">
            <w:r>
              <w:rPr>
                <w:b/>
                <w:color w:val="FFFFFF"/>
                <w:sz w:val="18"/>
              </w:rPr>
              <w:t>Purpose</w:t>
            </w:r>
          </w:p>
        </w:tc>
      </w:tr>
      <w:tr w:rsidR="000D0AE6" w14:paraId="480DE3BE" w14:textId="77777777">
        <w:trPr>
          <w:jc w:val="center"/>
        </w:trPr>
        <w:tc>
          <w:tcPr>
            <w:tcW w:w="5083" w:type="dxa"/>
            <w:tcMar>
              <w:top w:w="80" w:type="dxa"/>
              <w:left w:w="100" w:type="dxa"/>
              <w:bottom w:w="80" w:type="dxa"/>
              <w:right w:w="100" w:type="dxa"/>
            </w:tcMar>
            <w:vAlign w:val="center"/>
          </w:tcPr>
          <w:p w14:paraId="3FB9F751" w14:textId="77777777" w:rsidR="000D0AE6" w:rsidRDefault="00000000">
            <w:r>
              <w:rPr>
                <w:sz w:val="17"/>
              </w:rPr>
              <w:t>Scheduled</w:t>
            </w:r>
          </w:p>
        </w:tc>
        <w:tc>
          <w:tcPr>
            <w:tcW w:w="5083" w:type="dxa"/>
            <w:tcMar>
              <w:top w:w="80" w:type="dxa"/>
              <w:left w:w="100" w:type="dxa"/>
              <w:bottom w:w="80" w:type="dxa"/>
              <w:right w:w="100" w:type="dxa"/>
            </w:tcMar>
            <w:vAlign w:val="center"/>
          </w:tcPr>
          <w:p w14:paraId="5C51C560" w14:textId="77777777" w:rsidR="000D0AE6" w:rsidRDefault="00000000">
            <w:r>
              <w:rPr>
                <w:sz w:val="17"/>
              </w:rPr>
              <w:t>Job exists but may not yet have a driver.</w:t>
            </w:r>
          </w:p>
        </w:tc>
      </w:tr>
      <w:tr w:rsidR="000D0AE6" w14:paraId="72A253C9" w14:textId="77777777">
        <w:trPr>
          <w:jc w:val="center"/>
        </w:trPr>
        <w:tc>
          <w:tcPr>
            <w:tcW w:w="5083" w:type="dxa"/>
            <w:tcMar>
              <w:top w:w="80" w:type="dxa"/>
              <w:left w:w="100" w:type="dxa"/>
              <w:bottom w:w="80" w:type="dxa"/>
              <w:right w:w="100" w:type="dxa"/>
            </w:tcMar>
            <w:vAlign w:val="center"/>
          </w:tcPr>
          <w:p w14:paraId="57E6D121" w14:textId="77777777" w:rsidR="000D0AE6" w:rsidRDefault="00000000">
            <w:r>
              <w:rPr>
                <w:sz w:val="17"/>
              </w:rPr>
              <w:t>Assigned</w:t>
            </w:r>
          </w:p>
        </w:tc>
        <w:tc>
          <w:tcPr>
            <w:tcW w:w="5083" w:type="dxa"/>
            <w:tcMar>
              <w:top w:w="80" w:type="dxa"/>
              <w:left w:w="100" w:type="dxa"/>
              <w:bottom w:w="80" w:type="dxa"/>
              <w:right w:w="100" w:type="dxa"/>
            </w:tcMar>
            <w:vAlign w:val="center"/>
          </w:tcPr>
          <w:p w14:paraId="4CF1C869" w14:textId="77777777" w:rsidR="000D0AE6" w:rsidRDefault="00000000">
            <w:r>
              <w:rPr>
                <w:sz w:val="17"/>
              </w:rPr>
              <w:t>An approved driver is allocated.</w:t>
            </w:r>
          </w:p>
        </w:tc>
      </w:tr>
      <w:tr w:rsidR="000D0AE6" w14:paraId="7A3B5C65" w14:textId="77777777">
        <w:trPr>
          <w:jc w:val="center"/>
        </w:trPr>
        <w:tc>
          <w:tcPr>
            <w:tcW w:w="5083" w:type="dxa"/>
            <w:tcMar>
              <w:top w:w="80" w:type="dxa"/>
              <w:left w:w="100" w:type="dxa"/>
              <w:bottom w:w="80" w:type="dxa"/>
              <w:right w:w="100" w:type="dxa"/>
            </w:tcMar>
            <w:vAlign w:val="center"/>
          </w:tcPr>
          <w:p w14:paraId="58753895" w14:textId="77777777" w:rsidR="000D0AE6" w:rsidRDefault="00000000">
            <w:r>
              <w:rPr>
                <w:sz w:val="17"/>
              </w:rPr>
              <w:t>In Progress</w:t>
            </w:r>
          </w:p>
        </w:tc>
        <w:tc>
          <w:tcPr>
            <w:tcW w:w="5083" w:type="dxa"/>
            <w:tcMar>
              <w:top w:w="80" w:type="dxa"/>
              <w:left w:w="100" w:type="dxa"/>
              <w:bottom w:w="80" w:type="dxa"/>
              <w:right w:w="100" w:type="dxa"/>
            </w:tcMar>
            <w:vAlign w:val="center"/>
          </w:tcPr>
          <w:p w14:paraId="2408A1FE" w14:textId="77777777" w:rsidR="000D0AE6" w:rsidRDefault="00000000">
            <w:r>
              <w:rPr>
                <w:sz w:val="17"/>
              </w:rPr>
              <w:t>The job has started.</w:t>
            </w:r>
          </w:p>
        </w:tc>
      </w:tr>
      <w:tr w:rsidR="000D0AE6" w14:paraId="232DFA0B" w14:textId="77777777">
        <w:trPr>
          <w:jc w:val="center"/>
        </w:trPr>
        <w:tc>
          <w:tcPr>
            <w:tcW w:w="5083" w:type="dxa"/>
            <w:tcMar>
              <w:top w:w="80" w:type="dxa"/>
              <w:left w:w="100" w:type="dxa"/>
              <w:bottom w:w="80" w:type="dxa"/>
              <w:right w:w="100" w:type="dxa"/>
            </w:tcMar>
            <w:vAlign w:val="center"/>
          </w:tcPr>
          <w:p w14:paraId="525487B3" w14:textId="77777777" w:rsidR="000D0AE6" w:rsidRDefault="00000000">
            <w:r>
              <w:rPr>
                <w:sz w:val="17"/>
              </w:rPr>
              <w:t>Collected</w:t>
            </w:r>
          </w:p>
        </w:tc>
        <w:tc>
          <w:tcPr>
            <w:tcW w:w="5083" w:type="dxa"/>
            <w:tcMar>
              <w:top w:w="80" w:type="dxa"/>
              <w:left w:w="100" w:type="dxa"/>
              <w:bottom w:w="80" w:type="dxa"/>
              <w:right w:w="100" w:type="dxa"/>
            </w:tcMar>
            <w:vAlign w:val="center"/>
          </w:tcPr>
          <w:p w14:paraId="0FE6C55B" w14:textId="77777777" w:rsidR="000D0AE6" w:rsidRDefault="00000000">
            <w:r>
              <w:rPr>
                <w:sz w:val="17"/>
              </w:rPr>
              <w:t>Collection has been completed.</w:t>
            </w:r>
          </w:p>
        </w:tc>
      </w:tr>
      <w:tr w:rsidR="000D0AE6" w14:paraId="53822B5C" w14:textId="77777777">
        <w:trPr>
          <w:jc w:val="center"/>
        </w:trPr>
        <w:tc>
          <w:tcPr>
            <w:tcW w:w="5083" w:type="dxa"/>
            <w:tcMar>
              <w:top w:w="80" w:type="dxa"/>
              <w:left w:w="100" w:type="dxa"/>
              <w:bottom w:w="80" w:type="dxa"/>
              <w:right w:w="100" w:type="dxa"/>
            </w:tcMar>
            <w:vAlign w:val="center"/>
          </w:tcPr>
          <w:p w14:paraId="35DE4480" w14:textId="77777777" w:rsidR="000D0AE6" w:rsidRDefault="00000000">
            <w:r>
              <w:rPr>
                <w:sz w:val="17"/>
              </w:rPr>
              <w:t>Delivered</w:t>
            </w:r>
          </w:p>
        </w:tc>
        <w:tc>
          <w:tcPr>
            <w:tcW w:w="5083" w:type="dxa"/>
            <w:tcMar>
              <w:top w:w="80" w:type="dxa"/>
              <w:left w:w="100" w:type="dxa"/>
              <w:bottom w:w="80" w:type="dxa"/>
              <w:right w:w="100" w:type="dxa"/>
            </w:tcMar>
            <w:vAlign w:val="center"/>
          </w:tcPr>
          <w:p w14:paraId="2AF6A770" w14:textId="77777777" w:rsidR="000D0AE6" w:rsidRDefault="00000000">
            <w:r>
              <w:rPr>
                <w:sz w:val="17"/>
              </w:rPr>
              <w:t>Delivery has been completed.</w:t>
            </w:r>
          </w:p>
        </w:tc>
      </w:tr>
      <w:tr w:rsidR="000D0AE6" w14:paraId="1EA05AC7" w14:textId="77777777">
        <w:trPr>
          <w:jc w:val="center"/>
        </w:trPr>
        <w:tc>
          <w:tcPr>
            <w:tcW w:w="5083" w:type="dxa"/>
            <w:tcMar>
              <w:top w:w="80" w:type="dxa"/>
              <w:left w:w="100" w:type="dxa"/>
              <w:bottom w:w="80" w:type="dxa"/>
              <w:right w:w="100" w:type="dxa"/>
            </w:tcMar>
            <w:vAlign w:val="center"/>
          </w:tcPr>
          <w:p w14:paraId="43C640B0" w14:textId="77777777" w:rsidR="000D0AE6" w:rsidRDefault="00000000">
            <w:r>
              <w:rPr>
                <w:sz w:val="17"/>
              </w:rPr>
              <w:t>Completed</w:t>
            </w:r>
          </w:p>
        </w:tc>
        <w:tc>
          <w:tcPr>
            <w:tcW w:w="5083" w:type="dxa"/>
            <w:tcMar>
              <w:top w:w="80" w:type="dxa"/>
              <w:left w:w="100" w:type="dxa"/>
              <w:bottom w:w="80" w:type="dxa"/>
              <w:right w:w="100" w:type="dxa"/>
            </w:tcMar>
            <w:vAlign w:val="center"/>
          </w:tcPr>
          <w:p w14:paraId="27AC78BB" w14:textId="77777777" w:rsidR="000D0AE6" w:rsidRDefault="00000000">
            <w:r>
              <w:rPr>
                <w:sz w:val="17"/>
              </w:rPr>
              <w:t>The operational job is finished.</w:t>
            </w:r>
          </w:p>
        </w:tc>
      </w:tr>
      <w:tr w:rsidR="000D0AE6" w14:paraId="50B703FF" w14:textId="77777777">
        <w:trPr>
          <w:jc w:val="center"/>
        </w:trPr>
        <w:tc>
          <w:tcPr>
            <w:tcW w:w="5083" w:type="dxa"/>
            <w:tcMar>
              <w:top w:w="80" w:type="dxa"/>
              <w:left w:w="100" w:type="dxa"/>
              <w:bottom w:w="80" w:type="dxa"/>
              <w:right w:w="100" w:type="dxa"/>
            </w:tcMar>
            <w:vAlign w:val="center"/>
          </w:tcPr>
          <w:p w14:paraId="08C74AA8" w14:textId="77777777" w:rsidR="000D0AE6" w:rsidRDefault="00000000">
            <w:r>
              <w:rPr>
                <w:sz w:val="17"/>
              </w:rPr>
              <w:t>Cancelled</w:t>
            </w:r>
          </w:p>
        </w:tc>
        <w:tc>
          <w:tcPr>
            <w:tcW w:w="5083" w:type="dxa"/>
            <w:tcMar>
              <w:top w:w="80" w:type="dxa"/>
              <w:left w:w="100" w:type="dxa"/>
              <w:bottom w:w="80" w:type="dxa"/>
              <w:right w:w="100" w:type="dxa"/>
            </w:tcMar>
            <w:vAlign w:val="center"/>
          </w:tcPr>
          <w:p w14:paraId="6087B1A5" w14:textId="77777777" w:rsidR="000D0AE6" w:rsidRDefault="00000000">
            <w:r>
              <w:rPr>
                <w:sz w:val="17"/>
              </w:rPr>
              <w:t>The job has been cancelled.</w:t>
            </w:r>
          </w:p>
        </w:tc>
      </w:tr>
    </w:tbl>
    <w:p w14:paraId="18212D8C" w14:textId="77777777" w:rsidR="000D0AE6" w:rsidRDefault="00000000">
      <w:pPr>
        <w:spacing w:after="60"/>
      </w:pPr>
      <w:r>
        <w:rPr>
          <w:b/>
          <w:color w:val="0B477F"/>
        </w:rPr>
        <w:t>Extract - jobService.js: status update logic</w:t>
      </w:r>
    </w:p>
    <w:tbl>
      <w:tblPr>
        <w:tblW w:w="0" w:type="auto"/>
        <w:jc w:val="center"/>
        <w:tblLook w:val="04A0" w:firstRow="1" w:lastRow="0" w:firstColumn="1" w:lastColumn="0" w:noHBand="0" w:noVBand="1"/>
      </w:tblPr>
      <w:tblGrid>
        <w:gridCol w:w="10166"/>
      </w:tblGrid>
      <w:tr w:rsidR="000D0AE6" w14:paraId="7C4F1ECE" w14:textId="77777777">
        <w:trPr>
          <w:jc w:val="center"/>
        </w:trPr>
        <w:tc>
          <w:tcPr>
            <w:tcW w:w="10166" w:type="dxa"/>
            <w:shd w:val="clear" w:color="auto" w:fill="F3F6F8"/>
            <w:tcMar>
              <w:top w:w="100" w:type="dxa"/>
              <w:left w:w="120" w:type="dxa"/>
              <w:bottom w:w="100" w:type="dxa"/>
              <w:right w:w="120" w:type="dxa"/>
            </w:tcMar>
          </w:tcPr>
          <w:p w14:paraId="4BDD1A84" w14:textId="77777777" w:rsidR="000D0AE6" w:rsidRDefault="00000000">
            <w:pPr>
              <w:spacing w:after="0" w:line="240" w:lineRule="auto"/>
            </w:pPr>
            <w:r>
              <w:rPr>
                <w:rFonts w:ascii="Consolas" w:hAnsi="Consolas"/>
                <w:sz w:val="14"/>
              </w:rPr>
              <w:t>export function updateJobStatus(</w:t>
            </w:r>
            <w:r>
              <w:rPr>
                <w:rFonts w:ascii="Consolas" w:hAnsi="Consolas"/>
                <w:sz w:val="14"/>
              </w:rPr>
              <w:br/>
              <w:t xml:space="preserve">  jobId,</w:t>
            </w:r>
            <w:r>
              <w:rPr>
                <w:rFonts w:ascii="Consolas" w:hAnsi="Consolas"/>
                <w:sz w:val="14"/>
              </w:rPr>
              <w:br/>
              <w:t xml:space="preserve">  newStatus</w:t>
            </w:r>
            <w:r>
              <w:rPr>
                <w:rFonts w:ascii="Consolas" w:hAnsi="Consolas"/>
                <w:sz w:val="14"/>
              </w:rPr>
              <w:br/>
              <w:t>) {</w:t>
            </w:r>
            <w:r>
              <w:rPr>
                <w:rFonts w:ascii="Consolas" w:hAnsi="Consolas"/>
                <w:sz w:val="14"/>
              </w:rPr>
              <w:br/>
              <w:t xml:space="preserve">  const job =</w:t>
            </w:r>
            <w:r>
              <w:rPr>
                <w:rFonts w:ascii="Consolas" w:hAnsi="Consolas"/>
                <w:sz w:val="14"/>
              </w:rPr>
              <w:br/>
              <w:t xml:space="preserve">    getJobById(jobId);</w:t>
            </w:r>
            <w:r>
              <w:rPr>
                <w:rFonts w:ascii="Consolas" w:hAnsi="Consolas"/>
                <w:sz w:val="14"/>
              </w:rPr>
              <w:br/>
            </w:r>
            <w:r>
              <w:rPr>
                <w:rFonts w:ascii="Consolas" w:hAnsi="Consolas"/>
                <w:sz w:val="14"/>
              </w:rPr>
              <w:br/>
              <w:t xml:space="preserve">  if (!job) {</w:t>
            </w:r>
            <w:r>
              <w:rPr>
                <w:rFonts w:ascii="Consolas" w:hAnsi="Consolas"/>
                <w:sz w:val="14"/>
              </w:rPr>
              <w:br/>
              <w:t xml:space="preserve">    return {</w:t>
            </w:r>
            <w:r>
              <w:rPr>
                <w:rFonts w:ascii="Consolas" w:hAnsi="Consolas"/>
                <w:sz w:val="14"/>
              </w:rPr>
              <w:br/>
              <w:t xml:space="preserve">      success: false,</w:t>
            </w:r>
            <w:r>
              <w:rPr>
                <w:rFonts w:ascii="Consolas" w:hAnsi="Consolas"/>
                <w:sz w:val="14"/>
              </w:rPr>
              <w:br/>
              <w:t xml:space="preserve">      message:</w:t>
            </w:r>
            <w:r>
              <w:rPr>
                <w:rFonts w:ascii="Consolas" w:hAnsi="Consolas"/>
                <w:sz w:val="14"/>
              </w:rPr>
              <w:br/>
              <w:t xml:space="preserve">        "Job not found.",</w:t>
            </w:r>
            <w:r>
              <w:rPr>
                <w:rFonts w:ascii="Consolas" w:hAnsi="Consolas"/>
                <w:sz w:val="14"/>
              </w:rPr>
              <w:br/>
              <w:t xml:space="preserve">    };</w:t>
            </w:r>
            <w:r>
              <w:rPr>
                <w:rFonts w:ascii="Consolas" w:hAnsi="Consolas"/>
                <w:sz w:val="14"/>
              </w:rPr>
              <w:br/>
              <w:t xml:space="preserve">  }</w:t>
            </w:r>
            <w:r>
              <w:rPr>
                <w:rFonts w:ascii="Consolas" w:hAnsi="Consolas"/>
                <w:sz w:val="14"/>
              </w:rPr>
              <w:br/>
            </w:r>
            <w:r>
              <w:rPr>
                <w:rFonts w:ascii="Consolas" w:hAnsi="Consolas"/>
                <w:sz w:val="14"/>
              </w:rPr>
              <w:br/>
              <w:t xml:space="preserve">  const statusDates = {};</w:t>
            </w:r>
            <w:r>
              <w:rPr>
                <w:rFonts w:ascii="Consolas" w:hAnsi="Consolas"/>
                <w:sz w:val="14"/>
              </w:rPr>
              <w:br/>
            </w:r>
            <w:r>
              <w:rPr>
                <w:rFonts w:ascii="Consolas" w:hAnsi="Consolas"/>
                <w:sz w:val="14"/>
              </w:rPr>
              <w:br/>
              <w:t xml:space="preserve">  const now =</w:t>
            </w:r>
            <w:r>
              <w:rPr>
                <w:rFonts w:ascii="Consolas" w:hAnsi="Consolas"/>
                <w:sz w:val="14"/>
              </w:rPr>
              <w:br/>
              <w:t xml:space="preserve">    new Date().toISOString();</w:t>
            </w:r>
            <w:r>
              <w:rPr>
                <w:rFonts w:ascii="Consolas" w:hAnsi="Consolas"/>
                <w:sz w:val="14"/>
              </w:rPr>
              <w:br/>
            </w:r>
            <w:r>
              <w:rPr>
                <w:rFonts w:ascii="Consolas" w:hAnsi="Consolas"/>
                <w:sz w:val="14"/>
              </w:rPr>
              <w:br/>
              <w:t xml:space="preserve">  if (</w:t>
            </w:r>
            <w:r>
              <w:rPr>
                <w:rFonts w:ascii="Consolas" w:hAnsi="Consolas"/>
                <w:sz w:val="14"/>
              </w:rPr>
              <w:br/>
              <w:t xml:space="preserve">    newStatus ===</w:t>
            </w:r>
            <w:r>
              <w:rPr>
                <w:rFonts w:ascii="Consolas" w:hAnsi="Consolas"/>
                <w:sz w:val="14"/>
              </w:rPr>
              <w:br/>
              <w:t xml:space="preserve">    JOB_STATUS.IN_PROGRESS</w:t>
            </w:r>
            <w:r>
              <w:rPr>
                <w:rFonts w:ascii="Consolas" w:hAnsi="Consolas"/>
                <w:sz w:val="14"/>
              </w:rPr>
              <w:br/>
              <w:t xml:space="preserve">  ) {</w:t>
            </w:r>
            <w:r>
              <w:rPr>
                <w:rFonts w:ascii="Consolas" w:hAnsi="Consolas"/>
                <w:sz w:val="14"/>
              </w:rPr>
              <w:br/>
              <w:t xml:space="preserve">    if (!job.driverId) {</w:t>
            </w:r>
            <w:r>
              <w:rPr>
                <w:rFonts w:ascii="Consolas" w:hAnsi="Consolas"/>
                <w:sz w:val="14"/>
              </w:rPr>
              <w:br/>
              <w:t xml:space="preserve">      return {</w:t>
            </w:r>
            <w:r>
              <w:rPr>
                <w:rFonts w:ascii="Consolas" w:hAnsi="Consolas"/>
                <w:sz w:val="14"/>
              </w:rPr>
              <w:br/>
              <w:t xml:space="preserve">        success: false,</w:t>
            </w:r>
            <w:r>
              <w:rPr>
                <w:rFonts w:ascii="Consolas" w:hAnsi="Consolas"/>
                <w:sz w:val="14"/>
              </w:rPr>
              <w:br/>
              <w:t xml:space="preserve">        message:</w:t>
            </w:r>
            <w:r>
              <w:rPr>
                <w:rFonts w:ascii="Consolas" w:hAnsi="Consolas"/>
                <w:sz w:val="14"/>
              </w:rPr>
              <w:br/>
              <w:t xml:space="preserve">          "A driver must be assigned before starting the job.",</w:t>
            </w:r>
            <w:r>
              <w:rPr>
                <w:rFonts w:ascii="Consolas" w:hAnsi="Consolas"/>
                <w:sz w:val="14"/>
              </w:rPr>
              <w:br/>
              <w:t xml:space="preserve">      };</w:t>
            </w:r>
            <w:r>
              <w:rPr>
                <w:rFonts w:ascii="Consolas" w:hAnsi="Consolas"/>
                <w:sz w:val="14"/>
              </w:rPr>
              <w:br/>
              <w:t xml:space="preserve">    }</w:t>
            </w:r>
            <w:r>
              <w:rPr>
                <w:rFonts w:ascii="Consolas" w:hAnsi="Consolas"/>
                <w:sz w:val="14"/>
              </w:rPr>
              <w:br/>
            </w:r>
            <w:r>
              <w:rPr>
                <w:rFonts w:ascii="Consolas" w:hAnsi="Consolas"/>
                <w:sz w:val="14"/>
              </w:rPr>
              <w:br/>
              <w:t xml:space="preserve">    statusDates.startedAt =</w:t>
            </w:r>
            <w:r>
              <w:rPr>
                <w:rFonts w:ascii="Consolas" w:hAnsi="Consolas"/>
                <w:sz w:val="14"/>
              </w:rPr>
              <w:br/>
              <w:t xml:space="preserve">      now;</w:t>
            </w:r>
            <w:r>
              <w:rPr>
                <w:rFonts w:ascii="Consolas" w:hAnsi="Consolas"/>
                <w:sz w:val="14"/>
              </w:rPr>
              <w:br/>
              <w:t xml:space="preserve">  }</w:t>
            </w:r>
            <w:r>
              <w:rPr>
                <w:rFonts w:ascii="Consolas" w:hAnsi="Consolas"/>
                <w:sz w:val="14"/>
              </w:rPr>
              <w:br/>
            </w:r>
            <w:r>
              <w:rPr>
                <w:rFonts w:ascii="Consolas" w:hAnsi="Consolas"/>
                <w:sz w:val="14"/>
              </w:rPr>
              <w:br/>
              <w:t xml:space="preserve">  if (</w:t>
            </w:r>
            <w:r>
              <w:rPr>
                <w:rFonts w:ascii="Consolas" w:hAnsi="Consolas"/>
                <w:sz w:val="14"/>
              </w:rPr>
              <w:br/>
              <w:t xml:space="preserve">    newStatus ===</w:t>
            </w:r>
            <w:r>
              <w:rPr>
                <w:rFonts w:ascii="Consolas" w:hAnsi="Consolas"/>
                <w:sz w:val="14"/>
              </w:rPr>
              <w:br/>
              <w:t xml:space="preserve">    JOB_STATUS.COLLECTED</w:t>
            </w:r>
            <w:r>
              <w:rPr>
                <w:rFonts w:ascii="Consolas" w:hAnsi="Consolas"/>
                <w:sz w:val="14"/>
              </w:rPr>
              <w:br/>
              <w:t xml:space="preserve">  ) {</w:t>
            </w:r>
            <w:r>
              <w:rPr>
                <w:rFonts w:ascii="Consolas" w:hAnsi="Consolas"/>
                <w:sz w:val="14"/>
              </w:rPr>
              <w:br/>
              <w:t xml:space="preserve">    statusDates.collectedAt =</w:t>
            </w:r>
            <w:r>
              <w:rPr>
                <w:rFonts w:ascii="Consolas" w:hAnsi="Consolas"/>
                <w:sz w:val="14"/>
              </w:rPr>
              <w:br/>
              <w:t xml:space="preserve">      now;</w:t>
            </w:r>
            <w:r>
              <w:rPr>
                <w:rFonts w:ascii="Consolas" w:hAnsi="Consolas"/>
                <w:sz w:val="14"/>
              </w:rPr>
              <w:br/>
              <w:t xml:space="preserve">  }</w:t>
            </w:r>
            <w:r>
              <w:rPr>
                <w:rFonts w:ascii="Consolas" w:hAnsi="Consolas"/>
                <w:sz w:val="14"/>
              </w:rPr>
              <w:br/>
            </w:r>
            <w:r>
              <w:rPr>
                <w:rFonts w:ascii="Consolas" w:hAnsi="Consolas"/>
                <w:sz w:val="14"/>
              </w:rPr>
              <w:br/>
              <w:t xml:space="preserve">  if (</w:t>
            </w:r>
            <w:r>
              <w:rPr>
                <w:rFonts w:ascii="Consolas" w:hAnsi="Consolas"/>
                <w:sz w:val="14"/>
              </w:rPr>
              <w:br/>
              <w:t xml:space="preserve">    newStatus ===</w:t>
            </w:r>
            <w:r>
              <w:rPr>
                <w:rFonts w:ascii="Consolas" w:hAnsi="Consolas"/>
                <w:sz w:val="14"/>
              </w:rPr>
              <w:br/>
              <w:t xml:space="preserve">    JOB_STATUS.DELIVERED</w:t>
            </w:r>
            <w:r>
              <w:rPr>
                <w:rFonts w:ascii="Consolas" w:hAnsi="Consolas"/>
                <w:sz w:val="14"/>
              </w:rPr>
              <w:br/>
              <w:t xml:space="preserve">  ) {</w:t>
            </w:r>
            <w:r>
              <w:rPr>
                <w:rFonts w:ascii="Consolas" w:hAnsi="Consolas"/>
                <w:sz w:val="14"/>
              </w:rPr>
              <w:br/>
              <w:t xml:space="preserve">    statusDates.deliveredAt =</w:t>
            </w:r>
            <w:r>
              <w:rPr>
                <w:rFonts w:ascii="Consolas" w:hAnsi="Consolas"/>
                <w:sz w:val="14"/>
              </w:rPr>
              <w:br/>
              <w:t xml:space="preserve">      now;</w:t>
            </w:r>
            <w:r>
              <w:rPr>
                <w:rFonts w:ascii="Consolas" w:hAnsi="Consolas"/>
                <w:sz w:val="14"/>
              </w:rPr>
              <w:br/>
              <w:t xml:space="preserve">  }</w:t>
            </w:r>
            <w:r>
              <w:rPr>
                <w:rFonts w:ascii="Consolas" w:hAnsi="Consolas"/>
                <w:sz w:val="14"/>
              </w:rPr>
              <w:br/>
            </w:r>
            <w:r>
              <w:rPr>
                <w:rFonts w:ascii="Consolas" w:hAnsi="Consolas"/>
                <w:sz w:val="14"/>
              </w:rPr>
              <w:br/>
              <w:t xml:space="preserve">  if (</w:t>
            </w:r>
            <w:r>
              <w:rPr>
                <w:rFonts w:ascii="Consolas" w:hAnsi="Consolas"/>
                <w:sz w:val="14"/>
              </w:rPr>
              <w:br/>
              <w:t xml:space="preserve">    newStatus ===</w:t>
            </w:r>
            <w:r>
              <w:rPr>
                <w:rFonts w:ascii="Consolas" w:hAnsi="Consolas"/>
                <w:sz w:val="14"/>
              </w:rPr>
              <w:br/>
              <w:t xml:space="preserve">    JOB_STATUS.COMPLETED</w:t>
            </w:r>
            <w:r>
              <w:rPr>
                <w:rFonts w:ascii="Consolas" w:hAnsi="Consolas"/>
                <w:sz w:val="14"/>
              </w:rPr>
              <w:br/>
              <w:t xml:space="preserve">  ) {</w:t>
            </w:r>
            <w:r>
              <w:rPr>
                <w:rFonts w:ascii="Consolas" w:hAnsi="Consolas"/>
                <w:sz w:val="14"/>
              </w:rPr>
              <w:br/>
            </w:r>
            <w:r>
              <w:rPr>
                <w:rFonts w:ascii="Consolas" w:hAnsi="Consolas"/>
                <w:sz w:val="14"/>
              </w:rPr>
              <w:lastRenderedPageBreak/>
              <w:t xml:space="preserve">    statusDates.completedAt =</w:t>
            </w:r>
            <w:r>
              <w:rPr>
                <w:rFonts w:ascii="Consolas" w:hAnsi="Consolas"/>
                <w:sz w:val="14"/>
              </w:rPr>
              <w:br/>
              <w:t xml:space="preserve">      now;</w:t>
            </w:r>
            <w:r>
              <w:rPr>
                <w:rFonts w:ascii="Consolas" w:hAnsi="Consolas"/>
                <w:sz w:val="14"/>
              </w:rPr>
              <w:br/>
              <w:t xml:space="preserve">  }</w:t>
            </w:r>
            <w:r>
              <w:rPr>
                <w:rFonts w:ascii="Consolas" w:hAnsi="Consolas"/>
                <w:sz w:val="14"/>
              </w:rPr>
              <w:br/>
            </w:r>
            <w:r>
              <w:rPr>
                <w:rFonts w:ascii="Consolas" w:hAnsi="Consolas"/>
                <w:sz w:val="14"/>
              </w:rPr>
              <w:br/>
              <w:t xml:space="preserve">  if (</w:t>
            </w:r>
            <w:r>
              <w:rPr>
                <w:rFonts w:ascii="Consolas" w:hAnsi="Consolas"/>
                <w:sz w:val="14"/>
              </w:rPr>
              <w:br/>
              <w:t xml:space="preserve">    newStatus ===</w:t>
            </w:r>
            <w:r>
              <w:rPr>
                <w:rFonts w:ascii="Consolas" w:hAnsi="Consolas"/>
                <w:sz w:val="14"/>
              </w:rPr>
              <w:br/>
              <w:t xml:space="preserve">    JOB_STATUS.CANCELLED</w:t>
            </w:r>
            <w:r>
              <w:rPr>
                <w:rFonts w:ascii="Consolas" w:hAnsi="Consolas"/>
                <w:sz w:val="14"/>
              </w:rPr>
              <w:br/>
              <w:t xml:space="preserve">  ) {</w:t>
            </w:r>
            <w:r>
              <w:rPr>
                <w:rFonts w:ascii="Consolas" w:hAnsi="Consolas"/>
                <w:sz w:val="14"/>
              </w:rPr>
              <w:br/>
              <w:t xml:space="preserve">    statusDates.cancelledAt =</w:t>
            </w:r>
            <w:r>
              <w:rPr>
                <w:rFonts w:ascii="Consolas" w:hAnsi="Consolas"/>
                <w:sz w:val="14"/>
              </w:rPr>
              <w:br/>
              <w:t xml:space="preserve">      now;</w:t>
            </w:r>
            <w:r>
              <w:rPr>
                <w:rFonts w:ascii="Consolas" w:hAnsi="Consolas"/>
                <w:sz w:val="14"/>
              </w:rPr>
              <w:br/>
              <w:t xml:space="preserve">  }</w:t>
            </w:r>
            <w:r>
              <w:rPr>
                <w:rFonts w:ascii="Consolas" w:hAnsi="Consolas"/>
                <w:sz w:val="14"/>
              </w:rPr>
              <w:br/>
            </w:r>
            <w:r>
              <w:rPr>
                <w:rFonts w:ascii="Consolas" w:hAnsi="Consolas"/>
                <w:sz w:val="14"/>
              </w:rPr>
              <w:br/>
              <w:t xml:space="preserve">  return updateJob(</w:t>
            </w:r>
            <w:r>
              <w:rPr>
                <w:rFonts w:ascii="Consolas" w:hAnsi="Consolas"/>
                <w:sz w:val="14"/>
              </w:rPr>
              <w:br/>
              <w:t xml:space="preserve">    jobId,</w:t>
            </w:r>
            <w:r>
              <w:rPr>
                <w:rFonts w:ascii="Consolas" w:hAnsi="Consolas"/>
                <w:sz w:val="14"/>
              </w:rPr>
              <w:br/>
              <w:t xml:space="preserve">    {</w:t>
            </w:r>
            <w:r>
              <w:rPr>
                <w:rFonts w:ascii="Consolas" w:hAnsi="Consolas"/>
                <w:sz w:val="14"/>
              </w:rPr>
              <w:br/>
              <w:t xml:space="preserve">      status:</w:t>
            </w:r>
            <w:r>
              <w:rPr>
                <w:rFonts w:ascii="Consolas" w:hAnsi="Consolas"/>
                <w:sz w:val="14"/>
              </w:rPr>
              <w:br/>
              <w:t xml:space="preserve">        newStatus,</w:t>
            </w:r>
            <w:r>
              <w:rPr>
                <w:rFonts w:ascii="Consolas" w:hAnsi="Consolas"/>
                <w:sz w:val="14"/>
              </w:rPr>
              <w:br/>
            </w:r>
            <w:r>
              <w:rPr>
                <w:rFonts w:ascii="Consolas" w:hAnsi="Consolas"/>
                <w:sz w:val="14"/>
              </w:rPr>
              <w:br/>
              <w:t xml:space="preserve">      ...statusDates,</w:t>
            </w:r>
            <w:r>
              <w:rPr>
                <w:rFonts w:ascii="Consolas" w:hAnsi="Consolas"/>
                <w:sz w:val="14"/>
              </w:rPr>
              <w:br/>
              <w:t xml:space="preserve">    }</w:t>
            </w:r>
            <w:r>
              <w:rPr>
                <w:rFonts w:ascii="Consolas" w:hAnsi="Consolas"/>
                <w:sz w:val="14"/>
              </w:rPr>
              <w:br/>
              <w:t xml:space="preserve">  );</w:t>
            </w:r>
            <w:r>
              <w:rPr>
                <w:rFonts w:ascii="Consolas" w:hAnsi="Consolas"/>
                <w:sz w:val="14"/>
              </w:rPr>
              <w:br/>
              <w:t>}</w:t>
            </w:r>
          </w:p>
        </w:tc>
      </w:tr>
    </w:tbl>
    <w:p w14:paraId="025DB169" w14:textId="77777777" w:rsidR="000D0AE6" w:rsidRDefault="000D0AE6">
      <w:pPr>
        <w:spacing w:after="40"/>
      </w:pPr>
    </w:p>
    <w:p w14:paraId="5F6BC443" w14:textId="77777777" w:rsidR="000D0AE6" w:rsidRDefault="00000000">
      <w:pPr>
        <w:spacing w:after="140" w:line="259" w:lineRule="auto"/>
      </w:pPr>
      <w:r>
        <w:t>The service also contains logic to unassign a driver from non-finished jobs when the driver becomes unavailable. Completed and cancelled jobs retain the historic driver information.</w:t>
      </w:r>
    </w:p>
    <w:p w14:paraId="4455243F" w14:textId="77777777" w:rsidR="000D0AE6" w:rsidRDefault="00000000">
      <w:r>
        <w:br w:type="page"/>
      </w:r>
    </w:p>
    <w:p w14:paraId="115C5091" w14:textId="77777777" w:rsidR="000D0AE6" w:rsidRDefault="00000000">
      <w:pPr>
        <w:pStyle w:val="Heading1"/>
      </w:pPr>
      <w:r>
        <w:lastRenderedPageBreak/>
        <w:t>10. Driver Registration and Administration</w:t>
      </w:r>
    </w:p>
    <w:p w14:paraId="1D8B8FB0" w14:textId="77777777" w:rsidR="000D0AE6" w:rsidRDefault="00000000">
      <w:pPr>
        <w:spacing w:after="140" w:line="259" w:lineRule="auto"/>
      </w:pPr>
      <w:r>
        <w:t>Drivers use a separate registration form. Unlike a customer, a new driver does not receive immediate access. The registration is created with Pending status and must be approved by an administrator.</w:t>
      </w:r>
    </w:p>
    <w:p w14:paraId="0E141195" w14:textId="77777777" w:rsidR="000D0AE6" w:rsidRDefault="00000000">
      <w:pPr>
        <w:spacing w:before="80" w:after="60"/>
        <w:jc w:val="center"/>
      </w:pPr>
      <w:r>
        <w:rPr>
          <w:noProof/>
        </w:rPr>
        <w:drawing>
          <wp:inline distT="0" distB="0" distL="0" distR="0" wp14:anchorId="0CAD4433" wp14:editId="6E1E20AE">
            <wp:extent cx="6172200" cy="303291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iver approval .png"/>
                    <pic:cNvPicPr/>
                  </pic:nvPicPr>
                  <pic:blipFill>
                    <a:blip r:embed="rId17"/>
                    <a:stretch>
                      <a:fillRect/>
                    </a:stretch>
                  </pic:blipFill>
                  <pic:spPr>
                    <a:xfrm>
                      <a:off x="0" y="0"/>
                      <a:ext cx="6172200" cy="3032919"/>
                    </a:xfrm>
                    <a:prstGeom prst="rect">
                      <a:avLst/>
                    </a:prstGeom>
                  </pic:spPr>
                </pic:pic>
              </a:graphicData>
            </a:graphic>
          </wp:inline>
        </w:drawing>
      </w:r>
    </w:p>
    <w:p w14:paraId="32F32EE9" w14:textId="77777777" w:rsidR="000D0AE6" w:rsidRDefault="00000000">
      <w:pPr>
        <w:spacing w:after="180"/>
        <w:jc w:val="center"/>
      </w:pPr>
      <w:r>
        <w:rPr>
          <w:i/>
          <w:color w:val="5C6C7E"/>
          <w:sz w:val="17"/>
        </w:rPr>
        <w:t>Figure 10. Driver Management and approval screen</w:t>
      </w:r>
    </w:p>
    <w:p w14:paraId="365B79CF" w14:textId="77777777" w:rsidR="000D0AE6" w:rsidRDefault="00000000">
      <w:pPr>
        <w:pStyle w:val="ListBullet"/>
        <w:spacing w:after="80"/>
      </w:pPr>
      <w:r>
        <w:t>Pending registrations can be approved or rejected.</w:t>
      </w:r>
    </w:p>
    <w:p w14:paraId="6E5CD9E1" w14:textId="77777777" w:rsidR="000D0AE6" w:rsidRDefault="00000000">
      <w:pPr>
        <w:pStyle w:val="ListBullet"/>
        <w:spacing w:after="80"/>
      </w:pPr>
      <w:r>
        <w:t>Approved drivers appear in the active driver list.</w:t>
      </w:r>
    </w:p>
    <w:p w14:paraId="7B1F8B37" w14:textId="77777777" w:rsidR="000D0AE6" w:rsidRDefault="00000000">
      <w:pPr>
        <w:pStyle w:val="ListBullet"/>
        <w:spacing w:after="80"/>
      </w:pPr>
      <w:r>
        <w:t>Drivers can be suspended and later reactivated.</w:t>
      </w:r>
    </w:p>
    <w:p w14:paraId="042CAE33" w14:textId="77777777" w:rsidR="000D0AE6" w:rsidRDefault="00000000">
      <w:pPr>
        <w:pStyle w:val="ListBullet"/>
        <w:spacing w:after="80"/>
      </w:pPr>
      <w:r>
        <w:t>The system includes an Archived Drivers area for soft-deleted accounts.</w:t>
      </w:r>
    </w:p>
    <w:p w14:paraId="41239FB0" w14:textId="77777777" w:rsidR="000D0AE6" w:rsidRDefault="00000000">
      <w:pPr>
        <w:pStyle w:val="ListBullet"/>
        <w:spacing w:after="80"/>
      </w:pPr>
      <w:r>
        <w:t>Driver details include name, contact information, licence number, vehicle type and status.</w:t>
      </w:r>
    </w:p>
    <w:p w14:paraId="0EB1EF84" w14:textId="77777777" w:rsidR="000D0AE6" w:rsidRDefault="00000000">
      <w:pPr>
        <w:pStyle w:val="Heading2"/>
      </w:pPr>
      <w:r>
        <w:t>Driver Lifecycle</w:t>
      </w:r>
    </w:p>
    <w:p w14:paraId="5B3E66DB" w14:textId="77777777" w:rsidR="000D0AE6" w:rsidRDefault="00000000">
      <w:pPr>
        <w:jc w:val="center"/>
      </w:pPr>
      <w:r>
        <w:rPr>
          <w:b/>
          <w:color w:val="0B477F"/>
          <w:sz w:val="22"/>
        </w:rPr>
        <w:t>Pending  -&gt;  Approved  -&gt;  Suspended / Reactivated  -&gt;  Archived / Restored</w:t>
      </w:r>
    </w:p>
    <w:p w14:paraId="03FCB97A" w14:textId="77777777" w:rsidR="000D0AE6" w:rsidRDefault="00000000">
      <w:pPr>
        <w:spacing w:after="140" w:line="259" w:lineRule="auto"/>
      </w:pPr>
      <w:r>
        <w:t>Recent testing found that the driver archive action needs to be kept independent from job de-allocation to avoid an undefined service reference. This is a useful example of how the service layer has been refined during development.</w:t>
      </w:r>
    </w:p>
    <w:p w14:paraId="11642F9A" w14:textId="77777777" w:rsidR="000D0AE6" w:rsidRDefault="00000000">
      <w:r>
        <w:br w:type="page"/>
      </w:r>
    </w:p>
    <w:p w14:paraId="4B82D5DA" w14:textId="77777777" w:rsidR="000D0AE6" w:rsidRDefault="00000000">
      <w:pPr>
        <w:pStyle w:val="Heading1"/>
      </w:pPr>
      <w:r>
        <w:lastRenderedPageBreak/>
        <w:t>11. Notifications, Archive and Data Safety</w:t>
      </w:r>
    </w:p>
    <w:p w14:paraId="7552DACB" w14:textId="77777777" w:rsidR="000D0AE6" w:rsidRDefault="00000000">
      <w:pPr>
        <w:spacing w:after="140" w:line="259" w:lineRule="auto"/>
      </w:pPr>
      <w:r>
        <w:t>The notification service stores notifications separately and supports unread counts, individual read state, mark-all-read and clearing notifications. Quote creation already generates a New Quote Request notification for the administrator.</w:t>
      </w:r>
    </w:p>
    <w:p w14:paraId="06A08C58" w14:textId="77777777" w:rsidR="000D0AE6" w:rsidRDefault="00000000">
      <w:pPr>
        <w:spacing w:after="60"/>
      </w:pPr>
      <w:r>
        <w:rPr>
          <w:b/>
          <w:color w:val="0B477F"/>
        </w:rPr>
        <w:t>Extract - notificationService.js</w:t>
      </w:r>
    </w:p>
    <w:tbl>
      <w:tblPr>
        <w:tblW w:w="0" w:type="auto"/>
        <w:jc w:val="center"/>
        <w:tblLook w:val="04A0" w:firstRow="1" w:lastRow="0" w:firstColumn="1" w:lastColumn="0" w:noHBand="0" w:noVBand="1"/>
      </w:tblPr>
      <w:tblGrid>
        <w:gridCol w:w="10166"/>
      </w:tblGrid>
      <w:tr w:rsidR="000D0AE6" w14:paraId="7B36C35C" w14:textId="77777777">
        <w:trPr>
          <w:jc w:val="center"/>
        </w:trPr>
        <w:tc>
          <w:tcPr>
            <w:tcW w:w="10166" w:type="dxa"/>
            <w:shd w:val="clear" w:color="auto" w:fill="F3F6F8"/>
            <w:tcMar>
              <w:top w:w="100" w:type="dxa"/>
              <w:left w:w="120" w:type="dxa"/>
              <w:bottom w:w="100" w:type="dxa"/>
              <w:right w:w="120" w:type="dxa"/>
            </w:tcMar>
          </w:tcPr>
          <w:p w14:paraId="5834C357" w14:textId="77777777" w:rsidR="000D0AE6" w:rsidRDefault="00000000">
            <w:pPr>
              <w:spacing w:after="0" w:line="240" w:lineRule="auto"/>
            </w:pPr>
            <w:r>
              <w:rPr>
                <w:rFonts w:ascii="Consolas" w:hAnsi="Consolas"/>
                <w:sz w:val="14"/>
              </w:rPr>
              <w:t>export function createNotification({</w:t>
            </w:r>
            <w:r>
              <w:rPr>
                <w:rFonts w:ascii="Consolas" w:hAnsi="Consolas"/>
                <w:sz w:val="14"/>
              </w:rPr>
              <w:br/>
              <w:t xml:space="preserve">  type,</w:t>
            </w:r>
            <w:r>
              <w:rPr>
                <w:rFonts w:ascii="Consolas" w:hAnsi="Consolas"/>
                <w:sz w:val="14"/>
              </w:rPr>
              <w:br/>
              <w:t xml:space="preserve">  title,</w:t>
            </w:r>
            <w:r>
              <w:rPr>
                <w:rFonts w:ascii="Consolas" w:hAnsi="Consolas"/>
                <w:sz w:val="14"/>
              </w:rPr>
              <w:br/>
              <w:t xml:space="preserve">  message,</w:t>
            </w:r>
            <w:r>
              <w:rPr>
                <w:rFonts w:ascii="Consolas" w:hAnsi="Consolas"/>
                <w:sz w:val="14"/>
              </w:rPr>
              <w:br/>
              <w:t xml:space="preserve">  link,</w:t>
            </w:r>
            <w:r>
              <w:rPr>
                <w:rFonts w:ascii="Consolas" w:hAnsi="Consolas"/>
                <w:sz w:val="14"/>
              </w:rPr>
              <w:br/>
              <w:t>}) {</w:t>
            </w:r>
            <w:r>
              <w:rPr>
                <w:rFonts w:ascii="Consolas" w:hAnsi="Consolas"/>
                <w:sz w:val="14"/>
              </w:rPr>
              <w:br/>
              <w:t xml:space="preserve">  const notifications =</w:t>
            </w:r>
            <w:r>
              <w:rPr>
                <w:rFonts w:ascii="Consolas" w:hAnsi="Consolas"/>
                <w:sz w:val="14"/>
              </w:rPr>
              <w:br/>
              <w:t xml:space="preserve">    getStoredNotifications();</w:t>
            </w:r>
            <w:r>
              <w:rPr>
                <w:rFonts w:ascii="Consolas" w:hAnsi="Consolas"/>
                <w:sz w:val="14"/>
              </w:rPr>
              <w:br/>
            </w:r>
            <w:r>
              <w:rPr>
                <w:rFonts w:ascii="Consolas" w:hAnsi="Consolas"/>
                <w:sz w:val="14"/>
              </w:rPr>
              <w:br/>
              <w:t xml:space="preserve">  const newNotification = {</w:t>
            </w:r>
            <w:r>
              <w:rPr>
                <w:rFonts w:ascii="Consolas" w:hAnsi="Consolas"/>
                <w:sz w:val="14"/>
              </w:rPr>
              <w:br/>
              <w:t xml:space="preserve">    id: `NOT-${Date.now()}`,</w:t>
            </w:r>
            <w:r>
              <w:rPr>
                <w:rFonts w:ascii="Consolas" w:hAnsi="Consolas"/>
                <w:sz w:val="14"/>
              </w:rPr>
              <w:br/>
            </w:r>
            <w:r>
              <w:rPr>
                <w:rFonts w:ascii="Consolas" w:hAnsi="Consolas"/>
                <w:sz w:val="14"/>
              </w:rPr>
              <w:br/>
              <w:t xml:space="preserve">    type:</w:t>
            </w:r>
            <w:r>
              <w:rPr>
                <w:rFonts w:ascii="Consolas" w:hAnsi="Consolas"/>
                <w:sz w:val="14"/>
              </w:rPr>
              <w:br/>
              <w:t xml:space="preserve">      type || "general",</w:t>
            </w:r>
            <w:r>
              <w:rPr>
                <w:rFonts w:ascii="Consolas" w:hAnsi="Consolas"/>
                <w:sz w:val="14"/>
              </w:rPr>
              <w:br/>
            </w:r>
            <w:r>
              <w:rPr>
                <w:rFonts w:ascii="Consolas" w:hAnsi="Consolas"/>
                <w:sz w:val="14"/>
              </w:rPr>
              <w:br/>
              <w:t xml:space="preserve">    title:</w:t>
            </w:r>
            <w:r>
              <w:rPr>
                <w:rFonts w:ascii="Consolas" w:hAnsi="Consolas"/>
                <w:sz w:val="14"/>
              </w:rPr>
              <w:br/>
              <w:t xml:space="preserve">      title || "Notification",</w:t>
            </w:r>
            <w:r>
              <w:rPr>
                <w:rFonts w:ascii="Consolas" w:hAnsi="Consolas"/>
                <w:sz w:val="14"/>
              </w:rPr>
              <w:br/>
            </w:r>
            <w:r>
              <w:rPr>
                <w:rFonts w:ascii="Consolas" w:hAnsi="Consolas"/>
                <w:sz w:val="14"/>
              </w:rPr>
              <w:br/>
              <w:t xml:space="preserve">    message:</w:t>
            </w:r>
            <w:r>
              <w:rPr>
                <w:rFonts w:ascii="Consolas" w:hAnsi="Consolas"/>
                <w:sz w:val="14"/>
              </w:rPr>
              <w:br/>
              <w:t xml:space="preserve">      message || "",</w:t>
            </w:r>
            <w:r>
              <w:rPr>
                <w:rFonts w:ascii="Consolas" w:hAnsi="Consolas"/>
                <w:sz w:val="14"/>
              </w:rPr>
              <w:br/>
            </w:r>
            <w:r>
              <w:rPr>
                <w:rFonts w:ascii="Consolas" w:hAnsi="Consolas"/>
                <w:sz w:val="14"/>
              </w:rPr>
              <w:br/>
              <w:t xml:space="preserve">    link:</w:t>
            </w:r>
            <w:r>
              <w:rPr>
                <w:rFonts w:ascii="Consolas" w:hAnsi="Consolas"/>
                <w:sz w:val="14"/>
              </w:rPr>
              <w:br/>
              <w:t xml:space="preserve">      link || "/admin",</w:t>
            </w:r>
            <w:r>
              <w:rPr>
                <w:rFonts w:ascii="Consolas" w:hAnsi="Consolas"/>
                <w:sz w:val="14"/>
              </w:rPr>
              <w:br/>
            </w:r>
            <w:r>
              <w:rPr>
                <w:rFonts w:ascii="Consolas" w:hAnsi="Consolas"/>
                <w:sz w:val="14"/>
              </w:rPr>
              <w:br/>
              <w:t xml:space="preserve">    read: false,</w:t>
            </w:r>
            <w:r>
              <w:rPr>
                <w:rFonts w:ascii="Consolas" w:hAnsi="Consolas"/>
                <w:sz w:val="14"/>
              </w:rPr>
              <w:br/>
            </w:r>
            <w:r>
              <w:rPr>
                <w:rFonts w:ascii="Consolas" w:hAnsi="Consolas"/>
                <w:sz w:val="14"/>
              </w:rPr>
              <w:br/>
              <w:t xml:space="preserve">    createdAt:</w:t>
            </w:r>
            <w:r>
              <w:rPr>
                <w:rFonts w:ascii="Consolas" w:hAnsi="Consolas"/>
                <w:sz w:val="14"/>
              </w:rPr>
              <w:br/>
              <w:t xml:space="preserve">      new Date().toISOString(),</w:t>
            </w:r>
            <w:r>
              <w:rPr>
                <w:rFonts w:ascii="Consolas" w:hAnsi="Consolas"/>
                <w:sz w:val="14"/>
              </w:rPr>
              <w:br/>
              <w:t xml:space="preserve">  };</w:t>
            </w:r>
            <w:r>
              <w:rPr>
                <w:rFonts w:ascii="Consolas" w:hAnsi="Consolas"/>
                <w:sz w:val="14"/>
              </w:rPr>
              <w:br/>
            </w:r>
            <w:r>
              <w:rPr>
                <w:rFonts w:ascii="Consolas" w:hAnsi="Consolas"/>
                <w:sz w:val="14"/>
              </w:rPr>
              <w:br/>
              <w:t xml:space="preserve">  saveNotifications([</w:t>
            </w:r>
            <w:r>
              <w:rPr>
                <w:rFonts w:ascii="Consolas" w:hAnsi="Consolas"/>
                <w:sz w:val="14"/>
              </w:rPr>
              <w:br/>
              <w:t xml:space="preserve">    newNotification,</w:t>
            </w:r>
            <w:r>
              <w:rPr>
                <w:rFonts w:ascii="Consolas" w:hAnsi="Consolas"/>
                <w:sz w:val="14"/>
              </w:rPr>
              <w:br/>
              <w:t xml:space="preserve">    ...notifications,</w:t>
            </w:r>
            <w:r>
              <w:rPr>
                <w:rFonts w:ascii="Consolas" w:hAnsi="Consolas"/>
                <w:sz w:val="14"/>
              </w:rPr>
              <w:br/>
              <w:t xml:space="preserve">  ]);</w:t>
            </w:r>
            <w:r>
              <w:rPr>
                <w:rFonts w:ascii="Consolas" w:hAnsi="Consolas"/>
                <w:sz w:val="14"/>
              </w:rPr>
              <w:br/>
            </w:r>
            <w:r>
              <w:rPr>
                <w:rFonts w:ascii="Consolas" w:hAnsi="Consolas"/>
                <w:sz w:val="14"/>
              </w:rPr>
              <w:br/>
              <w:t xml:space="preserve">  return newNotification;</w:t>
            </w:r>
            <w:r>
              <w:rPr>
                <w:rFonts w:ascii="Consolas" w:hAnsi="Consolas"/>
                <w:sz w:val="14"/>
              </w:rPr>
              <w:br/>
              <w:t>}</w:t>
            </w:r>
          </w:p>
        </w:tc>
      </w:tr>
    </w:tbl>
    <w:p w14:paraId="7EF189B1" w14:textId="77777777" w:rsidR="000D0AE6" w:rsidRDefault="000D0AE6">
      <w:pPr>
        <w:spacing w:after="40"/>
      </w:pPr>
    </w:p>
    <w:p w14:paraId="133C5373" w14:textId="77777777" w:rsidR="000D0AE6" w:rsidRDefault="00000000">
      <w:pPr>
        <w:pStyle w:val="Heading2"/>
      </w:pPr>
      <w:r>
        <w:t>Archive Instead of Immediate Deletion</w:t>
      </w:r>
    </w:p>
    <w:p w14:paraId="0C5A17E8" w14:textId="77777777" w:rsidR="000D0AE6" w:rsidRDefault="00000000">
      <w:pPr>
        <w:spacing w:after="140" w:line="259" w:lineRule="auto"/>
      </w:pPr>
      <w:r>
        <w:t>For users, quotes and jobs, the project uses archive or soft-delete concepts so records can be hidden from normal lists but still remain in storage for restoration. This is safer than immediately removing business records and supports a more realistic administration workflow.</w:t>
      </w:r>
    </w:p>
    <w:tbl>
      <w:tblPr>
        <w:tblStyle w:val="TableGrid"/>
        <w:tblW w:w="0" w:type="auto"/>
        <w:jc w:val="center"/>
        <w:tblLook w:val="04A0" w:firstRow="1" w:lastRow="0" w:firstColumn="1" w:lastColumn="0" w:noHBand="0" w:noVBand="1"/>
      </w:tblPr>
      <w:tblGrid>
        <w:gridCol w:w="5083"/>
        <w:gridCol w:w="5083"/>
      </w:tblGrid>
      <w:tr w:rsidR="000D0AE6" w14:paraId="21745768" w14:textId="77777777">
        <w:trPr>
          <w:jc w:val="center"/>
        </w:trPr>
        <w:tc>
          <w:tcPr>
            <w:tcW w:w="5083" w:type="dxa"/>
            <w:shd w:val="clear" w:color="auto" w:fill="0B477F"/>
            <w:tcMar>
              <w:top w:w="80" w:type="dxa"/>
              <w:left w:w="100" w:type="dxa"/>
              <w:bottom w:w="80" w:type="dxa"/>
              <w:right w:w="100" w:type="dxa"/>
            </w:tcMar>
          </w:tcPr>
          <w:p w14:paraId="7753CA70" w14:textId="77777777" w:rsidR="000D0AE6" w:rsidRDefault="00000000">
            <w:r>
              <w:rPr>
                <w:b/>
                <w:color w:val="FFFFFF"/>
                <w:sz w:val="18"/>
              </w:rPr>
              <w:t>Record</w:t>
            </w:r>
          </w:p>
        </w:tc>
        <w:tc>
          <w:tcPr>
            <w:tcW w:w="5083" w:type="dxa"/>
            <w:shd w:val="clear" w:color="auto" w:fill="0B477F"/>
            <w:tcMar>
              <w:top w:w="80" w:type="dxa"/>
              <w:left w:w="100" w:type="dxa"/>
              <w:bottom w:w="80" w:type="dxa"/>
              <w:right w:w="100" w:type="dxa"/>
            </w:tcMar>
          </w:tcPr>
          <w:p w14:paraId="648A1C80" w14:textId="77777777" w:rsidR="000D0AE6" w:rsidRDefault="00000000">
            <w:r>
              <w:rPr>
                <w:b/>
                <w:color w:val="FFFFFF"/>
                <w:sz w:val="18"/>
              </w:rPr>
              <w:t>Soft-delete / archive approach</w:t>
            </w:r>
          </w:p>
        </w:tc>
      </w:tr>
      <w:tr w:rsidR="000D0AE6" w14:paraId="058DD833" w14:textId="77777777">
        <w:trPr>
          <w:jc w:val="center"/>
        </w:trPr>
        <w:tc>
          <w:tcPr>
            <w:tcW w:w="5083" w:type="dxa"/>
            <w:tcMar>
              <w:top w:w="80" w:type="dxa"/>
              <w:left w:w="100" w:type="dxa"/>
              <w:bottom w:w="80" w:type="dxa"/>
              <w:right w:w="100" w:type="dxa"/>
            </w:tcMar>
            <w:vAlign w:val="center"/>
          </w:tcPr>
          <w:p w14:paraId="074A02C2" w14:textId="77777777" w:rsidR="000D0AE6" w:rsidRDefault="00000000">
            <w:r>
              <w:rPr>
                <w:sz w:val="17"/>
              </w:rPr>
              <w:t>Users</w:t>
            </w:r>
          </w:p>
        </w:tc>
        <w:tc>
          <w:tcPr>
            <w:tcW w:w="5083" w:type="dxa"/>
            <w:tcMar>
              <w:top w:w="80" w:type="dxa"/>
              <w:left w:w="100" w:type="dxa"/>
              <w:bottom w:w="80" w:type="dxa"/>
              <w:right w:w="100" w:type="dxa"/>
            </w:tcMar>
            <w:vAlign w:val="center"/>
          </w:tcPr>
          <w:p w14:paraId="3D587503" w14:textId="77777777" w:rsidR="000D0AE6" w:rsidRDefault="00000000">
            <w:r>
              <w:rPr>
                <w:sz w:val="17"/>
              </w:rPr>
              <w:t>archived and archivedAt fields</w:t>
            </w:r>
          </w:p>
        </w:tc>
      </w:tr>
      <w:tr w:rsidR="000D0AE6" w14:paraId="61D51D07" w14:textId="77777777">
        <w:trPr>
          <w:jc w:val="center"/>
        </w:trPr>
        <w:tc>
          <w:tcPr>
            <w:tcW w:w="5083" w:type="dxa"/>
            <w:tcMar>
              <w:top w:w="80" w:type="dxa"/>
              <w:left w:w="100" w:type="dxa"/>
              <w:bottom w:w="80" w:type="dxa"/>
              <w:right w:w="100" w:type="dxa"/>
            </w:tcMar>
            <w:vAlign w:val="center"/>
          </w:tcPr>
          <w:p w14:paraId="2DABC36B" w14:textId="77777777" w:rsidR="000D0AE6" w:rsidRDefault="00000000">
            <w:r>
              <w:rPr>
                <w:sz w:val="17"/>
              </w:rPr>
              <w:t>Quotes</w:t>
            </w:r>
          </w:p>
        </w:tc>
        <w:tc>
          <w:tcPr>
            <w:tcW w:w="5083" w:type="dxa"/>
            <w:tcMar>
              <w:top w:w="80" w:type="dxa"/>
              <w:left w:w="100" w:type="dxa"/>
              <w:bottom w:w="80" w:type="dxa"/>
              <w:right w:w="100" w:type="dxa"/>
            </w:tcMar>
            <w:vAlign w:val="center"/>
          </w:tcPr>
          <w:p w14:paraId="31749DC3" w14:textId="77777777" w:rsidR="000D0AE6" w:rsidRDefault="00000000">
            <w:r>
              <w:rPr>
                <w:sz w:val="17"/>
              </w:rPr>
              <w:t>isDeleted, deletedAt and restoredAt fields</w:t>
            </w:r>
          </w:p>
        </w:tc>
      </w:tr>
      <w:tr w:rsidR="000D0AE6" w14:paraId="70BE59A5" w14:textId="77777777">
        <w:trPr>
          <w:jc w:val="center"/>
        </w:trPr>
        <w:tc>
          <w:tcPr>
            <w:tcW w:w="5083" w:type="dxa"/>
            <w:tcMar>
              <w:top w:w="80" w:type="dxa"/>
              <w:left w:w="100" w:type="dxa"/>
              <w:bottom w:w="80" w:type="dxa"/>
              <w:right w:w="100" w:type="dxa"/>
            </w:tcMar>
            <w:vAlign w:val="center"/>
          </w:tcPr>
          <w:p w14:paraId="47C7718E" w14:textId="77777777" w:rsidR="000D0AE6" w:rsidRDefault="00000000">
            <w:r>
              <w:rPr>
                <w:sz w:val="17"/>
              </w:rPr>
              <w:t>Jobs</w:t>
            </w:r>
          </w:p>
        </w:tc>
        <w:tc>
          <w:tcPr>
            <w:tcW w:w="5083" w:type="dxa"/>
            <w:tcMar>
              <w:top w:w="80" w:type="dxa"/>
              <w:left w:w="100" w:type="dxa"/>
              <w:bottom w:w="80" w:type="dxa"/>
              <w:right w:w="100" w:type="dxa"/>
            </w:tcMar>
            <w:vAlign w:val="center"/>
          </w:tcPr>
          <w:p w14:paraId="495C3086" w14:textId="77777777" w:rsidR="000D0AE6" w:rsidRDefault="00000000">
            <w:r>
              <w:rPr>
                <w:sz w:val="17"/>
              </w:rPr>
              <w:t>isDeleted, deletedAt and restoredAt fields</w:t>
            </w:r>
          </w:p>
        </w:tc>
      </w:tr>
    </w:tbl>
    <w:p w14:paraId="51820E65" w14:textId="77777777" w:rsidR="000D0AE6" w:rsidRDefault="00000000">
      <w:pPr>
        <w:spacing w:after="140" w:line="259" w:lineRule="auto"/>
      </w:pPr>
      <w:r>
        <w:t>The UI keeps the action name Delete where required, but the intention is to move the record into an archive rather than permanently destroy it. Permanent deletion is kept as a separate service operation.</w:t>
      </w:r>
    </w:p>
    <w:p w14:paraId="056F117C" w14:textId="77777777" w:rsidR="000D0AE6" w:rsidRDefault="00000000">
      <w:r>
        <w:br w:type="page"/>
      </w:r>
    </w:p>
    <w:p w14:paraId="10FE7EE4" w14:textId="77777777" w:rsidR="000D0AE6" w:rsidRDefault="00000000">
      <w:pPr>
        <w:pStyle w:val="Heading1"/>
      </w:pPr>
      <w:r>
        <w:lastRenderedPageBreak/>
        <w:t>12. Data Storage</w:t>
      </w:r>
    </w:p>
    <w:p w14:paraId="0E56B730" w14:textId="77777777" w:rsidR="000D0AE6" w:rsidRDefault="00000000">
      <w:pPr>
        <w:spacing w:after="140" w:line="259" w:lineRule="auto"/>
      </w:pPr>
      <w:r>
        <w:t>MoveOS currently stores its data in the browser using Local Storage. This was chosen to keep the prototype lightweight while the core business logic and user journeys were still being developed and tested.</w:t>
      </w:r>
    </w:p>
    <w:p w14:paraId="2FBE756B" w14:textId="77777777" w:rsidR="000D0AE6" w:rsidRDefault="00000000">
      <w:pPr>
        <w:spacing w:after="60"/>
      </w:pPr>
      <w:r>
        <w:rPr>
          <w:b/>
          <w:color w:val="0B477F"/>
        </w:rPr>
        <w:t>Extract - storageService.js: application storage keys</w:t>
      </w:r>
    </w:p>
    <w:tbl>
      <w:tblPr>
        <w:tblW w:w="0" w:type="auto"/>
        <w:jc w:val="center"/>
        <w:tblLook w:val="04A0" w:firstRow="1" w:lastRow="0" w:firstColumn="1" w:lastColumn="0" w:noHBand="0" w:noVBand="1"/>
      </w:tblPr>
      <w:tblGrid>
        <w:gridCol w:w="10166"/>
      </w:tblGrid>
      <w:tr w:rsidR="000D0AE6" w14:paraId="21A45439" w14:textId="77777777">
        <w:trPr>
          <w:jc w:val="center"/>
        </w:trPr>
        <w:tc>
          <w:tcPr>
            <w:tcW w:w="10166" w:type="dxa"/>
            <w:shd w:val="clear" w:color="auto" w:fill="F3F6F8"/>
            <w:tcMar>
              <w:top w:w="100" w:type="dxa"/>
              <w:left w:w="120" w:type="dxa"/>
              <w:bottom w:w="100" w:type="dxa"/>
              <w:right w:w="120" w:type="dxa"/>
            </w:tcMar>
          </w:tcPr>
          <w:p w14:paraId="38AB6090" w14:textId="77777777" w:rsidR="000D0AE6" w:rsidRDefault="00000000">
            <w:pPr>
              <w:spacing w:after="0" w:line="240" w:lineRule="auto"/>
            </w:pPr>
            <w:r>
              <w:rPr>
                <w:rFonts w:ascii="Consolas" w:hAnsi="Consolas"/>
                <w:sz w:val="14"/>
              </w:rPr>
              <w:t>export const STORAGE_KEYS = {</w:t>
            </w:r>
            <w:r>
              <w:rPr>
                <w:rFonts w:ascii="Consolas" w:hAnsi="Consolas"/>
                <w:sz w:val="14"/>
              </w:rPr>
              <w:br/>
              <w:t xml:space="preserve">  USERS: "moveosUsers",</w:t>
            </w:r>
            <w:r>
              <w:rPr>
                <w:rFonts w:ascii="Consolas" w:hAnsi="Consolas"/>
                <w:sz w:val="14"/>
              </w:rPr>
              <w:br/>
              <w:t xml:space="preserve">  LEGACY_USERS: "moveosRegisteredUsers",</w:t>
            </w:r>
            <w:r>
              <w:rPr>
                <w:rFonts w:ascii="Consolas" w:hAnsi="Consolas"/>
                <w:sz w:val="14"/>
              </w:rPr>
              <w:br/>
            </w:r>
            <w:r>
              <w:rPr>
                <w:rFonts w:ascii="Consolas" w:hAnsi="Consolas"/>
                <w:sz w:val="14"/>
              </w:rPr>
              <w:br/>
              <w:t xml:space="preserve">  QUOTES: "moveosQuotes",</w:t>
            </w:r>
            <w:r>
              <w:rPr>
                <w:rFonts w:ascii="Consolas" w:hAnsi="Consolas"/>
                <w:sz w:val="14"/>
              </w:rPr>
              <w:br/>
              <w:t xml:space="preserve">  LEGACY_QUOTES: "moveosQuoteRequests",</w:t>
            </w:r>
            <w:r>
              <w:rPr>
                <w:rFonts w:ascii="Consolas" w:hAnsi="Consolas"/>
                <w:sz w:val="14"/>
              </w:rPr>
              <w:br/>
            </w:r>
            <w:r>
              <w:rPr>
                <w:rFonts w:ascii="Consolas" w:hAnsi="Consolas"/>
                <w:sz w:val="14"/>
              </w:rPr>
              <w:br/>
              <w:t xml:space="preserve">  BOOKINGS: "moveosBookings",</w:t>
            </w:r>
            <w:r>
              <w:rPr>
                <w:rFonts w:ascii="Consolas" w:hAnsi="Consolas"/>
                <w:sz w:val="14"/>
              </w:rPr>
              <w:br/>
              <w:t xml:space="preserve">  CALENDAR_EVENTS: "moveosCalendarEvents",</w:t>
            </w:r>
            <w:r>
              <w:rPr>
                <w:rFonts w:ascii="Consolas" w:hAnsi="Consolas"/>
                <w:sz w:val="14"/>
              </w:rPr>
              <w:br/>
            </w:r>
            <w:r>
              <w:rPr>
                <w:rFonts w:ascii="Consolas" w:hAnsi="Consolas"/>
                <w:sz w:val="14"/>
              </w:rPr>
              <w:br/>
              <w:t xml:space="preserve">  JOBS: "moveosJobs",</w:t>
            </w:r>
            <w:r>
              <w:rPr>
                <w:rFonts w:ascii="Consolas" w:hAnsi="Consolas"/>
                <w:sz w:val="14"/>
              </w:rPr>
              <w:br/>
              <w:t xml:space="preserve">  VEHICLES: "moveosVehicles",</w:t>
            </w:r>
            <w:r>
              <w:rPr>
                <w:rFonts w:ascii="Consolas" w:hAnsi="Consolas"/>
                <w:sz w:val="14"/>
              </w:rPr>
              <w:br/>
            </w:r>
            <w:r>
              <w:rPr>
                <w:rFonts w:ascii="Consolas" w:hAnsi="Consolas"/>
                <w:sz w:val="14"/>
              </w:rPr>
              <w:br/>
              <w:t xml:space="preserve">  NOTIFICATIONS: "moveosNotifications",</w:t>
            </w:r>
            <w:r>
              <w:rPr>
                <w:rFonts w:ascii="Consolas" w:hAnsi="Consolas"/>
                <w:sz w:val="14"/>
              </w:rPr>
              <w:br/>
            </w:r>
            <w:r>
              <w:rPr>
                <w:rFonts w:ascii="Consolas" w:hAnsi="Consolas"/>
                <w:sz w:val="14"/>
              </w:rPr>
              <w:br/>
              <w:t xml:space="preserve">  CURRENT_USER: "moveosUser",</w:t>
            </w:r>
            <w:r>
              <w:rPr>
                <w:rFonts w:ascii="Consolas" w:hAnsi="Consolas"/>
                <w:sz w:val="14"/>
              </w:rPr>
              <w:br/>
              <w:t>};</w:t>
            </w:r>
          </w:p>
        </w:tc>
      </w:tr>
    </w:tbl>
    <w:p w14:paraId="383FD55D" w14:textId="77777777" w:rsidR="000D0AE6" w:rsidRDefault="000D0AE6">
      <w:pPr>
        <w:spacing w:after="40"/>
      </w:pPr>
    </w:p>
    <w:tbl>
      <w:tblPr>
        <w:tblStyle w:val="TableGrid"/>
        <w:tblW w:w="0" w:type="auto"/>
        <w:jc w:val="center"/>
        <w:tblLook w:val="04A0" w:firstRow="1" w:lastRow="0" w:firstColumn="1" w:lastColumn="0" w:noHBand="0" w:noVBand="1"/>
      </w:tblPr>
      <w:tblGrid>
        <w:gridCol w:w="5083"/>
        <w:gridCol w:w="5083"/>
      </w:tblGrid>
      <w:tr w:rsidR="000D0AE6" w14:paraId="4C2DF26D" w14:textId="77777777">
        <w:trPr>
          <w:jc w:val="center"/>
        </w:trPr>
        <w:tc>
          <w:tcPr>
            <w:tcW w:w="5083" w:type="dxa"/>
            <w:shd w:val="clear" w:color="auto" w:fill="0B477F"/>
            <w:tcMar>
              <w:top w:w="80" w:type="dxa"/>
              <w:left w:w="100" w:type="dxa"/>
              <w:bottom w:w="80" w:type="dxa"/>
              <w:right w:w="100" w:type="dxa"/>
            </w:tcMar>
          </w:tcPr>
          <w:p w14:paraId="03E935A5" w14:textId="77777777" w:rsidR="000D0AE6" w:rsidRDefault="00000000">
            <w:r>
              <w:rPr>
                <w:b/>
                <w:color w:val="FFFFFF"/>
                <w:sz w:val="18"/>
              </w:rPr>
              <w:t>Local Storage key</w:t>
            </w:r>
          </w:p>
        </w:tc>
        <w:tc>
          <w:tcPr>
            <w:tcW w:w="5083" w:type="dxa"/>
            <w:shd w:val="clear" w:color="auto" w:fill="0B477F"/>
            <w:tcMar>
              <w:top w:w="80" w:type="dxa"/>
              <w:left w:w="100" w:type="dxa"/>
              <w:bottom w:w="80" w:type="dxa"/>
              <w:right w:w="100" w:type="dxa"/>
            </w:tcMar>
          </w:tcPr>
          <w:p w14:paraId="24BB9ACA" w14:textId="77777777" w:rsidR="000D0AE6" w:rsidRDefault="00000000">
            <w:r>
              <w:rPr>
                <w:b/>
                <w:color w:val="FFFFFF"/>
                <w:sz w:val="18"/>
              </w:rPr>
              <w:t>Data</w:t>
            </w:r>
          </w:p>
        </w:tc>
      </w:tr>
      <w:tr w:rsidR="000D0AE6" w14:paraId="62FE5660" w14:textId="77777777">
        <w:trPr>
          <w:jc w:val="center"/>
        </w:trPr>
        <w:tc>
          <w:tcPr>
            <w:tcW w:w="5083" w:type="dxa"/>
            <w:tcMar>
              <w:top w:w="80" w:type="dxa"/>
              <w:left w:w="100" w:type="dxa"/>
              <w:bottom w:w="80" w:type="dxa"/>
              <w:right w:w="100" w:type="dxa"/>
            </w:tcMar>
            <w:vAlign w:val="center"/>
          </w:tcPr>
          <w:p w14:paraId="19BA1E89" w14:textId="77777777" w:rsidR="000D0AE6" w:rsidRDefault="00000000">
            <w:r>
              <w:rPr>
                <w:sz w:val="17"/>
              </w:rPr>
              <w:t>moveosUsers</w:t>
            </w:r>
          </w:p>
        </w:tc>
        <w:tc>
          <w:tcPr>
            <w:tcW w:w="5083" w:type="dxa"/>
            <w:tcMar>
              <w:top w:w="80" w:type="dxa"/>
              <w:left w:w="100" w:type="dxa"/>
              <w:bottom w:w="80" w:type="dxa"/>
              <w:right w:w="100" w:type="dxa"/>
            </w:tcMar>
            <w:vAlign w:val="center"/>
          </w:tcPr>
          <w:p w14:paraId="14322691" w14:textId="77777777" w:rsidR="000D0AE6" w:rsidRDefault="00000000">
            <w:r>
              <w:rPr>
                <w:sz w:val="17"/>
              </w:rPr>
              <w:t>Customer and driver managed user accounts</w:t>
            </w:r>
          </w:p>
        </w:tc>
      </w:tr>
      <w:tr w:rsidR="000D0AE6" w14:paraId="4E9D8754" w14:textId="77777777">
        <w:trPr>
          <w:jc w:val="center"/>
        </w:trPr>
        <w:tc>
          <w:tcPr>
            <w:tcW w:w="5083" w:type="dxa"/>
            <w:tcMar>
              <w:top w:w="80" w:type="dxa"/>
              <w:left w:w="100" w:type="dxa"/>
              <w:bottom w:w="80" w:type="dxa"/>
              <w:right w:w="100" w:type="dxa"/>
            </w:tcMar>
            <w:vAlign w:val="center"/>
          </w:tcPr>
          <w:p w14:paraId="52448893" w14:textId="77777777" w:rsidR="000D0AE6" w:rsidRDefault="00000000">
            <w:r>
              <w:rPr>
                <w:sz w:val="17"/>
              </w:rPr>
              <w:t>moveosQuotes</w:t>
            </w:r>
          </w:p>
        </w:tc>
        <w:tc>
          <w:tcPr>
            <w:tcW w:w="5083" w:type="dxa"/>
            <w:tcMar>
              <w:top w:w="80" w:type="dxa"/>
              <w:left w:w="100" w:type="dxa"/>
              <w:bottom w:w="80" w:type="dxa"/>
              <w:right w:w="100" w:type="dxa"/>
            </w:tcMar>
            <w:vAlign w:val="center"/>
          </w:tcPr>
          <w:p w14:paraId="2A38583B" w14:textId="77777777" w:rsidR="000D0AE6" w:rsidRDefault="00000000">
            <w:r>
              <w:rPr>
                <w:sz w:val="17"/>
              </w:rPr>
              <w:t>Quotation requests and quotation details</w:t>
            </w:r>
          </w:p>
        </w:tc>
      </w:tr>
      <w:tr w:rsidR="000D0AE6" w14:paraId="02284E1E" w14:textId="77777777">
        <w:trPr>
          <w:jc w:val="center"/>
        </w:trPr>
        <w:tc>
          <w:tcPr>
            <w:tcW w:w="5083" w:type="dxa"/>
            <w:tcMar>
              <w:top w:w="80" w:type="dxa"/>
              <w:left w:w="100" w:type="dxa"/>
              <w:bottom w:w="80" w:type="dxa"/>
              <w:right w:w="100" w:type="dxa"/>
            </w:tcMar>
            <w:vAlign w:val="center"/>
          </w:tcPr>
          <w:p w14:paraId="0C5D8EB1" w14:textId="77777777" w:rsidR="000D0AE6" w:rsidRDefault="00000000">
            <w:r>
              <w:rPr>
                <w:sz w:val="17"/>
              </w:rPr>
              <w:t>moveosBookings</w:t>
            </w:r>
          </w:p>
        </w:tc>
        <w:tc>
          <w:tcPr>
            <w:tcW w:w="5083" w:type="dxa"/>
            <w:tcMar>
              <w:top w:w="80" w:type="dxa"/>
              <w:left w:w="100" w:type="dxa"/>
              <w:bottom w:w="80" w:type="dxa"/>
              <w:right w:w="100" w:type="dxa"/>
            </w:tcMar>
            <w:vAlign w:val="center"/>
          </w:tcPr>
          <w:p w14:paraId="7C37C25C" w14:textId="77777777" w:rsidR="000D0AE6" w:rsidRDefault="00000000">
            <w:r>
              <w:rPr>
                <w:sz w:val="17"/>
              </w:rPr>
              <w:t>Confirmed bookings</w:t>
            </w:r>
          </w:p>
        </w:tc>
      </w:tr>
      <w:tr w:rsidR="000D0AE6" w14:paraId="4EADEB01" w14:textId="77777777">
        <w:trPr>
          <w:jc w:val="center"/>
        </w:trPr>
        <w:tc>
          <w:tcPr>
            <w:tcW w:w="5083" w:type="dxa"/>
            <w:tcMar>
              <w:top w:w="80" w:type="dxa"/>
              <w:left w:w="100" w:type="dxa"/>
              <w:bottom w:w="80" w:type="dxa"/>
              <w:right w:w="100" w:type="dxa"/>
            </w:tcMar>
            <w:vAlign w:val="center"/>
          </w:tcPr>
          <w:p w14:paraId="5F4990C4" w14:textId="77777777" w:rsidR="000D0AE6" w:rsidRDefault="00000000">
            <w:r>
              <w:rPr>
                <w:sz w:val="17"/>
              </w:rPr>
              <w:t>moveosCalendarEvents</w:t>
            </w:r>
          </w:p>
        </w:tc>
        <w:tc>
          <w:tcPr>
            <w:tcW w:w="5083" w:type="dxa"/>
            <w:tcMar>
              <w:top w:w="80" w:type="dxa"/>
              <w:left w:w="100" w:type="dxa"/>
              <w:bottom w:w="80" w:type="dxa"/>
              <w:right w:w="100" w:type="dxa"/>
            </w:tcMar>
            <w:vAlign w:val="center"/>
          </w:tcPr>
          <w:p w14:paraId="24438E11" w14:textId="77777777" w:rsidR="000D0AE6" w:rsidRDefault="00000000">
            <w:r>
              <w:rPr>
                <w:sz w:val="17"/>
              </w:rPr>
              <w:t>Calendar entries created from bookings</w:t>
            </w:r>
          </w:p>
        </w:tc>
      </w:tr>
      <w:tr w:rsidR="000D0AE6" w14:paraId="471729A7" w14:textId="77777777">
        <w:trPr>
          <w:jc w:val="center"/>
        </w:trPr>
        <w:tc>
          <w:tcPr>
            <w:tcW w:w="5083" w:type="dxa"/>
            <w:tcMar>
              <w:top w:w="80" w:type="dxa"/>
              <w:left w:w="100" w:type="dxa"/>
              <w:bottom w:w="80" w:type="dxa"/>
              <w:right w:w="100" w:type="dxa"/>
            </w:tcMar>
            <w:vAlign w:val="center"/>
          </w:tcPr>
          <w:p w14:paraId="011D747C" w14:textId="77777777" w:rsidR="000D0AE6" w:rsidRDefault="00000000">
            <w:r>
              <w:rPr>
                <w:sz w:val="17"/>
              </w:rPr>
              <w:t>moveosJobs</w:t>
            </w:r>
          </w:p>
        </w:tc>
        <w:tc>
          <w:tcPr>
            <w:tcW w:w="5083" w:type="dxa"/>
            <w:tcMar>
              <w:top w:w="80" w:type="dxa"/>
              <w:left w:w="100" w:type="dxa"/>
              <w:bottom w:w="80" w:type="dxa"/>
              <w:right w:w="100" w:type="dxa"/>
            </w:tcMar>
            <w:vAlign w:val="center"/>
          </w:tcPr>
          <w:p w14:paraId="620A7AD5" w14:textId="77777777" w:rsidR="000D0AE6" w:rsidRDefault="00000000">
            <w:r>
              <w:rPr>
                <w:sz w:val="17"/>
              </w:rPr>
              <w:t>Operational job records</w:t>
            </w:r>
          </w:p>
        </w:tc>
      </w:tr>
      <w:tr w:rsidR="000D0AE6" w14:paraId="1A56CAD9" w14:textId="77777777">
        <w:trPr>
          <w:jc w:val="center"/>
        </w:trPr>
        <w:tc>
          <w:tcPr>
            <w:tcW w:w="5083" w:type="dxa"/>
            <w:tcMar>
              <w:top w:w="80" w:type="dxa"/>
              <w:left w:w="100" w:type="dxa"/>
              <w:bottom w:w="80" w:type="dxa"/>
              <w:right w:w="100" w:type="dxa"/>
            </w:tcMar>
            <w:vAlign w:val="center"/>
          </w:tcPr>
          <w:p w14:paraId="5EA5BCAA" w14:textId="77777777" w:rsidR="000D0AE6" w:rsidRDefault="00000000">
            <w:r>
              <w:rPr>
                <w:sz w:val="17"/>
              </w:rPr>
              <w:t>moveosVehicles</w:t>
            </w:r>
          </w:p>
        </w:tc>
        <w:tc>
          <w:tcPr>
            <w:tcW w:w="5083" w:type="dxa"/>
            <w:tcMar>
              <w:top w:w="80" w:type="dxa"/>
              <w:left w:w="100" w:type="dxa"/>
              <w:bottom w:w="80" w:type="dxa"/>
              <w:right w:w="100" w:type="dxa"/>
            </w:tcMar>
            <w:vAlign w:val="center"/>
          </w:tcPr>
          <w:p w14:paraId="1743AD29" w14:textId="77777777" w:rsidR="000D0AE6" w:rsidRDefault="00000000">
            <w:r>
              <w:rPr>
                <w:sz w:val="17"/>
              </w:rPr>
              <w:t>Vehicle records / future vehicle management</w:t>
            </w:r>
          </w:p>
        </w:tc>
      </w:tr>
      <w:tr w:rsidR="000D0AE6" w14:paraId="1B186F66" w14:textId="77777777">
        <w:trPr>
          <w:jc w:val="center"/>
        </w:trPr>
        <w:tc>
          <w:tcPr>
            <w:tcW w:w="5083" w:type="dxa"/>
            <w:tcMar>
              <w:top w:w="80" w:type="dxa"/>
              <w:left w:w="100" w:type="dxa"/>
              <w:bottom w:w="80" w:type="dxa"/>
              <w:right w:w="100" w:type="dxa"/>
            </w:tcMar>
            <w:vAlign w:val="center"/>
          </w:tcPr>
          <w:p w14:paraId="0EB0AF37" w14:textId="77777777" w:rsidR="000D0AE6" w:rsidRDefault="00000000">
            <w:r>
              <w:rPr>
                <w:sz w:val="17"/>
              </w:rPr>
              <w:t>moveosNotifications</w:t>
            </w:r>
          </w:p>
        </w:tc>
        <w:tc>
          <w:tcPr>
            <w:tcW w:w="5083" w:type="dxa"/>
            <w:tcMar>
              <w:top w:w="80" w:type="dxa"/>
              <w:left w:w="100" w:type="dxa"/>
              <w:bottom w:w="80" w:type="dxa"/>
              <w:right w:w="100" w:type="dxa"/>
            </w:tcMar>
            <w:vAlign w:val="center"/>
          </w:tcPr>
          <w:p w14:paraId="2B3E964A" w14:textId="77777777" w:rsidR="000D0AE6" w:rsidRDefault="00000000">
            <w:r>
              <w:rPr>
                <w:sz w:val="17"/>
              </w:rPr>
              <w:t>Administrator notifications</w:t>
            </w:r>
          </w:p>
        </w:tc>
      </w:tr>
      <w:tr w:rsidR="000D0AE6" w14:paraId="0051BF0B" w14:textId="77777777">
        <w:trPr>
          <w:jc w:val="center"/>
        </w:trPr>
        <w:tc>
          <w:tcPr>
            <w:tcW w:w="5083" w:type="dxa"/>
            <w:tcMar>
              <w:top w:w="80" w:type="dxa"/>
              <w:left w:w="100" w:type="dxa"/>
              <w:bottom w:w="80" w:type="dxa"/>
              <w:right w:w="100" w:type="dxa"/>
            </w:tcMar>
            <w:vAlign w:val="center"/>
          </w:tcPr>
          <w:p w14:paraId="13765FB8" w14:textId="77777777" w:rsidR="000D0AE6" w:rsidRDefault="00000000">
            <w:r>
              <w:rPr>
                <w:sz w:val="17"/>
              </w:rPr>
              <w:t>moveosUser</w:t>
            </w:r>
          </w:p>
        </w:tc>
        <w:tc>
          <w:tcPr>
            <w:tcW w:w="5083" w:type="dxa"/>
            <w:tcMar>
              <w:top w:w="80" w:type="dxa"/>
              <w:left w:w="100" w:type="dxa"/>
              <w:bottom w:w="80" w:type="dxa"/>
              <w:right w:w="100" w:type="dxa"/>
            </w:tcMar>
            <w:vAlign w:val="center"/>
          </w:tcPr>
          <w:p w14:paraId="3F42CA25" w14:textId="77777777" w:rsidR="000D0AE6" w:rsidRDefault="00000000">
            <w:r>
              <w:rPr>
                <w:sz w:val="17"/>
              </w:rPr>
              <w:t>Currently logged-in user</w:t>
            </w:r>
          </w:p>
        </w:tc>
      </w:tr>
    </w:tbl>
    <w:p w14:paraId="5B1AB50D" w14:textId="77777777" w:rsidR="000D0AE6" w:rsidRDefault="00000000">
      <w:pPr>
        <w:spacing w:after="140" w:line="259" w:lineRule="auto"/>
      </w:pPr>
      <w:r>
        <w:t>Local Storage is suitable for a prototype but it is not a production multi-user database. Data is tied to the browser/device and can be cleared by the user. The future cloud version will move persistence and authentication to managed cloud services.</w:t>
      </w:r>
    </w:p>
    <w:p w14:paraId="2AA0AC6F" w14:textId="77777777" w:rsidR="000D0AE6" w:rsidRDefault="00000000">
      <w:r>
        <w:br w:type="page"/>
      </w:r>
    </w:p>
    <w:p w14:paraId="7103F816" w14:textId="77777777" w:rsidR="000D0AE6" w:rsidRDefault="00000000">
      <w:pPr>
        <w:pStyle w:val="Heading1"/>
      </w:pPr>
      <w:r>
        <w:lastRenderedPageBreak/>
        <w:t>13. Selected Source Code Evidence</w:t>
      </w:r>
    </w:p>
    <w:p w14:paraId="4051550F" w14:textId="77777777" w:rsidR="000D0AE6" w:rsidRDefault="00000000">
      <w:pPr>
        <w:spacing w:after="140" w:line="259" w:lineRule="auto"/>
      </w:pPr>
      <w:r>
        <w:t>The following extracts show the main technical patterns used across the project. The complete project contains separate files for authentication, users, quotes, bookings, jobs, notifications and storage.</w:t>
      </w:r>
    </w:p>
    <w:p w14:paraId="0B38FE0A" w14:textId="77777777" w:rsidR="000D0AE6" w:rsidRDefault="00000000">
      <w:pPr>
        <w:spacing w:after="60"/>
      </w:pPr>
      <w:r>
        <w:rPr>
          <w:b/>
          <w:color w:val="0B477F"/>
        </w:rPr>
        <w:t>13.1 Authentication and driver account checks</w:t>
      </w:r>
    </w:p>
    <w:tbl>
      <w:tblPr>
        <w:tblW w:w="0" w:type="auto"/>
        <w:jc w:val="center"/>
        <w:tblLook w:val="04A0" w:firstRow="1" w:lastRow="0" w:firstColumn="1" w:lastColumn="0" w:noHBand="0" w:noVBand="1"/>
      </w:tblPr>
      <w:tblGrid>
        <w:gridCol w:w="10166"/>
      </w:tblGrid>
      <w:tr w:rsidR="000D0AE6" w14:paraId="6F506182" w14:textId="77777777">
        <w:trPr>
          <w:jc w:val="center"/>
        </w:trPr>
        <w:tc>
          <w:tcPr>
            <w:tcW w:w="10166" w:type="dxa"/>
            <w:shd w:val="clear" w:color="auto" w:fill="F3F6F8"/>
            <w:tcMar>
              <w:top w:w="100" w:type="dxa"/>
              <w:left w:w="120" w:type="dxa"/>
              <w:bottom w:w="100" w:type="dxa"/>
              <w:right w:w="120" w:type="dxa"/>
            </w:tcMar>
          </w:tcPr>
          <w:p w14:paraId="24767417" w14:textId="77777777" w:rsidR="000D0AE6" w:rsidRDefault="00000000">
            <w:pPr>
              <w:spacing w:after="0" w:line="240" w:lineRule="auto"/>
            </w:pPr>
            <w:r>
              <w:rPr>
                <w:rFonts w:ascii="Consolas" w:hAnsi="Consolas"/>
                <w:sz w:val="14"/>
              </w:rPr>
              <w:t>export function authenticateUser(</w:t>
            </w:r>
            <w:r>
              <w:rPr>
                <w:rFonts w:ascii="Consolas" w:hAnsi="Consolas"/>
                <w:sz w:val="14"/>
              </w:rPr>
              <w:br/>
              <w:t xml:space="preserve">  email,</w:t>
            </w:r>
            <w:r>
              <w:rPr>
                <w:rFonts w:ascii="Consolas" w:hAnsi="Consolas"/>
                <w:sz w:val="14"/>
              </w:rPr>
              <w:br/>
              <w:t xml:space="preserve">  password</w:t>
            </w:r>
            <w:r>
              <w:rPr>
                <w:rFonts w:ascii="Consolas" w:hAnsi="Consolas"/>
                <w:sz w:val="14"/>
              </w:rPr>
              <w:br/>
              <w:t>) {</w:t>
            </w:r>
            <w:r>
              <w:rPr>
                <w:rFonts w:ascii="Consolas" w:hAnsi="Consolas"/>
                <w:sz w:val="14"/>
              </w:rPr>
              <w:br/>
              <w:t xml:space="preserve">  const normalisedEmail = String(</w:t>
            </w:r>
            <w:r>
              <w:rPr>
                <w:rFonts w:ascii="Consolas" w:hAnsi="Consolas"/>
                <w:sz w:val="14"/>
              </w:rPr>
              <w:br/>
              <w:t xml:space="preserve">    email || ""</w:t>
            </w:r>
            <w:r>
              <w:rPr>
                <w:rFonts w:ascii="Consolas" w:hAnsi="Consolas"/>
                <w:sz w:val="14"/>
              </w:rPr>
              <w:br/>
              <w:t xml:space="preserve">  )</w:t>
            </w:r>
            <w:r>
              <w:rPr>
                <w:rFonts w:ascii="Consolas" w:hAnsi="Consolas"/>
                <w:sz w:val="14"/>
              </w:rPr>
              <w:br/>
              <w:t xml:space="preserve">    .trim()</w:t>
            </w:r>
            <w:r>
              <w:rPr>
                <w:rFonts w:ascii="Consolas" w:hAnsi="Consolas"/>
                <w:sz w:val="14"/>
              </w:rPr>
              <w:br/>
              <w:t xml:space="preserve">    .toLowerCase();</w:t>
            </w:r>
            <w:r>
              <w:rPr>
                <w:rFonts w:ascii="Consolas" w:hAnsi="Consolas"/>
                <w:sz w:val="14"/>
              </w:rPr>
              <w:br/>
            </w:r>
            <w:r>
              <w:rPr>
                <w:rFonts w:ascii="Consolas" w:hAnsi="Consolas"/>
                <w:sz w:val="14"/>
              </w:rPr>
              <w:br/>
              <w:t xml:space="preserve">  /*</w:t>
            </w:r>
            <w:r>
              <w:rPr>
                <w:rFonts w:ascii="Consolas" w:hAnsi="Consolas"/>
                <w:sz w:val="14"/>
              </w:rPr>
              <w:br/>
              <w:t xml:space="preserve">    Administrator accounts are currently stored</w:t>
            </w:r>
            <w:r>
              <w:rPr>
                <w:rFonts w:ascii="Consolas" w:hAnsi="Consolas"/>
                <w:sz w:val="14"/>
              </w:rPr>
              <w:br/>
              <w:t xml:space="preserve">    in src/data/users.js</w:t>
            </w:r>
            <w:r>
              <w:rPr>
                <w:rFonts w:ascii="Consolas" w:hAnsi="Consolas"/>
                <w:sz w:val="14"/>
              </w:rPr>
              <w:br/>
              <w:t xml:space="preserve">  */</w:t>
            </w:r>
            <w:r>
              <w:rPr>
                <w:rFonts w:ascii="Consolas" w:hAnsi="Consolas"/>
                <w:sz w:val="14"/>
              </w:rPr>
              <w:br/>
              <w:t xml:space="preserve">  const administrator = users.find(</w:t>
            </w:r>
            <w:r>
              <w:rPr>
                <w:rFonts w:ascii="Consolas" w:hAnsi="Consolas"/>
                <w:sz w:val="14"/>
              </w:rPr>
              <w:br/>
              <w:t xml:space="preserve">    (user) =&gt;</w:t>
            </w:r>
            <w:r>
              <w:rPr>
                <w:rFonts w:ascii="Consolas" w:hAnsi="Consolas"/>
                <w:sz w:val="14"/>
              </w:rPr>
              <w:br/>
              <w:t xml:space="preserve">      String(user.email)</w:t>
            </w:r>
            <w:r>
              <w:rPr>
                <w:rFonts w:ascii="Consolas" w:hAnsi="Consolas"/>
                <w:sz w:val="14"/>
              </w:rPr>
              <w:br/>
              <w:t xml:space="preserve">        .toLowerCase() ===</w:t>
            </w:r>
            <w:r>
              <w:rPr>
                <w:rFonts w:ascii="Consolas" w:hAnsi="Consolas"/>
                <w:sz w:val="14"/>
              </w:rPr>
              <w:br/>
              <w:t xml:space="preserve">        normalisedEmail &amp;&amp;</w:t>
            </w:r>
            <w:r>
              <w:rPr>
                <w:rFonts w:ascii="Consolas" w:hAnsi="Consolas"/>
                <w:sz w:val="14"/>
              </w:rPr>
              <w:br/>
              <w:t xml:space="preserve">      user.password === password</w:t>
            </w:r>
            <w:r>
              <w:rPr>
                <w:rFonts w:ascii="Consolas" w:hAnsi="Consolas"/>
                <w:sz w:val="14"/>
              </w:rPr>
              <w:br/>
              <w:t xml:space="preserve">  );</w:t>
            </w:r>
            <w:r>
              <w:rPr>
                <w:rFonts w:ascii="Consolas" w:hAnsi="Consolas"/>
                <w:sz w:val="14"/>
              </w:rPr>
              <w:br/>
            </w:r>
            <w:r>
              <w:rPr>
                <w:rFonts w:ascii="Consolas" w:hAnsi="Consolas"/>
                <w:sz w:val="14"/>
              </w:rPr>
              <w:br/>
              <w:t xml:space="preserve">  if (administrator) {</w:t>
            </w:r>
            <w:r>
              <w:rPr>
                <w:rFonts w:ascii="Consolas" w:hAnsi="Consolas"/>
                <w:sz w:val="14"/>
              </w:rPr>
              <w:br/>
              <w:t xml:space="preserve">    return {</w:t>
            </w:r>
            <w:r>
              <w:rPr>
                <w:rFonts w:ascii="Consolas" w:hAnsi="Consolas"/>
                <w:sz w:val="14"/>
              </w:rPr>
              <w:br/>
              <w:t xml:space="preserve">      success: true,</w:t>
            </w:r>
            <w:r>
              <w:rPr>
                <w:rFonts w:ascii="Consolas" w:hAnsi="Consolas"/>
                <w:sz w:val="14"/>
              </w:rPr>
              <w:br/>
              <w:t xml:space="preserve">      user: administrator,</w:t>
            </w:r>
            <w:r>
              <w:rPr>
                <w:rFonts w:ascii="Consolas" w:hAnsi="Consolas"/>
                <w:sz w:val="14"/>
              </w:rPr>
              <w:br/>
              <w:t xml:space="preserve">    };</w:t>
            </w:r>
            <w:r>
              <w:rPr>
                <w:rFonts w:ascii="Consolas" w:hAnsi="Consolas"/>
                <w:sz w:val="14"/>
              </w:rPr>
              <w:br/>
              <w:t xml:space="preserve">  }</w:t>
            </w:r>
            <w:r>
              <w:rPr>
                <w:rFonts w:ascii="Consolas" w:hAnsi="Consolas"/>
                <w:sz w:val="14"/>
              </w:rPr>
              <w:br/>
            </w:r>
            <w:r>
              <w:rPr>
                <w:rFonts w:ascii="Consolas" w:hAnsi="Consolas"/>
                <w:sz w:val="14"/>
              </w:rPr>
              <w:br/>
              <w:t xml:space="preserve">  /*</w:t>
            </w:r>
            <w:r>
              <w:rPr>
                <w:rFonts w:ascii="Consolas" w:hAnsi="Consolas"/>
                <w:sz w:val="14"/>
              </w:rPr>
              <w:br/>
              <w:t xml:space="preserve">    Customer and Driver accounts</w:t>
            </w:r>
            <w:r>
              <w:rPr>
                <w:rFonts w:ascii="Consolas" w:hAnsi="Consolas"/>
                <w:sz w:val="14"/>
              </w:rPr>
              <w:br/>
              <w:t xml:space="preserve">  */</w:t>
            </w:r>
            <w:r>
              <w:rPr>
                <w:rFonts w:ascii="Consolas" w:hAnsi="Consolas"/>
                <w:sz w:val="14"/>
              </w:rPr>
              <w:br/>
              <w:t xml:space="preserve">  const managedUser =</w:t>
            </w:r>
            <w:r>
              <w:rPr>
                <w:rFonts w:ascii="Consolas" w:hAnsi="Consolas"/>
                <w:sz w:val="14"/>
              </w:rPr>
              <w:br/>
              <w:t xml:space="preserve">    findManagedUserByEmail(</w:t>
            </w:r>
            <w:r>
              <w:rPr>
                <w:rFonts w:ascii="Consolas" w:hAnsi="Consolas"/>
                <w:sz w:val="14"/>
              </w:rPr>
              <w:br/>
              <w:t xml:space="preserve">      normalisedEmail</w:t>
            </w:r>
            <w:r>
              <w:rPr>
                <w:rFonts w:ascii="Consolas" w:hAnsi="Consolas"/>
                <w:sz w:val="14"/>
              </w:rPr>
              <w:br/>
              <w:t xml:space="preserve">    );</w:t>
            </w:r>
            <w:r>
              <w:rPr>
                <w:rFonts w:ascii="Consolas" w:hAnsi="Consolas"/>
                <w:sz w:val="14"/>
              </w:rPr>
              <w:br/>
            </w:r>
            <w:r>
              <w:rPr>
                <w:rFonts w:ascii="Consolas" w:hAnsi="Consolas"/>
                <w:sz w:val="14"/>
              </w:rPr>
              <w:br/>
              <w:t xml:space="preserve">  if (!managedUser) {</w:t>
            </w:r>
            <w:r>
              <w:rPr>
                <w:rFonts w:ascii="Consolas" w:hAnsi="Consolas"/>
                <w:sz w:val="14"/>
              </w:rPr>
              <w:br/>
              <w:t xml:space="preserve">    return {</w:t>
            </w:r>
            <w:r>
              <w:rPr>
                <w:rFonts w:ascii="Consolas" w:hAnsi="Consolas"/>
                <w:sz w:val="14"/>
              </w:rPr>
              <w:br/>
              <w:t xml:space="preserve">      success: false,</w:t>
            </w:r>
            <w:r>
              <w:rPr>
                <w:rFonts w:ascii="Consolas" w:hAnsi="Consolas"/>
                <w:sz w:val="14"/>
              </w:rPr>
              <w:br/>
              <w:t xml:space="preserve">      message:</w:t>
            </w:r>
            <w:r>
              <w:rPr>
                <w:rFonts w:ascii="Consolas" w:hAnsi="Consolas"/>
                <w:sz w:val="14"/>
              </w:rPr>
              <w:br/>
              <w:t xml:space="preserve">        "Invalid email address or password.",</w:t>
            </w:r>
            <w:r>
              <w:rPr>
                <w:rFonts w:ascii="Consolas" w:hAnsi="Consolas"/>
                <w:sz w:val="14"/>
              </w:rPr>
              <w:br/>
              <w:t xml:space="preserve">    };</w:t>
            </w:r>
            <w:r>
              <w:rPr>
                <w:rFonts w:ascii="Consolas" w:hAnsi="Consolas"/>
                <w:sz w:val="14"/>
              </w:rPr>
              <w:br/>
              <w:t xml:space="preserve">  }</w:t>
            </w:r>
            <w:r>
              <w:rPr>
                <w:rFonts w:ascii="Consolas" w:hAnsi="Consolas"/>
                <w:sz w:val="14"/>
              </w:rPr>
              <w:br/>
            </w:r>
            <w:r>
              <w:rPr>
                <w:rFonts w:ascii="Consolas" w:hAnsi="Consolas"/>
                <w:sz w:val="14"/>
              </w:rPr>
              <w:br/>
              <w:t xml:space="preserve">  if (</w:t>
            </w:r>
            <w:r>
              <w:rPr>
                <w:rFonts w:ascii="Consolas" w:hAnsi="Consolas"/>
                <w:sz w:val="14"/>
              </w:rPr>
              <w:br/>
              <w:t xml:space="preserve">    managedUser.password !== password</w:t>
            </w:r>
            <w:r>
              <w:rPr>
                <w:rFonts w:ascii="Consolas" w:hAnsi="Consolas"/>
                <w:sz w:val="14"/>
              </w:rPr>
              <w:br/>
              <w:t xml:space="preserve">  ) {</w:t>
            </w:r>
            <w:r>
              <w:rPr>
                <w:rFonts w:ascii="Consolas" w:hAnsi="Consolas"/>
                <w:sz w:val="14"/>
              </w:rPr>
              <w:br/>
              <w:t xml:space="preserve">    return {</w:t>
            </w:r>
            <w:r>
              <w:rPr>
                <w:rFonts w:ascii="Consolas" w:hAnsi="Consolas"/>
                <w:sz w:val="14"/>
              </w:rPr>
              <w:br/>
              <w:t xml:space="preserve">      success: false,</w:t>
            </w:r>
            <w:r>
              <w:rPr>
                <w:rFonts w:ascii="Consolas" w:hAnsi="Consolas"/>
                <w:sz w:val="14"/>
              </w:rPr>
              <w:br/>
              <w:t xml:space="preserve">      message:</w:t>
            </w:r>
            <w:r>
              <w:rPr>
                <w:rFonts w:ascii="Consolas" w:hAnsi="Consolas"/>
                <w:sz w:val="14"/>
              </w:rPr>
              <w:br/>
              <w:t xml:space="preserve">        "Invalid email address or password.",</w:t>
            </w:r>
            <w:r>
              <w:rPr>
                <w:rFonts w:ascii="Consolas" w:hAnsi="Consolas"/>
                <w:sz w:val="14"/>
              </w:rPr>
              <w:br/>
              <w:t xml:space="preserve">    };</w:t>
            </w:r>
            <w:r>
              <w:rPr>
                <w:rFonts w:ascii="Consolas" w:hAnsi="Consolas"/>
                <w:sz w:val="14"/>
              </w:rPr>
              <w:br/>
              <w:t xml:space="preserve">  }</w:t>
            </w:r>
            <w:r>
              <w:rPr>
                <w:rFonts w:ascii="Consolas" w:hAnsi="Consolas"/>
                <w:sz w:val="14"/>
              </w:rPr>
              <w:br/>
            </w:r>
            <w:r>
              <w:rPr>
                <w:rFonts w:ascii="Consolas" w:hAnsi="Consolas"/>
                <w:sz w:val="14"/>
              </w:rPr>
              <w:br/>
              <w:t xml:space="preserve">  /*</w:t>
            </w:r>
            <w:r>
              <w:rPr>
                <w:rFonts w:ascii="Consolas" w:hAnsi="Consolas"/>
                <w:sz w:val="14"/>
              </w:rPr>
              <w:br/>
              <w:t xml:space="preserve">    Archived accounts cannot log in.</w:t>
            </w:r>
            <w:r>
              <w:rPr>
                <w:rFonts w:ascii="Consolas" w:hAnsi="Consolas"/>
                <w:sz w:val="14"/>
              </w:rPr>
              <w:br/>
              <w:t xml:space="preserve">  */</w:t>
            </w:r>
            <w:r>
              <w:rPr>
                <w:rFonts w:ascii="Consolas" w:hAnsi="Consolas"/>
                <w:sz w:val="14"/>
              </w:rPr>
              <w:br/>
              <w:t xml:space="preserve">  if (managedUser.archived) {</w:t>
            </w:r>
            <w:r>
              <w:rPr>
                <w:rFonts w:ascii="Consolas" w:hAnsi="Consolas"/>
                <w:sz w:val="14"/>
              </w:rPr>
              <w:br/>
              <w:t xml:space="preserve">    return {</w:t>
            </w:r>
            <w:r>
              <w:rPr>
                <w:rFonts w:ascii="Consolas" w:hAnsi="Consolas"/>
                <w:sz w:val="14"/>
              </w:rPr>
              <w:br/>
              <w:t xml:space="preserve">      success: false,</w:t>
            </w:r>
            <w:r>
              <w:rPr>
                <w:rFonts w:ascii="Consolas" w:hAnsi="Consolas"/>
                <w:sz w:val="14"/>
              </w:rPr>
              <w:br/>
              <w:t xml:space="preserve">      message:</w:t>
            </w:r>
            <w:r>
              <w:rPr>
                <w:rFonts w:ascii="Consolas" w:hAnsi="Consolas"/>
                <w:sz w:val="14"/>
              </w:rPr>
              <w:br/>
              <w:t xml:space="preserve">        "This account is no longer active.",</w:t>
            </w:r>
            <w:r>
              <w:rPr>
                <w:rFonts w:ascii="Consolas" w:hAnsi="Consolas"/>
                <w:sz w:val="14"/>
              </w:rPr>
              <w:br/>
              <w:t xml:space="preserve">    };</w:t>
            </w:r>
            <w:r>
              <w:rPr>
                <w:rFonts w:ascii="Consolas" w:hAnsi="Consolas"/>
                <w:sz w:val="14"/>
              </w:rPr>
              <w:br/>
              <w:t xml:space="preserve">  }</w:t>
            </w:r>
            <w:r>
              <w:rPr>
                <w:rFonts w:ascii="Consolas" w:hAnsi="Consolas"/>
                <w:sz w:val="14"/>
              </w:rPr>
              <w:br/>
            </w:r>
            <w:r>
              <w:rPr>
                <w:rFonts w:ascii="Consolas" w:hAnsi="Consolas"/>
                <w:sz w:val="14"/>
              </w:rPr>
              <w:br/>
              <w:t xml:space="preserve">  /*</w:t>
            </w:r>
            <w:r>
              <w:rPr>
                <w:rFonts w:ascii="Consolas" w:hAnsi="Consolas"/>
                <w:sz w:val="14"/>
              </w:rPr>
              <w:br/>
              <w:t xml:space="preserve">    Pending drivers must wait for approval.</w:t>
            </w:r>
            <w:r>
              <w:rPr>
                <w:rFonts w:ascii="Consolas" w:hAnsi="Consolas"/>
                <w:sz w:val="14"/>
              </w:rPr>
              <w:br/>
              <w:t xml:space="preserve">  */</w:t>
            </w:r>
            <w:r>
              <w:rPr>
                <w:rFonts w:ascii="Consolas" w:hAnsi="Consolas"/>
                <w:sz w:val="14"/>
              </w:rPr>
              <w:br/>
              <w:t xml:space="preserve">  if (</w:t>
            </w:r>
            <w:r>
              <w:rPr>
                <w:rFonts w:ascii="Consolas" w:hAnsi="Consolas"/>
                <w:sz w:val="14"/>
              </w:rPr>
              <w:br/>
              <w:t xml:space="preserve">    managedUser.role ===</w:t>
            </w:r>
            <w:r>
              <w:rPr>
                <w:rFonts w:ascii="Consolas" w:hAnsi="Consolas"/>
                <w:sz w:val="14"/>
              </w:rPr>
              <w:br/>
              <w:t xml:space="preserve">      USER_ROLES.DRIVER &amp;&amp;</w:t>
            </w:r>
            <w:r>
              <w:rPr>
                <w:rFonts w:ascii="Consolas" w:hAnsi="Consolas"/>
                <w:sz w:val="14"/>
              </w:rPr>
              <w:br/>
              <w:t xml:space="preserve">    managedUser.status ===</w:t>
            </w:r>
            <w:r>
              <w:rPr>
                <w:rFonts w:ascii="Consolas" w:hAnsi="Consolas"/>
                <w:sz w:val="14"/>
              </w:rPr>
              <w:br/>
              <w:t xml:space="preserve">      DRIVER_STATUS.PENDING</w:t>
            </w:r>
            <w:r>
              <w:rPr>
                <w:rFonts w:ascii="Consolas" w:hAnsi="Consolas"/>
                <w:sz w:val="14"/>
              </w:rPr>
              <w:br/>
            </w:r>
            <w:r>
              <w:rPr>
                <w:rFonts w:ascii="Consolas" w:hAnsi="Consolas"/>
                <w:sz w:val="14"/>
              </w:rPr>
              <w:lastRenderedPageBreak/>
              <w:t xml:space="preserve">  ) {</w:t>
            </w:r>
            <w:r>
              <w:rPr>
                <w:rFonts w:ascii="Consolas" w:hAnsi="Consolas"/>
                <w:sz w:val="14"/>
              </w:rPr>
              <w:br/>
              <w:t xml:space="preserve">    return {</w:t>
            </w:r>
            <w:r>
              <w:rPr>
                <w:rFonts w:ascii="Consolas" w:hAnsi="Consolas"/>
                <w:sz w:val="14"/>
              </w:rPr>
              <w:br/>
              <w:t xml:space="preserve">      success: false,</w:t>
            </w:r>
            <w:r>
              <w:rPr>
                <w:rFonts w:ascii="Consolas" w:hAnsi="Consolas"/>
                <w:sz w:val="14"/>
              </w:rPr>
              <w:br/>
              <w:t xml:space="preserve">      message:</w:t>
            </w:r>
            <w:r>
              <w:rPr>
                <w:rFonts w:ascii="Consolas" w:hAnsi="Consolas"/>
                <w:sz w:val="14"/>
              </w:rPr>
              <w:br/>
              <w:t xml:space="preserve">        "Your driver registration is awaiting administrator approval.",</w:t>
            </w:r>
            <w:r>
              <w:rPr>
                <w:rFonts w:ascii="Consolas" w:hAnsi="Consolas"/>
                <w:sz w:val="14"/>
              </w:rPr>
              <w:br/>
              <w:t xml:space="preserve">    };</w:t>
            </w:r>
            <w:r>
              <w:rPr>
                <w:rFonts w:ascii="Consolas" w:hAnsi="Consolas"/>
                <w:sz w:val="14"/>
              </w:rPr>
              <w:br/>
              <w:t xml:space="preserve">  }</w:t>
            </w:r>
            <w:r>
              <w:rPr>
                <w:rFonts w:ascii="Consolas" w:hAnsi="Consolas"/>
                <w:sz w:val="14"/>
              </w:rPr>
              <w:br/>
            </w:r>
            <w:r>
              <w:rPr>
                <w:rFonts w:ascii="Consolas" w:hAnsi="Consolas"/>
                <w:sz w:val="14"/>
              </w:rPr>
              <w:br/>
              <w:t xml:space="preserve">  /*</w:t>
            </w:r>
            <w:r>
              <w:rPr>
                <w:rFonts w:ascii="Consolas" w:hAnsi="Consolas"/>
                <w:sz w:val="14"/>
              </w:rPr>
              <w:br/>
              <w:t xml:space="preserve">    Suspended drivers cannot log in.</w:t>
            </w:r>
            <w:r>
              <w:rPr>
                <w:rFonts w:ascii="Consolas" w:hAnsi="Consolas"/>
                <w:sz w:val="14"/>
              </w:rPr>
              <w:br/>
              <w:t xml:space="preserve">  */</w:t>
            </w:r>
            <w:r>
              <w:rPr>
                <w:rFonts w:ascii="Consolas" w:hAnsi="Consolas"/>
                <w:sz w:val="14"/>
              </w:rPr>
              <w:br/>
              <w:t xml:space="preserve">  if (</w:t>
            </w:r>
            <w:r>
              <w:rPr>
                <w:rFonts w:ascii="Consolas" w:hAnsi="Consolas"/>
                <w:sz w:val="14"/>
              </w:rPr>
              <w:br/>
              <w:t xml:space="preserve">    managedUser.role ===</w:t>
            </w:r>
            <w:r>
              <w:rPr>
                <w:rFonts w:ascii="Consolas" w:hAnsi="Consolas"/>
                <w:sz w:val="14"/>
              </w:rPr>
              <w:br/>
              <w:t xml:space="preserve">      USER_ROLES.DRIVER &amp;&amp;</w:t>
            </w:r>
            <w:r>
              <w:rPr>
                <w:rFonts w:ascii="Consolas" w:hAnsi="Consolas"/>
                <w:sz w:val="14"/>
              </w:rPr>
              <w:br/>
              <w:t xml:space="preserve">    managedUser.status ===</w:t>
            </w:r>
            <w:r>
              <w:rPr>
                <w:rFonts w:ascii="Consolas" w:hAnsi="Consolas"/>
                <w:sz w:val="14"/>
              </w:rPr>
              <w:br/>
              <w:t xml:space="preserve">      DRIVER_STATUS.SUSPENDED</w:t>
            </w:r>
            <w:r>
              <w:rPr>
                <w:rFonts w:ascii="Consolas" w:hAnsi="Consolas"/>
                <w:sz w:val="14"/>
              </w:rPr>
              <w:br/>
              <w:t xml:space="preserve">  ) {</w:t>
            </w:r>
            <w:r>
              <w:rPr>
                <w:rFonts w:ascii="Consolas" w:hAnsi="Consolas"/>
                <w:sz w:val="14"/>
              </w:rPr>
              <w:br/>
              <w:t xml:space="preserve">    return {</w:t>
            </w:r>
            <w:r>
              <w:rPr>
                <w:rFonts w:ascii="Consolas" w:hAnsi="Consolas"/>
                <w:sz w:val="14"/>
              </w:rPr>
              <w:br/>
              <w:t xml:space="preserve">      success: false,</w:t>
            </w:r>
            <w:r>
              <w:rPr>
                <w:rFonts w:ascii="Consolas" w:hAnsi="Consolas"/>
                <w:sz w:val="14"/>
              </w:rPr>
              <w:br/>
              <w:t xml:space="preserve">      message:</w:t>
            </w:r>
            <w:r>
              <w:rPr>
                <w:rFonts w:ascii="Consolas" w:hAnsi="Consolas"/>
                <w:sz w:val="14"/>
              </w:rPr>
              <w:br/>
              <w:t xml:space="preserve">        "Your driver account is currently suspended.",</w:t>
            </w:r>
            <w:r>
              <w:rPr>
                <w:rFonts w:ascii="Consolas" w:hAnsi="Consolas"/>
                <w:sz w:val="14"/>
              </w:rPr>
              <w:br/>
              <w:t xml:space="preserve">    };</w:t>
            </w:r>
            <w:r>
              <w:rPr>
                <w:rFonts w:ascii="Consolas" w:hAnsi="Consolas"/>
                <w:sz w:val="14"/>
              </w:rPr>
              <w:br/>
              <w:t xml:space="preserve">  }</w:t>
            </w:r>
            <w:r>
              <w:rPr>
                <w:rFonts w:ascii="Consolas" w:hAnsi="Consolas"/>
                <w:sz w:val="14"/>
              </w:rPr>
              <w:br/>
            </w:r>
            <w:r>
              <w:rPr>
                <w:rFonts w:ascii="Consolas" w:hAnsi="Consolas"/>
                <w:sz w:val="14"/>
              </w:rPr>
              <w:br/>
              <w:t xml:space="preserve">  return {</w:t>
            </w:r>
            <w:r>
              <w:rPr>
                <w:rFonts w:ascii="Consolas" w:hAnsi="Consolas"/>
                <w:sz w:val="14"/>
              </w:rPr>
              <w:br/>
              <w:t xml:space="preserve">    success: true,</w:t>
            </w:r>
            <w:r>
              <w:rPr>
                <w:rFonts w:ascii="Consolas" w:hAnsi="Consolas"/>
                <w:sz w:val="14"/>
              </w:rPr>
              <w:br/>
              <w:t xml:space="preserve">    user: managedUser,</w:t>
            </w:r>
            <w:r>
              <w:rPr>
                <w:rFonts w:ascii="Consolas" w:hAnsi="Consolas"/>
                <w:sz w:val="14"/>
              </w:rPr>
              <w:br/>
              <w:t xml:space="preserve">  };</w:t>
            </w:r>
            <w:r>
              <w:rPr>
                <w:rFonts w:ascii="Consolas" w:hAnsi="Consolas"/>
                <w:sz w:val="14"/>
              </w:rPr>
              <w:br/>
              <w:t>}</w:t>
            </w:r>
            <w:r>
              <w:rPr>
                <w:rFonts w:ascii="Consolas" w:hAnsi="Consolas"/>
                <w:sz w:val="14"/>
              </w:rPr>
              <w:br/>
            </w:r>
            <w:r>
              <w:rPr>
                <w:rFonts w:ascii="Consolas" w:hAnsi="Consolas"/>
                <w:sz w:val="14"/>
              </w:rPr>
              <w:br/>
              <w:t>/*</w:t>
            </w:r>
            <w:r>
              <w:rPr>
                <w:rFonts w:ascii="Consolas" w:hAnsi="Consolas"/>
                <w:sz w:val="14"/>
              </w:rPr>
              <w:br/>
              <w:t xml:space="preserve">  Lo</w:t>
            </w:r>
          </w:p>
        </w:tc>
      </w:tr>
    </w:tbl>
    <w:p w14:paraId="79B9992E" w14:textId="77777777" w:rsidR="000D0AE6" w:rsidRDefault="000D0AE6">
      <w:pPr>
        <w:spacing w:after="40"/>
      </w:pPr>
    </w:p>
    <w:p w14:paraId="60367BB6" w14:textId="77777777" w:rsidR="000D0AE6" w:rsidRDefault="00000000">
      <w:pPr>
        <w:spacing w:after="60"/>
      </w:pPr>
      <w:r>
        <w:rPr>
          <w:b/>
          <w:color w:val="0B477F"/>
        </w:rPr>
        <w:t>13.2 React Router and protected role routes</w:t>
      </w:r>
    </w:p>
    <w:tbl>
      <w:tblPr>
        <w:tblW w:w="0" w:type="auto"/>
        <w:jc w:val="center"/>
        <w:tblLook w:val="04A0" w:firstRow="1" w:lastRow="0" w:firstColumn="1" w:lastColumn="0" w:noHBand="0" w:noVBand="1"/>
      </w:tblPr>
      <w:tblGrid>
        <w:gridCol w:w="10166"/>
      </w:tblGrid>
      <w:tr w:rsidR="000D0AE6" w14:paraId="76CED4D8" w14:textId="77777777">
        <w:trPr>
          <w:jc w:val="center"/>
        </w:trPr>
        <w:tc>
          <w:tcPr>
            <w:tcW w:w="10166" w:type="dxa"/>
            <w:shd w:val="clear" w:color="auto" w:fill="F3F6F8"/>
            <w:tcMar>
              <w:top w:w="100" w:type="dxa"/>
              <w:left w:w="120" w:type="dxa"/>
              <w:bottom w:w="100" w:type="dxa"/>
              <w:right w:w="120" w:type="dxa"/>
            </w:tcMar>
          </w:tcPr>
          <w:p w14:paraId="2534D4A7" w14:textId="77777777" w:rsidR="000D0AE6" w:rsidRDefault="00000000">
            <w:pPr>
              <w:spacing w:after="0" w:line="240" w:lineRule="auto"/>
            </w:pPr>
            <w:r>
              <w:rPr>
                <w:rFonts w:ascii="Consolas" w:hAnsi="Consolas"/>
                <w:sz w:val="14"/>
              </w:rPr>
              <w:t>function App() {</w:t>
            </w:r>
            <w:r>
              <w:rPr>
                <w:rFonts w:ascii="Consolas" w:hAnsi="Consolas"/>
                <w:sz w:val="14"/>
              </w:rPr>
              <w:br/>
              <w:t xml:space="preserve">  return (</w:t>
            </w:r>
            <w:r>
              <w:rPr>
                <w:rFonts w:ascii="Consolas" w:hAnsi="Consolas"/>
                <w:sz w:val="14"/>
              </w:rPr>
              <w:br/>
              <w:t xml:space="preserve">    &lt;BrowserRouter&gt;</w:t>
            </w:r>
            <w:r>
              <w:rPr>
                <w:rFonts w:ascii="Consolas" w:hAnsi="Consolas"/>
                <w:sz w:val="14"/>
              </w:rPr>
              <w:br/>
              <w:t xml:space="preserve">      &lt;Routes&gt;</w:t>
            </w:r>
            <w:r>
              <w:rPr>
                <w:rFonts w:ascii="Consolas" w:hAnsi="Consolas"/>
                <w:sz w:val="14"/>
              </w:rPr>
              <w:br/>
              <w:t xml:space="preserve">        {/* Public routes */}</w:t>
            </w:r>
            <w:r>
              <w:rPr>
                <w:rFonts w:ascii="Consolas" w:hAnsi="Consolas"/>
                <w:sz w:val="14"/>
              </w:rPr>
              <w:br/>
              <w:t xml:space="preserve">        &lt;Route path="/login" element={&lt;Login /&gt;} /&gt;</w:t>
            </w:r>
            <w:r>
              <w:rPr>
                <w:rFonts w:ascii="Consolas" w:hAnsi="Consolas"/>
                <w:sz w:val="14"/>
              </w:rPr>
              <w:br/>
            </w:r>
            <w:r>
              <w:rPr>
                <w:rFonts w:ascii="Consolas" w:hAnsi="Consolas"/>
                <w:sz w:val="14"/>
              </w:rPr>
              <w:br/>
              <w:t xml:space="preserve">        &lt;Route</w:t>
            </w:r>
            <w:r>
              <w:rPr>
                <w:rFonts w:ascii="Consolas" w:hAnsi="Consolas"/>
                <w:sz w:val="14"/>
              </w:rPr>
              <w:br/>
              <w:t xml:space="preserve">          path="/register/customer"</w:t>
            </w:r>
            <w:r>
              <w:rPr>
                <w:rFonts w:ascii="Consolas" w:hAnsi="Consolas"/>
                <w:sz w:val="14"/>
              </w:rPr>
              <w:br/>
              <w:t xml:space="preserve">          element={&lt;CustomerRegister /&gt;}</w:t>
            </w:r>
            <w:r>
              <w:rPr>
                <w:rFonts w:ascii="Consolas" w:hAnsi="Consolas"/>
                <w:sz w:val="14"/>
              </w:rPr>
              <w:br/>
              <w:t xml:space="preserve">        /&gt;</w:t>
            </w:r>
            <w:r>
              <w:rPr>
                <w:rFonts w:ascii="Consolas" w:hAnsi="Consolas"/>
                <w:sz w:val="14"/>
              </w:rPr>
              <w:br/>
            </w:r>
            <w:r>
              <w:rPr>
                <w:rFonts w:ascii="Consolas" w:hAnsi="Consolas"/>
                <w:sz w:val="14"/>
              </w:rPr>
              <w:br/>
              <w:t xml:space="preserve">        &lt;Route</w:t>
            </w:r>
            <w:r>
              <w:rPr>
                <w:rFonts w:ascii="Consolas" w:hAnsi="Consolas"/>
                <w:sz w:val="14"/>
              </w:rPr>
              <w:br/>
              <w:t xml:space="preserve">          path="/register/driver"</w:t>
            </w:r>
            <w:r>
              <w:rPr>
                <w:rFonts w:ascii="Consolas" w:hAnsi="Consolas"/>
                <w:sz w:val="14"/>
              </w:rPr>
              <w:br/>
              <w:t xml:space="preserve">          element={&lt;DriverRegister /&gt;}</w:t>
            </w:r>
            <w:r>
              <w:rPr>
                <w:rFonts w:ascii="Consolas" w:hAnsi="Consolas"/>
                <w:sz w:val="14"/>
              </w:rPr>
              <w:br/>
              <w:t xml:space="preserve">        /&gt;</w:t>
            </w:r>
            <w:r>
              <w:rPr>
                <w:rFonts w:ascii="Consolas" w:hAnsi="Consolas"/>
                <w:sz w:val="14"/>
              </w:rPr>
              <w:br/>
            </w:r>
            <w:r>
              <w:rPr>
                <w:rFonts w:ascii="Consolas" w:hAnsi="Consolas"/>
                <w:sz w:val="14"/>
              </w:rPr>
              <w:br/>
              <w:t xml:space="preserve">        {/* Administrator routes */}</w:t>
            </w:r>
            <w:r>
              <w:rPr>
                <w:rFonts w:ascii="Consolas" w:hAnsi="Consolas"/>
                <w:sz w:val="14"/>
              </w:rPr>
              <w:br/>
              <w:t xml:space="preserve">        &lt;Route</w:t>
            </w:r>
            <w:r>
              <w:rPr>
                <w:rFonts w:ascii="Consolas" w:hAnsi="Consolas"/>
                <w:sz w:val="14"/>
              </w:rPr>
              <w:br/>
              <w:t xml:space="preserve">          path="/admin"</w:t>
            </w:r>
            <w:r>
              <w:rPr>
                <w:rFonts w:ascii="Consolas" w:hAnsi="Consolas"/>
                <w:sz w:val="14"/>
              </w:rPr>
              <w:br/>
              <w:t xml:space="preserve">          element={</w:t>
            </w:r>
            <w:r>
              <w:rPr>
                <w:rFonts w:ascii="Consolas" w:hAnsi="Consolas"/>
                <w:sz w:val="14"/>
              </w:rPr>
              <w:br/>
              <w:t xml:space="preserve">            &lt;ProtectedRoute allowedRole="Administrator"&gt;</w:t>
            </w:r>
            <w:r>
              <w:rPr>
                <w:rFonts w:ascii="Consolas" w:hAnsi="Consolas"/>
                <w:sz w:val="14"/>
              </w:rPr>
              <w:br/>
              <w:t xml:space="preserve">              &lt;AdminDashboard /&gt;</w:t>
            </w:r>
            <w:r>
              <w:rPr>
                <w:rFonts w:ascii="Consolas" w:hAnsi="Consolas"/>
                <w:sz w:val="14"/>
              </w:rPr>
              <w:br/>
              <w:t xml:space="preserve">            &lt;/ProtectedRoute&gt;</w:t>
            </w:r>
            <w:r>
              <w:rPr>
                <w:rFonts w:ascii="Consolas" w:hAnsi="Consolas"/>
                <w:sz w:val="14"/>
              </w:rPr>
              <w:br/>
              <w:t xml:space="preserve">          }</w:t>
            </w:r>
            <w:r>
              <w:rPr>
                <w:rFonts w:ascii="Consolas" w:hAnsi="Consolas"/>
                <w:sz w:val="14"/>
              </w:rPr>
              <w:br/>
              <w:t xml:space="preserve">        /&gt;</w:t>
            </w:r>
            <w:r>
              <w:rPr>
                <w:rFonts w:ascii="Consolas" w:hAnsi="Consolas"/>
                <w:sz w:val="14"/>
              </w:rPr>
              <w:br/>
            </w:r>
            <w:r>
              <w:rPr>
                <w:rFonts w:ascii="Consolas" w:hAnsi="Consolas"/>
                <w:sz w:val="14"/>
              </w:rPr>
              <w:br/>
              <w:t xml:space="preserve">        &lt;Route</w:t>
            </w:r>
            <w:r>
              <w:rPr>
                <w:rFonts w:ascii="Consolas" w:hAnsi="Consolas"/>
                <w:sz w:val="14"/>
              </w:rPr>
              <w:br/>
              <w:t xml:space="preserve">          path="/admin/customers"</w:t>
            </w:r>
            <w:r>
              <w:rPr>
                <w:rFonts w:ascii="Consolas" w:hAnsi="Consolas"/>
                <w:sz w:val="14"/>
              </w:rPr>
              <w:br/>
              <w:t xml:space="preserve">          element={</w:t>
            </w:r>
            <w:r>
              <w:rPr>
                <w:rFonts w:ascii="Consolas" w:hAnsi="Consolas"/>
                <w:sz w:val="14"/>
              </w:rPr>
              <w:br/>
              <w:t xml:space="preserve">            &lt;ProtectedRoute allowedRole="Administrator"&gt;</w:t>
            </w:r>
            <w:r>
              <w:rPr>
                <w:rFonts w:ascii="Consolas" w:hAnsi="Consolas"/>
                <w:sz w:val="14"/>
              </w:rPr>
              <w:br/>
              <w:t xml:space="preserve">              &lt;CustomersManagement /&gt;</w:t>
            </w:r>
            <w:r>
              <w:rPr>
                <w:rFonts w:ascii="Consolas" w:hAnsi="Consolas"/>
                <w:sz w:val="14"/>
              </w:rPr>
              <w:br/>
              <w:t xml:space="preserve">            &lt;/ProtectedRoute&gt;</w:t>
            </w:r>
            <w:r>
              <w:rPr>
                <w:rFonts w:ascii="Consolas" w:hAnsi="Consolas"/>
                <w:sz w:val="14"/>
              </w:rPr>
              <w:br/>
              <w:t xml:space="preserve">          }</w:t>
            </w:r>
            <w:r>
              <w:rPr>
                <w:rFonts w:ascii="Consolas" w:hAnsi="Consolas"/>
                <w:sz w:val="14"/>
              </w:rPr>
              <w:br/>
              <w:t xml:space="preserve">        /&gt;</w:t>
            </w:r>
            <w:r>
              <w:rPr>
                <w:rFonts w:ascii="Consolas" w:hAnsi="Consolas"/>
                <w:sz w:val="14"/>
              </w:rPr>
              <w:br/>
            </w:r>
            <w:r>
              <w:rPr>
                <w:rFonts w:ascii="Consolas" w:hAnsi="Consolas"/>
                <w:sz w:val="14"/>
              </w:rPr>
              <w:br/>
              <w:t xml:space="preserve">        &lt;Route</w:t>
            </w:r>
            <w:r>
              <w:rPr>
                <w:rFonts w:ascii="Consolas" w:hAnsi="Consolas"/>
                <w:sz w:val="14"/>
              </w:rPr>
              <w:br/>
              <w:t xml:space="preserve">          path="/admin/drivers"</w:t>
            </w:r>
            <w:r>
              <w:rPr>
                <w:rFonts w:ascii="Consolas" w:hAnsi="Consolas"/>
                <w:sz w:val="14"/>
              </w:rPr>
              <w:br/>
              <w:t xml:space="preserve">          element={</w:t>
            </w:r>
            <w:r>
              <w:rPr>
                <w:rFonts w:ascii="Consolas" w:hAnsi="Consolas"/>
                <w:sz w:val="14"/>
              </w:rPr>
              <w:br/>
              <w:t xml:space="preserve">            &lt;ProtectedRoute allowedRole="Administrator"&gt;</w:t>
            </w:r>
            <w:r>
              <w:rPr>
                <w:rFonts w:ascii="Consolas" w:hAnsi="Consolas"/>
                <w:sz w:val="14"/>
              </w:rPr>
              <w:br/>
              <w:t xml:space="preserve">              &lt;DriversManagement /&gt;</w:t>
            </w:r>
            <w:r>
              <w:rPr>
                <w:rFonts w:ascii="Consolas" w:hAnsi="Consolas"/>
                <w:sz w:val="14"/>
              </w:rPr>
              <w:br/>
              <w:t xml:space="preserve">            &lt;/ProtectedRoute&gt;</w:t>
            </w:r>
            <w:r>
              <w:rPr>
                <w:rFonts w:ascii="Consolas" w:hAnsi="Consolas"/>
                <w:sz w:val="14"/>
              </w:rPr>
              <w:br/>
              <w:t xml:space="preserve">          }</w:t>
            </w:r>
            <w:r>
              <w:rPr>
                <w:rFonts w:ascii="Consolas" w:hAnsi="Consolas"/>
                <w:sz w:val="14"/>
              </w:rPr>
              <w:br/>
              <w:t xml:space="preserve">        /&gt;</w:t>
            </w:r>
            <w:r>
              <w:rPr>
                <w:rFonts w:ascii="Consolas" w:hAnsi="Consolas"/>
                <w:sz w:val="14"/>
              </w:rPr>
              <w:br/>
            </w:r>
            <w:r>
              <w:rPr>
                <w:rFonts w:ascii="Consolas" w:hAnsi="Consolas"/>
                <w:sz w:val="14"/>
              </w:rPr>
              <w:br/>
              <w:t xml:space="preserve">        &lt;Route</w:t>
            </w:r>
            <w:r>
              <w:rPr>
                <w:rFonts w:ascii="Consolas" w:hAnsi="Consolas"/>
                <w:sz w:val="14"/>
              </w:rPr>
              <w:br/>
            </w:r>
            <w:r>
              <w:rPr>
                <w:rFonts w:ascii="Consolas" w:hAnsi="Consolas"/>
                <w:sz w:val="14"/>
              </w:rPr>
              <w:lastRenderedPageBreak/>
              <w:t xml:space="preserve">          path="/admin/quotes"</w:t>
            </w:r>
            <w:r>
              <w:rPr>
                <w:rFonts w:ascii="Consolas" w:hAnsi="Consolas"/>
                <w:sz w:val="14"/>
              </w:rPr>
              <w:br/>
              <w:t xml:space="preserve">          element={</w:t>
            </w:r>
            <w:r>
              <w:rPr>
                <w:rFonts w:ascii="Consolas" w:hAnsi="Consolas"/>
                <w:sz w:val="14"/>
              </w:rPr>
              <w:br/>
              <w:t xml:space="preserve">            &lt;ProtectedRoute allowedRole="Administrator"&gt;</w:t>
            </w:r>
            <w:r>
              <w:rPr>
                <w:rFonts w:ascii="Consolas" w:hAnsi="Consolas"/>
                <w:sz w:val="14"/>
              </w:rPr>
              <w:br/>
              <w:t xml:space="preserve">              &lt;QuotesManagement /&gt;</w:t>
            </w:r>
            <w:r>
              <w:rPr>
                <w:rFonts w:ascii="Consolas" w:hAnsi="Consolas"/>
                <w:sz w:val="14"/>
              </w:rPr>
              <w:br/>
              <w:t xml:space="preserve">            &lt;/ProtectedRoute&gt;</w:t>
            </w:r>
            <w:r>
              <w:rPr>
                <w:rFonts w:ascii="Consolas" w:hAnsi="Consolas"/>
                <w:sz w:val="14"/>
              </w:rPr>
              <w:br/>
              <w:t xml:space="preserve">          }</w:t>
            </w:r>
            <w:r>
              <w:rPr>
                <w:rFonts w:ascii="Consolas" w:hAnsi="Consolas"/>
                <w:sz w:val="14"/>
              </w:rPr>
              <w:br/>
              <w:t xml:space="preserve">        /&gt;</w:t>
            </w:r>
            <w:r>
              <w:rPr>
                <w:rFonts w:ascii="Consolas" w:hAnsi="Consolas"/>
                <w:sz w:val="14"/>
              </w:rPr>
              <w:br/>
              <w:t xml:space="preserve">        &lt;Route</w:t>
            </w:r>
            <w:r>
              <w:rPr>
                <w:rFonts w:ascii="Consolas" w:hAnsi="Consolas"/>
                <w:sz w:val="14"/>
              </w:rPr>
              <w:br/>
              <w:t xml:space="preserve">  path="/admin/bookings"</w:t>
            </w:r>
            <w:r>
              <w:rPr>
                <w:rFonts w:ascii="Consolas" w:hAnsi="Consolas"/>
                <w:sz w:val="14"/>
              </w:rPr>
              <w:br/>
              <w:t xml:space="preserve">  element={</w:t>
            </w:r>
            <w:r>
              <w:rPr>
                <w:rFonts w:ascii="Consolas" w:hAnsi="Consolas"/>
                <w:sz w:val="14"/>
              </w:rPr>
              <w:br/>
              <w:t xml:space="preserve">    &lt;ProtectedRoute allowedRole="Administrator"&gt;</w:t>
            </w:r>
            <w:r>
              <w:rPr>
                <w:rFonts w:ascii="Consolas" w:hAnsi="Consolas"/>
                <w:sz w:val="14"/>
              </w:rPr>
              <w:br/>
              <w:t xml:space="preserve">      &lt;BookingsCalendar /&gt;</w:t>
            </w:r>
            <w:r>
              <w:rPr>
                <w:rFonts w:ascii="Consolas" w:hAnsi="Consolas"/>
                <w:sz w:val="14"/>
              </w:rPr>
              <w:br/>
              <w:t xml:space="preserve">    &lt;/ProtectedRoute&gt;</w:t>
            </w:r>
            <w:r>
              <w:rPr>
                <w:rFonts w:ascii="Consolas" w:hAnsi="Consolas"/>
                <w:sz w:val="14"/>
              </w:rPr>
              <w:br/>
              <w:t xml:space="preserve">  }</w:t>
            </w:r>
            <w:r>
              <w:rPr>
                <w:rFonts w:ascii="Consolas" w:hAnsi="Consolas"/>
                <w:sz w:val="14"/>
              </w:rPr>
              <w:br/>
              <w:t>/&gt;</w:t>
            </w:r>
            <w:r>
              <w:rPr>
                <w:rFonts w:ascii="Consolas" w:hAnsi="Consolas"/>
                <w:sz w:val="14"/>
              </w:rPr>
              <w:br/>
              <w:t>&lt;Route</w:t>
            </w:r>
            <w:r>
              <w:rPr>
                <w:rFonts w:ascii="Consolas" w:hAnsi="Consolas"/>
                <w:sz w:val="14"/>
              </w:rPr>
              <w:br/>
              <w:t xml:space="preserve">  path="/admin/jobs"</w:t>
            </w:r>
            <w:r>
              <w:rPr>
                <w:rFonts w:ascii="Consolas" w:hAnsi="Consolas"/>
                <w:sz w:val="14"/>
              </w:rPr>
              <w:br/>
              <w:t xml:space="preserve">  element={</w:t>
            </w:r>
            <w:r>
              <w:rPr>
                <w:rFonts w:ascii="Consolas" w:hAnsi="Consolas"/>
                <w:sz w:val="14"/>
              </w:rPr>
              <w:br/>
              <w:t xml:space="preserve">    &lt;ProtectedRoute allowedRole="Administrator"&gt;</w:t>
            </w:r>
            <w:r>
              <w:rPr>
                <w:rFonts w:ascii="Consolas" w:hAnsi="Consolas"/>
                <w:sz w:val="14"/>
              </w:rPr>
              <w:br/>
              <w:t xml:space="preserve">      &lt;JobsManagement /&gt;</w:t>
            </w:r>
            <w:r>
              <w:rPr>
                <w:rFonts w:ascii="Consolas" w:hAnsi="Consolas"/>
                <w:sz w:val="14"/>
              </w:rPr>
              <w:br/>
              <w:t xml:space="preserve">    &lt;/ProtectedRoute&gt;</w:t>
            </w:r>
            <w:r>
              <w:rPr>
                <w:rFonts w:ascii="Consolas" w:hAnsi="Consolas"/>
                <w:sz w:val="14"/>
              </w:rPr>
              <w:br/>
              <w:t xml:space="preserve">  }</w:t>
            </w:r>
            <w:r>
              <w:rPr>
                <w:rFonts w:ascii="Consolas" w:hAnsi="Consolas"/>
                <w:sz w:val="14"/>
              </w:rPr>
              <w:br/>
              <w:t>/&gt;</w:t>
            </w:r>
            <w:r>
              <w:rPr>
                <w:rFonts w:ascii="Consolas" w:hAnsi="Consolas"/>
                <w:sz w:val="14"/>
              </w:rPr>
              <w:br/>
            </w:r>
            <w:r>
              <w:rPr>
                <w:rFonts w:ascii="Consolas" w:hAnsi="Consolas"/>
                <w:sz w:val="14"/>
              </w:rPr>
              <w:br/>
              <w:t xml:space="preserve">        {/* Customer routes */}</w:t>
            </w:r>
            <w:r>
              <w:rPr>
                <w:rFonts w:ascii="Consolas" w:hAnsi="Consolas"/>
                <w:sz w:val="14"/>
              </w:rPr>
              <w:br/>
              <w:t xml:space="preserve">        &lt;Route</w:t>
            </w:r>
            <w:r>
              <w:rPr>
                <w:rFonts w:ascii="Consolas" w:hAnsi="Consolas"/>
                <w:sz w:val="14"/>
              </w:rPr>
              <w:br/>
              <w:t xml:space="preserve">          path="/customer"</w:t>
            </w:r>
            <w:r>
              <w:rPr>
                <w:rFonts w:ascii="Consolas" w:hAnsi="Consolas"/>
                <w:sz w:val="14"/>
              </w:rPr>
              <w:br/>
              <w:t xml:space="preserve">          element={</w:t>
            </w:r>
            <w:r>
              <w:rPr>
                <w:rFonts w:ascii="Consolas" w:hAnsi="Consolas"/>
                <w:sz w:val="14"/>
              </w:rPr>
              <w:br/>
              <w:t xml:space="preserve">            &lt;ProtectedRoute allowedRole="Customer"&gt;</w:t>
            </w:r>
            <w:r>
              <w:rPr>
                <w:rFonts w:ascii="Consolas" w:hAnsi="Consolas"/>
                <w:sz w:val="14"/>
              </w:rPr>
              <w:br/>
              <w:t xml:space="preserve">              &lt;CustomerDashboard /&gt;</w:t>
            </w:r>
            <w:r>
              <w:rPr>
                <w:rFonts w:ascii="Consolas" w:hAnsi="Consolas"/>
                <w:sz w:val="14"/>
              </w:rPr>
              <w:br/>
              <w:t xml:space="preserve">            &lt;/ProtectedRoute&gt;</w:t>
            </w:r>
            <w:r>
              <w:rPr>
                <w:rFonts w:ascii="Consolas" w:hAnsi="Consolas"/>
                <w:sz w:val="14"/>
              </w:rPr>
              <w:br/>
              <w:t xml:space="preserve">          }</w:t>
            </w:r>
            <w:r>
              <w:rPr>
                <w:rFonts w:ascii="Consolas" w:hAnsi="Consolas"/>
                <w:sz w:val="14"/>
              </w:rPr>
              <w:br/>
              <w:t xml:space="preserve">        /&gt;</w:t>
            </w:r>
            <w:r>
              <w:rPr>
                <w:rFonts w:ascii="Consolas" w:hAnsi="Consolas"/>
                <w:sz w:val="14"/>
              </w:rPr>
              <w:br/>
            </w:r>
            <w:r>
              <w:rPr>
                <w:rFonts w:ascii="Consolas" w:hAnsi="Consolas"/>
                <w:sz w:val="14"/>
              </w:rPr>
              <w:br/>
              <w:t xml:space="preserve">        &lt;Route</w:t>
            </w:r>
            <w:r>
              <w:rPr>
                <w:rFonts w:ascii="Consolas" w:hAnsi="Consolas"/>
                <w:sz w:val="14"/>
              </w:rPr>
              <w:br/>
              <w:t xml:space="preserve">          path="/customer/request-quote"</w:t>
            </w:r>
            <w:r>
              <w:rPr>
                <w:rFonts w:ascii="Consolas" w:hAnsi="Consolas"/>
                <w:sz w:val="14"/>
              </w:rPr>
              <w:br/>
              <w:t xml:space="preserve">          element={</w:t>
            </w:r>
          </w:p>
        </w:tc>
      </w:tr>
    </w:tbl>
    <w:p w14:paraId="77C85BED" w14:textId="77777777" w:rsidR="000D0AE6" w:rsidRDefault="000D0AE6">
      <w:pPr>
        <w:spacing w:after="40"/>
      </w:pPr>
    </w:p>
    <w:p w14:paraId="5C7B7DDE" w14:textId="77777777" w:rsidR="000D0AE6" w:rsidRDefault="00000000">
      <w:r>
        <w:br w:type="page"/>
      </w:r>
    </w:p>
    <w:p w14:paraId="0898A7B6" w14:textId="77777777" w:rsidR="000D0AE6" w:rsidRDefault="00000000">
      <w:pPr>
        <w:pStyle w:val="Heading2"/>
      </w:pPr>
      <w:r>
        <w:lastRenderedPageBreak/>
        <w:t>13.3 User Management Service</w:t>
      </w:r>
    </w:p>
    <w:p w14:paraId="6366A078" w14:textId="77777777" w:rsidR="000D0AE6" w:rsidRDefault="00000000">
      <w:pPr>
        <w:spacing w:after="60"/>
      </w:pPr>
      <w:r>
        <w:rPr>
          <w:b/>
          <w:color w:val="0B477F"/>
        </w:rPr>
        <w:t>Managed user creation</w:t>
      </w:r>
    </w:p>
    <w:tbl>
      <w:tblPr>
        <w:tblW w:w="0" w:type="auto"/>
        <w:jc w:val="center"/>
        <w:tblLook w:val="04A0" w:firstRow="1" w:lastRow="0" w:firstColumn="1" w:lastColumn="0" w:noHBand="0" w:noVBand="1"/>
      </w:tblPr>
      <w:tblGrid>
        <w:gridCol w:w="10166"/>
      </w:tblGrid>
      <w:tr w:rsidR="000D0AE6" w14:paraId="3D37403B" w14:textId="77777777">
        <w:trPr>
          <w:jc w:val="center"/>
        </w:trPr>
        <w:tc>
          <w:tcPr>
            <w:tcW w:w="10166" w:type="dxa"/>
            <w:shd w:val="clear" w:color="auto" w:fill="F3F6F8"/>
            <w:tcMar>
              <w:top w:w="100" w:type="dxa"/>
              <w:left w:w="120" w:type="dxa"/>
              <w:bottom w:w="100" w:type="dxa"/>
              <w:right w:w="120" w:type="dxa"/>
            </w:tcMar>
          </w:tcPr>
          <w:p w14:paraId="73271400" w14:textId="77777777" w:rsidR="000D0AE6" w:rsidRDefault="00000000">
            <w:pPr>
              <w:spacing w:after="0" w:line="240" w:lineRule="auto"/>
            </w:pPr>
            <w:r>
              <w:rPr>
                <w:rFonts w:ascii="Consolas" w:hAnsi="Consolas"/>
                <w:sz w:val="14"/>
              </w:rPr>
              <w:t>export function createManagedUser(</w:t>
            </w:r>
            <w:r>
              <w:rPr>
                <w:rFonts w:ascii="Consolas" w:hAnsi="Consolas"/>
                <w:sz w:val="14"/>
              </w:rPr>
              <w:br/>
              <w:t xml:space="preserve">  newUser</w:t>
            </w:r>
            <w:r>
              <w:rPr>
                <w:rFonts w:ascii="Consolas" w:hAnsi="Consolas"/>
                <w:sz w:val="14"/>
              </w:rPr>
              <w:br/>
              <w:t>) {</w:t>
            </w:r>
            <w:r>
              <w:rPr>
                <w:rFonts w:ascii="Consolas" w:hAnsi="Consolas"/>
                <w:sz w:val="14"/>
              </w:rPr>
              <w:br/>
              <w:t xml:space="preserve">  const users = getStoredUsers();</w:t>
            </w:r>
            <w:r>
              <w:rPr>
                <w:rFonts w:ascii="Consolas" w:hAnsi="Consolas"/>
                <w:sz w:val="14"/>
              </w:rPr>
              <w:br/>
            </w:r>
            <w:r>
              <w:rPr>
                <w:rFonts w:ascii="Consolas" w:hAnsi="Consolas"/>
                <w:sz w:val="14"/>
              </w:rPr>
              <w:br/>
              <w:t xml:space="preserve">  const normalisedEmail = String(</w:t>
            </w:r>
            <w:r>
              <w:rPr>
                <w:rFonts w:ascii="Consolas" w:hAnsi="Consolas"/>
                <w:sz w:val="14"/>
              </w:rPr>
              <w:br/>
              <w:t xml:space="preserve">    newUser.email || ""</w:t>
            </w:r>
            <w:r>
              <w:rPr>
                <w:rFonts w:ascii="Consolas" w:hAnsi="Consolas"/>
                <w:sz w:val="14"/>
              </w:rPr>
              <w:br/>
              <w:t xml:space="preserve">  )</w:t>
            </w:r>
            <w:r>
              <w:rPr>
                <w:rFonts w:ascii="Consolas" w:hAnsi="Consolas"/>
                <w:sz w:val="14"/>
              </w:rPr>
              <w:br/>
              <w:t xml:space="preserve">    .trim()</w:t>
            </w:r>
            <w:r>
              <w:rPr>
                <w:rFonts w:ascii="Consolas" w:hAnsi="Consolas"/>
                <w:sz w:val="14"/>
              </w:rPr>
              <w:br/>
              <w:t xml:space="preserve">    .toLowerCase();</w:t>
            </w:r>
            <w:r>
              <w:rPr>
                <w:rFonts w:ascii="Consolas" w:hAnsi="Consolas"/>
                <w:sz w:val="14"/>
              </w:rPr>
              <w:br/>
            </w:r>
            <w:r>
              <w:rPr>
                <w:rFonts w:ascii="Consolas" w:hAnsi="Consolas"/>
                <w:sz w:val="14"/>
              </w:rPr>
              <w:br/>
              <w:t xml:space="preserve">  if (!normalisedEmail) {</w:t>
            </w:r>
            <w:r>
              <w:rPr>
                <w:rFonts w:ascii="Consolas" w:hAnsi="Consolas"/>
                <w:sz w:val="14"/>
              </w:rPr>
              <w:br/>
              <w:t xml:space="preserve">    return {</w:t>
            </w:r>
            <w:r>
              <w:rPr>
                <w:rFonts w:ascii="Consolas" w:hAnsi="Consolas"/>
                <w:sz w:val="14"/>
              </w:rPr>
              <w:br/>
              <w:t xml:space="preserve">      success: false,</w:t>
            </w:r>
            <w:r>
              <w:rPr>
                <w:rFonts w:ascii="Consolas" w:hAnsi="Consolas"/>
                <w:sz w:val="14"/>
              </w:rPr>
              <w:br/>
              <w:t xml:space="preserve">      message:</w:t>
            </w:r>
            <w:r>
              <w:rPr>
                <w:rFonts w:ascii="Consolas" w:hAnsi="Consolas"/>
                <w:sz w:val="14"/>
              </w:rPr>
              <w:br/>
              <w:t xml:space="preserve">        "An email address is required.",</w:t>
            </w:r>
            <w:r>
              <w:rPr>
                <w:rFonts w:ascii="Consolas" w:hAnsi="Consolas"/>
                <w:sz w:val="14"/>
              </w:rPr>
              <w:br/>
              <w:t xml:space="preserve">    };</w:t>
            </w:r>
            <w:r>
              <w:rPr>
                <w:rFonts w:ascii="Consolas" w:hAnsi="Consolas"/>
                <w:sz w:val="14"/>
              </w:rPr>
              <w:br/>
              <w:t xml:space="preserve">  }</w:t>
            </w:r>
            <w:r>
              <w:rPr>
                <w:rFonts w:ascii="Consolas" w:hAnsi="Consolas"/>
                <w:sz w:val="14"/>
              </w:rPr>
              <w:br/>
            </w:r>
            <w:r>
              <w:rPr>
                <w:rFonts w:ascii="Consolas" w:hAnsi="Consolas"/>
                <w:sz w:val="14"/>
              </w:rPr>
              <w:br/>
              <w:t xml:space="preserve">  const emailExists = users.some(</w:t>
            </w:r>
            <w:r>
              <w:rPr>
                <w:rFonts w:ascii="Consolas" w:hAnsi="Consolas"/>
                <w:sz w:val="14"/>
              </w:rPr>
              <w:br/>
              <w:t xml:space="preserve">    (user) =&gt;</w:t>
            </w:r>
            <w:r>
              <w:rPr>
                <w:rFonts w:ascii="Consolas" w:hAnsi="Consolas"/>
                <w:sz w:val="14"/>
              </w:rPr>
              <w:br/>
              <w:t xml:space="preserve">      String(user.email || "")</w:t>
            </w:r>
            <w:r>
              <w:rPr>
                <w:rFonts w:ascii="Consolas" w:hAnsi="Consolas"/>
                <w:sz w:val="14"/>
              </w:rPr>
              <w:br/>
              <w:t xml:space="preserve">        .toLowerCase() ===</w:t>
            </w:r>
            <w:r>
              <w:rPr>
                <w:rFonts w:ascii="Consolas" w:hAnsi="Consolas"/>
                <w:sz w:val="14"/>
              </w:rPr>
              <w:br/>
              <w:t xml:space="preserve">      normalisedEmail</w:t>
            </w:r>
            <w:r>
              <w:rPr>
                <w:rFonts w:ascii="Consolas" w:hAnsi="Consolas"/>
                <w:sz w:val="14"/>
              </w:rPr>
              <w:br/>
              <w:t xml:space="preserve">  );</w:t>
            </w:r>
            <w:r>
              <w:rPr>
                <w:rFonts w:ascii="Consolas" w:hAnsi="Consolas"/>
                <w:sz w:val="14"/>
              </w:rPr>
              <w:br/>
            </w:r>
            <w:r>
              <w:rPr>
                <w:rFonts w:ascii="Consolas" w:hAnsi="Consolas"/>
                <w:sz w:val="14"/>
              </w:rPr>
              <w:br/>
              <w:t xml:space="preserve">  if (emailExists) {</w:t>
            </w:r>
            <w:r>
              <w:rPr>
                <w:rFonts w:ascii="Consolas" w:hAnsi="Consolas"/>
                <w:sz w:val="14"/>
              </w:rPr>
              <w:br/>
              <w:t xml:space="preserve">    return {</w:t>
            </w:r>
            <w:r>
              <w:rPr>
                <w:rFonts w:ascii="Consolas" w:hAnsi="Consolas"/>
                <w:sz w:val="14"/>
              </w:rPr>
              <w:br/>
              <w:t xml:space="preserve">      success: false,</w:t>
            </w:r>
            <w:r>
              <w:rPr>
                <w:rFonts w:ascii="Consolas" w:hAnsi="Consolas"/>
                <w:sz w:val="14"/>
              </w:rPr>
              <w:br/>
              <w:t xml:space="preserve">      message:</w:t>
            </w:r>
            <w:r>
              <w:rPr>
                <w:rFonts w:ascii="Consolas" w:hAnsi="Consolas"/>
                <w:sz w:val="14"/>
              </w:rPr>
              <w:br/>
              <w:t xml:space="preserve">        "An account with this email already exists.",</w:t>
            </w:r>
            <w:r>
              <w:rPr>
                <w:rFonts w:ascii="Consolas" w:hAnsi="Consolas"/>
                <w:sz w:val="14"/>
              </w:rPr>
              <w:br/>
              <w:t xml:space="preserve">    };</w:t>
            </w:r>
            <w:r>
              <w:rPr>
                <w:rFonts w:ascii="Consolas" w:hAnsi="Consolas"/>
                <w:sz w:val="14"/>
              </w:rPr>
              <w:br/>
              <w:t xml:space="preserve">  }</w:t>
            </w:r>
            <w:r>
              <w:rPr>
                <w:rFonts w:ascii="Consolas" w:hAnsi="Consolas"/>
                <w:sz w:val="14"/>
              </w:rPr>
              <w:br/>
            </w:r>
            <w:r>
              <w:rPr>
                <w:rFonts w:ascii="Consolas" w:hAnsi="Consolas"/>
                <w:sz w:val="14"/>
              </w:rPr>
              <w:br/>
              <w:t xml:space="preserve">  const prefix =</w:t>
            </w:r>
            <w:r>
              <w:rPr>
                <w:rFonts w:ascii="Consolas" w:hAnsi="Consolas"/>
                <w:sz w:val="14"/>
              </w:rPr>
              <w:br/>
              <w:t xml:space="preserve">    newUser.role === USER_ROLES.DRIVER</w:t>
            </w:r>
            <w:r>
              <w:rPr>
                <w:rFonts w:ascii="Consolas" w:hAnsi="Consolas"/>
                <w:sz w:val="14"/>
              </w:rPr>
              <w:br/>
              <w:t xml:space="preserve">      ? "DRV"</w:t>
            </w:r>
            <w:r>
              <w:rPr>
                <w:rFonts w:ascii="Consolas" w:hAnsi="Consolas"/>
                <w:sz w:val="14"/>
              </w:rPr>
              <w:br/>
              <w:t xml:space="preserve">      : "CUS";</w:t>
            </w:r>
            <w:r>
              <w:rPr>
                <w:rFonts w:ascii="Consolas" w:hAnsi="Consolas"/>
                <w:sz w:val="14"/>
              </w:rPr>
              <w:br/>
            </w:r>
            <w:r>
              <w:rPr>
                <w:rFonts w:ascii="Consolas" w:hAnsi="Consolas"/>
                <w:sz w:val="14"/>
              </w:rPr>
              <w:br/>
              <w:t xml:space="preserve">  const defaultStatus =</w:t>
            </w:r>
            <w:r>
              <w:rPr>
                <w:rFonts w:ascii="Consolas" w:hAnsi="Consolas"/>
                <w:sz w:val="14"/>
              </w:rPr>
              <w:br/>
              <w:t xml:space="preserve">    newUser.role === USER_ROLES.DRIVER</w:t>
            </w:r>
            <w:r>
              <w:rPr>
                <w:rFonts w:ascii="Consolas" w:hAnsi="Consolas"/>
                <w:sz w:val="14"/>
              </w:rPr>
              <w:br/>
              <w:t xml:space="preserve">      ? DRIVER_STATUS.PENDING</w:t>
            </w:r>
            <w:r>
              <w:rPr>
                <w:rFonts w:ascii="Consolas" w:hAnsi="Consolas"/>
                <w:sz w:val="14"/>
              </w:rPr>
              <w:br/>
              <w:t xml:space="preserve">      : "Active";</w:t>
            </w:r>
            <w:r>
              <w:rPr>
                <w:rFonts w:ascii="Consolas" w:hAnsi="Consolas"/>
                <w:sz w:val="14"/>
              </w:rPr>
              <w:br/>
            </w:r>
            <w:r>
              <w:rPr>
                <w:rFonts w:ascii="Consolas" w:hAnsi="Consolas"/>
                <w:sz w:val="14"/>
              </w:rPr>
              <w:br/>
              <w:t xml:space="preserve">  const userToSave = {</w:t>
            </w:r>
            <w:r>
              <w:rPr>
                <w:rFonts w:ascii="Consolas" w:hAnsi="Consolas"/>
                <w:sz w:val="14"/>
              </w:rPr>
              <w:br/>
              <w:t xml:space="preserve">    ...newUser,</w:t>
            </w:r>
            <w:r>
              <w:rPr>
                <w:rFonts w:ascii="Consolas" w:hAnsi="Consolas"/>
                <w:sz w:val="14"/>
              </w:rPr>
              <w:br/>
            </w:r>
            <w:r>
              <w:rPr>
                <w:rFonts w:ascii="Consolas" w:hAnsi="Consolas"/>
                <w:sz w:val="14"/>
              </w:rPr>
              <w:br/>
              <w:t xml:space="preserve">    id: generateId(prefix),</w:t>
            </w:r>
            <w:r>
              <w:rPr>
                <w:rFonts w:ascii="Consolas" w:hAnsi="Consolas"/>
                <w:sz w:val="14"/>
              </w:rPr>
              <w:br/>
            </w:r>
            <w:r>
              <w:rPr>
                <w:rFonts w:ascii="Consolas" w:hAnsi="Consolas"/>
                <w:sz w:val="14"/>
              </w:rPr>
              <w:br/>
              <w:t xml:space="preserve">    email: normalisedEmail,</w:t>
            </w:r>
            <w:r>
              <w:rPr>
                <w:rFonts w:ascii="Consolas" w:hAnsi="Consolas"/>
                <w:sz w:val="14"/>
              </w:rPr>
              <w:br/>
            </w:r>
            <w:r>
              <w:rPr>
                <w:rFonts w:ascii="Consolas" w:hAnsi="Consolas"/>
                <w:sz w:val="14"/>
              </w:rPr>
              <w:br/>
              <w:t xml:space="preserve">    status:</w:t>
            </w:r>
            <w:r>
              <w:rPr>
                <w:rFonts w:ascii="Consolas" w:hAnsi="Consolas"/>
                <w:sz w:val="14"/>
              </w:rPr>
              <w:br/>
              <w:t xml:space="preserve">      newUser.status ||</w:t>
            </w:r>
            <w:r>
              <w:rPr>
                <w:rFonts w:ascii="Consolas" w:hAnsi="Consolas"/>
                <w:sz w:val="14"/>
              </w:rPr>
              <w:br/>
              <w:t xml:space="preserve">      defaultStatus,</w:t>
            </w:r>
            <w:r>
              <w:rPr>
                <w:rFonts w:ascii="Consolas" w:hAnsi="Consolas"/>
                <w:sz w:val="14"/>
              </w:rPr>
              <w:br/>
            </w:r>
            <w:r>
              <w:rPr>
                <w:rFonts w:ascii="Consolas" w:hAnsi="Consolas"/>
                <w:sz w:val="14"/>
              </w:rPr>
              <w:br/>
              <w:t xml:space="preserve">    archived: false,</w:t>
            </w:r>
            <w:r>
              <w:rPr>
                <w:rFonts w:ascii="Consolas" w:hAnsi="Consolas"/>
                <w:sz w:val="14"/>
              </w:rPr>
              <w:br/>
              <w:t xml:space="preserve">    archivedAt: null,</w:t>
            </w:r>
            <w:r>
              <w:rPr>
                <w:rFonts w:ascii="Consolas" w:hAnsi="Consolas"/>
                <w:sz w:val="14"/>
              </w:rPr>
              <w:br/>
            </w:r>
            <w:r>
              <w:rPr>
                <w:rFonts w:ascii="Consolas" w:hAnsi="Consolas"/>
                <w:sz w:val="14"/>
              </w:rPr>
              <w:br/>
              <w:t xml:space="preserve">    registeredAt:</w:t>
            </w:r>
            <w:r>
              <w:rPr>
                <w:rFonts w:ascii="Consolas" w:hAnsi="Consolas"/>
                <w:sz w:val="14"/>
              </w:rPr>
              <w:br/>
              <w:t xml:space="preserve">      new Date().toISOString(),</w:t>
            </w:r>
            <w:r>
              <w:rPr>
                <w:rFonts w:ascii="Consolas" w:hAnsi="Consolas"/>
                <w:sz w:val="14"/>
              </w:rPr>
              <w:br/>
            </w:r>
            <w:r>
              <w:rPr>
                <w:rFonts w:ascii="Consolas" w:hAnsi="Consolas"/>
                <w:sz w:val="14"/>
              </w:rPr>
              <w:br/>
              <w:t xml:space="preserve">    updatedAt:</w:t>
            </w:r>
            <w:r>
              <w:rPr>
                <w:rFonts w:ascii="Consolas" w:hAnsi="Consolas"/>
                <w:sz w:val="14"/>
              </w:rPr>
              <w:br/>
              <w:t xml:space="preserve">      new Date().toISOString(),</w:t>
            </w:r>
            <w:r>
              <w:rPr>
                <w:rFonts w:ascii="Consolas" w:hAnsi="Consolas"/>
                <w:sz w:val="14"/>
              </w:rPr>
              <w:br/>
              <w:t xml:space="preserve">  };</w:t>
            </w:r>
            <w:r>
              <w:rPr>
                <w:rFonts w:ascii="Consolas" w:hAnsi="Consolas"/>
                <w:sz w:val="14"/>
              </w:rPr>
              <w:br/>
            </w:r>
            <w:r>
              <w:rPr>
                <w:rFonts w:ascii="Consolas" w:hAnsi="Consolas"/>
                <w:sz w:val="14"/>
              </w:rPr>
              <w:br/>
              <w:t xml:space="preserve">  saveUsers([</w:t>
            </w:r>
            <w:r>
              <w:rPr>
                <w:rFonts w:ascii="Consolas" w:hAnsi="Consolas"/>
                <w:sz w:val="14"/>
              </w:rPr>
              <w:br/>
              <w:t xml:space="preserve">    ...users,</w:t>
            </w:r>
            <w:r>
              <w:rPr>
                <w:rFonts w:ascii="Consolas" w:hAnsi="Consolas"/>
                <w:sz w:val="14"/>
              </w:rPr>
              <w:br/>
              <w:t xml:space="preserve">    userToSave,</w:t>
            </w:r>
            <w:r>
              <w:rPr>
                <w:rFonts w:ascii="Consolas" w:hAnsi="Consolas"/>
                <w:sz w:val="14"/>
              </w:rPr>
              <w:br/>
              <w:t xml:space="preserve">  ]);</w:t>
            </w:r>
            <w:r>
              <w:rPr>
                <w:rFonts w:ascii="Consolas" w:hAnsi="Consolas"/>
                <w:sz w:val="14"/>
              </w:rPr>
              <w:br/>
            </w:r>
            <w:r>
              <w:rPr>
                <w:rFonts w:ascii="Consolas" w:hAnsi="Consolas"/>
                <w:sz w:val="14"/>
              </w:rPr>
              <w:br/>
              <w:t xml:space="preserve">  return {</w:t>
            </w:r>
            <w:r>
              <w:rPr>
                <w:rFonts w:ascii="Consolas" w:hAnsi="Consolas"/>
                <w:sz w:val="14"/>
              </w:rPr>
              <w:br/>
              <w:t xml:space="preserve">    success: true,</w:t>
            </w:r>
            <w:r>
              <w:rPr>
                <w:rFonts w:ascii="Consolas" w:hAnsi="Consolas"/>
                <w:sz w:val="14"/>
              </w:rPr>
              <w:br/>
              <w:t xml:space="preserve">    user: userToSave,</w:t>
            </w:r>
            <w:r>
              <w:rPr>
                <w:rFonts w:ascii="Consolas" w:hAnsi="Consolas"/>
                <w:sz w:val="14"/>
              </w:rPr>
              <w:br/>
              <w:t xml:space="preserve">  };</w:t>
            </w:r>
            <w:r>
              <w:rPr>
                <w:rFonts w:ascii="Consolas" w:hAnsi="Consolas"/>
                <w:sz w:val="14"/>
              </w:rPr>
              <w:br/>
              <w:t>}</w:t>
            </w:r>
          </w:p>
        </w:tc>
      </w:tr>
    </w:tbl>
    <w:p w14:paraId="0BA7F792" w14:textId="77777777" w:rsidR="000D0AE6" w:rsidRDefault="000D0AE6">
      <w:pPr>
        <w:spacing w:after="40"/>
      </w:pPr>
    </w:p>
    <w:p w14:paraId="45D1513D" w14:textId="77777777" w:rsidR="000D0AE6" w:rsidRDefault="00000000">
      <w:pPr>
        <w:spacing w:after="140" w:line="259" w:lineRule="auto"/>
      </w:pPr>
      <w:r>
        <w:lastRenderedPageBreak/>
        <w:t>The service normalises email addresses, prevents duplicate accounts, generates role-specific IDs and sets a default Pending status for drivers and Active status for customers.</w:t>
      </w:r>
    </w:p>
    <w:p w14:paraId="0A2669A7" w14:textId="77777777" w:rsidR="000D0AE6" w:rsidRDefault="00000000">
      <w:pPr>
        <w:pStyle w:val="Heading2"/>
      </w:pPr>
      <w:r>
        <w:t>13.4 Dashboard Data Derived from Live Records</w:t>
      </w:r>
    </w:p>
    <w:p w14:paraId="7EAFF2FF" w14:textId="77777777" w:rsidR="000D0AE6" w:rsidRDefault="00000000">
      <w:pPr>
        <w:spacing w:after="60"/>
      </w:pPr>
      <w:r>
        <w:rPr>
          <w:b/>
          <w:color w:val="0B477F"/>
        </w:rPr>
        <w:t>Administrator dashboard calculations</w:t>
      </w:r>
    </w:p>
    <w:tbl>
      <w:tblPr>
        <w:tblW w:w="0" w:type="auto"/>
        <w:jc w:val="center"/>
        <w:tblLook w:val="04A0" w:firstRow="1" w:lastRow="0" w:firstColumn="1" w:lastColumn="0" w:noHBand="0" w:noVBand="1"/>
      </w:tblPr>
      <w:tblGrid>
        <w:gridCol w:w="10166"/>
      </w:tblGrid>
      <w:tr w:rsidR="000D0AE6" w14:paraId="0227AF08" w14:textId="77777777">
        <w:trPr>
          <w:jc w:val="center"/>
        </w:trPr>
        <w:tc>
          <w:tcPr>
            <w:tcW w:w="10166" w:type="dxa"/>
            <w:shd w:val="clear" w:color="auto" w:fill="F3F6F8"/>
            <w:tcMar>
              <w:top w:w="100" w:type="dxa"/>
              <w:left w:w="120" w:type="dxa"/>
              <w:bottom w:w="100" w:type="dxa"/>
              <w:right w:w="120" w:type="dxa"/>
            </w:tcMar>
          </w:tcPr>
          <w:p w14:paraId="3F0A1DD8" w14:textId="77777777" w:rsidR="000D0AE6" w:rsidRDefault="00000000">
            <w:pPr>
              <w:spacing w:after="0" w:line="240" w:lineRule="auto"/>
            </w:pPr>
            <w:r>
              <w:rPr>
                <w:rFonts w:ascii="Consolas" w:hAnsi="Consolas"/>
                <w:sz w:val="14"/>
              </w:rPr>
              <w:t>const activeJobsToday = jobs.filter(</w:t>
            </w:r>
            <w:r>
              <w:rPr>
                <w:rFonts w:ascii="Consolas" w:hAnsi="Consolas"/>
                <w:sz w:val="14"/>
              </w:rPr>
              <w:br/>
              <w:t xml:space="preserve">    (job) =&gt;</w:t>
            </w:r>
            <w:r>
              <w:rPr>
                <w:rFonts w:ascii="Consolas" w:hAnsi="Consolas"/>
                <w:sz w:val="14"/>
              </w:rPr>
              <w:br/>
              <w:t xml:space="preserve">      job.scheduledDate === todayDate &amp;&amp;</w:t>
            </w:r>
            <w:r>
              <w:rPr>
                <w:rFonts w:ascii="Consolas" w:hAnsi="Consolas"/>
                <w:sz w:val="14"/>
              </w:rPr>
              <w:br/>
              <w:t xml:space="preserve">      job.status !== JOB_STATUS.CANCELLED</w:t>
            </w:r>
            <w:r>
              <w:rPr>
                <w:rFonts w:ascii="Consolas" w:hAnsi="Consolas"/>
                <w:sz w:val="14"/>
              </w:rPr>
              <w:br/>
              <w:t xml:space="preserve">  );</w:t>
            </w:r>
            <w:r>
              <w:rPr>
                <w:rFonts w:ascii="Consolas" w:hAnsi="Consolas"/>
                <w:sz w:val="14"/>
              </w:rPr>
              <w:br/>
            </w:r>
            <w:r>
              <w:rPr>
                <w:rFonts w:ascii="Consolas" w:hAnsi="Consolas"/>
                <w:sz w:val="14"/>
              </w:rPr>
              <w:br/>
              <w:t xml:space="preserve">  const jobBookingIds = new Set(</w:t>
            </w:r>
            <w:r>
              <w:rPr>
                <w:rFonts w:ascii="Consolas" w:hAnsi="Consolas"/>
                <w:sz w:val="14"/>
              </w:rPr>
              <w:br/>
              <w:t xml:space="preserve">    activeJobsToday.map(</w:t>
            </w:r>
            <w:r>
              <w:rPr>
                <w:rFonts w:ascii="Consolas" w:hAnsi="Consolas"/>
                <w:sz w:val="14"/>
              </w:rPr>
              <w:br/>
              <w:t xml:space="preserve">      (job) =&gt; job.bookingId</w:t>
            </w:r>
            <w:r>
              <w:rPr>
                <w:rFonts w:ascii="Consolas" w:hAnsi="Consolas"/>
                <w:sz w:val="14"/>
              </w:rPr>
              <w:br/>
              <w:t xml:space="preserve">    )</w:t>
            </w:r>
            <w:r>
              <w:rPr>
                <w:rFonts w:ascii="Consolas" w:hAnsi="Consolas"/>
                <w:sz w:val="14"/>
              </w:rPr>
              <w:br/>
              <w:t xml:space="preserve">  );</w:t>
            </w:r>
            <w:r>
              <w:rPr>
                <w:rFonts w:ascii="Consolas" w:hAnsi="Consolas"/>
                <w:sz w:val="14"/>
              </w:rPr>
              <w:br/>
            </w:r>
            <w:r>
              <w:rPr>
                <w:rFonts w:ascii="Consolas" w:hAnsi="Consolas"/>
                <w:sz w:val="14"/>
              </w:rPr>
              <w:br/>
              <w:t xml:space="preserve">  const calendarBookingsToday =</w:t>
            </w:r>
            <w:r>
              <w:rPr>
                <w:rFonts w:ascii="Consolas" w:hAnsi="Consolas"/>
                <w:sz w:val="14"/>
              </w:rPr>
              <w:br/>
              <w:t xml:space="preserve">    bookings.filter(</w:t>
            </w:r>
            <w:r>
              <w:rPr>
                <w:rFonts w:ascii="Consolas" w:hAnsi="Consolas"/>
                <w:sz w:val="14"/>
              </w:rPr>
              <w:br/>
              <w:t xml:space="preserve">      (booking) =&gt;</w:t>
            </w:r>
            <w:r>
              <w:rPr>
                <w:rFonts w:ascii="Consolas" w:hAnsi="Consolas"/>
                <w:sz w:val="14"/>
              </w:rPr>
              <w:br/>
              <w:t xml:space="preserve">        booking.moveDate === todayDate &amp;&amp;</w:t>
            </w:r>
            <w:r>
              <w:rPr>
                <w:rFonts w:ascii="Consolas" w:hAnsi="Consolas"/>
                <w:sz w:val="14"/>
              </w:rPr>
              <w:br/>
              <w:t xml:space="preserve">        booking.bookingStatus !==</w:t>
            </w:r>
            <w:r>
              <w:rPr>
                <w:rFonts w:ascii="Consolas" w:hAnsi="Consolas"/>
                <w:sz w:val="14"/>
              </w:rPr>
              <w:br/>
              <w:t xml:space="preserve">          "Cancelled" &amp;&amp;</w:t>
            </w:r>
            <w:r>
              <w:rPr>
                <w:rFonts w:ascii="Consolas" w:hAnsi="Consolas"/>
                <w:sz w:val="14"/>
              </w:rPr>
              <w:br/>
              <w:t xml:space="preserve">        !jobBookingIds.has(</w:t>
            </w:r>
            <w:r>
              <w:rPr>
                <w:rFonts w:ascii="Consolas" w:hAnsi="Consolas"/>
                <w:sz w:val="14"/>
              </w:rPr>
              <w:br/>
              <w:t xml:space="preserve">          booking.id</w:t>
            </w:r>
            <w:r>
              <w:rPr>
                <w:rFonts w:ascii="Consolas" w:hAnsi="Consolas"/>
                <w:sz w:val="14"/>
              </w:rPr>
              <w:br/>
              <w:t xml:space="preserve">        )</w:t>
            </w:r>
            <w:r>
              <w:rPr>
                <w:rFonts w:ascii="Consolas" w:hAnsi="Consolas"/>
                <w:sz w:val="14"/>
              </w:rPr>
              <w:br/>
              <w:t xml:space="preserve">    );</w:t>
            </w:r>
            <w:r>
              <w:rPr>
                <w:rFonts w:ascii="Consolas" w:hAnsi="Consolas"/>
                <w:sz w:val="14"/>
              </w:rPr>
              <w:br/>
            </w:r>
            <w:r>
              <w:rPr>
                <w:rFonts w:ascii="Consolas" w:hAnsi="Consolas"/>
                <w:sz w:val="14"/>
              </w:rPr>
              <w:br/>
              <w:t xml:space="preserve">  const todayJobsCount =</w:t>
            </w:r>
            <w:r>
              <w:rPr>
                <w:rFonts w:ascii="Consolas" w:hAnsi="Consolas"/>
                <w:sz w:val="14"/>
              </w:rPr>
              <w:br/>
              <w:t xml:space="preserve">    activeJobsToday.length +</w:t>
            </w:r>
            <w:r>
              <w:rPr>
                <w:rFonts w:ascii="Consolas" w:hAnsi="Consolas"/>
                <w:sz w:val="14"/>
              </w:rPr>
              <w:br/>
              <w:t xml:space="preserve">    calendarBookingsToday.length;</w:t>
            </w:r>
            <w:r>
              <w:rPr>
                <w:rFonts w:ascii="Consolas" w:hAnsi="Consolas"/>
                <w:sz w:val="14"/>
              </w:rPr>
              <w:br/>
            </w:r>
            <w:r>
              <w:rPr>
                <w:rFonts w:ascii="Consolas" w:hAnsi="Consolas"/>
                <w:sz w:val="14"/>
              </w:rPr>
              <w:br/>
              <w:t xml:space="preserve">  const pendingQuotesCount =</w:t>
            </w:r>
            <w:r>
              <w:rPr>
                <w:rFonts w:ascii="Consolas" w:hAnsi="Consolas"/>
                <w:sz w:val="14"/>
              </w:rPr>
              <w:br/>
              <w:t xml:space="preserve">    quotes.filter(</w:t>
            </w:r>
            <w:r>
              <w:rPr>
                <w:rFonts w:ascii="Consolas" w:hAnsi="Consolas"/>
                <w:sz w:val="14"/>
              </w:rPr>
              <w:br/>
              <w:t xml:space="preserve">      (quote) =&gt;</w:t>
            </w:r>
            <w:r>
              <w:rPr>
                <w:rFonts w:ascii="Consolas" w:hAnsi="Consolas"/>
                <w:sz w:val="14"/>
              </w:rPr>
              <w:br/>
              <w:t xml:space="preserve">        quote.status ===</w:t>
            </w:r>
            <w:r>
              <w:rPr>
                <w:rFonts w:ascii="Consolas" w:hAnsi="Consolas"/>
                <w:sz w:val="14"/>
              </w:rPr>
              <w:br/>
              <w:t xml:space="preserve">          QUOTE_STATUS.PENDING ||</w:t>
            </w:r>
            <w:r>
              <w:rPr>
                <w:rFonts w:ascii="Consolas" w:hAnsi="Consolas"/>
                <w:sz w:val="14"/>
              </w:rPr>
              <w:br/>
              <w:t xml:space="preserve">        quote.status ===</w:t>
            </w:r>
            <w:r>
              <w:rPr>
                <w:rFonts w:ascii="Consolas" w:hAnsi="Consolas"/>
                <w:sz w:val="14"/>
              </w:rPr>
              <w:br/>
              <w:t xml:space="preserve">          QUOTE_STATUS.CHANGES_REQUESTED</w:t>
            </w:r>
            <w:r>
              <w:rPr>
                <w:rFonts w:ascii="Consolas" w:hAnsi="Consolas"/>
                <w:sz w:val="14"/>
              </w:rPr>
              <w:br/>
              <w:t xml:space="preserve">    ).length;</w:t>
            </w:r>
            <w:r>
              <w:rPr>
                <w:rFonts w:ascii="Consolas" w:hAnsi="Consolas"/>
                <w:sz w:val="14"/>
              </w:rPr>
              <w:br/>
            </w:r>
            <w:r>
              <w:rPr>
                <w:rFonts w:ascii="Consolas" w:hAnsi="Consolas"/>
                <w:sz w:val="14"/>
              </w:rPr>
              <w:br/>
              <w:t xml:space="preserve">  const activeDriversCount =</w:t>
            </w:r>
            <w:r>
              <w:rPr>
                <w:rFonts w:ascii="Consolas" w:hAnsi="Consolas"/>
                <w:sz w:val="14"/>
              </w:rPr>
              <w:br/>
              <w:t xml:space="preserve">    drivers.filter(</w:t>
            </w:r>
            <w:r>
              <w:rPr>
                <w:rFonts w:ascii="Consolas" w:hAnsi="Consolas"/>
                <w:sz w:val="14"/>
              </w:rPr>
              <w:br/>
              <w:t xml:space="preserve">      (driver) =&gt;</w:t>
            </w:r>
            <w:r>
              <w:rPr>
                <w:rFonts w:ascii="Consolas" w:hAnsi="Consolas"/>
                <w:sz w:val="14"/>
              </w:rPr>
              <w:br/>
              <w:t xml:space="preserve">        driver.status ===</w:t>
            </w:r>
            <w:r>
              <w:rPr>
                <w:rFonts w:ascii="Consolas" w:hAnsi="Consolas"/>
                <w:sz w:val="14"/>
              </w:rPr>
              <w:br/>
              <w:t xml:space="preserve">        DRIVER_STATUS.APPROVED</w:t>
            </w:r>
            <w:r>
              <w:rPr>
                <w:rFonts w:ascii="Consolas" w:hAnsi="Consolas"/>
                <w:sz w:val="14"/>
              </w:rPr>
              <w:br/>
              <w:t xml:space="preserve">    ).length;</w:t>
            </w:r>
            <w:r>
              <w:rPr>
                <w:rFonts w:ascii="Consolas" w:hAnsi="Consolas"/>
                <w:sz w:val="14"/>
              </w:rPr>
              <w:br/>
            </w:r>
            <w:r>
              <w:rPr>
                <w:rFonts w:ascii="Consolas" w:hAnsi="Consolas"/>
                <w:sz w:val="14"/>
              </w:rPr>
              <w:br/>
              <w:t xml:space="preserve">  const estimatedRevenue =</w:t>
            </w:r>
            <w:r>
              <w:rPr>
                <w:rFonts w:ascii="Consolas" w:hAnsi="Consolas"/>
                <w:sz w:val="14"/>
              </w:rPr>
              <w:br/>
              <w:t xml:space="preserve">    bookings.reduce(</w:t>
            </w:r>
            <w:r>
              <w:rPr>
                <w:rFonts w:ascii="Consolas" w:hAnsi="Consolas"/>
                <w:sz w:val="14"/>
              </w:rPr>
              <w:br/>
              <w:t xml:space="preserve">      (total, booking) =&gt;</w:t>
            </w:r>
            <w:r>
              <w:rPr>
                <w:rFonts w:ascii="Consolas" w:hAnsi="Consolas"/>
                <w:sz w:val="14"/>
              </w:rPr>
              <w:br/>
              <w:t xml:space="preserve">        total +</w:t>
            </w:r>
            <w:r>
              <w:rPr>
                <w:rFonts w:ascii="Consolas" w:hAnsi="Consolas"/>
                <w:sz w:val="14"/>
              </w:rPr>
              <w:br/>
              <w:t xml:space="preserve">        Number(</w:t>
            </w:r>
            <w:r>
              <w:rPr>
                <w:rFonts w:ascii="Consolas" w:hAnsi="Consolas"/>
                <w:sz w:val="14"/>
              </w:rPr>
              <w:br/>
              <w:t xml:space="preserve">          booking.quotedPrice || 0</w:t>
            </w:r>
            <w:r>
              <w:rPr>
                <w:rFonts w:ascii="Consolas" w:hAnsi="Consolas"/>
                <w:sz w:val="14"/>
              </w:rPr>
              <w:br/>
              <w:t xml:space="preserve">        ),</w:t>
            </w:r>
            <w:r>
              <w:rPr>
                <w:rFonts w:ascii="Consolas" w:hAnsi="Consolas"/>
                <w:sz w:val="14"/>
              </w:rPr>
              <w:br/>
              <w:t xml:space="preserve">      0</w:t>
            </w:r>
            <w:r>
              <w:rPr>
                <w:rFonts w:ascii="Consolas" w:hAnsi="Consolas"/>
                <w:sz w:val="14"/>
              </w:rPr>
              <w:br/>
              <w:t xml:space="preserve">    );</w:t>
            </w:r>
            <w:r>
              <w:rPr>
                <w:rFonts w:ascii="Consolas" w:hAnsi="Consolas"/>
                <w:sz w:val="14"/>
              </w:rPr>
              <w:br/>
            </w:r>
            <w:r>
              <w:rPr>
                <w:rFonts w:ascii="Consolas" w:hAnsi="Consolas"/>
                <w:sz w:val="14"/>
              </w:rPr>
              <w:br/>
              <w:t xml:space="preserve">  const upcomingBookings = bookings</w:t>
            </w:r>
            <w:r>
              <w:rPr>
                <w:rFonts w:ascii="Consolas" w:hAnsi="Consolas"/>
                <w:sz w:val="14"/>
              </w:rPr>
              <w:br/>
              <w:t xml:space="preserve">    .filter(</w:t>
            </w:r>
            <w:r>
              <w:rPr>
                <w:rFonts w:ascii="Consolas" w:hAnsi="Consolas"/>
                <w:sz w:val="14"/>
              </w:rPr>
              <w:br/>
              <w:t xml:space="preserve">      (booking) =&gt;</w:t>
            </w:r>
            <w:r>
              <w:rPr>
                <w:rFonts w:ascii="Consolas" w:hAnsi="Consolas"/>
                <w:sz w:val="14"/>
              </w:rPr>
              <w:br/>
              <w:t xml:space="preserve">        booking.moveDate &amp;&amp;</w:t>
            </w:r>
            <w:r>
              <w:rPr>
                <w:rFonts w:ascii="Consolas" w:hAnsi="Consolas"/>
                <w:sz w:val="14"/>
              </w:rPr>
              <w:br/>
              <w:t xml:space="preserve">        booking.moveDate &gt;= todayDate &amp;&amp;</w:t>
            </w:r>
            <w:r>
              <w:rPr>
                <w:rFonts w:ascii="Consolas" w:hAnsi="Consolas"/>
                <w:sz w:val="14"/>
              </w:rPr>
              <w:br/>
              <w:t xml:space="preserve">        booking.bookingStatus !==</w:t>
            </w:r>
            <w:r>
              <w:rPr>
                <w:rFonts w:ascii="Consolas" w:hAnsi="Consolas"/>
                <w:sz w:val="14"/>
              </w:rPr>
              <w:br/>
              <w:t xml:space="preserve">          "Cancelled"</w:t>
            </w:r>
            <w:r>
              <w:rPr>
                <w:rFonts w:ascii="Consolas" w:hAnsi="Consolas"/>
                <w:sz w:val="14"/>
              </w:rPr>
              <w:br/>
              <w:t xml:space="preserve">    )</w:t>
            </w:r>
            <w:r>
              <w:rPr>
                <w:rFonts w:ascii="Consolas" w:hAnsi="Consolas"/>
                <w:sz w:val="14"/>
              </w:rPr>
              <w:br/>
              <w:t xml:space="preserve">    .sort((a, b) =&gt;</w:t>
            </w:r>
            <w:r>
              <w:rPr>
                <w:rFonts w:ascii="Consolas" w:hAnsi="Consolas"/>
                <w:sz w:val="14"/>
              </w:rPr>
              <w:br/>
              <w:t xml:space="preserve">      a.moveDate.localeCompare(</w:t>
            </w:r>
            <w:r>
              <w:rPr>
                <w:rFonts w:ascii="Consolas" w:hAnsi="Consolas"/>
                <w:sz w:val="14"/>
              </w:rPr>
              <w:br/>
              <w:t xml:space="preserve">        b.moveDate</w:t>
            </w:r>
            <w:r>
              <w:rPr>
                <w:rFonts w:ascii="Consolas" w:hAnsi="Consolas"/>
                <w:sz w:val="14"/>
              </w:rPr>
              <w:br/>
              <w:t xml:space="preserve">      )</w:t>
            </w:r>
            <w:r>
              <w:rPr>
                <w:rFonts w:ascii="Consolas" w:hAnsi="Consolas"/>
                <w:sz w:val="14"/>
              </w:rPr>
              <w:br/>
              <w:t xml:space="preserve">    )</w:t>
            </w:r>
            <w:r>
              <w:rPr>
                <w:rFonts w:ascii="Consolas" w:hAnsi="Consolas"/>
                <w:sz w:val="14"/>
              </w:rPr>
              <w:br/>
              <w:t xml:space="preserve">    .slice(0, 5);</w:t>
            </w:r>
          </w:p>
        </w:tc>
      </w:tr>
    </w:tbl>
    <w:p w14:paraId="477264ED" w14:textId="77777777" w:rsidR="000D0AE6" w:rsidRDefault="000D0AE6">
      <w:pPr>
        <w:spacing w:after="40"/>
      </w:pPr>
    </w:p>
    <w:p w14:paraId="0A96B996" w14:textId="77777777" w:rsidR="000D0AE6" w:rsidRDefault="00000000">
      <w:pPr>
        <w:spacing w:after="140" w:line="259" w:lineRule="auto"/>
      </w:pPr>
      <w:r>
        <w:t>The dashboard values are calculated from stored jobs, bookings, quotes and drivers rather than being hard-coded. This was an important improvement during development because earlier placeholder values did not reflect the actual system state.</w:t>
      </w:r>
    </w:p>
    <w:p w14:paraId="535A5FAC" w14:textId="77777777" w:rsidR="000D0AE6" w:rsidRDefault="00000000">
      <w:r>
        <w:lastRenderedPageBreak/>
        <w:br w:type="page"/>
      </w:r>
    </w:p>
    <w:p w14:paraId="4D151B75" w14:textId="77777777" w:rsidR="000D0AE6" w:rsidRDefault="00000000">
      <w:pPr>
        <w:pStyle w:val="Heading1"/>
      </w:pPr>
      <w:r>
        <w:lastRenderedPageBreak/>
        <w:t>14. Testing and Iterative Development</w:t>
      </w:r>
    </w:p>
    <w:p w14:paraId="3DCB2667" w14:textId="77777777" w:rsidR="000D0AE6" w:rsidRDefault="00000000">
      <w:pPr>
        <w:spacing w:after="140" w:line="259" w:lineRule="auto"/>
      </w:pPr>
      <w:r>
        <w:t>MoveOS has been developed using an iterative Agile approach. Features were added in stages, tested through the browser and then adjusted when problems were identified. Testing has therefore included both feature verification and regression testing after service changes.</w:t>
      </w:r>
    </w:p>
    <w:tbl>
      <w:tblPr>
        <w:tblStyle w:val="TableGrid"/>
        <w:tblW w:w="0" w:type="auto"/>
        <w:jc w:val="center"/>
        <w:tblLook w:val="04A0" w:firstRow="1" w:lastRow="0" w:firstColumn="1" w:lastColumn="0" w:noHBand="0" w:noVBand="1"/>
      </w:tblPr>
      <w:tblGrid>
        <w:gridCol w:w="3389"/>
        <w:gridCol w:w="3389"/>
        <w:gridCol w:w="3389"/>
      </w:tblGrid>
      <w:tr w:rsidR="000D0AE6" w14:paraId="23572BAC" w14:textId="77777777">
        <w:trPr>
          <w:jc w:val="center"/>
        </w:trPr>
        <w:tc>
          <w:tcPr>
            <w:tcW w:w="3389" w:type="dxa"/>
            <w:shd w:val="clear" w:color="auto" w:fill="0B477F"/>
            <w:tcMar>
              <w:top w:w="80" w:type="dxa"/>
              <w:left w:w="100" w:type="dxa"/>
              <w:bottom w:w="80" w:type="dxa"/>
              <w:right w:w="100" w:type="dxa"/>
            </w:tcMar>
          </w:tcPr>
          <w:p w14:paraId="358D2186" w14:textId="77777777" w:rsidR="000D0AE6" w:rsidRDefault="00000000">
            <w:r>
              <w:rPr>
                <w:b/>
                <w:color w:val="FFFFFF"/>
                <w:sz w:val="18"/>
              </w:rPr>
              <w:t>Test area</w:t>
            </w:r>
          </w:p>
        </w:tc>
        <w:tc>
          <w:tcPr>
            <w:tcW w:w="3389" w:type="dxa"/>
            <w:shd w:val="clear" w:color="auto" w:fill="0B477F"/>
            <w:tcMar>
              <w:top w:w="80" w:type="dxa"/>
              <w:left w:w="100" w:type="dxa"/>
              <w:bottom w:w="80" w:type="dxa"/>
              <w:right w:w="100" w:type="dxa"/>
            </w:tcMar>
          </w:tcPr>
          <w:p w14:paraId="024BDEEF" w14:textId="77777777" w:rsidR="000D0AE6" w:rsidRDefault="00000000">
            <w:r>
              <w:rPr>
                <w:b/>
                <w:color w:val="FFFFFF"/>
                <w:sz w:val="18"/>
              </w:rPr>
              <w:t>Expected result</w:t>
            </w:r>
          </w:p>
        </w:tc>
        <w:tc>
          <w:tcPr>
            <w:tcW w:w="3389" w:type="dxa"/>
            <w:shd w:val="clear" w:color="auto" w:fill="0B477F"/>
            <w:tcMar>
              <w:top w:w="80" w:type="dxa"/>
              <w:left w:w="100" w:type="dxa"/>
              <w:bottom w:w="80" w:type="dxa"/>
              <w:right w:w="100" w:type="dxa"/>
            </w:tcMar>
          </w:tcPr>
          <w:p w14:paraId="33B434B7" w14:textId="77777777" w:rsidR="000D0AE6" w:rsidRDefault="00000000">
            <w:r>
              <w:rPr>
                <w:b/>
                <w:color w:val="FFFFFF"/>
                <w:sz w:val="18"/>
              </w:rPr>
              <w:t>Current evidence / status</w:t>
            </w:r>
          </w:p>
        </w:tc>
      </w:tr>
      <w:tr w:rsidR="000D0AE6" w14:paraId="1B982C89" w14:textId="77777777">
        <w:trPr>
          <w:jc w:val="center"/>
        </w:trPr>
        <w:tc>
          <w:tcPr>
            <w:tcW w:w="3389" w:type="dxa"/>
            <w:tcMar>
              <w:top w:w="80" w:type="dxa"/>
              <w:left w:w="100" w:type="dxa"/>
              <w:bottom w:w="80" w:type="dxa"/>
              <w:right w:w="100" w:type="dxa"/>
            </w:tcMar>
            <w:vAlign w:val="center"/>
          </w:tcPr>
          <w:p w14:paraId="62333222" w14:textId="77777777" w:rsidR="000D0AE6" w:rsidRDefault="00000000">
            <w:r>
              <w:rPr>
                <w:sz w:val="17"/>
              </w:rPr>
              <w:t>Role routing</w:t>
            </w:r>
          </w:p>
        </w:tc>
        <w:tc>
          <w:tcPr>
            <w:tcW w:w="3389" w:type="dxa"/>
            <w:tcMar>
              <w:top w:w="80" w:type="dxa"/>
              <w:left w:w="100" w:type="dxa"/>
              <w:bottom w:w="80" w:type="dxa"/>
              <w:right w:w="100" w:type="dxa"/>
            </w:tcMar>
            <w:vAlign w:val="center"/>
          </w:tcPr>
          <w:p w14:paraId="61173B95" w14:textId="77777777" w:rsidR="000D0AE6" w:rsidRDefault="00000000">
            <w:r>
              <w:rPr>
                <w:sz w:val="17"/>
              </w:rPr>
              <w:t>Only the correct role portal is accessible</w:t>
            </w:r>
          </w:p>
        </w:tc>
        <w:tc>
          <w:tcPr>
            <w:tcW w:w="3389" w:type="dxa"/>
            <w:tcMar>
              <w:top w:w="80" w:type="dxa"/>
              <w:left w:w="100" w:type="dxa"/>
              <w:bottom w:w="80" w:type="dxa"/>
              <w:right w:w="100" w:type="dxa"/>
            </w:tcMar>
            <w:vAlign w:val="center"/>
          </w:tcPr>
          <w:p w14:paraId="5355BF49" w14:textId="77777777" w:rsidR="000D0AE6" w:rsidRDefault="00000000">
            <w:r>
              <w:rPr>
                <w:sz w:val="17"/>
              </w:rPr>
              <w:t>ProtectedRoute implemented and login flows demonstrated</w:t>
            </w:r>
          </w:p>
        </w:tc>
      </w:tr>
      <w:tr w:rsidR="000D0AE6" w14:paraId="126819C0" w14:textId="77777777">
        <w:trPr>
          <w:jc w:val="center"/>
        </w:trPr>
        <w:tc>
          <w:tcPr>
            <w:tcW w:w="3389" w:type="dxa"/>
            <w:tcMar>
              <w:top w:w="80" w:type="dxa"/>
              <w:left w:w="100" w:type="dxa"/>
              <w:bottom w:w="80" w:type="dxa"/>
              <w:right w:w="100" w:type="dxa"/>
            </w:tcMar>
            <w:vAlign w:val="center"/>
          </w:tcPr>
          <w:p w14:paraId="37F15584" w14:textId="77777777" w:rsidR="000D0AE6" w:rsidRDefault="00000000">
            <w:r>
              <w:rPr>
                <w:sz w:val="17"/>
              </w:rPr>
              <w:t>Driver registration</w:t>
            </w:r>
          </w:p>
        </w:tc>
        <w:tc>
          <w:tcPr>
            <w:tcW w:w="3389" w:type="dxa"/>
            <w:tcMar>
              <w:top w:w="80" w:type="dxa"/>
              <w:left w:w="100" w:type="dxa"/>
              <w:bottom w:w="80" w:type="dxa"/>
              <w:right w:w="100" w:type="dxa"/>
            </w:tcMar>
            <w:vAlign w:val="center"/>
          </w:tcPr>
          <w:p w14:paraId="406A8950" w14:textId="77777777" w:rsidR="000D0AE6" w:rsidRDefault="00000000">
            <w:r>
              <w:rPr>
                <w:sz w:val="17"/>
              </w:rPr>
              <w:t>New driver remains Pending</w:t>
            </w:r>
          </w:p>
        </w:tc>
        <w:tc>
          <w:tcPr>
            <w:tcW w:w="3389" w:type="dxa"/>
            <w:tcMar>
              <w:top w:w="80" w:type="dxa"/>
              <w:left w:w="100" w:type="dxa"/>
              <w:bottom w:w="80" w:type="dxa"/>
              <w:right w:w="100" w:type="dxa"/>
            </w:tcMar>
            <w:vAlign w:val="center"/>
          </w:tcPr>
          <w:p w14:paraId="52228C2A" w14:textId="77777777" w:rsidR="000D0AE6" w:rsidRDefault="00000000">
            <w:r>
              <w:rPr>
                <w:sz w:val="17"/>
              </w:rPr>
              <w:t>Demonstrated in application screenshot</w:t>
            </w:r>
          </w:p>
        </w:tc>
      </w:tr>
      <w:tr w:rsidR="000D0AE6" w14:paraId="0C030B83" w14:textId="77777777">
        <w:trPr>
          <w:jc w:val="center"/>
        </w:trPr>
        <w:tc>
          <w:tcPr>
            <w:tcW w:w="3389" w:type="dxa"/>
            <w:tcMar>
              <w:top w:w="80" w:type="dxa"/>
              <w:left w:w="100" w:type="dxa"/>
              <w:bottom w:w="80" w:type="dxa"/>
              <w:right w:w="100" w:type="dxa"/>
            </w:tcMar>
            <w:vAlign w:val="center"/>
          </w:tcPr>
          <w:p w14:paraId="3EB0A335" w14:textId="77777777" w:rsidR="000D0AE6" w:rsidRDefault="00000000">
            <w:r>
              <w:rPr>
                <w:sz w:val="17"/>
              </w:rPr>
              <w:t>Driver approval</w:t>
            </w:r>
          </w:p>
        </w:tc>
        <w:tc>
          <w:tcPr>
            <w:tcW w:w="3389" w:type="dxa"/>
            <w:tcMar>
              <w:top w:w="80" w:type="dxa"/>
              <w:left w:w="100" w:type="dxa"/>
              <w:bottom w:w="80" w:type="dxa"/>
              <w:right w:w="100" w:type="dxa"/>
            </w:tcMar>
            <w:vAlign w:val="center"/>
          </w:tcPr>
          <w:p w14:paraId="1971F489" w14:textId="77777777" w:rsidR="000D0AE6" w:rsidRDefault="00000000">
            <w:r>
              <w:rPr>
                <w:sz w:val="17"/>
              </w:rPr>
              <w:t>Admin can approve Pending driver</w:t>
            </w:r>
          </w:p>
        </w:tc>
        <w:tc>
          <w:tcPr>
            <w:tcW w:w="3389" w:type="dxa"/>
            <w:tcMar>
              <w:top w:w="80" w:type="dxa"/>
              <w:left w:w="100" w:type="dxa"/>
              <w:bottom w:w="80" w:type="dxa"/>
              <w:right w:w="100" w:type="dxa"/>
            </w:tcMar>
            <w:vAlign w:val="center"/>
          </w:tcPr>
          <w:p w14:paraId="43BEDBCC" w14:textId="77777777" w:rsidR="000D0AE6" w:rsidRDefault="00000000">
            <w:r>
              <w:rPr>
                <w:sz w:val="17"/>
              </w:rPr>
              <w:t>Demonstrated in Driver Management</w:t>
            </w:r>
          </w:p>
        </w:tc>
      </w:tr>
      <w:tr w:rsidR="000D0AE6" w14:paraId="7A7AA05F" w14:textId="77777777">
        <w:trPr>
          <w:jc w:val="center"/>
        </w:trPr>
        <w:tc>
          <w:tcPr>
            <w:tcW w:w="3389" w:type="dxa"/>
            <w:tcMar>
              <w:top w:w="80" w:type="dxa"/>
              <w:left w:w="100" w:type="dxa"/>
              <w:bottom w:w="80" w:type="dxa"/>
              <w:right w:w="100" w:type="dxa"/>
            </w:tcMar>
            <w:vAlign w:val="center"/>
          </w:tcPr>
          <w:p w14:paraId="6BDD515E" w14:textId="77777777" w:rsidR="000D0AE6" w:rsidRDefault="00000000">
            <w:r>
              <w:rPr>
                <w:sz w:val="17"/>
              </w:rPr>
              <w:t>Driver suspension</w:t>
            </w:r>
          </w:p>
        </w:tc>
        <w:tc>
          <w:tcPr>
            <w:tcW w:w="3389" w:type="dxa"/>
            <w:tcMar>
              <w:top w:w="80" w:type="dxa"/>
              <w:left w:w="100" w:type="dxa"/>
              <w:bottom w:w="80" w:type="dxa"/>
              <w:right w:w="100" w:type="dxa"/>
            </w:tcMar>
            <w:vAlign w:val="center"/>
          </w:tcPr>
          <w:p w14:paraId="24876681" w14:textId="77777777" w:rsidR="000D0AE6" w:rsidRDefault="00000000">
            <w:r>
              <w:rPr>
                <w:sz w:val="17"/>
              </w:rPr>
              <w:t>Suspended driver cannot log in</w:t>
            </w:r>
          </w:p>
        </w:tc>
        <w:tc>
          <w:tcPr>
            <w:tcW w:w="3389" w:type="dxa"/>
            <w:tcMar>
              <w:top w:w="80" w:type="dxa"/>
              <w:left w:w="100" w:type="dxa"/>
              <w:bottom w:w="80" w:type="dxa"/>
              <w:right w:w="100" w:type="dxa"/>
            </w:tcMar>
            <w:vAlign w:val="center"/>
          </w:tcPr>
          <w:p w14:paraId="7974374E" w14:textId="77777777" w:rsidR="000D0AE6" w:rsidRDefault="00000000">
            <w:r>
              <w:rPr>
                <w:sz w:val="17"/>
              </w:rPr>
              <w:t>Implemented in authService and tested during development</w:t>
            </w:r>
          </w:p>
        </w:tc>
      </w:tr>
      <w:tr w:rsidR="000D0AE6" w14:paraId="390090AE" w14:textId="77777777">
        <w:trPr>
          <w:jc w:val="center"/>
        </w:trPr>
        <w:tc>
          <w:tcPr>
            <w:tcW w:w="3389" w:type="dxa"/>
            <w:tcMar>
              <w:top w:w="80" w:type="dxa"/>
              <w:left w:w="100" w:type="dxa"/>
              <w:bottom w:w="80" w:type="dxa"/>
              <w:right w:w="100" w:type="dxa"/>
            </w:tcMar>
            <w:vAlign w:val="center"/>
          </w:tcPr>
          <w:p w14:paraId="4D675239" w14:textId="77777777" w:rsidR="000D0AE6" w:rsidRDefault="00000000">
            <w:r>
              <w:rPr>
                <w:sz w:val="17"/>
              </w:rPr>
              <w:t>Quote request</w:t>
            </w:r>
          </w:p>
        </w:tc>
        <w:tc>
          <w:tcPr>
            <w:tcW w:w="3389" w:type="dxa"/>
            <w:tcMar>
              <w:top w:w="80" w:type="dxa"/>
              <w:left w:w="100" w:type="dxa"/>
              <w:bottom w:w="80" w:type="dxa"/>
              <w:right w:w="100" w:type="dxa"/>
            </w:tcMar>
            <w:vAlign w:val="center"/>
          </w:tcPr>
          <w:p w14:paraId="0FCA3C56" w14:textId="77777777" w:rsidR="000D0AE6" w:rsidRDefault="00000000">
            <w:r>
              <w:rPr>
                <w:sz w:val="17"/>
              </w:rPr>
              <w:t>Customer request is stored and admin notified</w:t>
            </w:r>
          </w:p>
        </w:tc>
        <w:tc>
          <w:tcPr>
            <w:tcW w:w="3389" w:type="dxa"/>
            <w:tcMar>
              <w:top w:w="80" w:type="dxa"/>
              <w:left w:w="100" w:type="dxa"/>
              <w:bottom w:w="80" w:type="dxa"/>
              <w:right w:w="100" w:type="dxa"/>
            </w:tcMar>
            <w:vAlign w:val="center"/>
          </w:tcPr>
          <w:p w14:paraId="5C796ABC" w14:textId="77777777" w:rsidR="000D0AE6" w:rsidRDefault="00000000">
            <w:r>
              <w:rPr>
                <w:sz w:val="17"/>
              </w:rPr>
              <w:t>Implemented in quoteService - requires final regression re-test after recent service changes</w:t>
            </w:r>
          </w:p>
        </w:tc>
      </w:tr>
      <w:tr w:rsidR="000D0AE6" w14:paraId="32097057" w14:textId="77777777">
        <w:trPr>
          <w:jc w:val="center"/>
        </w:trPr>
        <w:tc>
          <w:tcPr>
            <w:tcW w:w="3389" w:type="dxa"/>
            <w:tcMar>
              <w:top w:w="80" w:type="dxa"/>
              <w:left w:w="100" w:type="dxa"/>
              <w:bottom w:w="80" w:type="dxa"/>
              <w:right w:w="100" w:type="dxa"/>
            </w:tcMar>
            <w:vAlign w:val="center"/>
          </w:tcPr>
          <w:p w14:paraId="65BB29A4" w14:textId="77777777" w:rsidR="000D0AE6" w:rsidRDefault="00000000">
            <w:r>
              <w:rPr>
                <w:sz w:val="17"/>
              </w:rPr>
              <w:t>Booking after deposit</w:t>
            </w:r>
          </w:p>
        </w:tc>
        <w:tc>
          <w:tcPr>
            <w:tcW w:w="3389" w:type="dxa"/>
            <w:tcMar>
              <w:top w:w="80" w:type="dxa"/>
              <w:left w:w="100" w:type="dxa"/>
              <w:bottom w:w="80" w:type="dxa"/>
              <w:right w:w="100" w:type="dxa"/>
            </w:tcMar>
            <w:vAlign w:val="center"/>
          </w:tcPr>
          <w:p w14:paraId="58396EE4" w14:textId="77777777" w:rsidR="000D0AE6" w:rsidRDefault="00000000">
            <w:r>
              <w:rPr>
                <w:sz w:val="17"/>
              </w:rPr>
              <w:t>Booking and calendar event are created</w:t>
            </w:r>
          </w:p>
        </w:tc>
        <w:tc>
          <w:tcPr>
            <w:tcW w:w="3389" w:type="dxa"/>
            <w:tcMar>
              <w:top w:w="80" w:type="dxa"/>
              <w:left w:w="100" w:type="dxa"/>
              <w:bottom w:w="80" w:type="dxa"/>
              <w:right w:w="100" w:type="dxa"/>
            </w:tcMar>
            <w:vAlign w:val="center"/>
          </w:tcPr>
          <w:p w14:paraId="2E5FF367" w14:textId="77777777" w:rsidR="000D0AE6" w:rsidRDefault="00000000">
            <w:r>
              <w:rPr>
                <w:sz w:val="17"/>
              </w:rPr>
              <w:t>Implemented in bookingService and calendar demonstrated</w:t>
            </w:r>
          </w:p>
        </w:tc>
      </w:tr>
      <w:tr w:rsidR="000D0AE6" w14:paraId="24C73F64" w14:textId="77777777">
        <w:trPr>
          <w:jc w:val="center"/>
        </w:trPr>
        <w:tc>
          <w:tcPr>
            <w:tcW w:w="3389" w:type="dxa"/>
            <w:tcMar>
              <w:top w:w="80" w:type="dxa"/>
              <w:left w:w="100" w:type="dxa"/>
              <w:bottom w:w="80" w:type="dxa"/>
              <w:right w:w="100" w:type="dxa"/>
            </w:tcMar>
            <w:vAlign w:val="center"/>
          </w:tcPr>
          <w:p w14:paraId="2F277CBE" w14:textId="77777777" w:rsidR="000D0AE6" w:rsidRDefault="00000000">
            <w:r>
              <w:rPr>
                <w:sz w:val="17"/>
              </w:rPr>
              <w:t>Job creation</w:t>
            </w:r>
          </w:p>
        </w:tc>
        <w:tc>
          <w:tcPr>
            <w:tcW w:w="3389" w:type="dxa"/>
            <w:tcMar>
              <w:top w:w="80" w:type="dxa"/>
              <w:left w:w="100" w:type="dxa"/>
              <w:bottom w:w="80" w:type="dxa"/>
              <w:right w:w="100" w:type="dxa"/>
            </w:tcMar>
            <w:vAlign w:val="center"/>
          </w:tcPr>
          <w:p w14:paraId="18E95546" w14:textId="77777777" w:rsidR="000D0AE6" w:rsidRDefault="00000000">
            <w:r>
              <w:rPr>
                <w:sz w:val="17"/>
              </w:rPr>
              <w:t>Confirmed booking can become a job</w:t>
            </w:r>
          </w:p>
        </w:tc>
        <w:tc>
          <w:tcPr>
            <w:tcW w:w="3389" w:type="dxa"/>
            <w:tcMar>
              <w:top w:w="80" w:type="dxa"/>
              <w:left w:w="100" w:type="dxa"/>
              <w:bottom w:w="80" w:type="dxa"/>
              <w:right w:w="100" w:type="dxa"/>
            </w:tcMar>
            <w:vAlign w:val="center"/>
          </w:tcPr>
          <w:p w14:paraId="4A792683" w14:textId="77777777" w:rsidR="000D0AE6" w:rsidRDefault="00000000">
            <w:r>
              <w:rPr>
                <w:sz w:val="17"/>
              </w:rPr>
              <w:t>Create Job form and job list demonstrated</w:t>
            </w:r>
          </w:p>
        </w:tc>
      </w:tr>
      <w:tr w:rsidR="000D0AE6" w14:paraId="1221C80F" w14:textId="77777777">
        <w:trPr>
          <w:jc w:val="center"/>
        </w:trPr>
        <w:tc>
          <w:tcPr>
            <w:tcW w:w="3389" w:type="dxa"/>
            <w:tcMar>
              <w:top w:w="80" w:type="dxa"/>
              <w:left w:w="100" w:type="dxa"/>
              <w:bottom w:w="80" w:type="dxa"/>
              <w:right w:w="100" w:type="dxa"/>
            </w:tcMar>
            <w:vAlign w:val="center"/>
          </w:tcPr>
          <w:p w14:paraId="0AD7A3F7" w14:textId="77777777" w:rsidR="000D0AE6" w:rsidRDefault="00000000">
            <w:r>
              <w:rPr>
                <w:sz w:val="17"/>
              </w:rPr>
              <w:t>Dashboard metrics</w:t>
            </w:r>
          </w:p>
        </w:tc>
        <w:tc>
          <w:tcPr>
            <w:tcW w:w="3389" w:type="dxa"/>
            <w:tcMar>
              <w:top w:w="80" w:type="dxa"/>
              <w:left w:w="100" w:type="dxa"/>
              <w:bottom w:w="80" w:type="dxa"/>
              <w:right w:w="100" w:type="dxa"/>
            </w:tcMar>
            <w:vAlign w:val="center"/>
          </w:tcPr>
          <w:p w14:paraId="0DB9FCE5" w14:textId="77777777" w:rsidR="000D0AE6" w:rsidRDefault="00000000">
            <w:r>
              <w:rPr>
                <w:sz w:val="17"/>
              </w:rPr>
              <w:t>Values reflect stored system data</w:t>
            </w:r>
          </w:p>
        </w:tc>
        <w:tc>
          <w:tcPr>
            <w:tcW w:w="3389" w:type="dxa"/>
            <w:tcMar>
              <w:top w:w="80" w:type="dxa"/>
              <w:left w:w="100" w:type="dxa"/>
              <w:bottom w:w="80" w:type="dxa"/>
              <w:right w:w="100" w:type="dxa"/>
            </w:tcMar>
            <w:vAlign w:val="center"/>
          </w:tcPr>
          <w:p w14:paraId="33279F94" w14:textId="77777777" w:rsidR="000D0AE6" w:rsidRDefault="00000000">
            <w:r>
              <w:rPr>
                <w:sz w:val="17"/>
              </w:rPr>
              <w:t>Implemented in AdminDashboard</w:t>
            </w:r>
          </w:p>
        </w:tc>
      </w:tr>
      <w:tr w:rsidR="000D0AE6" w14:paraId="4DF279B2" w14:textId="77777777">
        <w:trPr>
          <w:jc w:val="center"/>
        </w:trPr>
        <w:tc>
          <w:tcPr>
            <w:tcW w:w="3389" w:type="dxa"/>
            <w:tcMar>
              <w:top w:w="80" w:type="dxa"/>
              <w:left w:w="100" w:type="dxa"/>
              <w:bottom w:w="80" w:type="dxa"/>
              <w:right w:w="100" w:type="dxa"/>
            </w:tcMar>
            <w:vAlign w:val="center"/>
          </w:tcPr>
          <w:p w14:paraId="3504B261" w14:textId="77777777" w:rsidR="000D0AE6" w:rsidRDefault="00000000">
            <w:r>
              <w:rPr>
                <w:sz w:val="17"/>
              </w:rPr>
              <w:t>Archive / restore</w:t>
            </w:r>
          </w:p>
        </w:tc>
        <w:tc>
          <w:tcPr>
            <w:tcW w:w="3389" w:type="dxa"/>
            <w:tcMar>
              <w:top w:w="80" w:type="dxa"/>
              <w:left w:w="100" w:type="dxa"/>
              <w:bottom w:w="80" w:type="dxa"/>
              <w:right w:w="100" w:type="dxa"/>
            </w:tcMar>
            <w:vAlign w:val="center"/>
          </w:tcPr>
          <w:p w14:paraId="103BFF4B" w14:textId="77777777" w:rsidR="000D0AE6" w:rsidRDefault="00000000">
            <w:r>
              <w:rPr>
                <w:sz w:val="17"/>
              </w:rPr>
              <w:t>Delete should preserve records for recovery</w:t>
            </w:r>
          </w:p>
        </w:tc>
        <w:tc>
          <w:tcPr>
            <w:tcW w:w="3389" w:type="dxa"/>
            <w:tcMar>
              <w:top w:w="80" w:type="dxa"/>
              <w:left w:w="100" w:type="dxa"/>
              <w:bottom w:w="80" w:type="dxa"/>
              <w:right w:w="100" w:type="dxa"/>
            </w:tcMar>
            <w:vAlign w:val="center"/>
          </w:tcPr>
          <w:p w14:paraId="68BDA1BB" w14:textId="77777777" w:rsidR="000D0AE6" w:rsidRDefault="00000000">
            <w:r>
              <w:rPr>
                <w:sz w:val="17"/>
              </w:rPr>
              <w:t>Implemented as soft-delete pattern - driver archive action currently being re-tested</w:t>
            </w:r>
          </w:p>
        </w:tc>
      </w:tr>
    </w:tbl>
    <w:p w14:paraId="6A3377AE" w14:textId="77777777" w:rsidR="000D0AE6" w:rsidRDefault="00000000">
      <w:pPr>
        <w:pStyle w:val="Heading2"/>
      </w:pPr>
      <w:r>
        <w:t>Examples of Problems Found During Testing</w:t>
      </w:r>
    </w:p>
    <w:p w14:paraId="53833C21" w14:textId="77777777" w:rsidR="000D0AE6" w:rsidRDefault="00000000">
      <w:pPr>
        <w:pStyle w:val="ListBullet"/>
        <w:spacing w:after="80"/>
      </w:pPr>
      <w:r>
        <w:t>Routes that accidentally redirected users back to Login.</w:t>
      </w:r>
    </w:p>
    <w:p w14:paraId="6CA6A9BC" w14:textId="77777777" w:rsidR="000D0AE6" w:rsidRDefault="00000000">
      <w:pPr>
        <w:pStyle w:val="ListBullet"/>
        <w:spacing w:after="80"/>
      </w:pPr>
      <w:r>
        <w:t>Notification dropdown behaviour that did not close as expected.</w:t>
      </w:r>
    </w:p>
    <w:p w14:paraId="50CA72C7" w14:textId="77777777" w:rsidR="000D0AE6" w:rsidRDefault="00000000">
      <w:pPr>
        <w:pStyle w:val="ListBullet"/>
        <w:spacing w:after="80"/>
      </w:pPr>
      <w:r>
        <w:t>Jobs and booking details expanding in the wrong place in the UI.</w:t>
      </w:r>
    </w:p>
    <w:p w14:paraId="01A22246" w14:textId="77777777" w:rsidR="000D0AE6" w:rsidRDefault="00000000">
      <w:pPr>
        <w:pStyle w:val="ListBullet"/>
        <w:spacing w:after="80"/>
      </w:pPr>
      <w:r>
        <w:t>Dashboard statistics originally using placeholder values instead of stored data.</w:t>
      </w:r>
    </w:p>
    <w:p w14:paraId="44099313" w14:textId="77777777" w:rsidR="000D0AE6" w:rsidRDefault="00000000">
      <w:pPr>
        <w:pStyle w:val="ListBullet"/>
        <w:spacing w:after="80"/>
      </w:pPr>
      <w:r>
        <w:t>Suspended drivers remaining allocated to jobs.</w:t>
      </w:r>
    </w:p>
    <w:p w14:paraId="3E5C09DC" w14:textId="77777777" w:rsidR="000D0AE6" w:rsidRDefault="00000000">
      <w:pPr>
        <w:pStyle w:val="ListBullet"/>
        <w:spacing w:after="80"/>
      </w:pPr>
      <w:r>
        <w:t>Driver archive behaviour breaking after service-level de-allocation changes.</w:t>
      </w:r>
    </w:p>
    <w:p w14:paraId="6BF30693" w14:textId="77777777" w:rsidR="000D0AE6" w:rsidRDefault="00000000">
      <w:pPr>
        <w:pStyle w:val="ListBullet"/>
        <w:spacing w:after="80"/>
      </w:pPr>
      <w:r>
        <w:t>Customer registration UI existing without a complete submission handler in one project snapshot.</w:t>
      </w:r>
    </w:p>
    <w:p w14:paraId="65502472" w14:textId="77777777" w:rsidR="000D0AE6" w:rsidRDefault="00000000">
      <w:pPr>
        <w:pStyle w:val="ListBullet"/>
        <w:spacing w:after="80"/>
      </w:pPr>
      <w:r>
        <w:t>Quote and notification flows requiring re-testing after changes to shared services.</w:t>
      </w:r>
    </w:p>
    <w:p w14:paraId="4E930ABF" w14:textId="77777777" w:rsidR="000D0AE6" w:rsidRDefault="00000000">
      <w:pPr>
        <w:spacing w:after="140" w:line="259" w:lineRule="auto"/>
      </w:pPr>
      <w:r>
        <w:t>These issues are included because they show the development process rather than only the finished screens. Each issue led to changes in the component or service design and helped improve the separation of responsibilities in the project.</w:t>
      </w:r>
    </w:p>
    <w:p w14:paraId="7A101959" w14:textId="77777777" w:rsidR="000D0AE6" w:rsidRDefault="00000000">
      <w:r>
        <w:br w:type="page"/>
      </w:r>
    </w:p>
    <w:p w14:paraId="56A974F9" w14:textId="77777777" w:rsidR="000D0AE6" w:rsidRDefault="00000000">
      <w:pPr>
        <w:pStyle w:val="Heading1"/>
      </w:pPr>
      <w:r>
        <w:lastRenderedPageBreak/>
        <w:t>15. Current Limitations and Known Issues</w:t>
      </w:r>
    </w:p>
    <w:p w14:paraId="3DF96839" w14:textId="77777777" w:rsidR="000D0AE6" w:rsidRDefault="00000000">
      <w:pPr>
        <w:spacing w:after="140" w:line="259" w:lineRule="auto"/>
      </w:pPr>
      <w:r>
        <w:t>The current version should be considered a functional academic prototype rather than a production logistics platform. The main limitations are listed below.</w:t>
      </w:r>
    </w:p>
    <w:p w14:paraId="24201E89" w14:textId="77777777" w:rsidR="000D0AE6" w:rsidRDefault="00000000">
      <w:pPr>
        <w:pStyle w:val="ListBullet"/>
        <w:spacing w:after="80"/>
      </w:pPr>
      <w:r>
        <w:t>Local Storage is browser-specific and does not provide true multi-user synchronisation.</w:t>
      </w:r>
    </w:p>
    <w:p w14:paraId="7F4040B6" w14:textId="77777777" w:rsidR="000D0AE6" w:rsidRDefault="00000000">
      <w:pPr>
        <w:pStyle w:val="ListBullet"/>
        <w:spacing w:after="80"/>
      </w:pPr>
      <w:r>
        <w:t>Administrator credentials are still stored in project data rather than a production authentication provider.</w:t>
      </w:r>
    </w:p>
    <w:p w14:paraId="5EFF893D" w14:textId="77777777" w:rsidR="000D0AE6" w:rsidRDefault="00000000">
      <w:pPr>
        <w:pStyle w:val="ListBullet"/>
        <w:spacing w:after="80"/>
      </w:pPr>
      <w:r>
        <w:t>The deposit flow is a prototype payment workflow and does not process a real bank/card transaction.</w:t>
      </w:r>
    </w:p>
    <w:p w14:paraId="0C40E492" w14:textId="77777777" w:rsidR="000D0AE6" w:rsidRDefault="00000000">
      <w:pPr>
        <w:pStyle w:val="ListBullet"/>
        <w:spacing w:after="80"/>
      </w:pPr>
      <w:r>
        <w:t>The Driver Dashboard is still basic compared with the Administrator and Customer areas.</w:t>
      </w:r>
    </w:p>
    <w:p w14:paraId="308D6EBC" w14:textId="77777777" w:rsidR="000D0AE6" w:rsidRDefault="00000000">
      <w:pPr>
        <w:pStyle w:val="ListBullet"/>
        <w:spacing w:after="80"/>
      </w:pPr>
      <w:r>
        <w:t>Reporting is marked as Coming Soon.</w:t>
      </w:r>
    </w:p>
    <w:p w14:paraId="3CDDF6E4" w14:textId="77777777" w:rsidR="000D0AE6" w:rsidRDefault="00000000">
      <w:pPr>
        <w:pStyle w:val="ListBullet"/>
        <w:spacing w:after="80"/>
      </w:pPr>
      <w:r>
        <w:t>Customer registration persistence and customer-registration notifications were identified for correction in the latest iteration.</w:t>
      </w:r>
    </w:p>
    <w:p w14:paraId="2A556571" w14:textId="77777777" w:rsidR="000D0AE6" w:rsidRDefault="00000000">
      <w:pPr>
        <w:pStyle w:val="ListBullet"/>
        <w:spacing w:after="80"/>
      </w:pPr>
      <w:r>
        <w:t>Driver archive behaviour is being re-tested after changes intended to keep job allocation data consistent.</w:t>
      </w:r>
    </w:p>
    <w:p w14:paraId="29216702" w14:textId="77777777" w:rsidR="000D0AE6" w:rsidRDefault="00000000">
      <w:pPr>
        <w:pStyle w:val="ListBullet"/>
        <w:spacing w:after="80"/>
      </w:pPr>
      <w:r>
        <w:t>Cloud deployment and Firebase integration are not yet live.</w:t>
      </w:r>
    </w:p>
    <w:p w14:paraId="01799218" w14:textId="77777777" w:rsidR="000D0AE6" w:rsidRDefault="00000000">
      <w:pPr>
        <w:pStyle w:val="Heading2"/>
      </w:pPr>
      <w:r>
        <w:t>Cost and Scope</w:t>
      </w:r>
    </w:p>
    <w:p w14:paraId="2FE65872" w14:textId="77777777" w:rsidR="000D0AE6" w:rsidRDefault="00000000">
      <w:pPr>
        <w:spacing w:after="140" w:line="259" w:lineRule="auto"/>
      </w:pPr>
      <w:r>
        <w:t>Keeping the prototype on localhost also controlled project cost. Firebase usage, cloud hosting, payment processing, mapping, SMS and other external services can introduce monthly or usage-based charges. Building the core workflow locally first allowed more time to be spent on functionality, testing and the dissertation before committing to production services.</w:t>
      </w:r>
    </w:p>
    <w:p w14:paraId="32DBC9F5" w14:textId="77777777" w:rsidR="000D0AE6" w:rsidRDefault="00000000">
      <w:r>
        <w:br w:type="page"/>
      </w:r>
    </w:p>
    <w:p w14:paraId="34DF985B" w14:textId="77777777" w:rsidR="000D0AE6" w:rsidRDefault="00000000">
      <w:pPr>
        <w:pStyle w:val="Heading1"/>
      </w:pPr>
      <w:r>
        <w:lastRenderedPageBreak/>
        <w:t>16. Future Development</w:t>
      </w:r>
    </w:p>
    <w:p w14:paraId="00E49CD0" w14:textId="77777777" w:rsidR="000D0AE6" w:rsidRDefault="00000000">
      <w:pPr>
        <w:pStyle w:val="ListBullet"/>
        <w:spacing w:after="80"/>
      </w:pPr>
      <w:r>
        <w:t>Migrate user authentication to Firebase Authentication.</w:t>
      </w:r>
    </w:p>
    <w:p w14:paraId="5D6086CE" w14:textId="77777777" w:rsidR="000D0AE6" w:rsidRDefault="00000000">
      <w:pPr>
        <w:pStyle w:val="ListBullet"/>
        <w:spacing w:after="80"/>
      </w:pPr>
      <w:r>
        <w:t>Move operational data from Local Storage to Cloud Firestore.</w:t>
      </w:r>
    </w:p>
    <w:p w14:paraId="5B20679D" w14:textId="77777777" w:rsidR="000D0AE6" w:rsidRDefault="00000000">
      <w:pPr>
        <w:pStyle w:val="ListBullet"/>
        <w:spacing w:after="80"/>
      </w:pPr>
      <w:r>
        <w:t>Deploy the React application to a production cloud environment.</w:t>
      </w:r>
    </w:p>
    <w:p w14:paraId="0533C669" w14:textId="77777777" w:rsidR="000D0AE6" w:rsidRDefault="00000000">
      <w:pPr>
        <w:pStyle w:val="ListBullet"/>
        <w:spacing w:after="80"/>
      </w:pPr>
      <w:r>
        <w:t>Integrate a real secure payment provider for deposits and balances.</w:t>
      </w:r>
    </w:p>
    <w:p w14:paraId="2E4F4B7D" w14:textId="77777777" w:rsidR="000D0AE6" w:rsidRDefault="00000000">
      <w:pPr>
        <w:pStyle w:val="ListBullet"/>
        <w:spacing w:after="80"/>
      </w:pPr>
      <w:r>
        <w:t>Add Google Maps or another mapping service for route and distance calculations.</w:t>
      </w:r>
    </w:p>
    <w:p w14:paraId="330FCDBB" w14:textId="77777777" w:rsidR="000D0AE6" w:rsidRDefault="00000000">
      <w:pPr>
        <w:pStyle w:val="ListBullet"/>
        <w:spacing w:after="80"/>
      </w:pPr>
      <w:r>
        <w:t>Add live driver location and GPS tracking where appropriate.</w:t>
      </w:r>
    </w:p>
    <w:p w14:paraId="0054582D" w14:textId="77777777" w:rsidR="000D0AE6" w:rsidRDefault="00000000">
      <w:pPr>
        <w:pStyle w:val="ListBullet"/>
        <w:spacing w:after="80"/>
      </w:pPr>
      <w:r>
        <w:t>Add email and SMS notifications for customers and drivers.</w:t>
      </w:r>
    </w:p>
    <w:p w14:paraId="3EC776A3" w14:textId="77777777" w:rsidR="000D0AE6" w:rsidRDefault="00000000">
      <w:pPr>
        <w:pStyle w:val="ListBullet"/>
        <w:spacing w:after="80"/>
      </w:pPr>
      <w:r>
        <w:t>Expand the Driver Dashboard with assigned jobs, job detail views and status updates.</w:t>
      </w:r>
    </w:p>
    <w:p w14:paraId="051F1F37" w14:textId="77777777" w:rsidR="000D0AE6" w:rsidRDefault="00000000">
      <w:pPr>
        <w:pStyle w:val="ListBullet"/>
        <w:spacing w:after="80"/>
      </w:pPr>
      <w:r>
        <w:t>Complete reporting and business analytics.</w:t>
      </w:r>
    </w:p>
    <w:p w14:paraId="15FD343C" w14:textId="77777777" w:rsidR="000D0AE6" w:rsidRDefault="00000000">
      <w:pPr>
        <w:pStyle w:val="ListBullet"/>
        <w:spacing w:after="80"/>
      </w:pPr>
      <w:r>
        <w:t>Add multi-company support so the platform can be used by other small removal and courier businesses.</w:t>
      </w:r>
    </w:p>
    <w:p w14:paraId="2DC99E91" w14:textId="77777777" w:rsidR="000D0AE6" w:rsidRDefault="00000000">
      <w:pPr>
        <w:pStyle w:val="Heading2"/>
      </w:pPr>
      <w:r>
        <w:t>Planned Cloud Direction</w:t>
      </w:r>
    </w:p>
    <w:p w14:paraId="2AD4E011" w14:textId="77777777" w:rsidR="000D0AE6" w:rsidRDefault="00000000">
      <w:pPr>
        <w:jc w:val="center"/>
      </w:pPr>
      <w:r>
        <w:rPr>
          <w:b/>
          <w:color w:val="0B477F"/>
          <w:sz w:val="22"/>
        </w:rPr>
        <w:t>React Client  -&gt;  Firebase Authentication  -&gt;  Cloud Firestore  -&gt;  Cloud Hosting / Production Domain</w:t>
      </w:r>
    </w:p>
    <w:p w14:paraId="43A4B947" w14:textId="77777777" w:rsidR="000D0AE6" w:rsidRDefault="00000000">
      <w:pPr>
        <w:spacing w:before="80" w:after="60"/>
        <w:jc w:val="center"/>
      </w:pPr>
      <w:r>
        <w:rPr>
          <w:noProof/>
        </w:rPr>
        <w:drawing>
          <wp:inline distT="0" distB="0" distL="0" distR="0" wp14:anchorId="14D8B058" wp14:editId="57F1E0A1">
            <wp:extent cx="1828800" cy="1828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veOS_QR_Code.png"/>
                    <pic:cNvPicPr/>
                  </pic:nvPicPr>
                  <pic:blipFill>
                    <a:blip r:embed="rId18"/>
                    <a:stretch>
                      <a:fillRect/>
                    </a:stretch>
                  </pic:blipFill>
                  <pic:spPr>
                    <a:xfrm>
                      <a:off x="0" y="0"/>
                      <a:ext cx="1828800" cy="1828800"/>
                    </a:xfrm>
                    <a:prstGeom prst="rect">
                      <a:avLst/>
                    </a:prstGeom>
                  </pic:spPr>
                </pic:pic>
              </a:graphicData>
            </a:graphic>
          </wp:inline>
        </w:drawing>
      </w:r>
    </w:p>
    <w:p w14:paraId="2164AF1D" w14:textId="77777777" w:rsidR="000D0AE6" w:rsidRDefault="00000000">
      <w:pPr>
        <w:spacing w:after="180"/>
        <w:jc w:val="center"/>
      </w:pPr>
      <w:r>
        <w:rPr>
          <w:i/>
          <w:color w:val="5C6C7E"/>
          <w:sz w:val="17"/>
        </w:rPr>
        <w:t>Figure 11. MoveOS QR code prepared for future public access</w:t>
      </w:r>
    </w:p>
    <w:p w14:paraId="2E9EA89A" w14:textId="77777777" w:rsidR="000D0AE6" w:rsidRDefault="00000000">
      <w:r>
        <w:br w:type="page"/>
      </w:r>
    </w:p>
    <w:p w14:paraId="17B6F736" w14:textId="77777777" w:rsidR="000D0AE6" w:rsidRDefault="00000000">
      <w:pPr>
        <w:pStyle w:val="Heading1"/>
      </w:pPr>
      <w:r>
        <w:lastRenderedPageBreak/>
        <w:t>17. Conclusion</w:t>
      </w:r>
    </w:p>
    <w:p w14:paraId="61368F3C" w14:textId="77777777" w:rsidR="000D0AE6" w:rsidRDefault="00000000">
      <w:pPr>
        <w:spacing w:after="140" w:line="259" w:lineRule="auto"/>
      </w:pPr>
      <w:r>
        <w:t>The MoveOS artefact demonstrates the core structure of a logistics management platform designed for a small removal or courier business. The project now includes role-based access, customer quote requests, administrator quotation handling, bookings, a calendar, job creation, driver administration, notifications and archive concepts.</w:t>
      </w:r>
    </w:p>
    <w:p w14:paraId="0521C89E" w14:textId="77777777" w:rsidR="000D0AE6" w:rsidRDefault="00000000">
      <w:pPr>
        <w:spacing w:after="140" w:line="259" w:lineRule="auto"/>
      </w:pPr>
      <w:r>
        <w:t>The most important result is that the different stages of a removal job are no longer treated as separate screens or spreadsheets. The prototype connects the customer request to the administrator workflow and then to the operational booking and job process.</w:t>
      </w:r>
    </w:p>
    <w:p w14:paraId="7C1A0460" w14:textId="77777777" w:rsidR="000D0AE6" w:rsidRDefault="00000000">
      <w:pPr>
        <w:spacing w:after="140" w:line="259" w:lineRule="auto"/>
      </w:pPr>
      <w:r>
        <w:t>The current implementation remains deliberately local so the business logic can be tested and corrected before cloud migration. The next stage is to move authentication and data persistence to Firebase, complete the remaining regression testing and deploy the application to a production environment.</w:t>
      </w:r>
    </w:p>
    <w:p w14:paraId="0D26D2CF" w14:textId="77777777" w:rsidR="000D0AE6" w:rsidRDefault="00000000">
      <w:pPr>
        <w:pStyle w:val="Heading2"/>
      </w:pPr>
      <w:r>
        <w:t>Submission Details</w:t>
      </w:r>
    </w:p>
    <w:tbl>
      <w:tblPr>
        <w:tblStyle w:val="TableGrid"/>
        <w:tblW w:w="0" w:type="auto"/>
        <w:jc w:val="center"/>
        <w:tblLook w:val="04A0" w:firstRow="1" w:lastRow="0" w:firstColumn="1" w:lastColumn="0" w:noHBand="0" w:noVBand="1"/>
      </w:tblPr>
      <w:tblGrid>
        <w:gridCol w:w="5083"/>
        <w:gridCol w:w="5083"/>
      </w:tblGrid>
      <w:tr w:rsidR="000D0AE6" w14:paraId="46020737" w14:textId="77777777">
        <w:trPr>
          <w:jc w:val="center"/>
        </w:trPr>
        <w:tc>
          <w:tcPr>
            <w:tcW w:w="5083" w:type="dxa"/>
            <w:shd w:val="clear" w:color="auto" w:fill="0B477F"/>
            <w:tcMar>
              <w:top w:w="80" w:type="dxa"/>
              <w:left w:w="100" w:type="dxa"/>
              <w:bottom w:w="80" w:type="dxa"/>
              <w:right w:w="100" w:type="dxa"/>
            </w:tcMar>
          </w:tcPr>
          <w:p w14:paraId="25721376" w14:textId="77777777" w:rsidR="000D0AE6" w:rsidRDefault="00000000">
            <w:r>
              <w:rPr>
                <w:b/>
                <w:color w:val="FFFFFF"/>
                <w:sz w:val="18"/>
              </w:rPr>
              <w:t>Item</w:t>
            </w:r>
          </w:p>
        </w:tc>
        <w:tc>
          <w:tcPr>
            <w:tcW w:w="5083" w:type="dxa"/>
            <w:shd w:val="clear" w:color="auto" w:fill="0B477F"/>
            <w:tcMar>
              <w:top w:w="80" w:type="dxa"/>
              <w:left w:w="100" w:type="dxa"/>
              <w:bottom w:w="80" w:type="dxa"/>
              <w:right w:w="100" w:type="dxa"/>
            </w:tcMar>
          </w:tcPr>
          <w:p w14:paraId="24615B8D" w14:textId="77777777" w:rsidR="000D0AE6" w:rsidRDefault="00000000">
            <w:r>
              <w:rPr>
                <w:b/>
                <w:color w:val="FFFFFF"/>
                <w:sz w:val="18"/>
              </w:rPr>
              <w:t>Detail</w:t>
            </w:r>
          </w:p>
        </w:tc>
      </w:tr>
      <w:tr w:rsidR="000D0AE6" w14:paraId="59F00635" w14:textId="77777777">
        <w:trPr>
          <w:jc w:val="center"/>
        </w:trPr>
        <w:tc>
          <w:tcPr>
            <w:tcW w:w="5083" w:type="dxa"/>
            <w:tcMar>
              <w:top w:w="80" w:type="dxa"/>
              <w:left w:w="100" w:type="dxa"/>
              <w:bottom w:w="80" w:type="dxa"/>
              <w:right w:w="100" w:type="dxa"/>
            </w:tcMar>
            <w:vAlign w:val="center"/>
          </w:tcPr>
          <w:p w14:paraId="56DB9E66" w14:textId="77777777" w:rsidR="000D0AE6" w:rsidRDefault="00000000">
            <w:r>
              <w:rPr>
                <w:sz w:val="17"/>
              </w:rPr>
              <w:t>Project</w:t>
            </w:r>
          </w:p>
        </w:tc>
        <w:tc>
          <w:tcPr>
            <w:tcW w:w="5083" w:type="dxa"/>
            <w:tcMar>
              <w:top w:w="80" w:type="dxa"/>
              <w:left w:w="100" w:type="dxa"/>
              <w:bottom w:w="80" w:type="dxa"/>
              <w:right w:w="100" w:type="dxa"/>
            </w:tcMar>
            <w:vAlign w:val="center"/>
          </w:tcPr>
          <w:p w14:paraId="42588B97" w14:textId="77777777" w:rsidR="000D0AE6" w:rsidRDefault="00000000">
            <w:r>
              <w:rPr>
                <w:sz w:val="17"/>
              </w:rPr>
              <w:t>MoveOS</w:t>
            </w:r>
          </w:p>
        </w:tc>
      </w:tr>
      <w:tr w:rsidR="000D0AE6" w14:paraId="5F6E7DF0" w14:textId="77777777">
        <w:trPr>
          <w:jc w:val="center"/>
        </w:trPr>
        <w:tc>
          <w:tcPr>
            <w:tcW w:w="5083" w:type="dxa"/>
            <w:tcMar>
              <w:top w:w="80" w:type="dxa"/>
              <w:left w:w="100" w:type="dxa"/>
              <w:bottom w:w="80" w:type="dxa"/>
              <w:right w:w="100" w:type="dxa"/>
            </w:tcMar>
            <w:vAlign w:val="center"/>
          </w:tcPr>
          <w:p w14:paraId="682AFDBD" w14:textId="77777777" w:rsidR="000D0AE6" w:rsidRDefault="00000000">
            <w:r>
              <w:rPr>
                <w:sz w:val="17"/>
              </w:rPr>
              <w:t>Student</w:t>
            </w:r>
          </w:p>
        </w:tc>
        <w:tc>
          <w:tcPr>
            <w:tcW w:w="5083" w:type="dxa"/>
            <w:tcMar>
              <w:top w:w="80" w:type="dxa"/>
              <w:left w:w="100" w:type="dxa"/>
              <w:bottom w:w="80" w:type="dxa"/>
              <w:right w:w="100" w:type="dxa"/>
            </w:tcMar>
            <w:vAlign w:val="center"/>
          </w:tcPr>
          <w:p w14:paraId="5455175F" w14:textId="77777777" w:rsidR="000D0AE6" w:rsidRDefault="00000000">
            <w:r>
              <w:rPr>
                <w:sz w:val="17"/>
              </w:rPr>
              <w:t>Stefan-Leonard Bitu</w:t>
            </w:r>
          </w:p>
        </w:tc>
      </w:tr>
      <w:tr w:rsidR="000D0AE6" w14:paraId="4B26646C" w14:textId="77777777">
        <w:trPr>
          <w:jc w:val="center"/>
        </w:trPr>
        <w:tc>
          <w:tcPr>
            <w:tcW w:w="5083" w:type="dxa"/>
            <w:tcMar>
              <w:top w:w="80" w:type="dxa"/>
              <w:left w:w="100" w:type="dxa"/>
              <w:bottom w:w="80" w:type="dxa"/>
              <w:right w:w="100" w:type="dxa"/>
            </w:tcMar>
            <w:vAlign w:val="center"/>
          </w:tcPr>
          <w:p w14:paraId="2CE245A4" w14:textId="77777777" w:rsidR="000D0AE6" w:rsidRDefault="00000000">
            <w:r>
              <w:rPr>
                <w:sz w:val="17"/>
              </w:rPr>
              <w:t>Student ID</w:t>
            </w:r>
          </w:p>
        </w:tc>
        <w:tc>
          <w:tcPr>
            <w:tcW w:w="5083" w:type="dxa"/>
            <w:tcMar>
              <w:top w:w="80" w:type="dxa"/>
              <w:left w:w="100" w:type="dxa"/>
              <w:bottom w:w="80" w:type="dxa"/>
              <w:right w:w="100" w:type="dxa"/>
            </w:tcMar>
            <w:vAlign w:val="center"/>
          </w:tcPr>
          <w:p w14:paraId="7F967C2A" w14:textId="77777777" w:rsidR="000D0AE6" w:rsidRDefault="00000000">
            <w:r>
              <w:rPr>
                <w:sz w:val="17"/>
              </w:rPr>
              <w:t>2125335</w:t>
            </w:r>
          </w:p>
        </w:tc>
      </w:tr>
      <w:tr w:rsidR="000D0AE6" w14:paraId="1B1553FC" w14:textId="77777777">
        <w:trPr>
          <w:jc w:val="center"/>
        </w:trPr>
        <w:tc>
          <w:tcPr>
            <w:tcW w:w="5083" w:type="dxa"/>
            <w:tcMar>
              <w:top w:w="80" w:type="dxa"/>
              <w:left w:w="100" w:type="dxa"/>
              <w:bottom w:w="80" w:type="dxa"/>
              <w:right w:w="100" w:type="dxa"/>
            </w:tcMar>
            <w:vAlign w:val="center"/>
          </w:tcPr>
          <w:p w14:paraId="1AE7652B" w14:textId="77777777" w:rsidR="000D0AE6" w:rsidRDefault="00000000">
            <w:r>
              <w:rPr>
                <w:sz w:val="17"/>
              </w:rPr>
              <w:t>Programme</w:t>
            </w:r>
          </w:p>
        </w:tc>
        <w:tc>
          <w:tcPr>
            <w:tcW w:w="5083" w:type="dxa"/>
            <w:tcMar>
              <w:top w:w="80" w:type="dxa"/>
              <w:left w:w="100" w:type="dxa"/>
              <w:bottom w:w="80" w:type="dxa"/>
              <w:right w:w="100" w:type="dxa"/>
            </w:tcMar>
            <w:vAlign w:val="center"/>
          </w:tcPr>
          <w:p w14:paraId="3A20E59C" w14:textId="77777777" w:rsidR="000D0AE6" w:rsidRDefault="00000000">
            <w:r>
              <w:rPr>
                <w:sz w:val="17"/>
              </w:rPr>
              <w:t>BSc (Hons) Cloud Computing</w:t>
            </w:r>
          </w:p>
        </w:tc>
      </w:tr>
      <w:tr w:rsidR="000D0AE6" w14:paraId="4EF54D7D" w14:textId="77777777">
        <w:trPr>
          <w:jc w:val="center"/>
        </w:trPr>
        <w:tc>
          <w:tcPr>
            <w:tcW w:w="5083" w:type="dxa"/>
            <w:tcMar>
              <w:top w:w="80" w:type="dxa"/>
              <w:left w:w="100" w:type="dxa"/>
              <w:bottom w:w="80" w:type="dxa"/>
              <w:right w:w="100" w:type="dxa"/>
            </w:tcMar>
            <w:vAlign w:val="center"/>
          </w:tcPr>
          <w:p w14:paraId="1C43BADF" w14:textId="77777777" w:rsidR="000D0AE6" w:rsidRDefault="00000000">
            <w:r>
              <w:rPr>
                <w:sz w:val="17"/>
              </w:rPr>
              <w:t>Supervisor</w:t>
            </w:r>
          </w:p>
        </w:tc>
        <w:tc>
          <w:tcPr>
            <w:tcW w:w="5083" w:type="dxa"/>
            <w:tcMar>
              <w:top w:w="80" w:type="dxa"/>
              <w:left w:w="100" w:type="dxa"/>
              <w:bottom w:w="80" w:type="dxa"/>
              <w:right w:w="100" w:type="dxa"/>
            </w:tcMar>
            <w:vAlign w:val="center"/>
          </w:tcPr>
          <w:p w14:paraId="6D64CC0F" w14:textId="77777777" w:rsidR="000D0AE6" w:rsidRDefault="00000000">
            <w:r>
              <w:rPr>
                <w:sz w:val="17"/>
              </w:rPr>
              <w:t>Renuga Jayakumar</w:t>
            </w:r>
          </w:p>
        </w:tc>
      </w:tr>
      <w:tr w:rsidR="000D0AE6" w14:paraId="5C6D1B52" w14:textId="77777777">
        <w:trPr>
          <w:jc w:val="center"/>
        </w:trPr>
        <w:tc>
          <w:tcPr>
            <w:tcW w:w="5083" w:type="dxa"/>
            <w:tcMar>
              <w:top w:w="80" w:type="dxa"/>
              <w:left w:w="100" w:type="dxa"/>
              <w:bottom w:w="80" w:type="dxa"/>
              <w:right w:w="100" w:type="dxa"/>
            </w:tcMar>
            <w:vAlign w:val="center"/>
          </w:tcPr>
          <w:p w14:paraId="33AA9FEF" w14:textId="77777777" w:rsidR="000D0AE6" w:rsidRDefault="00000000">
            <w:r>
              <w:rPr>
                <w:sz w:val="17"/>
              </w:rPr>
              <w:t>Artefact type</w:t>
            </w:r>
          </w:p>
        </w:tc>
        <w:tc>
          <w:tcPr>
            <w:tcW w:w="5083" w:type="dxa"/>
            <w:tcMar>
              <w:top w:w="80" w:type="dxa"/>
              <w:left w:w="100" w:type="dxa"/>
              <w:bottom w:w="80" w:type="dxa"/>
              <w:right w:w="100" w:type="dxa"/>
            </w:tcMar>
            <w:vAlign w:val="center"/>
          </w:tcPr>
          <w:p w14:paraId="33C66067" w14:textId="77777777" w:rsidR="000D0AE6" w:rsidRDefault="00000000">
            <w:r>
              <w:rPr>
                <w:sz w:val="17"/>
              </w:rPr>
              <w:t>React/Vite localhost prototype</w:t>
            </w:r>
          </w:p>
        </w:tc>
      </w:tr>
      <w:tr w:rsidR="000D0AE6" w14:paraId="207E542D" w14:textId="77777777">
        <w:trPr>
          <w:jc w:val="center"/>
        </w:trPr>
        <w:tc>
          <w:tcPr>
            <w:tcW w:w="5083" w:type="dxa"/>
            <w:tcMar>
              <w:top w:w="80" w:type="dxa"/>
              <w:left w:w="100" w:type="dxa"/>
              <w:bottom w:w="80" w:type="dxa"/>
              <w:right w:w="100" w:type="dxa"/>
            </w:tcMar>
            <w:vAlign w:val="center"/>
          </w:tcPr>
          <w:p w14:paraId="60BDF2B4" w14:textId="77777777" w:rsidR="000D0AE6" w:rsidRDefault="00000000">
            <w:r>
              <w:rPr>
                <w:sz w:val="17"/>
              </w:rPr>
              <w:t>Source reviewed for this document</w:t>
            </w:r>
          </w:p>
        </w:tc>
        <w:tc>
          <w:tcPr>
            <w:tcW w:w="5083" w:type="dxa"/>
            <w:tcMar>
              <w:top w:w="80" w:type="dxa"/>
              <w:left w:w="100" w:type="dxa"/>
              <w:bottom w:w="80" w:type="dxa"/>
              <w:right w:w="100" w:type="dxa"/>
            </w:tcMar>
            <w:vAlign w:val="center"/>
          </w:tcPr>
          <w:p w14:paraId="7214BC07" w14:textId="77777777" w:rsidR="000D0AE6" w:rsidRDefault="00000000">
            <w:r>
              <w:rPr>
                <w:sz w:val="17"/>
              </w:rPr>
              <w:t>moveos.zip project snapshot and working application screenshots</w:t>
            </w:r>
          </w:p>
        </w:tc>
      </w:tr>
    </w:tbl>
    <w:p w14:paraId="29701119" w14:textId="77777777" w:rsidR="000D0AE6" w:rsidRDefault="00000000">
      <w:pPr>
        <w:spacing w:before="360"/>
        <w:jc w:val="center"/>
      </w:pPr>
      <w:r>
        <w:rPr>
          <w:b/>
          <w:color w:val="0B477F"/>
          <w:sz w:val="28"/>
        </w:rPr>
        <w:t>MoveOS - bringing quotes, bookings, drivers and jobs into one system.</w:t>
      </w:r>
    </w:p>
    <w:sectPr w:rsidR="000D0AE6" w:rsidSect="00034616">
      <w:headerReference w:type="default" r:id="rId19"/>
      <w:footerReference w:type="default" r:id="rId20"/>
      <w:pgSz w:w="12240" w:h="15840"/>
      <w:pgMar w:top="893" w:right="1037" w:bottom="893" w:left="103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AADDE" w14:textId="77777777" w:rsidR="001F4723" w:rsidRDefault="001F4723">
      <w:pPr>
        <w:spacing w:after="0" w:line="240" w:lineRule="auto"/>
      </w:pPr>
      <w:r>
        <w:separator/>
      </w:r>
    </w:p>
  </w:endnote>
  <w:endnote w:type="continuationSeparator" w:id="0">
    <w:p w14:paraId="139EFD5E" w14:textId="77777777" w:rsidR="001F4723" w:rsidRDefault="001F47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9801B" w14:textId="1725C8FD" w:rsidR="000D0AE6" w:rsidRDefault="00000000">
    <w:pPr>
      <w:pStyle w:val="Footer"/>
      <w:jc w:val="center"/>
    </w:pPr>
    <w:r>
      <w:rPr>
        <w:color w:val="5C6C7E"/>
        <w:sz w:val="16"/>
      </w:rPr>
      <w:t xml:space="preserve">Page </w:t>
    </w:r>
    <w:r>
      <w:rPr>
        <w:color w:val="5C6C7E"/>
        <w:sz w:val="16"/>
      </w:rPr>
      <w:fldChar w:fldCharType="begin"/>
    </w:r>
    <w:r>
      <w:rPr>
        <w:color w:val="5C6C7E"/>
        <w:sz w:val="16"/>
      </w:rPr>
      <w:instrText xml:space="preserve"> PAGE </w:instrText>
    </w:r>
    <w:r w:rsidR="00D447D0">
      <w:rPr>
        <w:color w:val="5C6C7E"/>
        <w:sz w:val="16"/>
      </w:rPr>
      <w:fldChar w:fldCharType="separate"/>
    </w:r>
    <w:r w:rsidR="00D447D0">
      <w:rPr>
        <w:noProof/>
        <w:color w:val="5C6C7E"/>
        <w:sz w:val="16"/>
      </w:rPr>
      <w:t>1</w:t>
    </w:r>
    <w:r>
      <w:rPr>
        <w:color w:val="5C6C7E"/>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2D9BB" w14:textId="77777777" w:rsidR="001F4723" w:rsidRDefault="001F4723">
      <w:pPr>
        <w:spacing w:after="0" w:line="240" w:lineRule="auto"/>
      </w:pPr>
      <w:r>
        <w:separator/>
      </w:r>
    </w:p>
  </w:footnote>
  <w:footnote w:type="continuationSeparator" w:id="0">
    <w:p w14:paraId="38AABC5B" w14:textId="77777777" w:rsidR="001F4723" w:rsidRDefault="001F47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8B44D" w14:textId="77777777" w:rsidR="000D0AE6" w:rsidRDefault="00000000">
    <w:pPr>
      <w:pStyle w:val="Header"/>
      <w:jc w:val="right"/>
    </w:pPr>
    <w:proofErr w:type="spellStart"/>
    <w:r>
      <w:rPr>
        <w:color w:val="5C6C7E"/>
        <w:sz w:val="16"/>
      </w:rPr>
      <w:t>MoveOS</w:t>
    </w:r>
    <w:proofErr w:type="spellEnd"/>
    <w:r>
      <w:rPr>
        <w:color w:val="5C6C7E"/>
        <w:sz w:val="16"/>
      </w:rPr>
      <w:t xml:space="preserve"> - Software Artefact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26095390">
    <w:abstractNumId w:val="8"/>
  </w:num>
  <w:num w:numId="2" w16cid:durableId="1133016672">
    <w:abstractNumId w:val="6"/>
  </w:num>
  <w:num w:numId="3" w16cid:durableId="180553049">
    <w:abstractNumId w:val="5"/>
  </w:num>
  <w:num w:numId="4" w16cid:durableId="443421808">
    <w:abstractNumId w:val="4"/>
  </w:num>
  <w:num w:numId="5" w16cid:durableId="878474275">
    <w:abstractNumId w:val="7"/>
  </w:num>
  <w:num w:numId="6" w16cid:durableId="1417702204">
    <w:abstractNumId w:val="3"/>
  </w:num>
  <w:num w:numId="7" w16cid:durableId="539781443">
    <w:abstractNumId w:val="2"/>
  </w:num>
  <w:num w:numId="8" w16cid:durableId="276300490">
    <w:abstractNumId w:val="1"/>
  </w:num>
  <w:num w:numId="9" w16cid:durableId="962948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D0AE6"/>
    <w:rsid w:val="0015074B"/>
    <w:rsid w:val="001F4723"/>
    <w:rsid w:val="0029639D"/>
    <w:rsid w:val="00326F90"/>
    <w:rsid w:val="00420071"/>
    <w:rsid w:val="00AA1D8D"/>
    <w:rsid w:val="00B47730"/>
    <w:rsid w:val="00CB0664"/>
    <w:rsid w:val="00D447D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7F06DF6B-669E-4FAB-9ABB-598F3324C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color w:val="1C2B3D"/>
      <w:sz w:val="20"/>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b/>
      <w:bCs/>
      <w:color w:val="0B477F"/>
      <w:sz w:val="40"/>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b/>
      <w:bCs/>
      <w:color w:val="0B477F"/>
      <w:sz w:val="30"/>
      <w:szCs w:val="26"/>
    </w:rPr>
  </w:style>
  <w:style w:type="paragraph" w:styleId="Heading3">
    <w:name w:val="heading 3"/>
    <w:basedOn w:val="Normal"/>
    <w:next w:val="Normal"/>
    <w:link w:val="Heading3Char"/>
    <w:uiPriority w:val="9"/>
    <w:unhideWhenUsed/>
    <w:qFormat/>
    <w:rsid w:val="00FC693F"/>
    <w:pPr>
      <w:keepNext/>
      <w:keepLines/>
      <w:spacing w:before="200" w:after="100"/>
      <w:outlineLvl w:val="2"/>
    </w:pPr>
    <w:rPr>
      <w:rFonts w:asciiTheme="majorHAnsi" w:eastAsiaTheme="majorEastAsia" w:hAnsiTheme="majorHAnsi" w:cstheme="majorBidi"/>
      <w:b/>
      <w:bCs/>
      <w:color w:val="0B477F"/>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0B477F"/>
      <w:spacing w:val="5"/>
      <w:kern w:val="28"/>
      <w:sz w:val="6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i/>
      <w:color w:val="4F81BD" w:themeColor="accent1"/>
      <w:sz w:val="17"/>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5104</Words>
  <Characters>29095</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34131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Stefan Bitu</cp:lastModifiedBy>
  <cp:revision>2</cp:revision>
  <dcterms:created xsi:type="dcterms:W3CDTF">2013-12-23T23:15:00Z</dcterms:created>
  <dcterms:modified xsi:type="dcterms:W3CDTF">2026-08-13T23:32:00Z</dcterms:modified>
  <cp:category/>
</cp:coreProperties>
</file>