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1C80ED3" w14:textId="77777777" w:rsidR="00992562" w:rsidRDefault="00000000">
      <w:pPr>
        <w:pStyle w:val="Title"/>
      </w:pPr>
      <w:r>
        <w:t>Assignment Supervision Guidance</w:t>
      </w:r>
    </w:p>
    <w:p w14:paraId="72ED7444" w14:textId="77777777" w:rsidR="00992562" w:rsidRDefault="00000000">
      <w:pPr>
        <w:pStyle w:val="Subtitle"/>
      </w:pPr>
      <w:r>
        <w:t>1,200-word assignment  |  Formative feedback</w:t>
      </w:r>
    </w:p>
    <w:p w14:paraId="1A9236B7" w14:textId="77777777" w:rsidR="00992562" w:rsidRDefault="00000000">
      <w:r>
        <w:t>The purpose of assignment supervision is to provide focused, constructive feedback that supports your academic development and helps you strengthen your work before final submission.</w:t>
      </w:r>
    </w:p>
    <w:p w14:paraId="7649C4FF" w14:textId="77777777" w:rsidR="00992562" w:rsidRDefault="00000000">
      <w:pPr>
        <w:pStyle w:val="Heading1"/>
      </w:pPr>
      <w:r>
        <w:t>Draft submission requirements</w:t>
      </w:r>
    </w:p>
    <w:p w14:paraId="07176586" w14:textId="77777777" w:rsidR="00992562" w:rsidRDefault="00000000">
      <w:r w:rsidRPr="00450D18">
        <w:rPr>
          <w:b/>
          <w:highlight w:val="yellow"/>
        </w:rPr>
        <w:t>Maximum draft submission: 300 words (25% of the 1,200-word assignment).</w:t>
      </w:r>
    </w:p>
    <w:p w14:paraId="279E74F6" w14:textId="77777777" w:rsidR="00992562" w:rsidRDefault="00000000">
      <w:r>
        <w:t xml:space="preserve">Alongside your draft extract, you must </w:t>
      </w:r>
      <w:r w:rsidRPr="00450D18">
        <w:rPr>
          <w:u w:val="single"/>
        </w:rPr>
        <w:t>identify up to three specific questions you would like your academic supervisor to address</w:t>
      </w:r>
      <w:r>
        <w:t>. Your questions should focus on particular aspects of academic writing or assessment requirements rather than requesting general feedback or pre-marking.</w:t>
      </w:r>
    </w:p>
    <w:p w14:paraId="04F9CC73" w14:textId="77777777" w:rsidR="00992562" w:rsidRDefault="00000000">
      <w:pPr>
        <w:pStyle w:val="Heading1"/>
      </w:pPr>
      <w:r>
        <w:t>Examples of appropriate supervision questions</w:t>
      </w:r>
    </w:p>
    <w:tbl>
      <w:tblPr>
        <w:tblStyle w:val="LightShading-Accent1"/>
        <w:tblW w:w="0" w:type="auto"/>
        <w:jc w:val="center"/>
        <w:tblLook w:val="04A0" w:firstRow="1" w:lastRow="0" w:firstColumn="1" w:lastColumn="0" w:noHBand="0" w:noVBand="1"/>
      </w:tblPr>
      <w:tblGrid>
        <w:gridCol w:w="4896"/>
        <w:gridCol w:w="4896"/>
      </w:tblGrid>
      <w:tr w:rsidR="00992562" w14:paraId="414533B1" w14:textId="77777777" w:rsidTr="009925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6" w:type="dxa"/>
            <w:vAlign w:val="center"/>
          </w:tcPr>
          <w:p w14:paraId="7E250B66" w14:textId="77777777" w:rsidR="00992562" w:rsidRDefault="00000000">
            <w:r>
              <w:t>Area</w:t>
            </w:r>
          </w:p>
        </w:tc>
        <w:tc>
          <w:tcPr>
            <w:tcW w:w="4896" w:type="dxa"/>
            <w:vAlign w:val="center"/>
          </w:tcPr>
          <w:p w14:paraId="6E334E06" w14:textId="77777777" w:rsidR="00992562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Example question</w:t>
            </w:r>
          </w:p>
        </w:tc>
      </w:tr>
      <w:tr w:rsidR="00992562" w14:paraId="002C0BE3" w14:textId="77777777" w:rsidTr="00992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6" w:type="dxa"/>
            <w:vAlign w:val="center"/>
          </w:tcPr>
          <w:p w14:paraId="16DCDC5A" w14:textId="77777777" w:rsidR="00992562" w:rsidRDefault="00000000">
            <w:r>
              <w:t>Referencing</w:t>
            </w:r>
          </w:p>
        </w:tc>
        <w:tc>
          <w:tcPr>
            <w:tcW w:w="4896" w:type="dxa"/>
            <w:vAlign w:val="center"/>
          </w:tcPr>
          <w:p w14:paraId="31FE3460" w14:textId="77777777" w:rsidR="00992562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 I integrating citations appropriately within my academic writing?</w:t>
            </w:r>
          </w:p>
        </w:tc>
      </w:tr>
      <w:tr w:rsidR="00992562" w14:paraId="468ECD31" w14:textId="77777777" w:rsidTr="0099256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6" w:type="dxa"/>
            <w:vAlign w:val="center"/>
          </w:tcPr>
          <w:p w14:paraId="34D0C21B" w14:textId="77777777" w:rsidR="00992562" w:rsidRDefault="00000000">
            <w:r>
              <w:t>Use of evidence</w:t>
            </w:r>
          </w:p>
        </w:tc>
        <w:tc>
          <w:tcPr>
            <w:tcW w:w="4896" w:type="dxa"/>
            <w:vAlign w:val="center"/>
          </w:tcPr>
          <w:p w14:paraId="47B359F4" w14:textId="77777777" w:rsidR="00992562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 I using literature effectively to support my discussion?</w:t>
            </w:r>
          </w:p>
        </w:tc>
      </w:tr>
      <w:tr w:rsidR="00992562" w14:paraId="2E7D661C" w14:textId="77777777" w:rsidTr="00992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6" w:type="dxa"/>
            <w:vAlign w:val="center"/>
          </w:tcPr>
          <w:p w14:paraId="6F62ABB0" w14:textId="77777777" w:rsidR="00992562" w:rsidRDefault="00000000">
            <w:r>
              <w:t>Critical analysis</w:t>
            </w:r>
          </w:p>
        </w:tc>
        <w:tc>
          <w:tcPr>
            <w:tcW w:w="4896" w:type="dxa"/>
            <w:vAlign w:val="center"/>
          </w:tcPr>
          <w:p w14:paraId="37616571" w14:textId="77777777" w:rsidR="00992562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Does my writing demonstrate critical analysis rather than simply describing the topic?</w:t>
            </w:r>
          </w:p>
        </w:tc>
      </w:tr>
      <w:tr w:rsidR="00992562" w14:paraId="06140787" w14:textId="77777777" w:rsidTr="0099256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6" w:type="dxa"/>
            <w:vAlign w:val="center"/>
          </w:tcPr>
          <w:p w14:paraId="1BC313A5" w14:textId="77777777" w:rsidR="00992562" w:rsidRDefault="00000000">
            <w:r>
              <w:t>Paragraph structure</w:t>
            </w:r>
          </w:p>
        </w:tc>
        <w:tc>
          <w:tcPr>
            <w:tcW w:w="4896" w:type="dxa"/>
            <w:vAlign w:val="center"/>
          </w:tcPr>
          <w:p w14:paraId="25D561C2" w14:textId="77777777" w:rsidR="00992562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Is my paragraph logically structured, with a clear argument and supporting evidence?</w:t>
            </w:r>
          </w:p>
        </w:tc>
      </w:tr>
      <w:tr w:rsidR="00992562" w14:paraId="3F2B06BC" w14:textId="77777777" w:rsidTr="00992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6" w:type="dxa"/>
            <w:vAlign w:val="center"/>
          </w:tcPr>
          <w:p w14:paraId="4971746C" w14:textId="77777777" w:rsidR="00992562" w:rsidRDefault="00000000">
            <w:r>
              <w:t>Academic writing</w:t>
            </w:r>
          </w:p>
        </w:tc>
        <w:tc>
          <w:tcPr>
            <w:tcW w:w="4896" w:type="dxa"/>
            <w:vAlign w:val="center"/>
          </w:tcPr>
          <w:p w14:paraId="208C3DC9" w14:textId="77777777" w:rsidR="00992562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Is my writing appropriately formal, clear and concise?</w:t>
            </w:r>
          </w:p>
        </w:tc>
      </w:tr>
      <w:tr w:rsidR="00992562" w14:paraId="52E35B92" w14:textId="77777777" w:rsidTr="0099256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6" w:type="dxa"/>
            <w:vAlign w:val="center"/>
          </w:tcPr>
          <w:p w14:paraId="70AE3568" w14:textId="77777777" w:rsidR="00992562" w:rsidRDefault="00000000">
            <w:r>
              <w:t>Application to practice</w:t>
            </w:r>
          </w:p>
        </w:tc>
        <w:tc>
          <w:tcPr>
            <w:tcW w:w="4896" w:type="dxa"/>
            <w:vAlign w:val="center"/>
          </w:tcPr>
          <w:p w14:paraId="6643D230" w14:textId="77777777" w:rsidR="00992562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 I making sufficient links between evidence and clinical practice?</w:t>
            </w:r>
          </w:p>
        </w:tc>
      </w:tr>
      <w:tr w:rsidR="00992562" w14:paraId="41CCAF18" w14:textId="77777777" w:rsidTr="00992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6" w:type="dxa"/>
            <w:vAlign w:val="center"/>
          </w:tcPr>
          <w:p w14:paraId="773CCB99" w14:textId="77777777" w:rsidR="00992562" w:rsidRDefault="00000000">
            <w:r>
              <w:t>Learning outcomes</w:t>
            </w:r>
          </w:p>
        </w:tc>
        <w:tc>
          <w:tcPr>
            <w:tcW w:w="4896" w:type="dxa"/>
            <w:vAlign w:val="center"/>
          </w:tcPr>
          <w:p w14:paraId="725BAB6F" w14:textId="77777777" w:rsidR="00992562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Does this extract address the relevant learning outcome?</w:t>
            </w:r>
          </w:p>
        </w:tc>
      </w:tr>
      <w:tr w:rsidR="00992562" w14:paraId="2F94D340" w14:textId="77777777" w:rsidTr="0099256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6" w:type="dxa"/>
            <w:vAlign w:val="center"/>
          </w:tcPr>
          <w:p w14:paraId="6466099A" w14:textId="77777777" w:rsidR="00992562" w:rsidRDefault="00000000">
            <w:r>
              <w:t>Synthesising literature</w:t>
            </w:r>
          </w:p>
        </w:tc>
        <w:tc>
          <w:tcPr>
            <w:tcW w:w="4896" w:type="dxa"/>
            <w:vAlign w:val="center"/>
          </w:tcPr>
          <w:p w14:paraId="398B49A3" w14:textId="77777777" w:rsidR="00992562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 I bringing together evidence from different sources rather than discussing each separately?</w:t>
            </w:r>
          </w:p>
        </w:tc>
      </w:tr>
    </w:tbl>
    <w:p w14:paraId="7B78FA57" w14:textId="77777777" w:rsidR="00992562" w:rsidRDefault="00000000">
      <w:pPr>
        <w:pStyle w:val="Heading1"/>
      </w:pPr>
      <w:r>
        <w:t>How to submit your work</w:t>
      </w:r>
    </w:p>
    <w:p w14:paraId="6B28CF5E" w14:textId="77777777" w:rsidR="00992562" w:rsidRDefault="00000000">
      <w:pPr>
        <w:pStyle w:val="ListBullet"/>
      </w:pPr>
      <w:r>
        <w:t>An assignment extract of no more than 300 words.</w:t>
      </w:r>
    </w:p>
    <w:p w14:paraId="17A83B6B" w14:textId="77777777" w:rsidR="00992562" w:rsidRDefault="00000000">
      <w:pPr>
        <w:pStyle w:val="ListBullet"/>
      </w:pPr>
      <w:r>
        <w:t>Up to three specific questions identifying the areas where you would like feedback.</w:t>
      </w:r>
    </w:p>
    <w:p w14:paraId="2BFC2B80" w14:textId="77777777" w:rsidR="00992562" w:rsidRDefault="00000000">
      <w:pPr>
        <w:pStyle w:val="ListBullet"/>
      </w:pPr>
      <w:r>
        <w:t>The relevant learning outcome or assessment criterion, where appropriate.</w:t>
      </w:r>
    </w:p>
    <w:p w14:paraId="041D86C0" w14:textId="77777777" w:rsidR="00992562" w:rsidRDefault="00000000">
      <w:r>
        <w:t>Feedback will focus primarily on the questions you have identified. This allows supervision to be tailored to your learning needs.</w:t>
      </w:r>
    </w:p>
    <w:p w14:paraId="7BC71E88" w14:textId="77777777" w:rsidR="00992562" w:rsidRDefault="00000000">
      <w:pPr>
        <w:pStyle w:val="Heading1"/>
      </w:pPr>
      <w:r>
        <w:t>Scope of feedback</w:t>
      </w:r>
    </w:p>
    <w:p w14:paraId="20EB3CBF" w14:textId="77777777" w:rsidR="00992562" w:rsidRDefault="00000000">
      <w:r>
        <w:t>Supervision is a formative learning opportunity, not a pre-marking service. Your supervisor will provide guidance to help you identify strengths and areas for development, then apply that feedback independently across your assignment.</w:t>
      </w:r>
    </w:p>
    <w:p w14:paraId="7B863018" w14:textId="77777777" w:rsidR="00992562" w:rsidRDefault="00000000">
      <w:r>
        <w:t>Supervisors will not proofread or rewrite your work, review the entire assignment, provide an indicative grade, or confirm whether your submission will pass.</w:t>
      </w:r>
    </w:p>
    <w:p w14:paraId="65EFF836" w14:textId="1F818ED2" w:rsidR="00992562" w:rsidRDefault="00450D18">
      <w:pPr>
        <w:pStyle w:val="Heading1"/>
      </w:pPr>
      <w:r>
        <w:lastRenderedPageBreak/>
        <w:t xml:space="preserve">Example </w:t>
      </w:r>
      <w:r w:rsidR="00000000">
        <w:t>Student supervision submission</w:t>
      </w:r>
      <w:r>
        <w:t>:</w:t>
      </w:r>
    </w:p>
    <w:p w14:paraId="4212143F" w14:textId="77777777" w:rsidR="00992562" w:rsidRDefault="00000000">
      <w:r>
        <w:t>Draft assignment extract (maximum 300 words):</w:t>
      </w:r>
    </w:p>
    <w:p w14:paraId="4A9F8C8D" w14:textId="77777777" w:rsidR="00992562" w:rsidRDefault="00000000">
      <w:r>
        <w:t>________________________________________________________________________________</w:t>
      </w:r>
    </w:p>
    <w:p w14:paraId="65DFEAFE" w14:textId="77777777" w:rsidR="00992562" w:rsidRDefault="00000000">
      <w:r>
        <w:t>________________________________________________________________________________</w:t>
      </w:r>
    </w:p>
    <w:p w14:paraId="5A46F015" w14:textId="77777777" w:rsidR="00992562" w:rsidRDefault="00000000">
      <w:r>
        <w:t>________________________________________________________________________________</w:t>
      </w:r>
    </w:p>
    <w:p w14:paraId="6E753F5A" w14:textId="77777777" w:rsidR="00992562" w:rsidRDefault="00000000">
      <w:r>
        <w:t>My specific supervision questions (maximum three):</w:t>
      </w:r>
    </w:p>
    <w:p w14:paraId="230C44DA" w14:textId="77777777" w:rsidR="00992562" w:rsidRDefault="00000000">
      <w:r>
        <w:t>1.  ______________________________________________________________________________</w:t>
      </w:r>
    </w:p>
    <w:p w14:paraId="28BA1AEA" w14:textId="77777777" w:rsidR="00992562" w:rsidRDefault="00000000">
      <w:r>
        <w:t>2.  ______________________________________________________________________________</w:t>
      </w:r>
    </w:p>
    <w:p w14:paraId="06A753EF" w14:textId="77777777" w:rsidR="00992562" w:rsidRDefault="00000000">
      <w:r>
        <w:t>3.  ______________________________________________________________________________</w:t>
      </w:r>
    </w:p>
    <w:p w14:paraId="5C4BB1E4" w14:textId="77777777" w:rsidR="00992562" w:rsidRDefault="00000000">
      <w:r>
        <w:rPr>
          <w:b/>
        </w:rPr>
        <w:t xml:space="preserve">Remember: </w:t>
      </w:r>
      <w:r>
        <w:t>Questions such as “Is my assignment good?”, “What grade will I receive?” or “Can you check everything?” are not suitable. Identify the particular academic skills you wish to develop.</w:t>
      </w:r>
    </w:p>
    <w:sectPr w:rsidR="00992562" w:rsidSect="00034616">
      <w:footerReference w:type="default" r:id="rId8"/>
      <w:pgSz w:w="12240" w:h="15840"/>
      <w:pgMar w:top="1037" w:right="1224" w:bottom="1008" w:left="12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EC678CF" w14:textId="77777777" w:rsidR="006A367E" w:rsidRDefault="006A367E">
      <w:pPr>
        <w:spacing w:after="0" w:line="240" w:lineRule="auto"/>
      </w:pPr>
      <w:r>
        <w:separator/>
      </w:r>
    </w:p>
  </w:endnote>
  <w:endnote w:type="continuationSeparator" w:id="0">
    <w:p w14:paraId="539062CE" w14:textId="77777777" w:rsidR="006A367E" w:rsidRDefault="006A3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5A53CF6" w14:textId="77777777" w:rsidR="00992562" w:rsidRDefault="00000000">
    <w:pPr>
      <w:pStyle w:val="Footer"/>
      <w:jc w:val="center"/>
    </w:pPr>
    <w:r>
      <w:t xml:space="preserve">Assignment Supervision </w:t>
    </w:r>
    <w:proofErr w:type="gramStart"/>
    <w:r>
      <w:t>Guidance  •</w:t>
    </w:r>
    <w:proofErr w:type="gramEnd"/>
    <w:r>
      <w:t xml:space="preserve">  Student resource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A85FBF2" w14:textId="77777777" w:rsidR="006A367E" w:rsidRDefault="006A367E">
      <w:pPr>
        <w:spacing w:after="0" w:line="240" w:lineRule="auto"/>
      </w:pPr>
      <w:r>
        <w:separator/>
      </w:r>
    </w:p>
  </w:footnote>
  <w:footnote w:type="continuationSeparator" w:id="0">
    <w:p w14:paraId="7757CAB9" w14:textId="77777777" w:rsidR="006A367E" w:rsidRDefault="006A36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1084700">
    <w:abstractNumId w:val="8"/>
  </w:num>
  <w:num w:numId="2" w16cid:durableId="1040980141">
    <w:abstractNumId w:val="6"/>
  </w:num>
  <w:num w:numId="3" w16cid:durableId="290868820">
    <w:abstractNumId w:val="5"/>
  </w:num>
  <w:num w:numId="4" w16cid:durableId="1340278107">
    <w:abstractNumId w:val="4"/>
  </w:num>
  <w:num w:numId="5" w16cid:durableId="1285651338">
    <w:abstractNumId w:val="7"/>
  </w:num>
  <w:num w:numId="6" w16cid:durableId="1412190413">
    <w:abstractNumId w:val="3"/>
  </w:num>
  <w:num w:numId="7" w16cid:durableId="829372054">
    <w:abstractNumId w:val="2"/>
  </w:num>
  <w:num w:numId="8" w16cid:durableId="943683912">
    <w:abstractNumId w:val="1"/>
  </w:num>
  <w:num w:numId="9" w16cid:durableId="79078446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50D18"/>
    <w:rsid w:val="006A367E"/>
    <w:rsid w:val="00992562"/>
    <w:rsid w:val="00997AE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F90277"/>
  <w14:defaultImageDpi w14:val="300"/>
  <w15:docId w15:val="{EE968BE7-57B3-1643-ABA8-C41D899A8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/>
    </w:pPr>
    <w:rPr>
      <w:rFonts w:ascii="Aptos" w:hAnsi="Apto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bCs/>
      <w:color w:val="323E41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before="240" w:line="240" w:lineRule="auto"/>
      <w:contextualSpacing/>
    </w:pPr>
    <w:rPr>
      <w:rFonts w:asciiTheme="majorHAnsi" w:eastAsiaTheme="majorEastAsia" w:hAnsiTheme="majorHAnsi" w:cstheme="majorBidi"/>
      <w:b/>
      <w:color w:val="323E41"/>
      <w:spacing w:val="5"/>
      <w:kern w:val="28"/>
      <w:sz w:val="3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Revive Aesthetics Bridgend</cp:lastModifiedBy>
  <cp:revision>2</cp:revision>
  <dcterms:created xsi:type="dcterms:W3CDTF">2013-12-23T23:15:00Z</dcterms:created>
  <dcterms:modified xsi:type="dcterms:W3CDTF">2026-10-16T10:31:00Z</dcterms:modified>
  <cp:category/>
</cp:coreProperties>
</file>