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C7A94" w14:textId="77777777" w:rsidR="00A1699B" w:rsidRDefault="000D537D" w:rsidP="00512CFD">
      <w:pPr>
        <w:pStyle w:val="Title"/>
        <w:spacing w:after="0"/>
      </w:pPr>
      <w:r>
        <w:t>REPORT TEMPLATE</w:t>
      </w:r>
    </w:p>
    <w:p w14:paraId="4F975748" w14:textId="77777777" w:rsidR="00A1699B" w:rsidRPr="00B73591" w:rsidRDefault="000D537D" w:rsidP="00512CFD">
      <w:pPr>
        <w:spacing w:after="0"/>
        <w:rPr>
          <w:rFonts w:asciiTheme="majorHAnsi" w:hAnsiTheme="majorHAnsi" w:cstheme="majorHAnsi"/>
          <w:sz w:val="28"/>
          <w:szCs w:val="28"/>
        </w:rPr>
      </w:pPr>
      <w:r w:rsidRPr="00B73591">
        <w:rPr>
          <w:rFonts w:asciiTheme="majorHAnsi" w:hAnsiTheme="majorHAnsi" w:cstheme="majorHAnsi"/>
          <w:sz w:val="28"/>
          <w:szCs w:val="28"/>
        </w:rPr>
        <w:t>Module: Introduction to Web and Database Concepts (ACCA4023)</w:t>
      </w:r>
    </w:p>
    <w:p w14:paraId="7BFC44FC" w14:textId="77777777" w:rsidR="00A1699B" w:rsidRPr="00B73591" w:rsidRDefault="000D537D" w:rsidP="00512CFD">
      <w:pPr>
        <w:spacing w:after="0"/>
        <w:rPr>
          <w:rFonts w:asciiTheme="majorHAnsi" w:hAnsiTheme="majorHAnsi" w:cstheme="majorHAnsi"/>
          <w:sz w:val="28"/>
          <w:szCs w:val="28"/>
        </w:rPr>
      </w:pPr>
      <w:r w:rsidRPr="00B73591">
        <w:rPr>
          <w:rFonts w:asciiTheme="majorHAnsi" w:hAnsiTheme="majorHAnsi" w:cstheme="majorHAnsi"/>
          <w:sz w:val="28"/>
          <w:szCs w:val="28"/>
        </w:rPr>
        <w:t>Assignment: HTML &amp; CSS Web Development</w:t>
      </w:r>
      <w:r w:rsidRPr="00B73591">
        <w:rPr>
          <w:rFonts w:asciiTheme="majorHAnsi" w:hAnsiTheme="majorHAnsi" w:cstheme="majorHAnsi"/>
          <w:sz w:val="28"/>
          <w:szCs w:val="28"/>
        </w:rPr>
        <w:br/>
      </w:r>
    </w:p>
    <w:p w14:paraId="17EF83F7" w14:textId="61EA1547" w:rsidR="00A1699B" w:rsidRPr="00B73591" w:rsidRDefault="000D537D" w:rsidP="00512CFD">
      <w:pPr>
        <w:spacing w:after="0"/>
        <w:rPr>
          <w:rFonts w:asciiTheme="majorHAnsi" w:hAnsiTheme="majorHAnsi" w:cstheme="majorHAnsi"/>
          <w:sz w:val="28"/>
          <w:szCs w:val="28"/>
          <w:u w:val="single"/>
        </w:rPr>
      </w:pPr>
      <w:r w:rsidRPr="00B73591">
        <w:rPr>
          <w:rFonts w:asciiTheme="majorHAnsi" w:hAnsiTheme="majorHAnsi" w:cstheme="majorHAnsi"/>
          <w:sz w:val="28"/>
          <w:szCs w:val="28"/>
        </w:rPr>
        <w:t xml:space="preserve">Student Name: </w:t>
      </w:r>
      <w:r w:rsidR="00253F01" w:rsidRPr="00B73591">
        <w:rPr>
          <w:rFonts w:asciiTheme="majorHAnsi" w:hAnsiTheme="majorHAnsi" w:cstheme="majorHAnsi"/>
          <w:sz w:val="28"/>
          <w:szCs w:val="28"/>
          <w:u w:val="single"/>
        </w:rPr>
        <w:t>Liliana Stryzhakovska</w:t>
      </w:r>
    </w:p>
    <w:p w14:paraId="5AA65D7E" w14:textId="0FF6D4EB" w:rsidR="00A1699B" w:rsidRPr="00B73591" w:rsidRDefault="000D537D" w:rsidP="00512CFD">
      <w:pPr>
        <w:spacing w:after="0"/>
        <w:rPr>
          <w:rFonts w:asciiTheme="majorHAnsi" w:hAnsiTheme="majorHAnsi" w:cstheme="majorHAnsi"/>
          <w:sz w:val="28"/>
          <w:szCs w:val="28"/>
        </w:rPr>
      </w:pPr>
      <w:r w:rsidRPr="00B73591">
        <w:rPr>
          <w:rFonts w:asciiTheme="majorHAnsi" w:hAnsiTheme="majorHAnsi" w:cstheme="majorHAnsi"/>
          <w:sz w:val="28"/>
          <w:szCs w:val="28"/>
        </w:rPr>
        <w:t xml:space="preserve">Student ID: </w:t>
      </w:r>
      <w:r w:rsidR="00253F01" w:rsidRPr="00B73591">
        <w:rPr>
          <w:rFonts w:asciiTheme="majorHAnsi" w:hAnsiTheme="majorHAnsi" w:cstheme="majorHAnsi"/>
          <w:sz w:val="28"/>
          <w:szCs w:val="28"/>
          <w:u w:val="single"/>
        </w:rPr>
        <w:t>2518099</w:t>
      </w:r>
    </w:p>
    <w:p w14:paraId="3B5D7E8B" w14:textId="2B1EB645" w:rsidR="00A1699B" w:rsidRPr="00B73591" w:rsidRDefault="000D537D" w:rsidP="00512CFD">
      <w:pPr>
        <w:spacing w:after="0"/>
        <w:rPr>
          <w:rFonts w:asciiTheme="majorHAnsi" w:hAnsiTheme="majorHAnsi" w:cstheme="majorHAnsi"/>
          <w:b/>
          <w:bCs/>
          <w:sz w:val="28"/>
          <w:szCs w:val="28"/>
          <w:lang w:val="en-GB"/>
        </w:rPr>
      </w:pPr>
      <w:r w:rsidRPr="00B73591">
        <w:rPr>
          <w:rFonts w:asciiTheme="majorHAnsi" w:hAnsiTheme="majorHAnsi" w:cstheme="majorHAnsi"/>
          <w:sz w:val="28"/>
          <w:szCs w:val="28"/>
        </w:rPr>
        <w:t xml:space="preserve">Course: </w:t>
      </w:r>
      <w:r w:rsidR="00665203">
        <w:rPr>
          <w:rFonts w:asciiTheme="majorHAnsi" w:hAnsiTheme="majorHAnsi" w:cstheme="majorHAnsi"/>
          <w:sz w:val="28"/>
          <w:szCs w:val="28"/>
          <w:u w:val="single"/>
          <w:lang w:val="en-GB"/>
        </w:rPr>
        <w:t xml:space="preserve">Computing Skills </w:t>
      </w:r>
      <w:proofErr w:type="gramStart"/>
      <w:r w:rsidR="00665203">
        <w:rPr>
          <w:rFonts w:asciiTheme="majorHAnsi" w:hAnsiTheme="majorHAnsi" w:cstheme="majorHAnsi"/>
          <w:sz w:val="28"/>
          <w:szCs w:val="28"/>
          <w:u w:val="single"/>
          <w:lang w:val="en-GB"/>
        </w:rPr>
        <w:t>For</w:t>
      </w:r>
      <w:proofErr w:type="gramEnd"/>
      <w:r w:rsidR="00665203">
        <w:rPr>
          <w:rFonts w:asciiTheme="majorHAnsi" w:hAnsiTheme="majorHAnsi" w:cstheme="majorHAnsi"/>
          <w:sz w:val="28"/>
          <w:szCs w:val="28"/>
          <w:u w:val="single"/>
          <w:lang w:val="en-GB"/>
        </w:rPr>
        <w:t xml:space="preserve"> </w:t>
      </w:r>
      <w:proofErr w:type="gramStart"/>
      <w:r w:rsidR="00665203">
        <w:rPr>
          <w:rFonts w:asciiTheme="majorHAnsi" w:hAnsiTheme="majorHAnsi" w:cstheme="majorHAnsi"/>
          <w:sz w:val="28"/>
          <w:szCs w:val="28"/>
          <w:u w:val="single"/>
          <w:lang w:val="en-GB"/>
        </w:rPr>
        <w:t>The</w:t>
      </w:r>
      <w:proofErr w:type="gramEnd"/>
      <w:r w:rsidR="00665203">
        <w:rPr>
          <w:rFonts w:asciiTheme="majorHAnsi" w:hAnsiTheme="majorHAnsi" w:cstheme="majorHAnsi"/>
          <w:sz w:val="28"/>
          <w:szCs w:val="28"/>
          <w:u w:val="single"/>
          <w:lang w:val="en-GB"/>
        </w:rPr>
        <w:t xml:space="preserve"> Workplace</w:t>
      </w:r>
    </w:p>
    <w:p w14:paraId="0CCC7730" w14:textId="1362898A" w:rsidR="00A1699B" w:rsidRPr="00B73591" w:rsidRDefault="000D537D" w:rsidP="00512CFD">
      <w:pPr>
        <w:spacing w:after="0"/>
        <w:rPr>
          <w:rFonts w:asciiTheme="majorHAnsi" w:hAnsiTheme="majorHAnsi" w:cstheme="majorHAnsi"/>
          <w:sz w:val="28"/>
          <w:szCs w:val="28"/>
        </w:rPr>
      </w:pPr>
      <w:r w:rsidRPr="00B73591">
        <w:rPr>
          <w:rFonts w:asciiTheme="majorHAnsi" w:hAnsiTheme="majorHAnsi" w:cstheme="majorHAnsi"/>
          <w:sz w:val="28"/>
          <w:szCs w:val="28"/>
        </w:rPr>
        <w:t xml:space="preserve">Submission Date: </w:t>
      </w:r>
      <w:r w:rsidR="0075791E" w:rsidRPr="00B73591">
        <w:rPr>
          <w:rFonts w:asciiTheme="majorHAnsi" w:hAnsiTheme="majorHAnsi" w:cstheme="majorHAnsi"/>
          <w:sz w:val="28"/>
          <w:szCs w:val="28"/>
          <w:u w:val="single"/>
        </w:rPr>
        <w:t>19/04/2026</w:t>
      </w:r>
    </w:p>
    <w:p w14:paraId="1B051401" w14:textId="77777777" w:rsidR="00A1699B" w:rsidRPr="00B73591" w:rsidRDefault="000D537D" w:rsidP="00512CFD">
      <w:pPr>
        <w:spacing w:after="0"/>
        <w:rPr>
          <w:rFonts w:asciiTheme="majorHAnsi" w:hAnsiTheme="majorHAnsi" w:cstheme="majorHAnsi"/>
          <w:sz w:val="28"/>
          <w:szCs w:val="28"/>
        </w:rPr>
      </w:pPr>
      <w:r w:rsidRPr="00B73591">
        <w:rPr>
          <w:rFonts w:asciiTheme="majorHAnsi" w:hAnsiTheme="majorHAnsi" w:cstheme="majorHAnsi"/>
          <w:sz w:val="28"/>
          <w:szCs w:val="28"/>
        </w:rPr>
        <w:br w:type="page"/>
      </w:r>
    </w:p>
    <w:p w14:paraId="2CDD1A3E" w14:textId="77777777" w:rsidR="00A1699B" w:rsidRPr="00B73591" w:rsidRDefault="000D537D" w:rsidP="00512CFD">
      <w:pPr>
        <w:pStyle w:val="Heading1"/>
        <w:rPr>
          <w:rFonts w:cstheme="majorHAnsi"/>
        </w:rPr>
      </w:pPr>
      <w:r w:rsidRPr="00B73591">
        <w:rPr>
          <w:rFonts w:cstheme="majorHAnsi"/>
        </w:rPr>
        <w:lastRenderedPageBreak/>
        <w:t>Table of Contents</w:t>
      </w:r>
    </w:p>
    <w:p w14:paraId="6805B9C3" w14:textId="3295FB04" w:rsidR="002878ED" w:rsidRPr="002878ED" w:rsidRDefault="002878ED" w:rsidP="0093740C">
      <w:pPr>
        <w:pStyle w:val="Heading1"/>
        <w:numPr>
          <w:ilvl w:val="0"/>
          <w:numId w:val="10"/>
        </w:numPr>
        <w:spacing w:before="0"/>
        <w:rPr>
          <w:rFonts w:eastAsiaTheme="minorEastAsia" w:cstheme="majorHAnsi"/>
          <w:b w:val="0"/>
          <w:bCs w:val="0"/>
          <w:color w:val="auto"/>
        </w:rPr>
      </w:pPr>
      <w:r w:rsidRPr="002878ED">
        <w:rPr>
          <w:rFonts w:eastAsiaTheme="minorEastAsia" w:cstheme="majorHAnsi"/>
          <w:b w:val="0"/>
          <w:bCs w:val="0"/>
          <w:color w:val="auto"/>
        </w:rPr>
        <w:t>Introduction ……………………………………………………………</w:t>
      </w:r>
      <w:r w:rsidR="00B72377">
        <w:rPr>
          <w:rFonts w:eastAsiaTheme="minorEastAsia" w:cstheme="majorHAnsi"/>
          <w:b w:val="0"/>
          <w:bCs w:val="0"/>
          <w:color w:val="auto"/>
        </w:rPr>
        <w:t>…………………</w:t>
      </w:r>
      <w:r w:rsidRPr="002878ED">
        <w:rPr>
          <w:rFonts w:eastAsiaTheme="minorEastAsia" w:cstheme="majorHAnsi"/>
          <w:b w:val="0"/>
          <w:bCs w:val="0"/>
          <w:color w:val="auto"/>
        </w:rPr>
        <w:t xml:space="preserve">… </w:t>
      </w:r>
      <w:r w:rsidR="00192718">
        <w:rPr>
          <w:rFonts w:eastAsiaTheme="minorEastAsia" w:cstheme="majorHAnsi"/>
          <w:b w:val="0"/>
          <w:bCs w:val="0"/>
          <w:color w:val="auto"/>
        </w:rPr>
        <w:t>3</w:t>
      </w:r>
    </w:p>
    <w:p w14:paraId="3EB45AA3" w14:textId="355A291D" w:rsidR="002878ED" w:rsidRPr="002878ED" w:rsidRDefault="002878ED" w:rsidP="0093740C">
      <w:pPr>
        <w:pStyle w:val="Heading1"/>
        <w:numPr>
          <w:ilvl w:val="0"/>
          <w:numId w:val="10"/>
        </w:numPr>
        <w:spacing w:before="0"/>
        <w:rPr>
          <w:rFonts w:eastAsiaTheme="minorEastAsia" w:cstheme="majorHAnsi"/>
          <w:b w:val="0"/>
          <w:bCs w:val="0"/>
          <w:color w:val="auto"/>
        </w:rPr>
      </w:pPr>
      <w:r w:rsidRPr="002878ED">
        <w:rPr>
          <w:rFonts w:eastAsiaTheme="minorEastAsia" w:cstheme="majorHAnsi"/>
          <w:b w:val="0"/>
          <w:bCs w:val="0"/>
          <w:color w:val="auto"/>
        </w:rPr>
        <w:t>Requirements ………………………………………………………</w:t>
      </w:r>
      <w:r w:rsidR="00B72377">
        <w:rPr>
          <w:rFonts w:eastAsiaTheme="minorEastAsia" w:cstheme="majorHAnsi"/>
          <w:b w:val="0"/>
          <w:bCs w:val="0"/>
          <w:color w:val="auto"/>
        </w:rPr>
        <w:t>…………………</w:t>
      </w:r>
      <w:r w:rsidRPr="002878ED">
        <w:rPr>
          <w:rFonts w:eastAsiaTheme="minorEastAsia" w:cstheme="majorHAnsi"/>
          <w:b w:val="0"/>
          <w:bCs w:val="0"/>
          <w:color w:val="auto"/>
        </w:rPr>
        <w:t xml:space="preserve">…… </w:t>
      </w:r>
      <w:r w:rsidR="00192718">
        <w:rPr>
          <w:rFonts w:eastAsiaTheme="minorEastAsia" w:cstheme="majorHAnsi"/>
          <w:b w:val="0"/>
          <w:bCs w:val="0"/>
          <w:color w:val="auto"/>
        </w:rPr>
        <w:t>3</w:t>
      </w:r>
    </w:p>
    <w:p w14:paraId="2805EF2A" w14:textId="46361F22" w:rsidR="002878ED" w:rsidRPr="002878ED" w:rsidRDefault="002878ED" w:rsidP="0093740C">
      <w:pPr>
        <w:pStyle w:val="Heading1"/>
        <w:numPr>
          <w:ilvl w:val="0"/>
          <w:numId w:val="10"/>
        </w:numPr>
        <w:spacing w:before="0"/>
        <w:rPr>
          <w:rFonts w:eastAsiaTheme="minorEastAsia" w:cstheme="majorHAnsi"/>
          <w:b w:val="0"/>
          <w:bCs w:val="0"/>
          <w:color w:val="auto"/>
        </w:rPr>
      </w:pPr>
      <w:r w:rsidRPr="002878ED">
        <w:rPr>
          <w:rFonts w:eastAsiaTheme="minorEastAsia" w:cstheme="majorHAnsi"/>
          <w:b w:val="0"/>
          <w:bCs w:val="0"/>
          <w:color w:val="auto"/>
        </w:rPr>
        <w:t>Implementation …………………………………………………</w:t>
      </w:r>
      <w:r w:rsidR="00B72377">
        <w:rPr>
          <w:rFonts w:eastAsiaTheme="minorEastAsia" w:cstheme="majorHAnsi"/>
          <w:b w:val="0"/>
          <w:bCs w:val="0"/>
          <w:color w:val="auto"/>
        </w:rPr>
        <w:t>…………………</w:t>
      </w:r>
      <w:r w:rsidRPr="002878ED">
        <w:rPr>
          <w:rFonts w:eastAsiaTheme="minorEastAsia" w:cstheme="majorHAnsi"/>
          <w:b w:val="0"/>
          <w:bCs w:val="0"/>
          <w:color w:val="auto"/>
        </w:rPr>
        <w:t xml:space="preserve">……… </w:t>
      </w:r>
      <w:r w:rsidR="00192718">
        <w:rPr>
          <w:rFonts w:eastAsiaTheme="minorEastAsia" w:cstheme="majorHAnsi"/>
          <w:b w:val="0"/>
          <w:bCs w:val="0"/>
          <w:color w:val="auto"/>
        </w:rPr>
        <w:t>3</w:t>
      </w:r>
    </w:p>
    <w:p w14:paraId="06B4F0D5" w14:textId="250EA5A7" w:rsidR="002878ED" w:rsidRPr="002878ED" w:rsidRDefault="002878ED" w:rsidP="0093740C">
      <w:pPr>
        <w:pStyle w:val="Heading1"/>
        <w:numPr>
          <w:ilvl w:val="0"/>
          <w:numId w:val="10"/>
        </w:numPr>
        <w:spacing w:before="0"/>
        <w:rPr>
          <w:rFonts w:eastAsiaTheme="minorEastAsia" w:cstheme="majorHAnsi"/>
          <w:b w:val="0"/>
          <w:bCs w:val="0"/>
          <w:color w:val="auto"/>
        </w:rPr>
      </w:pPr>
      <w:r w:rsidRPr="002878ED">
        <w:rPr>
          <w:rFonts w:eastAsiaTheme="minorEastAsia" w:cstheme="majorHAnsi"/>
          <w:b w:val="0"/>
          <w:bCs w:val="0"/>
          <w:color w:val="auto"/>
        </w:rPr>
        <w:t>Website Screenshots ……………………………………</w:t>
      </w:r>
      <w:r w:rsidR="00B72377">
        <w:rPr>
          <w:rFonts w:eastAsiaTheme="minorEastAsia" w:cstheme="majorHAnsi"/>
          <w:b w:val="0"/>
          <w:bCs w:val="0"/>
          <w:color w:val="auto"/>
        </w:rPr>
        <w:t>……………………</w:t>
      </w:r>
      <w:r w:rsidRPr="002878ED">
        <w:rPr>
          <w:rFonts w:eastAsiaTheme="minorEastAsia" w:cstheme="majorHAnsi"/>
          <w:b w:val="0"/>
          <w:bCs w:val="0"/>
          <w:color w:val="auto"/>
        </w:rPr>
        <w:t xml:space="preserve">………… </w:t>
      </w:r>
      <w:r w:rsidR="00192718">
        <w:rPr>
          <w:rFonts w:eastAsiaTheme="minorEastAsia" w:cstheme="majorHAnsi"/>
          <w:b w:val="0"/>
          <w:bCs w:val="0"/>
          <w:color w:val="auto"/>
        </w:rPr>
        <w:t>4</w:t>
      </w:r>
    </w:p>
    <w:p w14:paraId="6687D54C" w14:textId="7C2EF51C" w:rsidR="002878ED" w:rsidRPr="002878ED" w:rsidRDefault="002878ED" w:rsidP="0093740C">
      <w:pPr>
        <w:pStyle w:val="Heading1"/>
        <w:numPr>
          <w:ilvl w:val="0"/>
          <w:numId w:val="10"/>
        </w:numPr>
        <w:spacing w:before="0"/>
        <w:rPr>
          <w:rFonts w:eastAsiaTheme="minorEastAsia" w:cstheme="majorHAnsi"/>
          <w:b w:val="0"/>
          <w:bCs w:val="0"/>
          <w:color w:val="auto"/>
        </w:rPr>
      </w:pPr>
      <w:r w:rsidRPr="002878ED">
        <w:rPr>
          <w:rFonts w:eastAsiaTheme="minorEastAsia" w:cstheme="majorHAnsi"/>
          <w:b w:val="0"/>
          <w:bCs w:val="0"/>
          <w:color w:val="auto"/>
        </w:rPr>
        <w:t>Results (HTML &amp; CSS) ……………………………</w:t>
      </w:r>
      <w:r w:rsidR="008A45A2">
        <w:rPr>
          <w:rFonts w:eastAsiaTheme="minorEastAsia" w:cstheme="majorHAnsi"/>
          <w:b w:val="0"/>
          <w:bCs w:val="0"/>
          <w:color w:val="auto"/>
        </w:rPr>
        <w:t>………</w:t>
      </w:r>
      <w:r w:rsidR="00B72377">
        <w:rPr>
          <w:rFonts w:eastAsiaTheme="minorEastAsia" w:cstheme="majorHAnsi"/>
          <w:b w:val="0"/>
          <w:bCs w:val="0"/>
          <w:color w:val="auto"/>
        </w:rPr>
        <w:t>……………………</w:t>
      </w:r>
      <w:r w:rsidR="008A45A2">
        <w:rPr>
          <w:rFonts w:eastAsiaTheme="minorEastAsia" w:cstheme="majorHAnsi"/>
          <w:b w:val="0"/>
          <w:bCs w:val="0"/>
          <w:color w:val="auto"/>
        </w:rPr>
        <w:t>……</w:t>
      </w:r>
      <w:proofErr w:type="gramStart"/>
      <w:r w:rsidR="008A45A2">
        <w:rPr>
          <w:rFonts w:eastAsiaTheme="minorEastAsia" w:cstheme="majorHAnsi"/>
          <w:b w:val="0"/>
          <w:bCs w:val="0"/>
          <w:color w:val="auto"/>
        </w:rPr>
        <w:t>…..</w:t>
      </w:r>
      <w:proofErr w:type="gramEnd"/>
      <w:r w:rsidRPr="002878ED">
        <w:rPr>
          <w:rFonts w:eastAsiaTheme="minorEastAsia" w:cstheme="majorHAnsi"/>
          <w:b w:val="0"/>
          <w:bCs w:val="0"/>
          <w:color w:val="auto"/>
        </w:rPr>
        <w:t xml:space="preserve"> </w:t>
      </w:r>
      <w:r w:rsidR="00B177BE">
        <w:rPr>
          <w:rFonts w:eastAsiaTheme="minorEastAsia" w:cstheme="majorHAnsi"/>
          <w:b w:val="0"/>
          <w:bCs w:val="0"/>
          <w:color w:val="auto"/>
        </w:rPr>
        <w:t>6</w:t>
      </w:r>
    </w:p>
    <w:p w14:paraId="040EAE1D" w14:textId="499C1886" w:rsidR="002878ED" w:rsidRPr="002878ED" w:rsidRDefault="002878ED" w:rsidP="0093740C">
      <w:pPr>
        <w:pStyle w:val="Heading1"/>
        <w:numPr>
          <w:ilvl w:val="0"/>
          <w:numId w:val="10"/>
        </w:numPr>
        <w:spacing w:before="0"/>
        <w:rPr>
          <w:rFonts w:eastAsiaTheme="minorEastAsia" w:cstheme="majorHAnsi"/>
          <w:b w:val="0"/>
          <w:bCs w:val="0"/>
          <w:color w:val="auto"/>
        </w:rPr>
      </w:pPr>
      <w:r w:rsidRPr="002878ED">
        <w:rPr>
          <w:rFonts w:eastAsiaTheme="minorEastAsia" w:cstheme="majorHAnsi"/>
          <w:b w:val="0"/>
          <w:bCs w:val="0"/>
          <w:color w:val="auto"/>
        </w:rPr>
        <w:t>Fixes …………………………………………………</w:t>
      </w:r>
      <w:r w:rsidR="00B72377">
        <w:rPr>
          <w:rFonts w:eastAsiaTheme="minorEastAsia" w:cstheme="majorHAnsi"/>
          <w:b w:val="0"/>
          <w:bCs w:val="0"/>
          <w:color w:val="auto"/>
        </w:rPr>
        <w:t>………………………………………</w:t>
      </w:r>
      <w:r w:rsidRPr="002878ED">
        <w:rPr>
          <w:rFonts w:eastAsiaTheme="minorEastAsia" w:cstheme="majorHAnsi"/>
          <w:b w:val="0"/>
          <w:bCs w:val="0"/>
          <w:color w:val="auto"/>
        </w:rPr>
        <w:t xml:space="preserve">…. </w:t>
      </w:r>
      <w:r w:rsidR="00B177BE">
        <w:rPr>
          <w:rFonts w:eastAsiaTheme="minorEastAsia" w:cstheme="majorHAnsi"/>
          <w:b w:val="0"/>
          <w:bCs w:val="0"/>
          <w:color w:val="auto"/>
        </w:rPr>
        <w:t>6</w:t>
      </w:r>
    </w:p>
    <w:p w14:paraId="423A386C" w14:textId="00186592" w:rsidR="002878ED" w:rsidRPr="002878ED" w:rsidRDefault="002878ED" w:rsidP="0093740C">
      <w:pPr>
        <w:pStyle w:val="Heading1"/>
        <w:numPr>
          <w:ilvl w:val="0"/>
          <w:numId w:val="10"/>
        </w:numPr>
        <w:spacing w:before="0"/>
        <w:rPr>
          <w:rFonts w:eastAsiaTheme="minorEastAsia" w:cstheme="majorHAnsi"/>
          <w:b w:val="0"/>
          <w:bCs w:val="0"/>
          <w:color w:val="auto"/>
        </w:rPr>
      </w:pPr>
      <w:r w:rsidRPr="002878ED">
        <w:rPr>
          <w:rFonts w:eastAsiaTheme="minorEastAsia" w:cstheme="majorHAnsi"/>
          <w:b w:val="0"/>
          <w:bCs w:val="0"/>
          <w:color w:val="auto"/>
        </w:rPr>
        <w:t>Research ……………………………………………</w:t>
      </w:r>
      <w:r w:rsidR="00B72377">
        <w:rPr>
          <w:rFonts w:eastAsiaTheme="minorEastAsia" w:cstheme="majorHAnsi"/>
          <w:b w:val="0"/>
          <w:bCs w:val="0"/>
          <w:color w:val="auto"/>
        </w:rPr>
        <w:t>…………………</w:t>
      </w:r>
      <w:r w:rsidRPr="002878ED">
        <w:rPr>
          <w:rFonts w:eastAsiaTheme="minorEastAsia" w:cstheme="majorHAnsi"/>
          <w:b w:val="0"/>
          <w:bCs w:val="0"/>
          <w:color w:val="auto"/>
        </w:rPr>
        <w:t>…………………</w:t>
      </w:r>
      <w:proofErr w:type="gramStart"/>
      <w:r w:rsidRPr="002878ED">
        <w:rPr>
          <w:rFonts w:eastAsiaTheme="minorEastAsia" w:cstheme="majorHAnsi"/>
          <w:b w:val="0"/>
          <w:bCs w:val="0"/>
          <w:color w:val="auto"/>
        </w:rPr>
        <w:t>…..</w:t>
      </w:r>
      <w:proofErr w:type="gramEnd"/>
      <w:r w:rsidRPr="002878ED">
        <w:rPr>
          <w:rFonts w:eastAsiaTheme="minorEastAsia" w:cstheme="majorHAnsi"/>
          <w:b w:val="0"/>
          <w:bCs w:val="0"/>
          <w:color w:val="auto"/>
        </w:rPr>
        <w:t xml:space="preserve"> </w:t>
      </w:r>
      <w:r w:rsidR="00B177BE">
        <w:rPr>
          <w:rFonts w:eastAsiaTheme="minorEastAsia" w:cstheme="majorHAnsi"/>
          <w:b w:val="0"/>
          <w:bCs w:val="0"/>
          <w:color w:val="auto"/>
        </w:rPr>
        <w:t>6</w:t>
      </w:r>
    </w:p>
    <w:p w14:paraId="4E934F51" w14:textId="6B71AF36" w:rsidR="002878ED" w:rsidRPr="002878ED" w:rsidRDefault="002878ED" w:rsidP="0093740C">
      <w:pPr>
        <w:pStyle w:val="Heading1"/>
        <w:numPr>
          <w:ilvl w:val="1"/>
          <w:numId w:val="10"/>
        </w:numPr>
        <w:spacing w:before="0"/>
        <w:rPr>
          <w:rFonts w:eastAsiaTheme="minorEastAsia" w:cstheme="majorHAnsi"/>
          <w:b w:val="0"/>
          <w:bCs w:val="0"/>
          <w:color w:val="auto"/>
        </w:rPr>
      </w:pPr>
      <w:r w:rsidRPr="002878ED">
        <w:rPr>
          <w:rFonts w:eastAsiaTheme="minorEastAsia" w:cstheme="majorHAnsi"/>
          <w:b w:val="0"/>
          <w:bCs w:val="0"/>
          <w:color w:val="auto"/>
        </w:rPr>
        <w:t>Usability ……………………………………………</w:t>
      </w:r>
      <w:r w:rsidR="00B72377">
        <w:rPr>
          <w:rFonts w:eastAsiaTheme="minorEastAsia" w:cstheme="majorHAnsi"/>
          <w:b w:val="0"/>
          <w:bCs w:val="0"/>
          <w:color w:val="auto"/>
        </w:rPr>
        <w:t>………………….</w:t>
      </w:r>
      <w:r w:rsidRPr="002878ED">
        <w:rPr>
          <w:rFonts w:eastAsiaTheme="minorEastAsia" w:cstheme="majorHAnsi"/>
          <w:b w:val="0"/>
          <w:bCs w:val="0"/>
          <w:color w:val="auto"/>
        </w:rPr>
        <w:t>……………</w:t>
      </w:r>
      <w:proofErr w:type="gramStart"/>
      <w:r w:rsidRPr="002878ED">
        <w:rPr>
          <w:rFonts w:eastAsiaTheme="minorEastAsia" w:cstheme="majorHAnsi"/>
          <w:b w:val="0"/>
          <w:bCs w:val="0"/>
          <w:color w:val="auto"/>
        </w:rPr>
        <w:t>…..</w:t>
      </w:r>
      <w:proofErr w:type="gramEnd"/>
      <w:r w:rsidRPr="002878ED">
        <w:rPr>
          <w:rFonts w:eastAsiaTheme="minorEastAsia" w:cstheme="majorHAnsi"/>
          <w:b w:val="0"/>
          <w:bCs w:val="0"/>
          <w:color w:val="auto"/>
        </w:rPr>
        <w:t xml:space="preserve"> </w:t>
      </w:r>
      <w:r w:rsidR="00FB5661">
        <w:rPr>
          <w:rFonts w:eastAsiaTheme="minorEastAsia" w:cstheme="majorHAnsi"/>
          <w:b w:val="0"/>
          <w:bCs w:val="0"/>
          <w:color w:val="auto"/>
        </w:rPr>
        <w:t>7</w:t>
      </w:r>
    </w:p>
    <w:p w14:paraId="0456A63A" w14:textId="0D2DF9E7" w:rsidR="002878ED" w:rsidRPr="002878ED" w:rsidRDefault="002878ED" w:rsidP="0093740C">
      <w:pPr>
        <w:pStyle w:val="Heading1"/>
        <w:numPr>
          <w:ilvl w:val="1"/>
          <w:numId w:val="10"/>
        </w:numPr>
        <w:spacing w:before="0"/>
        <w:rPr>
          <w:rFonts w:eastAsiaTheme="minorEastAsia" w:cstheme="majorHAnsi"/>
          <w:b w:val="0"/>
          <w:bCs w:val="0"/>
          <w:color w:val="auto"/>
        </w:rPr>
      </w:pPr>
      <w:r w:rsidRPr="002878ED">
        <w:rPr>
          <w:rFonts w:eastAsiaTheme="minorEastAsia" w:cstheme="majorHAnsi"/>
          <w:b w:val="0"/>
          <w:bCs w:val="0"/>
          <w:color w:val="auto"/>
        </w:rPr>
        <w:t xml:space="preserve"> Accessibility …………………………………………</w:t>
      </w:r>
      <w:r w:rsidR="00B72377">
        <w:rPr>
          <w:rFonts w:eastAsiaTheme="minorEastAsia" w:cstheme="majorHAnsi"/>
          <w:b w:val="0"/>
          <w:bCs w:val="0"/>
          <w:color w:val="auto"/>
        </w:rPr>
        <w:t>……………</w:t>
      </w:r>
      <w:proofErr w:type="gramStart"/>
      <w:r w:rsidR="00B72377">
        <w:rPr>
          <w:rFonts w:eastAsiaTheme="minorEastAsia" w:cstheme="majorHAnsi"/>
          <w:b w:val="0"/>
          <w:bCs w:val="0"/>
          <w:color w:val="auto"/>
        </w:rPr>
        <w:t>…..</w:t>
      </w:r>
      <w:proofErr w:type="gramEnd"/>
      <w:r w:rsidRPr="002878ED">
        <w:rPr>
          <w:rFonts w:eastAsiaTheme="minorEastAsia" w:cstheme="majorHAnsi"/>
          <w:b w:val="0"/>
          <w:bCs w:val="0"/>
          <w:color w:val="auto"/>
        </w:rPr>
        <w:t xml:space="preserve">……………… </w:t>
      </w:r>
      <w:r w:rsidR="00FB5661">
        <w:rPr>
          <w:rFonts w:eastAsiaTheme="minorEastAsia" w:cstheme="majorHAnsi"/>
          <w:b w:val="0"/>
          <w:bCs w:val="0"/>
          <w:color w:val="auto"/>
        </w:rPr>
        <w:t>7</w:t>
      </w:r>
    </w:p>
    <w:p w14:paraId="0B33C3B5" w14:textId="285DEEA8" w:rsidR="002878ED" w:rsidRPr="002878ED" w:rsidRDefault="002878ED" w:rsidP="0093740C">
      <w:pPr>
        <w:pStyle w:val="Heading1"/>
        <w:numPr>
          <w:ilvl w:val="1"/>
          <w:numId w:val="10"/>
        </w:numPr>
        <w:spacing w:before="0"/>
        <w:rPr>
          <w:rFonts w:eastAsiaTheme="minorEastAsia" w:cstheme="majorHAnsi"/>
          <w:b w:val="0"/>
          <w:bCs w:val="0"/>
          <w:color w:val="auto"/>
        </w:rPr>
      </w:pPr>
      <w:r w:rsidRPr="002878ED">
        <w:rPr>
          <w:rFonts w:eastAsiaTheme="minorEastAsia" w:cstheme="majorHAnsi"/>
          <w:b w:val="0"/>
          <w:bCs w:val="0"/>
          <w:color w:val="auto"/>
        </w:rPr>
        <w:t xml:space="preserve"> SEO ………………………………………………………………</w:t>
      </w:r>
      <w:r w:rsidR="00B72377">
        <w:rPr>
          <w:rFonts w:eastAsiaTheme="minorEastAsia" w:cstheme="majorHAnsi"/>
          <w:b w:val="0"/>
          <w:bCs w:val="0"/>
          <w:color w:val="auto"/>
        </w:rPr>
        <w:t>…………………</w:t>
      </w:r>
      <w:r w:rsidRPr="002878ED">
        <w:rPr>
          <w:rFonts w:eastAsiaTheme="minorEastAsia" w:cstheme="majorHAnsi"/>
          <w:b w:val="0"/>
          <w:bCs w:val="0"/>
          <w:color w:val="auto"/>
        </w:rPr>
        <w:t xml:space="preserve">……. </w:t>
      </w:r>
      <w:r w:rsidR="00FB5661">
        <w:rPr>
          <w:rFonts w:eastAsiaTheme="minorEastAsia" w:cstheme="majorHAnsi"/>
          <w:b w:val="0"/>
          <w:bCs w:val="0"/>
          <w:color w:val="auto"/>
        </w:rPr>
        <w:t>7</w:t>
      </w:r>
    </w:p>
    <w:p w14:paraId="5BE7B8EA" w14:textId="5A3CEA6A" w:rsidR="002878ED" w:rsidRPr="002878ED" w:rsidRDefault="002878ED" w:rsidP="005D7DDC">
      <w:pPr>
        <w:pStyle w:val="Heading1"/>
        <w:numPr>
          <w:ilvl w:val="0"/>
          <w:numId w:val="10"/>
        </w:numPr>
        <w:spacing w:before="0"/>
        <w:rPr>
          <w:rFonts w:eastAsiaTheme="minorEastAsia" w:cstheme="majorHAnsi"/>
          <w:b w:val="0"/>
          <w:bCs w:val="0"/>
          <w:color w:val="auto"/>
        </w:rPr>
      </w:pPr>
      <w:r w:rsidRPr="002878ED">
        <w:rPr>
          <w:rFonts w:eastAsiaTheme="minorEastAsia" w:cstheme="majorHAnsi"/>
          <w:b w:val="0"/>
          <w:bCs w:val="0"/>
          <w:color w:val="auto"/>
        </w:rPr>
        <w:t>Website Evaluation ………………………………………</w:t>
      </w:r>
      <w:r w:rsidR="00B72377">
        <w:rPr>
          <w:rFonts w:eastAsiaTheme="minorEastAsia" w:cstheme="majorHAnsi"/>
          <w:b w:val="0"/>
          <w:bCs w:val="0"/>
          <w:color w:val="auto"/>
        </w:rPr>
        <w:t>……………</w:t>
      </w:r>
      <w:proofErr w:type="gramStart"/>
      <w:r w:rsidR="00B72377">
        <w:rPr>
          <w:rFonts w:eastAsiaTheme="minorEastAsia" w:cstheme="majorHAnsi"/>
          <w:b w:val="0"/>
          <w:bCs w:val="0"/>
          <w:color w:val="auto"/>
        </w:rPr>
        <w:t>…..</w:t>
      </w:r>
      <w:proofErr w:type="gramEnd"/>
      <w:r w:rsidRPr="002878ED">
        <w:rPr>
          <w:rFonts w:eastAsiaTheme="minorEastAsia" w:cstheme="majorHAnsi"/>
          <w:b w:val="0"/>
          <w:bCs w:val="0"/>
          <w:color w:val="auto"/>
        </w:rPr>
        <w:t xml:space="preserve">…………… </w:t>
      </w:r>
      <w:r w:rsidR="00FB5661">
        <w:rPr>
          <w:rFonts w:eastAsiaTheme="minorEastAsia" w:cstheme="majorHAnsi"/>
          <w:b w:val="0"/>
          <w:bCs w:val="0"/>
          <w:color w:val="auto"/>
        </w:rPr>
        <w:t>7</w:t>
      </w:r>
    </w:p>
    <w:p w14:paraId="63ADD1C1" w14:textId="38F12FBB" w:rsidR="002878ED" w:rsidRPr="002878ED" w:rsidRDefault="002878ED" w:rsidP="005D7DDC">
      <w:pPr>
        <w:pStyle w:val="Heading1"/>
        <w:numPr>
          <w:ilvl w:val="1"/>
          <w:numId w:val="10"/>
        </w:numPr>
        <w:spacing w:before="0"/>
        <w:rPr>
          <w:rFonts w:eastAsiaTheme="minorEastAsia" w:cstheme="majorHAnsi"/>
          <w:b w:val="0"/>
          <w:bCs w:val="0"/>
          <w:color w:val="auto"/>
        </w:rPr>
      </w:pPr>
      <w:r w:rsidRPr="002878ED">
        <w:rPr>
          <w:rFonts w:eastAsiaTheme="minorEastAsia" w:cstheme="majorHAnsi"/>
          <w:b w:val="0"/>
          <w:bCs w:val="0"/>
          <w:color w:val="auto"/>
        </w:rPr>
        <w:t xml:space="preserve"> Usability &amp; Utility ………………………………………</w:t>
      </w:r>
      <w:r w:rsidR="00B72377">
        <w:rPr>
          <w:rFonts w:eastAsiaTheme="minorEastAsia" w:cstheme="majorHAnsi"/>
          <w:b w:val="0"/>
          <w:bCs w:val="0"/>
          <w:color w:val="auto"/>
        </w:rPr>
        <w:t>……………</w:t>
      </w:r>
      <w:proofErr w:type="gramStart"/>
      <w:r w:rsidR="00B72377">
        <w:rPr>
          <w:rFonts w:eastAsiaTheme="minorEastAsia" w:cstheme="majorHAnsi"/>
          <w:b w:val="0"/>
          <w:bCs w:val="0"/>
          <w:color w:val="auto"/>
        </w:rPr>
        <w:t>…..</w:t>
      </w:r>
      <w:proofErr w:type="gramEnd"/>
      <w:r w:rsidRPr="002878ED">
        <w:rPr>
          <w:rFonts w:eastAsiaTheme="minorEastAsia" w:cstheme="majorHAnsi"/>
          <w:b w:val="0"/>
          <w:bCs w:val="0"/>
          <w:color w:val="auto"/>
        </w:rPr>
        <w:t>……</w:t>
      </w:r>
      <w:proofErr w:type="gramStart"/>
      <w:r w:rsidRPr="002878ED">
        <w:rPr>
          <w:rFonts w:eastAsiaTheme="minorEastAsia" w:cstheme="majorHAnsi"/>
          <w:b w:val="0"/>
          <w:bCs w:val="0"/>
          <w:color w:val="auto"/>
        </w:rPr>
        <w:t>…..</w:t>
      </w:r>
      <w:proofErr w:type="gramEnd"/>
      <w:r w:rsidRPr="002878ED">
        <w:rPr>
          <w:rFonts w:eastAsiaTheme="minorEastAsia" w:cstheme="majorHAnsi"/>
          <w:b w:val="0"/>
          <w:bCs w:val="0"/>
          <w:color w:val="auto"/>
        </w:rPr>
        <w:t xml:space="preserve"> </w:t>
      </w:r>
      <w:r w:rsidR="00FB5661">
        <w:rPr>
          <w:rFonts w:eastAsiaTheme="minorEastAsia" w:cstheme="majorHAnsi"/>
          <w:b w:val="0"/>
          <w:bCs w:val="0"/>
          <w:color w:val="auto"/>
        </w:rPr>
        <w:t>7</w:t>
      </w:r>
    </w:p>
    <w:p w14:paraId="1E54D6C5" w14:textId="1A577965" w:rsidR="002878ED" w:rsidRPr="002878ED" w:rsidRDefault="002878ED" w:rsidP="005D7DDC">
      <w:pPr>
        <w:pStyle w:val="Heading1"/>
        <w:numPr>
          <w:ilvl w:val="1"/>
          <w:numId w:val="10"/>
        </w:numPr>
        <w:spacing w:before="0"/>
        <w:rPr>
          <w:rFonts w:eastAsiaTheme="minorEastAsia" w:cstheme="majorHAnsi"/>
          <w:b w:val="0"/>
          <w:bCs w:val="0"/>
          <w:color w:val="auto"/>
        </w:rPr>
      </w:pPr>
      <w:r w:rsidRPr="002878ED">
        <w:rPr>
          <w:rFonts w:eastAsiaTheme="minorEastAsia" w:cstheme="majorHAnsi"/>
          <w:b w:val="0"/>
          <w:bCs w:val="0"/>
          <w:color w:val="auto"/>
        </w:rPr>
        <w:t xml:space="preserve"> SEO Techniques Used …………………………………</w:t>
      </w:r>
      <w:r w:rsidR="00B72377">
        <w:rPr>
          <w:rFonts w:eastAsiaTheme="minorEastAsia" w:cstheme="majorHAnsi"/>
          <w:b w:val="0"/>
          <w:bCs w:val="0"/>
          <w:color w:val="auto"/>
        </w:rPr>
        <w:t>……………….</w:t>
      </w:r>
      <w:r w:rsidRPr="002878ED">
        <w:rPr>
          <w:rFonts w:eastAsiaTheme="minorEastAsia" w:cstheme="majorHAnsi"/>
          <w:b w:val="0"/>
          <w:bCs w:val="0"/>
          <w:color w:val="auto"/>
        </w:rPr>
        <w:t>……</w:t>
      </w:r>
      <w:proofErr w:type="gramStart"/>
      <w:r w:rsidRPr="002878ED">
        <w:rPr>
          <w:rFonts w:eastAsiaTheme="minorEastAsia" w:cstheme="majorHAnsi"/>
          <w:b w:val="0"/>
          <w:bCs w:val="0"/>
          <w:color w:val="auto"/>
        </w:rPr>
        <w:t>…..</w:t>
      </w:r>
      <w:proofErr w:type="gramEnd"/>
      <w:r w:rsidRPr="002878ED">
        <w:rPr>
          <w:rFonts w:eastAsiaTheme="minorEastAsia" w:cstheme="majorHAnsi"/>
          <w:b w:val="0"/>
          <w:bCs w:val="0"/>
          <w:color w:val="auto"/>
        </w:rPr>
        <w:t xml:space="preserve"> </w:t>
      </w:r>
      <w:r w:rsidR="00FB5661">
        <w:rPr>
          <w:rFonts w:eastAsiaTheme="minorEastAsia" w:cstheme="majorHAnsi"/>
          <w:b w:val="0"/>
          <w:bCs w:val="0"/>
          <w:color w:val="auto"/>
        </w:rPr>
        <w:t>7</w:t>
      </w:r>
    </w:p>
    <w:p w14:paraId="37C00E7F" w14:textId="28D8C5B3" w:rsidR="002878ED" w:rsidRPr="002878ED" w:rsidRDefault="002878ED" w:rsidP="005D7DDC">
      <w:pPr>
        <w:pStyle w:val="Heading1"/>
        <w:numPr>
          <w:ilvl w:val="1"/>
          <w:numId w:val="10"/>
        </w:numPr>
        <w:spacing w:before="0"/>
        <w:rPr>
          <w:rFonts w:eastAsiaTheme="minorEastAsia" w:cstheme="majorHAnsi"/>
          <w:b w:val="0"/>
          <w:bCs w:val="0"/>
          <w:color w:val="auto"/>
        </w:rPr>
      </w:pPr>
      <w:r w:rsidRPr="002878ED">
        <w:rPr>
          <w:rFonts w:eastAsiaTheme="minorEastAsia" w:cstheme="majorHAnsi"/>
          <w:b w:val="0"/>
          <w:bCs w:val="0"/>
          <w:color w:val="auto"/>
        </w:rPr>
        <w:t xml:space="preserve"> Accessibility (WCAG 2.1) ……………………………</w:t>
      </w:r>
      <w:r w:rsidR="00B72377">
        <w:rPr>
          <w:rFonts w:eastAsiaTheme="minorEastAsia" w:cstheme="majorHAnsi"/>
          <w:b w:val="0"/>
          <w:bCs w:val="0"/>
          <w:color w:val="auto"/>
        </w:rPr>
        <w:t>……………</w:t>
      </w:r>
      <w:proofErr w:type="gramStart"/>
      <w:r w:rsidR="00B72377">
        <w:rPr>
          <w:rFonts w:eastAsiaTheme="minorEastAsia" w:cstheme="majorHAnsi"/>
          <w:b w:val="0"/>
          <w:bCs w:val="0"/>
          <w:color w:val="auto"/>
        </w:rPr>
        <w:t>…..</w:t>
      </w:r>
      <w:proofErr w:type="gramEnd"/>
      <w:r w:rsidRPr="002878ED">
        <w:rPr>
          <w:rFonts w:eastAsiaTheme="minorEastAsia" w:cstheme="majorHAnsi"/>
          <w:b w:val="0"/>
          <w:bCs w:val="0"/>
          <w:color w:val="auto"/>
        </w:rPr>
        <w:t>……</w:t>
      </w:r>
      <w:proofErr w:type="gramStart"/>
      <w:r w:rsidRPr="002878ED">
        <w:rPr>
          <w:rFonts w:eastAsiaTheme="minorEastAsia" w:cstheme="majorHAnsi"/>
          <w:b w:val="0"/>
          <w:bCs w:val="0"/>
          <w:color w:val="auto"/>
        </w:rPr>
        <w:t>…..</w:t>
      </w:r>
      <w:proofErr w:type="gramEnd"/>
      <w:r w:rsidRPr="002878ED">
        <w:rPr>
          <w:rFonts w:eastAsiaTheme="minorEastAsia" w:cstheme="majorHAnsi"/>
          <w:b w:val="0"/>
          <w:bCs w:val="0"/>
          <w:color w:val="auto"/>
        </w:rPr>
        <w:t xml:space="preserve"> </w:t>
      </w:r>
      <w:r w:rsidR="00FB5661">
        <w:rPr>
          <w:rFonts w:eastAsiaTheme="minorEastAsia" w:cstheme="majorHAnsi"/>
          <w:b w:val="0"/>
          <w:bCs w:val="0"/>
          <w:color w:val="auto"/>
        </w:rPr>
        <w:t>7</w:t>
      </w:r>
    </w:p>
    <w:p w14:paraId="5DF8EA30" w14:textId="1F252BBC" w:rsidR="002878ED" w:rsidRPr="002878ED" w:rsidRDefault="002878ED" w:rsidP="005D7DDC">
      <w:pPr>
        <w:pStyle w:val="Heading1"/>
        <w:numPr>
          <w:ilvl w:val="0"/>
          <w:numId w:val="10"/>
        </w:numPr>
        <w:spacing w:before="0"/>
        <w:rPr>
          <w:rFonts w:eastAsiaTheme="minorEastAsia" w:cstheme="majorHAnsi"/>
          <w:b w:val="0"/>
          <w:bCs w:val="0"/>
          <w:color w:val="auto"/>
        </w:rPr>
      </w:pPr>
      <w:r w:rsidRPr="002878ED">
        <w:rPr>
          <w:rFonts w:eastAsiaTheme="minorEastAsia" w:cstheme="majorHAnsi"/>
          <w:b w:val="0"/>
          <w:bCs w:val="0"/>
          <w:color w:val="auto"/>
        </w:rPr>
        <w:t>Website Comparison …………………………………</w:t>
      </w:r>
      <w:r w:rsidR="00B72377">
        <w:rPr>
          <w:rFonts w:eastAsiaTheme="minorEastAsia" w:cstheme="majorHAnsi"/>
          <w:b w:val="0"/>
          <w:bCs w:val="0"/>
          <w:color w:val="auto"/>
        </w:rPr>
        <w:t>………………</w:t>
      </w:r>
      <w:r w:rsidRPr="002878ED">
        <w:rPr>
          <w:rFonts w:eastAsiaTheme="minorEastAsia" w:cstheme="majorHAnsi"/>
          <w:b w:val="0"/>
          <w:bCs w:val="0"/>
          <w:color w:val="auto"/>
        </w:rPr>
        <w:t>………</w:t>
      </w:r>
      <w:r w:rsidR="00B72377">
        <w:rPr>
          <w:rFonts w:eastAsiaTheme="minorEastAsia" w:cstheme="majorHAnsi"/>
          <w:b w:val="0"/>
          <w:bCs w:val="0"/>
          <w:color w:val="auto"/>
        </w:rPr>
        <w:t>.</w:t>
      </w:r>
      <w:r w:rsidRPr="002878ED">
        <w:rPr>
          <w:rFonts w:eastAsiaTheme="minorEastAsia" w:cstheme="majorHAnsi"/>
          <w:b w:val="0"/>
          <w:bCs w:val="0"/>
          <w:color w:val="auto"/>
        </w:rPr>
        <w:t xml:space="preserve">………. </w:t>
      </w:r>
      <w:r w:rsidR="00306973">
        <w:rPr>
          <w:rFonts w:eastAsiaTheme="minorEastAsia" w:cstheme="majorHAnsi"/>
          <w:b w:val="0"/>
          <w:bCs w:val="0"/>
          <w:color w:val="auto"/>
        </w:rPr>
        <w:t>7</w:t>
      </w:r>
    </w:p>
    <w:p w14:paraId="2591E471" w14:textId="6CDD8B22" w:rsidR="005D7DDC" w:rsidRDefault="002878ED" w:rsidP="005D7DDC">
      <w:pPr>
        <w:pStyle w:val="Heading1"/>
        <w:numPr>
          <w:ilvl w:val="1"/>
          <w:numId w:val="10"/>
        </w:numPr>
        <w:spacing w:before="0"/>
        <w:rPr>
          <w:rFonts w:eastAsiaTheme="minorEastAsia" w:cstheme="majorHAnsi"/>
          <w:b w:val="0"/>
          <w:bCs w:val="0"/>
          <w:color w:val="auto"/>
        </w:rPr>
      </w:pPr>
      <w:r w:rsidRPr="002878ED">
        <w:rPr>
          <w:rFonts w:eastAsiaTheme="minorEastAsia" w:cstheme="majorHAnsi"/>
          <w:b w:val="0"/>
          <w:bCs w:val="0"/>
          <w:color w:val="auto"/>
        </w:rPr>
        <w:t>Usability …………………………………………………………</w:t>
      </w:r>
      <w:r w:rsidR="00B72377">
        <w:rPr>
          <w:rFonts w:eastAsiaTheme="minorEastAsia" w:cstheme="majorHAnsi"/>
          <w:b w:val="0"/>
          <w:bCs w:val="0"/>
          <w:color w:val="auto"/>
        </w:rPr>
        <w:t>………………</w:t>
      </w:r>
      <w:proofErr w:type="gramStart"/>
      <w:r w:rsidR="00B72377">
        <w:rPr>
          <w:rFonts w:eastAsiaTheme="minorEastAsia" w:cstheme="majorHAnsi"/>
          <w:b w:val="0"/>
          <w:bCs w:val="0"/>
          <w:color w:val="auto"/>
        </w:rPr>
        <w:t>….</w:t>
      </w:r>
      <w:r w:rsidRPr="002878ED">
        <w:rPr>
          <w:rFonts w:eastAsiaTheme="minorEastAsia" w:cstheme="majorHAnsi"/>
          <w:b w:val="0"/>
          <w:bCs w:val="0"/>
          <w:color w:val="auto"/>
        </w:rPr>
        <w:t>…..</w:t>
      </w:r>
      <w:proofErr w:type="gramEnd"/>
      <w:r w:rsidRPr="002878ED">
        <w:rPr>
          <w:rFonts w:eastAsiaTheme="minorEastAsia" w:cstheme="majorHAnsi"/>
          <w:b w:val="0"/>
          <w:bCs w:val="0"/>
          <w:color w:val="auto"/>
        </w:rPr>
        <w:t xml:space="preserve"> </w:t>
      </w:r>
      <w:r w:rsidR="00306973">
        <w:rPr>
          <w:rFonts w:eastAsiaTheme="minorEastAsia" w:cstheme="majorHAnsi"/>
          <w:b w:val="0"/>
          <w:bCs w:val="0"/>
          <w:color w:val="auto"/>
        </w:rPr>
        <w:t>7</w:t>
      </w:r>
    </w:p>
    <w:p w14:paraId="66FBC1E2" w14:textId="560DFB4E" w:rsidR="00B72377" w:rsidRDefault="002878ED" w:rsidP="002878ED">
      <w:pPr>
        <w:pStyle w:val="Heading1"/>
        <w:numPr>
          <w:ilvl w:val="1"/>
          <w:numId w:val="10"/>
        </w:numPr>
        <w:spacing w:before="0"/>
        <w:rPr>
          <w:rFonts w:eastAsiaTheme="minorEastAsia" w:cstheme="majorHAnsi"/>
          <w:b w:val="0"/>
          <w:bCs w:val="0"/>
          <w:color w:val="auto"/>
        </w:rPr>
      </w:pPr>
      <w:r w:rsidRPr="002878ED">
        <w:rPr>
          <w:rFonts w:eastAsiaTheme="minorEastAsia" w:cstheme="majorHAnsi"/>
          <w:b w:val="0"/>
          <w:bCs w:val="0"/>
          <w:color w:val="auto"/>
        </w:rPr>
        <w:t>Accessibility …………………………………………………</w:t>
      </w:r>
      <w:r w:rsidR="00B72377">
        <w:rPr>
          <w:rFonts w:eastAsiaTheme="minorEastAsia" w:cstheme="majorHAnsi"/>
          <w:b w:val="0"/>
          <w:bCs w:val="0"/>
          <w:color w:val="auto"/>
        </w:rPr>
        <w:t>…………………</w:t>
      </w:r>
      <w:r w:rsidRPr="002878ED">
        <w:rPr>
          <w:rFonts w:eastAsiaTheme="minorEastAsia" w:cstheme="majorHAnsi"/>
          <w:b w:val="0"/>
          <w:bCs w:val="0"/>
          <w:color w:val="auto"/>
        </w:rPr>
        <w:t xml:space="preserve">……… </w:t>
      </w:r>
      <w:r w:rsidR="00306973">
        <w:rPr>
          <w:rFonts w:eastAsiaTheme="minorEastAsia" w:cstheme="majorHAnsi"/>
          <w:b w:val="0"/>
          <w:bCs w:val="0"/>
          <w:color w:val="auto"/>
        </w:rPr>
        <w:t>7</w:t>
      </w:r>
    </w:p>
    <w:p w14:paraId="69F9BE2C" w14:textId="6AFF72D2" w:rsidR="002878ED" w:rsidRPr="00B72377" w:rsidRDefault="002878ED" w:rsidP="002878ED">
      <w:pPr>
        <w:pStyle w:val="Heading1"/>
        <w:numPr>
          <w:ilvl w:val="1"/>
          <w:numId w:val="10"/>
        </w:numPr>
        <w:spacing w:before="0"/>
        <w:rPr>
          <w:rFonts w:eastAsiaTheme="minorEastAsia" w:cstheme="majorHAnsi"/>
          <w:b w:val="0"/>
          <w:bCs w:val="0"/>
          <w:color w:val="auto"/>
        </w:rPr>
      </w:pPr>
      <w:r w:rsidRPr="00B72377">
        <w:rPr>
          <w:rFonts w:eastAsiaTheme="minorEastAsia" w:cstheme="majorHAnsi"/>
          <w:b w:val="0"/>
          <w:bCs w:val="0"/>
          <w:color w:val="auto"/>
        </w:rPr>
        <w:t>SEO …………………………………………………………………</w:t>
      </w:r>
      <w:r w:rsidR="00B72377">
        <w:rPr>
          <w:rFonts w:eastAsiaTheme="minorEastAsia" w:cstheme="majorHAnsi"/>
          <w:b w:val="0"/>
          <w:bCs w:val="0"/>
          <w:color w:val="auto"/>
        </w:rPr>
        <w:t>………………….</w:t>
      </w:r>
      <w:r w:rsidRPr="00B72377">
        <w:rPr>
          <w:rFonts w:eastAsiaTheme="minorEastAsia" w:cstheme="majorHAnsi"/>
          <w:b w:val="0"/>
          <w:bCs w:val="0"/>
          <w:color w:val="auto"/>
        </w:rPr>
        <w:t xml:space="preserve">…. </w:t>
      </w:r>
      <w:r w:rsidR="00FB5661" w:rsidRPr="00B72377">
        <w:rPr>
          <w:rFonts w:eastAsiaTheme="minorEastAsia" w:cstheme="majorHAnsi"/>
          <w:b w:val="0"/>
          <w:bCs w:val="0"/>
          <w:color w:val="auto"/>
        </w:rPr>
        <w:t>8</w:t>
      </w:r>
    </w:p>
    <w:p w14:paraId="55E8B8D0" w14:textId="427920F4" w:rsidR="00B72377" w:rsidRDefault="00B72377" w:rsidP="002878ED">
      <w:pPr>
        <w:pStyle w:val="Heading1"/>
        <w:numPr>
          <w:ilvl w:val="0"/>
          <w:numId w:val="10"/>
        </w:numPr>
        <w:spacing w:before="0"/>
        <w:rPr>
          <w:rFonts w:eastAsiaTheme="minorEastAsia" w:cstheme="majorHAnsi"/>
          <w:b w:val="0"/>
          <w:bCs w:val="0"/>
          <w:color w:val="auto"/>
        </w:rPr>
      </w:pPr>
      <w:r>
        <w:rPr>
          <w:rFonts w:eastAsiaTheme="minorEastAsia" w:cstheme="majorHAnsi"/>
          <w:b w:val="0"/>
          <w:bCs w:val="0"/>
          <w:color w:val="auto"/>
        </w:rPr>
        <w:t xml:space="preserve"> </w:t>
      </w:r>
      <w:r w:rsidR="002878ED" w:rsidRPr="00B72377">
        <w:rPr>
          <w:rFonts w:eastAsiaTheme="minorEastAsia" w:cstheme="majorHAnsi"/>
          <w:b w:val="0"/>
          <w:bCs w:val="0"/>
          <w:color w:val="auto"/>
        </w:rPr>
        <w:t>Mobile Friendliness ………………………………………</w:t>
      </w:r>
      <w:r>
        <w:rPr>
          <w:rFonts w:eastAsiaTheme="minorEastAsia" w:cstheme="majorHAnsi"/>
          <w:b w:val="0"/>
          <w:bCs w:val="0"/>
          <w:color w:val="auto"/>
        </w:rPr>
        <w:t>…………………….</w:t>
      </w:r>
      <w:r w:rsidR="002878ED" w:rsidRPr="00B72377">
        <w:rPr>
          <w:rFonts w:eastAsiaTheme="minorEastAsia" w:cstheme="majorHAnsi"/>
          <w:b w:val="0"/>
          <w:bCs w:val="0"/>
          <w:color w:val="auto"/>
        </w:rPr>
        <w:t>…</w:t>
      </w:r>
      <w:proofErr w:type="gramStart"/>
      <w:r w:rsidR="002878ED" w:rsidRPr="00B72377">
        <w:rPr>
          <w:rFonts w:eastAsiaTheme="minorEastAsia" w:cstheme="majorHAnsi"/>
          <w:b w:val="0"/>
          <w:bCs w:val="0"/>
          <w:color w:val="auto"/>
        </w:rPr>
        <w:t>…..</w:t>
      </w:r>
      <w:proofErr w:type="gramEnd"/>
      <w:r w:rsidR="002878ED" w:rsidRPr="00B72377">
        <w:rPr>
          <w:rFonts w:eastAsiaTheme="minorEastAsia" w:cstheme="majorHAnsi"/>
          <w:b w:val="0"/>
          <w:bCs w:val="0"/>
          <w:color w:val="auto"/>
        </w:rPr>
        <w:t xml:space="preserve"> </w:t>
      </w:r>
      <w:r w:rsidR="00306973" w:rsidRPr="00B72377">
        <w:rPr>
          <w:rFonts w:eastAsiaTheme="minorEastAsia" w:cstheme="majorHAnsi"/>
          <w:b w:val="0"/>
          <w:bCs w:val="0"/>
          <w:color w:val="auto"/>
        </w:rPr>
        <w:t>8</w:t>
      </w:r>
    </w:p>
    <w:p w14:paraId="482F3D78" w14:textId="6C102900" w:rsidR="00B72377" w:rsidRDefault="00B72377" w:rsidP="002878ED">
      <w:pPr>
        <w:pStyle w:val="Heading1"/>
        <w:numPr>
          <w:ilvl w:val="0"/>
          <w:numId w:val="10"/>
        </w:numPr>
        <w:spacing w:before="0"/>
        <w:rPr>
          <w:rFonts w:eastAsiaTheme="minorEastAsia" w:cstheme="majorHAnsi"/>
          <w:b w:val="0"/>
          <w:bCs w:val="0"/>
          <w:color w:val="auto"/>
        </w:rPr>
      </w:pPr>
      <w:r>
        <w:rPr>
          <w:rFonts w:eastAsiaTheme="minorEastAsia" w:cstheme="majorHAnsi"/>
          <w:b w:val="0"/>
          <w:bCs w:val="0"/>
          <w:color w:val="auto"/>
        </w:rPr>
        <w:t xml:space="preserve"> </w:t>
      </w:r>
      <w:r w:rsidR="002878ED" w:rsidRPr="00B72377">
        <w:rPr>
          <w:rFonts w:eastAsiaTheme="minorEastAsia" w:cstheme="majorHAnsi"/>
          <w:b w:val="0"/>
          <w:bCs w:val="0"/>
          <w:color w:val="auto"/>
        </w:rPr>
        <w:t>Conclusion ……………………………………………………</w:t>
      </w:r>
      <w:r>
        <w:rPr>
          <w:rFonts w:eastAsiaTheme="minorEastAsia" w:cstheme="majorHAnsi"/>
          <w:b w:val="0"/>
          <w:bCs w:val="0"/>
          <w:color w:val="auto"/>
        </w:rPr>
        <w:t>……………….</w:t>
      </w:r>
      <w:r w:rsidR="002878ED" w:rsidRPr="00B72377">
        <w:rPr>
          <w:rFonts w:eastAsiaTheme="minorEastAsia" w:cstheme="majorHAnsi"/>
          <w:b w:val="0"/>
          <w:bCs w:val="0"/>
          <w:color w:val="auto"/>
        </w:rPr>
        <w:t>…………… 7</w:t>
      </w:r>
    </w:p>
    <w:p w14:paraId="1CDA694C" w14:textId="0D03BC9E" w:rsidR="00B72377" w:rsidRDefault="00B72377" w:rsidP="002878ED">
      <w:pPr>
        <w:pStyle w:val="Heading1"/>
        <w:numPr>
          <w:ilvl w:val="0"/>
          <w:numId w:val="10"/>
        </w:numPr>
        <w:spacing w:before="0"/>
        <w:rPr>
          <w:rFonts w:eastAsiaTheme="minorEastAsia" w:cstheme="majorHAnsi"/>
          <w:b w:val="0"/>
          <w:bCs w:val="0"/>
          <w:color w:val="auto"/>
        </w:rPr>
      </w:pPr>
      <w:r>
        <w:rPr>
          <w:rFonts w:eastAsiaTheme="minorEastAsia" w:cstheme="majorHAnsi"/>
          <w:b w:val="0"/>
          <w:bCs w:val="0"/>
          <w:color w:val="auto"/>
        </w:rPr>
        <w:t xml:space="preserve"> </w:t>
      </w:r>
      <w:r w:rsidR="002878ED" w:rsidRPr="00B72377">
        <w:rPr>
          <w:rFonts w:eastAsiaTheme="minorEastAsia" w:cstheme="majorHAnsi"/>
          <w:b w:val="0"/>
          <w:bCs w:val="0"/>
          <w:color w:val="auto"/>
        </w:rPr>
        <w:t>References (IEEE Format) …………………………………</w:t>
      </w:r>
      <w:r>
        <w:rPr>
          <w:rFonts w:eastAsiaTheme="minorEastAsia" w:cstheme="majorHAnsi"/>
          <w:b w:val="0"/>
          <w:bCs w:val="0"/>
          <w:color w:val="auto"/>
        </w:rPr>
        <w:t>……………….</w:t>
      </w:r>
      <w:r w:rsidR="002878ED" w:rsidRPr="00B72377">
        <w:rPr>
          <w:rFonts w:eastAsiaTheme="minorEastAsia" w:cstheme="majorHAnsi"/>
          <w:b w:val="0"/>
          <w:bCs w:val="0"/>
          <w:color w:val="auto"/>
        </w:rPr>
        <w:t>……</w:t>
      </w:r>
      <w:proofErr w:type="gramStart"/>
      <w:r w:rsidR="002878ED" w:rsidRPr="00B72377">
        <w:rPr>
          <w:rFonts w:eastAsiaTheme="minorEastAsia" w:cstheme="majorHAnsi"/>
          <w:b w:val="0"/>
          <w:bCs w:val="0"/>
          <w:color w:val="auto"/>
        </w:rPr>
        <w:t>…..</w:t>
      </w:r>
      <w:proofErr w:type="gramEnd"/>
      <w:r w:rsidR="002878ED" w:rsidRPr="00B72377">
        <w:rPr>
          <w:rFonts w:eastAsiaTheme="minorEastAsia" w:cstheme="majorHAnsi"/>
          <w:b w:val="0"/>
          <w:bCs w:val="0"/>
          <w:color w:val="auto"/>
        </w:rPr>
        <w:t xml:space="preserve"> </w:t>
      </w:r>
      <w:r w:rsidR="00701EC0" w:rsidRPr="00B72377">
        <w:rPr>
          <w:rFonts w:eastAsiaTheme="minorEastAsia" w:cstheme="majorHAnsi"/>
          <w:b w:val="0"/>
          <w:bCs w:val="0"/>
          <w:color w:val="auto"/>
        </w:rPr>
        <w:t>9</w:t>
      </w:r>
    </w:p>
    <w:p w14:paraId="11FE7DDB" w14:textId="2D506CFA" w:rsidR="002878ED" w:rsidRPr="00B72377" w:rsidRDefault="00B72377" w:rsidP="002878ED">
      <w:pPr>
        <w:pStyle w:val="Heading1"/>
        <w:numPr>
          <w:ilvl w:val="0"/>
          <w:numId w:val="10"/>
        </w:numPr>
        <w:spacing w:before="0"/>
        <w:rPr>
          <w:rFonts w:eastAsiaTheme="minorEastAsia" w:cstheme="majorHAnsi"/>
          <w:b w:val="0"/>
          <w:bCs w:val="0"/>
          <w:color w:val="auto"/>
        </w:rPr>
      </w:pPr>
      <w:r>
        <w:rPr>
          <w:rFonts w:eastAsiaTheme="minorEastAsia" w:cstheme="majorHAnsi"/>
          <w:b w:val="0"/>
          <w:bCs w:val="0"/>
          <w:color w:val="auto"/>
        </w:rPr>
        <w:t xml:space="preserve"> </w:t>
      </w:r>
      <w:r w:rsidR="002878ED" w:rsidRPr="00B72377">
        <w:rPr>
          <w:rFonts w:eastAsiaTheme="minorEastAsia" w:cstheme="majorHAnsi"/>
          <w:b w:val="0"/>
          <w:bCs w:val="0"/>
          <w:color w:val="auto"/>
        </w:rPr>
        <w:t>Appendices (HTML &amp; CSS Code) …………………………</w:t>
      </w:r>
      <w:r>
        <w:rPr>
          <w:rFonts w:eastAsiaTheme="minorEastAsia" w:cstheme="majorHAnsi"/>
          <w:b w:val="0"/>
          <w:bCs w:val="0"/>
          <w:color w:val="auto"/>
        </w:rPr>
        <w:t>……………</w:t>
      </w:r>
      <w:proofErr w:type="gramStart"/>
      <w:r>
        <w:rPr>
          <w:rFonts w:eastAsiaTheme="minorEastAsia" w:cstheme="majorHAnsi"/>
          <w:b w:val="0"/>
          <w:bCs w:val="0"/>
          <w:color w:val="auto"/>
        </w:rPr>
        <w:t>…..</w:t>
      </w:r>
      <w:proofErr w:type="gramEnd"/>
      <w:r w:rsidR="002878ED" w:rsidRPr="00B72377">
        <w:rPr>
          <w:rFonts w:eastAsiaTheme="minorEastAsia" w:cstheme="majorHAnsi"/>
          <w:b w:val="0"/>
          <w:bCs w:val="0"/>
          <w:color w:val="auto"/>
        </w:rPr>
        <w:t>…</w:t>
      </w:r>
      <w:proofErr w:type="gramStart"/>
      <w:r w:rsidR="002878ED" w:rsidRPr="00B72377">
        <w:rPr>
          <w:rFonts w:eastAsiaTheme="minorEastAsia" w:cstheme="majorHAnsi"/>
          <w:b w:val="0"/>
          <w:bCs w:val="0"/>
          <w:color w:val="auto"/>
        </w:rPr>
        <w:t>…..</w:t>
      </w:r>
      <w:proofErr w:type="gramEnd"/>
      <w:r w:rsidR="002878ED" w:rsidRPr="00B72377">
        <w:rPr>
          <w:rFonts w:eastAsiaTheme="minorEastAsia" w:cstheme="majorHAnsi"/>
          <w:b w:val="0"/>
          <w:bCs w:val="0"/>
          <w:color w:val="auto"/>
        </w:rPr>
        <w:t xml:space="preserve"> </w:t>
      </w:r>
      <w:r w:rsidR="00701EC0" w:rsidRPr="00B72377">
        <w:rPr>
          <w:rFonts w:eastAsiaTheme="minorEastAsia" w:cstheme="majorHAnsi"/>
          <w:b w:val="0"/>
          <w:bCs w:val="0"/>
          <w:color w:val="auto"/>
        </w:rPr>
        <w:t>9</w:t>
      </w:r>
    </w:p>
    <w:p w14:paraId="423E90FC" w14:textId="77777777" w:rsidR="002878ED" w:rsidRDefault="002878ED" w:rsidP="002878ED">
      <w:pPr>
        <w:spacing w:after="0"/>
      </w:pPr>
    </w:p>
    <w:p w14:paraId="7DB531B2" w14:textId="77777777" w:rsidR="002878ED" w:rsidRDefault="002878ED" w:rsidP="002878ED">
      <w:pPr>
        <w:pStyle w:val="Heading1"/>
        <w:spacing w:before="0"/>
        <w:rPr>
          <w:rFonts w:cstheme="majorHAnsi"/>
        </w:rPr>
      </w:pPr>
    </w:p>
    <w:p w14:paraId="7751B11A" w14:textId="77777777" w:rsidR="002878ED" w:rsidRDefault="002878ED" w:rsidP="002878ED"/>
    <w:p w14:paraId="7EB08C4A" w14:textId="77777777" w:rsidR="002878ED" w:rsidRDefault="002878ED" w:rsidP="002878ED"/>
    <w:p w14:paraId="7B2B4CB4" w14:textId="77777777" w:rsidR="00B72377" w:rsidRDefault="00B72377" w:rsidP="002878ED"/>
    <w:p w14:paraId="48EF936D" w14:textId="77777777" w:rsidR="002878ED" w:rsidRDefault="002878ED" w:rsidP="002878ED"/>
    <w:p w14:paraId="36701436" w14:textId="77777777" w:rsidR="002878ED" w:rsidRDefault="002878ED" w:rsidP="002878ED">
      <w:pPr>
        <w:pStyle w:val="Heading1"/>
        <w:spacing w:before="0"/>
        <w:rPr>
          <w:rFonts w:cstheme="majorHAnsi"/>
        </w:rPr>
      </w:pPr>
    </w:p>
    <w:p w14:paraId="17ADDAEF" w14:textId="06B059C2" w:rsidR="00A1699B" w:rsidRPr="00B73591" w:rsidRDefault="000D537D" w:rsidP="002878ED">
      <w:pPr>
        <w:pStyle w:val="Heading1"/>
        <w:spacing w:before="0"/>
        <w:rPr>
          <w:rFonts w:cstheme="majorHAnsi"/>
        </w:rPr>
      </w:pPr>
      <w:r w:rsidRPr="00B73591">
        <w:rPr>
          <w:rFonts w:cstheme="majorHAnsi"/>
        </w:rPr>
        <w:t>1. Introduction (Abstract)</w:t>
      </w:r>
    </w:p>
    <w:p w14:paraId="60A16CEB" w14:textId="77777777" w:rsidR="00440FAE" w:rsidRDefault="00A81AC5" w:rsidP="002878ED">
      <w:pPr>
        <w:spacing w:after="0"/>
        <w:jc w:val="both"/>
        <w:rPr>
          <w:rFonts w:asciiTheme="majorHAnsi" w:hAnsiTheme="majorHAnsi" w:cstheme="majorHAnsi"/>
          <w:sz w:val="28"/>
          <w:szCs w:val="28"/>
        </w:rPr>
      </w:pPr>
      <w:r w:rsidRPr="00B73591">
        <w:rPr>
          <w:rFonts w:asciiTheme="majorHAnsi" w:hAnsiTheme="majorHAnsi" w:cstheme="majorHAnsi"/>
          <w:sz w:val="28"/>
          <w:szCs w:val="28"/>
        </w:rPr>
        <w:t xml:space="preserve">This report evaluates the design and development of a multi-page website created for a beauty and aesthetic services business </w:t>
      </w:r>
      <w:r>
        <w:rPr>
          <w:rFonts w:asciiTheme="majorHAnsi" w:hAnsiTheme="majorHAnsi" w:cstheme="majorHAnsi"/>
          <w:sz w:val="28"/>
          <w:szCs w:val="28"/>
        </w:rPr>
        <w:t>named “</w:t>
      </w:r>
      <w:r w:rsidRPr="00B73591">
        <w:rPr>
          <w:rFonts w:asciiTheme="majorHAnsi" w:hAnsiTheme="majorHAnsi" w:cstheme="majorHAnsi"/>
          <w:sz w:val="28"/>
          <w:szCs w:val="28"/>
        </w:rPr>
        <w:t>Glow Lab</w:t>
      </w:r>
      <w:r w:rsidR="005C587F">
        <w:rPr>
          <w:rFonts w:asciiTheme="majorHAnsi" w:hAnsiTheme="majorHAnsi" w:cstheme="majorHAnsi"/>
          <w:sz w:val="28"/>
          <w:szCs w:val="28"/>
        </w:rPr>
        <w:t>”</w:t>
      </w:r>
      <w:r w:rsidRPr="00B73591">
        <w:rPr>
          <w:rFonts w:asciiTheme="majorHAnsi" w:hAnsiTheme="majorHAnsi" w:cstheme="majorHAnsi"/>
          <w:sz w:val="28"/>
          <w:szCs w:val="28"/>
        </w:rPr>
        <w:t>. The website includes four main pages: Home, Services, Prices, and Book Appointment. The purpose of the website is to present services, display pricing information, and allow users to book appointments through a simple online form.</w:t>
      </w:r>
    </w:p>
    <w:p w14:paraId="6C104F6B" w14:textId="216CA923" w:rsidR="00A81AC5" w:rsidRPr="00B73591" w:rsidRDefault="00A81AC5" w:rsidP="0010304A">
      <w:pPr>
        <w:spacing w:after="0"/>
        <w:jc w:val="both"/>
        <w:rPr>
          <w:rFonts w:asciiTheme="majorHAnsi" w:hAnsiTheme="majorHAnsi" w:cstheme="majorHAnsi"/>
          <w:sz w:val="28"/>
          <w:szCs w:val="28"/>
        </w:rPr>
      </w:pPr>
      <w:r w:rsidRPr="00B73591">
        <w:rPr>
          <w:rFonts w:asciiTheme="majorHAnsi" w:hAnsiTheme="majorHAnsi" w:cstheme="majorHAnsi"/>
          <w:sz w:val="28"/>
          <w:szCs w:val="28"/>
        </w:rPr>
        <w:t>The design focuses on a soft, feminine aesthetic using a beige, cream, and gold color palette to create a professional and elegant user experience.</w:t>
      </w:r>
    </w:p>
    <w:p w14:paraId="4812CA83" w14:textId="77777777" w:rsidR="00A1699B" w:rsidRDefault="000D537D" w:rsidP="00512CFD">
      <w:pPr>
        <w:pStyle w:val="Heading1"/>
        <w:rPr>
          <w:rFonts w:cstheme="majorHAnsi"/>
        </w:rPr>
      </w:pPr>
      <w:r w:rsidRPr="00B73591">
        <w:rPr>
          <w:rFonts w:cstheme="majorHAnsi"/>
        </w:rPr>
        <w:t>2. Requirements</w:t>
      </w:r>
    </w:p>
    <w:p w14:paraId="09EBECB4" w14:textId="5B4E95ED" w:rsidR="00340F42" w:rsidRPr="00340F42" w:rsidRDefault="00340F42" w:rsidP="0010304A">
      <w:pPr>
        <w:spacing w:after="0"/>
        <w:jc w:val="both"/>
        <w:rPr>
          <w:rFonts w:asciiTheme="majorHAnsi" w:hAnsiTheme="majorHAnsi" w:cstheme="majorHAnsi"/>
          <w:sz w:val="28"/>
          <w:szCs w:val="28"/>
        </w:rPr>
      </w:pPr>
      <w:r w:rsidRPr="00340F42">
        <w:rPr>
          <w:rFonts w:asciiTheme="majorHAnsi" w:hAnsiTheme="majorHAnsi" w:cstheme="majorHAnsi"/>
          <w:sz w:val="28"/>
          <w:szCs w:val="28"/>
        </w:rPr>
        <w:t>The Glow Lab website was developed to meet both functional and design requirements.</w:t>
      </w:r>
    </w:p>
    <w:p w14:paraId="6519B5FD" w14:textId="79BF5ABD" w:rsidR="00340F42" w:rsidRPr="00340F42" w:rsidRDefault="00340F42" w:rsidP="0010304A">
      <w:pPr>
        <w:spacing w:after="0"/>
        <w:jc w:val="both"/>
        <w:rPr>
          <w:rFonts w:asciiTheme="majorHAnsi" w:hAnsiTheme="majorHAnsi" w:cstheme="majorHAnsi"/>
          <w:sz w:val="28"/>
          <w:szCs w:val="28"/>
        </w:rPr>
      </w:pPr>
      <w:r w:rsidRPr="00340F42">
        <w:rPr>
          <w:rFonts w:asciiTheme="majorHAnsi" w:hAnsiTheme="majorHAnsi" w:cstheme="majorHAnsi"/>
          <w:sz w:val="28"/>
          <w:szCs w:val="28"/>
        </w:rPr>
        <w:t>Functional requirements</w:t>
      </w:r>
      <w:r w:rsidR="000E0F75">
        <w:rPr>
          <w:rFonts w:asciiTheme="majorHAnsi" w:hAnsiTheme="majorHAnsi" w:cstheme="majorHAnsi"/>
          <w:sz w:val="28"/>
          <w:szCs w:val="28"/>
        </w:rPr>
        <w:t>: t</w:t>
      </w:r>
      <w:r w:rsidRPr="00340F42">
        <w:rPr>
          <w:rFonts w:asciiTheme="majorHAnsi" w:hAnsiTheme="majorHAnsi" w:cstheme="majorHAnsi"/>
          <w:sz w:val="28"/>
          <w:szCs w:val="28"/>
        </w:rPr>
        <w:t>he website must include four pages: Home, Services, Prices, and Book</w:t>
      </w:r>
      <w:r w:rsidR="000E0F75">
        <w:rPr>
          <w:rFonts w:asciiTheme="majorHAnsi" w:hAnsiTheme="majorHAnsi" w:cstheme="majorHAnsi"/>
          <w:sz w:val="28"/>
          <w:szCs w:val="28"/>
        </w:rPr>
        <w:t>; u</w:t>
      </w:r>
      <w:r w:rsidRPr="00340F42">
        <w:rPr>
          <w:rFonts w:asciiTheme="majorHAnsi" w:hAnsiTheme="majorHAnsi" w:cstheme="majorHAnsi"/>
          <w:sz w:val="28"/>
          <w:szCs w:val="28"/>
        </w:rPr>
        <w:t>sers must be able to navigate between pages using a navigation menu</w:t>
      </w:r>
      <w:r w:rsidR="000E0F75">
        <w:rPr>
          <w:rFonts w:asciiTheme="majorHAnsi" w:hAnsiTheme="majorHAnsi" w:cstheme="majorHAnsi"/>
          <w:sz w:val="28"/>
          <w:szCs w:val="28"/>
        </w:rPr>
        <w:t>; t</w:t>
      </w:r>
      <w:r w:rsidRPr="00340F42">
        <w:rPr>
          <w:rFonts w:asciiTheme="majorHAnsi" w:hAnsiTheme="majorHAnsi" w:cstheme="majorHAnsi"/>
          <w:sz w:val="28"/>
          <w:szCs w:val="28"/>
        </w:rPr>
        <w:t>he Prices page must display services with clear pricing</w:t>
      </w:r>
      <w:r w:rsidR="003C653F">
        <w:rPr>
          <w:rFonts w:asciiTheme="majorHAnsi" w:hAnsiTheme="majorHAnsi" w:cstheme="majorHAnsi"/>
          <w:sz w:val="28"/>
          <w:szCs w:val="28"/>
        </w:rPr>
        <w:t>; t</w:t>
      </w:r>
      <w:r w:rsidRPr="00340F42">
        <w:rPr>
          <w:rFonts w:asciiTheme="majorHAnsi" w:hAnsiTheme="majorHAnsi" w:cstheme="majorHAnsi"/>
          <w:sz w:val="28"/>
          <w:szCs w:val="28"/>
        </w:rPr>
        <w:t>he Book page must include a form to collect user details (name, email, phone, date, and additional information)</w:t>
      </w:r>
      <w:r w:rsidR="003C653F">
        <w:rPr>
          <w:rFonts w:asciiTheme="majorHAnsi" w:hAnsiTheme="majorHAnsi" w:cstheme="majorHAnsi"/>
          <w:sz w:val="28"/>
          <w:szCs w:val="28"/>
        </w:rPr>
        <w:t>; a</w:t>
      </w:r>
      <w:r w:rsidRPr="00340F42">
        <w:rPr>
          <w:rFonts w:asciiTheme="majorHAnsi" w:hAnsiTheme="majorHAnsi" w:cstheme="majorHAnsi"/>
          <w:sz w:val="28"/>
          <w:szCs w:val="28"/>
        </w:rPr>
        <w:t>ll links must use relative paths to ensure the site works after compression into a ZIP file.</w:t>
      </w:r>
    </w:p>
    <w:p w14:paraId="463BFF23" w14:textId="78C53E4E" w:rsidR="00440FAE" w:rsidRPr="00340F42" w:rsidRDefault="00340F42" w:rsidP="0010304A">
      <w:pPr>
        <w:spacing w:after="0"/>
        <w:jc w:val="both"/>
        <w:rPr>
          <w:rFonts w:asciiTheme="majorHAnsi" w:hAnsiTheme="majorHAnsi" w:cstheme="majorHAnsi"/>
          <w:sz w:val="28"/>
          <w:szCs w:val="28"/>
        </w:rPr>
      </w:pPr>
      <w:r w:rsidRPr="00340F42">
        <w:rPr>
          <w:rFonts w:asciiTheme="majorHAnsi" w:hAnsiTheme="majorHAnsi" w:cstheme="majorHAnsi"/>
          <w:sz w:val="28"/>
          <w:szCs w:val="28"/>
        </w:rPr>
        <w:t>Non-functional requirements</w:t>
      </w:r>
      <w:r w:rsidR="00427352">
        <w:rPr>
          <w:rFonts w:asciiTheme="majorHAnsi" w:hAnsiTheme="majorHAnsi" w:cstheme="majorHAnsi"/>
          <w:sz w:val="28"/>
          <w:szCs w:val="28"/>
        </w:rPr>
        <w:t>: t</w:t>
      </w:r>
      <w:r w:rsidRPr="00340F42">
        <w:rPr>
          <w:rFonts w:asciiTheme="majorHAnsi" w:hAnsiTheme="majorHAnsi" w:cstheme="majorHAnsi"/>
          <w:sz w:val="28"/>
          <w:szCs w:val="28"/>
        </w:rPr>
        <w:t>he website must have a consistent, clean, and visually appealing design</w:t>
      </w:r>
      <w:r w:rsidR="00427352">
        <w:rPr>
          <w:rFonts w:asciiTheme="majorHAnsi" w:hAnsiTheme="majorHAnsi" w:cstheme="majorHAnsi"/>
          <w:sz w:val="28"/>
          <w:szCs w:val="28"/>
        </w:rPr>
        <w:t>; i</w:t>
      </w:r>
      <w:r w:rsidRPr="00340F42">
        <w:rPr>
          <w:rFonts w:asciiTheme="majorHAnsi" w:hAnsiTheme="majorHAnsi" w:cstheme="majorHAnsi"/>
          <w:sz w:val="28"/>
          <w:szCs w:val="28"/>
        </w:rPr>
        <w:t>t should use a soft color palette (cream, beige, gold, grey)</w:t>
      </w:r>
      <w:r w:rsidR="00427352">
        <w:rPr>
          <w:rFonts w:asciiTheme="majorHAnsi" w:hAnsiTheme="majorHAnsi" w:cstheme="majorHAnsi"/>
          <w:sz w:val="28"/>
          <w:szCs w:val="28"/>
        </w:rPr>
        <w:t>; t</w:t>
      </w:r>
      <w:r w:rsidRPr="00340F42">
        <w:rPr>
          <w:rFonts w:asciiTheme="majorHAnsi" w:hAnsiTheme="majorHAnsi" w:cstheme="majorHAnsi"/>
          <w:sz w:val="28"/>
          <w:szCs w:val="28"/>
        </w:rPr>
        <w:t>he layout must be readable and user-friendly</w:t>
      </w:r>
      <w:r w:rsidR="000D391E">
        <w:rPr>
          <w:rFonts w:asciiTheme="majorHAnsi" w:hAnsiTheme="majorHAnsi" w:cstheme="majorHAnsi"/>
          <w:sz w:val="28"/>
          <w:szCs w:val="28"/>
        </w:rPr>
        <w:t>; t</w:t>
      </w:r>
      <w:r w:rsidRPr="00340F42">
        <w:rPr>
          <w:rFonts w:asciiTheme="majorHAnsi" w:hAnsiTheme="majorHAnsi" w:cstheme="majorHAnsi"/>
          <w:sz w:val="28"/>
          <w:szCs w:val="28"/>
        </w:rPr>
        <w:t>he site should be lightweight and load quickly using HTML and CSS only</w:t>
      </w:r>
      <w:r w:rsidR="000D391E">
        <w:rPr>
          <w:rFonts w:asciiTheme="majorHAnsi" w:hAnsiTheme="majorHAnsi" w:cstheme="majorHAnsi"/>
          <w:sz w:val="28"/>
          <w:szCs w:val="28"/>
        </w:rPr>
        <w:t>; b</w:t>
      </w:r>
      <w:r w:rsidRPr="00340F42">
        <w:rPr>
          <w:rFonts w:asciiTheme="majorHAnsi" w:hAnsiTheme="majorHAnsi" w:cstheme="majorHAnsi"/>
          <w:sz w:val="28"/>
          <w:szCs w:val="28"/>
        </w:rPr>
        <w:t>asic responsiveness should be considered for different screen sizes.</w:t>
      </w:r>
    </w:p>
    <w:p w14:paraId="650DE17C" w14:textId="77777777" w:rsidR="009A48CF" w:rsidRDefault="000D537D" w:rsidP="00512CFD">
      <w:pPr>
        <w:pStyle w:val="Heading1"/>
        <w:spacing w:before="0"/>
        <w:rPr>
          <w:rFonts w:cstheme="majorHAnsi"/>
        </w:rPr>
      </w:pPr>
      <w:r w:rsidRPr="00B73591">
        <w:rPr>
          <w:rFonts w:cstheme="majorHAnsi"/>
        </w:rPr>
        <w:t>3. Implementation</w:t>
      </w:r>
    </w:p>
    <w:p w14:paraId="5139B193" w14:textId="3503923C" w:rsidR="00F7356B" w:rsidRPr="009A48CF" w:rsidRDefault="00F7356B" w:rsidP="0010304A">
      <w:pPr>
        <w:pStyle w:val="Heading1"/>
        <w:spacing w:before="0"/>
        <w:jc w:val="both"/>
        <w:rPr>
          <w:rFonts w:cstheme="majorHAnsi"/>
        </w:rPr>
      </w:pPr>
      <w:r w:rsidRPr="00F7356B">
        <w:rPr>
          <w:rFonts w:eastAsiaTheme="minorEastAsia" w:cstheme="majorHAnsi"/>
          <w:b w:val="0"/>
          <w:bCs w:val="0"/>
          <w:color w:val="auto"/>
        </w:rPr>
        <w:t>The website was developed using HTML and CSS. It consists of four main pages: Home, Services, Prices, and Book Appointment. Each page was created using a consistent layout and styling to maintain a unified design.</w:t>
      </w:r>
    </w:p>
    <w:p w14:paraId="02A641A0" w14:textId="77777777" w:rsidR="00192718" w:rsidRDefault="00192718" w:rsidP="00512CFD">
      <w:pPr>
        <w:pStyle w:val="Heading1"/>
        <w:spacing w:before="0"/>
        <w:rPr>
          <w:rFonts w:eastAsiaTheme="minorEastAsia" w:cstheme="majorHAnsi"/>
          <w:b w:val="0"/>
          <w:bCs w:val="0"/>
          <w:color w:val="auto"/>
        </w:rPr>
      </w:pPr>
    </w:p>
    <w:p w14:paraId="75714058" w14:textId="77777777" w:rsidR="00192718" w:rsidRPr="00192718" w:rsidRDefault="00192718" w:rsidP="00192718"/>
    <w:p w14:paraId="3A9F4823" w14:textId="77777777" w:rsidR="00192718" w:rsidRDefault="00192718" w:rsidP="00512CFD">
      <w:pPr>
        <w:pStyle w:val="Heading1"/>
        <w:spacing w:before="0"/>
        <w:rPr>
          <w:rFonts w:eastAsiaTheme="minorEastAsia" w:cstheme="majorHAnsi"/>
          <w:b w:val="0"/>
          <w:bCs w:val="0"/>
          <w:color w:val="auto"/>
        </w:rPr>
      </w:pPr>
    </w:p>
    <w:p w14:paraId="0AF2B215" w14:textId="3F304A4D" w:rsidR="009A48CF" w:rsidRDefault="00F7356B" w:rsidP="00512CFD">
      <w:pPr>
        <w:pStyle w:val="Heading1"/>
        <w:spacing w:before="0"/>
        <w:rPr>
          <w:rFonts w:eastAsiaTheme="minorEastAsia" w:cstheme="majorHAnsi"/>
          <w:b w:val="0"/>
          <w:bCs w:val="0"/>
          <w:color w:val="auto"/>
        </w:rPr>
      </w:pPr>
      <w:r w:rsidRPr="00F7356B">
        <w:rPr>
          <w:rFonts w:eastAsiaTheme="minorEastAsia" w:cstheme="majorHAnsi"/>
          <w:b w:val="0"/>
          <w:bCs w:val="0"/>
          <w:color w:val="auto"/>
        </w:rPr>
        <w:t>Website Screenshots</w:t>
      </w:r>
      <w:r w:rsidR="009A48CF">
        <w:rPr>
          <w:rFonts w:eastAsiaTheme="minorEastAsia" w:cstheme="majorHAnsi"/>
          <w:b w:val="0"/>
          <w:bCs w:val="0"/>
          <w:color w:val="auto"/>
        </w:rPr>
        <w:t>:</w:t>
      </w:r>
    </w:p>
    <w:p w14:paraId="42E9E3DB" w14:textId="77777777" w:rsidR="006C2103" w:rsidRPr="006C2103" w:rsidRDefault="006C2103" w:rsidP="00512CFD">
      <w:pPr>
        <w:spacing w:after="0"/>
      </w:pPr>
    </w:p>
    <w:p w14:paraId="336F8C38" w14:textId="77777777" w:rsidR="009326E4" w:rsidRDefault="00293C50" w:rsidP="00512CFD">
      <w:pPr>
        <w:spacing w:after="0"/>
        <w:rPr>
          <w:rFonts w:cstheme="majorHAnsi"/>
        </w:rPr>
      </w:pPr>
      <w:r>
        <w:rPr>
          <w:noProof/>
        </w:rPr>
        <w:drawing>
          <wp:inline distT="0" distB="0" distL="0" distR="0" wp14:anchorId="5D4B060F" wp14:editId="4C015823">
            <wp:extent cx="5467350" cy="3213100"/>
            <wp:effectExtent l="0" t="0" r="0" b="6350"/>
            <wp:docPr id="78908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67350" cy="3213100"/>
                    </a:xfrm>
                    <a:prstGeom prst="rect">
                      <a:avLst/>
                    </a:prstGeom>
                    <a:noFill/>
                    <a:ln>
                      <a:noFill/>
                    </a:ln>
                  </pic:spPr>
                </pic:pic>
              </a:graphicData>
            </a:graphic>
          </wp:inline>
        </w:drawing>
      </w:r>
    </w:p>
    <w:p w14:paraId="5BD55832" w14:textId="5962FE3C" w:rsidR="00F7356B" w:rsidRDefault="00293C50" w:rsidP="00512CFD">
      <w:pPr>
        <w:spacing w:after="0"/>
        <w:rPr>
          <w:rFonts w:cstheme="majorHAnsi"/>
        </w:rPr>
      </w:pPr>
      <w:r w:rsidRPr="00293C50">
        <w:rPr>
          <w:rFonts w:cstheme="majorHAnsi"/>
        </w:rPr>
        <w:t xml:space="preserve">Figure1. </w:t>
      </w:r>
      <w:r w:rsidR="00F7356B" w:rsidRPr="00293C50">
        <w:rPr>
          <w:rFonts w:cstheme="majorHAnsi"/>
        </w:rPr>
        <w:t>Home page screenshot</w:t>
      </w:r>
      <w:r w:rsidRPr="00293C50">
        <w:rPr>
          <w:rFonts w:cstheme="majorHAnsi"/>
        </w:rPr>
        <w:t>.</w:t>
      </w:r>
    </w:p>
    <w:p w14:paraId="56C59AD0" w14:textId="77777777" w:rsidR="00E27D43" w:rsidRPr="00293C50" w:rsidRDefault="00E27D43" w:rsidP="00512CFD">
      <w:pPr>
        <w:spacing w:after="0"/>
        <w:rPr>
          <w:rFonts w:cstheme="majorHAnsi"/>
        </w:rPr>
      </w:pPr>
    </w:p>
    <w:p w14:paraId="024BE53B" w14:textId="3C581268" w:rsidR="00293C50" w:rsidRDefault="006B0E86" w:rsidP="00512CFD">
      <w:pPr>
        <w:spacing w:after="0"/>
        <w:rPr>
          <w:rFonts w:cstheme="majorHAnsi"/>
          <w:sz w:val="28"/>
          <w:szCs w:val="28"/>
        </w:rPr>
      </w:pPr>
      <w:r>
        <w:rPr>
          <w:rFonts w:cstheme="majorHAnsi"/>
          <w:noProof/>
          <w:sz w:val="28"/>
          <w:szCs w:val="28"/>
        </w:rPr>
        <w:drawing>
          <wp:inline distT="0" distB="0" distL="0" distR="0" wp14:anchorId="2B0FB7EE" wp14:editId="50934201">
            <wp:extent cx="5467350" cy="3213100"/>
            <wp:effectExtent l="0" t="0" r="0" b="6350"/>
            <wp:docPr id="15810511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67350" cy="3213100"/>
                    </a:xfrm>
                    <a:prstGeom prst="rect">
                      <a:avLst/>
                    </a:prstGeom>
                    <a:noFill/>
                    <a:ln>
                      <a:noFill/>
                    </a:ln>
                  </pic:spPr>
                </pic:pic>
              </a:graphicData>
            </a:graphic>
          </wp:inline>
        </w:drawing>
      </w:r>
    </w:p>
    <w:p w14:paraId="0264C618" w14:textId="243E1A0D" w:rsidR="009326E4" w:rsidRDefault="009326E4" w:rsidP="00512CFD">
      <w:pPr>
        <w:spacing w:after="0"/>
        <w:rPr>
          <w:rFonts w:cstheme="majorHAnsi"/>
        </w:rPr>
      </w:pPr>
      <w:r w:rsidRPr="00293C50">
        <w:rPr>
          <w:rFonts w:cstheme="majorHAnsi"/>
        </w:rPr>
        <w:t>Figure</w:t>
      </w:r>
      <w:r>
        <w:rPr>
          <w:rFonts w:cstheme="majorHAnsi"/>
        </w:rPr>
        <w:t xml:space="preserve"> 2. Services page screenshot.</w:t>
      </w:r>
    </w:p>
    <w:p w14:paraId="6EE082DE" w14:textId="25938019" w:rsidR="00E27D43" w:rsidRDefault="00E27D43" w:rsidP="00512CFD">
      <w:pPr>
        <w:spacing w:after="0"/>
        <w:rPr>
          <w:rFonts w:cstheme="majorHAnsi"/>
          <w:sz w:val="28"/>
          <w:szCs w:val="28"/>
        </w:rPr>
      </w:pPr>
      <w:r>
        <w:rPr>
          <w:rFonts w:cstheme="majorHAnsi"/>
          <w:noProof/>
          <w:sz w:val="28"/>
          <w:szCs w:val="28"/>
        </w:rPr>
        <w:lastRenderedPageBreak/>
        <w:drawing>
          <wp:inline distT="0" distB="0" distL="0" distR="0" wp14:anchorId="26A61181" wp14:editId="2EE51423">
            <wp:extent cx="5486400" cy="3223260"/>
            <wp:effectExtent l="0" t="0" r="0" b="0"/>
            <wp:docPr id="1945163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6340" name="Picture 194516340"/>
                    <pic:cNvPicPr/>
                  </pic:nvPicPr>
                  <pic:blipFill>
                    <a:blip r:embed="rId8"/>
                    <a:stretch>
                      <a:fillRect/>
                    </a:stretch>
                  </pic:blipFill>
                  <pic:spPr>
                    <a:xfrm>
                      <a:off x="0" y="0"/>
                      <a:ext cx="5486400" cy="3223260"/>
                    </a:xfrm>
                    <a:prstGeom prst="rect">
                      <a:avLst/>
                    </a:prstGeom>
                  </pic:spPr>
                </pic:pic>
              </a:graphicData>
            </a:graphic>
          </wp:inline>
        </w:drawing>
      </w:r>
    </w:p>
    <w:p w14:paraId="02312D88" w14:textId="79B560A0" w:rsidR="00E27D43" w:rsidRDefault="00E27D43" w:rsidP="00512CFD">
      <w:pPr>
        <w:spacing w:after="0"/>
        <w:rPr>
          <w:rFonts w:cstheme="majorHAnsi"/>
        </w:rPr>
      </w:pPr>
      <w:r w:rsidRPr="00293C50">
        <w:rPr>
          <w:rFonts w:cstheme="majorHAnsi"/>
        </w:rPr>
        <w:t>Figure</w:t>
      </w:r>
      <w:r>
        <w:rPr>
          <w:rFonts w:cstheme="majorHAnsi"/>
        </w:rPr>
        <w:t xml:space="preserve"> 2</w:t>
      </w:r>
      <w:r>
        <w:rPr>
          <w:rFonts w:cstheme="majorHAnsi"/>
        </w:rPr>
        <w:t>a</w:t>
      </w:r>
      <w:r>
        <w:rPr>
          <w:rFonts w:cstheme="majorHAnsi"/>
        </w:rPr>
        <w:t>. Services page screenshot.</w:t>
      </w:r>
    </w:p>
    <w:p w14:paraId="3F5E487D" w14:textId="77777777" w:rsidR="0052753A" w:rsidRDefault="0052753A" w:rsidP="00512CFD">
      <w:pPr>
        <w:spacing w:after="0"/>
        <w:rPr>
          <w:rFonts w:cstheme="majorHAnsi"/>
        </w:rPr>
      </w:pPr>
    </w:p>
    <w:p w14:paraId="0AE4262A" w14:textId="6CDB8120" w:rsidR="00E27D43" w:rsidRDefault="0056687E" w:rsidP="00512CFD">
      <w:pPr>
        <w:spacing w:after="0"/>
        <w:rPr>
          <w:rFonts w:cstheme="majorHAnsi"/>
        </w:rPr>
      </w:pPr>
      <w:r>
        <w:rPr>
          <w:rFonts w:cstheme="majorHAnsi"/>
          <w:noProof/>
        </w:rPr>
        <w:drawing>
          <wp:inline distT="0" distB="0" distL="0" distR="0" wp14:anchorId="3BF59E0A" wp14:editId="17F47470">
            <wp:extent cx="5486400" cy="3223260"/>
            <wp:effectExtent l="0" t="0" r="0" b="0"/>
            <wp:docPr id="3506467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46740" name="Picture 350646740"/>
                    <pic:cNvPicPr/>
                  </pic:nvPicPr>
                  <pic:blipFill>
                    <a:blip r:embed="rId9"/>
                    <a:stretch>
                      <a:fillRect/>
                    </a:stretch>
                  </pic:blipFill>
                  <pic:spPr>
                    <a:xfrm>
                      <a:off x="0" y="0"/>
                      <a:ext cx="5486400" cy="3223260"/>
                    </a:xfrm>
                    <a:prstGeom prst="rect">
                      <a:avLst/>
                    </a:prstGeom>
                  </pic:spPr>
                </pic:pic>
              </a:graphicData>
            </a:graphic>
          </wp:inline>
        </w:drawing>
      </w:r>
    </w:p>
    <w:p w14:paraId="28F8261D" w14:textId="5DD579F6" w:rsidR="0056687E" w:rsidRDefault="0056687E" w:rsidP="00512CFD">
      <w:pPr>
        <w:spacing w:after="0"/>
        <w:rPr>
          <w:rFonts w:cstheme="majorHAnsi"/>
        </w:rPr>
      </w:pPr>
      <w:r>
        <w:rPr>
          <w:rFonts w:cstheme="majorHAnsi"/>
        </w:rPr>
        <w:t>Figure 3. Prices page screenshot.</w:t>
      </w:r>
    </w:p>
    <w:p w14:paraId="7038A5A2" w14:textId="05FBCA77" w:rsidR="0056687E" w:rsidRDefault="0056687E" w:rsidP="00512CFD">
      <w:pPr>
        <w:spacing w:after="0"/>
        <w:rPr>
          <w:rFonts w:cstheme="majorHAnsi"/>
        </w:rPr>
      </w:pPr>
      <w:r>
        <w:rPr>
          <w:rFonts w:cstheme="majorHAnsi"/>
          <w:noProof/>
        </w:rPr>
        <w:lastRenderedPageBreak/>
        <w:drawing>
          <wp:inline distT="0" distB="0" distL="0" distR="0" wp14:anchorId="2792E96F" wp14:editId="1A86E5B1">
            <wp:extent cx="5486400" cy="3223260"/>
            <wp:effectExtent l="0" t="0" r="0" b="0"/>
            <wp:docPr id="18058850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85057" name="Picture 1805885057"/>
                    <pic:cNvPicPr/>
                  </pic:nvPicPr>
                  <pic:blipFill>
                    <a:blip r:embed="rId10"/>
                    <a:stretch>
                      <a:fillRect/>
                    </a:stretch>
                  </pic:blipFill>
                  <pic:spPr>
                    <a:xfrm>
                      <a:off x="0" y="0"/>
                      <a:ext cx="5486400" cy="3223260"/>
                    </a:xfrm>
                    <a:prstGeom prst="rect">
                      <a:avLst/>
                    </a:prstGeom>
                  </pic:spPr>
                </pic:pic>
              </a:graphicData>
            </a:graphic>
          </wp:inline>
        </w:drawing>
      </w:r>
    </w:p>
    <w:p w14:paraId="11F7B92A" w14:textId="446AA202" w:rsidR="0056687E" w:rsidRDefault="0056687E" w:rsidP="00512CFD">
      <w:pPr>
        <w:spacing w:after="0"/>
        <w:rPr>
          <w:rFonts w:cstheme="majorHAnsi"/>
        </w:rPr>
      </w:pPr>
      <w:r>
        <w:rPr>
          <w:rFonts w:cstheme="majorHAnsi"/>
        </w:rPr>
        <w:t>Figure 4. Book Appointment page screenshot.</w:t>
      </w:r>
    </w:p>
    <w:p w14:paraId="639A03B9" w14:textId="77777777" w:rsidR="000F7A52" w:rsidRDefault="000F7A52" w:rsidP="00512CFD">
      <w:pPr>
        <w:pStyle w:val="Heading1"/>
        <w:spacing w:before="0"/>
        <w:rPr>
          <w:rFonts w:eastAsiaTheme="minorEastAsia" w:cstheme="majorHAnsi"/>
          <w:b w:val="0"/>
          <w:bCs w:val="0"/>
          <w:color w:val="auto"/>
        </w:rPr>
      </w:pPr>
    </w:p>
    <w:p w14:paraId="5614C5F2" w14:textId="46952ADC" w:rsidR="00F7356B" w:rsidRPr="00F7356B" w:rsidRDefault="00F7356B" w:rsidP="00512CFD">
      <w:pPr>
        <w:pStyle w:val="Heading1"/>
        <w:spacing w:before="0"/>
        <w:rPr>
          <w:rFonts w:eastAsiaTheme="minorEastAsia" w:cstheme="majorHAnsi"/>
          <w:b w:val="0"/>
          <w:bCs w:val="0"/>
          <w:color w:val="auto"/>
        </w:rPr>
      </w:pPr>
      <w:r w:rsidRPr="00F7356B">
        <w:rPr>
          <w:rFonts w:eastAsiaTheme="minorEastAsia" w:cstheme="majorHAnsi"/>
          <w:b w:val="0"/>
          <w:bCs w:val="0"/>
          <w:color w:val="auto"/>
        </w:rPr>
        <w:t>Results (HTML &amp; CSS)</w:t>
      </w:r>
    </w:p>
    <w:p w14:paraId="49F7B4A8" w14:textId="77777777" w:rsidR="00E0762B" w:rsidRDefault="00F7356B" w:rsidP="000F7A52">
      <w:pPr>
        <w:pStyle w:val="Heading1"/>
        <w:spacing w:before="0"/>
        <w:jc w:val="both"/>
        <w:rPr>
          <w:rFonts w:eastAsiaTheme="minorEastAsia" w:cstheme="majorHAnsi"/>
          <w:b w:val="0"/>
          <w:bCs w:val="0"/>
          <w:color w:val="auto"/>
        </w:rPr>
      </w:pPr>
      <w:r w:rsidRPr="00F7356B">
        <w:rPr>
          <w:rFonts w:eastAsiaTheme="minorEastAsia" w:cstheme="majorHAnsi"/>
          <w:b w:val="0"/>
          <w:bCs w:val="0"/>
          <w:color w:val="auto"/>
        </w:rPr>
        <w:t xml:space="preserve">The website code was tested </w:t>
      </w:r>
      <w:r w:rsidR="007F356D">
        <w:rPr>
          <w:rFonts w:eastAsiaTheme="minorEastAsia" w:cstheme="majorHAnsi"/>
          <w:b w:val="0"/>
          <w:bCs w:val="0"/>
          <w:color w:val="auto"/>
        </w:rPr>
        <w:t xml:space="preserve">by me. </w:t>
      </w:r>
      <w:r w:rsidRPr="00F7356B">
        <w:rPr>
          <w:rFonts w:eastAsiaTheme="minorEastAsia" w:cstheme="majorHAnsi"/>
          <w:b w:val="0"/>
          <w:bCs w:val="0"/>
          <w:color w:val="auto"/>
        </w:rPr>
        <w:t xml:space="preserve">Most of the code </w:t>
      </w:r>
      <w:r w:rsidR="00E0762B">
        <w:rPr>
          <w:rFonts w:eastAsiaTheme="minorEastAsia" w:cstheme="majorHAnsi"/>
          <w:b w:val="0"/>
          <w:bCs w:val="0"/>
          <w:color w:val="auto"/>
        </w:rPr>
        <w:t>was</w:t>
      </w:r>
      <w:r w:rsidRPr="00F7356B">
        <w:rPr>
          <w:rFonts w:eastAsiaTheme="minorEastAsia" w:cstheme="majorHAnsi"/>
          <w:b w:val="0"/>
          <w:bCs w:val="0"/>
          <w:color w:val="auto"/>
        </w:rPr>
        <w:t xml:space="preserve"> </w:t>
      </w:r>
      <w:proofErr w:type="gramStart"/>
      <w:r w:rsidRPr="00F7356B">
        <w:rPr>
          <w:rFonts w:eastAsiaTheme="minorEastAsia" w:cstheme="majorHAnsi"/>
          <w:b w:val="0"/>
          <w:bCs w:val="0"/>
          <w:color w:val="auto"/>
        </w:rPr>
        <w:t>successfully</w:t>
      </w:r>
      <w:proofErr w:type="gramEnd"/>
      <w:r w:rsidRPr="00F7356B">
        <w:rPr>
          <w:rFonts w:eastAsiaTheme="minorEastAsia" w:cstheme="majorHAnsi"/>
          <w:b w:val="0"/>
          <w:bCs w:val="0"/>
          <w:color w:val="auto"/>
        </w:rPr>
        <w:t>. However, a few issues were identified during testing.</w:t>
      </w:r>
    </w:p>
    <w:p w14:paraId="4E1CE70C" w14:textId="77777777" w:rsidR="00D0655D" w:rsidRDefault="00F7356B" w:rsidP="000F7A52">
      <w:pPr>
        <w:pStyle w:val="Heading1"/>
        <w:spacing w:before="0"/>
        <w:jc w:val="both"/>
        <w:rPr>
          <w:rFonts w:eastAsiaTheme="minorEastAsia" w:cstheme="majorHAnsi"/>
          <w:b w:val="0"/>
          <w:bCs w:val="0"/>
          <w:color w:val="auto"/>
        </w:rPr>
      </w:pPr>
      <w:r w:rsidRPr="00F7356B">
        <w:rPr>
          <w:rFonts w:eastAsiaTheme="minorEastAsia" w:cstheme="majorHAnsi"/>
          <w:b w:val="0"/>
          <w:bCs w:val="0"/>
          <w:color w:val="auto"/>
        </w:rPr>
        <w:t>Incorrect HTML structure</w:t>
      </w:r>
      <w:r w:rsidR="00E0762B">
        <w:rPr>
          <w:rFonts w:eastAsiaTheme="minorEastAsia" w:cstheme="majorHAnsi"/>
          <w:b w:val="0"/>
          <w:bCs w:val="0"/>
          <w:color w:val="auto"/>
        </w:rPr>
        <w:t>: s</w:t>
      </w:r>
      <w:r w:rsidRPr="00F7356B">
        <w:rPr>
          <w:rFonts w:eastAsiaTheme="minorEastAsia" w:cstheme="majorHAnsi"/>
          <w:b w:val="0"/>
          <w:bCs w:val="0"/>
          <w:color w:val="auto"/>
        </w:rPr>
        <w:t>ome elements were incorrectly nested (e.g., headings inside paragraphs, multiple &lt;header&gt; tags)</w:t>
      </w:r>
      <w:r w:rsidR="008C5DC1">
        <w:rPr>
          <w:rFonts w:eastAsiaTheme="minorEastAsia" w:cstheme="majorHAnsi"/>
          <w:b w:val="0"/>
          <w:bCs w:val="0"/>
          <w:color w:val="auto"/>
        </w:rPr>
        <w:t>; f</w:t>
      </w:r>
      <w:r w:rsidRPr="00F7356B">
        <w:rPr>
          <w:rFonts w:eastAsiaTheme="minorEastAsia" w:cstheme="majorHAnsi"/>
          <w:b w:val="0"/>
          <w:bCs w:val="0"/>
          <w:color w:val="auto"/>
        </w:rPr>
        <w:t xml:space="preserve">ix: </w:t>
      </w:r>
      <w:r w:rsidR="008C5DC1">
        <w:rPr>
          <w:rFonts w:eastAsiaTheme="minorEastAsia" w:cstheme="majorHAnsi"/>
          <w:b w:val="0"/>
          <w:bCs w:val="0"/>
          <w:color w:val="auto"/>
        </w:rPr>
        <w:t>r</w:t>
      </w:r>
      <w:r w:rsidRPr="00F7356B">
        <w:rPr>
          <w:rFonts w:eastAsiaTheme="minorEastAsia" w:cstheme="majorHAnsi"/>
          <w:b w:val="0"/>
          <w:bCs w:val="0"/>
          <w:color w:val="auto"/>
        </w:rPr>
        <w:t>estructured HTML to follow correct semantic rules</w:t>
      </w:r>
      <w:r w:rsidR="00FA189D">
        <w:rPr>
          <w:rFonts w:eastAsiaTheme="minorEastAsia" w:cstheme="majorHAnsi"/>
          <w:b w:val="0"/>
          <w:bCs w:val="0"/>
          <w:color w:val="auto"/>
        </w:rPr>
        <w:t xml:space="preserve">; </w:t>
      </w:r>
      <w:r w:rsidR="009D7524">
        <w:rPr>
          <w:rFonts w:eastAsiaTheme="minorEastAsia" w:cstheme="majorHAnsi"/>
          <w:b w:val="0"/>
          <w:bCs w:val="0"/>
          <w:color w:val="auto"/>
        </w:rPr>
        <w:t>c</w:t>
      </w:r>
      <w:r w:rsidRPr="00F7356B">
        <w:rPr>
          <w:rFonts w:eastAsiaTheme="minorEastAsia" w:cstheme="majorHAnsi"/>
          <w:b w:val="0"/>
          <w:bCs w:val="0"/>
          <w:color w:val="auto"/>
        </w:rPr>
        <w:t>lass naming inconsistency: CSS classes like Price-card and Prices were inconsistent with CSS selectors</w:t>
      </w:r>
      <w:r w:rsidR="006B495D">
        <w:rPr>
          <w:rFonts w:eastAsiaTheme="minorEastAsia" w:cstheme="majorHAnsi"/>
          <w:b w:val="0"/>
          <w:bCs w:val="0"/>
          <w:color w:val="auto"/>
        </w:rPr>
        <w:t xml:space="preserve"> and fix - </w:t>
      </w:r>
      <w:proofErr w:type="spellStart"/>
      <w:r w:rsidR="006B495D">
        <w:rPr>
          <w:rFonts w:eastAsiaTheme="minorEastAsia" w:cstheme="majorHAnsi"/>
          <w:b w:val="0"/>
          <w:bCs w:val="0"/>
          <w:color w:val="auto"/>
        </w:rPr>
        <w:t>s</w:t>
      </w:r>
      <w:r w:rsidRPr="00F7356B">
        <w:rPr>
          <w:rFonts w:eastAsiaTheme="minorEastAsia" w:cstheme="majorHAnsi"/>
          <w:b w:val="0"/>
          <w:bCs w:val="0"/>
          <w:color w:val="auto"/>
        </w:rPr>
        <w:t>tandardised</w:t>
      </w:r>
      <w:proofErr w:type="spellEnd"/>
      <w:r w:rsidRPr="00F7356B">
        <w:rPr>
          <w:rFonts w:eastAsiaTheme="minorEastAsia" w:cstheme="majorHAnsi"/>
          <w:b w:val="0"/>
          <w:bCs w:val="0"/>
          <w:color w:val="auto"/>
        </w:rPr>
        <w:t xml:space="preserve"> naming to lowercase (price-card, prices)</w:t>
      </w:r>
      <w:r w:rsidR="00D0655D">
        <w:rPr>
          <w:rFonts w:eastAsiaTheme="minorEastAsia" w:cstheme="majorHAnsi"/>
          <w:b w:val="0"/>
          <w:bCs w:val="0"/>
          <w:color w:val="auto"/>
        </w:rPr>
        <w:t>; f</w:t>
      </w:r>
      <w:r w:rsidRPr="00F7356B">
        <w:rPr>
          <w:rFonts w:eastAsiaTheme="minorEastAsia" w:cstheme="majorHAnsi"/>
          <w:b w:val="0"/>
          <w:bCs w:val="0"/>
          <w:color w:val="auto"/>
        </w:rPr>
        <w:t>ile path issues</w:t>
      </w:r>
      <w:r w:rsidR="00D0655D">
        <w:rPr>
          <w:rFonts w:eastAsiaTheme="minorEastAsia" w:cstheme="majorHAnsi"/>
          <w:b w:val="0"/>
          <w:bCs w:val="0"/>
          <w:color w:val="auto"/>
        </w:rPr>
        <w:t xml:space="preserve"> a</w:t>
      </w:r>
      <w:r w:rsidRPr="00F7356B">
        <w:rPr>
          <w:rFonts w:eastAsiaTheme="minorEastAsia" w:cstheme="majorHAnsi"/>
          <w:b w:val="0"/>
          <w:bCs w:val="0"/>
          <w:color w:val="auto"/>
        </w:rPr>
        <w:t>bsolute file paths were used earlier, causing broken links after moving files</w:t>
      </w:r>
      <w:r w:rsidR="00D0655D">
        <w:rPr>
          <w:rFonts w:eastAsiaTheme="minorEastAsia" w:cstheme="majorHAnsi"/>
          <w:b w:val="0"/>
          <w:bCs w:val="0"/>
          <w:color w:val="auto"/>
        </w:rPr>
        <w:t xml:space="preserve"> and fix it - r</w:t>
      </w:r>
      <w:r w:rsidRPr="00F7356B">
        <w:rPr>
          <w:rFonts w:eastAsiaTheme="minorEastAsia" w:cstheme="majorHAnsi"/>
          <w:b w:val="0"/>
          <w:bCs w:val="0"/>
          <w:color w:val="auto"/>
        </w:rPr>
        <w:t>eplaced with relative paths to ensure portability.</w:t>
      </w:r>
    </w:p>
    <w:p w14:paraId="3BA6F7BE" w14:textId="45D88463" w:rsidR="000D1B89" w:rsidRDefault="00F7356B" w:rsidP="000F7A52">
      <w:pPr>
        <w:pStyle w:val="Heading1"/>
        <w:spacing w:before="0"/>
        <w:jc w:val="both"/>
        <w:rPr>
          <w:rFonts w:eastAsiaTheme="minorEastAsia" w:cstheme="majorHAnsi"/>
          <w:b w:val="0"/>
          <w:bCs w:val="0"/>
          <w:color w:val="auto"/>
        </w:rPr>
      </w:pPr>
      <w:r w:rsidRPr="00F7356B">
        <w:rPr>
          <w:rFonts w:eastAsiaTheme="minorEastAsia" w:cstheme="majorHAnsi"/>
          <w:b w:val="0"/>
          <w:bCs w:val="0"/>
          <w:color w:val="auto"/>
        </w:rPr>
        <w:t>After applying fixes, the website became more structured, consistent, and compliant with web standards. The final version functions correctly across all pages and maintains a clean design and user-friendly experience.</w:t>
      </w:r>
    </w:p>
    <w:p w14:paraId="0D9BDA59" w14:textId="1D540741" w:rsidR="00A1699B" w:rsidRPr="00B73591" w:rsidRDefault="000D537D" w:rsidP="00512CFD">
      <w:pPr>
        <w:pStyle w:val="Heading1"/>
        <w:rPr>
          <w:rFonts w:cstheme="majorHAnsi"/>
        </w:rPr>
      </w:pPr>
      <w:r w:rsidRPr="00B73591">
        <w:rPr>
          <w:rFonts w:cstheme="majorHAnsi"/>
        </w:rPr>
        <w:t>4. Evaluation</w:t>
      </w:r>
    </w:p>
    <w:p w14:paraId="3F9808C4" w14:textId="77777777" w:rsidR="000F7A52" w:rsidRDefault="000D537D" w:rsidP="000F7A52">
      <w:pPr>
        <w:spacing w:after="0"/>
        <w:rPr>
          <w:rFonts w:asciiTheme="majorHAnsi" w:hAnsiTheme="majorHAnsi" w:cstheme="majorHAnsi"/>
          <w:sz w:val="28"/>
          <w:szCs w:val="28"/>
        </w:rPr>
      </w:pPr>
      <w:r w:rsidRPr="00B73591">
        <w:rPr>
          <w:rFonts w:asciiTheme="majorHAnsi" w:hAnsiTheme="majorHAnsi" w:cstheme="majorHAnsi"/>
          <w:sz w:val="28"/>
          <w:szCs w:val="28"/>
        </w:rPr>
        <w:t xml:space="preserve">a) </w:t>
      </w:r>
      <w:r w:rsidRPr="000F7A52">
        <w:rPr>
          <w:rFonts w:asciiTheme="majorHAnsi" w:hAnsiTheme="majorHAnsi" w:cstheme="majorHAnsi"/>
          <w:sz w:val="28"/>
          <w:szCs w:val="28"/>
        </w:rPr>
        <w:t>Research</w:t>
      </w:r>
      <w:r w:rsidRPr="00B73591">
        <w:rPr>
          <w:rFonts w:asciiTheme="majorHAnsi" w:hAnsiTheme="majorHAnsi" w:cstheme="majorHAnsi"/>
          <w:sz w:val="28"/>
          <w:szCs w:val="28"/>
        </w:rPr>
        <w:t>:</w:t>
      </w:r>
    </w:p>
    <w:p w14:paraId="1F6BB49D" w14:textId="2D5561DC" w:rsidR="00801706" w:rsidRPr="00192D37" w:rsidRDefault="000D537D" w:rsidP="000F7A52">
      <w:pPr>
        <w:spacing w:after="0"/>
        <w:jc w:val="both"/>
        <w:rPr>
          <w:rFonts w:asciiTheme="majorHAnsi" w:hAnsiTheme="majorHAnsi" w:cstheme="majorHAnsi"/>
          <w:sz w:val="28"/>
          <w:szCs w:val="28"/>
        </w:rPr>
      </w:pPr>
      <w:r w:rsidRPr="00B73591">
        <w:rPr>
          <w:rFonts w:asciiTheme="majorHAnsi" w:hAnsiTheme="majorHAnsi" w:cstheme="majorHAnsi"/>
          <w:sz w:val="28"/>
          <w:szCs w:val="28"/>
        </w:rPr>
        <w:br/>
      </w:r>
      <w:r w:rsidR="00801706" w:rsidRPr="00192D37">
        <w:rPr>
          <w:rFonts w:asciiTheme="majorHAnsi" w:hAnsiTheme="majorHAnsi" w:cstheme="majorHAnsi"/>
          <w:sz w:val="28"/>
          <w:szCs w:val="28"/>
        </w:rPr>
        <w:t xml:space="preserve">Usability refers to how easy a website is to use and navigate. A usable </w:t>
      </w:r>
      <w:r w:rsidR="00801706" w:rsidRPr="00192D37">
        <w:rPr>
          <w:rFonts w:asciiTheme="majorHAnsi" w:hAnsiTheme="majorHAnsi" w:cstheme="majorHAnsi"/>
          <w:sz w:val="28"/>
          <w:szCs w:val="28"/>
        </w:rPr>
        <w:lastRenderedPageBreak/>
        <w:t xml:space="preserve">website should be intuitive, consistent, and efficient for users. Good usability improves user satisfaction and reduces errors. According to </w:t>
      </w:r>
      <w:r w:rsidR="00512CFD">
        <w:rPr>
          <w:rFonts w:asciiTheme="majorHAnsi" w:hAnsiTheme="majorHAnsi" w:cstheme="majorHAnsi"/>
          <w:sz w:val="28"/>
          <w:szCs w:val="28"/>
        </w:rPr>
        <w:t>[1]</w:t>
      </w:r>
      <w:r w:rsidR="00801706" w:rsidRPr="00192D37">
        <w:rPr>
          <w:rFonts w:asciiTheme="majorHAnsi" w:hAnsiTheme="majorHAnsi" w:cstheme="majorHAnsi"/>
          <w:sz w:val="28"/>
          <w:szCs w:val="28"/>
        </w:rPr>
        <w:t>, usability includes learnability, efficiency, and user satisfaction.</w:t>
      </w:r>
    </w:p>
    <w:p w14:paraId="1FF7D376" w14:textId="38495D99" w:rsidR="00801706" w:rsidRPr="00192D37" w:rsidRDefault="00801706" w:rsidP="000F7A52">
      <w:pPr>
        <w:spacing w:after="0"/>
        <w:jc w:val="both"/>
        <w:rPr>
          <w:rFonts w:asciiTheme="majorHAnsi" w:hAnsiTheme="majorHAnsi" w:cstheme="majorHAnsi"/>
          <w:sz w:val="28"/>
          <w:szCs w:val="28"/>
        </w:rPr>
      </w:pPr>
      <w:r w:rsidRPr="00192D37">
        <w:rPr>
          <w:rFonts w:asciiTheme="majorHAnsi" w:hAnsiTheme="majorHAnsi" w:cstheme="majorHAnsi"/>
          <w:sz w:val="28"/>
          <w:szCs w:val="28"/>
        </w:rPr>
        <w:t xml:space="preserve">Accessibility ensures that websites can be used by people with disabilities. This includes features such as proper heading structure, alt text for images, and keyboard navigation. WCAG 2.1 guidelines define international standards for accessibility </w:t>
      </w:r>
      <w:r w:rsidR="00512CFD">
        <w:rPr>
          <w:rFonts w:asciiTheme="majorHAnsi" w:hAnsiTheme="majorHAnsi" w:cstheme="majorHAnsi"/>
          <w:sz w:val="28"/>
          <w:szCs w:val="28"/>
        </w:rPr>
        <w:t>[2]</w:t>
      </w:r>
      <w:r w:rsidRPr="00192D37">
        <w:rPr>
          <w:rFonts w:asciiTheme="majorHAnsi" w:hAnsiTheme="majorHAnsi" w:cstheme="majorHAnsi"/>
          <w:sz w:val="28"/>
          <w:szCs w:val="28"/>
        </w:rPr>
        <w:t>.</w:t>
      </w:r>
    </w:p>
    <w:p w14:paraId="44356A86" w14:textId="6D7395E3" w:rsidR="00801706" w:rsidRPr="00192D37" w:rsidRDefault="00801706" w:rsidP="000F7A52">
      <w:pPr>
        <w:spacing w:after="0"/>
        <w:jc w:val="both"/>
        <w:rPr>
          <w:rFonts w:asciiTheme="majorHAnsi" w:hAnsiTheme="majorHAnsi" w:cstheme="majorHAnsi"/>
          <w:sz w:val="28"/>
          <w:szCs w:val="28"/>
        </w:rPr>
      </w:pPr>
      <w:r w:rsidRPr="00192D37">
        <w:rPr>
          <w:rFonts w:asciiTheme="majorHAnsi" w:hAnsiTheme="majorHAnsi" w:cstheme="majorHAnsi"/>
          <w:sz w:val="28"/>
          <w:szCs w:val="28"/>
        </w:rPr>
        <w:t>SEO</w:t>
      </w:r>
      <w:r w:rsidR="004113B4">
        <w:rPr>
          <w:rFonts w:asciiTheme="majorHAnsi" w:hAnsiTheme="majorHAnsi" w:cstheme="majorHAnsi"/>
          <w:sz w:val="28"/>
          <w:szCs w:val="28"/>
        </w:rPr>
        <w:t xml:space="preserve"> </w:t>
      </w:r>
      <w:r w:rsidR="004113B4" w:rsidRPr="00192D37">
        <w:rPr>
          <w:rFonts w:asciiTheme="majorHAnsi" w:hAnsiTheme="majorHAnsi" w:cstheme="majorHAnsi"/>
          <w:sz w:val="28"/>
          <w:szCs w:val="28"/>
        </w:rPr>
        <w:t>(Search Engine Optimization)</w:t>
      </w:r>
      <w:r w:rsidR="004113B4">
        <w:rPr>
          <w:rFonts w:asciiTheme="majorHAnsi" w:hAnsiTheme="majorHAnsi" w:cstheme="majorHAnsi"/>
          <w:sz w:val="28"/>
          <w:szCs w:val="28"/>
        </w:rPr>
        <w:t xml:space="preserve"> </w:t>
      </w:r>
      <w:r w:rsidRPr="00192D37">
        <w:rPr>
          <w:rFonts w:asciiTheme="majorHAnsi" w:hAnsiTheme="majorHAnsi" w:cstheme="majorHAnsi"/>
          <w:sz w:val="28"/>
          <w:szCs w:val="28"/>
        </w:rPr>
        <w:t xml:space="preserve">is the process of improving a website’s visibility in search engines. Key elements include meta tags, headings, keywords, and alt attributes. According to </w:t>
      </w:r>
      <w:r w:rsidR="00512CFD">
        <w:rPr>
          <w:rFonts w:asciiTheme="majorHAnsi" w:hAnsiTheme="majorHAnsi" w:cstheme="majorHAnsi"/>
          <w:sz w:val="28"/>
          <w:szCs w:val="28"/>
        </w:rPr>
        <w:t>Google [3]</w:t>
      </w:r>
      <w:r w:rsidRPr="00192D37">
        <w:rPr>
          <w:rFonts w:asciiTheme="majorHAnsi" w:hAnsiTheme="majorHAnsi" w:cstheme="majorHAnsi"/>
          <w:sz w:val="28"/>
          <w:szCs w:val="28"/>
        </w:rPr>
        <w:t>, well-structured HTML improves ranking and discoverability.</w:t>
      </w:r>
    </w:p>
    <w:p w14:paraId="6D91B6F5" w14:textId="2FA25668" w:rsidR="00364186" w:rsidRPr="00192D37" w:rsidRDefault="000D537D" w:rsidP="00512CFD">
      <w:pPr>
        <w:spacing w:after="0"/>
        <w:rPr>
          <w:rFonts w:asciiTheme="majorHAnsi" w:hAnsiTheme="majorHAnsi" w:cstheme="majorHAnsi"/>
          <w:sz w:val="28"/>
          <w:szCs w:val="28"/>
        </w:rPr>
      </w:pPr>
      <w:r w:rsidRPr="00B73591">
        <w:rPr>
          <w:rFonts w:asciiTheme="majorHAnsi" w:hAnsiTheme="majorHAnsi" w:cstheme="majorHAnsi"/>
          <w:sz w:val="28"/>
          <w:szCs w:val="28"/>
        </w:rPr>
        <w:t>b) Website Evaluation:</w:t>
      </w:r>
      <w:r w:rsidRPr="00B73591">
        <w:rPr>
          <w:rFonts w:asciiTheme="majorHAnsi" w:hAnsiTheme="majorHAnsi" w:cstheme="majorHAnsi"/>
          <w:sz w:val="28"/>
          <w:szCs w:val="28"/>
        </w:rPr>
        <w:br/>
      </w:r>
      <w:r w:rsidR="00364186" w:rsidRPr="00192D37">
        <w:rPr>
          <w:rFonts w:asciiTheme="majorHAnsi" w:hAnsiTheme="majorHAnsi" w:cstheme="majorHAnsi"/>
          <w:sz w:val="28"/>
          <w:szCs w:val="28"/>
        </w:rPr>
        <w:t>Usability &amp; Utility</w:t>
      </w:r>
    </w:p>
    <w:p w14:paraId="0A24BBE2" w14:textId="77777777" w:rsidR="00364186" w:rsidRPr="00192D37" w:rsidRDefault="00364186" w:rsidP="000F7A52">
      <w:pPr>
        <w:spacing w:after="0"/>
        <w:jc w:val="both"/>
        <w:rPr>
          <w:rFonts w:asciiTheme="majorHAnsi" w:hAnsiTheme="majorHAnsi" w:cstheme="majorHAnsi"/>
          <w:sz w:val="28"/>
          <w:szCs w:val="28"/>
        </w:rPr>
      </w:pPr>
      <w:r w:rsidRPr="00192D37">
        <w:rPr>
          <w:rFonts w:asciiTheme="majorHAnsi" w:hAnsiTheme="majorHAnsi" w:cstheme="majorHAnsi"/>
          <w:sz w:val="28"/>
          <w:szCs w:val="28"/>
        </w:rPr>
        <w:t>The Glow Lab website has clear navigation and a simple layout. Users can easily move between pages (Home, Services, Prices, Book). The structure is consistent, which improves usability. The website provides useful information about services and pricing, fulfilling its purpose.</w:t>
      </w:r>
    </w:p>
    <w:p w14:paraId="00BE2551" w14:textId="77777777" w:rsidR="00364186" w:rsidRDefault="00364186" w:rsidP="00512CFD">
      <w:pPr>
        <w:spacing w:after="0"/>
        <w:rPr>
          <w:rFonts w:asciiTheme="majorHAnsi" w:hAnsiTheme="majorHAnsi" w:cstheme="majorHAnsi"/>
          <w:sz w:val="28"/>
          <w:szCs w:val="28"/>
        </w:rPr>
      </w:pPr>
      <w:r w:rsidRPr="00192D37">
        <w:rPr>
          <w:rFonts w:asciiTheme="majorHAnsi" w:hAnsiTheme="majorHAnsi" w:cstheme="majorHAnsi"/>
          <w:sz w:val="28"/>
          <w:szCs w:val="28"/>
        </w:rPr>
        <w:t>SEO Techniques Used</w:t>
      </w:r>
    </w:p>
    <w:p w14:paraId="7F542414" w14:textId="63241F01" w:rsidR="00364186" w:rsidRDefault="00364186" w:rsidP="00512CFD">
      <w:pPr>
        <w:spacing w:after="0"/>
        <w:rPr>
          <w:rFonts w:asciiTheme="majorHAnsi" w:hAnsiTheme="majorHAnsi" w:cstheme="majorHAnsi"/>
          <w:sz w:val="28"/>
          <w:szCs w:val="28"/>
        </w:rPr>
      </w:pPr>
      <w:r w:rsidRPr="00192D37">
        <w:rPr>
          <w:rFonts w:asciiTheme="majorHAnsi" w:hAnsiTheme="majorHAnsi" w:cstheme="majorHAnsi"/>
          <w:sz w:val="28"/>
          <w:szCs w:val="28"/>
        </w:rPr>
        <w:t xml:space="preserve">The website uses basic SEO techniques </w:t>
      </w:r>
      <w:r w:rsidR="00512CFD" w:rsidRPr="00192D37">
        <w:rPr>
          <w:rFonts w:asciiTheme="majorHAnsi" w:hAnsiTheme="majorHAnsi" w:cstheme="majorHAnsi"/>
          <w:sz w:val="28"/>
          <w:szCs w:val="28"/>
        </w:rPr>
        <w:t>such as</w:t>
      </w:r>
      <w:r w:rsidR="00A14592">
        <w:rPr>
          <w:rFonts w:asciiTheme="majorHAnsi" w:hAnsiTheme="majorHAnsi" w:cstheme="majorHAnsi"/>
          <w:sz w:val="28"/>
          <w:szCs w:val="28"/>
        </w:rPr>
        <w:t xml:space="preserve"> p</w:t>
      </w:r>
      <w:r w:rsidRPr="00192D37">
        <w:rPr>
          <w:rFonts w:asciiTheme="majorHAnsi" w:hAnsiTheme="majorHAnsi" w:cstheme="majorHAnsi"/>
          <w:sz w:val="28"/>
          <w:szCs w:val="28"/>
        </w:rPr>
        <w:t>age titles for each HTML file</w:t>
      </w:r>
      <w:r w:rsidR="00A14592">
        <w:rPr>
          <w:rFonts w:asciiTheme="majorHAnsi" w:hAnsiTheme="majorHAnsi" w:cstheme="majorHAnsi"/>
          <w:sz w:val="28"/>
          <w:szCs w:val="28"/>
        </w:rPr>
        <w:t>; h</w:t>
      </w:r>
      <w:r w:rsidRPr="00192D37">
        <w:rPr>
          <w:rFonts w:asciiTheme="majorHAnsi" w:hAnsiTheme="majorHAnsi" w:cstheme="majorHAnsi"/>
          <w:sz w:val="28"/>
          <w:szCs w:val="28"/>
        </w:rPr>
        <w:t>eading structure (h1, h3)</w:t>
      </w:r>
      <w:r w:rsidR="00A14592">
        <w:rPr>
          <w:rFonts w:asciiTheme="majorHAnsi" w:hAnsiTheme="majorHAnsi" w:cstheme="majorHAnsi"/>
          <w:sz w:val="28"/>
          <w:szCs w:val="28"/>
        </w:rPr>
        <w:t>; c</w:t>
      </w:r>
      <w:r w:rsidRPr="00192D37">
        <w:rPr>
          <w:rFonts w:asciiTheme="majorHAnsi" w:hAnsiTheme="majorHAnsi" w:cstheme="majorHAnsi"/>
          <w:sz w:val="28"/>
          <w:szCs w:val="28"/>
        </w:rPr>
        <w:t>lean HTML layout</w:t>
      </w:r>
      <w:r w:rsidR="00A14592">
        <w:rPr>
          <w:rFonts w:asciiTheme="majorHAnsi" w:hAnsiTheme="majorHAnsi" w:cstheme="majorHAnsi"/>
          <w:sz w:val="28"/>
          <w:szCs w:val="28"/>
        </w:rPr>
        <w:t>.</w:t>
      </w:r>
    </w:p>
    <w:p w14:paraId="6CEAC87E" w14:textId="77777777" w:rsidR="00364186" w:rsidRPr="00192D37" w:rsidRDefault="00364186" w:rsidP="00512CFD">
      <w:pPr>
        <w:spacing w:after="0"/>
        <w:rPr>
          <w:rFonts w:asciiTheme="majorHAnsi" w:hAnsiTheme="majorHAnsi" w:cstheme="majorHAnsi"/>
          <w:sz w:val="28"/>
          <w:szCs w:val="28"/>
        </w:rPr>
      </w:pPr>
      <w:r w:rsidRPr="00192D37">
        <w:rPr>
          <w:rFonts w:asciiTheme="majorHAnsi" w:hAnsiTheme="majorHAnsi" w:cstheme="majorHAnsi"/>
          <w:sz w:val="28"/>
          <w:szCs w:val="28"/>
        </w:rPr>
        <w:t>Accessibility (WCAG 2.1)</w:t>
      </w:r>
    </w:p>
    <w:p w14:paraId="287B385D" w14:textId="396AD18C" w:rsidR="00364186" w:rsidRPr="00192D37" w:rsidRDefault="00364186" w:rsidP="000F7A52">
      <w:pPr>
        <w:spacing w:after="0"/>
        <w:jc w:val="both"/>
        <w:rPr>
          <w:rFonts w:asciiTheme="majorHAnsi" w:hAnsiTheme="majorHAnsi" w:cstheme="majorHAnsi"/>
          <w:sz w:val="28"/>
          <w:szCs w:val="28"/>
        </w:rPr>
      </w:pPr>
      <w:r w:rsidRPr="00192D37">
        <w:rPr>
          <w:rFonts w:asciiTheme="majorHAnsi" w:hAnsiTheme="majorHAnsi" w:cstheme="majorHAnsi"/>
          <w:sz w:val="28"/>
          <w:szCs w:val="28"/>
        </w:rPr>
        <w:t>The website partially follows WCAG 2.1 guidelines:</w:t>
      </w:r>
      <w:r w:rsidR="001330B7">
        <w:rPr>
          <w:rFonts w:asciiTheme="majorHAnsi" w:hAnsiTheme="majorHAnsi" w:cstheme="majorHAnsi"/>
          <w:sz w:val="28"/>
          <w:szCs w:val="28"/>
        </w:rPr>
        <w:t xml:space="preserve"> g</w:t>
      </w:r>
      <w:r w:rsidRPr="00192D37">
        <w:rPr>
          <w:rFonts w:asciiTheme="majorHAnsi" w:hAnsiTheme="majorHAnsi" w:cstheme="majorHAnsi"/>
          <w:sz w:val="28"/>
          <w:szCs w:val="28"/>
        </w:rPr>
        <w:t>ood color contrast between text and background</w:t>
      </w:r>
      <w:r w:rsidR="001330B7">
        <w:rPr>
          <w:rFonts w:asciiTheme="majorHAnsi" w:hAnsiTheme="majorHAnsi" w:cstheme="majorHAnsi"/>
          <w:sz w:val="28"/>
          <w:szCs w:val="28"/>
        </w:rPr>
        <w:t>; u</w:t>
      </w:r>
      <w:r w:rsidRPr="00192D37">
        <w:rPr>
          <w:rFonts w:asciiTheme="majorHAnsi" w:hAnsiTheme="majorHAnsi" w:cstheme="majorHAnsi"/>
          <w:sz w:val="28"/>
          <w:szCs w:val="28"/>
        </w:rPr>
        <w:t>se of headings for structure</w:t>
      </w:r>
      <w:r w:rsidR="001330B7">
        <w:rPr>
          <w:rFonts w:asciiTheme="majorHAnsi" w:hAnsiTheme="majorHAnsi" w:cstheme="majorHAnsi"/>
          <w:sz w:val="28"/>
          <w:szCs w:val="28"/>
        </w:rPr>
        <w:t>; f</w:t>
      </w:r>
      <w:r w:rsidRPr="00192D37">
        <w:rPr>
          <w:rFonts w:asciiTheme="majorHAnsi" w:hAnsiTheme="majorHAnsi" w:cstheme="majorHAnsi"/>
          <w:sz w:val="28"/>
          <w:szCs w:val="28"/>
        </w:rPr>
        <w:t>orm inputs for user interaction</w:t>
      </w:r>
      <w:r w:rsidR="005E1153">
        <w:rPr>
          <w:rFonts w:asciiTheme="majorHAnsi" w:hAnsiTheme="majorHAnsi" w:cstheme="majorHAnsi"/>
          <w:sz w:val="28"/>
          <w:szCs w:val="28"/>
        </w:rPr>
        <w:t xml:space="preserve">. </w:t>
      </w:r>
    </w:p>
    <w:p w14:paraId="6A1BEB88" w14:textId="30544DBD" w:rsidR="00192D37" w:rsidRPr="00192D37" w:rsidRDefault="00192D37" w:rsidP="00512CFD">
      <w:pPr>
        <w:spacing w:after="0"/>
        <w:rPr>
          <w:rFonts w:asciiTheme="majorHAnsi" w:hAnsiTheme="majorHAnsi" w:cstheme="majorHAnsi"/>
          <w:sz w:val="28"/>
          <w:szCs w:val="28"/>
        </w:rPr>
      </w:pPr>
      <w:r w:rsidRPr="00192D37">
        <w:rPr>
          <w:rFonts w:asciiTheme="majorHAnsi" w:hAnsiTheme="majorHAnsi" w:cstheme="majorHAnsi"/>
          <w:sz w:val="28"/>
          <w:szCs w:val="28"/>
        </w:rPr>
        <w:t>c) Website Comparison</w:t>
      </w:r>
    </w:p>
    <w:p w14:paraId="2AC1C19B" w14:textId="77777777" w:rsidR="00192D37" w:rsidRPr="00192D37" w:rsidRDefault="00192D37" w:rsidP="00512CFD">
      <w:pPr>
        <w:spacing w:after="0"/>
        <w:rPr>
          <w:rFonts w:asciiTheme="majorHAnsi" w:hAnsiTheme="majorHAnsi" w:cstheme="majorHAnsi"/>
          <w:sz w:val="28"/>
          <w:szCs w:val="28"/>
        </w:rPr>
      </w:pPr>
      <w:r w:rsidRPr="00192D37">
        <w:rPr>
          <w:rFonts w:asciiTheme="majorHAnsi" w:hAnsiTheme="majorHAnsi" w:cstheme="majorHAnsi"/>
          <w:sz w:val="28"/>
          <w:szCs w:val="28"/>
        </w:rPr>
        <w:t>Usability</w:t>
      </w:r>
    </w:p>
    <w:p w14:paraId="6CD4E6B8" w14:textId="77777777" w:rsidR="00192D37" w:rsidRPr="00192D37" w:rsidRDefault="00192D37" w:rsidP="000F7A52">
      <w:pPr>
        <w:spacing w:after="0"/>
        <w:jc w:val="both"/>
        <w:rPr>
          <w:rFonts w:asciiTheme="majorHAnsi" w:hAnsiTheme="majorHAnsi" w:cstheme="majorHAnsi"/>
          <w:sz w:val="28"/>
          <w:szCs w:val="28"/>
        </w:rPr>
      </w:pPr>
      <w:r w:rsidRPr="00192D37">
        <w:rPr>
          <w:rFonts w:asciiTheme="majorHAnsi" w:hAnsiTheme="majorHAnsi" w:cstheme="majorHAnsi"/>
          <w:sz w:val="28"/>
          <w:szCs w:val="28"/>
        </w:rPr>
        <w:t xml:space="preserve">The Glow Lab website performs well in usability due to its simple navigation and clear structure. Compared to standard commercial websites, </w:t>
      </w:r>
      <w:proofErr w:type="gramStart"/>
      <w:r w:rsidRPr="00192D37">
        <w:rPr>
          <w:rFonts w:asciiTheme="majorHAnsi" w:hAnsiTheme="majorHAnsi" w:cstheme="majorHAnsi"/>
          <w:sz w:val="28"/>
          <w:szCs w:val="28"/>
        </w:rPr>
        <w:t>it is</w:t>
      </w:r>
      <w:proofErr w:type="gramEnd"/>
      <w:r w:rsidRPr="00192D37">
        <w:rPr>
          <w:rFonts w:asciiTheme="majorHAnsi" w:hAnsiTheme="majorHAnsi" w:cstheme="majorHAnsi"/>
          <w:sz w:val="28"/>
          <w:szCs w:val="28"/>
        </w:rPr>
        <w:t xml:space="preserve"> slightly less advanced but still user-friendly.</w:t>
      </w:r>
    </w:p>
    <w:p w14:paraId="3680FE8B" w14:textId="77777777" w:rsidR="00192D37" w:rsidRPr="00192D37" w:rsidRDefault="00192D37" w:rsidP="00512CFD">
      <w:pPr>
        <w:spacing w:after="0"/>
        <w:rPr>
          <w:rFonts w:asciiTheme="majorHAnsi" w:hAnsiTheme="majorHAnsi" w:cstheme="majorHAnsi"/>
          <w:sz w:val="28"/>
          <w:szCs w:val="28"/>
        </w:rPr>
      </w:pPr>
      <w:r w:rsidRPr="00192D37">
        <w:rPr>
          <w:rFonts w:asciiTheme="majorHAnsi" w:hAnsiTheme="majorHAnsi" w:cstheme="majorHAnsi"/>
          <w:sz w:val="28"/>
          <w:szCs w:val="28"/>
        </w:rPr>
        <w:t>Accessibility</w:t>
      </w:r>
    </w:p>
    <w:p w14:paraId="7CAFD32A" w14:textId="77777777" w:rsidR="00192D37" w:rsidRPr="00192D37" w:rsidRDefault="00192D37" w:rsidP="000F7A52">
      <w:pPr>
        <w:spacing w:after="0"/>
        <w:jc w:val="both"/>
        <w:rPr>
          <w:rFonts w:asciiTheme="majorHAnsi" w:hAnsiTheme="majorHAnsi" w:cstheme="majorHAnsi"/>
          <w:sz w:val="28"/>
          <w:szCs w:val="28"/>
        </w:rPr>
      </w:pPr>
      <w:r w:rsidRPr="00192D37">
        <w:rPr>
          <w:rFonts w:asciiTheme="majorHAnsi" w:hAnsiTheme="majorHAnsi" w:cstheme="majorHAnsi"/>
          <w:sz w:val="28"/>
          <w:szCs w:val="28"/>
        </w:rPr>
        <w:t>Accessibility is partially implemented. While basic structure exists, improvements are needed to fully comply with WCAG 2.1 standards (e.g., alt text, ARIA labels).</w:t>
      </w:r>
    </w:p>
    <w:p w14:paraId="6EE89844" w14:textId="77777777" w:rsidR="00192D37" w:rsidRPr="00192D37" w:rsidRDefault="00192D37" w:rsidP="00512CFD">
      <w:pPr>
        <w:spacing w:after="0"/>
        <w:rPr>
          <w:rFonts w:asciiTheme="majorHAnsi" w:hAnsiTheme="majorHAnsi" w:cstheme="majorHAnsi"/>
          <w:sz w:val="28"/>
          <w:szCs w:val="28"/>
        </w:rPr>
      </w:pPr>
      <w:r w:rsidRPr="00192D37">
        <w:rPr>
          <w:rFonts w:asciiTheme="majorHAnsi" w:hAnsiTheme="majorHAnsi" w:cstheme="majorHAnsi"/>
          <w:sz w:val="28"/>
          <w:szCs w:val="28"/>
        </w:rPr>
        <w:lastRenderedPageBreak/>
        <w:t>SEO</w:t>
      </w:r>
    </w:p>
    <w:p w14:paraId="167424C9" w14:textId="77777777" w:rsidR="00192D37" w:rsidRPr="00192D37" w:rsidRDefault="00192D37" w:rsidP="000F7A52">
      <w:pPr>
        <w:spacing w:after="0"/>
        <w:jc w:val="both"/>
        <w:rPr>
          <w:rFonts w:asciiTheme="majorHAnsi" w:hAnsiTheme="majorHAnsi" w:cstheme="majorHAnsi"/>
          <w:sz w:val="28"/>
          <w:szCs w:val="28"/>
        </w:rPr>
      </w:pPr>
      <w:r w:rsidRPr="00192D37">
        <w:rPr>
          <w:rFonts w:asciiTheme="majorHAnsi" w:hAnsiTheme="majorHAnsi" w:cstheme="majorHAnsi"/>
          <w:sz w:val="28"/>
          <w:szCs w:val="28"/>
        </w:rPr>
        <w:t xml:space="preserve">SEO is basic. The website includes titles and headings but lacks advanced </w:t>
      </w:r>
      <w:proofErr w:type="spellStart"/>
      <w:r w:rsidRPr="00192D37">
        <w:rPr>
          <w:rFonts w:asciiTheme="majorHAnsi" w:hAnsiTheme="majorHAnsi" w:cstheme="majorHAnsi"/>
          <w:sz w:val="28"/>
          <w:szCs w:val="28"/>
        </w:rPr>
        <w:t>optimisation</w:t>
      </w:r>
      <w:proofErr w:type="spellEnd"/>
      <w:r w:rsidRPr="00192D37">
        <w:rPr>
          <w:rFonts w:asciiTheme="majorHAnsi" w:hAnsiTheme="majorHAnsi" w:cstheme="majorHAnsi"/>
          <w:sz w:val="28"/>
          <w:szCs w:val="28"/>
        </w:rPr>
        <w:t xml:space="preserve"> such as meta tags, structured data, and keyword strategy.</w:t>
      </w:r>
    </w:p>
    <w:p w14:paraId="11959CB1" w14:textId="77777777" w:rsidR="00192D37" w:rsidRPr="00192D37" w:rsidRDefault="00192D37" w:rsidP="00512CFD">
      <w:pPr>
        <w:spacing w:after="0"/>
        <w:rPr>
          <w:rFonts w:asciiTheme="majorHAnsi" w:hAnsiTheme="majorHAnsi" w:cstheme="majorHAnsi"/>
          <w:sz w:val="28"/>
          <w:szCs w:val="28"/>
        </w:rPr>
      </w:pPr>
      <w:r w:rsidRPr="00192D37">
        <w:rPr>
          <w:rFonts w:asciiTheme="majorHAnsi" w:hAnsiTheme="majorHAnsi" w:cstheme="majorHAnsi"/>
          <w:sz w:val="28"/>
          <w:szCs w:val="28"/>
        </w:rPr>
        <w:t>Mobile Friendliness</w:t>
      </w:r>
    </w:p>
    <w:p w14:paraId="7013F104" w14:textId="77777777" w:rsidR="00192D37" w:rsidRPr="00192D37" w:rsidRDefault="00192D37" w:rsidP="000F7A52">
      <w:pPr>
        <w:spacing w:after="0"/>
        <w:jc w:val="both"/>
        <w:rPr>
          <w:rFonts w:asciiTheme="majorHAnsi" w:hAnsiTheme="majorHAnsi" w:cstheme="majorHAnsi"/>
          <w:sz w:val="28"/>
          <w:szCs w:val="28"/>
        </w:rPr>
      </w:pPr>
      <w:r w:rsidRPr="00192D37">
        <w:rPr>
          <w:rFonts w:asciiTheme="majorHAnsi" w:hAnsiTheme="majorHAnsi" w:cstheme="majorHAnsi"/>
          <w:sz w:val="28"/>
          <w:szCs w:val="28"/>
        </w:rPr>
        <w:t xml:space="preserve">The website is moderately mobile-friendly. Flexbox and grid layouts allow basic responsiveness, but additional media queries are needed for full </w:t>
      </w:r>
      <w:proofErr w:type="spellStart"/>
      <w:r w:rsidRPr="00192D37">
        <w:rPr>
          <w:rFonts w:asciiTheme="majorHAnsi" w:hAnsiTheme="majorHAnsi" w:cstheme="majorHAnsi"/>
          <w:sz w:val="28"/>
          <w:szCs w:val="28"/>
        </w:rPr>
        <w:t>optimisation</w:t>
      </w:r>
      <w:proofErr w:type="spellEnd"/>
      <w:r w:rsidRPr="00192D37">
        <w:rPr>
          <w:rFonts w:asciiTheme="majorHAnsi" w:hAnsiTheme="majorHAnsi" w:cstheme="majorHAnsi"/>
          <w:sz w:val="28"/>
          <w:szCs w:val="28"/>
        </w:rPr>
        <w:t xml:space="preserve"> on smaller devices.</w:t>
      </w:r>
    </w:p>
    <w:p w14:paraId="7C1294DC" w14:textId="77777777" w:rsidR="00192D37" w:rsidRPr="00192D37" w:rsidRDefault="00192D37" w:rsidP="00512CFD">
      <w:pPr>
        <w:spacing w:after="0"/>
        <w:rPr>
          <w:rFonts w:asciiTheme="majorHAnsi" w:hAnsiTheme="majorHAnsi" w:cstheme="majorHAnsi"/>
          <w:sz w:val="28"/>
          <w:szCs w:val="28"/>
        </w:rPr>
      </w:pPr>
      <w:r w:rsidRPr="00192D37">
        <w:rPr>
          <w:rFonts w:asciiTheme="majorHAnsi" w:hAnsiTheme="majorHAnsi" w:cstheme="majorHAnsi"/>
          <w:sz w:val="28"/>
          <w:szCs w:val="28"/>
        </w:rPr>
        <w:t>Conclusion</w:t>
      </w:r>
    </w:p>
    <w:p w14:paraId="157B3A81" w14:textId="77777777" w:rsidR="00312E17" w:rsidRDefault="00192D37" w:rsidP="000F7A52">
      <w:pPr>
        <w:spacing w:after="0"/>
        <w:jc w:val="both"/>
        <w:rPr>
          <w:rFonts w:asciiTheme="majorHAnsi" w:hAnsiTheme="majorHAnsi" w:cstheme="majorHAnsi"/>
          <w:sz w:val="28"/>
          <w:szCs w:val="28"/>
        </w:rPr>
      </w:pPr>
      <w:r w:rsidRPr="00192D37">
        <w:rPr>
          <w:rFonts w:asciiTheme="majorHAnsi" w:hAnsiTheme="majorHAnsi" w:cstheme="majorHAnsi"/>
          <w:sz w:val="28"/>
          <w:szCs w:val="28"/>
        </w:rPr>
        <w:t>Overall, the website is functional, visually consistent, and easy to use. However, improvements in accessibility, SEO, and responsive design would significantly enhance its quality and professional standard.</w:t>
      </w:r>
    </w:p>
    <w:p w14:paraId="75581899" w14:textId="77777777" w:rsidR="00312E17" w:rsidRDefault="00312E17" w:rsidP="00512CFD">
      <w:pPr>
        <w:spacing w:after="0"/>
        <w:rPr>
          <w:rFonts w:asciiTheme="majorHAnsi" w:hAnsiTheme="majorHAnsi" w:cstheme="majorHAnsi"/>
          <w:sz w:val="28"/>
          <w:szCs w:val="28"/>
        </w:rPr>
      </w:pPr>
    </w:p>
    <w:p w14:paraId="4CF19212" w14:textId="77777777" w:rsidR="00312E17" w:rsidRDefault="00312E17" w:rsidP="00312E17">
      <w:pPr>
        <w:spacing w:after="0"/>
        <w:rPr>
          <w:rFonts w:asciiTheme="majorHAnsi" w:hAnsiTheme="majorHAnsi" w:cstheme="majorHAnsi"/>
          <w:sz w:val="28"/>
          <w:szCs w:val="28"/>
        </w:rPr>
      </w:pPr>
      <w:r>
        <w:rPr>
          <w:rFonts w:asciiTheme="majorHAnsi" w:hAnsiTheme="majorHAnsi" w:cstheme="majorHAnsi"/>
          <w:sz w:val="28"/>
          <w:szCs w:val="28"/>
        </w:rPr>
        <w:t xml:space="preserve">5. </w:t>
      </w:r>
      <w:r w:rsidRPr="000F7A52">
        <w:rPr>
          <w:rFonts w:asciiTheme="majorHAnsi" w:hAnsiTheme="majorHAnsi" w:cstheme="majorHAnsi"/>
          <w:sz w:val="28"/>
          <w:szCs w:val="28"/>
        </w:rPr>
        <w:t>Conclusion</w:t>
      </w:r>
    </w:p>
    <w:p w14:paraId="360E72C8" w14:textId="77777777" w:rsidR="000F7A52" w:rsidRDefault="00481BD9" w:rsidP="000F7A52">
      <w:pPr>
        <w:spacing w:after="0"/>
        <w:jc w:val="both"/>
        <w:rPr>
          <w:rFonts w:cstheme="majorHAnsi"/>
          <w:sz w:val="28"/>
          <w:szCs w:val="28"/>
        </w:rPr>
      </w:pPr>
      <w:r w:rsidRPr="00312E17">
        <w:rPr>
          <w:rFonts w:cstheme="majorHAnsi"/>
          <w:sz w:val="28"/>
          <w:szCs w:val="28"/>
        </w:rPr>
        <w:t>The Glow Lab website is a functional multi-page website designed to present beauty and aesthetic services in a clear and visually appealing way. It successfully includes key pages such as Home, Services, Prices, and Booking, allowing users to easily navigate and access important information.</w:t>
      </w:r>
    </w:p>
    <w:p w14:paraId="13B04D55" w14:textId="77777777" w:rsidR="000F7A52" w:rsidRPr="000F7A52" w:rsidRDefault="00481BD9" w:rsidP="000F7A52">
      <w:pPr>
        <w:spacing w:after="0"/>
        <w:jc w:val="both"/>
        <w:rPr>
          <w:rFonts w:asciiTheme="majorHAnsi" w:hAnsiTheme="majorHAnsi" w:cstheme="majorHAnsi"/>
          <w:sz w:val="28"/>
          <w:szCs w:val="28"/>
        </w:rPr>
      </w:pPr>
      <w:r w:rsidRPr="000F7A52">
        <w:rPr>
          <w:rFonts w:asciiTheme="majorHAnsi" w:hAnsiTheme="majorHAnsi" w:cstheme="majorHAnsi"/>
          <w:sz w:val="28"/>
          <w:szCs w:val="28"/>
        </w:rPr>
        <w:t xml:space="preserve">The design follows a consistent soft aesthetic style using a neutral </w:t>
      </w:r>
      <w:proofErr w:type="spellStart"/>
      <w:r w:rsidRPr="000F7A52">
        <w:rPr>
          <w:rFonts w:asciiTheme="majorHAnsi" w:hAnsiTheme="majorHAnsi" w:cstheme="majorHAnsi"/>
          <w:sz w:val="28"/>
          <w:szCs w:val="28"/>
        </w:rPr>
        <w:t>colour</w:t>
      </w:r>
      <w:proofErr w:type="spellEnd"/>
      <w:r w:rsidRPr="000F7A52">
        <w:rPr>
          <w:rFonts w:asciiTheme="majorHAnsi" w:hAnsiTheme="majorHAnsi" w:cstheme="majorHAnsi"/>
          <w:sz w:val="28"/>
          <w:szCs w:val="28"/>
        </w:rPr>
        <w:t xml:space="preserve"> palette, which improves user experience and readability. The website demonstrates basic usability principles, with clear structure and simple navigation.</w:t>
      </w:r>
    </w:p>
    <w:p w14:paraId="342037BF" w14:textId="77777777" w:rsidR="000F7A52" w:rsidRPr="000F7A52" w:rsidRDefault="00481BD9" w:rsidP="000F7A52">
      <w:pPr>
        <w:spacing w:after="0"/>
        <w:jc w:val="both"/>
        <w:rPr>
          <w:rFonts w:asciiTheme="majorHAnsi" w:hAnsiTheme="majorHAnsi" w:cstheme="majorHAnsi"/>
          <w:sz w:val="28"/>
          <w:szCs w:val="28"/>
        </w:rPr>
      </w:pPr>
      <w:r w:rsidRPr="000F7A52">
        <w:rPr>
          <w:rFonts w:asciiTheme="majorHAnsi" w:hAnsiTheme="majorHAnsi" w:cstheme="majorHAnsi"/>
          <w:sz w:val="28"/>
          <w:szCs w:val="28"/>
        </w:rPr>
        <w:t xml:space="preserve">However, there are areas for improvement. Accessibility could be enhanced by adding alt text for images and improving semantic structure. SEO could also be strengthened </w:t>
      </w:r>
      <w:proofErr w:type="gramStart"/>
      <w:r w:rsidRPr="000F7A52">
        <w:rPr>
          <w:rFonts w:asciiTheme="majorHAnsi" w:hAnsiTheme="majorHAnsi" w:cstheme="majorHAnsi"/>
          <w:sz w:val="28"/>
          <w:szCs w:val="28"/>
        </w:rPr>
        <w:t>through the use of</w:t>
      </w:r>
      <w:proofErr w:type="gramEnd"/>
      <w:r w:rsidRPr="000F7A52">
        <w:rPr>
          <w:rFonts w:asciiTheme="majorHAnsi" w:hAnsiTheme="majorHAnsi" w:cstheme="majorHAnsi"/>
          <w:sz w:val="28"/>
          <w:szCs w:val="28"/>
        </w:rPr>
        <w:t xml:space="preserve"> meta descriptions, keywords, and better </w:t>
      </w:r>
      <w:proofErr w:type="spellStart"/>
      <w:r w:rsidRPr="000F7A52">
        <w:rPr>
          <w:rFonts w:asciiTheme="majorHAnsi" w:hAnsiTheme="majorHAnsi" w:cstheme="majorHAnsi"/>
          <w:sz w:val="28"/>
          <w:szCs w:val="28"/>
        </w:rPr>
        <w:t>optimisation</w:t>
      </w:r>
      <w:proofErr w:type="spellEnd"/>
      <w:r w:rsidRPr="000F7A52">
        <w:rPr>
          <w:rFonts w:asciiTheme="majorHAnsi" w:hAnsiTheme="majorHAnsi" w:cstheme="majorHAnsi"/>
          <w:sz w:val="28"/>
          <w:szCs w:val="28"/>
        </w:rPr>
        <w:t xml:space="preserve"> techniques. Additionally, mobile responsiveness could be improved using more advanced CSS media queries.</w:t>
      </w:r>
    </w:p>
    <w:p w14:paraId="23E63DE3" w14:textId="3541B096" w:rsidR="00E64BA2" w:rsidRDefault="00481BD9" w:rsidP="000F7A52">
      <w:pPr>
        <w:spacing w:after="0"/>
        <w:jc w:val="both"/>
        <w:rPr>
          <w:rFonts w:asciiTheme="majorHAnsi" w:hAnsiTheme="majorHAnsi" w:cstheme="majorHAnsi"/>
          <w:sz w:val="28"/>
          <w:szCs w:val="28"/>
        </w:rPr>
      </w:pPr>
      <w:r w:rsidRPr="000F7A52">
        <w:rPr>
          <w:rFonts w:asciiTheme="majorHAnsi" w:hAnsiTheme="majorHAnsi" w:cstheme="majorHAnsi"/>
          <w:sz w:val="28"/>
          <w:szCs w:val="28"/>
        </w:rPr>
        <w:t xml:space="preserve">Overall, the website meets its main functional requirements and provides a good foundation for further development into a more professional and fully </w:t>
      </w:r>
      <w:proofErr w:type="spellStart"/>
      <w:r w:rsidRPr="000F7A52">
        <w:rPr>
          <w:rFonts w:asciiTheme="majorHAnsi" w:hAnsiTheme="majorHAnsi" w:cstheme="majorHAnsi"/>
          <w:sz w:val="28"/>
          <w:szCs w:val="28"/>
        </w:rPr>
        <w:t>optimised</w:t>
      </w:r>
      <w:proofErr w:type="spellEnd"/>
      <w:r w:rsidRPr="000F7A52">
        <w:rPr>
          <w:rFonts w:asciiTheme="majorHAnsi" w:hAnsiTheme="majorHAnsi" w:cstheme="majorHAnsi"/>
          <w:sz w:val="28"/>
          <w:szCs w:val="28"/>
        </w:rPr>
        <w:t xml:space="preserve"> web application.</w:t>
      </w:r>
    </w:p>
    <w:p w14:paraId="24877D9B" w14:textId="77777777" w:rsidR="00701EC0" w:rsidRPr="000F7A52" w:rsidRDefault="00701EC0" w:rsidP="000F7A52">
      <w:pPr>
        <w:spacing w:after="0"/>
        <w:jc w:val="both"/>
        <w:rPr>
          <w:rFonts w:asciiTheme="majorHAnsi" w:hAnsiTheme="majorHAnsi" w:cstheme="majorHAnsi"/>
          <w:sz w:val="28"/>
          <w:szCs w:val="28"/>
        </w:rPr>
      </w:pPr>
    </w:p>
    <w:p w14:paraId="07897D9B" w14:textId="6966B2CC" w:rsidR="00A1699B" w:rsidRDefault="000D537D" w:rsidP="000F7A52">
      <w:pPr>
        <w:pStyle w:val="Heading1"/>
        <w:jc w:val="both"/>
        <w:rPr>
          <w:rFonts w:cstheme="majorHAnsi"/>
        </w:rPr>
      </w:pPr>
      <w:r w:rsidRPr="000F7A52">
        <w:rPr>
          <w:rFonts w:cstheme="majorHAnsi"/>
        </w:rPr>
        <w:lastRenderedPageBreak/>
        <w:t>6. References</w:t>
      </w:r>
      <w:r w:rsidRPr="00B73591">
        <w:rPr>
          <w:rFonts w:cstheme="majorHAnsi"/>
        </w:rPr>
        <w:t xml:space="preserve"> (IEEE Format)</w:t>
      </w:r>
    </w:p>
    <w:p w14:paraId="41A0DE6B" w14:textId="77777777" w:rsidR="00A705E0" w:rsidRPr="006C2103" w:rsidRDefault="00A705E0" w:rsidP="00312E17">
      <w:pPr>
        <w:spacing w:after="0"/>
        <w:rPr>
          <w:sz w:val="28"/>
          <w:szCs w:val="28"/>
        </w:rPr>
      </w:pPr>
      <w:r w:rsidRPr="006C2103">
        <w:rPr>
          <w:sz w:val="28"/>
          <w:szCs w:val="28"/>
        </w:rPr>
        <w:t>[1] J. Nielsen, Usability Engineering, Academic Press, 1993.</w:t>
      </w:r>
    </w:p>
    <w:p w14:paraId="2D12CC85" w14:textId="77777777" w:rsidR="00A705E0" w:rsidRPr="006C2103" w:rsidRDefault="00A705E0" w:rsidP="00312E17">
      <w:pPr>
        <w:spacing w:after="0"/>
        <w:rPr>
          <w:sz w:val="28"/>
          <w:szCs w:val="28"/>
        </w:rPr>
      </w:pPr>
      <w:r w:rsidRPr="006C2103">
        <w:rPr>
          <w:sz w:val="28"/>
          <w:szCs w:val="28"/>
        </w:rPr>
        <w:t>[2] W3C, “Web Content Accessibility Guidelines (WCAG) 2.1,” 2018. [Online]. Available: https://www.w3.org/WAI/WCAG21/</w:t>
      </w:r>
    </w:p>
    <w:p w14:paraId="4BEFC55E" w14:textId="77777777" w:rsidR="00A705E0" w:rsidRPr="006C2103" w:rsidRDefault="00A705E0" w:rsidP="00312E17">
      <w:pPr>
        <w:spacing w:after="0"/>
        <w:rPr>
          <w:sz w:val="28"/>
          <w:szCs w:val="28"/>
        </w:rPr>
      </w:pPr>
      <w:r w:rsidRPr="006C2103">
        <w:rPr>
          <w:sz w:val="28"/>
          <w:szCs w:val="28"/>
        </w:rPr>
        <w:t>[3] Google Developers, “Search Engine Optimization (SEO) Starter Guide,” 2023. [Online]. Available: https://developers.google.com/search/docs</w:t>
      </w:r>
    </w:p>
    <w:p w14:paraId="4EC166C2" w14:textId="555852BF" w:rsidR="00E64BA2" w:rsidRPr="006C2103" w:rsidRDefault="00A705E0" w:rsidP="00312E17">
      <w:pPr>
        <w:spacing w:after="0"/>
        <w:rPr>
          <w:sz w:val="28"/>
          <w:szCs w:val="28"/>
        </w:rPr>
      </w:pPr>
      <w:r w:rsidRPr="006C2103">
        <w:rPr>
          <w:sz w:val="28"/>
          <w:szCs w:val="28"/>
        </w:rPr>
        <w:t>[4] MDN Web Docs, “HTML: Hyper</w:t>
      </w:r>
      <w:r w:rsidR="006C2103">
        <w:rPr>
          <w:sz w:val="28"/>
          <w:szCs w:val="28"/>
        </w:rPr>
        <w:t xml:space="preserve"> </w:t>
      </w:r>
      <w:r w:rsidRPr="006C2103">
        <w:rPr>
          <w:sz w:val="28"/>
          <w:szCs w:val="28"/>
        </w:rPr>
        <w:t xml:space="preserve">Text Markup Language,” Mozilla. [Online]. Available: </w:t>
      </w:r>
      <w:hyperlink r:id="rId11" w:history="1">
        <w:r w:rsidR="00B34036" w:rsidRPr="006C2103">
          <w:rPr>
            <w:rStyle w:val="Hyperlink"/>
            <w:sz w:val="28"/>
            <w:szCs w:val="28"/>
          </w:rPr>
          <w:t>https://developer.mozilla.org/</w:t>
        </w:r>
      </w:hyperlink>
    </w:p>
    <w:p w14:paraId="5A67CF8A" w14:textId="2A7929FC" w:rsidR="00B34036" w:rsidRPr="006C2103" w:rsidRDefault="00106EE4" w:rsidP="00312E17">
      <w:pPr>
        <w:spacing w:after="0"/>
        <w:rPr>
          <w:sz w:val="28"/>
          <w:szCs w:val="28"/>
        </w:rPr>
      </w:pPr>
      <w:r w:rsidRPr="006C2103">
        <w:rPr>
          <w:sz w:val="28"/>
          <w:szCs w:val="28"/>
        </w:rPr>
        <w:t xml:space="preserve">[5] </w:t>
      </w:r>
      <w:r w:rsidRPr="006C2103">
        <w:rPr>
          <w:sz w:val="28"/>
          <w:szCs w:val="28"/>
        </w:rPr>
        <w:t>W3Schools, “HTML Tutorial.” [Online]. Available: https://www.w3schools.com/html/</w:t>
      </w:r>
    </w:p>
    <w:p w14:paraId="794F2975" w14:textId="77777777" w:rsidR="00A1699B" w:rsidRPr="00B73591" w:rsidRDefault="000D537D" w:rsidP="00512CFD">
      <w:pPr>
        <w:pStyle w:val="Heading1"/>
        <w:rPr>
          <w:rFonts w:cstheme="majorHAnsi"/>
        </w:rPr>
      </w:pPr>
      <w:r w:rsidRPr="00B73591">
        <w:rPr>
          <w:rFonts w:cstheme="majorHAnsi"/>
        </w:rPr>
        <w:t>7. Appendices</w:t>
      </w:r>
    </w:p>
    <w:p w14:paraId="35276EE1" w14:textId="77777777" w:rsidR="0010304A" w:rsidRDefault="000D537D" w:rsidP="00512CFD">
      <w:pPr>
        <w:spacing w:after="0"/>
        <w:rPr>
          <w:rFonts w:asciiTheme="majorHAnsi" w:hAnsiTheme="majorHAnsi" w:cstheme="majorHAnsi"/>
          <w:sz w:val="28"/>
          <w:szCs w:val="28"/>
        </w:rPr>
      </w:pPr>
      <w:r w:rsidRPr="00B73591">
        <w:rPr>
          <w:rFonts w:asciiTheme="majorHAnsi" w:hAnsiTheme="majorHAnsi" w:cstheme="majorHAnsi"/>
          <w:sz w:val="28"/>
          <w:szCs w:val="28"/>
        </w:rPr>
        <w:t>Include full HTML and CSS code listings.</w:t>
      </w:r>
    </w:p>
    <w:p w14:paraId="4B1E9436" w14:textId="77777777" w:rsidR="0010304A" w:rsidRDefault="0010304A" w:rsidP="00512CFD">
      <w:pPr>
        <w:spacing w:after="0"/>
        <w:rPr>
          <w:rFonts w:asciiTheme="majorHAnsi" w:hAnsiTheme="majorHAnsi" w:cstheme="majorHAnsi"/>
          <w:sz w:val="28"/>
          <w:szCs w:val="28"/>
        </w:rPr>
      </w:pPr>
    </w:p>
    <w:p w14:paraId="5DEF1E80" w14:textId="77777777" w:rsidR="003D53CF" w:rsidRPr="00486D1D" w:rsidRDefault="003D53CF" w:rsidP="00512CFD">
      <w:pPr>
        <w:spacing w:after="0"/>
        <w:rPr>
          <w:rFonts w:asciiTheme="majorHAnsi" w:hAnsiTheme="majorHAnsi" w:cstheme="majorHAnsi"/>
          <w:b/>
          <w:bCs/>
          <w:sz w:val="28"/>
          <w:szCs w:val="28"/>
        </w:rPr>
      </w:pPr>
      <w:r w:rsidRPr="00486D1D">
        <w:rPr>
          <w:rFonts w:asciiTheme="majorHAnsi" w:hAnsiTheme="majorHAnsi" w:cstheme="majorHAnsi"/>
          <w:b/>
          <w:bCs/>
          <w:sz w:val="28"/>
          <w:szCs w:val="28"/>
        </w:rPr>
        <w:t>HTML</w:t>
      </w:r>
    </w:p>
    <w:p w14:paraId="538A3A5E" w14:textId="77777777" w:rsidR="00D93D54" w:rsidRPr="00486D1D" w:rsidRDefault="00D93D54" w:rsidP="00512CFD">
      <w:pPr>
        <w:spacing w:after="0"/>
        <w:rPr>
          <w:rFonts w:asciiTheme="majorHAnsi" w:hAnsiTheme="majorHAnsi" w:cstheme="majorHAnsi"/>
          <w:b/>
          <w:bCs/>
          <w:sz w:val="28"/>
          <w:szCs w:val="28"/>
        </w:rPr>
      </w:pPr>
      <w:r w:rsidRPr="00486D1D">
        <w:rPr>
          <w:rFonts w:asciiTheme="majorHAnsi" w:hAnsiTheme="majorHAnsi" w:cstheme="majorHAnsi"/>
          <w:b/>
          <w:bCs/>
          <w:sz w:val="28"/>
          <w:szCs w:val="28"/>
        </w:rPr>
        <w:t>Beauty1home</w:t>
      </w:r>
    </w:p>
    <w:p w14:paraId="61081377" w14:textId="77777777" w:rsidR="00D93D54" w:rsidRDefault="00D93D54" w:rsidP="00512CFD">
      <w:pPr>
        <w:spacing w:after="0"/>
        <w:rPr>
          <w:rFonts w:asciiTheme="majorHAnsi" w:hAnsiTheme="majorHAnsi" w:cstheme="majorHAnsi"/>
          <w:sz w:val="28"/>
          <w:szCs w:val="28"/>
        </w:rPr>
      </w:pPr>
    </w:p>
    <w:p w14:paraId="03AA6EB1"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&lt;!DOCTYPE html&gt;</w:t>
      </w:r>
    </w:p>
    <w:p w14:paraId="3C6529EF"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&lt;html&gt;</w:t>
      </w:r>
    </w:p>
    <w:p w14:paraId="6491B7A5"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&lt;head&gt;</w:t>
      </w:r>
    </w:p>
    <w:p w14:paraId="453F32AC"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&lt;title&gt;Glow Lab Home&lt;/title&gt;</w:t>
      </w:r>
    </w:p>
    <w:p w14:paraId="2487C262"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ab/>
        <w:t xml:space="preserve"> &lt;link </w:t>
      </w:r>
      <w:proofErr w:type="spellStart"/>
      <w:r w:rsidRPr="00D93D54">
        <w:rPr>
          <w:rFonts w:asciiTheme="majorHAnsi" w:hAnsiTheme="majorHAnsi" w:cstheme="majorHAnsi"/>
          <w:sz w:val="28"/>
          <w:szCs w:val="28"/>
        </w:rPr>
        <w:t>rel</w:t>
      </w:r>
      <w:proofErr w:type="spellEnd"/>
      <w:r w:rsidRPr="00D93D54">
        <w:rPr>
          <w:rFonts w:asciiTheme="majorHAnsi" w:hAnsiTheme="majorHAnsi" w:cstheme="majorHAnsi"/>
          <w:sz w:val="28"/>
          <w:szCs w:val="28"/>
        </w:rPr>
        <w:t xml:space="preserve">="stylesheet" </w:t>
      </w:r>
      <w:proofErr w:type="spellStart"/>
      <w:r w:rsidRPr="00D93D54">
        <w:rPr>
          <w:rFonts w:asciiTheme="majorHAnsi" w:hAnsiTheme="majorHAnsi" w:cstheme="majorHAnsi"/>
          <w:sz w:val="28"/>
          <w:szCs w:val="28"/>
        </w:rPr>
        <w:t>href</w:t>
      </w:r>
      <w:proofErr w:type="spellEnd"/>
      <w:r w:rsidRPr="00D93D54">
        <w:rPr>
          <w:rFonts w:asciiTheme="majorHAnsi" w:hAnsiTheme="majorHAnsi" w:cstheme="majorHAnsi"/>
          <w:sz w:val="28"/>
          <w:szCs w:val="28"/>
        </w:rPr>
        <w:t>="GLstyle1.css"/&gt;</w:t>
      </w:r>
    </w:p>
    <w:p w14:paraId="2E96D6A2"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&lt;/head&gt;</w:t>
      </w:r>
    </w:p>
    <w:p w14:paraId="04B983D7"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&lt;body&gt;</w:t>
      </w:r>
    </w:p>
    <w:p w14:paraId="5C0389D9"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&lt;header&gt;</w:t>
      </w:r>
    </w:p>
    <w:p w14:paraId="0ECC3342"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&lt;div class="</w:t>
      </w:r>
      <w:proofErr w:type="spellStart"/>
      <w:r w:rsidRPr="00D93D54">
        <w:rPr>
          <w:rFonts w:asciiTheme="majorHAnsi" w:hAnsiTheme="majorHAnsi" w:cstheme="majorHAnsi"/>
          <w:sz w:val="28"/>
          <w:szCs w:val="28"/>
        </w:rPr>
        <w:t>topbar</w:t>
      </w:r>
      <w:proofErr w:type="spellEnd"/>
      <w:r w:rsidRPr="00D93D54">
        <w:rPr>
          <w:rFonts w:asciiTheme="majorHAnsi" w:hAnsiTheme="majorHAnsi" w:cstheme="majorHAnsi"/>
          <w:sz w:val="28"/>
          <w:szCs w:val="28"/>
        </w:rPr>
        <w:t>"&gt;</w:t>
      </w:r>
    </w:p>
    <w:p w14:paraId="4AD73442"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&lt;div class="logo"&gt;GLOW LAB&lt;/div&gt;</w:t>
      </w:r>
    </w:p>
    <w:p w14:paraId="40CD7823"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&lt;div class="nav"&gt;</w:t>
      </w:r>
    </w:p>
    <w:p w14:paraId="25869EDF"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&lt;a </w:t>
      </w:r>
      <w:proofErr w:type="spellStart"/>
      <w:r w:rsidRPr="00D93D54">
        <w:rPr>
          <w:rFonts w:asciiTheme="majorHAnsi" w:hAnsiTheme="majorHAnsi" w:cstheme="majorHAnsi"/>
          <w:sz w:val="28"/>
          <w:szCs w:val="28"/>
        </w:rPr>
        <w:t>href</w:t>
      </w:r>
      <w:proofErr w:type="spellEnd"/>
      <w:r w:rsidRPr="00D93D54">
        <w:rPr>
          <w:rFonts w:asciiTheme="majorHAnsi" w:hAnsiTheme="majorHAnsi" w:cstheme="majorHAnsi"/>
          <w:sz w:val="28"/>
          <w:szCs w:val="28"/>
        </w:rPr>
        <w:t>="Beauty1home.html"&gt;Home&lt;/a&gt;</w:t>
      </w:r>
    </w:p>
    <w:p w14:paraId="3889A7C8"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&lt;a </w:t>
      </w:r>
      <w:proofErr w:type="spellStart"/>
      <w:r w:rsidRPr="00D93D54">
        <w:rPr>
          <w:rFonts w:asciiTheme="majorHAnsi" w:hAnsiTheme="majorHAnsi" w:cstheme="majorHAnsi"/>
          <w:sz w:val="28"/>
          <w:szCs w:val="28"/>
        </w:rPr>
        <w:t>href</w:t>
      </w:r>
      <w:proofErr w:type="spellEnd"/>
      <w:r w:rsidRPr="00D93D54">
        <w:rPr>
          <w:rFonts w:asciiTheme="majorHAnsi" w:hAnsiTheme="majorHAnsi" w:cstheme="majorHAnsi"/>
          <w:sz w:val="28"/>
          <w:szCs w:val="28"/>
        </w:rPr>
        <w:t>="Beauty2services.html"&gt;Services&lt;/a&gt;</w:t>
      </w:r>
    </w:p>
    <w:p w14:paraId="13F6642C"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&lt;a </w:t>
      </w:r>
      <w:proofErr w:type="spellStart"/>
      <w:r w:rsidRPr="00D93D54">
        <w:rPr>
          <w:rFonts w:asciiTheme="majorHAnsi" w:hAnsiTheme="majorHAnsi" w:cstheme="majorHAnsi"/>
          <w:sz w:val="28"/>
          <w:szCs w:val="28"/>
        </w:rPr>
        <w:t>href</w:t>
      </w:r>
      <w:proofErr w:type="spellEnd"/>
      <w:r w:rsidRPr="00D93D54">
        <w:rPr>
          <w:rFonts w:asciiTheme="majorHAnsi" w:hAnsiTheme="majorHAnsi" w:cstheme="majorHAnsi"/>
          <w:sz w:val="28"/>
          <w:szCs w:val="28"/>
        </w:rPr>
        <w:t>="Beauty3prices.html"&gt;Prices&lt;/a&gt;</w:t>
      </w:r>
    </w:p>
    <w:p w14:paraId="6E6DAE85"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&lt;a </w:t>
      </w:r>
      <w:proofErr w:type="spellStart"/>
      <w:r w:rsidRPr="00D93D54">
        <w:rPr>
          <w:rFonts w:asciiTheme="majorHAnsi" w:hAnsiTheme="majorHAnsi" w:cstheme="majorHAnsi"/>
          <w:sz w:val="28"/>
          <w:szCs w:val="28"/>
        </w:rPr>
        <w:t>href</w:t>
      </w:r>
      <w:proofErr w:type="spellEnd"/>
      <w:r w:rsidRPr="00D93D54">
        <w:rPr>
          <w:rFonts w:asciiTheme="majorHAnsi" w:hAnsiTheme="majorHAnsi" w:cstheme="majorHAnsi"/>
          <w:sz w:val="28"/>
          <w:szCs w:val="28"/>
        </w:rPr>
        <w:t>="Beauty4book.html"&gt;Book Here&lt;/a&gt;</w:t>
      </w:r>
    </w:p>
    <w:p w14:paraId="00CD098C"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lastRenderedPageBreak/>
        <w:t xml:space="preserve">   &lt;/div&gt;</w:t>
      </w:r>
    </w:p>
    <w:p w14:paraId="54F4029F"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&lt;/div&gt;</w:t>
      </w:r>
    </w:p>
    <w:p w14:paraId="3F4B868F"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&lt;header class="header"&gt;</w:t>
      </w:r>
    </w:p>
    <w:p w14:paraId="4F75E1DB"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w:t>
      </w:r>
      <w:proofErr w:type="spellStart"/>
      <w:r w:rsidRPr="00D93D54">
        <w:rPr>
          <w:rFonts w:asciiTheme="majorHAnsi" w:hAnsiTheme="majorHAnsi" w:cstheme="majorHAnsi"/>
          <w:sz w:val="28"/>
          <w:szCs w:val="28"/>
        </w:rPr>
        <w:t>img</w:t>
      </w:r>
      <w:proofErr w:type="spellEnd"/>
      <w:r w:rsidRPr="00D93D54">
        <w:rPr>
          <w:rFonts w:asciiTheme="majorHAnsi" w:hAnsiTheme="majorHAnsi" w:cstheme="majorHAnsi"/>
          <w:sz w:val="28"/>
          <w:szCs w:val="28"/>
        </w:rPr>
        <w:t xml:space="preserve"> </w:t>
      </w:r>
      <w:proofErr w:type="spellStart"/>
      <w:r w:rsidRPr="00D93D54">
        <w:rPr>
          <w:rFonts w:asciiTheme="majorHAnsi" w:hAnsiTheme="majorHAnsi" w:cstheme="majorHAnsi"/>
          <w:sz w:val="28"/>
          <w:szCs w:val="28"/>
        </w:rPr>
        <w:t>src</w:t>
      </w:r>
      <w:proofErr w:type="spellEnd"/>
      <w:r w:rsidRPr="00D93D54">
        <w:rPr>
          <w:rFonts w:asciiTheme="majorHAnsi" w:hAnsiTheme="majorHAnsi" w:cstheme="majorHAnsi"/>
          <w:sz w:val="28"/>
          <w:szCs w:val="28"/>
        </w:rPr>
        <w:t>="4.jpg"style="width:700</w:t>
      </w:r>
      <w:proofErr w:type="gramStart"/>
      <w:r w:rsidRPr="00D93D54">
        <w:rPr>
          <w:rFonts w:asciiTheme="majorHAnsi" w:hAnsiTheme="majorHAnsi" w:cstheme="majorHAnsi"/>
          <w:sz w:val="28"/>
          <w:szCs w:val="28"/>
        </w:rPr>
        <w:t>px;height</w:t>
      </w:r>
      <w:proofErr w:type="gramEnd"/>
      <w:r w:rsidRPr="00D93D54">
        <w:rPr>
          <w:rFonts w:asciiTheme="majorHAnsi" w:hAnsiTheme="majorHAnsi" w:cstheme="majorHAnsi"/>
          <w:sz w:val="28"/>
          <w:szCs w:val="28"/>
        </w:rPr>
        <w:t>:400</w:t>
      </w:r>
      <w:proofErr w:type="gramStart"/>
      <w:r w:rsidRPr="00D93D54">
        <w:rPr>
          <w:rFonts w:asciiTheme="majorHAnsi" w:hAnsiTheme="majorHAnsi" w:cstheme="majorHAnsi"/>
          <w:sz w:val="28"/>
          <w:szCs w:val="28"/>
        </w:rPr>
        <w:t>px;class</w:t>
      </w:r>
      <w:proofErr w:type="gramEnd"/>
      <w:r w:rsidRPr="00D93D54">
        <w:rPr>
          <w:rFonts w:asciiTheme="majorHAnsi" w:hAnsiTheme="majorHAnsi" w:cstheme="majorHAnsi"/>
          <w:sz w:val="28"/>
          <w:szCs w:val="28"/>
        </w:rPr>
        <w:t>="avatar&gt;</w:t>
      </w:r>
    </w:p>
    <w:p w14:paraId="2BB382B0"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 xml:space="preserve"> &lt;/header&gt;</w:t>
      </w:r>
    </w:p>
    <w:p w14:paraId="1B61BDCB" w14:textId="77777777" w:rsidR="00D93D54" w:rsidRP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&lt;/body&gt;</w:t>
      </w:r>
    </w:p>
    <w:p w14:paraId="14B15BD2" w14:textId="77777777" w:rsidR="00D93D54" w:rsidRDefault="00D93D54" w:rsidP="00D93D54">
      <w:pPr>
        <w:spacing w:after="0"/>
        <w:rPr>
          <w:rFonts w:asciiTheme="majorHAnsi" w:hAnsiTheme="majorHAnsi" w:cstheme="majorHAnsi"/>
          <w:sz w:val="28"/>
          <w:szCs w:val="28"/>
        </w:rPr>
      </w:pPr>
      <w:r w:rsidRPr="00D93D54">
        <w:rPr>
          <w:rFonts w:asciiTheme="majorHAnsi" w:hAnsiTheme="majorHAnsi" w:cstheme="majorHAnsi"/>
          <w:sz w:val="28"/>
          <w:szCs w:val="28"/>
        </w:rPr>
        <w:t>&lt;/html&gt;</w:t>
      </w:r>
    </w:p>
    <w:p w14:paraId="1E0FB6FB" w14:textId="77777777" w:rsidR="00D93D54" w:rsidRDefault="00D93D54" w:rsidP="00D93D54">
      <w:pPr>
        <w:spacing w:after="0"/>
        <w:rPr>
          <w:rFonts w:asciiTheme="majorHAnsi" w:hAnsiTheme="majorHAnsi" w:cstheme="majorHAnsi"/>
          <w:sz w:val="28"/>
          <w:szCs w:val="28"/>
        </w:rPr>
      </w:pPr>
    </w:p>
    <w:p w14:paraId="4D489B35" w14:textId="71BB5B50" w:rsidR="00D93D54" w:rsidRPr="00486D1D" w:rsidRDefault="00D93D54" w:rsidP="00D93D54">
      <w:pPr>
        <w:spacing w:after="0"/>
        <w:rPr>
          <w:rFonts w:asciiTheme="majorHAnsi" w:hAnsiTheme="majorHAnsi" w:cstheme="majorHAnsi"/>
          <w:b/>
          <w:bCs/>
          <w:sz w:val="28"/>
          <w:szCs w:val="28"/>
        </w:rPr>
      </w:pPr>
      <w:r w:rsidRPr="00486D1D">
        <w:rPr>
          <w:rFonts w:asciiTheme="majorHAnsi" w:hAnsiTheme="majorHAnsi" w:cstheme="majorHAnsi"/>
          <w:b/>
          <w:bCs/>
          <w:sz w:val="28"/>
          <w:szCs w:val="28"/>
        </w:rPr>
        <w:t>Beauty2services</w:t>
      </w:r>
    </w:p>
    <w:p w14:paraId="27FA6CCE" w14:textId="77777777" w:rsidR="00D93D54" w:rsidRDefault="00D93D54" w:rsidP="00D93D54">
      <w:pPr>
        <w:spacing w:after="0"/>
        <w:rPr>
          <w:rFonts w:asciiTheme="majorHAnsi" w:hAnsiTheme="majorHAnsi" w:cstheme="majorHAnsi"/>
          <w:sz w:val="28"/>
          <w:szCs w:val="28"/>
        </w:rPr>
      </w:pPr>
    </w:p>
    <w:p w14:paraId="10D65D9B"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&lt;!DOCTYPE html&gt;</w:t>
      </w:r>
    </w:p>
    <w:p w14:paraId="0AD1BAD6"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&lt;html&gt;</w:t>
      </w:r>
    </w:p>
    <w:p w14:paraId="3840CBC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&lt;head&gt;</w:t>
      </w:r>
    </w:p>
    <w:p w14:paraId="28D6C07A"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&lt;title&gt;Glow Lab Treatments&lt;/title&gt;</w:t>
      </w:r>
    </w:p>
    <w:p w14:paraId="51A2D5B8"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ab/>
        <w:t xml:space="preserve"> &lt;link </w:t>
      </w:r>
      <w:proofErr w:type="spellStart"/>
      <w:r w:rsidRPr="000D7886">
        <w:rPr>
          <w:rFonts w:asciiTheme="majorHAnsi" w:hAnsiTheme="majorHAnsi" w:cstheme="majorHAnsi"/>
          <w:sz w:val="28"/>
          <w:szCs w:val="28"/>
        </w:rPr>
        <w:t>rel</w:t>
      </w:r>
      <w:proofErr w:type="spellEnd"/>
      <w:r w:rsidRPr="000D7886">
        <w:rPr>
          <w:rFonts w:asciiTheme="majorHAnsi" w:hAnsiTheme="majorHAnsi" w:cstheme="majorHAnsi"/>
          <w:sz w:val="28"/>
          <w:szCs w:val="28"/>
        </w:rPr>
        <w:t xml:space="preserve">="stylesheet" </w:t>
      </w:r>
      <w:proofErr w:type="spellStart"/>
      <w:r w:rsidRPr="000D7886">
        <w:rPr>
          <w:rFonts w:asciiTheme="majorHAnsi" w:hAnsiTheme="majorHAnsi" w:cstheme="majorHAnsi"/>
          <w:sz w:val="28"/>
          <w:szCs w:val="28"/>
        </w:rPr>
        <w:t>href</w:t>
      </w:r>
      <w:proofErr w:type="spellEnd"/>
      <w:r w:rsidRPr="000D7886">
        <w:rPr>
          <w:rFonts w:asciiTheme="majorHAnsi" w:hAnsiTheme="majorHAnsi" w:cstheme="majorHAnsi"/>
          <w:sz w:val="28"/>
          <w:szCs w:val="28"/>
        </w:rPr>
        <w:t>="GLstyle2.css"/&gt;</w:t>
      </w:r>
    </w:p>
    <w:p w14:paraId="379EBA37" w14:textId="4EC30C99"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&lt;/head&gt;</w:t>
      </w:r>
    </w:p>
    <w:p w14:paraId="47B7D8AD"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&lt;body&gt;</w:t>
      </w:r>
    </w:p>
    <w:p w14:paraId="730043EE"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&lt;header&gt;</w:t>
      </w:r>
    </w:p>
    <w:p w14:paraId="6C3AEE8E"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 class="</w:t>
      </w:r>
      <w:proofErr w:type="spellStart"/>
      <w:r w:rsidRPr="000D7886">
        <w:rPr>
          <w:rFonts w:asciiTheme="majorHAnsi" w:hAnsiTheme="majorHAnsi" w:cstheme="majorHAnsi"/>
          <w:sz w:val="28"/>
          <w:szCs w:val="28"/>
        </w:rPr>
        <w:t>topbar</w:t>
      </w:r>
      <w:proofErr w:type="spellEnd"/>
      <w:r w:rsidRPr="000D7886">
        <w:rPr>
          <w:rFonts w:asciiTheme="majorHAnsi" w:hAnsiTheme="majorHAnsi" w:cstheme="majorHAnsi"/>
          <w:sz w:val="28"/>
          <w:szCs w:val="28"/>
        </w:rPr>
        <w:t>"&gt;&lt;/div&gt;</w:t>
      </w:r>
    </w:p>
    <w:p w14:paraId="2BDEA96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&lt;div class="logo"&gt;GLOW LAB&lt;/div&gt;</w:t>
      </w:r>
    </w:p>
    <w:p w14:paraId="1815E34F"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&lt;div class &gt;</w:t>
      </w:r>
    </w:p>
    <w:p w14:paraId="1ABE1017"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&lt;div class="nav"&gt;</w:t>
      </w:r>
    </w:p>
    <w:p w14:paraId="16310273" w14:textId="21F29F99"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&lt;a </w:t>
      </w:r>
      <w:proofErr w:type="spellStart"/>
      <w:r w:rsidRPr="000D7886">
        <w:rPr>
          <w:rFonts w:asciiTheme="majorHAnsi" w:hAnsiTheme="majorHAnsi" w:cstheme="majorHAnsi"/>
          <w:sz w:val="28"/>
          <w:szCs w:val="28"/>
        </w:rPr>
        <w:t>href</w:t>
      </w:r>
      <w:proofErr w:type="spellEnd"/>
      <w:r w:rsidRPr="000D7886">
        <w:rPr>
          <w:rFonts w:asciiTheme="majorHAnsi" w:hAnsiTheme="majorHAnsi" w:cstheme="majorHAnsi"/>
          <w:sz w:val="28"/>
          <w:szCs w:val="28"/>
        </w:rPr>
        <w:t>="Beauty1home.html"&gt;Home&lt;/a&gt;</w:t>
      </w:r>
    </w:p>
    <w:p w14:paraId="7137C1D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&lt;a </w:t>
      </w:r>
      <w:proofErr w:type="spellStart"/>
      <w:r w:rsidRPr="000D7886">
        <w:rPr>
          <w:rFonts w:asciiTheme="majorHAnsi" w:hAnsiTheme="majorHAnsi" w:cstheme="majorHAnsi"/>
          <w:sz w:val="28"/>
          <w:szCs w:val="28"/>
        </w:rPr>
        <w:t>href</w:t>
      </w:r>
      <w:proofErr w:type="spellEnd"/>
      <w:r w:rsidRPr="000D7886">
        <w:rPr>
          <w:rFonts w:asciiTheme="majorHAnsi" w:hAnsiTheme="majorHAnsi" w:cstheme="majorHAnsi"/>
          <w:sz w:val="28"/>
          <w:szCs w:val="28"/>
        </w:rPr>
        <w:t>="Beauty2services.html"&gt;Services&lt;/a&gt;</w:t>
      </w:r>
    </w:p>
    <w:p w14:paraId="0313C9DF"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&lt;a </w:t>
      </w:r>
      <w:proofErr w:type="spellStart"/>
      <w:r w:rsidRPr="000D7886">
        <w:rPr>
          <w:rFonts w:asciiTheme="majorHAnsi" w:hAnsiTheme="majorHAnsi" w:cstheme="majorHAnsi"/>
          <w:sz w:val="28"/>
          <w:szCs w:val="28"/>
        </w:rPr>
        <w:t>href</w:t>
      </w:r>
      <w:proofErr w:type="spellEnd"/>
      <w:r w:rsidRPr="000D7886">
        <w:rPr>
          <w:rFonts w:asciiTheme="majorHAnsi" w:hAnsiTheme="majorHAnsi" w:cstheme="majorHAnsi"/>
          <w:sz w:val="28"/>
          <w:szCs w:val="28"/>
        </w:rPr>
        <w:t>="Beauty3prices.html"&gt;Prices&lt;/a&gt;</w:t>
      </w:r>
    </w:p>
    <w:p w14:paraId="29341A33"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&lt;a </w:t>
      </w:r>
      <w:proofErr w:type="spellStart"/>
      <w:r w:rsidRPr="000D7886">
        <w:rPr>
          <w:rFonts w:asciiTheme="majorHAnsi" w:hAnsiTheme="majorHAnsi" w:cstheme="majorHAnsi"/>
          <w:sz w:val="28"/>
          <w:szCs w:val="28"/>
        </w:rPr>
        <w:t>href</w:t>
      </w:r>
      <w:proofErr w:type="spellEnd"/>
      <w:r w:rsidRPr="000D7886">
        <w:rPr>
          <w:rFonts w:asciiTheme="majorHAnsi" w:hAnsiTheme="majorHAnsi" w:cstheme="majorHAnsi"/>
          <w:sz w:val="28"/>
          <w:szCs w:val="28"/>
        </w:rPr>
        <w:t>="Beauty4book.html"&gt;Book Here&lt;/a&gt;</w:t>
      </w:r>
    </w:p>
    <w:p w14:paraId="2F1F7F95" w14:textId="3EDFBC9B"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&lt;/div&gt;</w:t>
      </w:r>
    </w:p>
    <w:p w14:paraId="6F864294" w14:textId="2F51A7FE"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 class="header"&gt;&lt;/div&gt;</w:t>
      </w:r>
    </w:p>
    <w:p w14:paraId="0CB5237A"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 class="gallery"&gt;</w:t>
      </w:r>
    </w:p>
    <w:p w14:paraId="601D1506"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 class="item"&gt;</w:t>
      </w:r>
    </w:p>
    <w:p w14:paraId="56BC612B"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w:t>
      </w:r>
      <w:proofErr w:type="spellStart"/>
      <w:r w:rsidRPr="000D7886">
        <w:rPr>
          <w:rFonts w:asciiTheme="majorHAnsi" w:hAnsiTheme="majorHAnsi" w:cstheme="majorHAnsi"/>
          <w:sz w:val="28"/>
          <w:szCs w:val="28"/>
        </w:rPr>
        <w:t>img</w:t>
      </w:r>
      <w:proofErr w:type="spellEnd"/>
      <w:r w:rsidRPr="000D7886">
        <w:rPr>
          <w:rFonts w:asciiTheme="majorHAnsi" w:hAnsiTheme="majorHAnsi" w:cstheme="majorHAnsi"/>
          <w:sz w:val="28"/>
          <w:szCs w:val="28"/>
        </w:rPr>
        <w:t xml:space="preserve"> </w:t>
      </w:r>
      <w:proofErr w:type="spellStart"/>
      <w:r w:rsidRPr="000D7886">
        <w:rPr>
          <w:rFonts w:asciiTheme="majorHAnsi" w:hAnsiTheme="majorHAnsi" w:cstheme="majorHAnsi"/>
          <w:sz w:val="28"/>
          <w:szCs w:val="28"/>
        </w:rPr>
        <w:t>src</w:t>
      </w:r>
      <w:proofErr w:type="spellEnd"/>
      <w:r w:rsidRPr="000D7886">
        <w:rPr>
          <w:rFonts w:asciiTheme="majorHAnsi" w:hAnsiTheme="majorHAnsi" w:cstheme="majorHAnsi"/>
          <w:sz w:val="28"/>
          <w:szCs w:val="28"/>
        </w:rPr>
        <w:t>="1.jpg"style="width:400</w:t>
      </w:r>
      <w:proofErr w:type="gramStart"/>
      <w:r w:rsidRPr="000D7886">
        <w:rPr>
          <w:rFonts w:asciiTheme="majorHAnsi" w:hAnsiTheme="majorHAnsi" w:cstheme="majorHAnsi"/>
          <w:sz w:val="28"/>
          <w:szCs w:val="28"/>
        </w:rPr>
        <w:t>px;height</w:t>
      </w:r>
      <w:proofErr w:type="gramEnd"/>
      <w:r w:rsidRPr="000D7886">
        <w:rPr>
          <w:rFonts w:asciiTheme="majorHAnsi" w:hAnsiTheme="majorHAnsi" w:cstheme="majorHAnsi"/>
          <w:sz w:val="28"/>
          <w:szCs w:val="28"/>
        </w:rPr>
        <w:t>:300</w:t>
      </w:r>
      <w:proofErr w:type="gramStart"/>
      <w:r w:rsidRPr="000D7886">
        <w:rPr>
          <w:rFonts w:asciiTheme="majorHAnsi" w:hAnsiTheme="majorHAnsi" w:cstheme="majorHAnsi"/>
          <w:sz w:val="28"/>
          <w:szCs w:val="28"/>
        </w:rPr>
        <w:t>px;class</w:t>
      </w:r>
      <w:proofErr w:type="gramEnd"/>
      <w:r w:rsidRPr="000D7886">
        <w:rPr>
          <w:rFonts w:asciiTheme="majorHAnsi" w:hAnsiTheme="majorHAnsi" w:cstheme="majorHAnsi"/>
          <w:sz w:val="28"/>
          <w:szCs w:val="28"/>
        </w:rPr>
        <w:t>="avatar&gt;</w:t>
      </w:r>
    </w:p>
    <w:p w14:paraId="13E88E3C"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&lt;h2&gt;&lt;b&gt;Massages&lt;/h2&gt;&lt;/b&gt;</w:t>
      </w:r>
    </w:p>
    <w:p w14:paraId="5BA53E9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&lt;h3&gt;&lt;b&gt;Vacuum Roller Massage&lt;/b&gt;&lt;/h3&gt;</w:t>
      </w:r>
    </w:p>
    <w:p w14:paraId="6D5EA91A" w14:textId="77777777" w:rsidR="000D7886" w:rsidRPr="000D7886" w:rsidRDefault="000D7886" w:rsidP="000D7886">
      <w:pPr>
        <w:spacing w:after="0"/>
        <w:rPr>
          <w:rFonts w:asciiTheme="majorHAnsi" w:hAnsiTheme="majorHAnsi" w:cstheme="majorHAnsi"/>
          <w:sz w:val="28"/>
          <w:szCs w:val="28"/>
        </w:rPr>
      </w:pPr>
    </w:p>
    <w:p w14:paraId="638A358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Vacuum roller massage is a non-invasive body treatment designed to improve skin tone, support circulation, and enhance overall body contour. Using advanced technology, the treatment combines gentle suction with </w:t>
      </w:r>
      <w:proofErr w:type="spellStart"/>
      <w:r w:rsidRPr="000D7886">
        <w:rPr>
          <w:rFonts w:asciiTheme="majorHAnsi" w:hAnsiTheme="majorHAnsi" w:cstheme="majorHAnsi"/>
          <w:sz w:val="28"/>
          <w:szCs w:val="28"/>
        </w:rPr>
        <w:t>motorised</w:t>
      </w:r>
      <w:proofErr w:type="spellEnd"/>
      <w:r w:rsidRPr="000D7886">
        <w:rPr>
          <w:rFonts w:asciiTheme="majorHAnsi" w:hAnsiTheme="majorHAnsi" w:cstheme="majorHAnsi"/>
          <w:sz w:val="28"/>
          <w:szCs w:val="28"/>
        </w:rPr>
        <w:t xml:space="preserve"> rollers to stimulate the skin and underlying tissues.</w:t>
      </w:r>
    </w:p>
    <w:p w14:paraId="4833F885" w14:textId="77777777" w:rsidR="000D7886" w:rsidRPr="000D7886" w:rsidRDefault="000D7886" w:rsidP="000D7886">
      <w:pPr>
        <w:spacing w:after="0"/>
        <w:rPr>
          <w:rFonts w:asciiTheme="majorHAnsi" w:hAnsiTheme="majorHAnsi" w:cstheme="majorHAnsi"/>
          <w:sz w:val="28"/>
          <w:szCs w:val="28"/>
        </w:rPr>
      </w:pPr>
      <w:proofErr w:type="gramStart"/>
      <w:r w:rsidRPr="000D7886">
        <w:rPr>
          <w:rFonts w:asciiTheme="majorHAnsi" w:hAnsiTheme="majorHAnsi" w:cstheme="majorHAnsi"/>
          <w:sz w:val="28"/>
          <w:szCs w:val="28"/>
        </w:rPr>
        <w:t>The suction</w:t>
      </w:r>
      <w:proofErr w:type="gramEnd"/>
      <w:r w:rsidRPr="000D7886">
        <w:rPr>
          <w:rFonts w:asciiTheme="majorHAnsi" w:hAnsiTheme="majorHAnsi" w:cstheme="majorHAnsi"/>
          <w:sz w:val="28"/>
          <w:szCs w:val="28"/>
        </w:rPr>
        <w:t xml:space="preserve"> action lifts the skin, allowing the rollers to deeply massage the area. This process helps to increase blood flow, encourage lymphatic drainage, and break down areas of tension or uneven texture.</w:t>
      </w:r>
    </w:p>
    <w:p w14:paraId="76231C5D"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&lt;h4&gt;Vacuum roller massage can help to:&lt;/h4&gt;</w:t>
      </w:r>
    </w:p>
    <w:p w14:paraId="3C041C96"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&lt;ul&gt;</w:t>
      </w:r>
    </w:p>
    <w:p w14:paraId="04C989A0"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&lt;li&gt;Improve the appearance of cellulite&lt;/li&gt;</w:t>
      </w:r>
    </w:p>
    <w:p w14:paraId="42B17E8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&lt;li&gt;Boost circulation and oxygen flow&lt;/li&gt;</w:t>
      </w:r>
    </w:p>
    <w:p w14:paraId="2E4F5B0E"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&lt;li&gt;Support lymphatic drainage and reduce fluid retention&lt;/li&gt;</w:t>
      </w:r>
    </w:p>
    <w:p w14:paraId="3564FE68" w14:textId="645011A0"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ab/>
      </w:r>
      <w:r>
        <w:rPr>
          <w:rFonts w:asciiTheme="majorHAnsi" w:hAnsiTheme="majorHAnsi" w:cstheme="majorHAnsi"/>
          <w:sz w:val="28"/>
          <w:szCs w:val="28"/>
        </w:rPr>
        <w:t xml:space="preserve">    </w:t>
      </w:r>
      <w:r w:rsidRPr="000D7886">
        <w:rPr>
          <w:rFonts w:asciiTheme="majorHAnsi" w:hAnsiTheme="majorHAnsi" w:cstheme="majorHAnsi"/>
          <w:sz w:val="28"/>
          <w:szCs w:val="28"/>
        </w:rPr>
        <w:t>&lt;li&gt;Smooth and firm the skin&lt;/li&gt;</w:t>
      </w:r>
    </w:p>
    <w:p w14:paraId="7E8098D8" w14:textId="69EEE4B4"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ab/>
      </w:r>
      <w:r>
        <w:rPr>
          <w:rFonts w:asciiTheme="majorHAnsi" w:hAnsiTheme="majorHAnsi" w:cstheme="majorHAnsi"/>
          <w:sz w:val="28"/>
          <w:szCs w:val="28"/>
        </w:rPr>
        <w:t xml:space="preserve">    </w:t>
      </w:r>
      <w:r w:rsidRPr="000D7886">
        <w:rPr>
          <w:rFonts w:asciiTheme="majorHAnsi" w:hAnsiTheme="majorHAnsi" w:cstheme="majorHAnsi"/>
          <w:sz w:val="28"/>
          <w:szCs w:val="28"/>
        </w:rPr>
        <w:t>&lt;li&gt;Relax muscles and relieve tension&lt;/li&gt;</w:t>
      </w:r>
    </w:p>
    <w:p w14:paraId="2674981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&lt;/ul&gt;</w:t>
      </w:r>
    </w:p>
    <w:p w14:paraId="102F7197"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The treatment feels like a deep, rhythmic massage with a gentle suction effect. It is comfortable and relaxing, with pressure adjusted to suit your preference.</w:t>
      </w:r>
    </w:p>
    <w:p w14:paraId="3E2B218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&lt;h4&gt;Areas we treat&lt;/h4&gt;</w:t>
      </w:r>
    </w:p>
    <w:p w14:paraId="17B2683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&lt;ul&gt;</w:t>
      </w:r>
    </w:p>
    <w:p w14:paraId="325447CB"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&lt;li&gt;Thighs and buttocks&lt;/li&gt;</w:t>
      </w:r>
    </w:p>
    <w:p w14:paraId="6652F35C" w14:textId="49D2678E"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ab/>
      </w:r>
      <w:r>
        <w:rPr>
          <w:rFonts w:asciiTheme="majorHAnsi" w:hAnsiTheme="majorHAnsi" w:cstheme="majorHAnsi"/>
          <w:sz w:val="28"/>
          <w:szCs w:val="28"/>
        </w:rPr>
        <w:t xml:space="preserve">    </w:t>
      </w:r>
      <w:r w:rsidRPr="000D7886">
        <w:rPr>
          <w:rFonts w:asciiTheme="majorHAnsi" w:hAnsiTheme="majorHAnsi" w:cstheme="majorHAnsi"/>
          <w:sz w:val="28"/>
          <w:szCs w:val="28"/>
        </w:rPr>
        <w:t>&lt;li&gt;Abdomen&lt;/li&gt;</w:t>
      </w:r>
    </w:p>
    <w:p w14:paraId="174F0E9B" w14:textId="7EE06D29"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ab/>
      </w:r>
      <w:r>
        <w:rPr>
          <w:rFonts w:asciiTheme="majorHAnsi" w:hAnsiTheme="majorHAnsi" w:cstheme="majorHAnsi"/>
          <w:sz w:val="28"/>
          <w:szCs w:val="28"/>
        </w:rPr>
        <w:t xml:space="preserve">    </w:t>
      </w:r>
      <w:r w:rsidRPr="000D7886">
        <w:rPr>
          <w:rFonts w:asciiTheme="majorHAnsi" w:hAnsiTheme="majorHAnsi" w:cstheme="majorHAnsi"/>
          <w:sz w:val="28"/>
          <w:szCs w:val="28"/>
        </w:rPr>
        <w:t>&lt;li&gt;Arms&lt;/li&gt;</w:t>
      </w:r>
    </w:p>
    <w:p w14:paraId="4EEFFF4A" w14:textId="02C8BA48"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&lt;li&gt;Back&lt;/li&gt;</w:t>
      </w:r>
    </w:p>
    <w:p w14:paraId="68218F73"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&lt;/ul&gt;</w:t>
      </w:r>
    </w:p>
    <w:p w14:paraId="289A8A5D"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&lt;h4&gt;Aftercare&lt;/h4&gt;</w:t>
      </w:r>
    </w:p>
    <w:p w14:paraId="57FD63B3" w14:textId="513575C1"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To </w:t>
      </w:r>
      <w:r w:rsidR="00E04791" w:rsidRPr="000D7886">
        <w:rPr>
          <w:rFonts w:asciiTheme="majorHAnsi" w:hAnsiTheme="majorHAnsi" w:cstheme="majorHAnsi"/>
          <w:sz w:val="28"/>
          <w:szCs w:val="28"/>
        </w:rPr>
        <w:t>maximize</w:t>
      </w:r>
      <w:r w:rsidRPr="000D7886">
        <w:rPr>
          <w:rFonts w:asciiTheme="majorHAnsi" w:hAnsiTheme="majorHAnsi" w:cstheme="majorHAnsi"/>
          <w:sz w:val="28"/>
          <w:szCs w:val="28"/>
        </w:rPr>
        <w:t xml:space="preserve"> results, we recommend drinking plenty of water after your treatment to help support the body’s natural detoxification process.</w:t>
      </w:r>
    </w:p>
    <w:p w14:paraId="2EE6AD9C"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How many sessions will I need?</w:t>
      </w:r>
    </w:p>
    <w:p w14:paraId="629EFC82" w14:textId="306EE1E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For best results, a course of treatments is recommended. Your therapist will create a </w:t>
      </w:r>
      <w:r w:rsidR="00E04791" w:rsidRPr="000D7886">
        <w:rPr>
          <w:rFonts w:asciiTheme="majorHAnsi" w:hAnsiTheme="majorHAnsi" w:cstheme="majorHAnsi"/>
          <w:sz w:val="28"/>
          <w:szCs w:val="28"/>
        </w:rPr>
        <w:t>personalized</w:t>
      </w:r>
      <w:r w:rsidRPr="000D7886">
        <w:rPr>
          <w:rFonts w:asciiTheme="majorHAnsi" w:hAnsiTheme="majorHAnsi" w:cstheme="majorHAnsi"/>
          <w:sz w:val="28"/>
          <w:szCs w:val="28"/>
        </w:rPr>
        <w:t xml:space="preserve"> plan based on your goals.</w:t>
      </w:r>
    </w:p>
    <w:p w14:paraId="156E994C"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&lt;/div&gt;</w:t>
      </w:r>
    </w:p>
    <w:p w14:paraId="4EFBC6E9" w14:textId="77777777" w:rsidR="000D7886" w:rsidRPr="000D7886" w:rsidRDefault="000D7886" w:rsidP="000D7886">
      <w:pPr>
        <w:spacing w:after="0"/>
        <w:rPr>
          <w:rFonts w:asciiTheme="majorHAnsi" w:hAnsiTheme="majorHAnsi" w:cstheme="majorHAnsi"/>
          <w:sz w:val="28"/>
          <w:szCs w:val="28"/>
        </w:rPr>
      </w:pPr>
    </w:p>
    <w:p w14:paraId="2C0AAB5E"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 class="item"&gt;</w:t>
      </w:r>
    </w:p>
    <w:p w14:paraId="305CFD02"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w:t>
      </w:r>
      <w:proofErr w:type="spellStart"/>
      <w:r w:rsidRPr="000D7886">
        <w:rPr>
          <w:rFonts w:asciiTheme="majorHAnsi" w:hAnsiTheme="majorHAnsi" w:cstheme="majorHAnsi"/>
          <w:sz w:val="28"/>
          <w:szCs w:val="28"/>
        </w:rPr>
        <w:t>img</w:t>
      </w:r>
      <w:proofErr w:type="spellEnd"/>
      <w:r w:rsidRPr="000D7886">
        <w:rPr>
          <w:rFonts w:asciiTheme="majorHAnsi" w:hAnsiTheme="majorHAnsi" w:cstheme="majorHAnsi"/>
          <w:sz w:val="28"/>
          <w:szCs w:val="28"/>
        </w:rPr>
        <w:t xml:space="preserve"> </w:t>
      </w:r>
      <w:proofErr w:type="spellStart"/>
      <w:r w:rsidRPr="000D7886">
        <w:rPr>
          <w:rFonts w:asciiTheme="majorHAnsi" w:hAnsiTheme="majorHAnsi" w:cstheme="majorHAnsi"/>
          <w:sz w:val="28"/>
          <w:szCs w:val="28"/>
        </w:rPr>
        <w:t>src</w:t>
      </w:r>
      <w:proofErr w:type="spellEnd"/>
      <w:r w:rsidRPr="000D7886">
        <w:rPr>
          <w:rFonts w:asciiTheme="majorHAnsi" w:hAnsiTheme="majorHAnsi" w:cstheme="majorHAnsi"/>
          <w:sz w:val="28"/>
          <w:szCs w:val="28"/>
        </w:rPr>
        <w:t>="2.jpg" style="width:400</w:t>
      </w:r>
      <w:proofErr w:type="gramStart"/>
      <w:r w:rsidRPr="000D7886">
        <w:rPr>
          <w:rFonts w:asciiTheme="majorHAnsi" w:hAnsiTheme="majorHAnsi" w:cstheme="majorHAnsi"/>
          <w:sz w:val="28"/>
          <w:szCs w:val="28"/>
        </w:rPr>
        <w:t>px;height</w:t>
      </w:r>
      <w:proofErr w:type="gramEnd"/>
      <w:r w:rsidRPr="000D7886">
        <w:rPr>
          <w:rFonts w:asciiTheme="majorHAnsi" w:hAnsiTheme="majorHAnsi" w:cstheme="majorHAnsi"/>
          <w:sz w:val="28"/>
          <w:szCs w:val="28"/>
        </w:rPr>
        <w:t>:300px; class="avatar"&gt;</w:t>
      </w:r>
    </w:p>
    <w:p w14:paraId="7A62F09E"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&lt;h2&gt;&lt;b&gt;Face treatment&lt;/b&gt;&lt;/h2&gt;</w:t>
      </w:r>
    </w:p>
    <w:p w14:paraId="40B5D4C2"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Our Cleansing &amp; Peeling Facial is designed to deeply purify, exfoliate, and refresh the skin, leaving your complexion clearer, smoother, and more radiant.</w:t>
      </w:r>
    </w:p>
    <w:p w14:paraId="1AAFFDF5"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This treatment combines deep cleansing with professional exfoliation (peeling) to remove dead skin cells, unclog pores, and support natural skin renewal. It is ideal for maintaining healthy skin as well as targeting common concerns such as dullness, congestion, and uneven texture.</w:t>
      </w:r>
    </w:p>
    <w:p w14:paraId="75E25192"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&lt;h4&gt;Key Benefits&lt;/h4&gt;</w:t>
      </w:r>
    </w:p>
    <w:p w14:paraId="06603A2A"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&lt;ul&gt;</w:t>
      </w:r>
    </w:p>
    <w:p w14:paraId="34A414EE"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&lt;li&gt;Deeply cleanses and purifies the skin&lt;/li&gt;</w:t>
      </w:r>
    </w:p>
    <w:p w14:paraId="15C3C6BB"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&lt;li&gt;Removes dead skin cells and promotes renewal&lt;/li&gt;</w:t>
      </w:r>
    </w:p>
    <w:p w14:paraId="12ABA65D"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&lt;li&gt;Improves skin texture and smoothness&lt;/li&gt;</w:t>
      </w:r>
    </w:p>
    <w:p w14:paraId="5E19FAA0"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&lt;li&gt;Brightens and evens out skin tone&lt;/li&gt;</w:t>
      </w:r>
    </w:p>
    <w:p w14:paraId="25B0B8D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&lt;li&gt;Helps reduce breakouts and congestion&lt;/li&gt;</w:t>
      </w:r>
    </w:p>
    <w:p w14:paraId="07B025D1"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&lt;/ul&gt;</w:t>
      </w:r>
    </w:p>
    <w:p w14:paraId="0BA77342"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&lt;h4&gt;How it works&lt;/h4&gt;</w:t>
      </w:r>
    </w:p>
    <w:p w14:paraId="61062F56"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The treatment begins with a thorough cleanse to remove impurities and excess oil. A professional peeling solution is then applied to gently exfoliate the outer layer of the skin, stimulating cell turnover and revealing a fresher, healthier complexion.</w:t>
      </w:r>
    </w:p>
    <w:p w14:paraId="16AC144B"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&lt;h4&gt;What to expect&lt;/h4&gt;</w:t>
      </w:r>
    </w:p>
    <w:p w14:paraId="457CC1D1"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You may experience a mild tingling sensation during the peeling stage. After the treatment, your skin may appear slightly flushed and feel refreshed. In some cases, light peeling may occur over the following days.</w:t>
      </w:r>
    </w:p>
    <w:p w14:paraId="31D46FB2"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&lt;h4&gt;Who is it suitable </w:t>
      </w:r>
      <w:proofErr w:type="gramStart"/>
      <w:r w:rsidRPr="000D7886">
        <w:rPr>
          <w:rFonts w:asciiTheme="majorHAnsi" w:hAnsiTheme="majorHAnsi" w:cstheme="majorHAnsi"/>
          <w:sz w:val="28"/>
          <w:szCs w:val="28"/>
        </w:rPr>
        <w:t>for?&lt;</w:t>
      </w:r>
      <w:proofErr w:type="gramEnd"/>
      <w:r w:rsidRPr="000D7886">
        <w:rPr>
          <w:rFonts w:asciiTheme="majorHAnsi" w:hAnsiTheme="majorHAnsi" w:cstheme="majorHAnsi"/>
          <w:sz w:val="28"/>
          <w:szCs w:val="28"/>
        </w:rPr>
        <w:t>/h4&gt;</w:t>
      </w:r>
    </w:p>
    <w:p w14:paraId="197205D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This facial is suitable for most skin types and is ideal for those who:</w:t>
      </w:r>
    </w:p>
    <w:p w14:paraId="77F7D0D0"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w:t>
      </w:r>
      <w:proofErr w:type="gramStart"/>
      <w:r w:rsidRPr="000D7886">
        <w:rPr>
          <w:rFonts w:asciiTheme="majorHAnsi" w:hAnsiTheme="majorHAnsi" w:cstheme="majorHAnsi"/>
          <w:sz w:val="28"/>
          <w:szCs w:val="28"/>
        </w:rPr>
        <w:t>&gt;  &lt;</w:t>
      </w:r>
      <w:proofErr w:type="gramEnd"/>
      <w:r w:rsidRPr="000D7886">
        <w:rPr>
          <w:rFonts w:asciiTheme="majorHAnsi" w:hAnsiTheme="majorHAnsi" w:cstheme="majorHAnsi"/>
          <w:sz w:val="28"/>
          <w:szCs w:val="28"/>
        </w:rPr>
        <w:t>li&gt;Have dull or tired-looking skin&lt;/li&gt;</w:t>
      </w:r>
    </w:p>
    <w:p w14:paraId="7912AE59" w14:textId="2233CD93"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w:t>
      </w:r>
      <w:r w:rsidR="00E04791">
        <w:rPr>
          <w:rFonts w:asciiTheme="majorHAnsi" w:hAnsiTheme="majorHAnsi" w:cstheme="majorHAnsi"/>
          <w:sz w:val="28"/>
          <w:szCs w:val="28"/>
        </w:rPr>
        <w:t xml:space="preserve">    </w:t>
      </w:r>
      <w:r w:rsidRPr="000D7886">
        <w:rPr>
          <w:rFonts w:asciiTheme="majorHAnsi" w:hAnsiTheme="majorHAnsi" w:cstheme="majorHAnsi"/>
          <w:sz w:val="28"/>
          <w:szCs w:val="28"/>
        </w:rPr>
        <w:t>&lt;li&gt;Experience clogged pores or breakouts&lt;/li&gt;</w:t>
      </w:r>
    </w:p>
    <w:p w14:paraId="5CB79706" w14:textId="78283E25"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w:t>
      </w:r>
      <w:r w:rsidR="00E04791">
        <w:rPr>
          <w:rFonts w:asciiTheme="majorHAnsi" w:hAnsiTheme="majorHAnsi" w:cstheme="majorHAnsi"/>
          <w:sz w:val="28"/>
          <w:szCs w:val="28"/>
        </w:rPr>
        <w:t xml:space="preserve">    </w:t>
      </w:r>
      <w:r w:rsidRPr="000D7886">
        <w:rPr>
          <w:rFonts w:asciiTheme="majorHAnsi" w:hAnsiTheme="majorHAnsi" w:cstheme="majorHAnsi"/>
          <w:sz w:val="28"/>
          <w:szCs w:val="28"/>
        </w:rPr>
        <w:t xml:space="preserve">  &lt;li&gt;Are looking for regular skin maintenance&lt;/li&gt;</w:t>
      </w:r>
    </w:p>
    <w:p w14:paraId="0A29A36A"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lastRenderedPageBreak/>
        <w:t>&lt;/ul&gt;</w:t>
      </w:r>
    </w:p>
    <w:p w14:paraId="7A6ED200"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&lt;h4&gt;Aftercare&lt;/h4&gt;</w:t>
      </w:r>
    </w:p>
    <w:p w14:paraId="087B488F"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w:t>
      </w:r>
      <w:proofErr w:type="gramStart"/>
      <w:r w:rsidRPr="000D7886">
        <w:rPr>
          <w:rFonts w:asciiTheme="majorHAnsi" w:hAnsiTheme="majorHAnsi" w:cstheme="majorHAnsi"/>
          <w:sz w:val="28"/>
          <w:szCs w:val="28"/>
        </w:rPr>
        <w:t>&gt;  &lt;</w:t>
      </w:r>
      <w:proofErr w:type="gramEnd"/>
      <w:r w:rsidRPr="000D7886">
        <w:rPr>
          <w:rFonts w:asciiTheme="majorHAnsi" w:hAnsiTheme="majorHAnsi" w:cstheme="majorHAnsi"/>
          <w:sz w:val="28"/>
          <w:szCs w:val="28"/>
        </w:rPr>
        <w:t>li&gt;Apply SPF daily to protect your skin&lt;/li&gt;</w:t>
      </w:r>
    </w:p>
    <w:p w14:paraId="7C9B417B"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&lt;li&gt;Keep skin hydrated with a gentle </w:t>
      </w:r>
      <w:proofErr w:type="spellStart"/>
      <w:r w:rsidRPr="000D7886">
        <w:rPr>
          <w:rFonts w:asciiTheme="majorHAnsi" w:hAnsiTheme="majorHAnsi" w:cstheme="majorHAnsi"/>
          <w:sz w:val="28"/>
          <w:szCs w:val="28"/>
        </w:rPr>
        <w:t>moisturiser</w:t>
      </w:r>
      <w:proofErr w:type="spellEnd"/>
      <w:r w:rsidRPr="000D7886">
        <w:rPr>
          <w:rFonts w:asciiTheme="majorHAnsi" w:hAnsiTheme="majorHAnsi" w:cstheme="majorHAnsi"/>
          <w:sz w:val="28"/>
          <w:szCs w:val="28"/>
        </w:rPr>
        <w:t>&lt;/li&gt;</w:t>
      </w:r>
    </w:p>
    <w:p w14:paraId="6B2BF9FA"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&lt;li&gt;Avoid harsh or active products for a few days&lt;/li&gt;</w:t>
      </w:r>
    </w:p>
    <w:p w14:paraId="1121D40C"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&lt;li&gt;Do not pick or peel the skin&lt;/li&gt;</w:t>
      </w:r>
    </w:p>
    <w:p w14:paraId="59D09D4F"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&lt;/ul&gt;</w:t>
      </w:r>
    </w:p>
    <w:p w14:paraId="10FB83B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&lt;h4&gt;Results&lt;/h4&gt;</w:t>
      </w:r>
    </w:p>
    <w:p w14:paraId="1BF913DF"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Skin appears instantly cleaner, smoother, and more radiant, with continued improvement as the skin renews itself. Regular treatments are recommended for optimal results.</w:t>
      </w:r>
    </w:p>
    <w:p w14:paraId="5A0AFCA8"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&lt;/div&gt;</w:t>
      </w:r>
    </w:p>
    <w:p w14:paraId="74317145"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 class="item"&gt;</w:t>
      </w:r>
    </w:p>
    <w:p w14:paraId="27D355E2"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w:t>
      </w:r>
      <w:proofErr w:type="spellStart"/>
      <w:r w:rsidRPr="000D7886">
        <w:rPr>
          <w:rFonts w:asciiTheme="majorHAnsi" w:hAnsiTheme="majorHAnsi" w:cstheme="majorHAnsi"/>
          <w:sz w:val="28"/>
          <w:szCs w:val="28"/>
        </w:rPr>
        <w:t>img</w:t>
      </w:r>
      <w:proofErr w:type="spellEnd"/>
      <w:r w:rsidRPr="000D7886">
        <w:rPr>
          <w:rFonts w:asciiTheme="majorHAnsi" w:hAnsiTheme="majorHAnsi" w:cstheme="majorHAnsi"/>
          <w:sz w:val="28"/>
          <w:szCs w:val="28"/>
        </w:rPr>
        <w:t xml:space="preserve"> </w:t>
      </w:r>
      <w:proofErr w:type="spellStart"/>
      <w:r w:rsidRPr="000D7886">
        <w:rPr>
          <w:rFonts w:asciiTheme="majorHAnsi" w:hAnsiTheme="majorHAnsi" w:cstheme="majorHAnsi"/>
          <w:sz w:val="28"/>
          <w:szCs w:val="28"/>
        </w:rPr>
        <w:t>src</w:t>
      </w:r>
      <w:proofErr w:type="spellEnd"/>
      <w:r w:rsidRPr="000D7886">
        <w:rPr>
          <w:rFonts w:asciiTheme="majorHAnsi" w:hAnsiTheme="majorHAnsi" w:cstheme="majorHAnsi"/>
          <w:sz w:val="28"/>
          <w:szCs w:val="28"/>
        </w:rPr>
        <w:t>="3.jpg" style="width:400</w:t>
      </w:r>
      <w:proofErr w:type="gramStart"/>
      <w:r w:rsidRPr="000D7886">
        <w:rPr>
          <w:rFonts w:asciiTheme="majorHAnsi" w:hAnsiTheme="majorHAnsi" w:cstheme="majorHAnsi"/>
          <w:sz w:val="28"/>
          <w:szCs w:val="28"/>
        </w:rPr>
        <w:t>px;height</w:t>
      </w:r>
      <w:proofErr w:type="gramEnd"/>
      <w:r w:rsidRPr="000D7886">
        <w:rPr>
          <w:rFonts w:asciiTheme="majorHAnsi" w:hAnsiTheme="majorHAnsi" w:cstheme="majorHAnsi"/>
          <w:sz w:val="28"/>
          <w:szCs w:val="28"/>
        </w:rPr>
        <w:t>:300px; class="avatar"&gt;</w:t>
      </w:r>
    </w:p>
    <w:p w14:paraId="719295A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&lt;h2&gt;&lt;b&gt;Injections&lt;/b&gt;&lt;/h2&gt;</w:t>
      </w:r>
    </w:p>
    <w:p w14:paraId="1F83ACEA"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&lt;h4&gt;Aesthetic Injections&lt;/h4&gt;</w:t>
      </w:r>
    </w:p>
    <w:p w14:paraId="5F117720"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Aesthetic injections are non-surgical treatments designed to enhance natural beauty, restore volume, and smooth the appearance of fine lines and wrinkles.</w:t>
      </w:r>
    </w:p>
    <w:p w14:paraId="3C13F1FF"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Using advanced injectable products, these treatments can help refresh and rejuvenate your appearance while maintaining a natural-looking result.</w:t>
      </w:r>
    </w:p>
    <w:p w14:paraId="464D6FB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&lt;h4&gt;Aesthetic injections can be used to:&lt;/h4&gt;</w:t>
      </w:r>
    </w:p>
    <w:p w14:paraId="2D434D32"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w:t>
      </w:r>
      <w:proofErr w:type="gramStart"/>
      <w:r w:rsidRPr="000D7886">
        <w:rPr>
          <w:rFonts w:asciiTheme="majorHAnsi" w:hAnsiTheme="majorHAnsi" w:cstheme="majorHAnsi"/>
          <w:sz w:val="28"/>
          <w:szCs w:val="28"/>
        </w:rPr>
        <w:t>&gt;  &lt;</w:t>
      </w:r>
      <w:proofErr w:type="gramEnd"/>
      <w:r w:rsidRPr="000D7886">
        <w:rPr>
          <w:rFonts w:asciiTheme="majorHAnsi" w:hAnsiTheme="majorHAnsi" w:cstheme="majorHAnsi"/>
          <w:sz w:val="28"/>
          <w:szCs w:val="28"/>
        </w:rPr>
        <w:t>li&gt;Soften fine lines and wrinkles&lt;/li&gt;</w:t>
      </w:r>
    </w:p>
    <w:p w14:paraId="09F54F4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&lt;li&gt;Restore lost volume in areas such as lips and cheeks&lt;/li&gt;</w:t>
      </w:r>
    </w:p>
    <w:p w14:paraId="22EF4803"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&lt;li&gt;Enhance facial contours and definition&lt;/li&gt;</w:t>
      </w:r>
    </w:p>
    <w:p w14:paraId="50AA602C"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&lt;li&gt;Improve overall facial balance and symmetry&lt;/li&gt;</w:t>
      </w:r>
    </w:p>
    <w:p w14:paraId="333863F5"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&lt;/ul&gt;</w:t>
      </w:r>
    </w:p>
    <w:p w14:paraId="155F7E08"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&lt;h4&gt;Types of treatments&lt;/h4&gt;</w:t>
      </w:r>
    </w:p>
    <w:p w14:paraId="49407DCA"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We offer a range of injectable treatments, including:</w:t>
      </w:r>
    </w:p>
    <w:p w14:paraId="45ABE8B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w:t>
      </w:r>
      <w:proofErr w:type="gramStart"/>
      <w:r w:rsidRPr="000D7886">
        <w:rPr>
          <w:rFonts w:asciiTheme="majorHAnsi" w:hAnsiTheme="majorHAnsi" w:cstheme="majorHAnsi"/>
          <w:sz w:val="28"/>
          <w:szCs w:val="28"/>
        </w:rPr>
        <w:t>&gt;  &lt;</w:t>
      </w:r>
      <w:proofErr w:type="gramEnd"/>
      <w:r w:rsidRPr="000D7886">
        <w:rPr>
          <w:rFonts w:asciiTheme="majorHAnsi" w:hAnsiTheme="majorHAnsi" w:cstheme="majorHAnsi"/>
          <w:sz w:val="28"/>
          <w:szCs w:val="28"/>
        </w:rPr>
        <w:t>li&gt;Anti-wrinkle injections to relax targeted facial muscles&lt;/li&gt;</w:t>
      </w:r>
    </w:p>
    <w:p w14:paraId="6F0B1B3A"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&lt;li&gt;Dermal fillers to restore volume and enhance features&lt;/li&gt;</w:t>
      </w:r>
    </w:p>
    <w:p w14:paraId="1820781C"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&lt;/ul&gt;</w:t>
      </w:r>
    </w:p>
    <w:p w14:paraId="30AC7D5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lastRenderedPageBreak/>
        <w:t xml:space="preserve">All treatments are tailored to your individual goals following </w:t>
      </w:r>
      <w:proofErr w:type="gramStart"/>
      <w:r w:rsidRPr="000D7886">
        <w:rPr>
          <w:rFonts w:asciiTheme="majorHAnsi" w:hAnsiTheme="majorHAnsi" w:cstheme="majorHAnsi"/>
          <w:sz w:val="28"/>
          <w:szCs w:val="28"/>
        </w:rPr>
        <w:t>a professional</w:t>
      </w:r>
      <w:proofErr w:type="gramEnd"/>
      <w:r w:rsidRPr="000D7886">
        <w:rPr>
          <w:rFonts w:asciiTheme="majorHAnsi" w:hAnsiTheme="majorHAnsi" w:cstheme="majorHAnsi"/>
          <w:sz w:val="28"/>
          <w:szCs w:val="28"/>
        </w:rPr>
        <w:t xml:space="preserve"> consultation.</w:t>
      </w:r>
    </w:p>
    <w:p w14:paraId="29C71AA6"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&lt;h4&gt;What to expect&lt;/h4&gt;</w:t>
      </w:r>
    </w:p>
    <w:p w14:paraId="40F14FBF"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Treatments are quick and minimally invasive, typically taking between 20–45 minutes. You may feel a small pinch during the injections, but discomfort is minimal.</w:t>
      </w:r>
    </w:p>
    <w:p w14:paraId="048D2410"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Some mild swelling, redness, or bruising can occur after treatment, but this usually settles within a few days.</w:t>
      </w:r>
    </w:p>
    <w:p w14:paraId="4F9E025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&lt;h4&gt;Results&lt;/h4&gt;</w:t>
      </w:r>
    </w:p>
    <w:p w14:paraId="7BCC42A1"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Anti-wrinkle treatments: results typically appear within a few days, with full effect in up to 2 weeks</w:t>
      </w:r>
    </w:p>
    <w:p w14:paraId="66250CD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w:t>
      </w:r>
      <w:proofErr w:type="spellStart"/>
      <w:r w:rsidRPr="000D7886">
        <w:rPr>
          <w:rFonts w:asciiTheme="majorHAnsi" w:hAnsiTheme="majorHAnsi" w:cstheme="majorHAnsi"/>
          <w:sz w:val="28"/>
          <w:szCs w:val="28"/>
        </w:rPr>
        <w:t>br</w:t>
      </w:r>
      <w:proofErr w:type="spellEnd"/>
      <w:r w:rsidRPr="000D7886">
        <w:rPr>
          <w:rFonts w:asciiTheme="majorHAnsi" w:hAnsiTheme="majorHAnsi" w:cstheme="majorHAnsi"/>
          <w:sz w:val="28"/>
          <w:szCs w:val="28"/>
        </w:rPr>
        <w:t>&gt;&lt;/</w:t>
      </w:r>
      <w:proofErr w:type="spellStart"/>
      <w:r w:rsidRPr="000D7886">
        <w:rPr>
          <w:rFonts w:asciiTheme="majorHAnsi" w:hAnsiTheme="majorHAnsi" w:cstheme="majorHAnsi"/>
          <w:sz w:val="28"/>
          <w:szCs w:val="28"/>
        </w:rPr>
        <w:t>br</w:t>
      </w:r>
      <w:proofErr w:type="spellEnd"/>
      <w:r w:rsidRPr="000D7886">
        <w:rPr>
          <w:rFonts w:asciiTheme="majorHAnsi" w:hAnsiTheme="majorHAnsi" w:cstheme="majorHAnsi"/>
          <w:sz w:val="28"/>
          <w:szCs w:val="28"/>
        </w:rPr>
        <w:t>&gt;</w:t>
      </w:r>
    </w:p>
    <w:p w14:paraId="366A020C"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Dermal fillers: results are visible immediately, with continued improvement as the product settles</w:t>
      </w:r>
    </w:p>
    <w:p w14:paraId="1BDD68D1"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&lt;h4&gt;Aftercare&lt;/h4&gt;</w:t>
      </w:r>
    </w:p>
    <w:p w14:paraId="180AE75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w:t>
      </w:r>
      <w:proofErr w:type="gramStart"/>
      <w:r w:rsidRPr="000D7886">
        <w:rPr>
          <w:rFonts w:asciiTheme="majorHAnsi" w:hAnsiTheme="majorHAnsi" w:cstheme="majorHAnsi"/>
          <w:sz w:val="28"/>
          <w:szCs w:val="28"/>
        </w:rPr>
        <w:t>&gt;  &lt;</w:t>
      </w:r>
      <w:proofErr w:type="gramEnd"/>
      <w:r w:rsidRPr="000D7886">
        <w:rPr>
          <w:rFonts w:asciiTheme="majorHAnsi" w:hAnsiTheme="majorHAnsi" w:cstheme="majorHAnsi"/>
          <w:sz w:val="28"/>
          <w:szCs w:val="28"/>
        </w:rPr>
        <w:t>li&gt;Avoid touching or massaging the treated area&lt;/li&gt;</w:t>
      </w:r>
    </w:p>
    <w:p w14:paraId="75594D57" w14:textId="0B507B52"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w:t>
      </w:r>
      <w:r w:rsidR="00E04791">
        <w:rPr>
          <w:rFonts w:asciiTheme="majorHAnsi" w:hAnsiTheme="majorHAnsi" w:cstheme="majorHAnsi"/>
          <w:sz w:val="28"/>
          <w:szCs w:val="28"/>
        </w:rPr>
        <w:t xml:space="preserve">    </w:t>
      </w:r>
      <w:r w:rsidRPr="000D7886">
        <w:rPr>
          <w:rFonts w:asciiTheme="majorHAnsi" w:hAnsiTheme="majorHAnsi" w:cstheme="majorHAnsi"/>
          <w:sz w:val="28"/>
          <w:szCs w:val="28"/>
        </w:rPr>
        <w:t>&lt;li&gt;Avoid intense exercise, heat treatments, and alcohol for 24 hours&lt;/li&gt;</w:t>
      </w:r>
    </w:p>
    <w:p w14:paraId="7DF8FBE9" w14:textId="62578118"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w:t>
      </w:r>
      <w:r w:rsidR="00E04791">
        <w:rPr>
          <w:rFonts w:asciiTheme="majorHAnsi" w:hAnsiTheme="majorHAnsi" w:cstheme="majorHAnsi"/>
          <w:sz w:val="28"/>
          <w:szCs w:val="28"/>
        </w:rPr>
        <w:t xml:space="preserve">    </w:t>
      </w:r>
      <w:r w:rsidRPr="000D7886">
        <w:rPr>
          <w:rFonts w:asciiTheme="majorHAnsi" w:hAnsiTheme="majorHAnsi" w:cstheme="majorHAnsi"/>
          <w:sz w:val="28"/>
          <w:szCs w:val="28"/>
        </w:rPr>
        <w:t>&lt;li&gt;Follow all aftercare advice provided by your practitioner&lt;/li&gt;</w:t>
      </w:r>
    </w:p>
    <w:p w14:paraId="53E51CD8"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&lt;/ul&gt;</w:t>
      </w:r>
    </w:p>
    <w:p w14:paraId="1790666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&lt;h4&gt;Safety &amp; Consultation&lt;/h4&gt;</w:t>
      </w:r>
    </w:p>
    <w:p w14:paraId="61E636D7"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Your safety is our priority. All treatments are carried out by trained professionals, and a full consultation is required to ensure the treatment is suitable for you.</w:t>
      </w:r>
    </w:p>
    <w:p w14:paraId="57D2AED2"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w:t>
      </w:r>
      <w:proofErr w:type="spellStart"/>
      <w:r w:rsidRPr="000D7886">
        <w:rPr>
          <w:rFonts w:asciiTheme="majorHAnsi" w:hAnsiTheme="majorHAnsi" w:cstheme="majorHAnsi"/>
          <w:sz w:val="28"/>
          <w:szCs w:val="28"/>
        </w:rPr>
        <w:t>br</w:t>
      </w:r>
      <w:proofErr w:type="spellEnd"/>
      <w:r w:rsidRPr="000D7886">
        <w:rPr>
          <w:rFonts w:asciiTheme="majorHAnsi" w:hAnsiTheme="majorHAnsi" w:cstheme="majorHAnsi"/>
          <w:sz w:val="28"/>
          <w:szCs w:val="28"/>
        </w:rPr>
        <w:t>&gt;&lt;/</w:t>
      </w:r>
      <w:proofErr w:type="spellStart"/>
      <w:r w:rsidRPr="000D7886">
        <w:rPr>
          <w:rFonts w:asciiTheme="majorHAnsi" w:hAnsiTheme="majorHAnsi" w:cstheme="majorHAnsi"/>
          <w:sz w:val="28"/>
          <w:szCs w:val="28"/>
        </w:rPr>
        <w:t>br</w:t>
      </w:r>
      <w:proofErr w:type="spellEnd"/>
      <w:r w:rsidRPr="000D7886">
        <w:rPr>
          <w:rFonts w:asciiTheme="majorHAnsi" w:hAnsiTheme="majorHAnsi" w:cstheme="majorHAnsi"/>
          <w:sz w:val="28"/>
          <w:szCs w:val="28"/>
        </w:rPr>
        <w:t>&gt;</w:t>
      </w:r>
    </w:p>
    <w:p w14:paraId="48898A87"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&lt;/div&gt;</w:t>
      </w:r>
    </w:p>
    <w:p w14:paraId="51BD084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&lt;/div&gt;</w:t>
      </w:r>
    </w:p>
    <w:p w14:paraId="67992869" w14:textId="6A5F84FA"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&lt;form action="Beauty1home.html"&gt;</w:t>
      </w:r>
    </w:p>
    <w:p w14:paraId="79B024B9"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&lt;input type="submit" value="HOME"&gt;</w:t>
      </w:r>
    </w:p>
    <w:p w14:paraId="757DD294" w14:textId="77777777"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&lt;/form&gt;</w:t>
      </w:r>
    </w:p>
    <w:p w14:paraId="073BC497" w14:textId="51E27E4E" w:rsidR="000D7886" w:rsidRPr="000D7886" w:rsidRDefault="000D7886" w:rsidP="000D7886">
      <w:pPr>
        <w:spacing w:after="0"/>
        <w:rPr>
          <w:rFonts w:asciiTheme="majorHAnsi" w:hAnsiTheme="majorHAnsi" w:cstheme="majorHAnsi"/>
          <w:sz w:val="28"/>
          <w:szCs w:val="28"/>
        </w:rPr>
      </w:pPr>
      <w:r w:rsidRPr="000D7886">
        <w:rPr>
          <w:rFonts w:asciiTheme="majorHAnsi" w:hAnsiTheme="majorHAnsi" w:cstheme="majorHAnsi"/>
          <w:sz w:val="28"/>
          <w:szCs w:val="28"/>
        </w:rPr>
        <w:t xml:space="preserve">  &lt;/html&gt;</w:t>
      </w:r>
    </w:p>
    <w:p w14:paraId="455019F8" w14:textId="77777777" w:rsidR="009C5EBD" w:rsidRDefault="009C5EBD" w:rsidP="00512CFD">
      <w:pPr>
        <w:spacing w:after="0"/>
        <w:rPr>
          <w:rFonts w:asciiTheme="majorHAnsi" w:hAnsiTheme="majorHAnsi" w:cstheme="majorHAnsi"/>
          <w:sz w:val="28"/>
          <w:szCs w:val="28"/>
        </w:rPr>
      </w:pPr>
    </w:p>
    <w:p w14:paraId="48F782D6" w14:textId="13A90AC7" w:rsidR="00E04791" w:rsidRPr="00486D1D" w:rsidRDefault="00E04791" w:rsidP="00512CFD">
      <w:pPr>
        <w:spacing w:after="0"/>
        <w:rPr>
          <w:rFonts w:asciiTheme="majorHAnsi" w:hAnsiTheme="majorHAnsi" w:cstheme="majorHAnsi"/>
          <w:b/>
          <w:bCs/>
          <w:sz w:val="28"/>
          <w:szCs w:val="28"/>
        </w:rPr>
      </w:pPr>
      <w:r w:rsidRPr="00486D1D">
        <w:rPr>
          <w:rFonts w:asciiTheme="majorHAnsi" w:hAnsiTheme="majorHAnsi" w:cstheme="majorHAnsi"/>
          <w:b/>
          <w:bCs/>
          <w:sz w:val="28"/>
          <w:szCs w:val="28"/>
        </w:rPr>
        <w:t>Beauty3</w:t>
      </w:r>
      <w:r w:rsidR="0035668C" w:rsidRPr="00486D1D">
        <w:rPr>
          <w:rFonts w:asciiTheme="majorHAnsi" w:hAnsiTheme="majorHAnsi" w:cstheme="majorHAnsi"/>
          <w:b/>
          <w:bCs/>
          <w:sz w:val="28"/>
          <w:szCs w:val="28"/>
        </w:rPr>
        <w:t>prices</w:t>
      </w:r>
    </w:p>
    <w:p w14:paraId="7E528142" w14:textId="77777777" w:rsidR="0035668C" w:rsidRDefault="0035668C" w:rsidP="00512CFD">
      <w:pPr>
        <w:spacing w:after="0"/>
        <w:rPr>
          <w:rFonts w:asciiTheme="majorHAnsi" w:hAnsiTheme="majorHAnsi" w:cstheme="majorHAnsi"/>
          <w:sz w:val="28"/>
          <w:szCs w:val="28"/>
        </w:rPr>
      </w:pPr>
    </w:p>
    <w:p w14:paraId="03A4F862"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&lt;!DOCTYPE html&gt;</w:t>
      </w:r>
    </w:p>
    <w:p w14:paraId="6AD96F29"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&lt;html&gt;</w:t>
      </w:r>
    </w:p>
    <w:p w14:paraId="04A42F0A"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&lt;head&gt;</w:t>
      </w:r>
    </w:p>
    <w:p w14:paraId="29AD52A0"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&lt;title&gt;Glow Lab Book&lt;/title&gt;</w:t>
      </w:r>
    </w:p>
    <w:p w14:paraId="79477C3E"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&lt;link </w:t>
      </w:r>
      <w:proofErr w:type="spellStart"/>
      <w:r w:rsidRPr="0035668C">
        <w:rPr>
          <w:rFonts w:asciiTheme="majorHAnsi" w:hAnsiTheme="majorHAnsi" w:cstheme="majorHAnsi"/>
          <w:sz w:val="28"/>
          <w:szCs w:val="28"/>
        </w:rPr>
        <w:t>rel</w:t>
      </w:r>
      <w:proofErr w:type="spellEnd"/>
      <w:r w:rsidRPr="0035668C">
        <w:rPr>
          <w:rFonts w:asciiTheme="majorHAnsi" w:hAnsiTheme="majorHAnsi" w:cstheme="majorHAnsi"/>
          <w:sz w:val="28"/>
          <w:szCs w:val="28"/>
        </w:rPr>
        <w:t xml:space="preserve">="stylesheet" </w:t>
      </w:r>
      <w:proofErr w:type="spellStart"/>
      <w:r w:rsidRPr="0035668C">
        <w:rPr>
          <w:rFonts w:asciiTheme="majorHAnsi" w:hAnsiTheme="majorHAnsi" w:cstheme="majorHAnsi"/>
          <w:sz w:val="28"/>
          <w:szCs w:val="28"/>
        </w:rPr>
        <w:t>href</w:t>
      </w:r>
      <w:proofErr w:type="spellEnd"/>
      <w:r w:rsidRPr="0035668C">
        <w:rPr>
          <w:rFonts w:asciiTheme="majorHAnsi" w:hAnsiTheme="majorHAnsi" w:cstheme="majorHAnsi"/>
          <w:sz w:val="28"/>
          <w:szCs w:val="28"/>
        </w:rPr>
        <w:t>="GLstyle3.css"/&gt;</w:t>
      </w:r>
    </w:p>
    <w:p w14:paraId="46765899"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&lt;/head&gt;</w:t>
      </w:r>
    </w:p>
    <w:p w14:paraId="226C4E2E"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&lt;body&gt;</w:t>
      </w:r>
    </w:p>
    <w:p w14:paraId="0DCAFAC7"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&lt;div class="</w:t>
      </w:r>
      <w:proofErr w:type="spellStart"/>
      <w:r w:rsidRPr="0035668C">
        <w:rPr>
          <w:rFonts w:asciiTheme="majorHAnsi" w:hAnsiTheme="majorHAnsi" w:cstheme="majorHAnsi"/>
          <w:sz w:val="28"/>
          <w:szCs w:val="28"/>
        </w:rPr>
        <w:t>topbar</w:t>
      </w:r>
      <w:proofErr w:type="spellEnd"/>
      <w:r w:rsidRPr="0035668C">
        <w:rPr>
          <w:rFonts w:asciiTheme="majorHAnsi" w:hAnsiTheme="majorHAnsi" w:cstheme="majorHAnsi"/>
          <w:sz w:val="28"/>
          <w:szCs w:val="28"/>
        </w:rPr>
        <w:t>"&gt;</w:t>
      </w:r>
    </w:p>
    <w:p w14:paraId="7F816444"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&lt;form action="Beauty1home.html"&gt;</w:t>
      </w:r>
    </w:p>
    <w:p w14:paraId="21F093BE"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&lt;input type="submit" value="HOME"&gt;</w:t>
      </w:r>
    </w:p>
    <w:p w14:paraId="2560B06C"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&lt;/form&gt;</w:t>
      </w:r>
    </w:p>
    <w:p w14:paraId="4E39862B"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&lt;/div&gt;</w:t>
      </w:r>
    </w:p>
    <w:p w14:paraId="4F476464"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&lt;div class="prices"&gt;</w:t>
      </w:r>
    </w:p>
    <w:p w14:paraId="2603833A"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 class="price-card"&gt;</w:t>
      </w:r>
    </w:p>
    <w:p w14:paraId="6FCE05E2"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&lt;h3&gt;Massage&lt;/h3&gt;</w:t>
      </w:r>
    </w:p>
    <w:p w14:paraId="4DC4B52F"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Vacuum-roller Face Massage ~ £50&lt;</w:t>
      </w:r>
      <w:proofErr w:type="spellStart"/>
      <w:r w:rsidRPr="0035668C">
        <w:rPr>
          <w:rFonts w:asciiTheme="majorHAnsi" w:hAnsiTheme="majorHAnsi" w:cstheme="majorHAnsi"/>
          <w:sz w:val="28"/>
          <w:szCs w:val="28"/>
        </w:rPr>
        <w:t>br</w:t>
      </w:r>
      <w:proofErr w:type="spellEnd"/>
      <w:r w:rsidRPr="0035668C">
        <w:rPr>
          <w:rFonts w:asciiTheme="majorHAnsi" w:hAnsiTheme="majorHAnsi" w:cstheme="majorHAnsi"/>
          <w:sz w:val="28"/>
          <w:szCs w:val="28"/>
        </w:rPr>
        <w:t>&gt;</w:t>
      </w:r>
    </w:p>
    <w:p w14:paraId="0E67BAE6"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Vacuum-roller Body Massage ~ £70</w:t>
      </w:r>
    </w:p>
    <w:p w14:paraId="3C79AF78"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&lt;/div&gt;</w:t>
      </w:r>
    </w:p>
    <w:p w14:paraId="6B2801F1"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 class="price-card"&gt;</w:t>
      </w:r>
    </w:p>
    <w:p w14:paraId="78DF780D"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&lt;h3&gt;Facial Treatments&lt;/h3&gt;</w:t>
      </w:r>
    </w:p>
    <w:p w14:paraId="300D9484"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Deep Cleansing Facial ~ £70</w:t>
      </w:r>
    </w:p>
    <w:p w14:paraId="1407674B"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&lt;/div&gt;</w:t>
      </w:r>
    </w:p>
    <w:p w14:paraId="0CBF9E14"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 class="price-card"&gt;</w:t>
      </w:r>
    </w:p>
    <w:p w14:paraId="2E2014B2"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&lt;h3&gt;Peelings&lt;/h3&gt;</w:t>
      </w:r>
    </w:p>
    <w:p w14:paraId="1FC6C9AE"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MCA-35 Peel ~ £70&lt;</w:t>
      </w:r>
      <w:proofErr w:type="spellStart"/>
      <w:r w:rsidRPr="0035668C">
        <w:rPr>
          <w:rFonts w:asciiTheme="majorHAnsi" w:hAnsiTheme="majorHAnsi" w:cstheme="majorHAnsi"/>
          <w:sz w:val="28"/>
          <w:szCs w:val="28"/>
        </w:rPr>
        <w:t>br</w:t>
      </w:r>
      <w:proofErr w:type="spellEnd"/>
      <w:r w:rsidRPr="0035668C">
        <w:rPr>
          <w:rFonts w:asciiTheme="majorHAnsi" w:hAnsiTheme="majorHAnsi" w:cstheme="majorHAnsi"/>
          <w:sz w:val="28"/>
          <w:szCs w:val="28"/>
        </w:rPr>
        <w:t>&gt;</w:t>
      </w:r>
    </w:p>
    <w:p w14:paraId="2833E9F6"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Herbs Peel ~ £70&lt;</w:t>
      </w:r>
      <w:proofErr w:type="spellStart"/>
      <w:r w:rsidRPr="0035668C">
        <w:rPr>
          <w:rFonts w:asciiTheme="majorHAnsi" w:hAnsiTheme="majorHAnsi" w:cstheme="majorHAnsi"/>
          <w:sz w:val="28"/>
          <w:szCs w:val="28"/>
        </w:rPr>
        <w:t>br</w:t>
      </w:r>
      <w:proofErr w:type="spellEnd"/>
      <w:r w:rsidRPr="0035668C">
        <w:rPr>
          <w:rFonts w:asciiTheme="majorHAnsi" w:hAnsiTheme="majorHAnsi" w:cstheme="majorHAnsi"/>
          <w:sz w:val="28"/>
          <w:szCs w:val="28"/>
        </w:rPr>
        <w:t>&gt;</w:t>
      </w:r>
    </w:p>
    <w:p w14:paraId="6AA33C5C"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PRX-T33 ~ £70</w:t>
      </w:r>
    </w:p>
    <w:p w14:paraId="134F85E4"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&lt;/div&gt;</w:t>
      </w:r>
    </w:p>
    <w:p w14:paraId="0D654A77"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 class="price-card"&gt;</w:t>
      </w:r>
    </w:p>
    <w:p w14:paraId="01E65D39"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&lt;h3&gt;Injections&lt;/h3&gt;</w:t>
      </w:r>
    </w:p>
    <w:p w14:paraId="7D930AB3"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Anti-wrinkle (1 area) ~ £70&lt;</w:t>
      </w:r>
      <w:proofErr w:type="spellStart"/>
      <w:r w:rsidRPr="0035668C">
        <w:rPr>
          <w:rFonts w:asciiTheme="majorHAnsi" w:hAnsiTheme="majorHAnsi" w:cstheme="majorHAnsi"/>
          <w:sz w:val="28"/>
          <w:szCs w:val="28"/>
        </w:rPr>
        <w:t>br</w:t>
      </w:r>
      <w:proofErr w:type="spellEnd"/>
      <w:r w:rsidRPr="0035668C">
        <w:rPr>
          <w:rFonts w:asciiTheme="majorHAnsi" w:hAnsiTheme="majorHAnsi" w:cstheme="majorHAnsi"/>
          <w:sz w:val="28"/>
          <w:szCs w:val="28"/>
        </w:rPr>
        <w:t>&gt;</w:t>
      </w:r>
    </w:p>
    <w:p w14:paraId="0D0E81AC"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Anti-wrinkle (2 areas) ~ £130&lt;</w:t>
      </w:r>
      <w:proofErr w:type="spellStart"/>
      <w:r w:rsidRPr="0035668C">
        <w:rPr>
          <w:rFonts w:asciiTheme="majorHAnsi" w:hAnsiTheme="majorHAnsi" w:cstheme="majorHAnsi"/>
          <w:sz w:val="28"/>
          <w:szCs w:val="28"/>
        </w:rPr>
        <w:t>br</w:t>
      </w:r>
      <w:proofErr w:type="spellEnd"/>
      <w:r w:rsidRPr="0035668C">
        <w:rPr>
          <w:rFonts w:asciiTheme="majorHAnsi" w:hAnsiTheme="majorHAnsi" w:cstheme="majorHAnsi"/>
          <w:sz w:val="28"/>
          <w:szCs w:val="28"/>
        </w:rPr>
        <w:t>&gt;</w:t>
      </w:r>
    </w:p>
    <w:p w14:paraId="00916BA5"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lastRenderedPageBreak/>
        <w:t xml:space="preserve">    Lip Flip ~ £50</w:t>
      </w:r>
    </w:p>
    <w:p w14:paraId="65DB4958"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&lt;/div&gt;</w:t>
      </w:r>
    </w:p>
    <w:p w14:paraId="27FCA1D6"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 class="price-card"&gt;</w:t>
      </w:r>
    </w:p>
    <w:p w14:paraId="21D94598"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&lt;h3&gt;Fillers&lt;/h3&gt;</w:t>
      </w:r>
    </w:p>
    <w:p w14:paraId="274F8A33"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Lip Filler 1ml ~ £180&lt;</w:t>
      </w:r>
      <w:proofErr w:type="spellStart"/>
      <w:r w:rsidRPr="0035668C">
        <w:rPr>
          <w:rFonts w:asciiTheme="majorHAnsi" w:hAnsiTheme="majorHAnsi" w:cstheme="majorHAnsi"/>
          <w:sz w:val="28"/>
          <w:szCs w:val="28"/>
        </w:rPr>
        <w:t>br</w:t>
      </w:r>
      <w:proofErr w:type="spellEnd"/>
      <w:r w:rsidRPr="0035668C">
        <w:rPr>
          <w:rFonts w:asciiTheme="majorHAnsi" w:hAnsiTheme="majorHAnsi" w:cstheme="majorHAnsi"/>
          <w:sz w:val="28"/>
          <w:szCs w:val="28"/>
        </w:rPr>
        <w:t>&gt;</w:t>
      </w:r>
    </w:p>
    <w:p w14:paraId="31757FEC"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Forehead Line ~ £150</w:t>
      </w:r>
    </w:p>
    <w:p w14:paraId="03B95FD3"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&lt;/div&gt;</w:t>
      </w:r>
    </w:p>
    <w:p w14:paraId="342925A4"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 class="price-card"&gt;</w:t>
      </w:r>
    </w:p>
    <w:p w14:paraId="2995C6BE"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&lt;h3&gt;Hair&lt;/h3&gt;</w:t>
      </w:r>
    </w:p>
    <w:p w14:paraId="71F62968"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Hair Mesotherapy ~ £100&lt;</w:t>
      </w:r>
      <w:proofErr w:type="spellStart"/>
      <w:r w:rsidRPr="0035668C">
        <w:rPr>
          <w:rFonts w:asciiTheme="majorHAnsi" w:hAnsiTheme="majorHAnsi" w:cstheme="majorHAnsi"/>
          <w:sz w:val="28"/>
          <w:szCs w:val="28"/>
        </w:rPr>
        <w:t>br</w:t>
      </w:r>
      <w:proofErr w:type="spellEnd"/>
      <w:r w:rsidRPr="0035668C">
        <w:rPr>
          <w:rFonts w:asciiTheme="majorHAnsi" w:hAnsiTheme="majorHAnsi" w:cstheme="majorHAnsi"/>
          <w:sz w:val="28"/>
          <w:szCs w:val="28"/>
        </w:rPr>
        <w:t>&gt;</w:t>
      </w:r>
    </w:p>
    <w:p w14:paraId="0B9F7871"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Hair Filler ~ £200</w:t>
      </w:r>
    </w:p>
    <w:p w14:paraId="7FDC2BB0"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&lt;/div&gt;</w:t>
      </w:r>
    </w:p>
    <w:p w14:paraId="54374585"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&lt;/div&gt;</w:t>
      </w:r>
    </w:p>
    <w:p w14:paraId="3AA5D4DA"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&lt;div class="book-section"&gt;</w:t>
      </w:r>
    </w:p>
    <w:p w14:paraId="06E38883"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 xml:space="preserve">  &lt;a </w:t>
      </w:r>
      <w:proofErr w:type="spellStart"/>
      <w:r w:rsidRPr="0035668C">
        <w:rPr>
          <w:rFonts w:asciiTheme="majorHAnsi" w:hAnsiTheme="majorHAnsi" w:cstheme="majorHAnsi"/>
          <w:sz w:val="28"/>
          <w:szCs w:val="28"/>
        </w:rPr>
        <w:t>href</w:t>
      </w:r>
      <w:proofErr w:type="spellEnd"/>
      <w:r w:rsidRPr="0035668C">
        <w:rPr>
          <w:rFonts w:asciiTheme="majorHAnsi" w:hAnsiTheme="majorHAnsi" w:cstheme="majorHAnsi"/>
          <w:sz w:val="28"/>
          <w:szCs w:val="28"/>
        </w:rPr>
        <w:t>="Beauty4book.html" class="book-</w:t>
      </w:r>
      <w:proofErr w:type="spellStart"/>
      <w:r w:rsidRPr="0035668C">
        <w:rPr>
          <w:rFonts w:asciiTheme="majorHAnsi" w:hAnsiTheme="majorHAnsi" w:cstheme="majorHAnsi"/>
          <w:sz w:val="28"/>
          <w:szCs w:val="28"/>
        </w:rPr>
        <w:t>btn</w:t>
      </w:r>
      <w:proofErr w:type="spellEnd"/>
      <w:r w:rsidRPr="0035668C">
        <w:rPr>
          <w:rFonts w:asciiTheme="majorHAnsi" w:hAnsiTheme="majorHAnsi" w:cstheme="majorHAnsi"/>
          <w:sz w:val="28"/>
          <w:szCs w:val="28"/>
        </w:rPr>
        <w:t>"&gt;Book Here&lt;/a&gt;</w:t>
      </w:r>
    </w:p>
    <w:p w14:paraId="61F8D0D8"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&lt;/div&gt;</w:t>
      </w:r>
    </w:p>
    <w:p w14:paraId="0302BF5C" w14:textId="77777777" w:rsidR="0035668C" w:rsidRP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&lt;/body&gt;</w:t>
      </w:r>
    </w:p>
    <w:p w14:paraId="2CEDCE28" w14:textId="01840463" w:rsidR="0035668C" w:rsidRDefault="0035668C" w:rsidP="0035668C">
      <w:pPr>
        <w:spacing w:after="0"/>
        <w:rPr>
          <w:rFonts w:asciiTheme="majorHAnsi" w:hAnsiTheme="majorHAnsi" w:cstheme="majorHAnsi"/>
          <w:sz w:val="28"/>
          <w:szCs w:val="28"/>
        </w:rPr>
      </w:pPr>
      <w:r w:rsidRPr="0035668C">
        <w:rPr>
          <w:rFonts w:asciiTheme="majorHAnsi" w:hAnsiTheme="majorHAnsi" w:cstheme="majorHAnsi"/>
          <w:sz w:val="28"/>
          <w:szCs w:val="28"/>
        </w:rPr>
        <w:t>&lt;/htm</w:t>
      </w:r>
      <w:r>
        <w:rPr>
          <w:rFonts w:asciiTheme="majorHAnsi" w:hAnsiTheme="majorHAnsi" w:cstheme="majorHAnsi"/>
          <w:sz w:val="28"/>
          <w:szCs w:val="28"/>
        </w:rPr>
        <w:t>l</w:t>
      </w:r>
      <w:r w:rsidRPr="0035668C">
        <w:rPr>
          <w:rFonts w:asciiTheme="majorHAnsi" w:hAnsiTheme="majorHAnsi" w:cstheme="majorHAnsi"/>
          <w:sz w:val="28"/>
          <w:szCs w:val="28"/>
        </w:rPr>
        <w:t>&gt;</w:t>
      </w:r>
    </w:p>
    <w:p w14:paraId="2DCC1CC4" w14:textId="77777777" w:rsidR="0035668C" w:rsidRDefault="0035668C" w:rsidP="0035668C">
      <w:pPr>
        <w:spacing w:after="0"/>
        <w:rPr>
          <w:rFonts w:asciiTheme="majorHAnsi" w:hAnsiTheme="majorHAnsi" w:cstheme="majorHAnsi"/>
          <w:sz w:val="28"/>
          <w:szCs w:val="28"/>
        </w:rPr>
      </w:pPr>
    </w:p>
    <w:p w14:paraId="43D55631" w14:textId="2F97DC17" w:rsidR="0035668C" w:rsidRPr="00486D1D" w:rsidRDefault="0035668C" w:rsidP="0035668C">
      <w:pPr>
        <w:spacing w:after="0"/>
        <w:rPr>
          <w:rFonts w:asciiTheme="majorHAnsi" w:hAnsiTheme="majorHAnsi" w:cstheme="majorHAnsi"/>
          <w:b/>
          <w:bCs/>
          <w:sz w:val="28"/>
          <w:szCs w:val="28"/>
        </w:rPr>
      </w:pPr>
      <w:r w:rsidRPr="00486D1D">
        <w:rPr>
          <w:rFonts w:asciiTheme="majorHAnsi" w:hAnsiTheme="majorHAnsi" w:cstheme="majorHAnsi"/>
          <w:b/>
          <w:bCs/>
          <w:sz w:val="28"/>
          <w:szCs w:val="28"/>
        </w:rPr>
        <w:t>Beauty4book</w:t>
      </w:r>
    </w:p>
    <w:p w14:paraId="76329E69" w14:textId="77777777" w:rsidR="0035668C" w:rsidRDefault="0035668C" w:rsidP="0035668C">
      <w:pPr>
        <w:spacing w:after="0"/>
        <w:rPr>
          <w:rFonts w:asciiTheme="majorHAnsi" w:hAnsiTheme="majorHAnsi" w:cstheme="majorHAnsi"/>
          <w:sz w:val="28"/>
          <w:szCs w:val="28"/>
        </w:rPr>
      </w:pPr>
    </w:p>
    <w:p w14:paraId="3AE596C8"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&lt;!DOCTYPE html&gt;</w:t>
      </w:r>
    </w:p>
    <w:p w14:paraId="14D6499B"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&lt;html&gt;</w:t>
      </w:r>
    </w:p>
    <w:p w14:paraId="53FA75A6"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&lt;head&gt;</w:t>
      </w:r>
    </w:p>
    <w:p w14:paraId="4A803380"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&lt;title&gt;Glow Lab Book&lt;/title&gt;</w:t>
      </w:r>
    </w:p>
    <w:p w14:paraId="3344994E"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ab/>
        <w:t xml:space="preserve"> &lt;link </w:t>
      </w:r>
      <w:proofErr w:type="spellStart"/>
      <w:r w:rsidRPr="003E1E22">
        <w:rPr>
          <w:rFonts w:asciiTheme="majorHAnsi" w:hAnsiTheme="majorHAnsi" w:cstheme="majorHAnsi"/>
          <w:sz w:val="28"/>
          <w:szCs w:val="28"/>
        </w:rPr>
        <w:t>rel</w:t>
      </w:r>
      <w:proofErr w:type="spellEnd"/>
      <w:r w:rsidRPr="003E1E22">
        <w:rPr>
          <w:rFonts w:asciiTheme="majorHAnsi" w:hAnsiTheme="majorHAnsi" w:cstheme="majorHAnsi"/>
          <w:sz w:val="28"/>
          <w:szCs w:val="28"/>
        </w:rPr>
        <w:t xml:space="preserve">="stylesheet" </w:t>
      </w:r>
      <w:proofErr w:type="spellStart"/>
      <w:r w:rsidRPr="003E1E22">
        <w:rPr>
          <w:rFonts w:asciiTheme="majorHAnsi" w:hAnsiTheme="majorHAnsi" w:cstheme="majorHAnsi"/>
          <w:sz w:val="28"/>
          <w:szCs w:val="28"/>
        </w:rPr>
        <w:t>href</w:t>
      </w:r>
      <w:proofErr w:type="spellEnd"/>
      <w:r w:rsidRPr="003E1E22">
        <w:rPr>
          <w:rFonts w:asciiTheme="majorHAnsi" w:hAnsiTheme="majorHAnsi" w:cstheme="majorHAnsi"/>
          <w:sz w:val="28"/>
          <w:szCs w:val="28"/>
        </w:rPr>
        <w:t>="GLstyle4.css"/&gt;</w:t>
      </w:r>
    </w:p>
    <w:p w14:paraId="23FA56A5" w14:textId="3C2C25EA"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&lt;/head&gt;</w:t>
      </w:r>
    </w:p>
    <w:p w14:paraId="4E5B4F1B"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&lt;body&gt;</w:t>
      </w:r>
    </w:p>
    <w:p w14:paraId="1FF68C49"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&lt;div class="header"&gt;</w:t>
      </w:r>
    </w:p>
    <w:p w14:paraId="50709F51"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&lt;header class="header"&gt;</w:t>
      </w:r>
    </w:p>
    <w:p w14:paraId="0B9CB541"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&lt;form action="Beauty1home.html"&gt;</w:t>
      </w:r>
    </w:p>
    <w:p w14:paraId="15E23564"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&lt;input type="submit" value="HOME"&gt;</w:t>
      </w:r>
    </w:p>
    <w:p w14:paraId="2226E857"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&lt;/form&gt;</w:t>
      </w:r>
    </w:p>
    <w:p w14:paraId="49AC0F1F"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lastRenderedPageBreak/>
        <w:t>&lt;/div&gt;</w:t>
      </w:r>
    </w:p>
    <w:p w14:paraId="1A2B78B7" w14:textId="5E7CFC0D"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w:t>
      </w:r>
      <w:proofErr w:type="spellStart"/>
      <w:r>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10C2B82F" w14:textId="77777777" w:rsidR="003E1E22" w:rsidRPr="003E1E22" w:rsidRDefault="003E1E22" w:rsidP="003E1E22">
      <w:pPr>
        <w:spacing w:after="0"/>
        <w:rPr>
          <w:rFonts w:asciiTheme="majorHAnsi" w:hAnsiTheme="majorHAnsi" w:cstheme="majorHAnsi"/>
          <w:sz w:val="28"/>
          <w:szCs w:val="28"/>
        </w:rPr>
      </w:pPr>
    </w:p>
    <w:p w14:paraId="1920A34A"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&lt;div class="section"&gt;</w:t>
      </w:r>
    </w:p>
    <w:p w14:paraId="14251AE9"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&lt;h2&gt;Book Appointment&lt;/h2&gt;</w:t>
      </w:r>
    </w:p>
    <w:p w14:paraId="2C5296D3"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&lt;form action="/submit" method="post"&gt;</w:t>
      </w:r>
    </w:p>
    <w:p w14:paraId="43DB0F60"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&lt;label&gt;&lt;b&gt;Name:&lt;/b&gt;&lt;/label&gt;&lt;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45E9BA34"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&lt;input type="text" name="name"&gt;&lt;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32993F0C"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&lt;label&gt;&lt;b&gt;Email:&lt;/b&gt;&lt;/label&gt;&lt;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3C148740"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&lt;input type="email" name="email"&gt;&lt;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54252BC2"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&lt;label&gt;&lt;b&gt;Phone:&lt;/b&gt;&lt;/label&gt;&lt;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310C9C67"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&lt;input type="</w:t>
      </w:r>
      <w:proofErr w:type="spellStart"/>
      <w:r w:rsidRPr="003E1E22">
        <w:rPr>
          <w:rFonts w:asciiTheme="majorHAnsi" w:hAnsiTheme="majorHAnsi" w:cstheme="majorHAnsi"/>
          <w:sz w:val="28"/>
          <w:szCs w:val="28"/>
        </w:rPr>
        <w:t>tel</w:t>
      </w:r>
      <w:proofErr w:type="spellEnd"/>
      <w:r w:rsidRPr="003E1E22">
        <w:rPr>
          <w:rFonts w:asciiTheme="majorHAnsi" w:hAnsiTheme="majorHAnsi" w:cstheme="majorHAnsi"/>
          <w:sz w:val="28"/>
          <w:szCs w:val="28"/>
        </w:rPr>
        <w:t>" name="phone"&gt;&lt;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4BD8D69C"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&lt;label&gt;&lt;b&gt;Which day are you interested in (mm/dd/</w:t>
      </w:r>
      <w:proofErr w:type="spellStart"/>
      <w:proofErr w:type="gramStart"/>
      <w:r w:rsidRPr="003E1E22">
        <w:rPr>
          <w:rFonts w:asciiTheme="majorHAnsi" w:hAnsiTheme="majorHAnsi" w:cstheme="majorHAnsi"/>
          <w:sz w:val="28"/>
          <w:szCs w:val="28"/>
        </w:rPr>
        <w:t>yyyy</w:t>
      </w:r>
      <w:proofErr w:type="spellEnd"/>
      <w:r w:rsidRPr="003E1E22">
        <w:rPr>
          <w:rFonts w:asciiTheme="majorHAnsi" w:hAnsiTheme="majorHAnsi" w:cstheme="majorHAnsi"/>
          <w:sz w:val="28"/>
          <w:szCs w:val="28"/>
        </w:rPr>
        <w:t>):&lt;</w:t>
      </w:r>
      <w:proofErr w:type="gramEnd"/>
      <w:r w:rsidRPr="003E1E22">
        <w:rPr>
          <w:rFonts w:asciiTheme="majorHAnsi" w:hAnsiTheme="majorHAnsi" w:cstheme="majorHAnsi"/>
          <w:sz w:val="28"/>
          <w:szCs w:val="28"/>
        </w:rPr>
        <w:t>/b&gt;&lt;/label&gt;&lt;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58AE0B8B"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&lt;input type="day" name="day"&gt;&lt;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27FDAA6A"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&lt;label&gt;&lt;b&gt;Additional Details:&lt;/b&gt;&lt;/label&gt;&lt;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497F72F5"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&lt;input type="det" name="details"&gt;&lt;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32CE9660"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&lt;/form&gt;</w:t>
      </w:r>
    </w:p>
    <w:p w14:paraId="3A6B9C85"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&lt;/div&gt;</w:t>
      </w:r>
    </w:p>
    <w:p w14:paraId="6BD99775" w14:textId="6D5794F4"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w:t>
      </w:r>
      <w:proofErr w:type="gramStart"/>
      <w:r w:rsidRPr="003E1E22">
        <w:rPr>
          <w:rFonts w:asciiTheme="majorHAnsi" w:hAnsiTheme="majorHAnsi" w:cstheme="majorHAnsi"/>
          <w:sz w:val="28"/>
          <w:szCs w:val="28"/>
        </w:rPr>
        <w:t>&lt;p&gt;Please</w:t>
      </w:r>
      <w:proofErr w:type="gramEnd"/>
      <w:r w:rsidRPr="003E1E22">
        <w:rPr>
          <w:rFonts w:asciiTheme="majorHAnsi" w:hAnsiTheme="majorHAnsi" w:cstheme="majorHAnsi"/>
          <w:sz w:val="28"/>
          <w:szCs w:val="28"/>
        </w:rPr>
        <w:t xml:space="preserve"> do let us know what you are most interested in: price of the service, range or advice regarding the concern you might have</w:t>
      </w:r>
    </w:p>
    <w:p w14:paraId="15945566"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&lt;/p&gt;</w:t>
      </w:r>
    </w:p>
    <w:p w14:paraId="769CE120"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&gt;&lt;/</w:t>
      </w:r>
      <w:proofErr w:type="spellStart"/>
      <w:r w:rsidRPr="003E1E22">
        <w:rPr>
          <w:rFonts w:asciiTheme="majorHAnsi" w:hAnsiTheme="majorHAnsi" w:cstheme="majorHAnsi"/>
          <w:sz w:val="28"/>
          <w:szCs w:val="28"/>
        </w:rPr>
        <w:t>br</w:t>
      </w:r>
      <w:proofErr w:type="spellEnd"/>
      <w:r w:rsidRPr="003E1E22">
        <w:rPr>
          <w:rFonts w:asciiTheme="majorHAnsi" w:hAnsiTheme="majorHAnsi" w:cstheme="majorHAnsi"/>
          <w:sz w:val="28"/>
          <w:szCs w:val="28"/>
        </w:rPr>
        <w:t>&gt;</w:t>
      </w:r>
    </w:p>
    <w:p w14:paraId="7B7575DE"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&lt;button type="SUBMIT"&gt;SEND&lt;/button&gt;</w:t>
      </w:r>
    </w:p>
    <w:p w14:paraId="513D30E1" w14:textId="5D9ACEC3"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 xml:space="preserve">   &lt;/header&gt;</w:t>
      </w:r>
    </w:p>
    <w:p w14:paraId="2DDFC779" w14:textId="77777777" w:rsidR="003E1E22" w:rsidRPr="003E1E22"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&lt;/body&gt;</w:t>
      </w:r>
    </w:p>
    <w:p w14:paraId="42EE2F16" w14:textId="7CF42932" w:rsidR="0035668C" w:rsidRDefault="003E1E22" w:rsidP="003E1E22">
      <w:pPr>
        <w:spacing w:after="0"/>
        <w:rPr>
          <w:rFonts w:asciiTheme="majorHAnsi" w:hAnsiTheme="majorHAnsi" w:cstheme="majorHAnsi"/>
          <w:sz w:val="28"/>
          <w:szCs w:val="28"/>
        </w:rPr>
      </w:pPr>
      <w:r w:rsidRPr="003E1E22">
        <w:rPr>
          <w:rFonts w:asciiTheme="majorHAnsi" w:hAnsiTheme="majorHAnsi" w:cstheme="majorHAnsi"/>
          <w:sz w:val="28"/>
          <w:szCs w:val="28"/>
        </w:rPr>
        <w:t>&lt;/html&gt;</w:t>
      </w:r>
    </w:p>
    <w:p w14:paraId="67DB7026" w14:textId="77777777" w:rsidR="003E1E22" w:rsidRDefault="003E1E22" w:rsidP="003E1E22">
      <w:pPr>
        <w:spacing w:after="0"/>
        <w:rPr>
          <w:rFonts w:asciiTheme="majorHAnsi" w:hAnsiTheme="majorHAnsi" w:cstheme="majorHAnsi"/>
          <w:sz w:val="28"/>
          <w:szCs w:val="28"/>
        </w:rPr>
      </w:pPr>
    </w:p>
    <w:p w14:paraId="4FA70D4B" w14:textId="06E50A6A" w:rsidR="003E1E22" w:rsidRDefault="003E1E22" w:rsidP="003E1E22">
      <w:pPr>
        <w:spacing w:after="0"/>
        <w:rPr>
          <w:rFonts w:asciiTheme="majorHAnsi" w:hAnsiTheme="majorHAnsi" w:cstheme="majorHAnsi"/>
          <w:b/>
          <w:bCs/>
          <w:sz w:val="28"/>
          <w:szCs w:val="28"/>
        </w:rPr>
      </w:pPr>
      <w:r w:rsidRPr="003E1E22">
        <w:rPr>
          <w:rFonts w:asciiTheme="majorHAnsi" w:hAnsiTheme="majorHAnsi" w:cstheme="majorHAnsi"/>
          <w:b/>
          <w:bCs/>
          <w:sz w:val="28"/>
          <w:szCs w:val="28"/>
        </w:rPr>
        <w:t>CSS</w:t>
      </w:r>
    </w:p>
    <w:p w14:paraId="2CBB3B45" w14:textId="77777777" w:rsidR="003E1E22" w:rsidRDefault="003E1E22" w:rsidP="003E1E22">
      <w:pPr>
        <w:spacing w:after="0"/>
        <w:rPr>
          <w:rFonts w:asciiTheme="majorHAnsi" w:hAnsiTheme="majorHAnsi" w:cstheme="majorHAnsi"/>
          <w:b/>
          <w:bCs/>
          <w:sz w:val="28"/>
          <w:szCs w:val="28"/>
        </w:rPr>
      </w:pPr>
    </w:p>
    <w:p w14:paraId="3FEAF45F" w14:textId="4891CFE5" w:rsidR="003E1E22" w:rsidRDefault="00C442DD" w:rsidP="003E1E22">
      <w:pPr>
        <w:spacing w:after="0"/>
        <w:rPr>
          <w:rFonts w:asciiTheme="majorHAnsi" w:hAnsiTheme="majorHAnsi" w:cstheme="majorHAnsi"/>
          <w:sz w:val="28"/>
          <w:szCs w:val="28"/>
        </w:rPr>
      </w:pPr>
      <w:r>
        <w:rPr>
          <w:rFonts w:asciiTheme="majorHAnsi" w:hAnsiTheme="majorHAnsi" w:cstheme="majorHAnsi"/>
          <w:b/>
          <w:bCs/>
          <w:sz w:val="28"/>
          <w:szCs w:val="28"/>
        </w:rPr>
        <w:t>Beauty1home</w:t>
      </w:r>
    </w:p>
    <w:p w14:paraId="0BBBF7C6" w14:textId="77777777" w:rsidR="00C442DD" w:rsidRDefault="00C442DD" w:rsidP="003E1E22">
      <w:pPr>
        <w:spacing w:after="0"/>
        <w:rPr>
          <w:rFonts w:asciiTheme="majorHAnsi" w:hAnsiTheme="majorHAnsi" w:cstheme="majorHAnsi"/>
          <w:sz w:val="28"/>
          <w:szCs w:val="28"/>
        </w:rPr>
      </w:pPr>
    </w:p>
    <w:p w14:paraId="2EFFD112"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@page {</w:t>
      </w:r>
    </w:p>
    <w:p w14:paraId="27046932"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lastRenderedPageBreak/>
        <w:t xml:space="preserve">  size: </w:t>
      </w:r>
      <w:proofErr w:type="gramStart"/>
      <w:r w:rsidRPr="00486D1D">
        <w:rPr>
          <w:rFonts w:asciiTheme="majorHAnsi" w:hAnsiTheme="majorHAnsi" w:cstheme="majorHAnsi"/>
          <w:sz w:val="28"/>
          <w:szCs w:val="28"/>
        </w:rPr>
        <w:t>A4;</w:t>
      </w:r>
      <w:proofErr w:type="gramEnd"/>
    </w:p>
    <w:p w14:paraId="6F446BD8"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margin: 0.</w:t>
      </w:r>
      <w:proofErr w:type="gramStart"/>
      <w:r w:rsidRPr="00486D1D">
        <w:rPr>
          <w:rFonts w:asciiTheme="majorHAnsi" w:hAnsiTheme="majorHAnsi" w:cstheme="majorHAnsi"/>
          <w:sz w:val="28"/>
          <w:szCs w:val="28"/>
        </w:rPr>
        <w:t>55in;</w:t>
      </w:r>
      <w:proofErr w:type="gramEnd"/>
    </w:p>
    <w:p w14:paraId="2EEA1EA7"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w:t>
      </w:r>
    </w:p>
    <w:p w14:paraId="66A6B6C5"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w:t>
      </w:r>
    </w:p>
    <w:p w14:paraId="3E8F85E8"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body {</w:t>
      </w:r>
    </w:p>
    <w:p w14:paraId="2310E18F"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font-family: Arial, Helvetica, sans-</w:t>
      </w:r>
      <w:proofErr w:type="gramStart"/>
      <w:r w:rsidRPr="00486D1D">
        <w:rPr>
          <w:rFonts w:asciiTheme="majorHAnsi" w:hAnsiTheme="majorHAnsi" w:cstheme="majorHAnsi"/>
          <w:sz w:val="28"/>
          <w:szCs w:val="28"/>
        </w:rPr>
        <w:t>serif;</w:t>
      </w:r>
      <w:proofErr w:type="gramEnd"/>
    </w:p>
    <w:p w14:paraId="59AA0157"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color: </w:t>
      </w:r>
      <w:proofErr w:type="gramStart"/>
      <w:r w:rsidRPr="00486D1D">
        <w:rPr>
          <w:rFonts w:asciiTheme="majorHAnsi" w:hAnsiTheme="majorHAnsi" w:cstheme="majorHAnsi"/>
          <w:sz w:val="28"/>
          <w:szCs w:val="28"/>
        </w:rPr>
        <w:t>#444444;</w:t>
      </w:r>
      <w:proofErr w:type="gramEnd"/>
    </w:p>
    <w:p w14:paraId="6A025100"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background-</w:t>
      </w:r>
      <w:proofErr w:type="gramStart"/>
      <w:r w:rsidRPr="00486D1D">
        <w:rPr>
          <w:rFonts w:asciiTheme="majorHAnsi" w:hAnsiTheme="majorHAnsi" w:cstheme="majorHAnsi"/>
          <w:sz w:val="28"/>
          <w:szCs w:val="28"/>
        </w:rPr>
        <w:t>color: #FAF7F2;</w:t>
      </w:r>
      <w:proofErr w:type="gramEnd"/>
    </w:p>
    <w:p w14:paraId="75EA6A80"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margin: </w:t>
      </w:r>
      <w:proofErr w:type="gramStart"/>
      <w:r w:rsidRPr="00486D1D">
        <w:rPr>
          <w:rFonts w:asciiTheme="majorHAnsi" w:hAnsiTheme="majorHAnsi" w:cstheme="majorHAnsi"/>
          <w:sz w:val="28"/>
          <w:szCs w:val="28"/>
        </w:rPr>
        <w:t>0;</w:t>
      </w:r>
      <w:proofErr w:type="gramEnd"/>
    </w:p>
    <w:p w14:paraId="3D04BA38"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padding: </w:t>
      </w:r>
      <w:proofErr w:type="gramStart"/>
      <w:r w:rsidRPr="00486D1D">
        <w:rPr>
          <w:rFonts w:asciiTheme="majorHAnsi" w:hAnsiTheme="majorHAnsi" w:cstheme="majorHAnsi"/>
          <w:sz w:val="28"/>
          <w:szCs w:val="28"/>
        </w:rPr>
        <w:t>18px;</w:t>
      </w:r>
      <w:proofErr w:type="gramEnd"/>
    </w:p>
    <w:p w14:paraId="7968CAC9"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line-height: </w:t>
      </w:r>
      <w:proofErr w:type="gramStart"/>
      <w:r w:rsidRPr="00486D1D">
        <w:rPr>
          <w:rFonts w:asciiTheme="majorHAnsi" w:hAnsiTheme="majorHAnsi" w:cstheme="majorHAnsi"/>
          <w:sz w:val="28"/>
          <w:szCs w:val="28"/>
        </w:rPr>
        <w:t>1.4;</w:t>
      </w:r>
      <w:proofErr w:type="gramEnd"/>
    </w:p>
    <w:p w14:paraId="4438760F"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font-size: </w:t>
      </w:r>
      <w:proofErr w:type="gramStart"/>
      <w:r w:rsidRPr="00486D1D">
        <w:rPr>
          <w:rFonts w:asciiTheme="majorHAnsi" w:hAnsiTheme="majorHAnsi" w:cstheme="majorHAnsi"/>
          <w:sz w:val="28"/>
          <w:szCs w:val="28"/>
        </w:rPr>
        <w:t>14px;</w:t>
      </w:r>
      <w:proofErr w:type="gramEnd"/>
    </w:p>
    <w:p w14:paraId="4515ECCC"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w:t>
      </w:r>
    </w:p>
    <w:p w14:paraId="6F596F48" w14:textId="77777777" w:rsidR="00486D1D" w:rsidRPr="00486D1D" w:rsidRDefault="00486D1D" w:rsidP="00486D1D">
      <w:pPr>
        <w:spacing w:after="0"/>
        <w:rPr>
          <w:rFonts w:asciiTheme="majorHAnsi" w:hAnsiTheme="majorHAnsi" w:cstheme="majorHAnsi"/>
          <w:sz w:val="28"/>
          <w:szCs w:val="28"/>
        </w:rPr>
      </w:pPr>
      <w:proofErr w:type="gramStart"/>
      <w:r w:rsidRPr="00486D1D">
        <w:rPr>
          <w:rFonts w:asciiTheme="majorHAnsi" w:hAnsiTheme="majorHAnsi" w:cstheme="majorHAnsi"/>
          <w:sz w:val="28"/>
          <w:szCs w:val="28"/>
        </w:rPr>
        <w:t>.</w:t>
      </w:r>
      <w:proofErr w:type="spellStart"/>
      <w:r w:rsidRPr="00486D1D">
        <w:rPr>
          <w:rFonts w:asciiTheme="majorHAnsi" w:hAnsiTheme="majorHAnsi" w:cstheme="majorHAnsi"/>
          <w:sz w:val="28"/>
          <w:szCs w:val="28"/>
        </w:rPr>
        <w:t>topbar</w:t>
      </w:r>
      <w:proofErr w:type="spellEnd"/>
      <w:proofErr w:type="gramEnd"/>
      <w:r w:rsidRPr="00486D1D">
        <w:rPr>
          <w:rFonts w:asciiTheme="majorHAnsi" w:hAnsiTheme="majorHAnsi" w:cstheme="majorHAnsi"/>
          <w:sz w:val="28"/>
          <w:szCs w:val="28"/>
        </w:rPr>
        <w:t xml:space="preserve"> {</w:t>
      </w:r>
    </w:p>
    <w:p w14:paraId="550F03BB"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display: </w:t>
      </w:r>
      <w:proofErr w:type="gramStart"/>
      <w:r w:rsidRPr="00486D1D">
        <w:rPr>
          <w:rFonts w:asciiTheme="majorHAnsi" w:hAnsiTheme="majorHAnsi" w:cstheme="majorHAnsi"/>
          <w:sz w:val="28"/>
          <w:szCs w:val="28"/>
        </w:rPr>
        <w:t>flex;</w:t>
      </w:r>
      <w:proofErr w:type="gramEnd"/>
    </w:p>
    <w:p w14:paraId="3C0F1066"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align-items: </w:t>
      </w:r>
      <w:proofErr w:type="gramStart"/>
      <w:r w:rsidRPr="00486D1D">
        <w:rPr>
          <w:rFonts w:asciiTheme="majorHAnsi" w:hAnsiTheme="majorHAnsi" w:cstheme="majorHAnsi"/>
          <w:sz w:val="28"/>
          <w:szCs w:val="28"/>
        </w:rPr>
        <w:t>center;</w:t>
      </w:r>
      <w:proofErr w:type="gramEnd"/>
    </w:p>
    <w:p w14:paraId="28F4EF60"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padding: 15px </w:t>
      </w:r>
      <w:proofErr w:type="gramStart"/>
      <w:r w:rsidRPr="00486D1D">
        <w:rPr>
          <w:rFonts w:asciiTheme="majorHAnsi" w:hAnsiTheme="majorHAnsi" w:cstheme="majorHAnsi"/>
          <w:sz w:val="28"/>
          <w:szCs w:val="28"/>
        </w:rPr>
        <w:t>30px;</w:t>
      </w:r>
      <w:proofErr w:type="gramEnd"/>
    </w:p>
    <w:p w14:paraId="578FF2F1"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background-color: #</w:t>
      </w:r>
      <w:proofErr w:type="gramStart"/>
      <w:r w:rsidRPr="00486D1D">
        <w:rPr>
          <w:rFonts w:asciiTheme="majorHAnsi" w:hAnsiTheme="majorHAnsi" w:cstheme="majorHAnsi"/>
          <w:sz w:val="28"/>
          <w:szCs w:val="28"/>
        </w:rPr>
        <w:t>FFFFFF;</w:t>
      </w:r>
      <w:proofErr w:type="gramEnd"/>
    </w:p>
    <w:p w14:paraId="4867E2D0"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border-bottom: 1px solid #</w:t>
      </w:r>
      <w:proofErr w:type="gramStart"/>
      <w:r w:rsidRPr="00486D1D">
        <w:rPr>
          <w:rFonts w:asciiTheme="majorHAnsi" w:hAnsiTheme="majorHAnsi" w:cstheme="majorHAnsi"/>
          <w:sz w:val="28"/>
          <w:szCs w:val="28"/>
        </w:rPr>
        <w:t>eee;</w:t>
      </w:r>
      <w:proofErr w:type="gramEnd"/>
    </w:p>
    <w:p w14:paraId="5475288B"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w:t>
      </w:r>
    </w:p>
    <w:p w14:paraId="2DA13450" w14:textId="77777777" w:rsidR="00486D1D" w:rsidRPr="00486D1D" w:rsidRDefault="00486D1D" w:rsidP="00486D1D">
      <w:pPr>
        <w:spacing w:after="0"/>
        <w:rPr>
          <w:rFonts w:asciiTheme="majorHAnsi" w:hAnsiTheme="majorHAnsi" w:cstheme="majorHAnsi"/>
          <w:sz w:val="28"/>
          <w:szCs w:val="28"/>
        </w:rPr>
      </w:pPr>
      <w:proofErr w:type="gramStart"/>
      <w:r w:rsidRPr="00486D1D">
        <w:rPr>
          <w:rFonts w:asciiTheme="majorHAnsi" w:hAnsiTheme="majorHAnsi" w:cstheme="majorHAnsi"/>
          <w:sz w:val="28"/>
          <w:szCs w:val="28"/>
        </w:rPr>
        <w:t>.logo</w:t>
      </w:r>
      <w:proofErr w:type="gramEnd"/>
      <w:r w:rsidRPr="00486D1D">
        <w:rPr>
          <w:rFonts w:asciiTheme="majorHAnsi" w:hAnsiTheme="majorHAnsi" w:cstheme="majorHAnsi"/>
          <w:sz w:val="28"/>
          <w:szCs w:val="28"/>
        </w:rPr>
        <w:t xml:space="preserve"> {</w:t>
      </w:r>
    </w:p>
    <w:p w14:paraId="1C60B669"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font-size: </w:t>
      </w:r>
      <w:proofErr w:type="gramStart"/>
      <w:r w:rsidRPr="00486D1D">
        <w:rPr>
          <w:rFonts w:asciiTheme="majorHAnsi" w:hAnsiTheme="majorHAnsi" w:cstheme="majorHAnsi"/>
          <w:sz w:val="28"/>
          <w:szCs w:val="28"/>
        </w:rPr>
        <w:t>52px;</w:t>
      </w:r>
      <w:proofErr w:type="gramEnd"/>
    </w:p>
    <w:p w14:paraId="45428959"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font-weight: </w:t>
      </w:r>
      <w:proofErr w:type="gramStart"/>
      <w:r w:rsidRPr="00486D1D">
        <w:rPr>
          <w:rFonts w:asciiTheme="majorHAnsi" w:hAnsiTheme="majorHAnsi" w:cstheme="majorHAnsi"/>
          <w:sz w:val="28"/>
          <w:szCs w:val="28"/>
        </w:rPr>
        <w:t>800;</w:t>
      </w:r>
      <w:proofErr w:type="gramEnd"/>
    </w:p>
    <w:p w14:paraId="249C05CF"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w:t>
      </w:r>
    </w:p>
    <w:p w14:paraId="212D5C26"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.nav {</w:t>
      </w:r>
    </w:p>
    <w:p w14:paraId="6434F279"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margin-left: </w:t>
      </w:r>
      <w:proofErr w:type="gramStart"/>
      <w:r w:rsidRPr="00486D1D">
        <w:rPr>
          <w:rFonts w:asciiTheme="majorHAnsi" w:hAnsiTheme="majorHAnsi" w:cstheme="majorHAnsi"/>
          <w:sz w:val="28"/>
          <w:szCs w:val="28"/>
        </w:rPr>
        <w:t>auto;</w:t>
      </w:r>
      <w:proofErr w:type="gramEnd"/>
    </w:p>
    <w:p w14:paraId="5E46EF89"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display: </w:t>
      </w:r>
      <w:proofErr w:type="gramStart"/>
      <w:r w:rsidRPr="00486D1D">
        <w:rPr>
          <w:rFonts w:asciiTheme="majorHAnsi" w:hAnsiTheme="majorHAnsi" w:cstheme="majorHAnsi"/>
          <w:sz w:val="28"/>
          <w:szCs w:val="28"/>
        </w:rPr>
        <w:t>flex;</w:t>
      </w:r>
      <w:proofErr w:type="gramEnd"/>
    </w:p>
    <w:p w14:paraId="626043F8"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gap: </w:t>
      </w:r>
      <w:proofErr w:type="gramStart"/>
      <w:r w:rsidRPr="00486D1D">
        <w:rPr>
          <w:rFonts w:asciiTheme="majorHAnsi" w:hAnsiTheme="majorHAnsi" w:cstheme="majorHAnsi"/>
          <w:sz w:val="28"/>
          <w:szCs w:val="28"/>
        </w:rPr>
        <w:t>25px;</w:t>
      </w:r>
      <w:proofErr w:type="gramEnd"/>
    </w:p>
    <w:p w14:paraId="221C5BD6"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w:t>
      </w:r>
    </w:p>
    <w:p w14:paraId="3BD85C37"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.nav a {</w:t>
      </w:r>
    </w:p>
    <w:p w14:paraId="76567CB3"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text-decoration: </w:t>
      </w:r>
      <w:proofErr w:type="gramStart"/>
      <w:r w:rsidRPr="00486D1D">
        <w:rPr>
          <w:rFonts w:asciiTheme="majorHAnsi" w:hAnsiTheme="majorHAnsi" w:cstheme="majorHAnsi"/>
          <w:sz w:val="28"/>
          <w:szCs w:val="28"/>
        </w:rPr>
        <w:t>none;</w:t>
      </w:r>
      <w:proofErr w:type="gramEnd"/>
    </w:p>
    <w:p w14:paraId="6EFACD3F"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padding: 15px </w:t>
      </w:r>
      <w:proofErr w:type="gramStart"/>
      <w:r w:rsidRPr="00486D1D">
        <w:rPr>
          <w:rFonts w:asciiTheme="majorHAnsi" w:hAnsiTheme="majorHAnsi" w:cstheme="majorHAnsi"/>
          <w:sz w:val="28"/>
          <w:szCs w:val="28"/>
        </w:rPr>
        <w:t>20px;</w:t>
      </w:r>
      <w:proofErr w:type="gramEnd"/>
    </w:p>
    <w:p w14:paraId="26A0CB38"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w:t>
      </w:r>
      <w:proofErr w:type="gramStart"/>
      <w:r w:rsidRPr="00486D1D">
        <w:rPr>
          <w:rFonts w:asciiTheme="majorHAnsi" w:hAnsiTheme="majorHAnsi" w:cstheme="majorHAnsi"/>
          <w:sz w:val="28"/>
          <w:szCs w:val="28"/>
        </w:rPr>
        <w:t>background: #F5E6C4;</w:t>
      </w:r>
      <w:proofErr w:type="gramEnd"/>
    </w:p>
    <w:p w14:paraId="01A0FB63"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lastRenderedPageBreak/>
        <w:t xml:space="preserve">  color: </w:t>
      </w:r>
      <w:proofErr w:type="gramStart"/>
      <w:r w:rsidRPr="00486D1D">
        <w:rPr>
          <w:rFonts w:asciiTheme="majorHAnsi" w:hAnsiTheme="majorHAnsi" w:cstheme="majorHAnsi"/>
          <w:sz w:val="28"/>
          <w:szCs w:val="28"/>
        </w:rPr>
        <w:t>#444;</w:t>
      </w:r>
      <w:proofErr w:type="gramEnd"/>
    </w:p>
    <w:p w14:paraId="17D8C8DA"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border-radius: </w:t>
      </w:r>
      <w:proofErr w:type="gramStart"/>
      <w:r w:rsidRPr="00486D1D">
        <w:rPr>
          <w:rFonts w:asciiTheme="majorHAnsi" w:hAnsiTheme="majorHAnsi" w:cstheme="majorHAnsi"/>
          <w:sz w:val="28"/>
          <w:szCs w:val="28"/>
        </w:rPr>
        <w:t>20px;</w:t>
      </w:r>
      <w:proofErr w:type="gramEnd"/>
    </w:p>
    <w:p w14:paraId="729E1C66" w14:textId="77777777" w:rsidR="00486D1D" w:rsidRPr="00486D1D" w:rsidRDefault="00486D1D" w:rsidP="00486D1D">
      <w:pPr>
        <w:spacing w:after="0"/>
        <w:rPr>
          <w:rFonts w:asciiTheme="majorHAnsi" w:hAnsiTheme="majorHAnsi" w:cstheme="majorHAnsi"/>
          <w:sz w:val="28"/>
          <w:szCs w:val="28"/>
        </w:rPr>
      </w:pPr>
    </w:p>
    <w:p w14:paraId="36B46C27"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w:t>
      </w:r>
    </w:p>
    <w:p w14:paraId="73EA85E9"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.nav </w:t>
      </w:r>
      <w:proofErr w:type="gramStart"/>
      <w:r w:rsidRPr="00486D1D">
        <w:rPr>
          <w:rFonts w:asciiTheme="majorHAnsi" w:hAnsiTheme="majorHAnsi" w:cstheme="majorHAnsi"/>
          <w:sz w:val="28"/>
          <w:szCs w:val="28"/>
        </w:rPr>
        <w:t>a:hover</w:t>
      </w:r>
      <w:proofErr w:type="gramEnd"/>
      <w:r w:rsidRPr="00486D1D">
        <w:rPr>
          <w:rFonts w:asciiTheme="majorHAnsi" w:hAnsiTheme="majorHAnsi" w:cstheme="majorHAnsi"/>
          <w:sz w:val="28"/>
          <w:szCs w:val="28"/>
        </w:rPr>
        <w:t xml:space="preserve"> {</w:t>
      </w:r>
    </w:p>
    <w:p w14:paraId="07203A34"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w:t>
      </w:r>
      <w:proofErr w:type="gramStart"/>
      <w:r w:rsidRPr="00486D1D">
        <w:rPr>
          <w:rFonts w:asciiTheme="majorHAnsi" w:hAnsiTheme="majorHAnsi" w:cstheme="majorHAnsi"/>
          <w:sz w:val="28"/>
          <w:szCs w:val="28"/>
        </w:rPr>
        <w:t>background: #E6C68E;</w:t>
      </w:r>
      <w:proofErr w:type="gramEnd"/>
    </w:p>
    <w:p w14:paraId="7A65886C"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w:t>
      </w:r>
    </w:p>
    <w:p w14:paraId="242F8588" w14:textId="77777777" w:rsidR="00486D1D" w:rsidRPr="00486D1D" w:rsidRDefault="00486D1D" w:rsidP="00486D1D">
      <w:pPr>
        <w:spacing w:after="0"/>
        <w:rPr>
          <w:rFonts w:asciiTheme="majorHAnsi" w:hAnsiTheme="majorHAnsi" w:cstheme="majorHAnsi"/>
          <w:sz w:val="28"/>
          <w:szCs w:val="28"/>
        </w:rPr>
      </w:pPr>
      <w:proofErr w:type="gramStart"/>
      <w:r w:rsidRPr="00486D1D">
        <w:rPr>
          <w:rFonts w:asciiTheme="majorHAnsi" w:hAnsiTheme="majorHAnsi" w:cstheme="majorHAnsi"/>
          <w:sz w:val="28"/>
          <w:szCs w:val="28"/>
        </w:rPr>
        <w:t>.home</w:t>
      </w:r>
      <w:proofErr w:type="gramEnd"/>
      <w:r w:rsidRPr="00486D1D">
        <w:rPr>
          <w:rFonts w:asciiTheme="majorHAnsi" w:hAnsiTheme="majorHAnsi" w:cstheme="majorHAnsi"/>
          <w:sz w:val="28"/>
          <w:szCs w:val="28"/>
        </w:rPr>
        <w:t>{</w:t>
      </w:r>
    </w:p>
    <w:p w14:paraId="4E227445"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text-align: </w:t>
      </w:r>
      <w:proofErr w:type="gramStart"/>
      <w:r w:rsidRPr="00486D1D">
        <w:rPr>
          <w:rFonts w:asciiTheme="majorHAnsi" w:hAnsiTheme="majorHAnsi" w:cstheme="majorHAnsi"/>
          <w:sz w:val="28"/>
          <w:szCs w:val="28"/>
        </w:rPr>
        <w:t>center;</w:t>
      </w:r>
      <w:proofErr w:type="gramEnd"/>
    </w:p>
    <w:p w14:paraId="1AD347F2"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border-bottom: 11px solid #</w:t>
      </w:r>
      <w:proofErr w:type="gramStart"/>
      <w:r w:rsidRPr="00486D1D">
        <w:rPr>
          <w:rFonts w:asciiTheme="majorHAnsi" w:hAnsiTheme="majorHAnsi" w:cstheme="majorHAnsi"/>
          <w:sz w:val="28"/>
          <w:szCs w:val="28"/>
        </w:rPr>
        <w:t>B68D40;</w:t>
      </w:r>
      <w:proofErr w:type="gramEnd"/>
    </w:p>
    <w:p w14:paraId="367BD054"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padding-bottom: </w:t>
      </w:r>
      <w:proofErr w:type="gramStart"/>
      <w:r w:rsidRPr="00486D1D">
        <w:rPr>
          <w:rFonts w:asciiTheme="majorHAnsi" w:hAnsiTheme="majorHAnsi" w:cstheme="majorHAnsi"/>
          <w:sz w:val="28"/>
          <w:szCs w:val="28"/>
        </w:rPr>
        <w:t>14px;</w:t>
      </w:r>
      <w:proofErr w:type="gramEnd"/>
    </w:p>
    <w:p w14:paraId="46F3EFF2"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margin-bottom: </w:t>
      </w:r>
      <w:proofErr w:type="gramStart"/>
      <w:r w:rsidRPr="00486D1D">
        <w:rPr>
          <w:rFonts w:asciiTheme="majorHAnsi" w:hAnsiTheme="majorHAnsi" w:cstheme="majorHAnsi"/>
          <w:sz w:val="28"/>
          <w:szCs w:val="28"/>
        </w:rPr>
        <w:t>18px;</w:t>
      </w:r>
      <w:proofErr w:type="gramEnd"/>
    </w:p>
    <w:p w14:paraId="1748F10E"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w:t>
      </w:r>
    </w:p>
    <w:p w14:paraId="15F0B8F9" w14:textId="77777777" w:rsidR="00486D1D" w:rsidRPr="00486D1D" w:rsidRDefault="00486D1D" w:rsidP="00486D1D">
      <w:pPr>
        <w:spacing w:after="0"/>
        <w:rPr>
          <w:rFonts w:asciiTheme="majorHAnsi" w:hAnsiTheme="majorHAnsi" w:cstheme="majorHAnsi"/>
          <w:sz w:val="28"/>
          <w:szCs w:val="28"/>
        </w:rPr>
      </w:pPr>
      <w:proofErr w:type="gramStart"/>
      <w:r w:rsidRPr="00486D1D">
        <w:rPr>
          <w:rFonts w:asciiTheme="majorHAnsi" w:hAnsiTheme="majorHAnsi" w:cstheme="majorHAnsi"/>
          <w:sz w:val="28"/>
          <w:szCs w:val="28"/>
        </w:rPr>
        <w:t>.header</w:t>
      </w:r>
      <w:proofErr w:type="gramEnd"/>
      <w:r w:rsidRPr="00486D1D">
        <w:rPr>
          <w:rFonts w:asciiTheme="majorHAnsi" w:hAnsiTheme="majorHAnsi" w:cstheme="majorHAnsi"/>
          <w:sz w:val="28"/>
          <w:szCs w:val="28"/>
        </w:rPr>
        <w:t xml:space="preserve"> {</w:t>
      </w:r>
    </w:p>
    <w:p w14:paraId="4EF4F82E"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font-size: </w:t>
      </w:r>
      <w:proofErr w:type="gramStart"/>
      <w:r w:rsidRPr="00486D1D">
        <w:rPr>
          <w:rFonts w:asciiTheme="majorHAnsi" w:hAnsiTheme="majorHAnsi" w:cstheme="majorHAnsi"/>
          <w:sz w:val="28"/>
          <w:szCs w:val="28"/>
        </w:rPr>
        <w:t>14px;</w:t>
      </w:r>
      <w:proofErr w:type="gramEnd"/>
    </w:p>
    <w:p w14:paraId="26E1E0BE"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text-align: </w:t>
      </w:r>
      <w:proofErr w:type="gramStart"/>
      <w:r w:rsidRPr="00486D1D">
        <w:rPr>
          <w:rFonts w:asciiTheme="majorHAnsi" w:hAnsiTheme="majorHAnsi" w:cstheme="majorHAnsi"/>
          <w:sz w:val="28"/>
          <w:szCs w:val="28"/>
        </w:rPr>
        <w:t>center;</w:t>
      </w:r>
      <w:proofErr w:type="gramEnd"/>
    </w:p>
    <w:p w14:paraId="42779F4E"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border-bottom: 8px solid #</w:t>
      </w:r>
      <w:proofErr w:type="gramStart"/>
      <w:r w:rsidRPr="00486D1D">
        <w:rPr>
          <w:rFonts w:asciiTheme="majorHAnsi" w:hAnsiTheme="majorHAnsi" w:cstheme="majorHAnsi"/>
          <w:sz w:val="28"/>
          <w:szCs w:val="28"/>
        </w:rPr>
        <w:t>B68D40;</w:t>
      </w:r>
      <w:proofErr w:type="gramEnd"/>
    </w:p>
    <w:p w14:paraId="02275BB7"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padding-bottom: </w:t>
      </w:r>
      <w:proofErr w:type="gramStart"/>
      <w:r w:rsidRPr="00486D1D">
        <w:rPr>
          <w:rFonts w:asciiTheme="majorHAnsi" w:hAnsiTheme="majorHAnsi" w:cstheme="majorHAnsi"/>
          <w:sz w:val="28"/>
          <w:szCs w:val="28"/>
        </w:rPr>
        <w:t>20px;</w:t>
      </w:r>
      <w:proofErr w:type="gramEnd"/>
    </w:p>
    <w:p w14:paraId="3AF62FEE" w14:textId="77777777" w:rsidR="00486D1D" w:rsidRPr="00486D1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 xml:space="preserve">  margin-bottom: </w:t>
      </w:r>
      <w:proofErr w:type="gramStart"/>
      <w:r w:rsidRPr="00486D1D">
        <w:rPr>
          <w:rFonts w:asciiTheme="majorHAnsi" w:hAnsiTheme="majorHAnsi" w:cstheme="majorHAnsi"/>
          <w:sz w:val="28"/>
          <w:szCs w:val="28"/>
        </w:rPr>
        <w:t>20px;</w:t>
      </w:r>
      <w:proofErr w:type="gramEnd"/>
    </w:p>
    <w:p w14:paraId="083A5D14" w14:textId="11999D00" w:rsidR="00C442DD" w:rsidRDefault="00486D1D" w:rsidP="00486D1D">
      <w:pPr>
        <w:spacing w:after="0"/>
        <w:rPr>
          <w:rFonts w:asciiTheme="majorHAnsi" w:hAnsiTheme="majorHAnsi" w:cstheme="majorHAnsi"/>
          <w:sz w:val="28"/>
          <w:szCs w:val="28"/>
        </w:rPr>
      </w:pPr>
      <w:r w:rsidRPr="00486D1D">
        <w:rPr>
          <w:rFonts w:asciiTheme="majorHAnsi" w:hAnsiTheme="majorHAnsi" w:cstheme="majorHAnsi"/>
          <w:sz w:val="28"/>
          <w:szCs w:val="28"/>
        </w:rPr>
        <w:t>}</w:t>
      </w:r>
    </w:p>
    <w:p w14:paraId="449EC230" w14:textId="77777777" w:rsidR="00486D1D" w:rsidRDefault="00486D1D" w:rsidP="00486D1D">
      <w:pPr>
        <w:spacing w:after="0"/>
        <w:rPr>
          <w:rFonts w:asciiTheme="majorHAnsi" w:hAnsiTheme="majorHAnsi" w:cstheme="majorHAnsi"/>
          <w:sz w:val="28"/>
          <w:szCs w:val="28"/>
        </w:rPr>
      </w:pPr>
    </w:p>
    <w:p w14:paraId="78ACBAE5" w14:textId="77777777" w:rsidR="00486D1D" w:rsidRPr="00486D1D" w:rsidRDefault="00486D1D" w:rsidP="00486D1D">
      <w:pPr>
        <w:spacing w:after="0"/>
        <w:rPr>
          <w:rFonts w:asciiTheme="majorHAnsi" w:hAnsiTheme="majorHAnsi" w:cstheme="majorHAnsi"/>
          <w:b/>
          <w:bCs/>
          <w:sz w:val="28"/>
          <w:szCs w:val="28"/>
        </w:rPr>
      </w:pPr>
      <w:r w:rsidRPr="00486D1D">
        <w:rPr>
          <w:rFonts w:asciiTheme="majorHAnsi" w:hAnsiTheme="majorHAnsi" w:cstheme="majorHAnsi"/>
          <w:b/>
          <w:bCs/>
          <w:sz w:val="28"/>
          <w:szCs w:val="28"/>
        </w:rPr>
        <w:t>Beauty2services</w:t>
      </w:r>
    </w:p>
    <w:p w14:paraId="3DD3929F" w14:textId="77777777" w:rsidR="00486D1D" w:rsidRDefault="00486D1D" w:rsidP="00486D1D">
      <w:pPr>
        <w:spacing w:after="0"/>
        <w:rPr>
          <w:rFonts w:asciiTheme="majorHAnsi" w:hAnsiTheme="majorHAnsi" w:cstheme="majorHAnsi"/>
          <w:sz w:val="28"/>
          <w:szCs w:val="28"/>
        </w:rPr>
      </w:pPr>
    </w:p>
    <w:p w14:paraId="326B035B"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@page {</w:t>
      </w:r>
    </w:p>
    <w:p w14:paraId="4E6C8FC7"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size: </w:t>
      </w:r>
      <w:proofErr w:type="gramStart"/>
      <w:r w:rsidRPr="00B85AD0">
        <w:rPr>
          <w:rFonts w:asciiTheme="majorHAnsi" w:hAnsiTheme="majorHAnsi" w:cstheme="majorHAnsi"/>
          <w:sz w:val="28"/>
          <w:szCs w:val="28"/>
        </w:rPr>
        <w:t>A4;</w:t>
      </w:r>
      <w:proofErr w:type="gramEnd"/>
    </w:p>
    <w:p w14:paraId="35D49757"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margin: 0.</w:t>
      </w:r>
      <w:proofErr w:type="gramStart"/>
      <w:r w:rsidRPr="00B85AD0">
        <w:rPr>
          <w:rFonts w:asciiTheme="majorHAnsi" w:hAnsiTheme="majorHAnsi" w:cstheme="majorHAnsi"/>
          <w:sz w:val="28"/>
          <w:szCs w:val="28"/>
        </w:rPr>
        <w:t>55in;</w:t>
      </w:r>
      <w:proofErr w:type="gramEnd"/>
    </w:p>
    <w:p w14:paraId="2B0493F1" w14:textId="7F833F79"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w:t>
      </w:r>
    </w:p>
    <w:p w14:paraId="12D96915"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body {</w:t>
      </w:r>
    </w:p>
    <w:p w14:paraId="39A11136"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font-family: Arial, Helvetica, sans-</w:t>
      </w:r>
      <w:proofErr w:type="gramStart"/>
      <w:r w:rsidRPr="00B85AD0">
        <w:rPr>
          <w:rFonts w:asciiTheme="majorHAnsi" w:hAnsiTheme="majorHAnsi" w:cstheme="majorHAnsi"/>
          <w:sz w:val="28"/>
          <w:szCs w:val="28"/>
        </w:rPr>
        <w:t>serif;</w:t>
      </w:r>
      <w:proofErr w:type="gramEnd"/>
    </w:p>
    <w:p w14:paraId="731E2280"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color: </w:t>
      </w:r>
      <w:proofErr w:type="gramStart"/>
      <w:r w:rsidRPr="00B85AD0">
        <w:rPr>
          <w:rFonts w:asciiTheme="majorHAnsi" w:hAnsiTheme="majorHAnsi" w:cstheme="majorHAnsi"/>
          <w:sz w:val="28"/>
          <w:szCs w:val="28"/>
        </w:rPr>
        <w:t>#444444;</w:t>
      </w:r>
      <w:proofErr w:type="gramEnd"/>
    </w:p>
    <w:p w14:paraId="661E7931"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background-</w:t>
      </w:r>
      <w:proofErr w:type="gramStart"/>
      <w:r w:rsidRPr="00B85AD0">
        <w:rPr>
          <w:rFonts w:asciiTheme="majorHAnsi" w:hAnsiTheme="majorHAnsi" w:cstheme="majorHAnsi"/>
          <w:sz w:val="28"/>
          <w:szCs w:val="28"/>
        </w:rPr>
        <w:t>color: #FAF7F2;</w:t>
      </w:r>
      <w:proofErr w:type="gramEnd"/>
    </w:p>
    <w:p w14:paraId="3A1C2DD5"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margin: </w:t>
      </w:r>
      <w:proofErr w:type="gramStart"/>
      <w:r w:rsidRPr="00B85AD0">
        <w:rPr>
          <w:rFonts w:asciiTheme="majorHAnsi" w:hAnsiTheme="majorHAnsi" w:cstheme="majorHAnsi"/>
          <w:sz w:val="28"/>
          <w:szCs w:val="28"/>
        </w:rPr>
        <w:t>0;</w:t>
      </w:r>
      <w:proofErr w:type="gramEnd"/>
    </w:p>
    <w:p w14:paraId="661726D5"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padding: </w:t>
      </w:r>
      <w:proofErr w:type="gramStart"/>
      <w:r w:rsidRPr="00B85AD0">
        <w:rPr>
          <w:rFonts w:asciiTheme="majorHAnsi" w:hAnsiTheme="majorHAnsi" w:cstheme="majorHAnsi"/>
          <w:sz w:val="28"/>
          <w:szCs w:val="28"/>
        </w:rPr>
        <w:t>35px;</w:t>
      </w:r>
      <w:proofErr w:type="gramEnd"/>
    </w:p>
    <w:p w14:paraId="2139AD25"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lastRenderedPageBreak/>
        <w:t xml:space="preserve">  line-height: </w:t>
      </w:r>
      <w:proofErr w:type="gramStart"/>
      <w:r w:rsidRPr="00B85AD0">
        <w:rPr>
          <w:rFonts w:asciiTheme="majorHAnsi" w:hAnsiTheme="majorHAnsi" w:cstheme="majorHAnsi"/>
          <w:sz w:val="28"/>
          <w:szCs w:val="28"/>
        </w:rPr>
        <w:t>1.4;</w:t>
      </w:r>
      <w:proofErr w:type="gramEnd"/>
    </w:p>
    <w:p w14:paraId="3CB43045"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font-size: </w:t>
      </w:r>
      <w:proofErr w:type="gramStart"/>
      <w:r w:rsidRPr="00B85AD0">
        <w:rPr>
          <w:rFonts w:asciiTheme="majorHAnsi" w:hAnsiTheme="majorHAnsi" w:cstheme="majorHAnsi"/>
          <w:sz w:val="28"/>
          <w:szCs w:val="28"/>
        </w:rPr>
        <w:t>14px;</w:t>
      </w:r>
      <w:proofErr w:type="gramEnd"/>
    </w:p>
    <w:p w14:paraId="67AC9A03"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w:t>
      </w:r>
    </w:p>
    <w:p w14:paraId="22F41D17" w14:textId="77777777" w:rsidR="00B85AD0" w:rsidRPr="00B85AD0" w:rsidRDefault="00B85AD0" w:rsidP="00B85AD0">
      <w:pPr>
        <w:spacing w:after="0"/>
        <w:rPr>
          <w:rFonts w:asciiTheme="majorHAnsi" w:hAnsiTheme="majorHAnsi" w:cstheme="majorHAnsi"/>
          <w:sz w:val="28"/>
          <w:szCs w:val="28"/>
        </w:rPr>
      </w:pPr>
      <w:proofErr w:type="gramStart"/>
      <w:r w:rsidRPr="00B85AD0">
        <w:rPr>
          <w:rFonts w:asciiTheme="majorHAnsi" w:hAnsiTheme="majorHAnsi" w:cstheme="majorHAnsi"/>
          <w:sz w:val="28"/>
          <w:szCs w:val="28"/>
        </w:rPr>
        <w:t>.</w:t>
      </w:r>
      <w:proofErr w:type="spellStart"/>
      <w:r w:rsidRPr="00B85AD0">
        <w:rPr>
          <w:rFonts w:asciiTheme="majorHAnsi" w:hAnsiTheme="majorHAnsi" w:cstheme="majorHAnsi"/>
          <w:sz w:val="28"/>
          <w:szCs w:val="28"/>
        </w:rPr>
        <w:t>topbar</w:t>
      </w:r>
      <w:proofErr w:type="spellEnd"/>
      <w:proofErr w:type="gramEnd"/>
      <w:r w:rsidRPr="00B85AD0">
        <w:rPr>
          <w:rFonts w:asciiTheme="majorHAnsi" w:hAnsiTheme="majorHAnsi" w:cstheme="majorHAnsi"/>
          <w:sz w:val="28"/>
          <w:szCs w:val="28"/>
        </w:rPr>
        <w:t xml:space="preserve"> {</w:t>
      </w:r>
    </w:p>
    <w:p w14:paraId="0A0CCD7B"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display: </w:t>
      </w:r>
      <w:proofErr w:type="gramStart"/>
      <w:r w:rsidRPr="00B85AD0">
        <w:rPr>
          <w:rFonts w:asciiTheme="majorHAnsi" w:hAnsiTheme="majorHAnsi" w:cstheme="majorHAnsi"/>
          <w:sz w:val="28"/>
          <w:szCs w:val="28"/>
        </w:rPr>
        <w:t>flex;</w:t>
      </w:r>
      <w:proofErr w:type="gramEnd"/>
      <w:r w:rsidRPr="00B85AD0">
        <w:rPr>
          <w:rFonts w:asciiTheme="majorHAnsi" w:hAnsiTheme="majorHAnsi" w:cstheme="majorHAnsi"/>
          <w:sz w:val="28"/>
          <w:szCs w:val="28"/>
        </w:rPr>
        <w:t xml:space="preserve">        </w:t>
      </w:r>
    </w:p>
    <w:p w14:paraId="28339E29"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align-items: </w:t>
      </w:r>
      <w:proofErr w:type="gramStart"/>
      <w:r w:rsidRPr="00B85AD0">
        <w:rPr>
          <w:rFonts w:asciiTheme="majorHAnsi" w:hAnsiTheme="majorHAnsi" w:cstheme="majorHAnsi"/>
          <w:sz w:val="28"/>
          <w:szCs w:val="28"/>
        </w:rPr>
        <w:t>center;</w:t>
      </w:r>
      <w:proofErr w:type="gramEnd"/>
    </w:p>
    <w:p w14:paraId="5F474064"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padding: 15px </w:t>
      </w:r>
      <w:proofErr w:type="gramStart"/>
      <w:r w:rsidRPr="00B85AD0">
        <w:rPr>
          <w:rFonts w:asciiTheme="majorHAnsi" w:hAnsiTheme="majorHAnsi" w:cstheme="majorHAnsi"/>
          <w:sz w:val="28"/>
          <w:szCs w:val="28"/>
        </w:rPr>
        <w:t>30px;</w:t>
      </w:r>
      <w:proofErr w:type="gramEnd"/>
    </w:p>
    <w:p w14:paraId="4B7E30B1"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background-color: #</w:t>
      </w:r>
      <w:proofErr w:type="gramStart"/>
      <w:r w:rsidRPr="00B85AD0">
        <w:rPr>
          <w:rFonts w:asciiTheme="majorHAnsi" w:hAnsiTheme="majorHAnsi" w:cstheme="majorHAnsi"/>
          <w:sz w:val="28"/>
          <w:szCs w:val="28"/>
        </w:rPr>
        <w:t>FFFFFF;</w:t>
      </w:r>
      <w:proofErr w:type="gramEnd"/>
    </w:p>
    <w:p w14:paraId="431ED383"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border-bottom: 1px solid #</w:t>
      </w:r>
      <w:proofErr w:type="gramStart"/>
      <w:r w:rsidRPr="00B85AD0">
        <w:rPr>
          <w:rFonts w:asciiTheme="majorHAnsi" w:hAnsiTheme="majorHAnsi" w:cstheme="majorHAnsi"/>
          <w:sz w:val="28"/>
          <w:szCs w:val="28"/>
        </w:rPr>
        <w:t>eee;</w:t>
      </w:r>
      <w:proofErr w:type="gramEnd"/>
    </w:p>
    <w:p w14:paraId="10A520EF"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w:t>
      </w:r>
    </w:p>
    <w:p w14:paraId="29ED2A39" w14:textId="77777777" w:rsidR="00B85AD0" w:rsidRPr="00B85AD0" w:rsidRDefault="00B85AD0" w:rsidP="00B85AD0">
      <w:pPr>
        <w:spacing w:after="0"/>
        <w:rPr>
          <w:rFonts w:asciiTheme="majorHAnsi" w:hAnsiTheme="majorHAnsi" w:cstheme="majorHAnsi"/>
          <w:sz w:val="28"/>
          <w:szCs w:val="28"/>
        </w:rPr>
      </w:pPr>
      <w:proofErr w:type="gramStart"/>
      <w:r w:rsidRPr="00B85AD0">
        <w:rPr>
          <w:rFonts w:asciiTheme="majorHAnsi" w:hAnsiTheme="majorHAnsi" w:cstheme="majorHAnsi"/>
          <w:sz w:val="28"/>
          <w:szCs w:val="28"/>
        </w:rPr>
        <w:t>.logo</w:t>
      </w:r>
      <w:proofErr w:type="gramEnd"/>
      <w:r w:rsidRPr="00B85AD0">
        <w:rPr>
          <w:rFonts w:asciiTheme="majorHAnsi" w:hAnsiTheme="majorHAnsi" w:cstheme="majorHAnsi"/>
          <w:sz w:val="28"/>
          <w:szCs w:val="28"/>
        </w:rPr>
        <w:t xml:space="preserve"> {</w:t>
      </w:r>
    </w:p>
    <w:p w14:paraId="730093B1" w14:textId="487B86DE"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font-size: </w:t>
      </w:r>
      <w:proofErr w:type="gramStart"/>
      <w:r w:rsidRPr="00B85AD0">
        <w:rPr>
          <w:rFonts w:asciiTheme="majorHAnsi" w:hAnsiTheme="majorHAnsi" w:cstheme="majorHAnsi"/>
          <w:sz w:val="28"/>
          <w:szCs w:val="28"/>
        </w:rPr>
        <w:t>52px;</w:t>
      </w:r>
      <w:proofErr w:type="gramEnd"/>
    </w:p>
    <w:p w14:paraId="782ED91F"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font-weight: </w:t>
      </w:r>
      <w:proofErr w:type="gramStart"/>
      <w:r w:rsidRPr="00B85AD0">
        <w:rPr>
          <w:rFonts w:asciiTheme="majorHAnsi" w:hAnsiTheme="majorHAnsi" w:cstheme="majorHAnsi"/>
          <w:sz w:val="28"/>
          <w:szCs w:val="28"/>
        </w:rPr>
        <w:t>800;</w:t>
      </w:r>
      <w:proofErr w:type="gramEnd"/>
    </w:p>
    <w:p w14:paraId="384C62CA"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w:t>
      </w:r>
    </w:p>
    <w:p w14:paraId="132BB9BB" w14:textId="77777777" w:rsidR="00B85AD0" w:rsidRPr="00B85AD0" w:rsidRDefault="00B85AD0" w:rsidP="00B85AD0">
      <w:pPr>
        <w:spacing w:after="0"/>
        <w:rPr>
          <w:rFonts w:asciiTheme="majorHAnsi" w:hAnsiTheme="majorHAnsi" w:cstheme="majorHAnsi"/>
          <w:sz w:val="28"/>
          <w:szCs w:val="28"/>
        </w:rPr>
      </w:pPr>
      <w:proofErr w:type="gramStart"/>
      <w:r w:rsidRPr="00B85AD0">
        <w:rPr>
          <w:rFonts w:asciiTheme="majorHAnsi" w:hAnsiTheme="majorHAnsi" w:cstheme="majorHAnsi"/>
          <w:sz w:val="28"/>
          <w:szCs w:val="28"/>
        </w:rPr>
        <w:t>.gallery</w:t>
      </w:r>
      <w:proofErr w:type="gramEnd"/>
      <w:r w:rsidRPr="00B85AD0">
        <w:rPr>
          <w:rFonts w:asciiTheme="majorHAnsi" w:hAnsiTheme="majorHAnsi" w:cstheme="majorHAnsi"/>
          <w:sz w:val="28"/>
          <w:szCs w:val="28"/>
        </w:rPr>
        <w:t xml:space="preserve"> {</w:t>
      </w:r>
    </w:p>
    <w:p w14:paraId="0F8101BE"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display: </w:t>
      </w:r>
      <w:proofErr w:type="gramStart"/>
      <w:r w:rsidRPr="00B85AD0">
        <w:rPr>
          <w:rFonts w:asciiTheme="majorHAnsi" w:hAnsiTheme="majorHAnsi" w:cstheme="majorHAnsi"/>
          <w:sz w:val="28"/>
          <w:szCs w:val="28"/>
        </w:rPr>
        <w:t>grid;</w:t>
      </w:r>
      <w:proofErr w:type="gramEnd"/>
    </w:p>
    <w:p w14:paraId="632CA273"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grid-template-columns: </w:t>
      </w:r>
      <w:proofErr w:type="gramStart"/>
      <w:r w:rsidRPr="00B85AD0">
        <w:rPr>
          <w:rFonts w:asciiTheme="majorHAnsi" w:hAnsiTheme="majorHAnsi" w:cstheme="majorHAnsi"/>
          <w:sz w:val="28"/>
          <w:szCs w:val="28"/>
        </w:rPr>
        <w:t>repeat(</w:t>
      </w:r>
      <w:proofErr w:type="gramEnd"/>
      <w:r w:rsidRPr="00B85AD0">
        <w:rPr>
          <w:rFonts w:asciiTheme="majorHAnsi" w:hAnsiTheme="majorHAnsi" w:cstheme="majorHAnsi"/>
          <w:sz w:val="28"/>
          <w:szCs w:val="28"/>
        </w:rPr>
        <w:t>3, 1fr</w:t>
      </w:r>
      <w:proofErr w:type="gramStart"/>
      <w:r w:rsidRPr="00B85AD0">
        <w:rPr>
          <w:rFonts w:asciiTheme="majorHAnsi" w:hAnsiTheme="majorHAnsi" w:cstheme="majorHAnsi"/>
          <w:sz w:val="28"/>
          <w:szCs w:val="28"/>
        </w:rPr>
        <w:t>);</w:t>
      </w:r>
      <w:proofErr w:type="gramEnd"/>
    </w:p>
    <w:p w14:paraId="4260FA1B"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gap: </w:t>
      </w:r>
      <w:proofErr w:type="gramStart"/>
      <w:r w:rsidRPr="00B85AD0">
        <w:rPr>
          <w:rFonts w:asciiTheme="majorHAnsi" w:hAnsiTheme="majorHAnsi" w:cstheme="majorHAnsi"/>
          <w:sz w:val="28"/>
          <w:szCs w:val="28"/>
        </w:rPr>
        <w:t>20px;</w:t>
      </w:r>
      <w:proofErr w:type="gramEnd"/>
    </w:p>
    <w:p w14:paraId="1D67BFF8"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w:t>
      </w:r>
    </w:p>
    <w:p w14:paraId="123B3614" w14:textId="77777777" w:rsidR="00B85AD0" w:rsidRPr="00B85AD0" w:rsidRDefault="00B85AD0" w:rsidP="00B85AD0">
      <w:pPr>
        <w:spacing w:after="0"/>
        <w:rPr>
          <w:rFonts w:asciiTheme="majorHAnsi" w:hAnsiTheme="majorHAnsi" w:cstheme="majorHAnsi"/>
          <w:sz w:val="28"/>
          <w:szCs w:val="28"/>
        </w:rPr>
      </w:pPr>
      <w:proofErr w:type="gramStart"/>
      <w:r w:rsidRPr="00B85AD0">
        <w:rPr>
          <w:rFonts w:asciiTheme="majorHAnsi" w:hAnsiTheme="majorHAnsi" w:cstheme="majorHAnsi"/>
          <w:sz w:val="28"/>
          <w:szCs w:val="28"/>
        </w:rPr>
        <w:t>.item</w:t>
      </w:r>
      <w:proofErr w:type="gramEnd"/>
      <w:r w:rsidRPr="00B85AD0">
        <w:rPr>
          <w:rFonts w:asciiTheme="majorHAnsi" w:hAnsiTheme="majorHAnsi" w:cstheme="majorHAnsi"/>
          <w:sz w:val="28"/>
          <w:szCs w:val="28"/>
        </w:rPr>
        <w:t xml:space="preserve"> {</w:t>
      </w:r>
    </w:p>
    <w:p w14:paraId="0496485A"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text-align: </w:t>
      </w:r>
      <w:proofErr w:type="gramStart"/>
      <w:r w:rsidRPr="00B85AD0">
        <w:rPr>
          <w:rFonts w:asciiTheme="majorHAnsi" w:hAnsiTheme="majorHAnsi" w:cstheme="majorHAnsi"/>
          <w:sz w:val="28"/>
          <w:szCs w:val="28"/>
        </w:rPr>
        <w:t>left;</w:t>
      </w:r>
      <w:proofErr w:type="gramEnd"/>
    </w:p>
    <w:p w14:paraId="1462692F"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w:t>
      </w:r>
    </w:p>
    <w:p w14:paraId="5F68289A"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.nav {</w:t>
      </w:r>
    </w:p>
    <w:p w14:paraId="39EA727D"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margin-left: </w:t>
      </w:r>
      <w:proofErr w:type="gramStart"/>
      <w:r w:rsidRPr="00B85AD0">
        <w:rPr>
          <w:rFonts w:asciiTheme="majorHAnsi" w:hAnsiTheme="majorHAnsi" w:cstheme="majorHAnsi"/>
          <w:sz w:val="28"/>
          <w:szCs w:val="28"/>
        </w:rPr>
        <w:t>auto;</w:t>
      </w:r>
      <w:proofErr w:type="gramEnd"/>
      <w:r w:rsidRPr="00B85AD0">
        <w:rPr>
          <w:rFonts w:asciiTheme="majorHAnsi" w:hAnsiTheme="majorHAnsi" w:cstheme="majorHAnsi"/>
          <w:sz w:val="28"/>
          <w:szCs w:val="28"/>
        </w:rPr>
        <w:tab/>
      </w:r>
    </w:p>
    <w:p w14:paraId="7236F761"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display: </w:t>
      </w:r>
      <w:proofErr w:type="gramStart"/>
      <w:r w:rsidRPr="00B85AD0">
        <w:rPr>
          <w:rFonts w:asciiTheme="majorHAnsi" w:hAnsiTheme="majorHAnsi" w:cstheme="majorHAnsi"/>
          <w:sz w:val="28"/>
          <w:szCs w:val="28"/>
        </w:rPr>
        <w:t>flex;</w:t>
      </w:r>
      <w:proofErr w:type="gramEnd"/>
    </w:p>
    <w:p w14:paraId="41BD3980"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gap: </w:t>
      </w:r>
      <w:proofErr w:type="gramStart"/>
      <w:r w:rsidRPr="00B85AD0">
        <w:rPr>
          <w:rFonts w:asciiTheme="majorHAnsi" w:hAnsiTheme="majorHAnsi" w:cstheme="majorHAnsi"/>
          <w:sz w:val="28"/>
          <w:szCs w:val="28"/>
        </w:rPr>
        <w:t>25px;</w:t>
      </w:r>
      <w:proofErr w:type="gramEnd"/>
    </w:p>
    <w:p w14:paraId="1353C7AF"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w:t>
      </w:r>
    </w:p>
    <w:p w14:paraId="3E3B8618"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.nav a {</w:t>
      </w:r>
    </w:p>
    <w:p w14:paraId="29F3FCA6"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text-decoration: </w:t>
      </w:r>
      <w:proofErr w:type="gramStart"/>
      <w:r w:rsidRPr="00B85AD0">
        <w:rPr>
          <w:rFonts w:asciiTheme="majorHAnsi" w:hAnsiTheme="majorHAnsi" w:cstheme="majorHAnsi"/>
          <w:sz w:val="28"/>
          <w:szCs w:val="28"/>
        </w:rPr>
        <w:t>none;</w:t>
      </w:r>
      <w:proofErr w:type="gramEnd"/>
    </w:p>
    <w:p w14:paraId="103033A4"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padding: 15px </w:t>
      </w:r>
      <w:proofErr w:type="gramStart"/>
      <w:r w:rsidRPr="00B85AD0">
        <w:rPr>
          <w:rFonts w:asciiTheme="majorHAnsi" w:hAnsiTheme="majorHAnsi" w:cstheme="majorHAnsi"/>
          <w:sz w:val="28"/>
          <w:szCs w:val="28"/>
        </w:rPr>
        <w:t>25px;</w:t>
      </w:r>
      <w:proofErr w:type="gramEnd"/>
    </w:p>
    <w:p w14:paraId="2439CB0F"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w:t>
      </w:r>
      <w:proofErr w:type="gramStart"/>
      <w:r w:rsidRPr="00B85AD0">
        <w:rPr>
          <w:rFonts w:asciiTheme="majorHAnsi" w:hAnsiTheme="majorHAnsi" w:cstheme="majorHAnsi"/>
          <w:sz w:val="28"/>
          <w:szCs w:val="28"/>
        </w:rPr>
        <w:t>background: #EAD7A1;</w:t>
      </w:r>
      <w:proofErr w:type="gramEnd"/>
    </w:p>
    <w:p w14:paraId="582FC5EE"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w:t>
      </w:r>
      <w:proofErr w:type="gramStart"/>
      <w:r w:rsidRPr="00B85AD0">
        <w:rPr>
          <w:rFonts w:asciiTheme="majorHAnsi" w:hAnsiTheme="majorHAnsi" w:cstheme="majorHAnsi"/>
          <w:sz w:val="28"/>
          <w:szCs w:val="28"/>
        </w:rPr>
        <w:t>color: #2B2B2B;</w:t>
      </w:r>
      <w:proofErr w:type="gramEnd"/>
    </w:p>
    <w:p w14:paraId="3BC9203D"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border-radius: </w:t>
      </w:r>
      <w:proofErr w:type="gramStart"/>
      <w:r w:rsidRPr="00B85AD0">
        <w:rPr>
          <w:rFonts w:asciiTheme="majorHAnsi" w:hAnsiTheme="majorHAnsi" w:cstheme="majorHAnsi"/>
          <w:sz w:val="28"/>
          <w:szCs w:val="28"/>
        </w:rPr>
        <w:t>8px;</w:t>
      </w:r>
      <w:proofErr w:type="gramEnd"/>
    </w:p>
    <w:p w14:paraId="2DE6A9C4"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lastRenderedPageBreak/>
        <w:t xml:space="preserve"> transition: 0.</w:t>
      </w:r>
      <w:proofErr w:type="gramStart"/>
      <w:r w:rsidRPr="00B85AD0">
        <w:rPr>
          <w:rFonts w:asciiTheme="majorHAnsi" w:hAnsiTheme="majorHAnsi" w:cstheme="majorHAnsi"/>
          <w:sz w:val="28"/>
          <w:szCs w:val="28"/>
        </w:rPr>
        <w:t>3s;</w:t>
      </w:r>
      <w:proofErr w:type="gramEnd"/>
    </w:p>
    <w:p w14:paraId="050B835F"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w:t>
      </w:r>
    </w:p>
    <w:p w14:paraId="26EB8170"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.nav </w:t>
      </w:r>
      <w:proofErr w:type="gramStart"/>
      <w:r w:rsidRPr="00B85AD0">
        <w:rPr>
          <w:rFonts w:asciiTheme="majorHAnsi" w:hAnsiTheme="majorHAnsi" w:cstheme="majorHAnsi"/>
          <w:sz w:val="28"/>
          <w:szCs w:val="28"/>
        </w:rPr>
        <w:t>a:hover</w:t>
      </w:r>
      <w:proofErr w:type="gramEnd"/>
      <w:r w:rsidRPr="00B85AD0">
        <w:rPr>
          <w:rFonts w:asciiTheme="majorHAnsi" w:hAnsiTheme="majorHAnsi" w:cstheme="majorHAnsi"/>
          <w:sz w:val="28"/>
          <w:szCs w:val="28"/>
        </w:rPr>
        <w:t xml:space="preserve"> {</w:t>
      </w:r>
    </w:p>
    <w:p w14:paraId="33D161A2"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w:t>
      </w:r>
      <w:proofErr w:type="gramStart"/>
      <w:r w:rsidRPr="00B85AD0">
        <w:rPr>
          <w:rFonts w:asciiTheme="majorHAnsi" w:hAnsiTheme="majorHAnsi" w:cstheme="majorHAnsi"/>
          <w:sz w:val="28"/>
          <w:szCs w:val="28"/>
        </w:rPr>
        <w:t>background: #D4AF37;</w:t>
      </w:r>
      <w:proofErr w:type="gramEnd"/>
    </w:p>
    <w:p w14:paraId="029B4352"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color: </w:t>
      </w:r>
      <w:proofErr w:type="gramStart"/>
      <w:r w:rsidRPr="00B85AD0">
        <w:rPr>
          <w:rFonts w:asciiTheme="majorHAnsi" w:hAnsiTheme="majorHAnsi" w:cstheme="majorHAnsi"/>
          <w:sz w:val="28"/>
          <w:szCs w:val="28"/>
        </w:rPr>
        <w:t>white;</w:t>
      </w:r>
      <w:proofErr w:type="gramEnd"/>
    </w:p>
    <w:p w14:paraId="19724E7F"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w:t>
      </w:r>
    </w:p>
    <w:p w14:paraId="405D27B0" w14:textId="77777777" w:rsidR="00B85AD0" w:rsidRPr="00B85AD0" w:rsidRDefault="00B85AD0" w:rsidP="00B85AD0">
      <w:pPr>
        <w:spacing w:after="0"/>
        <w:rPr>
          <w:rFonts w:asciiTheme="majorHAnsi" w:hAnsiTheme="majorHAnsi" w:cstheme="majorHAnsi"/>
          <w:sz w:val="28"/>
          <w:szCs w:val="28"/>
        </w:rPr>
      </w:pPr>
      <w:proofErr w:type="gramStart"/>
      <w:r w:rsidRPr="00B85AD0">
        <w:rPr>
          <w:rFonts w:asciiTheme="majorHAnsi" w:hAnsiTheme="majorHAnsi" w:cstheme="majorHAnsi"/>
          <w:sz w:val="28"/>
          <w:szCs w:val="28"/>
        </w:rPr>
        <w:t>.header</w:t>
      </w:r>
      <w:proofErr w:type="gramEnd"/>
      <w:r w:rsidRPr="00B85AD0">
        <w:rPr>
          <w:rFonts w:asciiTheme="majorHAnsi" w:hAnsiTheme="majorHAnsi" w:cstheme="majorHAnsi"/>
          <w:sz w:val="28"/>
          <w:szCs w:val="28"/>
        </w:rPr>
        <w:t xml:space="preserve"> {</w:t>
      </w:r>
    </w:p>
    <w:p w14:paraId="50C8599D"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font-size: </w:t>
      </w:r>
      <w:proofErr w:type="gramStart"/>
      <w:r w:rsidRPr="00B85AD0">
        <w:rPr>
          <w:rFonts w:asciiTheme="majorHAnsi" w:hAnsiTheme="majorHAnsi" w:cstheme="majorHAnsi"/>
          <w:sz w:val="28"/>
          <w:szCs w:val="28"/>
        </w:rPr>
        <w:t>16px;</w:t>
      </w:r>
      <w:proofErr w:type="gramEnd"/>
    </w:p>
    <w:p w14:paraId="3122AB3C"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text-align: </w:t>
      </w:r>
      <w:proofErr w:type="gramStart"/>
      <w:r w:rsidRPr="00B85AD0">
        <w:rPr>
          <w:rFonts w:asciiTheme="majorHAnsi" w:hAnsiTheme="majorHAnsi" w:cstheme="majorHAnsi"/>
          <w:sz w:val="28"/>
          <w:szCs w:val="28"/>
        </w:rPr>
        <w:t>left;</w:t>
      </w:r>
      <w:proofErr w:type="gramEnd"/>
    </w:p>
    <w:p w14:paraId="1A0FF66A"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border-bottom: 8px solid #</w:t>
      </w:r>
      <w:proofErr w:type="gramStart"/>
      <w:r w:rsidRPr="00B85AD0">
        <w:rPr>
          <w:rFonts w:asciiTheme="majorHAnsi" w:hAnsiTheme="majorHAnsi" w:cstheme="majorHAnsi"/>
          <w:sz w:val="28"/>
          <w:szCs w:val="28"/>
        </w:rPr>
        <w:t>B68D40;</w:t>
      </w:r>
      <w:proofErr w:type="gramEnd"/>
    </w:p>
    <w:p w14:paraId="716CFD46"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padding-bottom: </w:t>
      </w:r>
      <w:proofErr w:type="gramStart"/>
      <w:r w:rsidRPr="00B85AD0">
        <w:rPr>
          <w:rFonts w:asciiTheme="majorHAnsi" w:hAnsiTheme="majorHAnsi" w:cstheme="majorHAnsi"/>
          <w:sz w:val="28"/>
          <w:szCs w:val="28"/>
        </w:rPr>
        <w:t>20px;</w:t>
      </w:r>
      <w:proofErr w:type="gramEnd"/>
    </w:p>
    <w:p w14:paraId="7D3D4C2E" w14:textId="77777777" w:rsidR="00B85AD0" w:rsidRPr="00B85AD0"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 xml:space="preserve">  margin-bottom: </w:t>
      </w:r>
      <w:proofErr w:type="gramStart"/>
      <w:r w:rsidRPr="00B85AD0">
        <w:rPr>
          <w:rFonts w:asciiTheme="majorHAnsi" w:hAnsiTheme="majorHAnsi" w:cstheme="majorHAnsi"/>
          <w:sz w:val="28"/>
          <w:szCs w:val="28"/>
        </w:rPr>
        <w:t>20px;</w:t>
      </w:r>
      <w:proofErr w:type="gramEnd"/>
    </w:p>
    <w:p w14:paraId="3E0EAA45" w14:textId="33A07454" w:rsidR="00486D1D" w:rsidRDefault="00B85AD0" w:rsidP="00B85AD0">
      <w:pPr>
        <w:spacing w:after="0"/>
        <w:rPr>
          <w:rFonts w:asciiTheme="majorHAnsi" w:hAnsiTheme="majorHAnsi" w:cstheme="majorHAnsi"/>
          <w:sz w:val="28"/>
          <w:szCs w:val="28"/>
        </w:rPr>
      </w:pPr>
      <w:r w:rsidRPr="00B85AD0">
        <w:rPr>
          <w:rFonts w:asciiTheme="majorHAnsi" w:hAnsiTheme="majorHAnsi" w:cstheme="majorHAnsi"/>
          <w:sz w:val="28"/>
          <w:szCs w:val="28"/>
        </w:rPr>
        <w:t>}</w:t>
      </w:r>
    </w:p>
    <w:p w14:paraId="262F9BC4" w14:textId="77777777" w:rsidR="00B85AD0" w:rsidRDefault="00B85AD0" w:rsidP="00B85AD0">
      <w:pPr>
        <w:spacing w:after="0"/>
        <w:rPr>
          <w:rFonts w:asciiTheme="majorHAnsi" w:hAnsiTheme="majorHAnsi" w:cstheme="majorHAnsi"/>
          <w:sz w:val="28"/>
          <w:szCs w:val="28"/>
        </w:rPr>
      </w:pPr>
    </w:p>
    <w:p w14:paraId="2CA84589" w14:textId="77777777" w:rsidR="00B85AD0" w:rsidRDefault="00B85AD0" w:rsidP="00B85AD0">
      <w:pPr>
        <w:spacing w:after="0"/>
        <w:rPr>
          <w:rFonts w:asciiTheme="majorHAnsi" w:hAnsiTheme="majorHAnsi" w:cstheme="majorHAnsi"/>
          <w:b/>
          <w:bCs/>
          <w:sz w:val="28"/>
          <w:szCs w:val="28"/>
        </w:rPr>
      </w:pPr>
      <w:r w:rsidRPr="00486D1D">
        <w:rPr>
          <w:rFonts w:asciiTheme="majorHAnsi" w:hAnsiTheme="majorHAnsi" w:cstheme="majorHAnsi"/>
          <w:b/>
          <w:bCs/>
          <w:sz w:val="28"/>
          <w:szCs w:val="28"/>
        </w:rPr>
        <w:t>Beauty3prices</w:t>
      </w:r>
    </w:p>
    <w:p w14:paraId="22AE9C15" w14:textId="77777777" w:rsidR="00B85AD0" w:rsidRDefault="00B85AD0" w:rsidP="00B85AD0">
      <w:pPr>
        <w:spacing w:after="0"/>
        <w:rPr>
          <w:rFonts w:asciiTheme="majorHAnsi" w:hAnsiTheme="majorHAnsi" w:cstheme="majorHAnsi"/>
          <w:b/>
          <w:bCs/>
          <w:sz w:val="28"/>
          <w:szCs w:val="28"/>
        </w:rPr>
      </w:pPr>
    </w:p>
    <w:p w14:paraId="321DB985"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body {</w:t>
      </w:r>
    </w:p>
    <w:p w14:paraId="3962F451"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background-</w:t>
      </w:r>
      <w:proofErr w:type="gramStart"/>
      <w:r w:rsidRPr="00E269B2">
        <w:rPr>
          <w:rFonts w:asciiTheme="majorHAnsi" w:hAnsiTheme="majorHAnsi" w:cstheme="majorHAnsi"/>
          <w:sz w:val="28"/>
          <w:szCs w:val="28"/>
        </w:rPr>
        <w:t>color: #FAF7F2;</w:t>
      </w:r>
      <w:proofErr w:type="gramEnd"/>
    </w:p>
    <w:p w14:paraId="24438877"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font-family: </w:t>
      </w:r>
      <w:proofErr w:type="gramStart"/>
      <w:r w:rsidRPr="00E269B2">
        <w:rPr>
          <w:rFonts w:asciiTheme="majorHAnsi" w:hAnsiTheme="majorHAnsi" w:cstheme="majorHAnsi"/>
          <w:sz w:val="28"/>
          <w:szCs w:val="28"/>
        </w:rPr>
        <w:t>Arial;</w:t>
      </w:r>
      <w:proofErr w:type="gramEnd"/>
    </w:p>
    <w:p w14:paraId="4DD70A2E"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t>
      </w:r>
      <w:proofErr w:type="gramStart"/>
      <w:r w:rsidRPr="00E269B2">
        <w:rPr>
          <w:rFonts w:asciiTheme="majorHAnsi" w:hAnsiTheme="majorHAnsi" w:cstheme="majorHAnsi"/>
          <w:sz w:val="28"/>
          <w:szCs w:val="28"/>
        </w:rPr>
        <w:t>color: #3E3E3E;</w:t>
      </w:r>
      <w:proofErr w:type="gramEnd"/>
    </w:p>
    <w:p w14:paraId="4DAE7574"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margin: </w:t>
      </w:r>
      <w:proofErr w:type="gramStart"/>
      <w:r w:rsidRPr="00E269B2">
        <w:rPr>
          <w:rFonts w:asciiTheme="majorHAnsi" w:hAnsiTheme="majorHAnsi" w:cstheme="majorHAnsi"/>
          <w:sz w:val="28"/>
          <w:szCs w:val="28"/>
        </w:rPr>
        <w:t>0;</w:t>
      </w:r>
      <w:proofErr w:type="gramEnd"/>
    </w:p>
    <w:p w14:paraId="38DCCED0"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5E65AEED" w14:textId="77777777" w:rsidR="00E269B2" w:rsidRPr="00E269B2" w:rsidRDefault="00E269B2" w:rsidP="00E269B2">
      <w:pPr>
        <w:spacing w:after="0"/>
        <w:rPr>
          <w:rFonts w:asciiTheme="majorHAnsi" w:hAnsiTheme="majorHAnsi" w:cstheme="majorHAnsi"/>
          <w:sz w:val="28"/>
          <w:szCs w:val="28"/>
        </w:rPr>
      </w:pPr>
      <w:proofErr w:type="gramStart"/>
      <w:r w:rsidRPr="00E269B2">
        <w:rPr>
          <w:rFonts w:asciiTheme="majorHAnsi" w:hAnsiTheme="majorHAnsi" w:cstheme="majorHAnsi"/>
          <w:sz w:val="28"/>
          <w:szCs w:val="28"/>
        </w:rPr>
        <w:t>.</w:t>
      </w:r>
      <w:proofErr w:type="spellStart"/>
      <w:r w:rsidRPr="00E269B2">
        <w:rPr>
          <w:rFonts w:asciiTheme="majorHAnsi" w:hAnsiTheme="majorHAnsi" w:cstheme="majorHAnsi"/>
          <w:sz w:val="28"/>
          <w:szCs w:val="28"/>
        </w:rPr>
        <w:t>topbar</w:t>
      </w:r>
      <w:proofErr w:type="spellEnd"/>
      <w:proofErr w:type="gramEnd"/>
      <w:r w:rsidRPr="00E269B2">
        <w:rPr>
          <w:rFonts w:asciiTheme="majorHAnsi" w:hAnsiTheme="majorHAnsi" w:cstheme="majorHAnsi"/>
          <w:sz w:val="28"/>
          <w:szCs w:val="28"/>
        </w:rPr>
        <w:t xml:space="preserve"> {</w:t>
      </w:r>
    </w:p>
    <w:p w14:paraId="7DF494C2"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padding: </w:t>
      </w:r>
      <w:proofErr w:type="gramStart"/>
      <w:r w:rsidRPr="00E269B2">
        <w:rPr>
          <w:rFonts w:asciiTheme="majorHAnsi" w:hAnsiTheme="majorHAnsi" w:cstheme="majorHAnsi"/>
          <w:sz w:val="28"/>
          <w:szCs w:val="28"/>
        </w:rPr>
        <w:t>15px;</w:t>
      </w:r>
      <w:proofErr w:type="gramEnd"/>
    </w:p>
    <w:p w14:paraId="2AFBCE70"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background: #</w:t>
      </w:r>
      <w:proofErr w:type="gramStart"/>
      <w:r w:rsidRPr="00E269B2">
        <w:rPr>
          <w:rFonts w:asciiTheme="majorHAnsi" w:hAnsiTheme="majorHAnsi" w:cstheme="majorHAnsi"/>
          <w:sz w:val="28"/>
          <w:szCs w:val="28"/>
        </w:rPr>
        <w:t>fff;</w:t>
      </w:r>
      <w:proofErr w:type="gramEnd"/>
    </w:p>
    <w:p w14:paraId="192B7130"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323E5A5E" w14:textId="77777777" w:rsidR="00E269B2" w:rsidRPr="00E269B2" w:rsidRDefault="00E269B2" w:rsidP="00E269B2">
      <w:pPr>
        <w:spacing w:after="0"/>
        <w:rPr>
          <w:rFonts w:asciiTheme="majorHAnsi" w:hAnsiTheme="majorHAnsi" w:cstheme="majorHAnsi"/>
          <w:sz w:val="28"/>
          <w:szCs w:val="28"/>
        </w:rPr>
      </w:pPr>
      <w:proofErr w:type="gramStart"/>
      <w:r w:rsidRPr="00E269B2">
        <w:rPr>
          <w:rFonts w:asciiTheme="majorHAnsi" w:hAnsiTheme="majorHAnsi" w:cstheme="majorHAnsi"/>
          <w:sz w:val="28"/>
          <w:szCs w:val="28"/>
        </w:rPr>
        <w:t>.prices</w:t>
      </w:r>
      <w:proofErr w:type="gramEnd"/>
      <w:r w:rsidRPr="00E269B2">
        <w:rPr>
          <w:rFonts w:asciiTheme="majorHAnsi" w:hAnsiTheme="majorHAnsi" w:cstheme="majorHAnsi"/>
          <w:sz w:val="28"/>
          <w:szCs w:val="28"/>
        </w:rPr>
        <w:t xml:space="preserve"> {</w:t>
      </w:r>
    </w:p>
    <w:p w14:paraId="1D1D93C1"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display: </w:t>
      </w:r>
      <w:proofErr w:type="gramStart"/>
      <w:r w:rsidRPr="00E269B2">
        <w:rPr>
          <w:rFonts w:asciiTheme="majorHAnsi" w:hAnsiTheme="majorHAnsi" w:cstheme="majorHAnsi"/>
          <w:sz w:val="28"/>
          <w:szCs w:val="28"/>
        </w:rPr>
        <w:t>flex;</w:t>
      </w:r>
      <w:proofErr w:type="gramEnd"/>
    </w:p>
    <w:p w14:paraId="12BA1128"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flex-wrap: </w:t>
      </w:r>
      <w:proofErr w:type="gramStart"/>
      <w:r w:rsidRPr="00E269B2">
        <w:rPr>
          <w:rFonts w:asciiTheme="majorHAnsi" w:hAnsiTheme="majorHAnsi" w:cstheme="majorHAnsi"/>
          <w:sz w:val="28"/>
          <w:szCs w:val="28"/>
        </w:rPr>
        <w:t>wrap;</w:t>
      </w:r>
      <w:proofErr w:type="gramEnd"/>
    </w:p>
    <w:p w14:paraId="0730EE4C"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gap: </w:t>
      </w:r>
      <w:proofErr w:type="gramStart"/>
      <w:r w:rsidRPr="00E269B2">
        <w:rPr>
          <w:rFonts w:asciiTheme="majorHAnsi" w:hAnsiTheme="majorHAnsi" w:cstheme="majorHAnsi"/>
          <w:sz w:val="28"/>
          <w:szCs w:val="28"/>
        </w:rPr>
        <w:t>20px;</w:t>
      </w:r>
      <w:proofErr w:type="gramEnd"/>
    </w:p>
    <w:p w14:paraId="7B328703"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justify-content: </w:t>
      </w:r>
      <w:proofErr w:type="gramStart"/>
      <w:r w:rsidRPr="00E269B2">
        <w:rPr>
          <w:rFonts w:asciiTheme="majorHAnsi" w:hAnsiTheme="majorHAnsi" w:cstheme="majorHAnsi"/>
          <w:sz w:val="28"/>
          <w:szCs w:val="28"/>
        </w:rPr>
        <w:t>center;</w:t>
      </w:r>
      <w:proofErr w:type="gramEnd"/>
    </w:p>
    <w:p w14:paraId="5C728123"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padding: </w:t>
      </w:r>
      <w:proofErr w:type="gramStart"/>
      <w:r w:rsidRPr="00E269B2">
        <w:rPr>
          <w:rFonts w:asciiTheme="majorHAnsi" w:hAnsiTheme="majorHAnsi" w:cstheme="majorHAnsi"/>
          <w:sz w:val="28"/>
          <w:szCs w:val="28"/>
        </w:rPr>
        <w:t>30px;</w:t>
      </w:r>
      <w:proofErr w:type="gramEnd"/>
    </w:p>
    <w:p w14:paraId="2FD11014"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1E7F9CAA" w14:textId="77777777" w:rsidR="00E269B2" w:rsidRPr="00E269B2" w:rsidRDefault="00E269B2" w:rsidP="00E269B2">
      <w:pPr>
        <w:spacing w:after="0"/>
        <w:rPr>
          <w:rFonts w:asciiTheme="majorHAnsi" w:hAnsiTheme="majorHAnsi" w:cstheme="majorHAnsi"/>
          <w:sz w:val="28"/>
          <w:szCs w:val="28"/>
        </w:rPr>
      </w:pPr>
      <w:proofErr w:type="gramStart"/>
      <w:r w:rsidRPr="00E269B2">
        <w:rPr>
          <w:rFonts w:asciiTheme="majorHAnsi" w:hAnsiTheme="majorHAnsi" w:cstheme="majorHAnsi"/>
          <w:sz w:val="28"/>
          <w:szCs w:val="28"/>
        </w:rPr>
        <w:lastRenderedPageBreak/>
        <w:t>.price</w:t>
      </w:r>
      <w:proofErr w:type="gramEnd"/>
      <w:r w:rsidRPr="00E269B2">
        <w:rPr>
          <w:rFonts w:asciiTheme="majorHAnsi" w:hAnsiTheme="majorHAnsi" w:cstheme="majorHAnsi"/>
          <w:sz w:val="28"/>
          <w:szCs w:val="28"/>
        </w:rPr>
        <w:t>-card {</w:t>
      </w:r>
    </w:p>
    <w:p w14:paraId="20A9DF28"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background: #</w:t>
      </w:r>
      <w:proofErr w:type="gramStart"/>
      <w:r w:rsidRPr="00E269B2">
        <w:rPr>
          <w:rFonts w:asciiTheme="majorHAnsi" w:hAnsiTheme="majorHAnsi" w:cstheme="majorHAnsi"/>
          <w:sz w:val="28"/>
          <w:szCs w:val="28"/>
        </w:rPr>
        <w:t>fff;</w:t>
      </w:r>
      <w:proofErr w:type="gramEnd"/>
    </w:p>
    <w:p w14:paraId="2FE2D142"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width: </w:t>
      </w:r>
      <w:proofErr w:type="gramStart"/>
      <w:r w:rsidRPr="00E269B2">
        <w:rPr>
          <w:rFonts w:asciiTheme="majorHAnsi" w:hAnsiTheme="majorHAnsi" w:cstheme="majorHAnsi"/>
          <w:sz w:val="28"/>
          <w:szCs w:val="28"/>
        </w:rPr>
        <w:t>250px;</w:t>
      </w:r>
      <w:proofErr w:type="gramEnd"/>
    </w:p>
    <w:p w14:paraId="2B828EA5"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padding: </w:t>
      </w:r>
      <w:proofErr w:type="gramStart"/>
      <w:r w:rsidRPr="00E269B2">
        <w:rPr>
          <w:rFonts w:asciiTheme="majorHAnsi" w:hAnsiTheme="majorHAnsi" w:cstheme="majorHAnsi"/>
          <w:sz w:val="28"/>
          <w:szCs w:val="28"/>
        </w:rPr>
        <w:t>20px;</w:t>
      </w:r>
      <w:proofErr w:type="gramEnd"/>
    </w:p>
    <w:p w14:paraId="4AA71639"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border-radius: </w:t>
      </w:r>
      <w:proofErr w:type="gramStart"/>
      <w:r w:rsidRPr="00E269B2">
        <w:rPr>
          <w:rFonts w:asciiTheme="majorHAnsi" w:hAnsiTheme="majorHAnsi" w:cstheme="majorHAnsi"/>
          <w:sz w:val="28"/>
          <w:szCs w:val="28"/>
        </w:rPr>
        <w:t>16px;</w:t>
      </w:r>
      <w:proofErr w:type="gramEnd"/>
    </w:p>
    <w:p w14:paraId="070C7116"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box-shadow: 0 4px 15px </w:t>
      </w:r>
      <w:proofErr w:type="spellStart"/>
      <w:proofErr w:type="gramStart"/>
      <w:r w:rsidRPr="00E269B2">
        <w:rPr>
          <w:rFonts w:asciiTheme="majorHAnsi" w:hAnsiTheme="majorHAnsi" w:cstheme="majorHAnsi"/>
          <w:sz w:val="28"/>
          <w:szCs w:val="28"/>
        </w:rPr>
        <w:t>rgba</w:t>
      </w:r>
      <w:proofErr w:type="spellEnd"/>
      <w:r w:rsidRPr="00E269B2">
        <w:rPr>
          <w:rFonts w:asciiTheme="majorHAnsi" w:hAnsiTheme="majorHAnsi" w:cstheme="majorHAnsi"/>
          <w:sz w:val="28"/>
          <w:szCs w:val="28"/>
        </w:rPr>
        <w:t>(</w:t>
      </w:r>
      <w:proofErr w:type="gramEnd"/>
      <w:r w:rsidRPr="00E269B2">
        <w:rPr>
          <w:rFonts w:asciiTheme="majorHAnsi" w:hAnsiTheme="majorHAnsi" w:cstheme="majorHAnsi"/>
          <w:sz w:val="28"/>
          <w:szCs w:val="28"/>
        </w:rPr>
        <w:t>0,0,0,0.06</w:t>
      </w:r>
      <w:proofErr w:type="gramStart"/>
      <w:r w:rsidRPr="00E269B2">
        <w:rPr>
          <w:rFonts w:asciiTheme="majorHAnsi" w:hAnsiTheme="majorHAnsi" w:cstheme="majorHAnsi"/>
          <w:sz w:val="28"/>
          <w:szCs w:val="28"/>
        </w:rPr>
        <w:t>);</w:t>
      </w:r>
      <w:proofErr w:type="gramEnd"/>
    </w:p>
    <w:p w14:paraId="035B0D72"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border: 1px solid #</w:t>
      </w:r>
      <w:proofErr w:type="gramStart"/>
      <w:r w:rsidRPr="00E269B2">
        <w:rPr>
          <w:rFonts w:asciiTheme="majorHAnsi" w:hAnsiTheme="majorHAnsi" w:cstheme="majorHAnsi"/>
          <w:sz w:val="28"/>
          <w:szCs w:val="28"/>
        </w:rPr>
        <w:t>F0E6D6;</w:t>
      </w:r>
      <w:proofErr w:type="gramEnd"/>
    </w:p>
    <w:p w14:paraId="571F8795"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60D8B489" w14:textId="77777777" w:rsidR="00E269B2" w:rsidRPr="00E269B2" w:rsidRDefault="00E269B2" w:rsidP="00E269B2">
      <w:pPr>
        <w:spacing w:after="0"/>
        <w:rPr>
          <w:rFonts w:asciiTheme="majorHAnsi" w:hAnsiTheme="majorHAnsi" w:cstheme="majorHAnsi"/>
          <w:sz w:val="28"/>
          <w:szCs w:val="28"/>
        </w:rPr>
      </w:pPr>
      <w:proofErr w:type="gramStart"/>
      <w:r w:rsidRPr="00E269B2">
        <w:rPr>
          <w:rFonts w:asciiTheme="majorHAnsi" w:hAnsiTheme="majorHAnsi" w:cstheme="majorHAnsi"/>
          <w:sz w:val="28"/>
          <w:szCs w:val="28"/>
        </w:rPr>
        <w:t>.price</w:t>
      </w:r>
      <w:proofErr w:type="gramEnd"/>
      <w:r w:rsidRPr="00E269B2">
        <w:rPr>
          <w:rFonts w:asciiTheme="majorHAnsi" w:hAnsiTheme="majorHAnsi" w:cstheme="majorHAnsi"/>
          <w:sz w:val="28"/>
          <w:szCs w:val="28"/>
        </w:rPr>
        <w:t>-card h3 {</w:t>
      </w:r>
    </w:p>
    <w:p w14:paraId="7492E5C0"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t>
      </w:r>
      <w:proofErr w:type="gramStart"/>
      <w:r w:rsidRPr="00E269B2">
        <w:rPr>
          <w:rFonts w:asciiTheme="majorHAnsi" w:hAnsiTheme="majorHAnsi" w:cstheme="majorHAnsi"/>
          <w:sz w:val="28"/>
          <w:szCs w:val="28"/>
        </w:rPr>
        <w:t>color: #D4AF37;</w:t>
      </w:r>
      <w:proofErr w:type="gramEnd"/>
    </w:p>
    <w:p w14:paraId="4284EBDD"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7DE63E80" w14:textId="77777777" w:rsidR="00E269B2" w:rsidRPr="00E269B2" w:rsidRDefault="00E269B2" w:rsidP="00E269B2">
      <w:pPr>
        <w:spacing w:after="0"/>
        <w:rPr>
          <w:rFonts w:asciiTheme="majorHAnsi" w:hAnsiTheme="majorHAnsi" w:cstheme="majorHAnsi"/>
          <w:sz w:val="28"/>
          <w:szCs w:val="28"/>
        </w:rPr>
      </w:pPr>
      <w:proofErr w:type="gramStart"/>
      <w:r w:rsidRPr="00E269B2">
        <w:rPr>
          <w:rFonts w:asciiTheme="majorHAnsi" w:hAnsiTheme="majorHAnsi" w:cstheme="majorHAnsi"/>
          <w:sz w:val="28"/>
          <w:szCs w:val="28"/>
        </w:rPr>
        <w:t>.book</w:t>
      </w:r>
      <w:proofErr w:type="gramEnd"/>
      <w:r w:rsidRPr="00E269B2">
        <w:rPr>
          <w:rFonts w:asciiTheme="majorHAnsi" w:hAnsiTheme="majorHAnsi" w:cstheme="majorHAnsi"/>
          <w:sz w:val="28"/>
          <w:szCs w:val="28"/>
        </w:rPr>
        <w:t>-</w:t>
      </w:r>
      <w:proofErr w:type="spellStart"/>
      <w:r w:rsidRPr="00E269B2">
        <w:rPr>
          <w:rFonts w:asciiTheme="majorHAnsi" w:hAnsiTheme="majorHAnsi" w:cstheme="majorHAnsi"/>
          <w:sz w:val="28"/>
          <w:szCs w:val="28"/>
        </w:rPr>
        <w:t>btn</w:t>
      </w:r>
      <w:proofErr w:type="spellEnd"/>
      <w:r w:rsidRPr="00E269B2">
        <w:rPr>
          <w:rFonts w:asciiTheme="majorHAnsi" w:hAnsiTheme="majorHAnsi" w:cstheme="majorHAnsi"/>
          <w:sz w:val="28"/>
          <w:szCs w:val="28"/>
        </w:rPr>
        <w:t xml:space="preserve"> {</w:t>
      </w:r>
    </w:p>
    <w:p w14:paraId="04F8BA41"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display: inline-</w:t>
      </w:r>
      <w:proofErr w:type="gramStart"/>
      <w:r w:rsidRPr="00E269B2">
        <w:rPr>
          <w:rFonts w:asciiTheme="majorHAnsi" w:hAnsiTheme="majorHAnsi" w:cstheme="majorHAnsi"/>
          <w:sz w:val="28"/>
          <w:szCs w:val="28"/>
        </w:rPr>
        <w:t>block;</w:t>
      </w:r>
      <w:proofErr w:type="gramEnd"/>
    </w:p>
    <w:p w14:paraId="550DF3F4"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margin-top: </w:t>
      </w:r>
      <w:proofErr w:type="gramStart"/>
      <w:r w:rsidRPr="00E269B2">
        <w:rPr>
          <w:rFonts w:asciiTheme="majorHAnsi" w:hAnsiTheme="majorHAnsi" w:cstheme="majorHAnsi"/>
          <w:sz w:val="28"/>
          <w:szCs w:val="28"/>
        </w:rPr>
        <w:t>30px;</w:t>
      </w:r>
      <w:proofErr w:type="gramEnd"/>
    </w:p>
    <w:p w14:paraId="1354B527"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padding: 12px </w:t>
      </w:r>
      <w:proofErr w:type="gramStart"/>
      <w:r w:rsidRPr="00E269B2">
        <w:rPr>
          <w:rFonts w:asciiTheme="majorHAnsi" w:hAnsiTheme="majorHAnsi" w:cstheme="majorHAnsi"/>
          <w:sz w:val="28"/>
          <w:szCs w:val="28"/>
        </w:rPr>
        <w:t>25px;</w:t>
      </w:r>
      <w:proofErr w:type="gramEnd"/>
    </w:p>
    <w:p w14:paraId="33B66705"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t>
      </w:r>
      <w:proofErr w:type="gramStart"/>
      <w:r w:rsidRPr="00E269B2">
        <w:rPr>
          <w:rFonts w:asciiTheme="majorHAnsi" w:hAnsiTheme="majorHAnsi" w:cstheme="majorHAnsi"/>
          <w:sz w:val="28"/>
          <w:szCs w:val="28"/>
        </w:rPr>
        <w:t>background: #E6C68E;</w:t>
      </w:r>
      <w:proofErr w:type="gramEnd"/>
    </w:p>
    <w:p w14:paraId="779AFA16"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t>
      </w:r>
      <w:proofErr w:type="gramStart"/>
      <w:r w:rsidRPr="00E269B2">
        <w:rPr>
          <w:rFonts w:asciiTheme="majorHAnsi" w:hAnsiTheme="majorHAnsi" w:cstheme="majorHAnsi"/>
          <w:sz w:val="28"/>
          <w:szCs w:val="28"/>
        </w:rPr>
        <w:t>color: #3E3E3E;</w:t>
      </w:r>
      <w:proofErr w:type="gramEnd"/>
    </w:p>
    <w:p w14:paraId="0F7924F1"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text-decoration: </w:t>
      </w:r>
      <w:proofErr w:type="gramStart"/>
      <w:r w:rsidRPr="00E269B2">
        <w:rPr>
          <w:rFonts w:asciiTheme="majorHAnsi" w:hAnsiTheme="majorHAnsi" w:cstheme="majorHAnsi"/>
          <w:sz w:val="28"/>
          <w:szCs w:val="28"/>
        </w:rPr>
        <w:t>none;</w:t>
      </w:r>
      <w:proofErr w:type="gramEnd"/>
    </w:p>
    <w:p w14:paraId="358AEA46"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border-radius: </w:t>
      </w:r>
      <w:proofErr w:type="gramStart"/>
      <w:r w:rsidRPr="00E269B2">
        <w:rPr>
          <w:rFonts w:asciiTheme="majorHAnsi" w:hAnsiTheme="majorHAnsi" w:cstheme="majorHAnsi"/>
          <w:sz w:val="28"/>
          <w:szCs w:val="28"/>
        </w:rPr>
        <w:t>25px;</w:t>
      </w:r>
      <w:proofErr w:type="gramEnd"/>
    </w:p>
    <w:p w14:paraId="15727EB8" w14:textId="43A01242"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t>
      </w:r>
    </w:p>
    <w:p w14:paraId="5539FE3E" w14:textId="77777777" w:rsidR="00E269B2" w:rsidRPr="00E269B2" w:rsidRDefault="00E269B2" w:rsidP="00E269B2">
      <w:pPr>
        <w:spacing w:after="0"/>
        <w:rPr>
          <w:rFonts w:asciiTheme="majorHAnsi" w:hAnsiTheme="majorHAnsi" w:cstheme="majorHAnsi"/>
          <w:sz w:val="28"/>
          <w:szCs w:val="28"/>
        </w:rPr>
      </w:pPr>
      <w:proofErr w:type="gramStart"/>
      <w:r w:rsidRPr="00E269B2">
        <w:rPr>
          <w:rFonts w:asciiTheme="majorHAnsi" w:hAnsiTheme="majorHAnsi" w:cstheme="majorHAnsi"/>
          <w:sz w:val="28"/>
          <w:szCs w:val="28"/>
        </w:rPr>
        <w:t>.</w:t>
      </w:r>
      <w:proofErr w:type="spellStart"/>
      <w:r w:rsidRPr="00E269B2">
        <w:rPr>
          <w:rFonts w:asciiTheme="majorHAnsi" w:hAnsiTheme="majorHAnsi" w:cstheme="majorHAnsi"/>
          <w:sz w:val="28"/>
          <w:szCs w:val="28"/>
        </w:rPr>
        <w:t>book</w:t>
      </w:r>
      <w:proofErr w:type="gramEnd"/>
      <w:r w:rsidRPr="00E269B2">
        <w:rPr>
          <w:rFonts w:asciiTheme="majorHAnsi" w:hAnsiTheme="majorHAnsi" w:cstheme="majorHAnsi"/>
          <w:sz w:val="28"/>
          <w:szCs w:val="28"/>
        </w:rPr>
        <w:t>-</w:t>
      </w:r>
      <w:proofErr w:type="gramStart"/>
      <w:r w:rsidRPr="00E269B2">
        <w:rPr>
          <w:rFonts w:asciiTheme="majorHAnsi" w:hAnsiTheme="majorHAnsi" w:cstheme="majorHAnsi"/>
          <w:sz w:val="28"/>
          <w:szCs w:val="28"/>
        </w:rPr>
        <w:t>btn:hover</w:t>
      </w:r>
      <w:proofErr w:type="spellEnd"/>
      <w:proofErr w:type="gramEnd"/>
      <w:r w:rsidRPr="00E269B2">
        <w:rPr>
          <w:rFonts w:asciiTheme="majorHAnsi" w:hAnsiTheme="majorHAnsi" w:cstheme="majorHAnsi"/>
          <w:sz w:val="28"/>
          <w:szCs w:val="28"/>
        </w:rPr>
        <w:t xml:space="preserve"> {</w:t>
      </w:r>
    </w:p>
    <w:p w14:paraId="2CDB6BF0"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t>
      </w:r>
      <w:proofErr w:type="gramStart"/>
      <w:r w:rsidRPr="00E269B2">
        <w:rPr>
          <w:rFonts w:asciiTheme="majorHAnsi" w:hAnsiTheme="majorHAnsi" w:cstheme="majorHAnsi"/>
          <w:sz w:val="28"/>
          <w:szCs w:val="28"/>
        </w:rPr>
        <w:t>background: #D4AF37;</w:t>
      </w:r>
      <w:proofErr w:type="gramEnd"/>
    </w:p>
    <w:p w14:paraId="78C8A0BD"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color: </w:t>
      </w:r>
      <w:proofErr w:type="gramStart"/>
      <w:r w:rsidRPr="00E269B2">
        <w:rPr>
          <w:rFonts w:asciiTheme="majorHAnsi" w:hAnsiTheme="majorHAnsi" w:cstheme="majorHAnsi"/>
          <w:sz w:val="28"/>
          <w:szCs w:val="28"/>
        </w:rPr>
        <w:t>white;</w:t>
      </w:r>
      <w:proofErr w:type="gramEnd"/>
    </w:p>
    <w:p w14:paraId="43CB6899"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4498FA1D" w14:textId="77777777" w:rsidR="00E269B2" w:rsidRPr="00E269B2" w:rsidRDefault="00E269B2" w:rsidP="00E269B2">
      <w:pPr>
        <w:spacing w:after="0"/>
        <w:rPr>
          <w:rFonts w:asciiTheme="majorHAnsi" w:hAnsiTheme="majorHAnsi" w:cstheme="majorHAnsi"/>
          <w:sz w:val="28"/>
          <w:szCs w:val="28"/>
        </w:rPr>
      </w:pPr>
      <w:proofErr w:type="gramStart"/>
      <w:r w:rsidRPr="00E269B2">
        <w:rPr>
          <w:rFonts w:asciiTheme="majorHAnsi" w:hAnsiTheme="majorHAnsi" w:cstheme="majorHAnsi"/>
          <w:sz w:val="28"/>
          <w:szCs w:val="28"/>
        </w:rPr>
        <w:t>.book</w:t>
      </w:r>
      <w:proofErr w:type="gramEnd"/>
      <w:r w:rsidRPr="00E269B2">
        <w:rPr>
          <w:rFonts w:asciiTheme="majorHAnsi" w:hAnsiTheme="majorHAnsi" w:cstheme="majorHAnsi"/>
          <w:sz w:val="28"/>
          <w:szCs w:val="28"/>
        </w:rPr>
        <w:t>-section {</w:t>
      </w:r>
    </w:p>
    <w:p w14:paraId="3BC00A12"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text-align: </w:t>
      </w:r>
      <w:proofErr w:type="gramStart"/>
      <w:r w:rsidRPr="00E269B2">
        <w:rPr>
          <w:rFonts w:asciiTheme="majorHAnsi" w:hAnsiTheme="majorHAnsi" w:cstheme="majorHAnsi"/>
          <w:sz w:val="28"/>
          <w:szCs w:val="28"/>
        </w:rPr>
        <w:t>center;</w:t>
      </w:r>
      <w:proofErr w:type="gramEnd"/>
    </w:p>
    <w:p w14:paraId="514F1EB8"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margin-top: </w:t>
      </w:r>
      <w:proofErr w:type="gramStart"/>
      <w:r w:rsidRPr="00E269B2">
        <w:rPr>
          <w:rFonts w:asciiTheme="majorHAnsi" w:hAnsiTheme="majorHAnsi" w:cstheme="majorHAnsi"/>
          <w:sz w:val="28"/>
          <w:szCs w:val="28"/>
        </w:rPr>
        <w:t>30px;</w:t>
      </w:r>
      <w:proofErr w:type="gramEnd"/>
    </w:p>
    <w:p w14:paraId="53A05F38" w14:textId="635A4BF0" w:rsidR="00B85AD0"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7A2707F5" w14:textId="77777777" w:rsidR="00E269B2" w:rsidRDefault="00E269B2" w:rsidP="00B85AD0">
      <w:pPr>
        <w:spacing w:after="0"/>
        <w:rPr>
          <w:rFonts w:asciiTheme="majorHAnsi" w:hAnsiTheme="majorHAnsi" w:cstheme="majorHAnsi"/>
          <w:b/>
          <w:bCs/>
          <w:sz w:val="28"/>
          <w:szCs w:val="28"/>
        </w:rPr>
      </w:pPr>
    </w:p>
    <w:p w14:paraId="0074C4A9" w14:textId="40C5AA67" w:rsidR="00B85AD0" w:rsidRDefault="00B85AD0" w:rsidP="00B85AD0">
      <w:pPr>
        <w:spacing w:after="0"/>
        <w:rPr>
          <w:rFonts w:asciiTheme="majorHAnsi" w:hAnsiTheme="majorHAnsi" w:cstheme="majorHAnsi"/>
          <w:b/>
          <w:bCs/>
          <w:sz w:val="28"/>
          <w:szCs w:val="28"/>
        </w:rPr>
      </w:pPr>
      <w:r w:rsidRPr="00486D1D">
        <w:rPr>
          <w:rFonts w:asciiTheme="majorHAnsi" w:hAnsiTheme="majorHAnsi" w:cstheme="majorHAnsi"/>
          <w:b/>
          <w:bCs/>
          <w:sz w:val="28"/>
          <w:szCs w:val="28"/>
        </w:rPr>
        <w:t>Beauty4book</w:t>
      </w:r>
    </w:p>
    <w:p w14:paraId="60C3C023" w14:textId="77777777" w:rsidR="00E269B2" w:rsidRDefault="00E269B2" w:rsidP="00B85AD0">
      <w:pPr>
        <w:spacing w:after="0"/>
        <w:rPr>
          <w:rFonts w:asciiTheme="majorHAnsi" w:hAnsiTheme="majorHAnsi" w:cstheme="majorHAnsi"/>
          <w:b/>
          <w:bCs/>
          <w:sz w:val="28"/>
          <w:szCs w:val="28"/>
        </w:rPr>
      </w:pPr>
    </w:p>
    <w:p w14:paraId="0D7CC072"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body {</w:t>
      </w:r>
    </w:p>
    <w:p w14:paraId="05EF8E23"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font-family: Arial, Helvetica, sans-</w:t>
      </w:r>
      <w:proofErr w:type="gramStart"/>
      <w:r w:rsidRPr="00E269B2">
        <w:rPr>
          <w:rFonts w:asciiTheme="majorHAnsi" w:hAnsiTheme="majorHAnsi" w:cstheme="majorHAnsi"/>
          <w:sz w:val="28"/>
          <w:szCs w:val="28"/>
        </w:rPr>
        <w:t>serif;</w:t>
      </w:r>
      <w:proofErr w:type="gramEnd"/>
    </w:p>
    <w:p w14:paraId="522C9B72"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lastRenderedPageBreak/>
        <w:t xml:space="preserve">  </w:t>
      </w:r>
      <w:proofErr w:type="gramStart"/>
      <w:r w:rsidRPr="00E269B2">
        <w:rPr>
          <w:rFonts w:asciiTheme="majorHAnsi" w:hAnsiTheme="majorHAnsi" w:cstheme="majorHAnsi"/>
          <w:sz w:val="28"/>
          <w:szCs w:val="28"/>
        </w:rPr>
        <w:t>color: #3E3E3E;</w:t>
      </w:r>
      <w:proofErr w:type="gramEnd"/>
    </w:p>
    <w:p w14:paraId="1454503D"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background-</w:t>
      </w:r>
      <w:proofErr w:type="gramStart"/>
      <w:r w:rsidRPr="00E269B2">
        <w:rPr>
          <w:rFonts w:asciiTheme="majorHAnsi" w:hAnsiTheme="majorHAnsi" w:cstheme="majorHAnsi"/>
          <w:sz w:val="28"/>
          <w:szCs w:val="28"/>
        </w:rPr>
        <w:t>color: #FAF7F2;</w:t>
      </w:r>
      <w:proofErr w:type="gramEnd"/>
    </w:p>
    <w:p w14:paraId="0196F640"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margin: </w:t>
      </w:r>
      <w:proofErr w:type="gramStart"/>
      <w:r w:rsidRPr="00E269B2">
        <w:rPr>
          <w:rFonts w:asciiTheme="majorHAnsi" w:hAnsiTheme="majorHAnsi" w:cstheme="majorHAnsi"/>
          <w:sz w:val="28"/>
          <w:szCs w:val="28"/>
        </w:rPr>
        <w:t>0;</w:t>
      </w:r>
      <w:proofErr w:type="gramEnd"/>
    </w:p>
    <w:p w14:paraId="1771B0AC"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padding: </w:t>
      </w:r>
      <w:proofErr w:type="gramStart"/>
      <w:r w:rsidRPr="00E269B2">
        <w:rPr>
          <w:rFonts w:asciiTheme="majorHAnsi" w:hAnsiTheme="majorHAnsi" w:cstheme="majorHAnsi"/>
          <w:sz w:val="28"/>
          <w:szCs w:val="28"/>
        </w:rPr>
        <w:t>18px;</w:t>
      </w:r>
      <w:proofErr w:type="gramEnd"/>
    </w:p>
    <w:p w14:paraId="7F936B88"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line-height: </w:t>
      </w:r>
      <w:proofErr w:type="gramStart"/>
      <w:r w:rsidRPr="00E269B2">
        <w:rPr>
          <w:rFonts w:asciiTheme="majorHAnsi" w:hAnsiTheme="majorHAnsi" w:cstheme="majorHAnsi"/>
          <w:sz w:val="28"/>
          <w:szCs w:val="28"/>
        </w:rPr>
        <w:t>1.4;</w:t>
      </w:r>
      <w:proofErr w:type="gramEnd"/>
    </w:p>
    <w:p w14:paraId="55913CD3"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font-size: </w:t>
      </w:r>
      <w:proofErr w:type="gramStart"/>
      <w:r w:rsidRPr="00E269B2">
        <w:rPr>
          <w:rFonts w:asciiTheme="majorHAnsi" w:hAnsiTheme="majorHAnsi" w:cstheme="majorHAnsi"/>
          <w:sz w:val="28"/>
          <w:szCs w:val="28"/>
        </w:rPr>
        <w:t>14px;</w:t>
      </w:r>
      <w:proofErr w:type="gramEnd"/>
    </w:p>
    <w:p w14:paraId="3FD748FD"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4BED2B3E" w14:textId="77777777" w:rsidR="00E269B2" w:rsidRPr="00E269B2" w:rsidRDefault="00E269B2" w:rsidP="00E269B2">
      <w:pPr>
        <w:spacing w:after="0"/>
        <w:rPr>
          <w:rFonts w:asciiTheme="majorHAnsi" w:hAnsiTheme="majorHAnsi" w:cstheme="majorHAnsi"/>
          <w:sz w:val="28"/>
          <w:szCs w:val="28"/>
        </w:rPr>
      </w:pPr>
      <w:proofErr w:type="gramStart"/>
      <w:r w:rsidRPr="00E269B2">
        <w:rPr>
          <w:rFonts w:asciiTheme="majorHAnsi" w:hAnsiTheme="majorHAnsi" w:cstheme="majorHAnsi"/>
          <w:sz w:val="28"/>
          <w:szCs w:val="28"/>
        </w:rPr>
        <w:t>.header</w:t>
      </w:r>
      <w:proofErr w:type="gramEnd"/>
      <w:r w:rsidRPr="00E269B2">
        <w:rPr>
          <w:rFonts w:asciiTheme="majorHAnsi" w:hAnsiTheme="majorHAnsi" w:cstheme="majorHAnsi"/>
          <w:sz w:val="28"/>
          <w:szCs w:val="28"/>
        </w:rPr>
        <w:t xml:space="preserve"> {</w:t>
      </w:r>
    </w:p>
    <w:p w14:paraId="64A0CE3A"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padding: </w:t>
      </w:r>
      <w:proofErr w:type="gramStart"/>
      <w:r w:rsidRPr="00E269B2">
        <w:rPr>
          <w:rFonts w:asciiTheme="majorHAnsi" w:hAnsiTheme="majorHAnsi" w:cstheme="majorHAnsi"/>
          <w:sz w:val="28"/>
          <w:szCs w:val="28"/>
        </w:rPr>
        <w:t>15px;</w:t>
      </w:r>
      <w:proofErr w:type="gramEnd"/>
    </w:p>
    <w:p w14:paraId="081465B5"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background: </w:t>
      </w:r>
      <w:proofErr w:type="gramStart"/>
      <w:r w:rsidRPr="00E269B2">
        <w:rPr>
          <w:rFonts w:asciiTheme="majorHAnsi" w:hAnsiTheme="majorHAnsi" w:cstheme="majorHAnsi"/>
          <w:sz w:val="28"/>
          <w:szCs w:val="28"/>
        </w:rPr>
        <w:t>white;</w:t>
      </w:r>
      <w:proofErr w:type="gramEnd"/>
    </w:p>
    <w:p w14:paraId="118E940B"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border-bottom: 1px solid #</w:t>
      </w:r>
      <w:proofErr w:type="gramStart"/>
      <w:r w:rsidRPr="00E269B2">
        <w:rPr>
          <w:rFonts w:asciiTheme="majorHAnsi" w:hAnsiTheme="majorHAnsi" w:cstheme="majorHAnsi"/>
          <w:sz w:val="28"/>
          <w:szCs w:val="28"/>
        </w:rPr>
        <w:t>eee;</w:t>
      </w:r>
      <w:proofErr w:type="gramEnd"/>
    </w:p>
    <w:p w14:paraId="25D221D2"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7DCB0388" w14:textId="77777777" w:rsidR="00E269B2" w:rsidRPr="00E269B2" w:rsidRDefault="00E269B2" w:rsidP="00E269B2">
      <w:pPr>
        <w:spacing w:after="0"/>
        <w:rPr>
          <w:rFonts w:asciiTheme="majorHAnsi" w:hAnsiTheme="majorHAnsi" w:cstheme="majorHAnsi"/>
          <w:sz w:val="28"/>
          <w:szCs w:val="28"/>
        </w:rPr>
      </w:pPr>
      <w:proofErr w:type="gramStart"/>
      <w:r w:rsidRPr="00E269B2">
        <w:rPr>
          <w:rFonts w:asciiTheme="majorHAnsi" w:hAnsiTheme="majorHAnsi" w:cstheme="majorHAnsi"/>
          <w:sz w:val="28"/>
          <w:szCs w:val="28"/>
        </w:rPr>
        <w:t>.section</w:t>
      </w:r>
      <w:proofErr w:type="gramEnd"/>
      <w:r w:rsidRPr="00E269B2">
        <w:rPr>
          <w:rFonts w:asciiTheme="majorHAnsi" w:hAnsiTheme="majorHAnsi" w:cstheme="majorHAnsi"/>
          <w:sz w:val="28"/>
          <w:szCs w:val="28"/>
        </w:rPr>
        <w:t xml:space="preserve"> {</w:t>
      </w:r>
    </w:p>
    <w:p w14:paraId="705382B9"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padding: </w:t>
      </w:r>
      <w:proofErr w:type="gramStart"/>
      <w:r w:rsidRPr="00E269B2">
        <w:rPr>
          <w:rFonts w:asciiTheme="majorHAnsi" w:hAnsiTheme="majorHAnsi" w:cstheme="majorHAnsi"/>
          <w:sz w:val="28"/>
          <w:szCs w:val="28"/>
        </w:rPr>
        <w:t>30px;</w:t>
      </w:r>
      <w:proofErr w:type="gramEnd"/>
    </w:p>
    <w:p w14:paraId="4ECAD909"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t>
      </w:r>
      <w:proofErr w:type="gramStart"/>
      <w:r w:rsidRPr="00E269B2">
        <w:rPr>
          <w:rFonts w:asciiTheme="majorHAnsi" w:hAnsiTheme="majorHAnsi" w:cstheme="majorHAnsi"/>
          <w:sz w:val="28"/>
          <w:szCs w:val="28"/>
        </w:rPr>
        <w:t>max-width</w:t>
      </w:r>
      <w:proofErr w:type="gramEnd"/>
      <w:r w:rsidRPr="00E269B2">
        <w:rPr>
          <w:rFonts w:asciiTheme="majorHAnsi" w:hAnsiTheme="majorHAnsi" w:cstheme="majorHAnsi"/>
          <w:sz w:val="28"/>
          <w:szCs w:val="28"/>
        </w:rPr>
        <w:t xml:space="preserve">: </w:t>
      </w:r>
      <w:proofErr w:type="gramStart"/>
      <w:r w:rsidRPr="00E269B2">
        <w:rPr>
          <w:rFonts w:asciiTheme="majorHAnsi" w:hAnsiTheme="majorHAnsi" w:cstheme="majorHAnsi"/>
          <w:sz w:val="28"/>
          <w:szCs w:val="28"/>
        </w:rPr>
        <w:t>500px;</w:t>
      </w:r>
      <w:proofErr w:type="gramEnd"/>
    </w:p>
    <w:p w14:paraId="56F5026A"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margin: </w:t>
      </w:r>
      <w:proofErr w:type="gramStart"/>
      <w:r w:rsidRPr="00E269B2">
        <w:rPr>
          <w:rFonts w:asciiTheme="majorHAnsi" w:hAnsiTheme="majorHAnsi" w:cstheme="majorHAnsi"/>
          <w:sz w:val="28"/>
          <w:szCs w:val="28"/>
        </w:rPr>
        <w:t>auto;</w:t>
      </w:r>
      <w:proofErr w:type="gramEnd"/>
    </w:p>
    <w:p w14:paraId="106A75AD"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7BB874BC"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input, </w:t>
      </w:r>
      <w:proofErr w:type="spellStart"/>
      <w:r w:rsidRPr="00E269B2">
        <w:rPr>
          <w:rFonts w:asciiTheme="majorHAnsi" w:hAnsiTheme="majorHAnsi" w:cstheme="majorHAnsi"/>
          <w:sz w:val="28"/>
          <w:szCs w:val="28"/>
        </w:rPr>
        <w:t>textarea</w:t>
      </w:r>
      <w:proofErr w:type="spellEnd"/>
      <w:r w:rsidRPr="00E269B2">
        <w:rPr>
          <w:rFonts w:asciiTheme="majorHAnsi" w:hAnsiTheme="majorHAnsi" w:cstheme="majorHAnsi"/>
          <w:sz w:val="28"/>
          <w:szCs w:val="28"/>
        </w:rPr>
        <w:t xml:space="preserve"> {</w:t>
      </w:r>
    </w:p>
    <w:p w14:paraId="6E634183"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width: </w:t>
      </w:r>
      <w:proofErr w:type="gramStart"/>
      <w:r w:rsidRPr="00E269B2">
        <w:rPr>
          <w:rFonts w:asciiTheme="majorHAnsi" w:hAnsiTheme="majorHAnsi" w:cstheme="majorHAnsi"/>
          <w:sz w:val="28"/>
          <w:szCs w:val="28"/>
        </w:rPr>
        <w:t>100%;</w:t>
      </w:r>
      <w:proofErr w:type="gramEnd"/>
    </w:p>
    <w:p w14:paraId="70D52A1C"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padding: </w:t>
      </w:r>
      <w:proofErr w:type="gramStart"/>
      <w:r w:rsidRPr="00E269B2">
        <w:rPr>
          <w:rFonts w:asciiTheme="majorHAnsi" w:hAnsiTheme="majorHAnsi" w:cstheme="majorHAnsi"/>
          <w:sz w:val="28"/>
          <w:szCs w:val="28"/>
        </w:rPr>
        <w:t>10px;</w:t>
      </w:r>
      <w:proofErr w:type="gramEnd"/>
    </w:p>
    <w:p w14:paraId="3CBD6730"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border-radius: </w:t>
      </w:r>
      <w:proofErr w:type="gramStart"/>
      <w:r w:rsidRPr="00E269B2">
        <w:rPr>
          <w:rFonts w:asciiTheme="majorHAnsi" w:hAnsiTheme="majorHAnsi" w:cstheme="majorHAnsi"/>
          <w:sz w:val="28"/>
          <w:szCs w:val="28"/>
        </w:rPr>
        <w:t>8px;</w:t>
      </w:r>
      <w:proofErr w:type="gramEnd"/>
    </w:p>
    <w:p w14:paraId="492C6F62"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border: 1px solid #</w:t>
      </w:r>
      <w:proofErr w:type="gramStart"/>
      <w:r w:rsidRPr="00E269B2">
        <w:rPr>
          <w:rFonts w:asciiTheme="majorHAnsi" w:hAnsiTheme="majorHAnsi" w:cstheme="majorHAnsi"/>
          <w:sz w:val="28"/>
          <w:szCs w:val="28"/>
        </w:rPr>
        <w:t>E6C68E;</w:t>
      </w:r>
      <w:proofErr w:type="gramEnd"/>
    </w:p>
    <w:p w14:paraId="48B9DF5D"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218B3056"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button {</w:t>
      </w:r>
    </w:p>
    <w:p w14:paraId="73CA09B6"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t>
      </w:r>
      <w:proofErr w:type="gramStart"/>
      <w:r w:rsidRPr="00E269B2">
        <w:rPr>
          <w:rFonts w:asciiTheme="majorHAnsi" w:hAnsiTheme="majorHAnsi" w:cstheme="majorHAnsi"/>
          <w:sz w:val="28"/>
          <w:szCs w:val="28"/>
        </w:rPr>
        <w:t>background: #E6C68E;</w:t>
      </w:r>
      <w:proofErr w:type="gramEnd"/>
    </w:p>
    <w:p w14:paraId="28E38D58"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border: </w:t>
      </w:r>
      <w:proofErr w:type="gramStart"/>
      <w:r w:rsidRPr="00E269B2">
        <w:rPr>
          <w:rFonts w:asciiTheme="majorHAnsi" w:hAnsiTheme="majorHAnsi" w:cstheme="majorHAnsi"/>
          <w:sz w:val="28"/>
          <w:szCs w:val="28"/>
        </w:rPr>
        <w:t>none;</w:t>
      </w:r>
      <w:proofErr w:type="gramEnd"/>
    </w:p>
    <w:p w14:paraId="3CB2371F"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padding: 12px </w:t>
      </w:r>
      <w:proofErr w:type="gramStart"/>
      <w:r w:rsidRPr="00E269B2">
        <w:rPr>
          <w:rFonts w:asciiTheme="majorHAnsi" w:hAnsiTheme="majorHAnsi" w:cstheme="majorHAnsi"/>
          <w:sz w:val="28"/>
          <w:szCs w:val="28"/>
        </w:rPr>
        <w:t>20px;</w:t>
      </w:r>
      <w:proofErr w:type="gramEnd"/>
    </w:p>
    <w:p w14:paraId="1BF9650C"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border-radius: </w:t>
      </w:r>
      <w:proofErr w:type="gramStart"/>
      <w:r w:rsidRPr="00E269B2">
        <w:rPr>
          <w:rFonts w:asciiTheme="majorHAnsi" w:hAnsiTheme="majorHAnsi" w:cstheme="majorHAnsi"/>
          <w:sz w:val="28"/>
          <w:szCs w:val="28"/>
        </w:rPr>
        <w:t>20px;</w:t>
      </w:r>
      <w:proofErr w:type="gramEnd"/>
    </w:p>
    <w:p w14:paraId="49A64D75"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cursor: </w:t>
      </w:r>
      <w:proofErr w:type="gramStart"/>
      <w:r w:rsidRPr="00E269B2">
        <w:rPr>
          <w:rFonts w:asciiTheme="majorHAnsi" w:hAnsiTheme="majorHAnsi" w:cstheme="majorHAnsi"/>
          <w:sz w:val="28"/>
          <w:szCs w:val="28"/>
        </w:rPr>
        <w:t>pointer;</w:t>
      </w:r>
      <w:proofErr w:type="gramEnd"/>
    </w:p>
    <w:p w14:paraId="0BF66204"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w:t>
      </w:r>
    </w:p>
    <w:p w14:paraId="50D50D3C" w14:textId="77777777" w:rsidR="00E269B2" w:rsidRPr="00E269B2" w:rsidRDefault="00E269B2" w:rsidP="00E269B2">
      <w:pPr>
        <w:spacing w:after="0"/>
        <w:rPr>
          <w:rFonts w:asciiTheme="majorHAnsi" w:hAnsiTheme="majorHAnsi" w:cstheme="majorHAnsi"/>
          <w:sz w:val="28"/>
          <w:szCs w:val="28"/>
        </w:rPr>
      </w:pPr>
      <w:proofErr w:type="spellStart"/>
      <w:proofErr w:type="gramStart"/>
      <w:r w:rsidRPr="00E269B2">
        <w:rPr>
          <w:rFonts w:asciiTheme="majorHAnsi" w:hAnsiTheme="majorHAnsi" w:cstheme="majorHAnsi"/>
          <w:sz w:val="28"/>
          <w:szCs w:val="28"/>
        </w:rPr>
        <w:t>button:hover</w:t>
      </w:r>
      <w:proofErr w:type="spellEnd"/>
      <w:proofErr w:type="gramEnd"/>
      <w:r w:rsidRPr="00E269B2">
        <w:rPr>
          <w:rFonts w:asciiTheme="majorHAnsi" w:hAnsiTheme="majorHAnsi" w:cstheme="majorHAnsi"/>
          <w:sz w:val="28"/>
          <w:szCs w:val="28"/>
        </w:rPr>
        <w:t xml:space="preserve"> {</w:t>
      </w:r>
    </w:p>
    <w:p w14:paraId="1869A65E"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w:t>
      </w:r>
      <w:proofErr w:type="gramStart"/>
      <w:r w:rsidRPr="00E269B2">
        <w:rPr>
          <w:rFonts w:asciiTheme="majorHAnsi" w:hAnsiTheme="majorHAnsi" w:cstheme="majorHAnsi"/>
          <w:sz w:val="28"/>
          <w:szCs w:val="28"/>
        </w:rPr>
        <w:t>background: #D4AF37;</w:t>
      </w:r>
      <w:proofErr w:type="gramEnd"/>
    </w:p>
    <w:p w14:paraId="28202962" w14:textId="77777777"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t xml:space="preserve">  color: </w:t>
      </w:r>
      <w:proofErr w:type="gramStart"/>
      <w:r w:rsidRPr="00E269B2">
        <w:rPr>
          <w:rFonts w:asciiTheme="majorHAnsi" w:hAnsiTheme="majorHAnsi" w:cstheme="majorHAnsi"/>
          <w:sz w:val="28"/>
          <w:szCs w:val="28"/>
        </w:rPr>
        <w:t>white;</w:t>
      </w:r>
      <w:proofErr w:type="gramEnd"/>
    </w:p>
    <w:p w14:paraId="615FD29B" w14:textId="74E06825" w:rsidR="00E269B2" w:rsidRPr="00E269B2" w:rsidRDefault="00E269B2" w:rsidP="00E269B2">
      <w:pPr>
        <w:spacing w:after="0"/>
        <w:rPr>
          <w:rFonts w:asciiTheme="majorHAnsi" w:hAnsiTheme="majorHAnsi" w:cstheme="majorHAnsi"/>
          <w:sz w:val="28"/>
          <w:szCs w:val="28"/>
        </w:rPr>
      </w:pPr>
      <w:r w:rsidRPr="00E269B2">
        <w:rPr>
          <w:rFonts w:asciiTheme="majorHAnsi" w:hAnsiTheme="majorHAnsi" w:cstheme="majorHAnsi"/>
          <w:sz w:val="28"/>
          <w:szCs w:val="28"/>
        </w:rPr>
        <w:lastRenderedPageBreak/>
        <w:t>}</w:t>
      </w:r>
    </w:p>
    <w:sectPr w:rsidR="00E269B2" w:rsidRPr="00E269B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6A5E5D"/>
    <w:multiLevelType w:val="multilevel"/>
    <w:tmpl w:val="C17A20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631710E"/>
    <w:multiLevelType w:val="multilevel"/>
    <w:tmpl w:val="D848E354"/>
    <w:lvl w:ilvl="0">
      <w:start w:val="9"/>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684E4F9D"/>
    <w:multiLevelType w:val="multilevel"/>
    <w:tmpl w:val="F988A0B4"/>
    <w:lvl w:ilvl="0">
      <w:start w:val="9"/>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050951665">
    <w:abstractNumId w:val="8"/>
  </w:num>
  <w:num w:numId="2" w16cid:durableId="795374879">
    <w:abstractNumId w:val="6"/>
  </w:num>
  <w:num w:numId="3" w16cid:durableId="314920667">
    <w:abstractNumId w:val="5"/>
  </w:num>
  <w:num w:numId="4" w16cid:durableId="202865488">
    <w:abstractNumId w:val="4"/>
  </w:num>
  <w:num w:numId="5" w16cid:durableId="1823505197">
    <w:abstractNumId w:val="7"/>
  </w:num>
  <w:num w:numId="6" w16cid:durableId="218635930">
    <w:abstractNumId w:val="3"/>
  </w:num>
  <w:num w:numId="7" w16cid:durableId="1927297563">
    <w:abstractNumId w:val="2"/>
  </w:num>
  <w:num w:numId="8" w16cid:durableId="2139252197">
    <w:abstractNumId w:val="1"/>
  </w:num>
  <w:num w:numId="9" w16cid:durableId="359937631">
    <w:abstractNumId w:val="0"/>
  </w:num>
  <w:num w:numId="10" w16cid:durableId="146945224">
    <w:abstractNumId w:val="9"/>
  </w:num>
  <w:num w:numId="11" w16cid:durableId="1755978870">
    <w:abstractNumId w:val="10"/>
  </w:num>
  <w:num w:numId="12" w16cid:durableId="11453939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1B89"/>
    <w:rsid w:val="000D391E"/>
    <w:rsid w:val="000D537D"/>
    <w:rsid w:val="000D7886"/>
    <w:rsid w:val="000E0F75"/>
    <w:rsid w:val="000F7A52"/>
    <w:rsid w:val="0010304A"/>
    <w:rsid w:val="00106EE4"/>
    <w:rsid w:val="001330B7"/>
    <w:rsid w:val="0015074B"/>
    <w:rsid w:val="00192718"/>
    <w:rsid w:val="00192D37"/>
    <w:rsid w:val="001A2F09"/>
    <w:rsid w:val="00253F01"/>
    <w:rsid w:val="002878ED"/>
    <w:rsid w:val="00293C50"/>
    <w:rsid w:val="0029639D"/>
    <w:rsid w:val="00300056"/>
    <w:rsid w:val="00306973"/>
    <w:rsid w:val="00312E17"/>
    <w:rsid w:val="00326F90"/>
    <w:rsid w:val="00340F42"/>
    <w:rsid w:val="0035668C"/>
    <w:rsid w:val="00364186"/>
    <w:rsid w:val="003C653F"/>
    <w:rsid w:val="003D53CF"/>
    <w:rsid w:val="003E1E22"/>
    <w:rsid w:val="004113B4"/>
    <w:rsid w:val="00427352"/>
    <w:rsid w:val="00440FAE"/>
    <w:rsid w:val="00481BD9"/>
    <w:rsid w:val="00486D1D"/>
    <w:rsid w:val="00512CFD"/>
    <w:rsid w:val="00521EDF"/>
    <w:rsid w:val="0052753A"/>
    <w:rsid w:val="0056687E"/>
    <w:rsid w:val="00572044"/>
    <w:rsid w:val="005C587F"/>
    <w:rsid w:val="005D7DDC"/>
    <w:rsid w:val="005E1153"/>
    <w:rsid w:val="00665203"/>
    <w:rsid w:val="006B0E86"/>
    <w:rsid w:val="006B495D"/>
    <w:rsid w:val="006C2103"/>
    <w:rsid w:val="00701EC0"/>
    <w:rsid w:val="0071529C"/>
    <w:rsid w:val="0075791E"/>
    <w:rsid w:val="007876B0"/>
    <w:rsid w:val="007F356D"/>
    <w:rsid w:val="00801706"/>
    <w:rsid w:val="0082521D"/>
    <w:rsid w:val="00896B86"/>
    <w:rsid w:val="008A45A2"/>
    <w:rsid w:val="008B4C85"/>
    <w:rsid w:val="008C5DC1"/>
    <w:rsid w:val="009326E4"/>
    <w:rsid w:val="0093740C"/>
    <w:rsid w:val="009A48CF"/>
    <w:rsid w:val="009C5EBD"/>
    <w:rsid w:val="009D00C9"/>
    <w:rsid w:val="009D7524"/>
    <w:rsid w:val="00A00040"/>
    <w:rsid w:val="00A14592"/>
    <w:rsid w:val="00A1699B"/>
    <w:rsid w:val="00A705E0"/>
    <w:rsid w:val="00A81AC5"/>
    <w:rsid w:val="00AA1D8D"/>
    <w:rsid w:val="00B177BE"/>
    <w:rsid w:val="00B34036"/>
    <w:rsid w:val="00B47730"/>
    <w:rsid w:val="00B72377"/>
    <w:rsid w:val="00B73591"/>
    <w:rsid w:val="00B85AD0"/>
    <w:rsid w:val="00BE6B34"/>
    <w:rsid w:val="00C442DD"/>
    <w:rsid w:val="00CB0664"/>
    <w:rsid w:val="00CB59E2"/>
    <w:rsid w:val="00D0655D"/>
    <w:rsid w:val="00D93D54"/>
    <w:rsid w:val="00E04791"/>
    <w:rsid w:val="00E0762B"/>
    <w:rsid w:val="00E269B2"/>
    <w:rsid w:val="00E27D43"/>
    <w:rsid w:val="00E64BA2"/>
    <w:rsid w:val="00F30F2A"/>
    <w:rsid w:val="00F7356B"/>
    <w:rsid w:val="00F73971"/>
    <w:rsid w:val="00FA189D"/>
    <w:rsid w:val="00FB566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8922BEB0-1BF0-4891-AE48-F27D3DD54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34036"/>
    <w:rPr>
      <w:color w:val="0000FF" w:themeColor="hyperlink"/>
      <w:u w:val="single"/>
    </w:rPr>
  </w:style>
  <w:style w:type="character" w:styleId="UnresolvedMention">
    <w:name w:val="Unresolved Mention"/>
    <w:basedOn w:val="DefaultParagraphFont"/>
    <w:uiPriority w:val="99"/>
    <w:semiHidden/>
    <w:unhideWhenUsed/>
    <w:rsid w:val="00B34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eveloper.mozilla.org/"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24</Pages>
  <Words>3049</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Liliana Stryzhakovska</cp:lastModifiedBy>
  <cp:revision>82</cp:revision>
  <dcterms:created xsi:type="dcterms:W3CDTF">2013-12-23T23:15:00Z</dcterms:created>
  <dcterms:modified xsi:type="dcterms:W3CDTF">2026-04-17T23:23:00Z</dcterms:modified>
  <cp:category/>
</cp:coreProperties>
</file>