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1959144404"/>
        <w:docPartObj>
          <w:docPartGallery w:val="Cover Pages"/>
          <w:docPartUnique/>
        </w:docPartObj>
      </w:sdtPr>
      <w:sdtEndPr/>
      <w:sdtContent>
        <w:p w14:paraId="2E3757AB" w14:textId="78464927" w:rsidR="00204BBB" w:rsidRDefault="00672BA8">
          <w:r w:rsidRPr="00496BD7">
            <w:rPr>
              <w:noProof/>
              <w:sz w:val="24"/>
              <w:szCs w:val="24"/>
            </w:rPr>
            <mc:AlternateContent>
              <mc:Choice Requires="wpg">
                <w:drawing>
                  <wp:anchor distT="0" distB="0" distL="114300" distR="114300" simplePos="0" relativeHeight="251657216" behindDoc="1" locked="0" layoutInCell="1" allowOverlap="1" wp14:anchorId="1812CAE8" wp14:editId="6EA91EB1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310515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223135" cy="9125585"/>
                    <wp:effectExtent l="0" t="0" r="5715" b="7620"/>
                    <wp:wrapNone/>
                    <wp:docPr id="2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223135" cy="9125712"/>
                              <a:chOff x="0" y="0"/>
                              <a:chExt cx="2223135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28575" y="182880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6-04-08T00:00:00Z"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49DAE4B6" w14:textId="38FCB4B4" w:rsidR="0036247F" w:rsidRDefault="0036247F" w:rsidP="0036247F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4/8/2026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1812CAE8" id="Group 26" o:spid="_x0000_s1026" style="position:absolute;margin-left:0;margin-top:0;width:175.05pt;height:718.55pt;z-index:-251659264;mso-height-percent:950;mso-left-percent:40;mso-position-horizontal-relative:page;mso-position-vertical:center;mso-position-vertical-relative:page;mso-height-percent:950;mso-left-percent:40" coordsize="22231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" fillcolor="#1f497d [3215]" stroked="f" strokeweight="2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left:285;top:18288;width:21946;height:5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" adj="18883" fillcolor="#4f81bd [3204]" stroked="f" strokeweight="2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6-04-08T00:00:00Z"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49DAE4B6" w14:textId="38FCB4B4" w:rsidR="0036247F" w:rsidRDefault="0036247F" w:rsidP="0036247F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4/8/2026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1f497d [3215]" strokecolor="#1f497d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1f497d [3215]" strokecolor="#1f497d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1f497d [3215]" strokecolor="#1f497d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1f497d [3215]" strokecolor="#1f497d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1f497d [3215]" strokecolor="#1f497d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1f497d [3215]" strokecolor="#1f497d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1f497d [3215]" strokecolor="#1f497d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1f497d [3215]" strokecolor="#1f497d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1f497d [3215]" strokecolor="#1f497d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1f497d [3215]" strokecolor="#1f497d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1f497d [3215]" strokecolor="#1f497d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1f497d [3215]" strokecolor="#1f497d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1f497d [3215]" strokecolor="#1f497d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1f497d [3215]" strokecolor="#1f497d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1f497d [3215]" strokecolor="#1f497d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1f497d [3215]" strokecolor="#1f497d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1f497d [3215]" strokecolor="#1f497d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1f497d [3215]" strokecolor="#1f497d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1f497d [3215]" strokecolor="#1f497d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1f497d [3215]" strokecolor="#1f497d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1f497d [3215]" strokecolor="#1f497d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1f497d [3215]" strokecolor="#1f497d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1f497d [3215]" strokecolor="#1f497d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 w:rsidR="000677DA"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5168" behindDoc="0" locked="0" layoutInCell="1" allowOverlap="1" wp14:anchorId="5A1C0223" wp14:editId="7F8ACDFB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5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58D3B11C" id="Group 157" o:spid="_x0000_s1026" style="position:absolute;margin-left:0;margin-top:0;width:8in;height:95.7pt;z-index:251655168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" path="m,l7312660,r,1129665l3619500,733425,,1091565,,xe" fillcolor="#4f81bd [3204]" stroked="f" strokeweight="2pt"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" stroked="f" strokeweight="2pt">
                      <v:fill r:id="rId10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 w:rsidR="000677DA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1072" behindDoc="0" locked="0" layoutInCell="1" allowOverlap="1" wp14:anchorId="0B0D0B26" wp14:editId="0E71791D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8227695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AB2F838" w14:textId="194F2D66" w:rsidR="000677DA" w:rsidRDefault="008B317F" w:rsidP="00A10061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DA1146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0B0D0B2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9" o:spid="_x0000_s1055" type="#_x0000_t202" style="position:absolute;margin-left:0;margin-top:0;width:8in;height:1in;z-index:251651072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" filled="f" stroked="f" strokeweight=".5pt">
                    <v:textbox inset="126pt,0,54pt,0">
                      <w:txbxContent>
                        <w:p w14:paraId="6AB2F838" w14:textId="194F2D66" w:rsidR="000677DA" w:rsidRDefault="008B317F" w:rsidP="00A10061">
                          <w:pPr>
                            <w:pStyle w:val="NoSpacing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DA1146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0677DA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3120" behindDoc="0" locked="0" layoutInCell="1" allowOverlap="1" wp14:anchorId="32400BE0" wp14:editId="5E146F02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7040880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6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C67AF0A" w14:textId="37A002AE" w:rsidR="000677DA" w:rsidRDefault="000677DA" w:rsidP="00B1384D">
                                <w:pPr>
                                  <w:pStyle w:val="NoSpacing"/>
                                  <w:rPr>
                                    <w:color w:val="4F81BD" w:themeColor="accent1"/>
                                    <w:sz w:val="28"/>
                                    <w:szCs w:val="28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showingPlcHdr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EndPr/>
                                <w:sdtContent>
                                  <w:p w14:paraId="00B2B9D3" w14:textId="3CB87D2F" w:rsidR="000677DA" w:rsidRDefault="00B1384D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32400BE0" id="Text Box 161" o:spid="_x0000_s1056" type="#_x0000_t202" style="position:absolute;margin-left:0;margin-top:0;width:8in;height:79.5pt;z-index:251653120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" filled="f" stroked="f" strokeweight=".5pt">
                    <v:textbox style="mso-fit-shape-to-text:t" inset="126pt,0,54pt,0">
                      <w:txbxContent>
                        <w:p w14:paraId="0C67AF0A" w14:textId="37A002AE" w:rsidR="000677DA" w:rsidRDefault="000677DA" w:rsidP="00B1384D">
                          <w:pPr>
                            <w:pStyle w:val="NoSpacing"/>
                            <w:rPr>
                              <w:color w:val="4F81BD" w:themeColor="accent1"/>
                              <w:sz w:val="28"/>
                              <w:szCs w:val="28"/>
                            </w:rPr>
                          </w:pPr>
                        </w:p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showingPlcHdr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EndPr/>
                          <w:sdtContent>
                            <w:p w14:paraId="00B2B9D3" w14:textId="3CB87D2F" w:rsidR="000677DA" w:rsidRDefault="00B1384D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0677DA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49024" behindDoc="0" locked="0" layoutInCell="1" allowOverlap="1" wp14:anchorId="50F38960" wp14:editId="29EA0610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3017520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00A1A45D" w14:textId="0468AF96" w:rsidR="000677DA" w:rsidRDefault="00617493" w:rsidP="00617493">
                                    <w:pPr>
                                      <w:jc w:val="center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50F38960" id="Text Box 163" o:spid="_x0000_s1057" type="#_x0000_t202" style="position:absolute;margin-left:0;margin-top:0;width:8in;height:286.5pt;z-index:25164902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00A1A45D" w14:textId="0468AF96" w:rsidR="000677DA" w:rsidRDefault="00617493" w:rsidP="00617493">
                              <w:pPr>
                                <w:jc w:val="center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</w:sdtContent>
    </w:sdt>
    <w:p w14:paraId="6D3C8373" w14:textId="1A1CEF64" w:rsidR="000323B9" w:rsidRDefault="000323B9" w:rsidP="000323B9">
      <w:r>
        <w:t xml:space="preserve">         </w:t>
      </w:r>
    </w:p>
    <w:p w14:paraId="420DC017" w14:textId="77777777" w:rsidR="000323B9" w:rsidRDefault="000323B9" w:rsidP="000323B9"/>
    <w:p w14:paraId="1D697C22" w14:textId="77777777" w:rsidR="000323B9" w:rsidRDefault="000323B9" w:rsidP="000323B9"/>
    <w:sdt>
      <w:sdtPr>
        <w:rPr>
          <w:kern w:val="2"/>
          <w:sz w:val="24"/>
          <w:szCs w:val="24"/>
          <w:lang w:val="en-GB" w:eastAsia="zh-CN"/>
          <w14:ligatures w14:val="standardContextual"/>
        </w:rPr>
        <w:id w:val="459547944"/>
        <w:docPartObj>
          <w:docPartGallery w:val="Cover Pages"/>
          <w:docPartUnique/>
        </w:docPartObj>
      </w:sdtPr>
      <w:sdtEndPr>
        <w:rPr>
          <w:kern w:val="0"/>
          <w:sz w:val="22"/>
          <w:szCs w:val="22"/>
          <w:lang w:val="en-US" w:eastAsia="en-US"/>
          <w14:ligatures w14:val="none"/>
        </w:rPr>
      </w:sdtEndPr>
      <w:sdtContent>
        <w:p w14:paraId="775E22E5" w14:textId="190F3A8F" w:rsidR="0036247F" w:rsidRPr="00496BD7" w:rsidRDefault="0036247F" w:rsidP="0036247F">
          <w:pPr>
            <w:pStyle w:val="NoSpacing"/>
            <w:rPr>
              <w:sz w:val="24"/>
              <w:szCs w:val="24"/>
            </w:rPr>
          </w:pPr>
          <w:r w:rsidRPr="00496BD7">
            <w:rPr>
              <w:noProof/>
              <w:sz w:val="24"/>
              <w:szCs w:val="24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036D73B9" wp14:editId="18FD1F9B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3263900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8851265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1F43FA4" w14:textId="6CA38AF2" w:rsidR="0036247F" w:rsidRDefault="0036247F" w:rsidP="0036247F">
                                <w:pPr>
                                  <w:pStyle w:val="NoSpacing"/>
                                  <w:rPr>
                                    <w:color w:val="4F81BD" w:themeColor="accent1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olor w:val="4F81BD" w:themeColor="accent1"/>
                                    <w:sz w:val="26"/>
                                    <w:szCs w:val="26"/>
                                  </w:rPr>
                                  <w:t xml:space="preserve">University of </w:t>
                                </w:r>
                                <w:r w:rsidR="00A10061">
                                  <w:rPr>
                                    <w:color w:val="4F81BD" w:themeColor="accent1"/>
                                    <w:sz w:val="26"/>
                                    <w:szCs w:val="26"/>
                                  </w:rPr>
                                  <w:t>W</w:t>
                                </w:r>
                                <w:r>
                                  <w:rPr>
                                    <w:color w:val="4F81BD" w:themeColor="accent1"/>
                                    <w:sz w:val="26"/>
                                    <w:szCs w:val="26"/>
                                  </w:rPr>
                                  <w:t>ales Trinity Saint David</w:t>
                                </w:r>
                              </w:p>
                              <w:p w14:paraId="323A43D5" w14:textId="4FE5F670" w:rsidR="0036247F" w:rsidRDefault="0036247F" w:rsidP="0036247F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036D73B9" id="Text Box 28" o:spid="_x0000_s1058" type="#_x0000_t202" style="position:absolute;margin-left:0;margin-top:0;width:4in;height:28.8pt;z-index:25166131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" filled="f" stroked="f" strokeweight=".5pt">
                    <v:textbox style="mso-fit-shape-to-text:t" inset="0,0,0,0">
                      <w:txbxContent>
                        <w:p w14:paraId="21F43FA4" w14:textId="6CA38AF2" w:rsidR="0036247F" w:rsidRDefault="0036247F" w:rsidP="0036247F">
                          <w:pPr>
                            <w:pStyle w:val="NoSpacing"/>
                            <w:rPr>
                              <w:color w:val="4F81BD" w:themeColor="accent1"/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4F81BD" w:themeColor="accent1"/>
                              <w:sz w:val="26"/>
                              <w:szCs w:val="26"/>
                            </w:rPr>
                            <w:t xml:space="preserve">University of </w:t>
                          </w:r>
                          <w:r w:rsidR="00A10061">
                            <w:rPr>
                              <w:color w:val="4F81BD" w:themeColor="accent1"/>
                              <w:sz w:val="26"/>
                              <w:szCs w:val="26"/>
                            </w:rPr>
                            <w:t>W</w:t>
                          </w:r>
                          <w:r>
                            <w:rPr>
                              <w:color w:val="4F81BD" w:themeColor="accent1"/>
                              <w:sz w:val="26"/>
                              <w:szCs w:val="26"/>
                            </w:rPr>
                            <w:t>ales Trinity Saint David</w:t>
                          </w:r>
                        </w:p>
                        <w:p w14:paraId="323A43D5" w14:textId="4FE5F670" w:rsidR="0036247F" w:rsidRDefault="0036247F" w:rsidP="0036247F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716DB056" w14:textId="06141AF8" w:rsidR="0036247F" w:rsidRPr="00496BD7" w:rsidRDefault="0036247F" w:rsidP="0036247F">
          <w:r w:rsidRPr="00496BD7"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3360" behindDoc="0" locked="0" layoutInCell="1" allowOverlap="1" wp14:anchorId="7CD8FFAC" wp14:editId="3E8EC479">
                    <wp:simplePos x="0" y="0"/>
                    <wp:positionH relativeFrom="column">
                      <wp:posOffset>1924050</wp:posOffset>
                    </wp:positionH>
                    <wp:positionV relativeFrom="paragraph">
                      <wp:posOffset>1880235</wp:posOffset>
                    </wp:positionV>
                    <wp:extent cx="3556000" cy="2628900"/>
                    <wp:effectExtent l="0" t="0" r="25400" b="1905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556000" cy="26289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99DBB71" w14:textId="5BB56FB6" w:rsidR="0036247F" w:rsidRDefault="0036247F" w:rsidP="0036247F">
                                <w:r>
                                  <w:t xml:space="preserve">Module Name: </w:t>
                                </w:r>
                                <w:r w:rsidR="0009567C">
                                  <w:t xml:space="preserve">Introduction </w:t>
                                </w:r>
                                <w:r w:rsidR="007A6BC9">
                                  <w:t>to Web and Database Concepts</w:t>
                                </w:r>
                              </w:p>
                              <w:p w14:paraId="032C9EF9" w14:textId="5CBA7A9D" w:rsidR="0036247F" w:rsidRDefault="0036247F" w:rsidP="0036247F">
                                <w:r>
                                  <w:t xml:space="preserve">Module Code: </w:t>
                                </w:r>
                                <w:r w:rsidR="00F83DC7">
                                  <w:t>ACC</w:t>
                                </w:r>
                                <w:r w:rsidR="00B0674E">
                                  <w:t>A</w:t>
                                </w:r>
                                <w:r w:rsidR="00F83DC7">
                                  <w:t>4023</w:t>
                                </w:r>
                              </w:p>
                              <w:p w14:paraId="61DB6D82" w14:textId="77777777" w:rsidR="0036247F" w:rsidRDefault="0036247F" w:rsidP="0036247F"/>
                              <w:p w14:paraId="3A050953" w14:textId="70B3FEAD" w:rsidR="0036247F" w:rsidRDefault="0036247F" w:rsidP="0036247F">
                                <w:r>
                                  <w:t>Stude</w:t>
                                </w:r>
                                <w:r w:rsidR="007E2712">
                                  <w:t>n</w:t>
                                </w:r>
                                <w:r>
                                  <w:t>t Name:</w:t>
                                </w:r>
                                <w:r w:rsidR="00374931">
                                  <w:t xml:space="preserve"> </w:t>
                                </w:r>
                                <w:r w:rsidR="00B0674E">
                                  <w:t>Tejinder Singh Aul</w:t>
                                </w:r>
                                <w:r w:rsidR="00244802">
                                  <w:t>a</w:t>
                                </w:r>
                                <w:r w:rsidR="00374931">
                                  <w:t>kh</w:t>
                                </w:r>
                              </w:p>
                              <w:p w14:paraId="6E4383D3" w14:textId="5A714B26" w:rsidR="0036247F" w:rsidRDefault="0036247F" w:rsidP="0036247F">
                                <w:r>
                                  <w:t>Student ID:</w:t>
                                </w:r>
                                <w:r w:rsidR="00130F58">
                                  <w:t>2533151</w:t>
                                </w:r>
                              </w:p>
                              <w:p w14:paraId="3FF7B6AC" w14:textId="1E1982BD" w:rsidR="0036247F" w:rsidRDefault="0036247F" w:rsidP="0036247F">
                                <w:r>
                                  <w:t xml:space="preserve">Group: </w:t>
                                </w:r>
                                <w:r w:rsidR="006A0D95">
                                  <w:t>2</w:t>
                                </w:r>
                              </w:p>
                              <w:p w14:paraId="6351A892" w14:textId="56C73C3B" w:rsidR="00DD5843" w:rsidRDefault="006B04FC" w:rsidP="00DD5843">
                                <w:r>
                                  <w:t xml:space="preserve">Submission </w:t>
                                </w:r>
                                <w:r w:rsidR="00DD5843">
                                  <w:t>Date:</w:t>
                                </w:r>
                                <w:r w:rsidR="00C26BC8">
                                  <w:t>04/08/2026</w:t>
                                </w:r>
                              </w:p>
                              <w:p w14:paraId="0AE45C5A" w14:textId="6B63B751" w:rsidR="006A0D95" w:rsidRPr="00DD5843" w:rsidRDefault="0036247F" w:rsidP="00DD5843">
                                <w:r>
                                  <w:t xml:space="preserve">Lecturer’s Name: </w:t>
                                </w: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-811947080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2E7506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DR. ANUM PARACHA</w:t>
                                    </w:r>
                                  </w:sdtContent>
                                </w:sdt>
                              </w:p>
                              <w:p w14:paraId="1D27A839" w14:textId="75B79367" w:rsidR="0036247F" w:rsidRDefault="0036247F" w:rsidP="0036247F"/>
                              <w:p w14:paraId="156D4DFA" w14:textId="77777777" w:rsidR="0036247F" w:rsidRDefault="0036247F" w:rsidP="0036247F"/>
                              <w:p w14:paraId="1D553D4C" w14:textId="77777777" w:rsidR="0036247F" w:rsidRDefault="0036247F" w:rsidP="0036247F"/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7CD8FFAC" id="Text Box 2" o:spid="_x0000_s1059" type="#_x0000_t202" style="position:absolute;margin-left:151.5pt;margin-top:148.05pt;width:280pt;height:207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">
                    <v:textbox>
                      <w:txbxContent>
                        <w:p w14:paraId="099DBB71" w14:textId="5BB56FB6" w:rsidR="0036247F" w:rsidRDefault="0036247F" w:rsidP="0036247F">
                          <w:r>
                            <w:t xml:space="preserve">Module Name: </w:t>
                          </w:r>
                          <w:r w:rsidR="0009567C">
                            <w:t xml:space="preserve">Introduction </w:t>
                          </w:r>
                          <w:r w:rsidR="007A6BC9">
                            <w:t>to Web and Database Concepts</w:t>
                          </w:r>
                        </w:p>
                        <w:p w14:paraId="032C9EF9" w14:textId="5CBA7A9D" w:rsidR="0036247F" w:rsidRDefault="0036247F" w:rsidP="0036247F">
                          <w:r>
                            <w:t xml:space="preserve">Module Code: </w:t>
                          </w:r>
                          <w:r w:rsidR="00F83DC7">
                            <w:t>ACC</w:t>
                          </w:r>
                          <w:r w:rsidR="00B0674E">
                            <w:t>A</w:t>
                          </w:r>
                          <w:r w:rsidR="00F83DC7">
                            <w:t>4023</w:t>
                          </w:r>
                        </w:p>
                        <w:p w14:paraId="61DB6D82" w14:textId="77777777" w:rsidR="0036247F" w:rsidRDefault="0036247F" w:rsidP="0036247F"/>
                        <w:p w14:paraId="3A050953" w14:textId="70B3FEAD" w:rsidR="0036247F" w:rsidRDefault="0036247F" w:rsidP="0036247F">
                          <w:r>
                            <w:t>Stude</w:t>
                          </w:r>
                          <w:r w:rsidR="007E2712">
                            <w:t>n</w:t>
                          </w:r>
                          <w:r>
                            <w:t>t Name:</w:t>
                          </w:r>
                          <w:r w:rsidR="00374931">
                            <w:t xml:space="preserve"> </w:t>
                          </w:r>
                          <w:r w:rsidR="00B0674E">
                            <w:t>Tejinder Singh Aul</w:t>
                          </w:r>
                          <w:r w:rsidR="00244802">
                            <w:t>a</w:t>
                          </w:r>
                          <w:r w:rsidR="00374931">
                            <w:t>kh</w:t>
                          </w:r>
                        </w:p>
                        <w:p w14:paraId="6E4383D3" w14:textId="5A714B26" w:rsidR="0036247F" w:rsidRDefault="0036247F" w:rsidP="0036247F">
                          <w:r>
                            <w:t>Student ID:</w:t>
                          </w:r>
                          <w:r w:rsidR="00130F58">
                            <w:t>2533151</w:t>
                          </w:r>
                        </w:p>
                        <w:p w14:paraId="3FF7B6AC" w14:textId="1E1982BD" w:rsidR="0036247F" w:rsidRDefault="0036247F" w:rsidP="0036247F">
                          <w:r>
                            <w:t xml:space="preserve">Group: </w:t>
                          </w:r>
                          <w:r w:rsidR="006A0D95">
                            <w:t>2</w:t>
                          </w:r>
                        </w:p>
                        <w:p w14:paraId="6351A892" w14:textId="56C73C3B" w:rsidR="00DD5843" w:rsidRDefault="006B04FC" w:rsidP="00DD5843">
                          <w:r>
                            <w:t xml:space="preserve">Submission </w:t>
                          </w:r>
                          <w:r w:rsidR="00DD5843">
                            <w:t>Date:</w:t>
                          </w:r>
                          <w:r w:rsidR="00C26BC8">
                            <w:t>04/08/2026</w:t>
                          </w:r>
                        </w:p>
                        <w:p w14:paraId="0AE45C5A" w14:textId="6B63B751" w:rsidR="006A0D95" w:rsidRPr="00DD5843" w:rsidRDefault="0036247F" w:rsidP="00DD5843">
                          <w:r>
                            <w:t xml:space="preserve">Lecturer’s Name: </w:t>
                          </w: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-811947080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2E7506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DR. ANUM PARACHA</w:t>
                              </w:r>
                            </w:sdtContent>
                          </w:sdt>
                        </w:p>
                        <w:p w14:paraId="1D27A839" w14:textId="75B79367" w:rsidR="0036247F" w:rsidRDefault="0036247F" w:rsidP="0036247F"/>
                        <w:p w14:paraId="156D4DFA" w14:textId="77777777" w:rsidR="0036247F" w:rsidRDefault="0036247F" w:rsidP="0036247F"/>
                        <w:p w14:paraId="1D553D4C" w14:textId="77777777" w:rsidR="0036247F" w:rsidRDefault="0036247F" w:rsidP="0036247F"/>
                      </w:txbxContent>
                    </v:textbox>
                    <w10:wrap type="square"/>
                  </v:shape>
                </w:pict>
              </mc:Fallback>
            </mc:AlternateContent>
          </w:r>
          <w:r w:rsidRPr="00496BD7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69D472B" wp14:editId="4ABFFAD0">
                    <wp:simplePos x="0" y="0"/>
                    <wp:positionH relativeFrom="margin">
                      <wp:align>right</wp:align>
                    </wp:positionH>
                    <wp:positionV relativeFrom="page">
                      <wp:posOffset>1870075</wp:posOffset>
                    </wp:positionV>
                    <wp:extent cx="3810000" cy="885825"/>
                    <wp:effectExtent l="0" t="0" r="0" b="9525"/>
                    <wp:wrapNone/>
                    <wp:docPr id="1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810000" cy="8858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3E1E79C" w14:textId="6224045C" w:rsidR="0036247F" w:rsidRPr="003A12C8" w:rsidRDefault="008B317F" w:rsidP="0036247F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56"/>
                                    <w:szCs w:val="56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144"/>
                                      <w:szCs w:val="144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153485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144"/>
                                        <w:szCs w:val="144"/>
                                      </w:rPr>
                                      <w:t>I W D</w:t>
                                    </w:r>
                                  </w:sdtContent>
                                </w:sdt>
                              </w:p>
                              <w:p w14:paraId="0C7F0273" w14:textId="77777777" w:rsidR="0036247F" w:rsidRDefault="008B317F" w:rsidP="0036247F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36247F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69D472B" id="Text Box 30" o:spid="_x0000_s1060" type="#_x0000_t202" style="position:absolute;margin-left:248.8pt;margin-top:147.25pt;width:300pt;height:69.7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" filled="f" stroked="f" strokeweight=".5pt">
                    <v:textbox inset="0,0,0,0">
                      <w:txbxContent>
                        <w:p w14:paraId="03E1E79C" w14:textId="6224045C" w:rsidR="0036247F" w:rsidRPr="003A12C8" w:rsidRDefault="008B317F" w:rsidP="0036247F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56"/>
                              <w:szCs w:val="56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144"/>
                                <w:szCs w:val="144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153485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144"/>
                                  <w:szCs w:val="144"/>
                                </w:rPr>
                                <w:t>I W D</w:t>
                              </w:r>
                            </w:sdtContent>
                          </w:sdt>
                        </w:p>
                        <w:p w14:paraId="0C7F0273" w14:textId="77777777" w:rsidR="0036247F" w:rsidRDefault="008B317F" w:rsidP="0036247F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36247F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</w:p>
      </w:sdtContent>
    </w:sdt>
    <w:p w14:paraId="14260F08" w14:textId="77777777" w:rsidR="000323B9" w:rsidRDefault="000323B9" w:rsidP="000323B9"/>
    <w:p w14:paraId="1C6BC8D3" w14:textId="77777777" w:rsidR="000323B9" w:rsidRDefault="000323B9" w:rsidP="000323B9"/>
    <w:p w14:paraId="2E511F9A" w14:textId="77777777" w:rsidR="000323B9" w:rsidRDefault="000323B9" w:rsidP="000323B9"/>
    <w:p w14:paraId="2F78DB01" w14:textId="77777777" w:rsidR="000323B9" w:rsidRDefault="000323B9" w:rsidP="000323B9"/>
    <w:sdt>
      <w:sdtPr>
        <w:rPr>
          <w:rFonts w:asciiTheme="minorHAnsi" w:eastAsiaTheme="minorEastAsia" w:hAnsiTheme="minorHAnsi" w:cstheme="minorBidi"/>
          <w:b w:val="0"/>
          <w:bCs w:val="0"/>
          <w:color w:val="auto"/>
          <w:kern w:val="2"/>
          <w:sz w:val="24"/>
          <w:szCs w:val="24"/>
          <w:lang w:val="en-GB" w:eastAsia="zh-CN"/>
          <w14:ligatures w14:val="standardContextual"/>
        </w:rPr>
        <w:id w:val="1783771839"/>
        <w:docPartObj>
          <w:docPartGallery w:val="Table of Contents"/>
          <w:docPartUnique/>
        </w:docPartObj>
      </w:sdtPr>
      <w:sdtEndPr/>
      <w:sdtContent>
        <w:p w14:paraId="27D3ED12" w14:textId="77777777" w:rsidR="00543A3C" w:rsidRDefault="00543A3C" w:rsidP="00896CCC">
          <w:pPr>
            <w:pStyle w:val="TOCHeading"/>
            <w:tabs>
              <w:tab w:val="right" w:pos="8640"/>
            </w:tabs>
            <w:rPr>
              <w:rFonts w:asciiTheme="minorHAnsi" w:eastAsiaTheme="minorEastAsia" w:hAnsiTheme="minorHAnsi" w:cstheme="minorBidi"/>
              <w:b w:val="0"/>
              <w:bCs w:val="0"/>
              <w:color w:val="auto"/>
              <w:kern w:val="2"/>
              <w:sz w:val="24"/>
              <w:szCs w:val="24"/>
              <w:lang w:val="en-GB" w:eastAsia="zh-CN"/>
              <w14:ligatures w14:val="standardContextual"/>
            </w:rPr>
          </w:pPr>
        </w:p>
        <w:p w14:paraId="4CCD6D13" w14:textId="77777777" w:rsidR="00543A3C" w:rsidRDefault="00543A3C" w:rsidP="00896CCC">
          <w:pPr>
            <w:pStyle w:val="TOCHeading"/>
            <w:tabs>
              <w:tab w:val="right" w:pos="8640"/>
            </w:tabs>
            <w:rPr>
              <w:rFonts w:asciiTheme="minorHAnsi" w:eastAsiaTheme="minorEastAsia" w:hAnsiTheme="minorHAnsi" w:cstheme="minorBidi"/>
              <w:b w:val="0"/>
              <w:bCs w:val="0"/>
              <w:color w:val="auto"/>
              <w:kern w:val="2"/>
              <w:sz w:val="24"/>
              <w:szCs w:val="24"/>
              <w:lang w:val="en-GB" w:eastAsia="zh-CN"/>
              <w14:ligatures w14:val="standardContextual"/>
            </w:rPr>
          </w:pPr>
        </w:p>
        <w:p w14:paraId="5F17FA20" w14:textId="083AA4B5" w:rsidR="00734AAC" w:rsidRPr="00496BD7" w:rsidRDefault="00734AAC" w:rsidP="00896CCC">
          <w:pPr>
            <w:pStyle w:val="TOCHeading"/>
            <w:tabs>
              <w:tab w:val="right" w:pos="8640"/>
            </w:tabs>
            <w:rPr>
              <w:sz w:val="24"/>
              <w:szCs w:val="24"/>
            </w:rPr>
          </w:pPr>
          <w:r w:rsidRPr="00496BD7">
            <w:rPr>
              <w:sz w:val="24"/>
              <w:szCs w:val="24"/>
            </w:rPr>
            <w:t>Table of Contents</w:t>
          </w:r>
          <w:r w:rsidR="00896CCC">
            <w:rPr>
              <w:sz w:val="24"/>
              <w:szCs w:val="24"/>
            </w:rPr>
            <w:tab/>
          </w:r>
        </w:p>
        <w:p w14:paraId="4093F857" w14:textId="0CC57255" w:rsidR="00E71531" w:rsidRDefault="00734AAC">
          <w:pPr>
            <w:pStyle w:val="TOC1"/>
            <w:tabs>
              <w:tab w:val="left" w:pos="480"/>
              <w:tab w:val="right" w:leader="dot" w:pos="8630"/>
            </w:tabs>
            <w:rPr>
              <w:noProof/>
              <w:lang w:eastAsia="en-GB"/>
            </w:rPr>
          </w:pPr>
          <w:r w:rsidRPr="00496BD7">
            <w:fldChar w:fldCharType="begin"/>
          </w:r>
          <w:r w:rsidRPr="00496BD7">
            <w:instrText xml:space="preserve"> TOC \o "1-3" \h \z \u </w:instrText>
          </w:r>
          <w:r w:rsidRPr="00496BD7">
            <w:fldChar w:fldCharType="separate"/>
          </w:r>
          <w:hyperlink w:anchor="_Toc237550153" w:history="1">
            <w:r w:rsidR="00E71531" w:rsidRPr="00A4215D">
              <w:rPr>
                <w:rStyle w:val="Hyperlink"/>
                <w:noProof/>
              </w:rPr>
              <w:t>1.</w:t>
            </w:r>
            <w:r w:rsidR="00E71531">
              <w:rPr>
                <w:noProof/>
                <w:lang w:eastAsia="en-GB"/>
              </w:rPr>
              <w:tab/>
            </w:r>
            <w:r w:rsidR="00E71531" w:rsidRPr="00A4215D">
              <w:rPr>
                <w:rStyle w:val="Hyperlink"/>
                <w:noProof/>
              </w:rPr>
              <w:t>Introduction</w:t>
            </w:r>
            <w:r w:rsidR="00E71531">
              <w:rPr>
                <w:noProof/>
                <w:webHidden/>
              </w:rPr>
              <w:tab/>
            </w:r>
            <w:r w:rsidR="00E71531">
              <w:rPr>
                <w:noProof/>
                <w:webHidden/>
              </w:rPr>
              <w:fldChar w:fldCharType="begin"/>
            </w:r>
            <w:r w:rsidR="00E71531">
              <w:rPr>
                <w:noProof/>
                <w:webHidden/>
              </w:rPr>
              <w:instrText xml:space="preserve"> PAGEREF _Toc237550153 \h </w:instrText>
            </w:r>
            <w:r w:rsidR="00E71531">
              <w:rPr>
                <w:noProof/>
                <w:webHidden/>
              </w:rPr>
            </w:r>
            <w:r w:rsidR="00E71531">
              <w:rPr>
                <w:noProof/>
                <w:webHidden/>
              </w:rPr>
              <w:fldChar w:fldCharType="separate"/>
            </w:r>
            <w:r w:rsidR="00476794">
              <w:rPr>
                <w:noProof/>
                <w:webHidden/>
              </w:rPr>
              <w:t>2</w:t>
            </w:r>
            <w:r w:rsidR="00E71531">
              <w:rPr>
                <w:noProof/>
                <w:webHidden/>
              </w:rPr>
              <w:fldChar w:fldCharType="end"/>
            </w:r>
          </w:hyperlink>
        </w:p>
        <w:p w14:paraId="07AB07D0" w14:textId="6810C24E" w:rsidR="00E71531" w:rsidRDefault="00E71531">
          <w:pPr>
            <w:pStyle w:val="TOC1"/>
            <w:tabs>
              <w:tab w:val="left" w:pos="480"/>
              <w:tab w:val="right" w:leader="dot" w:pos="8630"/>
            </w:tabs>
            <w:rPr>
              <w:noProof/>
              <w:lang w:eastAsia="en-GB"/>
            </w:rPr>
          </w:pPr>
          <w:hyperlink w:anchor="_Toc237550154" w:history="1">
            <w:r w:rsidRPr="00A4215D">
              <w:rPr>
                <w:rStyle w:val="Hyperlink"/>
                <w:noProof/>
              </w:rPr>
              <w:t>2.</w:t>
            </w:r>
            <w:r>
              <w:rPr>
                <w:noProof/>
                <w:lang w:eastAsia="en-GB"/>
              </w:rPr>
              <w:tab/>
            </w:r>
            <w:r w:rsidRPr="00A4215D">
              <w:rPr>
                <w:rStyle w:val="Hyperlink"/>
                <w:noProof/>
              </w:rPr>
              <w:t>Requirements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_Toc237550154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76794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576C36" w14:textId="1B0748CC" w:rsidR="00E71531" w:rsidRDefault="00E71531">
          <w:pPr>
            <w:pStyle w:val="TOC1"/>
            <w:tabs>
              <w:tab w:val="right" w:leader="dot" w:pos="8630"/>
            </w:tabs>
            <w:rPr>
              <w:noProof/>
              <w:lang w:eastAsia="en-GB"/>
            </w:rPr>
          </w:pPr>
          <w:hyperlink w:anchor="_Toc237550155" w:history="1">
            <w:r w:rsidRPr="00A4215D">
              <w:rPr>
                <w:rStyle w:val="Hyperlink"/>
                <w:noProof/>
              </w:rPr>
              <w:t>3. Implementation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_Toc237550155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76794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DF2F8D" w14:textId="3F674E09" w:rsidR="00E71531" w:rsidRDefault="00E71531">
          <w:pPr>
            <w:pStyle w:val="TOC1"/>
            <w:tabs>
              <w:tab w:val="left" w:pos="480"/>
              <w:tab w:val="right" w:leader="dot" w:pos="8630"/>
            </w:tabs>
            <w:rPr>
              <w:noProof/>
              <w:lang w:eastAsia="en-GB"/>
            </w:rPr>
          </w:pPr>
          <w:hyperlink w:anchor="_Toc237550156" w:history="1">
            <w:r w:rsidRPr="00A4215D">
              <w:rPr>
                <w:rStyle w:val="Hyperlink"/>
                <w:noProof/>
              </w:rPr>
              <w:t>4.</w:t>
            </w:r>
            <w:r>
              <w:rPr>
                <w:noProof/>
                <w:lang w:eastAsia="en-GB"/>
              </w:rPr>
              <w:tab/>
            </w:r>
            <w:r w:rsidRPr="00A4215D">
              <w:rPr>
                <w:rStyle w:val="Hyperlink"/>
                <w:noProof/>
              </w:rPr>
              <w:t>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_Toc237550156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76794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302F8E" w14:textId="485C0DC1" w:rsidR="00E71531" w:rsidRDefault="00E71531">
          <w:pPr>
            <w:pStyle w:val="TOC1"/>
            <w:tabs>
              <w:tab w:val="right" w:leader="dot" w:pos="8630"/>
            </w:tabs>
            <w:rPr>
              <w:noProof/>
              <w:lang w:eastAsia="en-GB"/>
            </w:rPr>
          </w:pPr>
          <w:hyperlink w:anchor="_Toc237550157" w:history="1">
            <w:r w:rsidRPr="00A4215D">
              <w:rPr>
                <w:rStyle w:val="Hyperlink"/>
                <w:noProof/>
              </w:rPr>
              <w:t>5.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_Toc237550157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76794"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9D33D3" w14:textId="3FECCCAC" w:rsidR="00E71531" w:rsidRDefault="00E71531">
          <w:pPr>
            <w:pStyle w:val="TOC1"/>
            <w:tabs>
              <w:tab w:val="right" w:leader="dot" w:pos="8630"/>
            </w:tabs>
            <w:rPr>
              <w:noProof/>
              <w:lang w:eastAsia="en-GB"/>
            </w:rPr>
          </w:pPr>
          <w:hyperlink w:anchor="_Toc237550158" w:history="1">
            <w:r w:rsidRPr="00A4215D">
              <w:rPr>
                <w:rStyle w:val="Hyperlink"/>
                <w:noProof/>
              </w:rPr>
              <w:t>6. References (IEEE Format)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_Toc237550158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76794"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DA0C4F" w14:textId="790C30F6" w:rsidR="00E71531" w:rsidRDefault="00E71531">
          <w:pPr>
            <w:pStyle w:val="TOC1"/>
            <w:tabs>
              <w:tab w:val="right" w:leader="dot" w:pos="8630"/>
            </w:tabs>
            <w:rPr>
              <w:noProof/>
              <w:lang w:eastAsia="en-GB"/>
            </w:rPr>
          </w:pPr>
          <w:hyperlink w:anchor="_Toc237550159" w:history="1">
            <w:r w:rsidRPr="00A4215D">
              <w:rPr>
                <w:rStyle w:val="Hyperlink"/>
                <w:noProof/>
              </w:rPr>
              <w:t>7. 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_Toc237550159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76794"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9856C9" w14:textId="4816E055" w:rsidR="00734AAC" w:rsidRPr="002B032F" w:rsidRDefault="00734AAC" w:rsidP="002B032F">
          <w:pPr>
            <w:pStyle w:val="TOC2"/>
            <w:tabs>
              <w:tab w:val="right" w:leader="dot" w:pos="9016"/>
            </w:tabs>
            <w:rPr>
              <w:noProof/>
            </w:rPr>
          </w:pPr>
          <w:r w:rsidRPr="00496BD7">
            <w:rPr>
              <w:b/>
              <w:bCs/>
            </w:rPr>
            <w:fldChar w:fldCharType="end"/>
          </w:r>
        </w:p>
      </w:sdtContent>
    </w:sdt>
    <w:p w14:paraId="3D27C031" w14:textId="77777777" w:rsidR="000323B9" w:rsidRDefault="000323B9" w:rsidP="000323B9"/>
    <w:p w14:paraId="0A24DB61" w14:textId="77777777" w:rsidR="000323B9" w:rsidRDefault="000323B9" w:rsidP="000323B9"/>
    <w:p w14:paraId="116E7354" w14:textId="77777777" w:rsidR="000323B9" w:rsidRDefault="000323B9" w:rsidP="000323B9"/>
    <w:p w14:paraId="6B64F261" w14:textId="2D6DA5CB" w:rsidR="0062195D" w:rsidRPr="00C467DD" w:rsidRDefault="008E0B84" w:rsidP="00C467DD">
      <w:r>
        <w:br w:type="page"/>
      </w:r>
    </w:p>
    <w:p w14:paraId="437E5211" w14:textId="3FD26779" w:rsidR="00204BBB" w:rsidRDefault="00204BBB"/>
    <w:p w14:paraId="601F3CE7" w14:textId="231B6E2C" w:rsidR="00204BBB" w:rsidRDefault="008E0B84" w:rsidP="00BD02C1">
      <w:pPr>
        <w:pStyle w:val="Heading1"/>
        <w:numPr>
          <w:ilvl w:val="0"/>
          <w:numId w:val="11"/>
        </w:numPr>
      </w:pPr>
      <w:bookmarkStart w:id="0" w:name="_Toc237550153"/>
      <w:r>
        <w:t>Introduction</w:t>
      </w:r>
      <w:bookmarkEnd w:id="0"/>
      <w:r>
        <w:t xml:space="preserve"> </w:t>
      </w:r>
    </w:p>
    <w:p w14:paraId="20036F7F" w14:textId="77777777" w:rsidR="009E6DAD" w:rsidRDefault="009E6DAD" w:rsidP="00BD02C1">
      <w:pPr>
        <w:pStyle w:val="ListParagraph"/>
      </w:pPr>
    </w:p>
    <w:p w14:paraId="28A5081D" w14:textId="77777777" w:rsidR="009E6DAD" w:rsidRDefault="009E6DAD" w:rsidP="00BD02C1">
      <w:pPr>
        <w:pStyle w:val="ListParagraph"/>
      </w:pPr>
    </w:p>
    <w:p w14:paraId="33702702" w14:textId="77777777" w:rsidR="009E6DAD" w:rsidRDefault="009E6DAD" w:rsidP="00BD02C1">
      <w:pPr>
        <w:pStyle w:val="ListParagraph"/>
      </w:pPr>
    </w:p>
    <w:p w14:paraId="2B1F1C95" w14:textId="77777777" w:rsidR="009E6DAD" w:rsidRDefault="009E6DAD" w:rsidP="00BD02C1">
      <w:pPr>
        <w:pStyle w:val="ListParagraph"/>
      </w:pPr>
    </w:p>
    <w:p w14:paraId="696738A8" w14:textId="70954FB1" w:rsidR="00BD02C1" w:rsidRDefault="00BD02C1" w:rsidP="00BD02C1">
      <w:pPr>
        <w:pStyle w:val="ListParagraph"/>
      </w:pPr>
      <w:r>
        <w:t xml:space="preserve">This module will give me the opportunity to have strong foundations needed to create and manage the two pillars of modern computing: databases and websites. This assignment is helping to learn how to build and render web pages using core technologies such as HMTL and </w:t>
      </w:r>
      <w:r w:rsidR="005108D1">
        <w:t xml:space="preserve">CSS. This will help us in learning Web content, including text, graphics, media content, hypertext and hypermedia, web forms etc. </w:t>
      </w:r>
      <w:r>
        <w:t xml:space="preserve"> Along with all </w:t>
      </w:r>
      <w:r w:rsidR="005108D1">
        <w:t>this the work</w:t>
      </w:r>
      <w:r>
        <w:t xml:space="preserve"> we produce </w:t>
      </w:r>
      <w:r w:rsidR="005108D1">
        <w:t>is not</w:t>
      </w:r>
      <w:r>
        <w:t xml:space="preserve"> functional but professional.</w:t>
      </w:r>
    </w:p>
    <w:p w14:paraId="270B7C9A" w14:textId="77777777" w:rsidR="009E6DAD" w:rsidRDefault="009E6DAD" w:rsidP="009E6DAD">
      <w:pPr>
        <w:pStyle w:val="ListParagraph"/>
      </w:pPr>
    </w:p>
    <w:p w14:paraId="6EB7D693" w14:textId="77777777" w:rsidR="009E6DAD" w:rsidRDefault="009E6DAD" w:rsidP="009E6DAD">
      <w:pPr>
        <w:pStyle w:val="ListParagraph"/>
      </w:pPr>
    </w:p>
    <w:p w14:paraId="78E6B7F4" w14:textId="77777777" w:rsidR="009E6DAD" w:rsidRDefault="009E6DAD" w:rsidP="009E6DAD">
      <w:pPr>
        <w:pStyle w:val="ListParagraph"/>
      </w:pPr>
    </w:p>
    <w:p w14:paraId="4743A376" w14:textId="0804705C" w:rsidR="00C467DD" w:rsidRDefault="00BD02C1" w:rsidP="009604A5">
      <w:pPr>
        <w:pStyle w:val="ListParagraph"/>
      </w:pPr>
      <w:r>
        <w:t xml:space="preserve">By end of this </w:t>
      </w:r>
      <w:r w:rsidR="001543C5">
        <w:t>module,</w:t>
      </w:r>
      <w:r>
        <w:t xml:space="preserve"> we will be able to Systematically </w:t>
      </w:r>
      <w:r w:rsidR="001543C5">
        <w:t xml:space="preserve">understand and apply the technologies and standards needed for building and rendering web </w:t>
      </w:r>
      <w:r w:rsidR="005108D1">
        <w:t>pages. We will follow Fundamental standards and principles of web design and applications i.e. interface and layout design principles, mobile web and device-independent web practices</w:t>
      </w:r>
      <w:r w:rsidR="009E6DAD">
        <w:t xml:space="preserve">, web accessibility, etc. Web evaluation techniques and tools e.g. standards validation, browser evaluation tools, accessibility evaluation, and performance </w:t>
      </w:r>
      <w:r w:rsidR="009604A5">
        <w:t>assessment. This</w:t>
      </w:r>
      <w:r w:rsidR="001543C5">
        <w:t xml:space="preserve"> will help us in gaining the essential skills for </w:t>
      </w:r>
      <w:r w:rsidR="009E6DAD">
        <w:t>our</w:t>
      </w:r>
      <w:r w:rsidR="001543C5">
        <w:t xml:space="preserve"> future in computing and IT. </w:t>
      </w:r>
    </w:p>
    <w:p w14:paraId="7C4EE687" w14:textId="77777777" w:rsidR="00C467DD" w:rsidRDefault="00C467DD"/>
    <w:p w14:paraId="58D385D2" w14:textId="77777777" w:rsidR="00C467DD" w:rsidRDefault="00C467DD"/>
    <w:p w14:paraId="34730E6F" w14:textId="77777777" w:rsidR="00C467DD" w:rsidRDefault="00C467DD"/>
    <w:p w14:paraId="628D5897" w14:textId="77777777" w:rsidR="00C467DD" w:rsidRDefault="00C467DD"/>
    <w:p w14:paraId="297044E2" w14:textId="2D572242" w:rsidR="00204BBB" w:rsidRDefault="00204BBB"/>
    <w:p w14:paraId="3232D160" w14:textId="11A4F4D8" w:rsidR="009604A5" w:rsidRDefault="008E0B84" w:rsidP="009C7229">
      <w:pPr>
        <w:pStyle w:val="Heading1"/>
        <w:numPr>
          <w:ilvl w:val="0"/>
          <w:numId w:val="11"/>
        </w:numPr>
      </w:pPr>
      <w:bookmarkStart w:id="1" w:name="_Toc237550154"/>
      <w:r>
        <w:t>Requirements</w:t>
      </w:r>
      <w:bookmarkEnd w:id="1"/>
    </w:p>
    <w:p w14:paraId="5AE5E944" w14:textId="77777777" w:rsidR="009C7229" w:rsidRDefault="009C7229" w:rsidP="009C7229"/>
    <w:p w14:paraId="1D0F746B" w14:textId="01CF5153" w:rsidR="009C7229" w:rsidRDefault="009C7229" w:rsidP="009C7229">
      <w:r>
        <w:t>I created a website with WIX in first term</w:t>
      </w:r>
      <w:r w:rsidR="009E6062">
        <w:t xml:space="preserve"> at </w:t>
      </w:r>
      <w:r w:rsidR="00327350">
        <w:t>university</w:t>
      </w:r>
      <w:r>
        <w:t xml:space="preserve"> for my property company MKHA Properties. When our teacher asked us which static website we will make, I came up with the idea to develop my property company website for MKHA Properties. I will be the designer and developer for my website pages crafting the layout, building every component from scratch, and making sure it will be fast, accessible, and easy to navigate.</w:t>
      </w:r>
    </w:p>
    <w:p w14:paraId="19D1574D" w14:textId="77777777" w:rsidR="00D66FB2" w:rsidRDefault="00D66FB2" w:rsidP="00D66FB2">
      <w:pPr>
        <w:rPr>
          <w:lang w:val="en-GB"/>
        </w:rPr>
      </w:pPr>
    </w:p>
    <w:p w14:paraId="47C6431F" w14:textId="77777777" w:rsidR="00D66FB2" w:rsidRDefault="00D66FB2" w:rsidP="00D66FB2">
      <w:pPr>
        <w:rPr>
          <w:lang w:val="en-GB"/>
        </w:rPr>
      </w:pPr>
    </w:p>
    <w:p w14:paraId="7F914884" w14:textId="0F0ED9CD" w:rsidR="00D66FB2" w:rsidRPr="00D66FB2" w:rsidRDefault="00D66FB2" w:rsidP="00D66FB2">
      <w:pPr>
        <w:rPr>
          <w:lang w:val="en-GB"/>
        </w:rPr>
      </w:pPr>
      <w:r w:rsidRPr="00D66FB2">
        <w:rPr>
          <w:lang w:val="en-GB"/>
        </w:rPr>
        <w:t>How TO - Make a Static Website</w:t>
      </w:r>
    </w:p>
    <w:p w14:paraId="7FCEE434" w14:textId="77777777" w:rsidR="00D66FB2" w:rsidRPr="00D66FB2" w:rsidRDefault="00D66FB2" w:rsidP="00D66FB2">
      <w:pPr>
        <w:rPr>
          <w:lang w:val="en-GB"/>
        </w:rPr>
      </w:pPr>
      <w:r w:rsidRPr="00D66FB2">
        <w:rPr>
          <w:lang w:val="en-GB"/>
        </w:rPr>
        <w:t>A static website has fixed content</w:t>
      </w:r>
    </w:p>
    <w:p w14:paraId="3F15A5FD" w14:textId="77777777" w:rsidR="00D66FB2" w:rsidRPr="00D66FB2" w:rsidRDefault="00D66FB2" w:rsidP="00D66FB2">
      <w:pPr>
        <w:rPr>
          <w:lang w:val="en-GB"/>
        </w:rPr>
      </w:pPr>
      <w:r w:rsidRPr="00D66FB2">
        <w:rPr>
          <w:lang w:val="en-GB"/>
        </w:rPr>
        <w:t>It does not require programming languages to build one.</w:t>
      </w:r>
    </w:p>
    <w:p w14:paraId="3C8DA191" w14:textId="77777777" w:rsidR="00D66FB2" w:rsidRPr="00D66FB2" w:rsidRDefault="00D66FB2" w:rsidP="00D66FB2">
      <w:pPr>
        <w:rPr>
          <w:lang w:val="en-GB"/>
        </w:rPr>
      </w:pPr>
      <w:r w:rsidRPr="00D66FB2">
        <w:rPr>
          <w:lang w:val="en-GB"/>
        </w:rPr>
        <w:t>It is the easiest form of website to create.</w:t>
      </w:r>
    </w:p>
    <w:p w14:paraId="207C1C88" w14:textId="406E078C" w:rsidR="00D66FB2" w:rsidRDefault="00D66FB2" w:rsidP="00D66FB2">
      <w:pPr>
        <w:rPr>
          <w:lang w:val="en-GB"/>
        </w:rPr>
      </w:pPr>
      <w:r w:rsidRPr="00D66FB2">
        <w:rPr>
          <w:lang w:val="en-GB"/>
        </w:rPr>
        <w:t>Static websites are built of HTML, CSS, and</w:t>
      </w:r>
      <w:r>
        <w:rPr>
          <w:lang w:val="en-GB"/>
        </w:rPr>
        <w:t xml:space="preserve"> Boots</w:t>
      </w:r>
      <w:r w:rsidR="00A823EB">
        <w:rPr>
          <w:lang w:val="en-GB"/>
        </w:rPr>
        <w:t>trap,</w:t>
      </w:r>
      <w:r w:rsidRPr="00D66FB2">
        <w:rPr>
          <w:lang w:val="en-GB"/>
        </w:rPr>
        <w:t xml:space="preserve"> JavaScript.</w:t>
      </w:r>
    </w:p>
    <w:p w14:paraId="520B3D07" w14:textId="77777777" w:rsidR="00A823EB" w:rsidRDefault="00A823EB" w:rsidP="00A823EB">
      <w:pPr>
        <w:rPr>
          <w:lang w:val="en-GB"/>
        </w:rPr>
      </w:pPr>
    </w:p>
    <w:p w14:paraId="3C5B2F6B" w14:textId="77777777" w:rsidR="00A823EB" w:rsidRDefault="00A823EB" w:rsidP="00A823EB">
      <w:pPr>
        <w:rPr>
          <w:lang w:val="en-GB"/>
        </w:rPr>
      </w:pPr>
    </w:p>
    <w:p w14:paraId="75908501" w14:textId="143124BD" w:rsidR="00A823EB" w:rsidRPr="00A823EB" w:rsidRDefault="00A823EB" w:rsidP="00A823EB">
      <w:pPr>
        <w:rPr>
          <w:lang w:val="en-GB"/>
        </w:rPr>
      </w:pPr>
      <w:r w:rsidRPr="00A823EB">
        <w:rPr>
          <w:lang w:val="en-GB"/>
        </w:rPr>
        <w:t>Why create a static website?</w:t>
      </w:r>
    </w:p>
    <w:p w14:paraId="444B7FF5" w14:textId="57B06F44" w:rsidR="00A823EB" w:rsidRPr="00A823EB" w:rsidRDefault="00A823EB" w:rsidP="00A823EB">
      <w:pPr>
        <w:rPr>
          <w:lang w:val="en-GB"/>
        </w:rPr>
      </w:pPr>
      <w:r w:rsidRPr="00A823EB">
        <w:rPr>
          <w:lang w:val="en-GB"/>
        </w:rPr>
        <w:t>Static websites are quick and easy to create.</w:t>
      </w:r>
    </w:p>
    <w:p w14:paraId="1F78B8F1" w14:textId="77777777" w:rsidR="00A823EB" w:rsidRPr="00A823EB" w:rsidRDefault="00A823EB" w:rsidP="00A823EB">
      <w:pPr>
        <w:rPr>
          <w:lang w:val="en-GB"/>
        </w:rPr>
      </w:pPr>
      <w:r w:rsidRPr="00A823EB">
        <w:rPr>
          <w:lang w:val="en-GB"/>
        </w:rPr>
        <w:t>It is cheap to host.</w:t>
      </w:r>
    </w:p>
    <w:p w14:paraId="755BAE58" w14:textId="77777777" w:rsidR="00A823EB" w:rsidRPr="00A823EB" w:rsidRDefault="00A823EB" w:rsidP="00A823EB">
      <w:pPr>
        <w:rPr>
          <w:lang w:val="en-GB"/>
        </w:rPr>
      </w:pPr>
      <w:r w:rsidRPr="00A823EB">
        <w:rPr>
          <w:lang w:val="en-GB"/>
        </w:rPr>
        <w:t>Static websites are secure.</w:t>
      </w:r>
    </w:p>
    <w:p w14:paraId="593C5A08" w14:textId="0E8A3304" w:rsidR="00A823EB" w:rsidRDefault="00A823EB" w:rsidP="00A823EB">
      <w:pPr>
        <w:rPr>
          <w:lang w:val="en-GB"/>
        </w:rPr>
      </w:pPr>
      <w:r w:rsidRPr="00A823EB">
        <w:rPr>
          <w:lang w:val="en-GB"/>
        </w:rPr>
        <w:t>It is fun and you can create awesome sites with HTML, CSS, and</w:t>
      </w:r>
      <w:r>
        <w:rPr>
          <w:lang w:val="en-GB"/>
        </w:rPr>
        <w:t xml:space="preserve"> </w:t>
      </w:r>
      <w:r w:rsidR="00F93AEE">
        <w:rPr>
          <w:lang w:val="en-GB"/>
        </w:rPr>
        <w:t xml:space="preserve">Bootstrap, </w:t>
      </w:r>
      <w:r w:rsidR="00F93AEE" w:rsidRPr="00A823EB">
        <w:rPr>
          <w:lang w:val="en-GB"/>
        </w:rPr>
        <w:t>JavaScript</w:t>
      </w:r>
      <w:r w:rsidRPr="00A823EB">
        <w:rPr>
          <w:lang w:val="en-GB"/>
        </w:rPr>
        <w:t>.</w:t>
      </w:r>
    </w:p>
    <w:p w14:paraId="00E2624F" w14:textId="77777777" w:rsidR="00A823EB" w:rsidRDefault="00A823EB" w:rsidP="00A823EB">
      <w:pPr>
        <w:rPr>
          <w:lang w:val="en-GB"/>
        </w:rPr>
      </w:pPr>
    </w:p>
    <w:p w14:paraId="0687A712" w14:textId="77777777" w:rsidR="00A823EB" w:rsidRDefault="00A823EB" w:rsidP="00A823EB">
      <w:pPr>
        <w:rPr>
          <w:lang w:val="en-GB"/>
        </w:rPr>
      </w:pPr>
    </w:p>
    <w:p w14:paraId="400F4C2F" w14:textId="77777777" w:rsidR="00A823EB" w:rsidRPr="00A823EB" w:rsidRDefault="00A823EB" w:rsidP="00A823EB">
      <w:pPr>
        <w:rPr>
          <w:lang w:val="en-GB"/>
        </w:rPr>
      </w:pPr>
      <w:r w:rsidRPr="00A823EB">
        <w:rPr>
          <w:lang w:val="en-GB"/>
        </w:rPr>
        <w:t>What do I need to know to build a static website</w:t>
      </w:r>
    </w:p>
    <w:p w14:paraId="25EA6EA2" w14:textId="1B3C7AA3" w:rsidR="00A823EB" w:rsidRPr="00A823EB" w:rsidRDefault="00A823EB" w:rsidP="00A823EB">
      <w:pPr>
        <w:rPr>
          <w:lang w:val="en-GB"/>
        </w:rPr>
      </w:pPr>
      <w:r w:rsidRPr="00A823EB">
        <w:rPr>
          <w:lang w:val="en-GB"/>
        </w:rPr>
        <w:t>HTML, CSS</w:t>
      </w:r>
      <w:r w:rsidR="00F93AEE">
        <w:rPr>
          <w:lang w:val="en-GB"/>
        </w:rPr>
        <w:t>,</w:t>
      </w:r>
      <w:r w:rsidRPr="00A823EB">
        <w:rPr>
          <w:lang w:val="en-GB"/>
        </w:rPr>
        <w:t xml:space="preserve"> </w:t>
      </w:r>
      <w:r w:rsidR="00F93AEE">
        <w:rPr>
          <w:lang w:val="en-GB"/>
        </w:rPr>
        <w:t>B</w:t>
      </w:r>
      <w:r>
        <w:rPr>
          <w:lang w:val="en-GB"/>
        </w:rPr>
        <w:t>ootstrap</w:t>
      </w:r>
      <w:r w:rsidRPr="00A823EB">
        <w:rPr>
          <w:lang w:val="en-GB"/>
        </w:rPr>
        <w:t xml:space="preserve"> JavaScript are the basic languages to build any website.</w:t>
      </w:r>
    </w:p>
    <w:p w14:paraId="2DA3023D" w14:textId="77777777" w:rsidR="00A823EB" w:rsidRPr="00A823EB" w:rsidRDefault="00A823EB" w:rsidP="00A823EB">
      <w:pPr>
        <w:numPr>
          <w:ilvl w:val="0"/>
          <w:numId w:val="12"/>
        </w:numPr>
        <w:rPr>
          <w:lang w:val="en-GB"/>
        </w:rPr>
      </w:pPr>
      <w:r w:rsidRPr="00A823EB">
        <w:rPr>
          <w:b/>
          <w:bCs/>
          <w:lang w:val="en-GB"/>
        </w:rPr>
        <w:t>Create the structure with HTML.</w:t>
      </w:r>
      <w:r w:rsidRPr="00A823EB">
        <w:rPr>
          <w:lang w:val="en-GB"/>
        </w:rPr>
        <w:t> The first thing you have to learn, is HTML, which is the standard markup language for creating web pages.</w:t>
      </w:r>
    </w:p>
    <w:p w14:paraId="61999947" w14:textId="22DF838D" w:rsidR="00A823EB" w:rsidRPr="00A823EB" w:rsidRDefault="00A823EB" w:rsidP="00A823EB">
      <w:pPr>
        <w:numPr>
          <w:ilvl w:val="0"/>
          <w:numId w:val="12"/>
        </w:numPr>
        <w:rPr>
          <w:lang w:val="en-GB"/>
        </w:rPr>
      </w:pPr>
      <w:r w:rsidRPr="00A823EB">
        <w:rPr>
          <w:b/>
          <w:bCs/>
          <w:lang w:val="en-GB"/>
        </w:rPr>
        <w:t>Style with CSS.</w:t>
      </w:r>
      <w:r w:rsidRPr="00A823EB">
        <w:rPr>
          <w:lang w:val="en-GB"/>
        </w:rPr>
        <w:t xml:space="preserve"> The next step is to learn CSS, to set the layout of your web page with beautiful </w:t>
      </w:r>
      <w:r w:rsidR="00F93AEE" w:rsidRPr="00A823EB">
        <w:rPr>
          <w:lang w:val="en-GB"/>
        </w:rPr>
        <w:t>colours</w:t>
      </w:r>
      <w:r w:rsidRPr="00A823EB">
        <w:rPr>
          <w:lang w:val="en-GB"/>
        </w:rPr>
        <w:t>, fonts, and much more.</w:t>
      </w:r>
    </w:p>
    <w:p w14:paraId="5C9A1EB2" w14:textId="6D2D34E2" w:rsidR="00A823EB" w:rsidRPr="00A823EB" w:rsidRDefault="00A823EB" w:rsidP="00A823EB">
      <w:pPr>
        <w:numPr>
          <w:ilvl w:val="0"/>
          <w:numId w:val="12"/>
        </w:numPr>
        <w:rPr>
          <w:lang w:val="en-GB"/>
        </w:rPr>
      </w:pPr>
      <w:r w:rsidRPr="00A823EB">
        <w:rPr>
          <w:b/>
          <w:bCs/>
          <w:lang w:val="en-GB"/>
        </w:rPr>
        <w:t>Make it interactive with</w:t>
      </w:r>
      <w:r w:rsidR="00F93AEE">
        <w:rPr>
          <w:b/>
          <w:bCs/>
          <w:lang w:val="en-GB"/>
        </w:rPr>
        <w:t xml:space="preserve"> Bootstrap,</w:t>
      </w:r>
      <w:r w:rsidRPr="00A823EB">
        <w:rPr>
          <w:b/>
          <w:bCs/>
          <w:lang w:val="en-GB"/>
        </w:rPr>
        <w:t xml:space="preserve"> JavaScript.</w:t>
      </w:r>
      <w:r w:rsidRPr="00A823EB">
        <w:rPr>
          <w:lang w:val="en-GB"/>
        </w:rPr>
        <w:t xml:space="preserve"> After studying HTML and CSS, you should </w:t>
      </w:r>
      <w:r w:rsidR="00F93AEE" w:rsidRPr="00A823EB">
        <w:rPr>
          <w:lang w:val="en-GB"/>
        </w:rPr>
        <w:t>learn</w:t>
      </w:r>
      <w:r w:rsidR="00F93AEE">
        <w:rPr>
          <w:lang w:val="en-GB"/>
        </w:rPr>
        <w:t xml:space="preserve"> Bootstrap,</w:t>
      </w:r>
      <w:r w:rsidRPr="00A823EB">
        <w:rPr>
          <w:lang w:val="en-GB"/>
        </w:rPr>
        <w:t xml:space="preserve"> JavaScript to create dynamic and interactive web pages for your users.</w:t>
      </w:r>
    </w:p>
    <w:p w14:paraId="1F986DB4" w14:textId="7F290713" w:rsidR="00A823EB" w:rsidRPr="00A823EB" w:rsidRDefault="00A823EB" w:rsidP="00A823EB">
      <w:pPr>
        <w:rPr>
          <w:lang w:val="en-GB"/>
        </w:rPr>
      </w:pPr>
      <w:r w:rsidRPr="00A823EB">
        <w:rPr>
          <w:lang w:val="en-GB"/>
        </w:rPr>
        <w:t>The best way to learn is to get practical. Start building today!</w:t>
      </w:r>
      <w:sdt>
        <w:sdtPr>
          <w:rPr>
            <w:lang w:val="en-GB"/>
          </w:rPr>
          <w:id w:val="-1463725210"/>
          <w:citation/>
        </w:sdtPr>
        <w:sdtEndPr/>
        <w:sdtContent>
          <w:r w:rsidR="00A8575F">
            <w:rPr>
              <w:lang w:val="en-GB"/>
            </w:rPr>
            <w:fldChar w:fldCharType="begin"/>
          </w:r>
          <w:r w:rsidR="00A8575F">
            <w:rPr>
              <w:lang w:val="en-GB"/>
            </w:rPr>
            <w:instrText xml:space="preserve"> CITATION htt263 \l 2057 </w:instrText>
          </w:r>
          <w:r w:rsidR="00A8575F">
            <w:rPr>
              <w:lang w:val="en-GB"/>
            </w:rPr>
            <w:fldChar w:fldCharType="separate"/>
          </w:r>
          <w:r w:rsidR="00A8575F">
            <w:rPr>
              <w:noProof/>
              <w:lang w:val="en-GB"/>
            </w:rPr>
            <w:t xml:space="preserve"> </w:t>
          </w:r>
          <w:r w:rsidR="00A8575F" w:rsidRPr="00A8575F">
            <w:rPr>
              <w:noProof/>
              <w:lang w:val="en-GB"/>
            </w:rPr>
            <w:t>[1]</w:t>
          </w:r>
          <w:r w:rsidR="00A8575F">
            <w:rPr>
              <w:lang w:val="en-GB"/>
            </w:rPr>
            <w:fldChar w:fldCharType="end"/>
          </w:r>
        </w:sdtContent>
      </w:sdt>
    </w:p>
    <w:p w14:paraId="1AE26DAE" w14:textId="55DFC225" w:rsidR="00A823EB" w:rsidRPr="00A823EB" w:rsidRDefault="00A823EB" w:rsidP="00A823EB">
      <w:pPr>
        <w:rPr>
          <w:lang w:val="en-GB"/>
        </w:rPr>
      </w:pPr>
    </w:p>
    <w:p w14:paraId="06B484FD" w14:textId="1F065D9A" w:rsidR="00A823EB" w:rsidRDefault="00F276F2" w:rsidP="00D66FB2">
      <w:pPr>
        <w:rPr>
          <w:lang w:val="en-GB"/>
        </w:rPr>
      </w:pPr>
      <w:r>
        <w:rPr>
          <w:lang w:val="en-GB"/>
        </w:rPr>
        <w:lastRenderedPageBreak/>
        <w:t xml:space="preserve">Your website content is the second most important </w:t>
      </w:r>
      <w:r w:rsidR="00D23C0C">
        <w:rPr>
          <w:lang w:val="en-GB"/>
        </w:rPr>
        <w:t xml:space="preserve">thing on your website </w:t>
      </w:r>
      <w:r w:rsidR="00F22FB9">
        <w:rPr>
          <w:lang w:val="en-GB"/>
        </w:rPr>
        <w:t>design,</w:t>
      </w:r>
      <w:r w:rsidR="00D23C0C">
        <w:rPr>
          <w:lang w:val="en-GB"/>
        </w:rPr>
        <w:t xml:space="preserve"> so you need to give it some </w:t>
      </w:r>
      <w:r w:rsidR="008F174B">
        <w:rPr>
          <w:lang w:val="en-GB"/>
        </w:rPr>
        <w:t xml:space="preserve">attention. Five pages </w:t>
      </w:r>
      <w:r w:rsidR="00A94298">
        <w:rPr>
          <w:lang w:val="en-GB"/>
        </w:rPr>
        <w:t>that every business website needs</w:t>
      </w:r>
      <w:r w:rsidR="00F22FB9">
        <w:rPr>
          <w:lang w:val="en-GB"/>
        </w:rPr>
        <w:t xml:space="preserve">. To build a five-page static website for a property </w:t>
      </w:r>
      <w:r w:rsidR="00720253">
        <w:rPr>
          <w:lang w:val="en-GB"/>
        </w:rPr>
        <w:t>domain (</w:t>
      </w:r>
      <w:r w:rsidR="00893761">
        <w:rPr>
          <w:lang w:val="en-GB"/>
        </w:rPr>
        <w:t>MKHA properties</w:t>
      </w:r>
      <w:r w:rsidR="00FA248B">
        <w:rPr>
          <w:lang w:val="en-GB"/>
        </w:rPr>
        <w:t>), you need a</w:t>
      </w:r>
      <w:r w:rsidR="00441B93">
        <w:rPr>
          <w:lang w:val="en-GB"/>
        </w:rPr>
        <w:t xml:space="preserve"> </w:t>
      </w:r>
      <w:r w:rsidR="00F53090">
        <w:rPr>
          <w:lang w:val="en-GB"/>
        </w:rPr>
        <w:t>custom</w:t>
      </w:r>
      <w:r w:rsidR="00FA248B">
        <w:rPr>
          <w:lang w:val="en-GB"/>
        </w:rPr>
        <w:t xml:space="preserve"> domain, standard frontend code</w:t>
      </w:r>
      <w:r w:rsidR="00636277">
        <w:rPr>
          <w:lang w:val="en-GB"/>
        </w:rPr>
        <w:t xml:space="preserve"> </w:t>
      </w:r>
      <w:r w:rsidR="00A87F70">
        <w:rPr>
          <w:lang w:val="en-GB"/>
        </w:rPr>
        <w:t>(HTML,</w:t>
      </w:r>
      <w:r w:rsidR="00636277">
        <w:rPr>
          <w:lang w:val="en-GB"/>
        </w:rPr>
        <w:t xml:space="preserve"> </w:t>
      </w:r>
      <w:r w:rsidR="00A87F70">
        <w:rPr>
          <w:lang w:val="en-GB"/>
        </w:rPr>
        <w:t>CSS,</w:t>
      </w:r>
      <w:r w:rsidR="00636277">
        <w:rPr>
          <w:lang w:val="en-GB"/>
        </w:rPr>
        <w:t xml:space="preserve"> </w:t>
      </w:r>
      <w:proofErr w:type="gramStart"/>
      <w:r w:rsidR="00636277">
        <w:rPr>
          <w:lang w:val="en-GB"/>
        </w:rPr>
        <w:t>JS ,</w:t>
      </w:r>
      <w:r w:rsidR="00A87F70">
        <w:rPr>
          <w:lang w:val="en-GB"/>
        </w:rPr>
        <w:t>FL</w:t>
      </w:r>
      <w:proofErr w:type="gramEnd"/>
      <w:r w:rsidR="00636277">
        <w:rPr>
          <w:lang w:val="en-GB"/>
        </w:rPr>
        <w:t xml:space="preserve"> </w:t>
      </w:r>
      <w:r w:rsidR="00A87F70">
        <w:rPr>
          <w:lang w:val="en-GB"/>
        </w:rPr>
        <w:t>)</w:t>
      </w:r>
      <w:r w:rsidR="000638BD">
        <w:rPr>
          <w:lang w:val="en-GB"/>
        </w:rPr>
        <w:t xml:space="preserve"> or a static site </w:t>
      </w:r>
      <w:r w:rsidR="00513325">
        <w:rPr>
          <w:lang w:val="en-GB"/>
        </w:rPr>
        <w:t>generator, reliable</w:t>
      </w:r>
      <w:r w:rsidR="000638BD">
        <w:rPr>
          <w:lang w:val="en-GB"/>
        </w:rPr>
        <w:t xml:space="preserve"> hosting</w:t>
      </w:r>
      <w:r w:rsidR="00513325">
        <w:rPr>
          <w:lang w:val="en-GB"/>
        </w:rPr>
        <w:t xml:space="preserve">, and structured content covering the </w:t>
      </w:r>
      <w:r w:rsidR="009372B2">
        <w:rPr>
          <w:lang w:val="en-GB"/>
        </w:rPr>
        <w:t>home</w:t>
      </w:r>
      <w:r w:rsidR="007E2CCD">
        <w:rPr>
          <w:lang w:val="en-GB"/>
        </w:rPr>
        <w:t>(about</w:t>
      </w:r>
      <w:proofErr w:type="gramStart"/>
      <w:r w:rsidR="007E2CCD">
        <w:rPr>
          <w:lang w:val="en-GB"/>
        </w:rPr>
        <w:t xml:space="preserve">) </w:t>
      </w:r>
      <w:r w:rsidR="009372B2">
        <w:rPr>
          <w:lang w:val="en-GB"/>
        </w:rPr>
        <w:t>,</w:t>
      </w:r>
      <w:proofErr w:type="gramEnd"/>
      <w:r w:rsidR="009372B2">
        <w:rPr>
          <w:lang w:val="en-GB"/>
        </w:rPr>
        <w:t xml:space="preserve"> </w:t>
      </w:r>
      <w:r w:rsidR="0088067D">
        <w:rPr>
          <w:lang w:val="en-GB"/>
        </w:rPr>
        <w:t>gallery (</w:t>
      </w:r>
      <w:r w:rsidR="009372B2">
        <w:rPr>
          <w:lang w:val="en-GB"/>
        </w:rPr>
        <w:t>property listings</w:t>
      </w:r>
      <w:r w:rsidR="00991FEC">
        <w:rPr>
          <w:lang w:val="en-GB"/>
        </w:rPr>
        <w:t xml:space="preserve">), </w:t>
      </w:r>
      <w:r w:rsidR="00825734">
        <w:rPr>
          <w:lang w:val="en-GB"/>
        </w:rPr>
        <w:t xml:space="preserve">services, </w:t>
      </w:r>
      <w:r w:rsidR="0088067D">
        <w:rPr>
          <w:lang w:val="en-GB"/>
        </w:rPr>
        <w:t>contact us</w:t>
      </w:r>
      <w:r w:rsidR="00825734">
        <w:rPr>
          <w:lang w:val="en-GB"/>
        </w:rPr>
        <w:t>,</w:t>
      </w:r>
      <w:r w:rsidR="00950A6C">
        <w:rPr>
          <w:lang w:val="en-GB"/>
        </w:rPr>
        <w:t xml:space="preserve"> branches.</w:t>
      </w:r>
    </w:p>
    <w:p w14:paraId="4A4D2C7C" w14:textId="3050AFAC" w:rsidR="00891CB7" w:rsidRDefault="00891CB7" w:rsidP="00D66FB2">
      <w:pPr>
        <w:rPr>
          <w:lang w:val="en-GB"/>
        </w:rPr>
      </w:pPr>
      <w:r>
        <w:rPr>
          <w:lang w:val="en-GB"/>
        </w:rPr>
        <w:t xml:space="preserve"> 5-</w:t>
      </w:r>
      <w:r w:rsidR="00F205E5">
        <w:rPr>
          <w:lang w:val="en-GB"/>
        </w:rPr>
        <w:t>Page St</w:t>
      </w:r>
      <w:r w:rsidR="00124D16">
        <w:rPr>
          <w:lang w:val="en-GB"/>
        </w:rPr>
        <w:t>ructure</w:t>
      </w:r>
    </w:p>
    <w:p w14:paraId="232D6AD4" w14:textId="2270320D" w:rsidR="00124D16" w:rsidRDefault="00124D16" w:rsidP="00D66FB2">
      <w:pPr>
        <w:rPr>
          <w:lang w:val="en-GB"/>
        </w:rPr>
      </w:pPr>
      <w:r>
        <w:rPr>
          <w:lang w:val="en-GB"/>
        </w:rPr>
        <w:t>1)</w:t>
      </w:r>
      <w:r w:rsidR="00CF714A">
        <w:rPr>
          <w:lang w:val="en-GB"/>
        </w:rPr>
        <w:t xml:space="preserve"> </w:t>
      </w:r>
      <w:r w:rsidR="00995E4A">
        <w:rPr>
          <w:lang w:val="en-GB"/>
        </w:rPr>
        <w:t xml:space="preserve">Home </w:t>
      </w:r>
      <w:r w:rsidR="00DE12A2">
        <w:rPr>
          <w:lang w:val="en-GB"/>
        </w:rPr>
        <w:t>Page (</w:t>
      </w:r>
      <w:r w:rsidR="00995E4A">
        <w:rPr>
          <w:lang w:val="en-GB"/>
        </w:rPr>
        <w:t>About)</w:t>
      </w:r>
      <w:r w:rsidR="002276FD">
        <w:rPr>
          <w:lang w:val="en-GB"/>
        </w:rPr>
        <w:t>:</w:t>
      </w:r>
      <w:r w:rsidR="00995E4A">
        <w:rPr>
          <w:lang w:val="en-GB"/>
        </w:rPr>
        <w:t xml:space="preserve"> B</w:t>
      </w:r>
      <w:r w:rsidR="004477EB">
        <w:rPr>
          <w:lang w:val="en-GB"/>
        </w:rPr>
        <w:t>ackground information of the property business,</w:t>
      </w:r>
      <w:r w:rsidR="00612A72">
        <w:rPr>
          <w:lang w:val="en-GB"/>
        </w:rPr>
        <w:t xml:space="preserve"> agent </w:t>
      </w:r>
      <w:r w:rsidR="007E4257">
        <w:rPr>
          <w:lang w:val="en-GB"/>
        </w:rPr>
        <w:t>profiles, or company mission.</w:t>
      </w:r>
    </w:p>
    <w:p w14:paraId="5C85671A" w14:textId="453CEB06" w:rsidR="007E4257" w:rsidRDefault="007E4257" w:rsidP="00D66FB2">
      <w:pPr>
        <w:rPr>
          <w:lang w:val="en-GB"/>
        </w:rPr>
      </w:pPr>
      <w:r>
        <w:rPr>
          <w:lang w:val="en-GB"/>
        </w:rPr>
        <w:t>2)</w:t>
      </w:r>
      <w:r w:rsidR="00CF714A">
        <w:rPr>
          <w:lang w:val="en-GB"/>
        </w:rPr>
        <w:t xml:space="preserve"> </w:t>
      </w:r>
      <w:r w:rsidR="00685136">
        <w:rPr>
          <w:lang w:val="en-GB"/>
        </w:rPr>
        <w:t>Gallery (</w:t>
      </w:r>
      <w:r w:rsidR="002276FD">
        <w:rPr>
          <w:lang w:val="en-GB"/>
        </w:rPr>
        <w:t>property listings</w:t>
      </w:r>
      <w:r w:rsidR="00685136">
        <w:rPr>
          <w:lang w:val="en-GB"/>
        </w:rPr>
        <w:t>): Detailed</w:t>
      </w:r>
      <w:r w:rsidR="006D0A8C">
        <w:rPr>
          <w:lang w:val="en-GB"/>
        </w:rPr>
        <w:t xml:space="preserve"> list, grid, or descriptions </w:t>
      </w:r>
      <w:r w:rsidR="00685136">
        <w:rPr>
          <w:lang w:val="en-GB"/>
        </w:rPr>
        <w:t>of real estate offerings and portfolios.</w:t>
      </w:r>
    </w:p>
    <w:p w14:paraId="245CD80A" w14:textId="4D1117E6" w:rsidR="00685136" w:rsidRDefault="00685136" w:rsidP="00D66FB2">
      <w:pPr>
        <w:rPr>
          <w:lang w:val="en-GB"/>
        </w:rPr>
      </w:pPr>
      <w:r>
        <w:rPr>
          <w:lang w:val="en-GB"/>
        </w:rPr>
        <w:t>3)</w:t>
      </w:r>
      <w:r w:rsidR="00CF714A">
        <w:rPr>
          <w:lang w:val="en-GB"/>
        </w:rPr>
        <w:t xml:space="preserve"> </w:t>
      </w:r>
      <w:r w:rsidR="003D64A6">
        <w:rPr>
          <w:lang w:val="en-GB"/>
        </w:rPr>
        <w:t xml:space="preserve">Services: Overview </w:t>
      </w:r>
      <w:r w:rsidR="00CC5C8D">
        <w:rPr>
          <w:lang w:val="en-GB"/>
        </w:rPr>
        <w:t xml:space="preserve">of </w:t>
      </w:r>
      <w:r w:rsidR="00BF610F">
        <w:rPr>
          <w:lang w:val="en-GB"/>
        </w:rPr>
        <w:t>neighbourhoods</w:t>
      </w:r>
      <w:r w:rsidR="00034AB4">
        <w:rPr>
          <w:lang w:val="en-GB"/>
        </w:rPr>
        <w:t>, areas, and sort of properties</w:t>
      </w:r>
      <w:r w:rsidR="006353AB">
        <w:rPr>
          <w:lang w:val="en-GB"/>
        </w:rPr>
        <w:t>.</w:t>
      </w:r>
    </w:p>
    <w:p w14:paraId="0EDE2E8F" w14:textId="23CEC0C7" w:rsidR="00204BBB" w:rsidRDefault="006353AB" w:rsidP="008B060F">
      <w:pPr>
        <w:rPr>
          <w:lang w:val="en-GB"/>
        </w:rPr>
      </w:pPr>
      <w:r>
        <w:rPr>
          <w:lang w:val="en-GB"/>
        </w:rPr>
        <w:t>4)</w:t>
      </w:r>
      <w:r w:rsidR="00CF714A">
        <w:rPr>
          <w:lang w:val="en-GB"/>
        </w:rPr>
        <w:t xml:space="preserve"> </w:t>
      </w:r>
      <w:r>
        <w:rPr>
          <w:lang w:val="en-GB"/>
        </w:rPr>
        <w:t>Contact Us</w:t>
      </w:r>
      <w:r w:rsidR="008B060F">
        <w:rPr>
          <w:lang w:val="en-GB"/>
        </w:rPr>
        <w:t xml:space="preserve">: </w:t>
      </w:r>
      <w:r w:rsidR="00300DCA">
        <w:rPr>
          <w:lang w:val="en-GB"/>
        </w:rPr>
        <w:t>Inquiry form</w:t>
      </w:r>
      <w:r w:rsidR="00E92B61">
        <w:rPr>
          <w:lang w:val="en-GB"/>
        </w:rPr>
        <w:t>.</w:t>
      </w:r>
    </w:p>
    <w:p w14:paraId="50CA9050" w14:textId="4DC64D30" w:rsidR="00E92B61" w:rsidRDefault="00E92B61" w:rsidP="008B060F">
      <w:pPr>
        <w:rPr>
          <w:lang w:val="en-GB"/>
        </w:rPr>
      </w:pPr>
      <w:r>
        <w:rPr>
          <w:lang w:val="en-GB"/>
        </w:rPr>
        <w:t>5)</w:t>
      </w:r>
      <w:r w:rsidR="00CF714A">
        <w:rPr>
          <w:lang w:val="en-GB"/>
        </w:rPr>
        <w:t xml:space="preserve"> </w:t>
      </w:r>
      <w:r w:rsidR="00F51F41">
        <w:rPr>
          <w:lang w:val="en-GB"/>
        </w:rPr>
        <w:t xml:space="preserve">Branches: Office </w:t>
      </w:r>
      <w:r w:rsidR="00B03ABE">
        <w:rPr>
          <w:lang w:val="en-GB"/>
        </w:rPr>
        <w:t>photo and address,</w:t>
      </w:r>
      <w:r w:rsidR="00AB5BF3">
        <w:rPr>
          <w:lang w:val="en-GB"/>
        </w:rPr>
        <w:t xml:space="preserve"> </w:t>
      </w:r>
      <w:r w:rsidR="00B03ABE">
        <w:rPr>
          <w:lang w:val="en-GB"/>
        </w:rPr>
        <w:t>number,</w:t>
      </w:r>
      <w:r w:rsidR="00AB5BF3">
        <w:rPr>
          <w:lang w:val="en-GB"/>
        </w:rPr>
        <w:t xml:space="preserve"> </w:t>
      </w:r>
      <w:r w:rsidR="0002264A">
        <w:rPr>
          <w:lang w:val="en-GB"/>
        </w:rPr>
        <w:t>e-mail, and</w:t>
      </w:r>
      <w:r w:rsidR="00AB5BF3">
        <w:rPr>
          <w:lang w:val="en-GB"/>
        </w:rPr>
        <w:t xml:space="preserve"> social media.</w:t>
      </w:r>
    </w:p>
    <w:p w14:paraId="7C183A7F" w14:textId="6E3A4C33" w:rsidR="006A76CC" w:rsidRDefault="002E4A92" w:rsidP="008B060F">
      <w:pPr>
        <w:rPr>
          <w:lang w:val="en-GB"/>
        </w:rPr>
      </w:pPr>
      <w:r>
        <w:rPr>
          <w:lang w:val="en-GB"/>
        </w:rPr>
        <w:t>Tech</w:t>
      </w:r>
      <w:r w:rsidR="00D422A8">
        <w:rPr>
          <w:lang w:val="en-GB"/>
        </w:rPr>
        <w:t>nical Requirements</w:t>
      </w:r>
    </w:p>
    <w:p w14:paraId="4A134C94" w14:textId="4B8BFB6F" w:rsidR="00D422A8" w:rsidRDefault="00211F2A" w:rsidP="008B060F">
      <w:pPr>
        <w:rPr>
          <w:lang w:val="en-GB"/>
        </w:rPr>
      </w:pPr>
      <w:r>
        <w:rPr>
          <w:lang w:val="en-GB"/>
        </w:rPr>
        <w:t>1)</w:t>
      </w:r>
      <w:r w:rsidR="00CF714A">
        <w:rPr>
          <w:lang w:val="en-GB"/>
        </w:rPr>
        <w:t xml:space="preserve"> </w:t>
      </w:r>
      <w:r>
        <w:rPr>
          <w:lang w:val="en-GB"/>
        </w:rPr>
        <w:t>Domain Name</w:t>
      </w:r>
      <w:r w:rsidR="00FD479D">
        <w:rPr>
          <w:lang w:val="en-GB"/>
        </w:rPr>
        <w:t xml:space="preserve">: Active registration for your </w:t>
      </w:r>
      <w:r w:rsidR="001E5317">
        <w:rPr>
          <w:lang w:val="en-GB"/>
        </w:rPr>
        <w:t xml:space="preserve">specific web address (MKHA </w:t>
      </w:r>
      <w:r w:rsidR="00C524BA">
        <w:rPr>
          <w:lang w:val="en-GB"/>
        </w:rPr>
        <w:t>Properties).</w:t>
      </w:r>
    </w:p>
    <w:p w14:paraId="603EEF2B" w14:textId="5439B8B9" w:rsidR="00C524BA" w:rsidRDefault="00C524BA" w:rsidP="008B060F">
      <w:pPr>
        <w:rPr>
          <w:lang w:val="en-GB"/>
        </w:rPr>
      </w:pPr>
      <w:r>
        <w:rPr>
          <w:lang w:val="en-GB"/>
        </w:rPr>
        <w:t>2)</w:t>
      </w:r>
      <w:r w:rsidR="00CF714A">
        <w:rPr>
          <w:lang w:val="en-GB"/>
        </w:rPr>
        <w:t xml:space="preserve"> </w:t>
      </w:r>
      <w:r w:rsidR="000E1E1C">
        <w:rPr>
          <w:lang w:val="en-GB"/>
        </w:rPr>
        <w:t>Files and Markup: Clean HTML</w:t>
      </w:r>
      <w:r w:rsidR="00B80881">
        <w:rPr>
          <w:lang w:val="en-GB"/>
        </w:rPr>
        <w:t xml:space="preserve">5 for </w:t>
      </w:r>
      <w:r w:rsidR="007C3FBB">
        <w:rPr>
          <w:lang w:val="en-GB"/>
        </w:rPr>
        <w:t>structure, CSS</w:t>
      </w:r>
      <w:r w:rsidR="00B80881">
        <w:rPr>
          <w:lang w:val="en-GB"/>
        </w:rPr>
        <w:t xml:space="preserve">3for </w:t>
      </w:r>
      <w:r w:rsidR="00346466">
        <w:rPr>
          <w:lang w:val="en-GB"/>
        </w:rPr>
        <w:t>styling, and lightweight JavaScript</w:t>
      </w:r>
      <w:r w:rsidR="005E302F">
        <w:rPr>
          <w:lang w:val="en-GB"/>
        </w:rPr>
        <w:t xml:space="preserve"> for mobile menus or image sliders</w:t>
      </w:r>
      <w:r w:rsidR="00C16168">
        <w:rPr>
          <w:lang w:val="en-GB"/>
        </w:rPr>
        <w:t>,</w:t>
      </w:r>
      <w:r w:rsidR="00982DE4">
        <w:rPr>
          <w:lang w:val="en-GB"/>
        </w:rPr>
        <w:t xml:space="preserve"> Bootstrap for </w:t>
      </w:r>
      <w:r w:rsidR="006C1BEB">
        <w:rPr>
          <w:lang w:val="en-GB"/>
        </w:rPr>
        <w:t xml:space="preserve">free, open-source front-end </w:t>
      </w:r>
      <w:r w:rsidR="00E17597">
        <w:rPr>
          <w:lang w:val="en-GB"/>
        </w:rPr>
        <w:t>framework.</w:t>
      </w:r>
    </w:p>
    <w:p w14:paraId="62FA7748" w14:textId="45708486" w:rsidR="007C3FBB" w:rsidRDefault="007C3FBB" w:rsidP="008B060F">
      <w:pPr>
        <w:rPr>
          <w:lang w:val="en-GB"/>
        </w:rPr>
      </w:pPr>
      <w:r>
        <w:rPr>
          <w:lang w:val="en-GB"/>
        </w:rPr>
        <w:t>3)</w:t>
      </w:r>
      <w:r w:rsidR="00CF714A">
        <w:rPr>
          <w:lang w:val="en-GB"/>
        </w:rPr>
        <w:t xml:space="preserve"> </w:t>
      </w:r>
      <w:r w:rsidR="00E0189D">
        <w:rPr>
          <w:lang w:val="en-GB"/>
        </w:rPr>
        <w:t>Responsive Design: Mobile-friendly layouts</w:t>
      </w:r>
      <w:r w:rsidR="007F72F1">
        <w:rPr>
          <w:lang w:val="en-GB"/>
        </w:rPr>
        <w:t xml:space="preserve"> that adapt clearly to phones,</w:t>
      </w:r>
      <w:r w:rsidR="009063C7">
        <w:rPr>
          <w:lang w:val="en-GB"/>
        </w:rPr>
        <w:t xml:space="preserve"> </w:t>
      </w:r>
      <w:r w:rsidR="007F72F1">
        <w:rPr>
          <w:lang w:val="en-GB"/>
        </w:rPr>
        <w:t>tablets,</w:t>
      </w:r>
      <w:r w:rsidR="009063C7">
        <w:rPr>
          <w:lang w:val="en-GB"/>
        </w:rPr>
        <w:t xml:space="preserve"> </w:t>
      </w:r>
      <w:r w:rsidR="007F72F1">
        <w:rPr>
          <w:lang w:val="en-GB"/>
        </w:rPr>
        <w:t xml:space="preserve">and </w:t>
      </w:r>
      <w:r w:rsidR="00AD197B">
        <w:rPr>
          <w:lang w:val="en-GB"/>
        </w:rPr>
        <w:t>desktops.</w:t>
      </w:r>
    </w:p>
    <w:p w14:paraId="42D1B2CE" w14:textId="0898D110" w:rsidR="009544B6" w:rsidRDefault="009544B6" w:rsidP="008B060F">
      <w:pPr>
        <w:rPr>
          <w:lang w:val="en-GB"/>
        </w:rPr>
      </w:pPr>
      <w:r>
        <w:rPr>
          <w:lang w:val="en-GB"/>
        </w:rPr>
        <w:t>4)</w:t>
      </w:r>
      <w:r w:rsidR="00CF714A">
        <w:rPr>
          <w:lang w:val="en-GB"/>
        </w:rPr>
        <w:t xml:space="preserve"> </w:t>
      </w:r>
      <w:r>
        <w:rPr>
          <w:lang w:val="en-GB"/>
        </w:rPr>
        <w:t>Hosting Platform:</w:t>
      </w:r>
      <w:r w:rsidR="004146F8">
        <w:rPr>
          <w:lang w:val="en-GB"/>
        </w:rPr>
        <w:t xml:space="preserve"> Static web</w:t>
      </w:r>
      <w:r w:rsidR="00376B4B">
        <w:rPr>
          <w:lang w:val="en-GB"/>
        </w:rPr>
        <w:t xml:space="preserve"> hosting via services like GitHub</w:t>
      </w:r>
      <w:r w:rsidR="005B74C9">
        <w:rPr>
          <w:lang w:val="en-GB"/>
        </w:rPr>
        <w:t xml:space="preserve"> </w:t>
      </w:r>
      <w:r w:rsidR="00B949F5">
        <w:rPr>
          <w:lang w:val="en-GB"/>
        </w:rPr>
        <w:t xml:space="preserve">Pages, </w:t>
      </w:r>
      <w:r w:rsidR="0014069F">
        <w:rPr>
          <w:lang w:val="en-GB"/>
        </w:rPr>
        <w:t>Net</w:t>
      </w:r>
      <w:r w:rsidR="00E95E05">
        <w:rPr>
          <w:lang w:val="en-GB"/>
        </w:rPr>
        <w:t>l</w:t>
      </w:r>
      <w:r w:rsidR="0014069F">
        <w:rPr>
          <w:lang w:val="en-GB"/>
        </w:rPr>
        <w:t>ify</w:t>
      </w:r>
      <w:r w:rsidR="005B74C9">
        <w:rPr>
          <w:lang w:val="en-GB"/>
        </w:rPr>
        <w:t xml:space="preserve">, </w:t>
      </w:r>
      <w:r w:rsidR="00B949F5">
        <w:rPr>
          <w:lang w:val="en-GB"/>
        </w:rPr>
        <w:t>or standard</w:t>
      </w:r>
      <w:r w:rsidR="0014069F">
        <w:rPr>
          <w:lang w:val="en-GB"/>
        </w:rPr>
        <w:t xml:space="preserve"> cPanel web space.</w:t>
      </w:r>
    </w:p>
    <w:p w14:paraId="3DFE79BD" w14:textId="6AA09ED3" w:rsidR="00A4608B" w:rsidRDefault="00A4608B" w:rsidP="008B060F">
      <w:pPr>
        <w:rPr>
          <w:lang w:val="en-GB"/>
        </w:rPr>
      </w:pPr>
      <w:r>
        <w:rPr>
          <w:lang w:val="en-GB"/>
        </w:rPr>
        <w:t>Contents and Asse</w:t>
      </w:r>
      <w:r w:rsidR="00AD197B">
        <w:rPr>
          <w:lang w:val="en-GB"/>
        </w:rPr>
        <w:t>ts</w:t>
      </w:r>
    </w:p>
    <w:p w14:paraId="46153433" w14:textId="1F3FE2D8" w:rsidR="00AD197B" w:rsidRDefault="00AD197B" w:rsidP="008B060F">
      <w:pPr>
        <w:rPr>
          <w:lang w:val="en-GB"/>
        </w:rPr>
      </w:pPr>
      <w:r>
        <w:rPr>
          <w:lang w:val="en-GB"/>
        </w:rPr>
        <w:t>1)</w:t>
      </w:r>
      <w:r w:rsidR="0065378B">
        <w:rPr>
          <w:lang w:val="en-GB"/>
        </w:rPr>
        <w:t xml:space="preserve"> </w:t>
      </w:r>
      <w:r w:rsidR="009D64D1">
        <w:rPr>
          <w:lang w:val="en-GB"/>
        </w:rPr>
        <w:t>Images: Optimized, compressed high-resolution</w:t>
      </w:r>
      <w:r w:rsidR="007423E8">
        <w:rPr>
          <w:lang w:val="en-GB"/>
        </w:rPr>
        <w:t xml:space="preserve"> photos of properties and locations </w:t>
      </w:r>
      <w:r w:rsidR="00E31450">
        <w:rPr>
          <w:lang w:val="en-GB"/>
        </w:rPr>
        <w:t>to maintain fast load times.</w:t>
      </w:r>
    </w:p>
    <w:p w14:paraId="35AE8EE4" w14:textId="70EE2E44" w:rsidR="00E31450" w:rsidRDefault="00E31450" w:rsidP="00E31450">
      <w:pPr>
        <w:tabs>
          <w:tab w:val="left" w:pos="1395"/>
        </w:tabs>
        <w:rPr>
          <w:lang w:val="en-GB"/>
        </w:rPr>
      </w:pPr>
      <w:r>
        <w:rPr>
          <w:lang w:val="en-GB"/>
        </w:rPr>
        <w:t>2)</w:t>
      </w:r>
      <w:r w:rsidR="0065378B">
        <w:rPr>
          <w:lang w:val="en-GB"/>
        </w:rPr>
        <w:t xml:space="preserve"> </w:t>
      </w:r>
      <w:r>
        <w:rPr>
          <w:lang w:val="en-GB"/>
        </w:rPr>
        <w:t xml:space="preserve">Branding: </w:t>
      </w:r>
      <w:r w:rsidR="00AC7BA2">
        <w:rPr>
          <w:lang w:val="en-GB"/>
        </w:rPr>
        <w:t>Logo files, consistent colour palettes</w:t>
      </w:r>
      <w:r w:rsidR="001C4542">
        <w:rPr>
          <w:lang w:val="en-GB"/>
        </w:rPr>
        <w:t>, and readable typography.</w:t>
      </w:r>
    </w:p>
    <w:p w14:paraId="0A131500" w14:textId="3E57D705" w:rsidR="006A76CC" w:rsidRDefault="001C4542" w:rsidP="009F0464">
      <w:pPr>
        <w:tabs>
          <w:tab w:val="left" w:pos="1395"/>
        </w:tabs>
        <w:rPr>
          <w:lang w:val="en-GB"/>
        </w:rPr>
      </w:pPr>
      <w:r>
        <w:rPr>
          <w:lang w:val="en-GB"/>
        </w:rPr>
        <w:t>3)</w:t>
      </w:r>
      <w:r w:rsidR="0065378B">
        <w:rPr>
          <w:lang w:val="en-GB"/>
        </w:rPr>
        <w:t xml:space="preserve"> </w:t>
      </w:r>
      <w:r w:rsidR="00661EAC">
        <w:rPr>
          <w:lang w:val="en-GB"/>
        </w:rPr>
        <w:t xml:space="preserve">Legal Pages: Basic privacy policy statement or terms of use if </w:t>
      </w:r>
      <w:r w:rsidR="00CA36EB">
        <w:rPr>
          <w:lang w:val="en-GB"/>
        </w:rPr>
        <w:t>collecting user form inputs.</w:t>
      </w:r>
      <w:sdt>
        <w:sdtPr>
          <w:rPr>
            <w:lang w:val="en-GB"/>
          </w:rPr>
          <w:id w:val="-1060403539"/>
          <w:citation/>
        </w:sdtPr>
        <w:sdtEndPr/>
        <w:sdtContent>
          <w:r w:rsidR="00191228">
            <w:rPr>
              <w:lang w:val="en-GB"/>
            </w:rPr>
            <w:fldChar w:fldCharType="begin"/>
          </w:r>
          <w:r w:rsidR="00191228">
            <w:rPr>
              <w:lang w:val="en-GB"/>
            </w:rPr>
            <w:instrText xml:space="preserve"> CITATION Kat22 \l 2057 </w:instrText>
          </w:r>
          <w:r w:rsidR="00191228">
            <w:rPr>
              <w:lang w:val="en-GB"/>
            </w:rPr>
            <w:fldChar w:fldCharType="separate"/>
          </w:r>
          <w:r w:rsidR="00191228">
            <w:rPr>
              <w:noProof/>
              <w:lang w:val="en-GB"/>
            </w:rPr>
            <w:t xml:space="preserve"> </w:t>
          </w:r>
          <w:r w:rsidR="00191228" w:rsidRPr="00191228">
            <w:rPr>
              <w:noProof/>
              <w:lang w:val="en-GB"/>
            </w:rPr>
            <w:t>[2]</w:t>
          </w:r>
          <w:r w:rsidR="00191228">
            <w:rPr>
              <w:lang w:val="en-GB"/>
            </w:rPr>
            <w:fldChar w:fldCharType="end"/>
          </w:r>
        </w:sdtContent>
      </w:sdt>
    </w:p>
    <w:p w14:paraId="79F4D176" w14:textId="77777777" w:rsidR="009F0464" w:rsidRDefault="008E0B84" w:rsidP="009F0464">
      <w:pPr>
        <w:pStyle w:val="Heading1"/>
      </w:pPr>
      <w:bookmarkStart w:id="2" w:name="_Toc237550155"/>
      <w:r>
        <w:lastRenderedPageBreak/>
        <w:t>3. Implementation</w:t>
      </w:r>
      <w:bookmarkEnd w:id="2"/>
    </w:p>
    <w:p w14:paraId="20706E58" w14:textId="77777777" w:rsidR="009F0464" w:rsidRDefault="009F0464" w:rsidP="009F0464">
      <w:pPr>
        <w:pStyle w:val="Heading1"/>
      </w:pPr>
      <w:r>
        <w:rPr>
          <w:noProof/>
        </w:rPr>
        <w:drawing>
          <wp:inline distT="0" distB="0" distL="0" distR="0" wp14:anchorId="45EF4C7A" wp14:editId="008DC015">
            <wp:extent cx="5486400" cy="3084830"/>
            <wp:effectExtent l="0" t="0" r="0" b="1270"/>
            <wp:docPr id="1077266939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7266939" name="Picture 1077266939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4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458077" w14:textId="77777777" w:rsidR="00566873" w:rsidRDefault="00566873" w:rsidP="009F0464">
      <w:pPr>
        <w:pStyle w:val="Heading1"/>
      </w:pPr>
      <w:r>
        <w:rPr>
          <w:noProof/>
        </w:rPr>
        <w:drawing>
          <wp:inline distT="0" distB="0" distL="0" distR="0" wp14:anchorId="7770D0C9" wp14:editId="21646243">
            <wp:extent cx="5486400" cy="3084830"/>
            <wp:effectExtent l="0" t="0" r="0" b="1270"/>
            <wp:docPr id="855060587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5060587" name="Picture 855060587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4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A0B4FD" w14:textId="77777777" w:rsidR="00566873" w:rsidRDefault="00566873" w:rsidP="009F0464">
      <w:pPr>
        <w:pStyle w:val="Heading1"/>
      </w:pPr>
      <w:r>
        <w:rPr>
          <w:noProof/>
        </w:rPr>
        <w:lastRenderedPageBreak/>
        <w:drawing>
          <wp:inline distT="0" distB="0" distL="0" distR="0" wp14:anchorId="652F1C4D" wp14:editId="3EEA7DC3">
            <wp:extent cx="5486400" cy="3084830"/>
            <wp:effectExtent l="0" t="0" r="0" b="1270"/>
            <wp:docPr id="1514518033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4518033" name="Picture 1514518033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4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D7CFE4" w14:textId="77777777" w:rsidR="00566873" w:rsidRDefault="00566873" w:rsidP="009F0464">
      <w:pPr>
        <w:pStyle w:val="Heading1"/>
      </w:pPr>
      <w:r>
        <w:rPr>
          <w:noProof/>
        </w:rPr>
        <w:drawing>
          <wp:inline distT="0" distB="0" distL="0" distR="0" wp14:anchorId="595CFD8C" wp14:editId="6ED86E3B">
            <wp:extent cx="5486400" cy="3084830"/>
            <wp:effectExtent l="0" t="0" r="0" b="1270"/>
            <wp:docPr id="1082216185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2216185" name="Picture 1082216185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4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2388A5" w14:textId="77777777" w:rsidR="00304190" w:rsidRDefault="00304190" w:rsidP="009F0464">
      <w:pPr>
        <w:pStyle w:val="Heading1"/>
      </w:pPr>
      <w:r>
        <w:rPr>
          <w:noProof/>
        </w:rPr>
        <w:lastRenderedPageBreak/>
        <w:drawing>
          <wp:inline distT="0" distB="0" distL="0" distR="0" wp14:anchorId="7E327B06" wp14:editId="3AB7BDE1">
            <wp:extent cx="5486400" cy="3084830"/>
            <wp:effectExtent l="0" t="0" r="0" b="1270"/>
            <wp:docPr id="1552976341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2976341" name="Picture 1552976341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4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020852" w14:textId="77777777" w:rsidR="00351ABF" w:rsidRDefault="00351ABF" w:rsidP="009F0464">
      <w:pPr>
        <w:pStyle w:val="Heading1"/>
      </w:pPr>
      <w:r>
        <w:rPr>
          <w:noProof/>
        </w:rPr>
        <w:drawing>
          <wp:inline distT="0" distB="0" distL="0" distR="0" wp14:anchorId="0896B912" wp14:editId="781903D6">
            <wp:extent cx="5486400" cy="3084830"/>
            <wp:effectExtent l="0" t="0" r="0" b="1270"/>
            <wp:docPr id="2072910270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2910270" name="Picture 2072910270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4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35D663" w14:textId="77777777" w:rsidR="00351ABF" w:rsidRDefault="00351ABF" w:rsidP="009F0464">
      <w:pPr>
        <w:pStyle w:val="Heading1"/>
      </w:pPr>
      <w:r>
        <w:rPr>
          <w:noProof/>
        </w:rPr>
        <w:lastRenderedPageBreak/>
        <w:drawing>
          <wp:inline distT="0" distB="0" distL="0" distR="0" wp14:anchorId="3914B088" wp14:editId="0B9DF38F">
            <wp:extent cx="5486400" cy="3084830"/>
            <wp:effectExtent l="0" t="0" r="0" b="1270"/>
            <wp:docPr id="1740719774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0719774" name="Picture 1740719774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4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7BD1BF" w14:textId="77777777" w:rsidR="00963680" w:rsidRDefault="00963680" w:rsidP="009F0464">
      <w:pPr>
        <w:pStyle w:val="Heading1"/>
      </w:pPr>
      <w:r>
        <w:rPr>
          <w:noProof/>
        </w:rPr>
        <w:drawing>
          <wp:inline distT="0" distB="0" distL="0" distR="0" wp14:anchorId="37EE586B" wp14:editId="12B42C4B">
            <wp:extent cx="5486400" cy="3084830"/>
            <wp:effectExtent l="0" t="0" r="0" b="1270"/>
            <wp:docPr id="71614532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6145325" name="Picture 716145325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4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866249" w14:textId="77777777" w:rsidR="00963680" w:rsidRDefault="00963680" w:rsidP="009F0464">
      <w:pPr>
        <w:pStyle w:val="Heading1"/>
      </w:pPr>
      <w:r>
        <w:rPr>
          <w:noProof/>
        </w:rPr>
        <w:lastRenderedPageBreak/>
        <w:drawing>
          <wp:inline distT="0" distB="0" distL="0" distR="0" wp14:anchorId="5369A2C3" wp14:editId="3A57C3C1">
            <wp:extent cx="5486400" cy="3084830"/>
            <wp:effectExtent l="0" t="0" r="0" b="1270"/>
            <wp:docPr id="15372936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7293657" name="Picture 1537293657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4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405CA3" w14:textId="77777777" w:rsidR="00963680" w:rsidRDefault="00963680" w:rsidP="009F0464">
      <w:pPr>
        <w:pStyle w:val="Heading1"/>
      </w:pPr>
      <w:r>
        <w:rPr>
          <w:noProof/>
        </w:rPr>
        <w:drawing>
          <wp:inline distT="0" distB="0" distL="0" distR="0" wp14:anchorId="1D75DB4B" wp14:editId="3A2CAC72">
            <wp:extent cx="5486400" cy="3084830"/>
            <wp:effectExtent l="0" t="0" r="0" b="1270"/>
            <wp:docPr id="1073877457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877457" name="Picture 1073877457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4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E723F8" w14:textId="77777777" w:rsidR="00963680" w:rsidRDefault="00963680" w:rsidP="009F0464">
      <w:pPr>
        <w:pStyle w:val="Heading1"/>
      </w:pPr>
      <w:r>
        <w:rPr>
          <w:noProof/>
        </w:rPr>
        <w:lastRenderedPageBreak/>
        <w:drawing>
          <wp:inline distT="0" distB="0" distL="0" distR="0" wp14:anchorId="2195A3E2" wp14:editId="129F441E">
            <wp:extent cx="5486400" cy="3084830"/>
            <wp:effectExtent l="0" t="0" r="0" b="1270"/>
            <wp:docPr id="1084910933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4910933" name="Picture 1084910933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4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FA2176" w14:textId="77777777" w:rsidR="00963680" w:rsidRDefault="00963680" w:rsidP="009F0464">
      <w:pPr>
        <w:pStyle w:val="Heading1"/>
      </w:pPr>
      <w:r>
        <w:rPr>
          <w:noProof/>
        </w:rPr>
        <w:drawing>
          <wp:inline distT="0" distB="0" distL="0" distR="0" wp14:anchorId="46911A2E" wp14:editId="3CEB4635">
            <wp:extent cx="5486400" cy="3084830"/>
            <wp:effectExtent l="0" t="0" r="0" b="1270"/>
            <wp:docPr id="1926596319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6596319" name="Picture 1926596319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4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CFEDBC" w14:textId="77777777" w:rsidR="00963680" w:rsidRDefault="00963680" w:rsidP="009F0464">
      <w:pPr>
        <w:pStyle w:val="Heading1"/>
      </w:pPr>
      <w:r>
        <w:rPr>
          <w:noProof/>
        </w:rPr>
        <w:lastRenderedPageBreak/>
        <w:drawing>
          <wp:inline distT="0" distB="0" distL="0" distR="0" wp14:anchorId="202F1D64" wp14:editId="71758FC0">
            <wp:extent cx="5486400" cy="3084830"/>
            <wp:effectExtent l="0" t="0" r="0" b="1270"/>
            <wp:docPr id="81373810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3738101" name="Picture 813738101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4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26C59E" w14:textId="77777777" w:rsidR="000C543E" w:rsidRDefault="00CB6E23" w:rsidP="009F0464">
      <w:pPr>
        <w:pStyle w:val="Heading1"/>
      </w:pPr>
      <w:r>
        <w:rPr>
          <w:noProof/>
        </w:rPr>
        <w:drawing>
          <wp:inline distT="0" distB="0" distL="0" distR="0" wp14:anchorId="02BF18B3" wp14:editId="55FFBCE1">
            <wp:extent cx="5486400" cy="3084830"/>
            <wp:effectExtent l="0" t="0" r="0" b="1270"/>
            <wp:docPr id="585519608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5519608" name="Picture 585519608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4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E0B84">
        <w:br/>
      </w:r>
    </w:p>
    <w:p w14:paraId="5E99DE92" w14:textId="77777777" w:rsidR="000C543E" w:rsidRDefault="000C543E" w:rsidP="009F0464">
      <w:pPr>
        <w:pStyle w:val="Heading1"/>
      </w:pPr>
    </w:p>
    <w:p w14:paraId="21E954B8" w14:textId="77777777" w:rsidR="000C543E" w:rsidRDefault="000C543E" w:rsidP="009F0464">
      <w:pPr>
        <w:pStyle w:val="Heading1"/>
      </w:pPr>
    </w:p>
    <w:p w14:paraId="5289C209" w14:textId="4FFC6CDE" w:rsidR="00BF577B" w:rsidRDefault="008E0B84" w:rsidP="009F0464">
      <w:pPr>
        <w:pStyle w:val="Heading1"/>
      </w:pPr>
      <w:r>
        <w:lastRenderedPageBreak/>
        <w:t>• Provide validation results (HTML &amp; CSS).</w:t>
      </w:r>
    </w:p>
    <w:p w14:paraId="2359CF1D" w14:textId="77777777" w:rsidR="00E91B38" w:rsidRDefault="00E91B38" w:rsidP="009F0464">
      <w:pPr>
        <w:pStyle w:val="Heading1"/>
      </w:pPr>
      <w:r>
        <w:rPr>
          <w:noProof/>
        </w:rPr>
        <w:drawing>
          <wp:inline distT="0" distB="0" distL="0" distR="0" wp14:anchorId="3DC67776" wp14:editId="37CDD269">
            <wp:extent cx="6504317" cy="1910643"/>
            <wp:effectExtent l="0" t="0" r="0" b="0"/>
            <wp:docPr id="117655282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6552823" name="Picture 1176552823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539818" cy="1921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CE9261" w14:textId="77777777" w:rsidR="00E91B38" w:rsidRDefault="00E91B38" w:rsidP="009F0464">
      <w:pPr>
        <w:pStyle w:val="Heading1"/>
      </w:pPr>
      <w:r>
        <w:rPr>
          <w:noProof/>
        </w:rPr>
        <w:drawing>
          <wp:inline distT="0" distB="0" distL="0" distR="0" wp14:anchorId="6283700C" wp14:editId="4BF4A259">
            <wp:extent cx="6633713" cy="1857286"/>
            <wp:effectExtent l="0" t="0" r="0" b="0"/>
            <wp:docPr id="1093999787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3999787" name="Picture 1093999787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655075" cy="18632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5EDA65" w14:textId="77777777" w:rsidR="00E91B38" w:rsidRDefault="00E91B38" w:rsidP="009F0464">
      <w:pPr>
        <w:pStyle w:val="Heading1"/>
      </w:pPr>
      <w:r>
        <w:rPr>
          <w:noProof/>
        </w:rPr>
        <w:drawing>
          <wp:inline distT="0" distB="0" distL="0" distR="0" wp14:anchorId="44D009CE" wp14:editId="00915FBC">
            <wp:extent cx="6676845" cy="1869362"/>
            <wp:effectExtent l="0" t="0" r="0" b="0"/>
            <wp:docPr id="835215999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5215999" name="Picture 835215999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700976" cy="18761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97F5C8" w14:textId="77777777" w:rsidR="004A18A0" w:rsidRDefault="00E91B38" w:rsidP="009F0464">
      <w:pPr>
        <w:pStyle w:val="Heading1"/>
      </w:pPr>
      <w:r>
        <w:rPr>
          <w:noProof/>
        </w:rPr>
        <w:lastRenderedPageBreak/>
        <w:drawing>
          <wp:inline distT="0" distB="0" distL="0" distR="0" wp14:anchorId="75E7975B" wp14:editId="33D3B5F5">
            <wp:extent cx="6607834" cy="1911989"/>
            <wp:effectExtent l="0" t="0" r="2540" b="0"/>
            <wp:docPr id="828598952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8598952" name="Picture 828598952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628963" cy="19181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11B13F" w14:textId="539842F4" w:rsidR="00485976" w:rsidRPr="000C543E" w:rsidRDefault="004A18A0" w:rsidP="000C543E">
      <w:pPr>
        <w:pStyle w:val="Heading1"/>
      </w:pPr>
      <w:r>
        <w:rPr>
          <w:noProof/>
        </w:rPr>
        <w:drawing>
          <wp:inline distT="0" distB="0" distL="0" distR="0" wp14:anchorId="37839781" wp14:editId="7C95A265">
            <wp:extent cx="5486400" cy="1643380"/>
            <wp:effectExtent l="0" t="0" r="0" b="0"/>
            <wp:docPr id="2078786335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8786335" name="Picture 2078786335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643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E0B84">
        <w:br/>
        <w:t>• Explain errors and fixes.</w:t>
      </w:r>
      <w:r w:rsidR="008E0B84">
        <w:br/>
      </w:r>
      <w:r w:rsidR="00E847D0">
        <w:rPr>
          <w:noProof/>
        </w:rPr>
        <w:drawing>
          <wp:inline distT="0" distB="0" distL="0" distR="0" wp14:anchorId="30202266" wp14:editId="6D5465E6">
            <wp:extent cx="5486400" cy="3295015"/>
            <wp:effectExtent l="0" t="0" r="0" b="635"/>
            <wp:docPr id="358841414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841414" name="Picture 358841414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95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C99734" w14:textId="264E20A9" w:rsidR="00485976" w:rsidRPr="00485976" w:rsidRDefault="000C543E" w:rsidP="00485976">
      <w:pPr>
        <w:rPr>
          <w:lang w:val="en-GB"/>
        </w:rPr>
      </w:pPr>
      <w:r>
        <w:rPr>
          <w:lang w:val="en-GB"/>
        </w:rPr>
        <w:t>Result</w:t>
      </w:r>
    </w:p>
    <w:p w14:paraId="2CBA6D26" w14:textId="77777777" w:rsidR="00485976" w:rsidRPr="00485976" w:rsidRDefault="00485976" w:rsidP="00485976">
      <w:pPr>
        <w:rPr>
          <w:lang w:val="en-GB"/>
        </w:rPr>
      </w:pPr>
      <w:r w:rsidRPr="00485976">
        <w:rPr>
          <w:lang w:val="en-GB"/>
        </w:rPr>
        <w:t>After making these changes, all five pages pass the Nu HTML Checker with no errors or warnings left.</w:t>
      </w:r>
    </w:p>
    <w:p w14:paraId="11661A3F" w14:textId="77777777" w:rsidR="00EC6879" w:rsidRPr="00EC6879" w:rsidRDefault="00EC6879" w:rsidP="00EC6879"/>
    <w:p w14:paraId="39E7135A" w14:textId="17C185C6" w:rsidR="00204BBB" w:rsidRDefault="008E0B84" w:rsidP="00436F84">
      <w:pPr>
        <w:pStyle w:val="Heading1"/>
        <w:numPr>
          <w:ilvl w:val="0"/>
          <w:numId w:val="12"/>
        </w:numPr>
      </w:pPr>
      <w:bookmarkStart w:id="3" w:name="_Toc237550156"/>
      <w:r>
        <w:t>Evaluation</w:t>
      </w:r>
      <w:bookmarkEnd w:id="3"/>
    </w:p>
    <w:p w14:paraId="4B1FA31E" w14:textId="5FE637CB" w:rsidR="00436F84" w:rsidRPr="00436F84" w:rsidRDefault="00436F84" w:rsidP="00436F84">
      <w:pPr>
        <w:pStyle w:val="ListParagraph"/>
      </w:pPr>
      <w:r>
        <w:t xml:space="preserve">Evaluating web design </w:t>
      </w:r>
      <w:r w:rsidR="00443528">
        <w:t xml:space="preserve">requires research into how users interact with a site, ensuring </w:t>
      </w:r>
      <w:r w:rsidR="004E55EC">
        <w:t>the site is accessible to everyone,</w:t>
      </w:r>
      <w:r w:rsidR="008F4CFF">
        <w:t xml:space="preserve"> making it easy to use(usability), and </w:t>
      </w:r>
      <w:r w:rsidR="0098741D">
        <w:t xml:space="preserve">optimizing it so search </w:t>
      </w:r>
      <w:r w:rsidR="00F732C6">
        <w:t>engines can find it (SEO</w:t>
      </w:r>
      <w:r w:rsidR="006C01A2">
        <w:t>). These</w:t>
      </w:r>
      <w:r w:rsidR="00415811">
        <w:t xml:space="preserve"> four areas overlap to create a better digital experience</w:t>
      </w:r>
      <w:r w:rsidR="00FF579B">
        <w:t xml:space="preserve"> well for everyone.</w:t>
      </w:r>
      <w:sdt>
        <w:sdtPr>
          <w:id w:val="536706807"/>
          <w:citation/>
        </w:sdtPr>
        <w:sdtEndPr/>
        <w:sdtContent>
          <w:r w:rsidR="00926ABD">
            <w:fldChar w:fldCharType="begin"/>
          </w:r>
          <w:r w:rsidR="00926ABD">
            <w:rPr>
              <w:lang w:val="en-GB"/>
            </w:rPr>
            <w:instrText xml:space="preserve"> CITATION mdp25 \l 2057 </w:instrText>
          </w:r>
          <w:r w:rsidR="00926ABD">
            <w:fldChar w:fldCharType="separate"/>
          </w:r>
          <w:r w:rsidR="00926ABD">
            <w:rPr>
              <w:noProof/>
              <w:lang w:val="en-GB"/>
            </w:rPr>
            <w:t xml:space="preserve"> </w:t>
          </w:r>
          <w:r w:rsidR="00926ABD" w:rsidRPr="00926ABD">
            <w:rPr>
              <w:noProof/>
              <w:lang w:val="en-GB"/>
            </w:rPr>
            <w:t>[3]</w:t>
          </w:r>
          <w:r w:rsidR="00926ABD">
            <w:fldChar w:fldCharType="end"/>
          </w:r>
        </w:sdtContent>
      </w:sdt>
    </w:p>
    <w:p w14:paraId="5A9C793F" w14:textId="21254D17" w:rsidR="006433FA" w:rsidRDefault="006433FA" w:rsidP="00CC4B7A">
      <w:pPr>
        <w:pStyle w:val="ListParagraph"/>
        <w:numPr>
          <w:ilvl w:val="0"/>
          <w:numId w:val="13"/>
        </w:numPr>
      </w:pPr>
      <w:r>
        <w:t>Evaluation</w:t>
      </w:r>
      <w:r w:rsidR="008E0B84">
        <w:t xml:space="preserve"> Research:</w:t>
      </w:r>
    </w:p>
    <w:p w14:paraId="2261E89B" w14:textId="4C377A05" w:rsidR="00CC4B7A" w:rsidRDefault="00CC4B7A" w:rsidP="00CC4B7A">
      <w:pPr>
        <w:pStyle w:val="ListParagraph"/>
      </w:pPr>
      <w:r>
        <w:t xml:space="preserve">1)It tests how well a website works </w:t>
      </w:r>
      <w:r w:rsidR="00C13674">
        <w:t>through real user data and expert reviews.</w:t>
      </w:r>
    </w:p>
    <w:p w14:paraId="56BF337B" w14:textId="77777777" w:rsidR="00810E82" w:rsidRDefault="00810E82" w:rsidP="00CC4B7A">
      <w:pPr>
        <w:pStyle w:val="ListParagraph"/>
      </w:pPr>
    </w:p>
    <w:p w14:paraId="49D1821C" w14:textId="2489D50E" w:rsidR="00C13674" w:rsidRDefault="00C13674" w:rsidP="00CC4B7A">
      <w:pPr>
        <w:pStyle w:val="ListParagraph"/>
      </w:pPr>
      <w:r>
        <w:t>2)</w:t>
      </w:r>
      <w:r w:rsidR="00D66D90">
        <w:t xml:space="preserve">It combines </w:t>
      </w:r>
      <w:r w:rsidR="002B3E65">
        <w:t>numbers (</w:t>
      </w:r>
      <w:r w:rsidR="00D66D90">
        <w:t>like click rates) with human feedback.</w:t>
      </w:r>
    </w:p>
    <w:p w14:paraId="6CBD504C" w14:textId="77777777" w:rsidR="00810E82" w:rsidRDefault="00810E82" w:rsidP="00BC5E57">
      <w:pPr>
        <w:pStyle w:val="ListParagraph"/>
      </w:pPr>
    </w:p>
    <w:p w14:paraId="2737864D" w14:textId="074009D3" w:rsidR="00BC5E57" w:rsidRDefault="002B3E65" w:rsidP="00BC5E57">
      <w:pPr>
        <w:pStyle w:val="ListParagraph"/>
      </w:pPr>
      <w:r>
        <w:t xml:space="preserve">3)It </w:t>
      </w:r>
      <w:r w:rsidR="001C0412">
        <w:t>uses tasks and interviews to find hidden site problems.</w:t>
      </w:r>
      <w:sdt>
        <w:sdtPr>
          <w:id w:val="559447069"/>
          <w:citation/>
        </w:sdtPr>
        <w:sdtEndPr/>
        <w:sdtContent>
          <w:r w:rsidR="00C432CB">
            <w:fldChar w:fldCharType="begin"/>
          </w:r>
          <w:r w:rsidR="00C432CB">
            <w:rPr>
              <w:lang w:val="en-GB"/>
            </w:rPr>
            <w:instrText xml:space="preserve"> CITATION spr26 \l 2057 </w:instrText>
          </w:r>
          <w:r w:rsidR="00C432CB">
            <w:fldChar w:fldCharType="separate"/>
          </w:r>
          <w:r w:rsidR="00C432CB">
            <w:rPr>
              <w:noProof/>
              <w:lang w:val="en-GB"/>
            </w:rPr>
            <w:t xml:space="preserve"> </w:t>
          </w:r>
          <w:r w:rsidR="00C432CB" w:rsidRPr="00C432CB">
            <w:rPr>
              <w:noProof/>
              <w:lang w:val="en-GB"/>
            </w:rPr>
            <w:t>[4]</w:t>
          </w:r>
          <w:r w:rsidR="00C432CB">
            <w:fldChar w:fldCharType="end"/>
          </w:r>
        </w:sdtContent>
      </w:sdt>
    </w:p>
    <w:p w14:paraId="4CCE5677" w14:textId="77777777" w:rsidR="00235D79" w:rsidRDefault="00F13925" w:rsidP="00235D79">
      <w:r>
        <w:t xml:space="preserve">         </w:t>
      </w:r>
      <w:r w:rsidR="00235D79">
        <w:t>b)</w:t>
      </w:r>
      <w:r w:rsidR="008E0B84">
        <w:t xml:space="preserve"> Usability</w:t>
      </w:r>
      <w:r w:rsidR="00235D79">
        <w:t>:</w:t>
      </w:r>
    </w:p>
    <w:p w14:paraId="11C62AD7" w14:textId="6829F072" w:rsidR="00E43C5B" w:rsidRDefault="00E43C5B" w:rsidP="00235D79">
      <w:r>
        <w:t xml:space="preserve">                 1)</w:t>
      </w:r>
      <w:r w:rsidR="008A300F">
        <w:t>Its</w:t>
      </w:r>
      <w:r>
        <w:t xml:space="preserve"> measurers how</w:t>
      </w:r>
      <w:r w:rsidR="008A300F">
        <w:t xml:space="preserve"> </w:t>
      </w:r>
      <w:r w:rsidR="00E6628B">
        <w:t>fast, quick</w:t>
      </w:r>
      <w:r w:rsidR="00654849">
        <w:t xml:space="preserve"> and easy a user </w:t>
      </w:r>
      <w:r w:rsidR="00E6628B">
        <w:t>can reach the goal on a site.</w:t>
      </w:r>
    </w:p>
    <w:p w14:paraId="3A845920" w14:textId="2CB37577" w:rsidR="00E6628B" w:rsidRDefault="00E6628B" w:rsidP="00235D79">
      <w:r>
        <w:t xml:space="preserve">               2)</w:t>
      </w:r>
      <w:r w:rsidR="00311E9A">
        <w:t>It</w:t>
      </w:r>
      <w:r w:rsidR="00AC7467">
        <w:t xml:space="preserve"> focuses on clear layouts, fast loading </w:t>
      </w:r>
      <w:r w:rsidR="00030B11">
        <w:t>times, and simple menus.</w:t>
      </w:r>
    </w:p>
    <w:p w14:paraId="6B760606" w14:textId="7E009535" w:rsidR="00763407" w:rsidRDefault="00810E82" w:rsidP="00235D79">
      <w:r>
        <w:t xml:space="preserve">               3</w:t>
      </w:r>
      <w:r w:rsidR="00054D6F">
        <w:t>) It</w:t>
      </w:r>
      <w:r w:rsidR="00311E9A">
        <w:t xml:space="preserve"> </w:t>
      </w:r>
      <w:r w:rsidR="00D77AD8">
        <w:t>prevents users from getting frustrated by keeping navigation straightforward.</w:t>
      </w:r>
      <w:sdt>
        <w:sdtPr>
          <w:id w:val="-2065474171"/>
          <w:citation/>
        </w:sdtPr>
        <w:sdtEndPr/>
        <w:sdtContent>
          <w:r w:rsidR="00E3237C">
            <w:fldChar w:fldCharType="begin"/>
          </w:r>
          <w:r w:rsidR="00E3237C">
            <w:rPr>
              <w:lang w:val="en-GB"/>
            </w:rPr>
            <w:instrText xml:space="preserve"> CITATION soo20 \l 2057 </w:instrText>
          </w:r>
          <w:r w:rsidR="00E3237C">
            <w:fldChar w:fldCharType="separate"/>
          </w:r>
          <w:r w:rsidR="00E3237C">
            <w:rPr>
              <w:noProof/>
              <w:lang w:val="en-GB"/>
            </w:rPr>
            <w:t xml:space="preserve"> </w:t>
          </w:r>
          <w:r w:rsidR="00E3237C" w:rsidRPr="00E3237C">
            <w:rPr>
              <w:noProof/>
              <w:lang w:val="en-GB"/>
            </w:rPr>
            <w:t>[5]</w:t>
          </w:r>
          <w:r w:rsidR="00E3237C">
            <w:fldChar w:fldCharType="end"/>
          </w:r>
        </w:sdtContent>
      </w:sdt>
    </w:p>
    <w:p w14:paraId="056BBDC4" w14:textId="4E514CC2" w:rsidR="00BE326F" w:rsidRDefault="00763407" w:rsidP="00235D79">
      <w:r>
        <w:t xml:space="preserve">           </w:t>
      </w:r>
      <w:r w:rsidR="00750D35">
        <w:t>c)Access</w:t>
      </w:r>
      <w:r w:rsidR="004F4E89">
        <w:t>ibility:</w:t>
      </w:r>
    </w:p>
    <w:p w14:paraId="145A53C2" w14:textId="77777777" w:rsidR="00B75915" w:rsidRDefault="004F4E89" w:rsidP="00235D79">
      <w:r>
        <w:t xml:space="preserve">                  </w:t>
      </w:r>
      <w:r w:rsidR="00394CD3">
        <w:t xml:space="preserve"> </w:t>
      </w:r>
      <w:r w:rsidR="00183A3B">
        <w:t xml:space="preserve">1)It ensures </w:t>
      </w:r>
      <w:r w:rsidR="00F74809">
        <w:t>that people with various disabilities can use the site.</w:t>
      </w:r>
      <w:r w:rsidR="008E0B84">
        <w:br/>
      </w:r>
      <w:r w:rsidR="0043304C">
        <w:t xml:space="preserve">              </w:t>
      </w:r>
    </w:p>
    <w:p w14:paraId="15858411" w14:textId="441572F3" w:rsidR="00BE326F" w:rsidRDefault="00B75915" w:rsidP="00235D79">
      <w:r>
        <w:t xml:space="preserve">                 </w:t>
      </w:r>
      <w:r w:rsidR="0043304C">
        <w:t xml:space="preserve">  </w:t>
      </w:r>
      <w:r w:rsidR="00BE508E">
        <w:t xml:space="preserve">2) </w:t>
      </w:r>
      <w:r w:rsidR="009867DB">
        <w:t>it follows rules like the WEB Content Accessibility</w:t>
      </w:r>
      <w:r w:rsidR="001554DD">
        <w:t xml:space="preserve"> Guidelines (WCAG).</w:t>
      </w:r>
    </w:p>
    <w:p w14:paraId="3EFE4AD4" w14:textId="6BF7A54E" w:rsidR="0043304C" w:rsidRDefault="00603896" w:rsidP="00235D79">
      <w:r>
        <w:t xml:space="preserve">          </w:t>
      </w:r>
    </w:p>
    <w:p w14:paraId="5202424F" w14:textId="37C6CA4D" w:rsidR="00603896" w:rsidRDefault="00603896" w:rsidP="00235D79">
      <w:r>
        <w:t xml:space="preserve">                    3)</w:t>
      </w:r>
      <w:r w:rsidR="00F72E3F">
        <w:t>It uses text labels for good images and clear color contrast for read</w:t>
      </w:r>
      <w:r w:rsidR="0059738C">
        <w:t>ability.</w:t>
      </w:r>
      <w:sdt>
        <w:sdtPr>
          <w:id w:val="230348149"/>
          <w:citation/>
        </w:sdtPr>
        <w:sdtEndPr/>
        <w:sdtContent>
          <w:r w:rsidR="00854AC5">
            <w:fldChar w:fldCharType="begin"/>
          </w:r>
          <w:r w:rsidR="00854AC5">
            <w:rPr>
              <w:lang w:val="en-GB"/>
            </w:rPr>
            <w:instrText xml:space="preserve"> CITATION soo201 \l 2057 </w:instrText>
          </w:r>
          <w:r w:rsidR="00854AC5">
            <w:fldChar w:fldCharType="separate"/>
          </w:r>
          <w:r w:rsidR="00854AC5">
            <w:rPr>
              <w:noProof/>
              <w:lang w:val="en-GB"/>
            </w:rPr>
            <w:t xml:space="preserve"> </w:t>
          </w:r>
          <w:r w:rsidR="00854AC5" w:rsidRPr="00854AC5">
            <w:rPr>
              <w:noProof/>
              <w:lang w:val="en-GB"/>
            </w:rPr>
            <w:t>[6]</w:t>
          </w:r>
          <w:r w:rsidR="00854AC5">
            <w:fldChar w:fldCharType="end"/>
          </w:r>
        </w:sdtContent>
      </w:sdt>
    </w:p>
    <w:p w14:paraId="38DCA246" w14:textId="7EADA18B" w:rsidR="00DF07F6" w:rsidRDefault="00DF07F6" w:rsidP="00235D79">
      <w:r>
        <w:t xml:space="preserve">              d)</w:t>
      </w:r>
      <w:r w:rsidR="00AB088D">
        <w:t>SEO (Search Engine Op</w:t>
      </w:r>
      <w:r w:rsidR="00CF2214">
        <w:t>timization):</w:t>
      </w:r>
    </w:p>
    <w:p w14:paraId="6A073D92" w14:textId="5E84AE9E" w:rsidR="00CF2214" w:rsidRDefault="00CF2214" w:rsidP="00235D79">
      <w:r>
        <w:t xml:space="preserve">                      1)</w:t>
      </w:r>
      <w:r w:rsidR="00ED7FED">
        <w:t>This helps the search engines read and rank the site pages.</w:t>
      </w:r>
    </w:p>
    <w:p w14:paraId="635E6846" w14:textId="39155B7D" w:rsidR="00F33E8A" w:rsidRDefault="00ED7FED" w:rsidP="00235D79">
      <w:r>
        <w:t xml:space="preserve">                      </w:t>
      </w:r>
      <w:r w:rsidR="00DF416E">
        <w:t>2)I</w:t>
      </w:r>
      <w:r w:rsidR="00B63B56">
        <w:t>t relies on clean code, good mobile layouts, and fast speeds.</w:t>
      </w:r>
    </w:p>
    <w:p w14:paraId="49D99BBE" w14:textId="4912A51E" w:rsidR="003E39CE" w:rsidRDefault="00676FDF" w:rsidP="00235D79">
      <w:r>
        <w:t xml:space="preserve">                       3)</w:t>
      </w:r>
      <w:r w:rsidR="00453103">
        <w:t>It benefits from good accessibility and us</w:t>
      </w:r>
      <w:r w:rsidR="00816BFB">
        <w:t xml:space="preserve">ability because search </w:t>
      </w:r>
      <w:proofErr w:type="gramStart"/>
      <w:r w:rsidR="00816BFB">
        <w:t>bots</w:t>
      </w:r>
      <w:proofErr w:type="gramEnd"/>
      <w:r w:rsidR="00816BFB">
        <w:t xml:space="preserve"> behave</w:t>
      </w:r>
      <w:r w:rsidR="00D4132D">
        <w:t xml:space="preserve">       like</w:t>
      </w:r>
      <w:r w:rsidR="00816BFB">
        <w:t xml:space="preserve"> </w:t>
      </w:r>
      <w:r w:rsidR="00D4132D">
        <w:t>restricted users.</w:t>
      </w:r>
      <w:sdt>
        <w:sdtPr>
          <w:id w:val="-166784979"/>
          <w:citation/>
        </w:sdtPr>
        <w:sdtEndPr/>
        <w:sdtContent>
          <w:r w:rsidR="00A05041">
            <w:fldChar w:fldCharType="begin"/>
          </w:r>
          <w:r w:rsidR="00A05041">
            <w:rPr>
              <w:lang w:val="en-GB"/>
            </w:rPr>
            <w:instrText xml:space="preserve"> CITATION ant25 \l 2057 </w:instrText>
          </w:r>
          <w:r w:rsidR="00A05041">
            <w:fldChar w:fldCharType="separate"/>
          </w:r>
          <w:r w:rsidR="00A05041">
            <w:rPr>
              <w:noProof/>
              <w:lang w:val="en-GB"/>
            </w:rPr>
            <w:t xml:space="preserve"> </w:t>
          </w:r>
          <w:r w:rsidR="00A05041" w:rsidRPr="00A05041">
            <w:rPr>
              <w:noProof/>
              <w:lang w:val="en-GB"/>
            </w:rPr>
            <w:t>[7]</w:t>
          </w:r>
          <w:r w:rsidR="00A05041">
            <w:fldChar w:fldCharType="end"/>
          </w:r>
        </w:sdtContent>
      </w:sdt>
      <w:r w:rsidR="008B330D">
        <w:t xml:space="preserve">            </w:t>
      </w:r>
    </w:p>
    <w:p w14:paraId="7E28B711" w14:textId="77777777" w:rsidR="00B63B56" w:rsidRDefault="00B63B56" w:rsidP="00235D79"/>
    <w:p w14:paraId="26892865" w14:textId="77777777" w:rsidR="00BE326F" w:rsidRDefault="00BE326F" w:rsidP="00235D79"/>
    <w:p w14:paraId="7517C7AA" w14:textId="03D46CFE" w:rsidR="00BE326F" w:rsidRDefault="00F33E8A" w:rsidP="00235D79">
      <w:r>
        <w:t xml:space="preserve">                     </w:t>
      </w:r>
    </w:p>
    <w:p w14:paraId="70DE483F" w14:textId="54628287" w:rsidR="00204BBB" w:rsidRDefault="00763407" w:rsidP="00235D79">
      <w:r>
        <w:lastRenderedPageBreak/>
        <w:t xml:space="preserve">  </w:t>
      </w:r>
    </w:p>
    <w:p w14:paraId="54F74938" w14:textId="2DC0D445" w:rsidR="008F1887" w:rsidRDefault="008E0B84" w:rsidP="008F1887">
      <w:pPr>
        <w:pStyle w:val="ListParagraph"/>
        <w:numPr>
          <w:ilvl w:val="0"/>
          <w:numId w:val="13"/>
        </w:numPr>
      </w:pPr>
      <w:r>
        <w:t>Website Evaluation:</w:t>
      </w:r>
      <w:r>
        <w:br/>
        <w:t>- Usability &amp; Utility</w:t>
      </w:r>
      <w:r>
        <w:br/>
        <w:t>- SEO Techniques Used</w:t>
      </w:r>
      <w:r>
        <w:br/>
        <w:t>- Accessibility (WCAG 2.1)</w:t>
      </w:r>
    </w:p>
    <w:p w14:paraId="65E8F61F" w14:textId="4835E40C" w:rsidR="008D07FB" w:rsidRDefault="00AD1183" w:rsidP="006A21B6">
      <w:pPr>
        <w:ind w:left="360"/>
        <w:rPr>
          <w:lang w:val="en-GB"/>
        </w:rPr>
      </w:pPr>
      <w:r w:rsidRPr="00AD1183">
        <w:rPr>
          <w:lang w:val="en-GB"/>
        </w:rPr>
        <w:t>To evaluate a website, check how easy it is to use (usability), how well search engines find it (SEO), and if everyone can read it, including people with disabilities (accessibility). [</w:t>
      </w:r>
      <w:hyperlink r:id="rId30" w:history="1">
        <w:r w:rsidRPr="00AD1183">
          <w:rPr>
            <w:rStyle w:val="Hyperlink"/>
            <w:lang w:val="en-GB"/>
          </w:rPr>
          <w:t>1</w:t>
        </w:r>
      </w:hyperlink>
      <w:r w:rsidRPr="00AD1183">
        <w:rPr>
          <w:lang w:val="en-GB"/>
        </w:rPr>
        <w:t xml:space="preserve">, </w:t>
      </w:r>
      <w:hyperlink r:id="rId31" w:history="1">
        <w:r w:rsidRPr="00AD1183">
          <w:rPr>
            <w:rStyle w:val="Hyperlink"/>
            <w:lang w:val="en-GB"/>
          </w:rPr>
          <w:t>2</w:t>
        </w:r>
      </w:hyperlink>
      <w:r w:rsidRPr="00AD1183">
        <w:rPr>
          <w:lang w:val="en-GB"/>
        </w:rPr>
        <w:t xml:space="preserve">, </w:t>
      </w:r>
      <w:hyperlink r:id="rId32" w:history="1">
        <w:r w:rsidRPr="00AD1183">
          <w:rPr>
            <w:rStyle w:val="Hyperlink"/>
            <w:lang w:val="en-GB"/>
          </w:rPr>
          <w:t>3</w:t>
        </w:r>
      </w:hyperlink>
      <w:r w:rsidRPr="00AD1183">
        <w:rPr>
          <w:lang w:val="en-GB"/>
        </w:rPr>
        <w:t xml:space="preserve">, </w:t>
      </w:r>
      <w:hyperlink r:id="rId33" w:history="1">
        <w:r w:rsidRPr="00AD1183">
          <w:rPr>
            <w:rStyle w:val="Hyperlink"/>
            <w:lang w:val="en-GB"/>
          </w:rPr>
          <w:t>4</w:t>
        </w:r>
      </w:hyperlink>
      <w:r w:rsidRPr="00AD1183">
        <w:rPr>
          <w:lang w:val="en-GB"/>
        </w:rPr>
        <w:t xml:space="preserve">, </w:t>
      </w:r>
      <w:hyperlink r:id="rId34" w:history="1">
        <w:r w:rsidRPr="00AD1183">
          <w:rPr>
            <w:rStyle w:val="Hyperlink"/>
            <w:lang w:val="en-GB"/>
          </w:rPr>
          <w:t>5</w:t>
        </w:r>
      </w:hyperlink>
      <w:r w:rsidRPr="00AD1183">
        <w:rPr>
          <w:lang w:val="en-GB"/>
        </w:rPr>
        <w:t>]</w:t>
      </w:r>
    </w:p>
    <w:p w14:paraId="190B8F3C" w14:textId="77777777" w:rsidR="008D07FB" w:rsidRPr="005D460D" w:rsidRDefault="008D07FB" w:rsidP="008D07FB">
      <w:pPr>
        <w:rPr>
          <w:lang w:val="en-GB"/>
        </w:rPr>
      </w:pPr>
    </w:p>
    <w:p w14:paraId="6E394AC9" w14:textId="77777777" w:rsidR="005D460D" w:rsidRPr="005D460D" w:rsidRDefault="005D460D" w:rsidP="005D460D">
      <w:pPr>
        <w:ind w:left="360"/>
        <w:rPr>
          <w:b/>
          <w:bCs/>
          <w:lang w:val="en-GB"/>
        </w:rPr>
      </w:pPr>
      <w:r w:rsidRPr="005D460D">
        <w:rPr>
          <w:rFonts w:ascii="Segoe UI Emoji" w:hAnsi="Segoe UI Emoji" w:cs="Segoe UI Emoji"/>
          <w:b/>
          <w:bCs/>
          <w:lang w:val="en-GB"/>
        </w:rPr>
        <w:t>📋</w:t>
      </w:r>
      <w:r w:rsidRPr="005D460D">
        <w:rPr>
          <w:b/>
          <w:bCs/>
          <w:lang w:val="en-GB"/>
        </w:rPr>
        <w:t xml:space="preserve"> 1. Usability &amp; Utility</w:t>
      </w:r>
    </w:p>
    <w:p w14:paraId="26F6EC52" w14:textId="36BF84E5" w:rsidR="005D460D" w:rsidRPr="005D460D" w:rsidRDefault="005D460D" w:rsidP="005D460D">
      <w:pPr>
        <w:ind w:left="360"/>
        <w:rPr>
          <w:lang w:val="en-GB"/>
        </w:rPr>
      </w:pPr>
      <w:r w:rsidRPr="005D460D">
        <w:rPr>
          <w:lang w:val="en-GB"/>
        </w:rPr>
        <w:t xml:space="preserve">Usability focus on how easily a visitor can navigate the site and find a home or plot. Utility measures if the tools provided </w:t>
      </w:r>
      <w:r w:rsidR="006A21B6" w:rsidRPr="005D460D">
        <w:rPr>
          <w:lang w:val="en-GB"/>
        </w:rPr>
        <w:t>help</w:t>
      </w:r>
      <w:r w:rsidRPr="005D460D">
        <w:rPr>
          <w:lang w:val="en-GB"/>
        </w:rPr>
        <w:t xml:space="preserve"> them do it. [</w:t>
      </w:r>
      <w:hyperlink r:id="rId35" w:history="1">
        <w:r w:rsidRPr="005D460D">
          <w:rPr>
            <w:rStyle w:val="Hyperlink"/>
            <w:lang w:val="en-GB"/>
          </w:rPr>
          <w:t>1</w:t>
        </w:r>
      </w:hyperlink>
      <w:r w:rsidRPr="005D460D">
        <w:rPr>
          <w:lang w:val="en-GB"/>
        </w:rPr>
        <w:t xml:space="preserve">, </w:t>
      </w:r>
      <w:hyperlink r:id="rId36" w:history="1">
        <w:r w:rsidRPr="005D460D">
          <w:rPr>
            <w:rStyle w:val="Hyperlink"/>
            <w:lang w:val="en-GB"/>
          </w:rPr>
          <w:t>2</w:t>
        </w:r>
      </w:hyperlink>
      <w:r w:rsidRPr="005D460D">
        <w:rPr>
          <w:lang w:val="en-GB"/>
        </w:rPr>
        <w:t>]</w:t>
      </w:r>
    </w:p>
    <w:p w14:paraId="69D4BD75" w14:textId="77777777" w:rsidR="005D460D" w:rsidRPr="005D460D" w:rsidRDefault="005D460D" w:rsidP="005D460D">
      <w:pPr>
        <w:numPr>
          <w:ilvl w:val="0"/>
          <w:numId w:val="21"/>
        </w:numPr>
        <w:rPr>
          <w:lang w:val="en-GB"/>
        </w:rPr>
      </w:pPr>
      <w:r w:rsidRPr="005D460D">
        <w:rPr>
          <w:b/>
          <w:bCs/>
          <w:lang w:val="en-GB"/>
        </w:rPr>
        <w:t>Information Architecture:</w:t>
      </w:r>
      <w:r w:rsidRPr="005D460D">
        <w:rPr>
          <w:lang w:val="en-GB"/>
        </w:rPr>
        <w:t xml:space="preserve"> Property listings must be grouped clearly by type (e.g., residential, commercial, plots). A confusing layout causes users to leave quickly. [</w:t>
      </w:r>
      <w:hyperlink r:id="rId37" w:history="1">
        <w:r w:rsidRPr="005D460D">
          <w:rPr>
            <w:rStyle w:val="Hyperlink"/>
            <w:lang w:val="en-GB"/>
          </w:rPr>
          <w:t>1</w:t>
        </w:r>
      </w:hyperlink>
      <w:r w:rsidRPr="005D460D">
        <w:rPr>
          <w:lang w:val="en-GB"/>
        </w:rPr>
        <w:t xml:space="preserve">, </w:t>
      </w:r>
      <w:hyperlink r:id="rId38" w:history="1">
        <w:r w:rsidRPr="005D460D">
          <w:rPr>
            <w:rStyle w:val="Hyperlink"/>
            <w:lang w:val="en-GB"/>
          </w:rPr>
          <w:t>2</w:t>
        </w:r>
      </w:hyperlink>
      <w:r w:rsidRPr="005D460D">
        <w:rPr>
          <w:lang w:val="en-GB"/>
        </w:rPr>
        <w:t xml:space="preserve">, </w:t>
      </w:r>
      <w:hyperlink r:id="rId39" w:history="1">
        <w:r w:rsidRPr="005D460D">
          <w:rPr>
            <w:rStyle w:val="Hyperlink"/>
            <w:lang w:val="en-GB"/>
          </w:rPr>
          <w:t>3</w:t>
        </w:r>
      </w:hyperlink>
      <w:r w:rsidRPr="005D460D">
        <w:rPr>
          <w:lang w:val="en-GB"/>
        </w:rPr>
        <w:t>]</w:t>
      </w:r>
    </w:p>
    <w:p w14:paraId="21753023" w14:textId="77777777" w:rsidR="005D460D" w:rsidRPr="005D460D" w:rsidRDefault="005D460D" w:rsidP="005D460D">
      <w:pPr>
        <w:numPr>
          <w:ilvl w:val="0"/>
          <w:numId w:val="21"/>
        </w:numPr>
        <w:rPr>
          <w:lang w:val="en-GB"/>
        </w:rPr>
      </w:pPr>
      <w:r w:rsidRPr="005D460D">
        <w:rPr>
          <w:b/>
          <w:bCs/>
          <w:lang w:val="en-GB"/>
        </w:rPr>
        <w:t>Search Filters:</w:t>
      </w:r>
      <w:r w:rsidRPr="005D460D">
        <w:rPr>
          <w:lang w:val="en-GB"/>
        </w:rPr>
        <w:t xml:space="preserve"> High utility depends on advanced filter options. Users need to filter by </w:t>
      </w:r>
      <w:r w:rsidRPr="005D460D">
        <w:rPr>
          <w:b/>
          <w:bCs/>
          <w:lang w:val="en-GB"/>
        </w:rPr>
        <w:t>location, price range, and number of bedrooms</w:t>
      </w:r>
      <w:r w:rsidRPr="005D460D">
        <w:rPr>
          <w:lang w:val="en-GB"/>
        </w:rPr>
        <w:t xml:space="preserve"> immediately on the homepage. [</w:t>
      </w:r>
      <w:hyperlink r:id="rId40" w:history="1">
        <w:r w:rsidRPr="005D460D">
          <w:rPr>
            <w:rStyle w:val="Hyperlink"/>
            <w:lang w:val="en-GB"/>
          </w:rPr>
          <w:t>1</w:t>
        </w:r>
      </w:hyperlink>
      <w:r w:rsidRPr="005D460D">
        <w:rPr>
          <w:lang w:val="en-GB"/>
        </w:rPr>
        <w:t xml:space="preserve">, </w:t>
      </w:r>
      <w:hyperlink r:id="rId41" w:history="1">
        <w:r w:rsidRPr="005D460D">
          <w:rPr>
            <w:rStyle w:val="Hyperlink"/>
            <w:lang w:val="en-GB"/>
          </w:rPr>
          <w:t>2</w:t>
        </w:r>
      </w:hyperlink>
      <w:r w:rsidRPr="005D460D">
        <w:rPr>
          <w:lang w:val="en-GB"/>
        </w:rPr>
        <w:t>]</w:t>
      </w:r>
    </w:p>
    <w:p w14:paraId="27C46125" w14:textId="77777777" w:rsidR="005D460D" w:rsidRPr="005D460D" w:rsidRDefault="005D460D" w:rsidP="005D460D">
      <w:pPr>
        <w:numPr>
          <w:ilvl w:val="0"/>
          <w:numId w:val="21"/>
        </w:numPr>
        <w:rPr>
          <w:lang w:val="en-GB"/>
        </w:rPr>
      </w:pPr>
      <w:r w:rsidRPr="005D460D">
        <w:rPr>
          <w:b/>
          <w:bCs/>
          <w:lang w:val="en-GB"/>
        </w:rPr>
        <w:t>Speed &amp; Performance:</w:t>
      </w:r>
      <w:r w:rsidRPr="005D460D">
        <w:rPr>
          <w:lang w:val="en-GB"/>
        </w:rPr>
        <w:t xml:space="preserve"> Pages must load in under </w:t>
      </w:r>
      <w:r w:rsidRPr="005D460D">
        <w:rPr>
          <w:b/>
          <w:bCs/>
          <w:lang w:val="en-GB"/>
        </w:rPr>
        <w:t>two seconds</w:t>
      </w:r>
      <w:r w:rsidRPr="005D460D">
        <w:rPr>
          <w:lang w:val="en-GB"/>
        </w:rPr>
        <w:t>. Slow load times for high-resolution property photos damage the user experience. [</w:t>
      </w:r>
      <w:hyperlink r:id="rId42" w:history="1">
        <w:r w:rsidRPr="005D460D">
          <w:rPr>
            <w:rStyle w:val="Hyperlink"/>
            <w:lang w:val="en-GB"/>
          </w:rPr>
          <w:t>1</w:t>
        </w:r>
      </w:hyperlink>
      <w:r w:rsidRPr="005D460D">
        <w:rPr>
          <w:lang w:val="en-GB"/>
        </w:rPr>
        <w:t>]</w:t>
      </w:r>
    </w:p>
    <w:p w14:paraId="514F3744" w14:textId="4192A587" w:rsidR="00AB53AE" w:rsidRPr="00E9793F" w:rsidRDefault="005D460D" w:rsidP="00E9793F">
      <w:pPr>
        <w:numPr>
          <w:ilvl w:val="0"/>
          <w:numId w:val="21"/>
        </w:numPr>
        <w:rPr>
          <w:lang w:val="en-GB"/>
        </w:rPr>
      </w:pPr>
      <w:r w:rsidRPr="005D460D">
        <w:rPr>
          <w:b/>
          <w:bCs/>
          <w:lang w:val="en-GB"/>
        </w:rPr>
        <w:t>Mobile Responsiveness:</w:t>
      </w:r>
      <w:r w:rsidRPr="005D460D">
        <w:rPr>
          <w:lang w:val="en-GB"/>
        </w:rPr>
        <w:t xml:space="preserve"> A large percentage of property hunting happens on phones. The property search grids must scale cleanly onto smaller mobile screens. [</w:t>
      </w:r>
      <w:hyperlink r:id="rId43" w:history="1">
        <w:r w:rsidRPr="005D460D">
          <w:rPr>
            <w:rStyle w:val="Hyperlink"/>
            <w:lang w:val="en-GB"/>
          </w:rPr>
          <w:t>1</w:t>
        </w:r>
      </w:hyperlink>
      <w:r w:rsidRPr="005D460D">
        <w:rPr>
          <w:lang w:val="en-GB"/>
        </w:rPr>
        <w:t>]</w:t>
      </w:r>
    </w:p>
    <w:p w14:paraId="67081EDE" w14:textId="22F8DBFB" w:rsidR="00AB53AE" w:rsidRPr="00AB53AE" w:rsidRDefault="00AB53AE" w:rsidP="00AB53AE">
      <w:pPr>
        <w:ind w:left="360"/>
        <w:rPr>
          <w:b/>
          <w:bCs/>
          <w:lang w:val="en-GB"/>
        </w:rPr>
      </w:pPr>
    </w:p>
    <w:p w14:paraId="3D950B75" w14:textId="6143E4B1" w:rsidR="00AB53AE" w:rsidRPr="00AB53AE" w:rsidRDefault="00AB53AE" w:rsidP="00AB53AE">
      <w:pPr>
        <w:ind w:left="360"/>
        <w:rPr>
          <w:lang w:val="en-GB"/>
        </w:rPr>
      </w:pPr>
      <w:r w:rsidRPr="00AB53AE">
        <w:rPr>
          <w:lang w:val="en-GB"/>
        </w:rPr>
        <w:t xml:space="preserve">b) Website </w:t>
      </w:r>
      <w:r w:rsidR="00E9793F" w:rsidRPr="00AB53AE">
        <w:rPr>
          <w:lang w:val="en-GB"/>
        </w:rPr>
        <w:t>Evaluation: -</w:t>
      </w:r>
      <w:r w:rsidRPr="00AB53AE">
        <w:rPr>
          <w:lang w:val="en-GB"/>
        </w:rPr>
        <w:t xml:space="preserve"> Usability &amp; Utility- SEO Techniques Used- Accessibility (WCAG 2.1)</w:t>
      </w:r>
    </w:p>
    <w:p w14:paraId="26AC022C" w14:textId="1854B86B" w:rsidR="00AB53AE" w:rsidRPr="00AB53AE" w:rsidRDefault="00AB53AE" w:rsidP="00E42ACD">
      <w:pPr>
        <w:ind w:left="360"/>
        <w:rPr>
          <w:lang w:val="en-GB"/>
        </w:rPr>
      </w:pPr>
      <w:r w:rsidRPr="00AB53AE">
        <w:rPr>
          <w:lang w:val="en-GB"/>
        </w:rPr>
        <w:t>To evaluate a website, check how easy it is to use (usability), how well search engines find it (SEO), and if everyone can read it, including people with disabilities (accessibility). [</w:t>
      </w:r>
      <w:hyperlink r:id="rId44" w:history="1">
        <w:r w:rsidRPr="00AB53AE">
          <w:rPr>
            <w:rStyle w:val="Hyperlink"/>
            <w:lang w:val="en-GB"/>
          </w:rPr>
          <w:t>1</w:t>
        </w:r>
      </w:hyperlink>
      <w:r w:rsidRPr="00AB53AE">
        <w:rPr>
          <w:lang w:val="en-GB"/>
        </w:rPr>
        <w:t xml:space="preserve">, </w:t>
      </w:r>
      <w:hyperlink r:id="rId45" w:history="1">
        <w:r w:rsidRPr="00AB53AE">
          <w:rPr>
            <w:rStyle w:val="Hyperlink"/>
            <w:lang w:val="en-GB"/>
          </w:rPr>
          <w:t>2</w:t>
        </w:r>
      </w:hyperlink>
      <w:r w:rsidRPr="00AB53AE">
        <w:rPr>
          <w:lang w:val="en-GB"/>
        </w:rPr>
        <w:t xml:space="preserve">, </w:t>
      </w:r>
      <w:hyperlink r:id="rId46" w:history="1">
        <w:r w:rsidRPr="00AB53AE">
          <w:rPr>
            <w:rStyle w:val="Hyperlink"/>
            <w:lang w:val="en-GB"/>
          </w:rPr>
          <w:t>3</w:t>
        </w:r>
      </w:hyperlink>
      <w:r w:rsidRPr="00AB53AE">
        <w:rPr>
          <w:lang w:val="en-GB"/>
        </w:rPr>
        <w:t xml:space="preserve">, </w:t>
      </w:r>
      <w:hyperlink r:id="rId47" w:history="1">
        <w:r w:rsidRPr="00AB53AE">
          <w:rPr>
            <w:rStyle w:val="Hyperlink"/>
            <w:lang w:val="en-GB"/>
          </w:rPr>
          <w:t>4</w:t>
        </w:r>
      </w:hyperlink>
      <w:r w:rsidRPr="00AB53AE">
        <w:rPr>
          <w:lang w:val="en-GB"/>
        </w:rPr>
        <w:t xml:space="preserve">, </w:t>
      </w:r>
      <w:hyperlink r:id="rId48" w:history="1">
        <w:r w:rsidRPr="00AB53AE">
          <w:rPr>
            <w:rStyle w:val="Hyperlink"/>
            <w:lang w:val="en-GB"/>
          </w:rPr>
          <w:t>5</w:t>
        </w:r>
      </w:hyperlink>
      <w:r w:rsidRPr="00AB53AE">
        <w:rPr>
          <w:lang w:val="en-GB"/>
        </w:rPr>
        <w:t>]</w:t>
      </w:r>
    </w:p>
    <w:p w14:paraId="67A09388" w14:textId="00B8D3C7" w:rsidR="00AB53AE" w:rsidRPr="00206236" w:rsidRDefault="00AB53AE" w:rsidP="00206236">
      <w:pPr>
        <w:ind w:left="360"/>
        <w:rPr>
          <w:lang w:val="en-GB"/>
        </w:rPr>
      </w:pPr>
    </w:p>
    <w:p w14:paraId="1648B0A2" w14:textId="77777777" w:rsidR="00AB53AE" w:rsidRPr="00AB53AE" w:rsidRDefault="00AB53AE" w:rsidP="00AB53AE">
      <w:pPr>
        <w:ind w:left="360"/>
        <w:rPr>
          <w:b/>
          <w:bCs/>
          <w:lang w:val="en-GB"/>
        </w:rPr>
      </w:pPr>
      <w:r w:rsidRPr="00AB53AE">
        <w:rPr>
          <w:rFonts w:ascii="Segoe UI Emoji" w:hAnsi="Segoe UI Emoji" w:cs="Segoe UI Emoji"/>
          <w:b/>
          <w:bCs/>
          <w:lang w:val="en-GB"/>
        </w:rPr>
        <w:t>🔍</w:t>
      </w:r>
      <w:r w:rsidRPr="00AB53AE">
        <w:rPr>
          <w:b/>
          <w:bCs/>
          <w:lang w:val="en-GB"/>
        </w:rPr>
        <w:t xml:space="preserve"> 2. SEO Techniques Used</w:t>
      </w:r>
    </w:p>
    <w:p w14:paraId="7DAD03B9" w14:textId="77777777" w:rsidR="00AB53AE" w:rsidRPr="00AB53AE" w:rsidRDefault="00AB53AE" w:rsidP="00AB53AE">
      <w:pPr>
        <w:ind w:left="360"/>
        <w:rPr>
          <w:lang w:val="en-GB"/>
        </w:rPr>
      </w:pPr>
      <w:r w:rsidRPr="00AB53AE">
        <w:rPr>
          <w:lang w:val="en-GB"/>
        </w:rPr>
        <w:t>Search Engine Optimization (SEO) ensures that when someone searches for real estate, this specific website appears on the first page of results. [</w:t>
      </w:r>
      <w:hyperlink r:id="rId49" w:history="1">
        <w:r w:rsidRPr="00AB53AE">
          <w:rPr>
            <w:rStyle w:val="Hyperlink"/>
            <w:lang w:val="en-GB"/>
          </w:rPr>
          <w:t>1</w:t>
        </w:r>
      </w:hyperlink>
      <w:r w:rsidRPr="00AB53AE">
        <w:rPr>
          <w:lang w:val="en-GB"/>
        </w:rPr>
        <w:t>]</w:t>
      </w:r>
    </w:p>
    <w:p w14:paraId="7174DE58" w14:textId="77777777" w:rsidR="00AB53AE" w:rsidRPr="00AB53AE" w:rsidRDefault="00AB53AE" w:rsidP="00AB53AE">
      <w:pPr>
        <w:numPr>
          <w:ilvl w:val="0"/>
          <w:numId w:val="27"/>
        </w:numPr>
        <w:rPr>
          <w:lang w:val="en-GB"/>
        </w:rPr>
      </w:pPr>
      <w:r w:rsidRPr="00AB53AE">
        <w:rPr>
          <w:b/>
          <w:bCs/>
          <w:lang w:val="en-GB"/>
        </w:rPr>
        <w:lastRenderedPageBreak/>
        <w:t>Local Keyword Targeting:</w:t>
      </w:r>
      <w:r w:rsidRPr="00AB53AE">
        <w:rPr>
          <w:lang w:val="en-GB"/>
        </w:rPr>
        <w:t xml:space="preserve"> The site should target high-volume geo-specific phrases (e.g., </w:t>
      </w:r>
      <w:r w:rsidRPr="00AB53AE">
        <w:rPr>
          <w:i/>
          <w:iCs/>
          <w:lang w:val="en-GB"/>
        </w:rPr>
        <w:t>"plots for sale in Al Manama"</w:t>
      </w:r>
      <w:r w:rsidRPr="00AB53AE">
        <w:rPr>
          <w:lang w:val="en-GB"/>
        </w:rPr>
        <w:t xml:space="preserve"> or </w:t>
      </w:r>
      <w:r w:rsidRPr="00AB53AE">
        <w:rPr>
          <w:i/>
          <w:iCs/>
          <w:lang w:val="en-GB"/>
        </w:rPr>
        <w:t>"villas for rent"</w:t>
      </w:r>
      <w:r w:rsidRPr="00AB53AE">
        <w:rPr>
          <w:lang w:val="en-GB"/>
        </w:rPr>
        <w:t>) within its page text. [</w:t>
      </w:r>
      <w:hyperlink r:id="rId50" w:history="1">
        <w:r w:rsidRPr="00AB53AE">
          <w:rPr>
            <w:rStyle w:val="Hyperlink"/>
            <w:lang w:val="en-GB"/>
          </w:rPr>
          <w:t>1</w:t>
        </w:r>
      </w:hyperlink>
      <w:r w:rsidRPr="00AB53AE">
        <w:rPr>
          <w:lang w:val="en-GB"/>
        </w:rPr>
        <w:t>]</w:t>
      </w:r>
    </w:p>
    <w:p w14:paraId="2B82C5D7" w14:textId="77777777" w:rsidR="00AB53AE" w:rsidRPr="00AB53AE" w:rsidRDefault="00AB53AE" w:rsidP="00AB53AE">
      <w:pPr>
        <w:numPr>
          <w:ilvl w:val="0"/>
          <w:numId w:val="27"/>
        </w:numPr>
        <w:rPr>
          <w:lang w:val="en-GB"/>
        </w:rPr>
      </w:pPr>
      <w:r w:rsidRPr="00AB53AE">
        <w:rPr>
          <w:b/>
          <w:bCs/>
          <w:lang w:val="en-GB"/>
        </w:rPr>
        <w:t>Optimised Meta Data:</w:t>
      </w:r>
      <w:r w:rsidRPr="00AB53AE">
        <w:rPr>
          <w:lang w:val="en-GB"/>
        </w:rPr>
        <w:t xml:space="preserve"> Each individual property listing page needs a unique </w:t>
      </w:r>
      <w:r w:rsidRPr="00AB53AE">
        <w:rPr>
          <w:b/>
          <w:bCs/>
          <w:lang w:val="en-GB"/>
        </w:rPr>
        <w:t>Meta Title</w:t>
      </w:r>
      <w:r w:rsidRPr="00AB53AE">
        <w:rPr>
          <w:lang w:val="en-GB"/>
        </w:rPr>
        <w:t xml:space="preserve"> and </w:t>
      </w:r>
      <w:r w:rsidRPr="00AB53AE">
        <w:rPr>
          <w:b/>
          <w:bCs/>
          <w:lang w:val="en-GB"/>
        </w:rPr>
        <w:t>Meta Description</w:t>
      </w:r>
      <w:r w:rsidRPr="00AB53AE">
        <w:rPr>
          <w:lang w:val="en-GB"/>
        </w:rPr>
        <w:t xml:space="preserve"> that includes the price and </w:t>
      </w:r>
      <w:proofErr w:type="spellStart"/>
      <w:r w:rsidRPr="00AB53AE">
        <w:rPr>
          <w:lang w:val="en-GB"/>
        </w:rPr>
        <w:t>neighborhood</w:t>
      </w:r>
      <w:proofErr w:type="spellEnd"/>
      <w:r w:rsidRPr="00AB53AE">
        <w:rPr>
          <w:lang w:val="en-GB"/>
        </w:rPr>
        <w:t xml:space="preserve"> to win clicks in search results. [</w:t>
      </w:r>
      <w:hyperlink r:id="rId51" w:history="1">
        <w:r w:rsidRPr="00AB53AE">
          <w:rPr>
            <w:rStyle w:val="Hyperlink"/>
            <w:lang w:val="en-GB"/>
          </w:rPr>
          <w:t>1</w:t>
        </w:r>
      </w:hyperlink>
      <w:r w:rsidRPr="00AB53AE">
        <w:rPr>
          <w:lang w:val="en-GB"/>
        </w:rPr>
        <w:t>]</w:t>
      </w:r>
    </w:p>
    <w:p w14:paraId="52EC83EC" w14:textId="77777777" w:rsidR="00AB53AE" w:rsidRPr="00AB53AE" w:rsidRDefault="00AB53AE" w:rsidP="00AB53AE">
      <w:pPr>
        <w:numPr>
          <w:ilvl w:val="0"/>
          <w:numId w:val="27"/>
        </w:numPr>
        <w:rPr>
          <w:lang w:val="en-GB"/>
        </w:rPr>
      </w:pPr>
      <w:r w:rsidRPr="00AB53AE">
        <w:rPr>
          <w:b/>
          <w:bCs/>
          <w:lang w:val="en-GB"/>
        </w:rPr>
        <w:t>Image Compression:</w:t>
      </w:r>
      <w:r w:rsidRPr="00AB53AE">
        <w:rPr>
          <w:lang w:val="en-GB"/>
        </w:rPr>
        <w:t xml:space="preserve"> Real estate sites use heavy imagery. Using modern file types like </w:t>
      </w:r>
      <w:proofErr w:type="spellStart"/>
      <w:r w:rsidRPr="00AB53AE">
        <w:rPr>
          <w:b/>
          <w:bCs/>
          <w:lang w:val="en-GB"/>
        </w:rPr>
        <w:t>WebP</w:t>
      </w:r>
      <w:proofErr w:type="spellEnd"/>
      <w:r w:rsidRPr="00AB53AE">
        <w:rPr>
          <w:lang w:val="en-GB"/>
        </w:rPr>
        <w:t xml:space="preserve"> ensures fast loading, which Google uses as a major ranking signal. [</w:t>
      </w:r>
      <w:hyperlink r:id="rId52" w:history="1">
        <w:r w:rsidRPr="00AB53AE">
          <w:rPr>
            <w:rStyle w:val="Hyperlink"/>
            <w:lang w:val="en-GB"/>
          </w:rPr>
          <w:t>1</w:t>
        </w:r>
      </w:hyperlink>
      <w:r w:rsidRPr="00AB53AE">
        <w:rPr>
          <w:lang w:val="en-GB"/>
        </w:rPr>
        <w:t>]</w:t>
      </w:r>
    </w:p>
    <w:p w14:paraId="6C7DCCC8" w14:textId="663DD9E9" w:rsidR="006B522D" w:rsidRPr="00F65A99" w:rsidRDefault="00AB53AE" w:rsidP="00F65A99">
      <w:pPr>
        <w:numPr>
          <w:ilvl w:val="0"/>
          <w:numId w:val="27"/>
        </w:numPr>
        <w:rPr>
          <w:lang w:val="en-GB"/>
        </w:rPr>
      </w:pPr>
      <w:r w:rsidRPr="00AB53AE">
        <w:rPr>
          <w:b/>
          <w:bCs/>
          <w:lang w:val="en-GB"/>
        </w:rPr>
        <w:t>Clean URL Structure:</w:t>
      </w:r>
      <w:r w:rsidRPr="00AB53AE">
        <w:rPr>
          <w:lang w:val="en-GB"/>
        </w:rPr>
        <w:t xml:space="preserve"> Simple, descriptive links (e.g., ://domain.com) help search engines crawl and understand the site structure easily. [</w:t>
      </w:r>
      <w:hyperlink r:id="rId53" w:history="1">
        <w:r w:rsidRPr="00AB53AE">
          <w:rPr>
            <w:rStyle w:val="Hyperlink"/>
            <w:lang w:val="en-GB"/>
          </w:rPr>
          <w:t>1</w:t>
        </w:r>
      </w:hyperlink>
      <w:r w:rsidRPr="00AB53AE">
        <w:rPr>
          <w:lang w:val="en-GB"/>
        </w:rPr>
        <w:t>]</w:t>
      </w:r>
    </w:p>
    <w:p w14:paraId="2500ED53" w14:textId="7975C523" w:rsidR="006B522D" w:rsidRPr="006B522D" w:rsidRDefault="006B522D" w:rsidP="009A720F">
      <w:pPr>
        <w:ind w:left="720"/>
        <w:rPr>
          <w:lang w:val="en-GB"/>
        </w:rPr>
      </w:pPr>
      <w:r w:rsidRPr="006B522D">
        <w:rPr>
          <w:lang w:val="en-GB"/>
        </w:rPr>
        <w:t>To evaluate a website, check how easy it is to use (usability), how well search engines find it (SEO), and if everyone can read it, including people with disabilities (accessibility). [</w:t>
      </w:r>
      <w:hyperlink r:id="rId54" w:history="1">
        <w:r w:rsidRPr="006B522D">
          <w:rPr>
            <w:rStyle w:val="Hyperlink"/>
            <w:lang w:val="en-GB"/>
          </w:rPr>
          <w:t>1</w:t>
        </w:r>
      </w:hyperlink>
      <w:r w:rsidRPr="006B522D">
        <w:rPr>
          <w:lang w:val="en-GB"/>
        </w:rPr>
        <w:t xml:space="preserve">, </w:t>
      </w:r>
      <w:hyperlink r:id="rId55" w:history="1">
        <w:r w:rsidRPr="006B522D">
          <w:rPr>
            <w:rStyle w:val="Hyperlink"/>
            <w:lang w:val="en-GB"/>
          </w:rPr>
          <w:t>2</w:t>
        </w:r>
      </w:hyperlink>
      <w:r w:rsidRPr="006B522D">
        <w:rPr>
          <w:lang w:val="en-GB"/>
        </w:rPr>
        <w:t xml:space="preserve">, </w:t>
      </w:r>
      <w:hyperlink r:id="rId56" w:history="1">
        <w:r w:rsidRPr="006B522D">
          <w:rPr>
            <w:rStyle w:val="Hyperlink"/>
            <w:lang w:val="en-GB"/>
          </w:rPr>
          <w:t>3</w:t>
        </w:r>
      </w:hyperlink>
      <w:r w:rsidRPr="006B522D">
        <w:rPr>
          <w:lang w:val="en-GB"/>
        </w:rPr>
        <w:t xml:space="preserve">, </w:t>
      </w:r>
      <w:hyperlink r:id="rId57" w:history="1">
        <w:r w:rsidRPr="006B522D">
          <w:rPr>
            <w:rStyle w:val="Hyperlink"/>
            <w:lang w:val="en-GB"/>
          </w:rPr>
          <w:t>4</w:t>
        </w:r>
      </w:hyperlink>
      <w:r w:rsidRPr="006B522D">
        <w:rPr>
          <w:lang w:val="en-GB"/>
        </w:rPr>
        <w:t xml:space="preserve">, </w:t>
      </w:r>
      <w:hyperlink r:id="rId58" w:history="1">
        <w:r w:rsidRPr="006B522D">
          <w:rPr>
            <w:rStyle w:val="Hyperlink"/>
            <w:lang w:val="en-GB"/>
          </w:rPr>
          <w:t>5</w:t>
        </w:r>
      </w:hyperlink>
      <w:r w:rsidRPr="006B522D">
        <w:rPr>
          <w:lang w:val="en-GB"/>
        </w:rPr>
        <w:t>]</w:t>
      </w:r>
    </w:p>
    <w:p w14:paraId="31F65FE3" w14:textId="5B6D874F" w:rsidR="006B522D" w:rsidRPr="009A720F" w:rsidRDefault="006B522D" w:rsidP="009A720F">
      <w:pPr>
        <w:ind w:left="360"/>
        <w:rPr>
          <w:lang w:val="en-GB"/>
        </w:rPr>
      </w:pPr>
    </w:p>
    <w:p w14:paraId="53C95A09" w14:textId="77777777" w:rsidR="006B522D" w:rsidRPr="006B522D" w:rsidRDefault="006B522D" w:rsidP="006B522D">
      <w:pPr>
        <w:ind w:left="720"/>
        <w:rPr>
          <w:b/>
          <w:bCs/>
          <w:lang w:val="en-GB"/>
        </w:rPr>
      </w:pPr>
      <w:r w:rsidRPr="006B522D">
        <w:rPr>
          <w:rFonts w:ascii="Segoe UI Emoji" w:hAnsi="Segoe UI Emoji" w:cs="Segoe UI Emoji"/>
          <w:b/>
          <w:bCs/>
          <w:lang w:val="en-GB"/>
        </w:rPr>
        <w:t>♿</w:t>
      </w:r>
      <w:r w:rsidRPr="006B522D">
        <w:rPr>
          <w:b/>
          <w:bCs/>
          <w:lang w:val="en-GB"/>
        </w:rPr>
        <w:t xml:space="preserve"> 3. Accessibility (WCAG 2.1)</w:t>
      </w:r>
    </w:p>
    <w:p w14:paraId="6E8FEB8D" w14:textId="77777777" w:rsidR="006B522D" w:rsidRPr="006B522D" w:rsidRDefault="006B522D" w:rsidP="006B522D">
      <w:pPr>
        <w:ind w:left="720"/>
        <w:rPr>
          <w:lang w:val="en-GB"/>
        </w:rPr>
      </w:pPr>
      <w:r w:rsidRPr="006B522D">
        <w:rPr>
          <w:lang w:val="en-GB"/>
        </w:rPr>
        <w:t>Web accessibility ensures that everyone, including individuals with visual, motor, or cognitive disabilities, can successfully use the website. [</w:t>
      </w:r>
      <w:hyperlink r:id="rId59" w:history="1">
        <w:r w:rsidRPr="006B522D">
          <w:rPr>
            <w:rStyle w:val="Hyperlink"/>
            <w:lang w:val="en-GB"/>
          </w:rPr>
          <w:t>1</w:t>
        </w:r>
      </w:hyperlink>
      <w:r w:rsidRPr="006B522D">
        <w:rPr>
          <w:lang w:val="en-GB"/>
        </w:rPr>
        <w:t xml:space="preserve">, </w:t>
      </w:r>
      <w:hyperlink r:id="rId60" w:history="1">
        <w:r w:rsidRPr="006B522D">
          <w:rPr>
            <w:rStyle w:val="Hyperlink"/>
            <w:lang w:val="en-GB"/>
          </w:rPr>
          <w:t>2</w:t>
        </w:r>
      </w:hyperlink>
      <w:r w:rsidRPr="006B522D">
        <w:rPr>
          <w:lang w:val="en-GB"/>
        </w:rPr>
        <w:t>]</w:t>
      </w:r>
    </w:p>
    <w:p w14:paraId="224C69B9" w14:textId="77777777" w:rsidR="006B522D" w:rsidRPr="006B522D" w:rsidRDefault="006B522D" w:rsidP="006B522D">
      <w:pPr>
        <w:numPr>
          <w:ilvl w:val="0"/>
          <w:numId w:val="34"/>
        </w:numPr>
        <w:rPr>
          <w:lang w:val="en-GB"/>
        </w:rPr>
      </w:pPr>
      <w:r w:rsidRPr="006B522D">
        <w:rPr>
          <w:b/>
          <w:bCs/>
          <w:lang w:val="en-GB"/>
        </w:rPr>
        <w:t>Keyboard Navigation:</w:t>
      </w:r>
      <w:r w:rsidRPr="006B522D">
        <w:rPr>
          <w:lang w:val="en-GB"/>
        </w:rPr>
        <w:t xml:space="preserve"> Users must be able to navigate through the entire website, including dropdown forms and map widgets, using only the </w:t>
      </w:r>
      <w:r w:rsidRPr="006B522D">
        <w:rPr>
          <w:b/>
          <w:bCs/>
          <w:lang w:val="en-GB"/>
        </w:rPr>
        <w:t>Tab key</w:t>
      </w:r>
      <w:r w:rsidRPr="006B522D">
        <w:rPr>
          <w:lang w:val="en-GB"/>
        </w:rPr>
        <w:t>.</w:t>
      </w:r>
    </w:p>
    <w:p w14:paraId="6880AE74" w14:textId="668FDC77" w:rsidR="006B522D" w:rsidRPr="006B522D" w:rsidRDefault="006B522D" w:rsidP="006B522D">
      <w:pPr>
        <w:numPr>
          <w:ilvl w:val="0"/>
          <w:numId w:val="34"/>
        </w:numPr>
        <w:rPr>
          <w:lang w:val="en-GB"/>
        </w:rPr>
      </w:pPr>
      <w:r w:rsidRPr="006B522D">
        <w:rPr>
          <w:b/>
          <w:bCs/>
          <w:lang w:val="en-GB"/>
        </w:rPr>
        <w:t>Image Alt Text:</w:t>
      </w:r>
      <w:r w:rsidRPr="006B522D">
        <w:rPr>
          <w:lang w:val="en-GB"/>
        </w:rPr>
        <w:t xml:space="preserve"> All property photos must include descriptive alternative text (e.g., alt="Three-bedroom villa front view") so screen readers can describe the image to visually impaired users</w:t>
      </w:r>
    </w:p>
    <w:p w14:paraId="2BB18696" w14:textId="77777777" w:rsidR="006B522D" w:rsidRPr="006B522D" w:rsidRDefault="006B522D" w:rsidP="006B522D">
      <w:pPr>
        <w:numPr>
          <w:ilvl w:val="0"/>
          <w:numId w:val="34"/>
        </w:numPr>
        <w:rPr>
          <w:lang w:val="en-GB"/>
        </w:rPr>
      </w:pPr>
      <w:proofErr w:type="spellStart"/>
      <w:r w:rsidRPr="006B522D">
        <w:rPr>
          <w:b/>
          <w:bCs/>
          <w:lang w:val="en-GB"/>
        </w:rPr>
        <w:t>Color</w:t>
      </w:r>
      <w:proofErr w:type="spellEnd"/>
      <w:r w:rsidRPr="006B522D">
        <w:rPr>
          <w:b/>
          <w:bCs/>
          <w:lang w:val="en-GB"/>
        </w:rPr>
        <w:t xml:space="preserve"> Contrast:</w:t>
      </w:r>
      <w:r w:rsidRPr="006B522D">
        <w:rPr>
          <w:lang w:val="en-GB"/>
        </w:rPr>
        <w:t xml:space="preserve"> Text overlays on top of bright property images must maintain a contrast ratio of at least </w:t>
      </w:r>
      <w:r w:rsidRPr="006B522D">
        <w:rPr>
          <w:b/>
          <w:bCs/>
          <w:lang w:val="en-GB"/>
        </w:rPr>
        <w:t>4.5:1</w:t>
      </w:r>
      <w:r w:rsidRPr="006B522D">
        <w:rPr>
          <w:lang w:val="en-GB"/>
        </w:rPr>
        <w:t xml:space="preserve"> to remain readable.</w:t>
      </w:r>
    </w:p>
    <w:p w14:paraId="5484F84A" w14:textId="77777777" w:rsidR="006B522D" w:rsidRPr="006B522D" w:rsidRDefault="006B522D" w:rsidP="006B522D">
      <w:pPr>
        <w:numPr>
          <w:ilvl w:val="0"/>
          <w:numId w:val="34"/>
        </w:numPr>
        <w:rPr>
          <w:lang w:val="en-GB"/>
        </w:rPr>
      </w:pPr>
      <w:r w:rsidRPr="006B522D">
        <w:rPr>
          <w:b/>
          <w:bCs/>
          <w:lang w:val="en-GB"/>
        </w:rPr>
        <w:t>Form Labels:</w:t>
      </w:r>
      <w:r w:rsidRPr="006B522D">
        <w:rPr>
          <w:lang w:val="en-GB"/>
        </w:rPr>
        <w:t xml:space="preserve"> Search input fields and contact forms must feature clear, permanent text labels instead of disappearing placeholder text so assistive tools can read them properly. [</w:t>
      </w:r>
      <w:hyperlink r:id="rId61" w:history="1">
        <w:r w:rsidRPr="006B522D">
          <w:rPr>
            <w:rStyle w:val="Hyperlink"/>
            <w:lang w:val="en-GB"/>
          </w:rPr>
          <w:t>1</w:t>
        </w:r>
      </w:hyperlink>
      <w:r w:rsidRPr="006B522D">
        <w:rPr>
          <w:lang w:val="en-GB"/>
        </w:rPr>
        <w:t xml:space="preserve">, </w:t>
      </w:r>
      <w:hyperlink r:id="rId62" w:history="1">
        <w:r w:rsidRPr="006B522D">
          <w:rPr>
            <w:rStyle w:val="Hyperlink"/>
            <w:lang w:val="en-GB"/>
          </w:rPr>
          <w:t>2</w:t>
        </w:r>
      </w:hyperlink>
      <w:r w:rsidRPr="006B522D">
        <w:rPr>
          <w:lang w:val="en-GB"/>
        </w:rPr>
        <w:t xml:space="preserve">, </w:t>
      </w:r>
      <w:hyperlink r:id="rId63" w:history="1">
        <w:r w:rsidRPr="006B522D">
          <w:rPr>
            <w:rStyle w:val="Hyperlink"/>
            <w:lang w:val="en-GB"/>
          </w:rPr>
          <w:t>3</w:t>
        </w:r>
      </w:hyperlink>
      <w:r w:rsidRPr="006B522D">
        <w:rPr>
          <w:lang w:val="en-GB"/>
        </w:rPr>
        <w:t xml:space="preserve">, </w:t>
      </w:r>
      <w:hyperlink r:id="rId64" w:history="1">
        <w:r w:rsidRPr="006B522D">
          <w:rPr>
            <w:rStyle w:val="Hyperlink"/>
            <w:lang w:val="en-GB"/>
          </w:rPr>
          <w:t>4</w:t>
        </w:r>
      </w:hyperlink>
      <w:r w:rsidRPr="006B522D">
        <w:rPr>
          <w:lang w:val="en-GB"/>
        </w:rPr>
        <w:t>]</w:t>
      </w:r>
    </w:p>
    <w:p w14:paraId="0C3619E2" w14:textId="37369456" w:rsidR="006B522D" w:rsidRPr="006B522D" w:rsidRDefault="006B522D" w:rsidP="006B522D">
      <w:pPr>
        <w:ind w:left="720"/>
        <w:rPr>
          <w:lang w:val="en-GB"/>
        </w:rPr>
      </w:pPr>
    </w:p>
    <w:p w14:paraId="2F805E8C" w14:textId="77777777" w:rsidR="005E3369" w:rsidRPr="00AB53AE" w:rsidRDefault="005E3369" w:rsidP="005E3369">
      <w:pPr>
        <w:ind w:left="720"/>
        <w:rPr>
          <w:lang w:val="en-GB"/>
        </w:rPr>
      </w:pPr>
    </w:p>
    <w:p w14:paraId="1443720D" w14:textId="77777777" w:rsidR="001F79DE" w:rsidRDefault="001F79DE" w:rsidP="00CF2455">
      <w:pPr>
        <w:ind w:left="360"/>
      </w:pPr>
    </w:p>
    <w:p w14:paraId="1A868FF3" w14:textId="04282C98" w:rsidR="00204BBB" w:rsidRDefault="008E0B84" w:rsidP="00CF2455">
      <w:pPr>
        <w:ind w:left="360"/>
      </w:pPr>
      <w:r>
        <w:br/>
      </w:r>
    </w:p>
    <w:p w14:paraId="3B3D0165" w14:textId="77777777" w:rsidR="00304DD5" w:rsidRDefault="00304DD5"/>
    <w:p w14:paraId="698B2D83" w14:textId="1B5DFD1E" w:rsidR="00535BBB" w:rsidRDefault="008E0B84" w:rsidP="00535BBB">
      <w:pPr>
        <w:pStyle w:val="ListParagraph"/>
        <w:numPr>
          <w:ilvl w:val="0"/>
          <w:numId w:val="13"/>
        </w:numPr>
      </w:pPr>
      <w:r>
        <w:lastRenderedPageBreak/>
        <w:t>Website Comparison:</w:t>
      </w:r>
      <w:r>
        <w:br/>
        <w:t>- Usability</w:t>
      </w:r>
      <w:r>
        <w:br/>
        <w:t>- Accessibility</w:t>
      </w:r>
      <w:r>
        <w:br/>
        <w:t>- SEO</w:t>
      </w:r>
      <w:r>
        <w:br/>
        <w:t>- Mobile Friendliness</w:t>
      </w:r>
      <w:r>
        <w:br/>
        <w:t>- Conclusion</w:t>
      </w:r>
    </w:p>
    <w:p w14:paraId="6E1E51D8" w14:textId="77777777" w:rsidR="001235A7" w:rsidRDefault="001235A7" w:rsidP="001235A7">
      <w:pPr>
        <w:ind w:left="360"/>
      </w:pPr>
    </w:p>
    <w:p w14:paraId="1E57C038" w14:textId="77777777" w:rsidR="001235A7" w:rsidRPr="001235A7" w:rsidRDefault="001235A7" w:rsidP="001235A7">
      <w:pPr>
        <w:ind w:left="360"/>
        <w:rPr>
          <w:lang w:val="en-GB"/>
        </w:rPr>
      </w:pPr>
      <w:r w:rsidRPr="001235A7">
        <w:rPr>
          <w:lang w:val="en-GB"/>
        </w:rPr>
        <w:t xml:space="preserve">Evaluating a property platform like </w:t>
      </w:r>
      <w:hyperlink r:id="rId65" w:tgtFrame="_blank" w:history="1">
        <w:r w:rsidRPr="001235A7">
          <w:rPr>
            <w:rStyle w:val="Hyperlink"/>
            <w:lang w:val="en-GB"/>
          </w:rPr>
          <w:t>MKH Properties</w:t>
        </w:r>
      </w:hyperlink>
      <w:r w:rsidRPr="001235A7">
        <w:rPr>
          <w:lang w:val="en-GB"/>
        </w:rPr>
        <w:t xml:space="preserve"> or local equivalents involves weighing key performance criteria. Below is a comparative website analysis covering core digital standards. [</w:t>
      </w:r>
      <w:hyperlink r:id="rId66" w:history="1">
        <w:r w:rsidRPr="001235A7">
          <w:rPr>
            <w:rStyle w:val="Hyperlink"/>
            <w:lang w:val="en-GB"/>
          </w:rPr>
          <w:t>1</w:t>
        </w:r>
      </w:hyperlink>
      <w:r w:rsidRPr="001235A7">
        <w:rPr>
          <w:lang w:val="en-GB"/>
        </w:rPr>
        <w:t xml:space="preserve">, </w:t>
      </w:r>
      <w:hyperlink r:id="rId67" w:history="1">
        <w:r w:rsidRPr="001235A7">
          <w:rPr>
            <w:rStyle w:val="Hyperlink"/>
            <w:lang w:val="en-GB"/>
          </w:rPr>
          <w:t>2</w:t>
        </w:r>
      </w:hyperlink>
      <w:r w:rsidRPr="001235A7">
        <w:rPr>
          <w:lang w:val="en-GB"/>
        </w:rPr>
        <w:t xml:space="preserve">, </w:t>
      </w:r>
      <w:hyperlink r:id="rId68" w:history="1">
        <w:r w:rsidRPr="001235A7">
          <w:rPr>
            <w:rStyle w:val="Hyperlink"/>
            <w:lang w:val="en-GB"/>
          </w:rPr>
          <w:t>3</w:t>
        </w:r>
      </w:hyperlink>
      <w:r w:rsidRPr="001235A7">
        <w:rPr>
          <w:lang w:val="en-GB"/>
        </w:rPr>
        <w:t>]</w:t>
      </w:r>
    </w:p>
    <w:p w14:paraId="2775EF20" w14:textId="77777777" w:rsidR="001235A7" w:rsidRPr="001235A7" w:rsidRDefault="001235A7" w:rsidP="001235A7">
      <w:pPr>
        <w:ind w:left="360"/>
        <w:rPr>
          <w:b/>
          <w:bCs/>
          <w:lang w:val="en-GB"/>
        </w:rPr>
      </w:pPr>
      <w:r w:rsidRPr="001235A7">
        <w:rPr>
          <w:b/>
          <w:bCs/>
          <w:lang w:val="en-GB"/>
        </w:rPr>
        <w:t>Usability</w:t>
      </w:r>
    </w:p>
    <w:p w14:paraId="72635CBD" w14:textId="77777777" w:rsidR="001235A7" w:rsidRPr="001235A7" w:rsidRDefault="001235A7" w:rsidP="001235A7">
      <w:pPr>
        <w:numPr>
          <w:ilvl w:val="0"/>
          <w:numId w:val="35"/>
        </w:numPr>
        <w:rPr>
          <w:lang w:val="en-GB"/>
        </w:rPr>
      </w:pPr>
      <w:r w:rsidRPr="001235A7">
        <w:rPr>
          <w:b/>
          <w:bCs/>
          <w:lang w:val="en-GB"/>
        </w:rPr>
        <w:t>Property Search Filters:</w:t>
      </w:r>
      <w:r w:rsidRPr="001235A7">
        <w:rPr>
          <w:lang w:val="en-GB"/>
        </w:rPr>
        <w:t xml:space="preserve"> Clean layout with quick filters for location, price, and bedrooms.</w:t>
      </w:r>
    </w:p>
    <w:p w14:paraId="68E9AEC0" w14:textId="77777777" w:rsidR="001235A7" w:rsidRPr="001235A7" w:rsidRDefault="001235A7" w:rsidP="001235A7">
      <w:pPr>
        <w:numPr>
          <w:ilvl w:val="0"/>
          <w:numId w:val="35"/>
        </w:numPr>
        <w:rPr>
          <w:lang w:val="en-GB"/>
        </w:rPr>
      </w:pPr>
      <w:r w:rsidRPr="001235A7">
        <w:rPr>
          <w:b/>
          <w:bCs/>
          <w:lang w:val="en-GB"/>
        </w:rPr>
        <w:t>Call to Action (CTA):</w:t>
      </w:r>
      <w:r w:rsidRPr="001235A7">
        <w:rPr>
          <w:lang w:val="en-GB"/>
        </w:rPr>
        <w:t xml:space="preserve"> Clear booking or enquiry buttons on listing pages.</w:t>
      </w:r>
    </w:p>
    <w:p w14:paraId="67E1F1C3" w14:textId="77777777" w:rsidR="001235A7" w:rsidRPr="001235A7" w:rsidRDefault="001235A7" w:rsidP="001235A7">
      <w:pPr>
        <w:numPr>
          <w:ilvl w:val="0"/>
          <w:numId w:val="35"/>
        </w:numPr>
        <w:rPr>
          <w:lang w:val="en-GB"/>
        </w:rPr>
      </w:pPr>
      <w:r w:rsidRPr="001235A7">
        <w:rPr>
          <w:b/>
          <w:bCs/>
          <w:lang w:val="en-GB"/>
        </w:rPr>
        <w:t>Information Hierarchy:</w:t>
      </w:r>
      <w:r w:rsidRPr="001235A7">
        <w:rPr>
          <w:lang w:val="en-GB"/>
        </w:rPr>
        <w:t xml:space="preserve"> Intuitive menu structure, though some pages suffer from text clutter. [</w:t>
      </w:r>
      <w:hyperlink r:id="rId69" w:history="1">
        <w:r w:rsidRPr="001235A7">
          <w:rPr>
            <w:rStyle w:val="Hyperlink"/>
            <w:lang w:val="en-GB"/>
          </w:rPr>
          <w:t>1</w:t>
        </w:r>
      </w:hyperlink>
      <w:r w:rsidRPr="001235A7">
        <w:rPr>
          <w:lang w:val="en-GB"/>
        </w:rPr>
        <w:t xml:space="preserve">, </w:t>
      </w:r>
      <w:hyperlink r:id="rId70" w:history="1">
        <w:r w:rsidRPr="001235A7">
          <w:rPr>
            <w:rStyle w:val="Hyperlink"/>
            <w:lang w:val="en-GB"/>
          </w:rPr>
          <w:t>2</w:t>
        </w:r>
      </w:hyperlink>
      <w:r w:rsidRPr="001235A7">
        <w:rPr>
          <w:lang w:val="en-GB"/>
        </w:rPr>
        <w:t xml:space="preserve">, </w:t>
      </w:r>
      <w:hyperlink r:id="rId71" w:history="1">
        <w:r w:rsidRPr="001235A7">
          <w:rPr>
            <w:rStyle w:val="Hyperlink"/>
            <w:lang w:val="en-GB"/>
          </w:rPr>
          <w:t>3</w:t>
        </w:r>
      </w:hyperlink>
      <w:r w:rsidRPr="001235A7">
        <w:rPr>
          <w:lang w:val="en-GB"/>
        </w:rPr>
        <w:t>]</w:t>
      </w:r>
    </w:p>
    <w:p w14:paraId="6204A2E6" w14:textId="77777777" w:rsidR="001235A7" w:rsidRPr="001235A7" w:rsidRDefault="001235A7" w:rsidP="001235A7">
      <w:pPr>
        <w:ind w:left="360"/>
        <w:rPr>
          <w:b/>
          <w:bCs/>
          <w:lang w:val="en-GB"/>
        </w:rPr>
      </w:pPr>
      <w:r w:rsidRPr="001235A7">
        <w:rPr>
          <w:b/>
          <w:bCs/>
          <w:lang w:val="en-GB"/>
        </w:rPr>
        <w:t>Accessibility</w:t>
      </w:r>
    </w:p>
    <w:p w14:paraId="66EA4252" w14:textId="77777777" w:rsidR="001235A7" w:rsidRPr="001235A7" w:rsidRDefault="001235A7" w:rsidP="001235A7">
      <w:pPr>
        <w:numPr>
          <w:ilvl w:val="0"/>
          <w:numId w:val="36"/>
        </w:numPr>
        <w:rPr>
          <w:lang w:val="en-GB"/>
        </w:rPr>
      </w:pPr>
      <w:r w:rsidRPr="001235A7">
        <w:rPr>
          <w:b/>
          <w:bCs/>
          <w:lang w:val="en-GB"/>
        </w:rPr>
        <w:t>Contrast &amp; Typography:</w:t>
      </w:r>
      <w:r w:rsidRPr="001235A7">
        <w:rPr>
          <w:lang w:val="en-GB"/>
        </w:rPr>
        <w:t xml:space="preserve"> Adequate </w:t>
      </w:r>
      <w:proofErr w:type="spellStart"/>
      <w:r w:rsidRPr="001235A7">
        <w:rPr>
          <w:lang w:val="en-GB"/>
        </w:rPr>
        <w:t>color</w:t>
      </w:r>
      <w:proofErr w:type="spellEnd"/>
      <w:r w:rsidRPr="001235A7">
        <w:rPr>
          <w:lang w:val="en-GB"/>
        </w:rPr>
        <w:t xml:space="preserve"> contrast, though font sizes on mobile views can occasionally be too small.</w:t>
      </w:r>
    </w:p>
    <w:p w14:paraId="43FF2BCA" w14:textId="77777777" w:rsidR="001235A7" w:rsidRPr="001235A7" w:rsidRDefault="001235A7" w:rsidP="001235A7">
      <w:pPr>
        <w:numPr>
          <w:ilvl w:val="0"/>
          <w:numId w:val="36"/>
        </w:numPr>
        <w:rPr>
          <w:lang w:val="en-GB"/>
        </w:rPr>
      </w:pPr>
      <w:r w:rsidRPr="001235A7">
        <w:rPr>
          <w:b/>
          <w:bCs/>
          <w:lang w:val="en-GB"/>
        </w:rPr>
        <w:t>Alt Tags:</w:t>
      </w:r>
      <w:r w:rsidRPr="001235A7">
        <w:rPr>
          <w:lang w:val="en-GB"/>
        </w:rPr>
        <w:t xml:space="preserve"> Descriptive alt text missing on a few secondary property gallery images.</w:t>
      </w:r>
    </w:p>
    <w:p w14:paraId="2F3FC2B8" w14:textId="77777777" w:rsidR="001235A7" w:rsidRPr="001235A7" w:rsidRDefault="001235A7" w:rsidP="001235A7">
      <w:pPr>
        <w:numPr>
          <w:ilvl w:val="0"/>
          <w:numId w:val="36"/>
        </w:numPr>
        <w:rPr>
          <w:lang w:val="en-GB"/>
        </w:rPr>
      </w:pPr>
      <w:r w:rsidRPr="001235A7">
        <w:rPr>
          <w:b/>
          <w:bCs/>
          <w:lang w:val="en-GB"/>
        </w:rPr>
        <w:t>Keyboard Navigation:</w:t>
      </w:r>
      <w:r w:rsidRPr="001235A7">
        <w:rPr>
          <w:lang w:val="en-GB"/>
        </w:rPr>
        <w:t xml:space="preserve"> Basic support present, but screen reader optimization needs improvement. [</w:t>
      </w:r>
      <w:hyperlink r:id="rId72" w:history="1">
        <w:r w:rsidRPr="001235A7">
          <w:rPr>
            <w:rStyle w:val="Hyperlink"/>
            <w:lang w:val="en-GB"/>
          </w:rPr>
          <w:t>1</w:t>
        </w:r>
      </w:hyperlink>
      <w:r w:rsidRPr="001235A7">
        <w:rPr>
          <w:lang w:val="en-GB"/>
        </w:rPr>
        <w:t xml:space="preserve">, </w:t>
      </w:r>
      <w:hyperlink r:id="rId73" w:history="1">
        <w:r w:rsidRPr="001235A7">
          <w:rPr>
            <w:rStyle w:val="Hyperlink"/>
            <w:lang w:val="en-GB"/>
          </w:rPr>
          <w:t>2</w:t>
        </w:r>
      </w:hyperlink>
      <w:r w:rsidRPr="001235A7">
        <w:rPr>
          <w:lang w:val="en-GB"/>
        </w:rPr>
        <w:t>]</w:t>
      </w:r>
    </w:p>
    <w:p w14:paraId="3C1DDA9F" w14:textId="77777777" w:rsidR="001235A7" w:rsidRPr="001235A7" w:rsidRDefault="001235A7" w:rsidP="001235A7">
      <w:pPr>
        <w:ind w:left="360"/>
        <w:rPr>
          <w:b/>
          <w:bCs/>
          <w:lang w:val="en-GB"/>
        </w:rPr>
      </w:pPr>
      <w:r w:rsidRPr="001235A7">
        <w:rPr>
          <w:b/>
          <w:bCs/>
          <w:lang w:val="en-GB"/>
        </w:rPr>
        <w:t>SEO</w:t>
      </w:r>
    </w:p>
    <w:p w14:paraId="6058CE11" w14:textId="77777777" w:rsidR="001235A7" w:rsidRPr="001235A7" w:rsidRDefault="001235A7" w:rsidP="001235A7">
      <w:pPr>
        <w:numPr>
          <w:ilvl w:val="0"/>
          <w:numId w:val="37"/>
        </w:numPr>
        <w:rPr>
          <w:lang w:val="en-GB"/>
        </w:rPr>
      </w:pPr>
      <w:r w:rsidRPr="001235A7">
        <w:rPr>
          <w:b/>
          <w:bCs/>
          <w:lang w:val="en-GB"/>
        </w:rPr>
        <w:t>Mobile-First Indexing:</w:t>
      </w:r>
      <w:r w:rsidRPr="001235A7">
        <w:rPr>
          <w:lang w:val="en-GB"/>
        </w:rPr>
        <w:t xml:space="preserve"> Fully aligned with modern search engine crawling criteria.</w:t>
      </w:r>
    </w:p>
    <w:p w14:paraId="49E646E1" w14:textId="77777777" w:rsidR="001235A7" w:rsidRPr="001235A7" w:rsidRDefault="001235A7" w:rsidP="001235A7">
      <w:pPr>
        <w:numPr>
          <w:ilvl w:val="0"/>
          <w:numId w:val="37"/>
        </w:numPr>
        <w:rPr>
          <w:lang w:val="en-GB"/>
        </w:rPr>
      </w:pPr>
      <w:r w:rsidRPr="001235A7">
        <w:rPr>
          <w:b/>
          <w:bCs/>
          <w:lang w:val="en-GB"/>
        </w:rPr>
        <w:t>Metadata:</w:t>
      </w:r>
      <w:r w:rsidRPr="001235A7">
        <w:rPr>
          <w:lang w:val="en-GB"/>
        </w:rPr>
        <w:t xml:space="preserve"> Optimized meta titles and location-based keywords for regional intent.</w:t>
      </w:r>
    </w:p>
    <w:p w14:paraId="223A0460" w14:textId="77777777" w:rsidR="001235A7" w:rsidRPr="001235A7" w:rsidRDefault="001235A7" w:rsidP="001235A7">
      <w:pPr>
        <w:numPr>
          <w:ilvl w:val="0"/>
          <w:numId w:val="37"/>
        </w:numPr>
        <w:rPr>
          <w:lang w:val="en-GB"/>
        </w:rPr>
      </w:pPr>
      <w:r w:rsidRPr="001235A7">
        <w:rPr>
          <w:b/>
          <w:bCs/>
          <w:lang w:val="en-GB"/>
        </w:rPr>
        <w:t>Page Load Speed:</w:t>
      </w:r>
      <w:r w:rsidRPr="001235A7">
        <w:rPr>
          <w:lang w:val="en-GB"/>
        </w:rPr>
        <w:t xml:space="preserve"> Affected heavily by high-resolution property imagery requiring better compression/lazy loading. [</w:t>
      </w:r>
      <w:hyperlink r:id="rId74" w:history="1">
        <w:r w:rsidRPr="001235A7">
          <w:rPr>
            <w:rStyle w:val="Hyperlink"/>
            <w:lang w:val="en-GB"/>
          </w:rPr>
          <w:t>1</w:t>
        </w:r>
      </w:hyperlink>
      <w:r w:rsidRPr="001235A7">
        <w:rPr>
          <w:lang w:val="en-GB"/>
        </w:rPr>
        <w:t xml:space="preserve">, </w:t>
      </w:r>
      <w:hyperlink r:id="rId75" w:history="1">
        <w:r w:rsidRPr="001235A7">
          <w:rPr>
            <w:rStyle w:val="Hyperlink"/>
            <w:lang w:val="en-GB"/>
          </w:rPr>
          <w:t>2</w:t>
        </w:r>
      </w:hyperlink>
      <w:r w:rsidRPr="001235A7">
        <w:rPr>
          <w:lang w:val="en-GB"/>
        </w:rPr>
        <w:t xml:space="preserve">, </w:t>
      </w:r>
      <w:hyperlink r:id="rId76" w:history="1">
        <w:r w:rsidRPr="001235A7">
          <w:rPr>
            <w:rStyle w:val="Hyperlink"/>
            <w:lang w:val="en-GB"/>
          </w:rPr>
          <w:t>3</w:t>
        </w:r>
      </w:hyperlink>
      <w:r w:rsidRPr="001235A7">
        <w:rPr>
          <w:lang w:val="en-GB"/>
        </w:rPr>
        <w:t xml:space="preserve">, </w:t>
      </w:r>
      <w:hyperlink r:id="rId77" w:history="1">
        <w:r w:rsidRPr="001235A7">
          <w:rPr>
            <w:rStyle w:val="Hyperlink"/>
            <w:lang w:val="en-GB"/>
          </w:rPr>
          <w:t>4</w:t>
        </w:r>
      </w:hyperlink>
      <w:r w:rsidRPr="001235A7">
        <w:rPr>
          <w:lang w:val="en-GB"/>
        </w:rPr>
        <w:t xml:space="preserve">, </w:t>
      </w:r>
      <w:hyperlink r:id="rId78" w:history="1">
        <w:r w:rsidRPr="001235A7">
          <w:rPr>
            <w:rStyle w:val="Hyperlink"/>
            <w:lang w:val="en-GB"/>
          </w:rPr>
          <w:t>5</w:t>
        </w:r>
      </w:hyperlink>
      <w:r w:rsidRPr="001235A7">
        <w:rPr>
          <w:lang w:val="en-GB"/>
        </w:rPr>
        <w:t>]</w:t>
      </w:r>
    </w:p>
    <w:p w14:paraId="26C69A2A" w14:textId="57314E75" w:rsidR="001235A7" w:rsidRPr="001235A7" w:rsidRDefault="001235A7" w:rsidP="001235A7">
      <w:pPr>
        <w:ind w:left="360"/>
        <w:rPr>
          <w:b/>
          <w:bCs/>
          <w:lang w:val="en-GB"/>
        </w:rPr>
      </w:pPr>
      <w:r w:rsidRPr="001235A7">
        <w:rPr>
          <w:b/>
          <w:bCs/>
          <w:lang w:val="en-GB"/>
        </w:rPr>
        <w:t>Mobile Friendliness</w:t>
      </w:r>
    </w:p>
    <w:p w14:paraId="2C14F515" w14:textId="77777777" w:rsidR="001235A7" w:rsidRPr="001235A7" w:rsidRDefault="001235A7" w:rsidP="001235A7">
      <w:pPr>
        <w:numPr>
          <w:ilvl w:val="0"/>
          <w:numId w:val="38"/>
        </w:numPr>
        <w:rPr>
          <w:lang w:val="en-GB"/>
        </w:rPr>
      </w:pPr>
      <w:r w:rsidRPr="001235A7">
        <w:rPr>
          <w:b/>
          <w:bCs/>
          <w:lang w:val="en-GB"/>
        </w:rPr>
        <w:t>Responsive Grid:</w:t>
      </w:r>
      <w:r w:rsidRPr="001235A7">
        <w:rPr>
          <w:lang w:val="en-GB"/>
        </w:rPr>
        <w:t xml:space="preserve"> Automatically scales columns and property card grids smoothly across devices.</w:t>
      </w:r>
    </w:p>
    <w:p w14:paraId="3B0AE678" w14:textId="77777777" w:rsidR="001235A7" w:rsidRDefault="001235A7" w:rsidP="001235A7">
      <w:pPr>
        <w:numPr>
          <w:ilvl w:val="0"/>
          <w:numId w:val="38"/>
        </w:numPr>
        <w:rPr>
          <w:lang w:val="en-GB"/>
        </w:rPr>
      </w:pPr>
      <w:r w:rsidRPr="001235A7">
        <w:rPr>
          <w:b/>
          <w:bCs/>
          <w:lang w:val="en-GB"/>
        </w:rPr>
        <w:t>Touch Targets:</w:t>
      </w:r>
      <w:r w:rsidRPr="001235A7">
        <w:rPr>
          <w:lang w:val="en-GB"/>
        </w:rPr>
        <w:t xml:space="preserve"> Buttons and phone triggers are appropriately sized for mobile screens.</w:t>
      </w:r>
    </w:p>
    <w:p w14:paraId="2CF58AAC" w14:textId="545D4C3A" w:rsidR="00161239" w:rsidRDefault="00393610" w:rsidP="00393610">
      <w:pPr>
        <w:ind w:left="720"/>
        <w:rPr>
          <w:lang w:val="en-GB"/>
        </w:rPr>
      </w:pPr>
      <w:r>
        <w:rPr>
          <w:noProof/>
          <w:lang w:val="en-GB"/>
        </w:rPr>
        <w:lastRenderedPageBreak/>
        <w:drawing>
          <wp:inline distT="0" distB="0" distL="0" distR="0" wp14:anchorId="1A423DFD" wp14:editId="5123CF71">
            <wp:extent cx="5486400" cy="3084830"/>
            <wp:effectExtent l="0" t="0" r="0" b="1270"/>
            <wp:docPr id="1624018084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4018084" name="Picture 1624018084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4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6B3B57" w14:textId="77777777" w:rsidR="00393610" w:rsidRPr="001235A7" w:rsidRDefault="00393610" w:rsidP="00393610">
      <w:pPr>
        <w:numPr>
          <w:ilvl w:val="0"/>
          <w:numId w:val="38"/>
        </w:numPr>
        <w:jc w:val="center"/>
        <w:rPr>
          <w:lang w:val="en-GB"/>
        </w:rPr>
      </w:pPr>
    </w:p>
    <w:p w14:paraId="2C385A25" w14:textId="77777777" w:rsidR="001235A7" w:rsidRPr="001235A7" w:rsidRDefault="001235A7" w:rsidP="001235A7">
      <w:pPr>
        <w:numPr>
          <w:ilvl w:val="0"/>
          <w:numId w:val="38"/>
        </w:numPr>
        <w:rPr>
          <w:lang w:val="en-GB"/>
        </w:rPr>
      </w:pPr>
      <w:r w:rsidRPr="001235A7">
        <w:rPr>
          <w:b/>
          <w:bCs/>
          <w:lang w:val="en-GB"/>
        </w:rPr>
        <w:t>Performance:</w:t>
      </w:r>
      <w:r w:rsidRPr="001235A7">
        <w:rPr>
          <w:lang w:val="en-GB"/>
        </w:rPr>
        <w:t xml:space="preserve"> Minor latency spikes on mobile data due to heavy media files. [</w:t>
      </w:r>
      <w:hyperlink r:id="rId80" w:history="1">
        <w:r w:rsidRPr="001235A7">
          <w:rPr>
            <w:rStyle w:val="Hyperlink"/>
            <w:lang w:val="en-GB"/>
          </w:rPr>
          <w:t>1</w:t>
        </w:r>
      </w:hyperlink>
      <w:r w:rsidRPr="001235A7">
        <w:rPr>
          <w:lang w:val="en-GB"/>
        </w:rPr>
        <w:t xml:space="preserve">, </w:t>
      </w:r>
      <w:hyperlink r:id="rId81" w:history="1">
        <w:r w:rsidRPr="001235A7">
          <w:rPr>
            <w:rStyle w:val="Hyperlink"/>
            <w:lang w:val="en-GB"/>
          </w:rPr>
          <w:t>2</w:t>
        </w:r>
      </w:hyperlink>
      <w:r w:rsidRPr="001235A7">
        <w:rPr>
          <w:lang w:val="en-GB"/>
        </w:rPr>
        <w:t xml:space="preserve">, </w:t>
      </w:r>
      <w:hyperlink r:id="rId82" w:history="1">
        <w:r w:rsidRPr="001235A7">
          <w:rPr>
            <w:rStyle w:val="Hyperlink"/>
            <w:lang w:val="en-GB"/>
          </w:rPr>
          <w:t>3</w:t>
        </w:r>
      </w:hyperlink>
      <w:r w:rsidRPr="001235A7">
        <w:rPr>
          <w:lang w:val="en-GB"/>
        </w:rPr>
        <w:t xml:space="preserve">, </w:t>
      </w:r>
      <w:hyperlink r:id="rId83" w:history="1">
        <w:r w:rsidRPr="001235A7">
          <w:rPr>
            <w:rStyle w:val="Hyperlink"/>
            <w:lang w:val="en-GB"/>
          </w:rPr>
          <w:t>4</w:t>
        </w:r>
      </w:hyperlink>
      <w:r w:rsidRPr="001235A7">
        <w:rPr>
          <w:lang w:val="en-GB"/>
        </w:rPr>
        <w:t xml:space="preserve">, </w:t>
      </w:r>
      <w:hyperlink r:id="rId84" w:history="1">
        <w:r w:rsidRPr="001235A7">
          <w:rPr>
            <w:rStyle w:val="Hyperlink"/>
            <w:lang w:val="en-GB"/>
          </w:rPr>
          <w:t>5</w:t>
        </w:r>
      </w:hyperlink>
      <w:r w:rsidRPr="001235A7">
        <w:rPr>
          <w:lang w:val="en-GB"/>
        </w:rPr>
        <w:t>]</w:t>
      </w:r>
    </w:p>
    <w:p w14:paraId="34107B08" w14:textId="77777777" w:rsidR="008827B1" w:rsidRDefault="008827B1" w:rsidP="001235A7">
      <w:pPr>
        <w:ind w:left="360"/>
        <w:rPr>
          <w:b/>
          <w:bCs/>
          <w:lang w:val="en-GB"/>
        </w:rPr>
      </w:pPr>
    </w:p>
    <w:p w14:paraId="51A98FA6" w14:textId="77777777" w:rsidR="008827B1" w:rsidRDefault="008827B1" w:rsidP="001235A7">
      <w:pPr>
        <w:ind w:left="360"/>
        <w:rPr>
          <w:b/>
          <w:bCs/>
          <w:lang w:val="en-GB"/>
        </w:rPr>
      </w:pPr>
    </w:p>
    <w:p w14:paraId="08E6FB09" w14:textId="774CA02B" w:rsidR="001235A7" w:rsidRPr="001235A7" w:rsidRDefault="001235A7" w:rsidP="001235A7">
      <w:pPr>
        <w:ind w:left="360"/>
        <w:rPr>
          <w:b/>
          <w:bCs/>
          <w:lang w:val="en-GB"/>
        </w:rPr>
      </w:pPr>
      <w:r w:rsidRPr="001235A7">
        <w:rPr>
          <w:b/>
          <w:bCs/>
          <w:lang w:val="en-GB"/>
        </w:rPr>
        <w:t>Conclusion</w:t>
      </w:r>
    </w:p>
    <w:p w14:paraId="20394796" w14:textId="77777777" w:rsidR="001235A7" w:rsidRPr="001235A7" w:rsidRDefault="001235A7" w:rsidP="001235A7">
      <w:pPr>
        <w:ind w:left="360"/>
        <w:rPr>
          <w:lang w:val="en-GB"/>
        </w:rPr>
      </w:pPr>
      <w:r w:rsidRPr="001235A7">
        <w:rPr>
          <w:lang w:val="en-GB"/>
        </w:rPr>
        <w:t>The digital footprint is solid, offering functional responsive designs and clear local search optimization. Priority improvements should focus on image compression for speed, and enhanced accessibility compliance for screen readers.</w:t>
      </w:r>
    </w:p>
    <w:p w14:paraId="41D6D390" w14:textId="77777777" w:rsidR="001235A7" w:rsidRPr="001235A7" w:rsidRDefault="001235A7" w:rsidP="001235A7">
      <w:pPr>
        <w:rPr>
          <w:lang w:val="en-GB"/>
        </w:rPr>
      </w:pPr>
    </w:p>
    <w:p w14:paraId="374D28E1" w14:textId="41FEFC35" w:rsidR="00204BBB" w:rsidRDefault="008E0B84" w:rsidP="001235A7">
      <w:pPr>
        <w:ind w:left="360"/>
      </w:pPr>
      <w:r>
        <w:br/>
      </w:r>
    </w:p>
    <w:p w14:paraId="04F3B5CD" w14:textId="77777777" w:rsidR="00BD64EA" w:rsidRDefault="00BD64EA" w:rsidP="001235A7">
      <w:pPr>
        <w:ind w:left="360"/>
      </w:pPr>
    </w:p>
    <w:p w14:paraId="4597062D" w14:textId="77777777" w:rsidR="00BD64EA" w:rsidRDefault="00BD64EA" w:rsidP="001235A7">
      <w:pPr>
        <w:ind w:left="360"/>
      </w:pPr>
    </w:p>
    <w:p w14:paraId="55F87ABA" w14:textId="77777777" w:rsidR="00BD64EA" w:rsidRDefault="00BD64EA" w:rsidP="001235A7">
      <w:pPr>
        <w:ind w:left="360"/>
      </w:pPr>
    </w:p>
    <w:p w14:paraId="3E626BFB" w14:textId="77777777" w:rsidR="00BD64EA" w:rsidRDefault="00BD64EA" w:rsidP="001235A7">
      <w:pPr>
        <w:ind w:left="360"/>
      </w:pPr>
    </w:p>
    <w:p w14:paraId="6C1872DE" w14:textId="77777777" w:rsidR="00BD64EA" w:rsidRDefault="00BD64EA" w:rsidP="001235A7">
      <w:pPr>
        <w:ind w:left="360"/>
      </w:pPr>
    </w:p>
    <w:p w14:paraId="30EF4BA2" w14:textId="77777777" w:rsidR="00BD64EA" w:rsidRDefault="00BD64EA" w:rsidP="001235A7">
      <w:pPr>
        <w:ind w:left="360"/>
      </w:pPr>
    </w:p>
    <w:p w14:paraId="0FD9729F" w14:textId="77777777" w:rsidR="00BD64EA" w:rsidRDefault="00BD64EA" w:rsidP="001235A7">
      <w:pPr>
        <w:ind w:left="360"/>
      </w:pPr>
    </w:p>
    <w:p w14:paraId="13044A87" w14:textId="5DDA65C2" w:rsidR="00EE0AA5" w:rsidRDefault="008E0B84" w:rsidP="003E26B8">
      <w:pPr>
        <w:pStyle w:val="Heading1"/>
        <w:numPr>
          <w:ilvl w:val="0"/>
          <w:numId w:val="12"/>
        </w:numPr>
      </w:pPr>
      <w:bookmarkStart w:id="4" w:name="_Toc237550157"/>
      <w:r>
        <w:t>Conclus</w:t>
      </w:r>
      <w:bookmarkEnd w:id="4"/>
      <w:r w:rsidR="00554525">
        <w:t>ion</w:t>
      </w:r>
    </w:p>
    <w:p w14:paraId="1C44317E" w14:textId="77777777" w:rsidR="004143E1" w:rsidRPr="004143E1" w:rsidRDefault="004143E1" w:rsidP="004143E1"/>
    <w:p w14:paraId="525C5CCC" w14:textId="77777777" w:rsidR="00BD64EA" w:rsidRDefault="00BD64EA" w:rsidP="00410348"/>
    <w:p w14:paraId="6A7FF47D" w14:textId="77777777" w:rsidR="00BD64EA" w:rsidRDefault="00BD64EA" w:rsidP="00410348"/>
    <w:p w14:paraId="106588EB" w14:textId="3C60D95F" w:rsidR="00410348" w:rsidRDefault="00410348" w:rsidP="00410348">
      <w:r>
        <w:t>This assignment successfully applied functional</w:t>
      </w:r>
      <w:r w:rsidR="00B24100">
        <w:t xml:space="preserve"> development concepts to build a </w:t>
      </w:r>
      <w:r w:rsidR="00CB736A">
        <w:t xml:space="preserve">functional, </w:t>
      </w:r>
      <w:r w:rsidR="003A0E5C">
        <w:t>five-page</w:t>
      </w:r>
      <w:r w:rsidR="00CB736A">
        <w:t xml:space="preserve"> static </w:t>
      </w:r>
      <w:r w:rsidR="00972619">
        <w:t>website for MKHA Properties.</w:t>
      </w:r>
      <w:r w:rsidR="003A0E5C">
        <w:t xml:space="preserve"> </w:t>
      </w:r>
      <w:r w:rsidR="00C41D26">
        <w:t xml:space="preserve">The planning steps and execution steps I have explained thoroughly in the </w:t>
      </w:r>
      <w:r w:rsidR="009A39AD">
        <w:t>presentation. Through</w:t>
      </w:r>
      <w:r w:rsidR="00472C76">
        <w:t xml:space="preserve"> </w:t>
      </w:r>
      <w:r w:rsidR="009A39AD">
        <w:t>the practical application of semantic HTML</w:t>
      </w:r>
      <w:r w:rsidR="009F7C32">
        <w:t>5, the</w:t>
      </w:r>
      <w:r w:rsidR="00D61B83">
        <w:t xml:space="preserve"> core structural blueprint for each page</w:t>
      </w:r>
      <w:r w:rsidR="008E1883">
        <w:t xml:space="preserve"> was established, ensuring accessibility</w:t>
      </w:r>
      <w:r w:rsidR="004E3E98">
        <w:t xml:space="preserve"> and search engine </w:t>
      </w:r>
      <w:r w:rsidR="004631F0">
        <w:t xml:space="preserve">readability. </w:t>
      </w:r>
      <w:r w:rsidR="009F7C32">
        <w:t>Structured cascading</w:t>
      </w:r>
      <w:r w:rsidR="00C620D3">
        <w:t xml:space="preserve"> style </w:t>
      </w:r>
      <w:r w:rsidR="001E2A18">
        <w:t>sheets (</w:t>
      </w:r>
      <w:r w:rsidR="00C620D3">
        <w:t>CSS) were then impl</w:t>
      </w:r>
      <w:r w:rsidR="009F7C32">
        <w:t>emented to manage the visual</w:t>
      </w:r>
      <w:r w:rsidR="00841654">
        <w:t xml:space="preserve"> layout, typography, and responsive design </w:t>
      </w:r>
      <w:r w:rsidR="00084F39">
        <w:t xml:space="preserve">elements. This separation of content </w:t>
      </w:r>
      <w:r w:rsidR="001E2A18">
        <w:t xml:space="preserve">and presentation ensured a consistent user experience </w:t>
      </w:r>
      <w:r w:rsidR="00AB7EAE">
        <w:t>across different screen sizes.</w:t>
      </w:r>
    </w:p>
    <w:p w14:paraId="1B2DB1C0" w14:textId="77777777" w:rsidR="008827B1" w:rsidRDefault="008827B1" w:rsidP="00410348"/>
    <w:p w14:paraId="471BBD87" w14:textId="77777777" w:rsidR="008827B1" w:rsidRDefault="008827B1" w:rsidP="00410348"/>
    <w:p w14:paraId="12236964" w14:textId="4308E3E6" w:rsidR="00EF5266" w:rsidRDefault="0048232E" w:rsidP="00410348">
      <w:r>
        <w:t xml:space="preserve">We were helped by our </w:t>
      </w:r>
      <w:r w:rsidR="00A20B97">
        <w:t>teacher’s</w:t>
      </w:r>
      <w:r>
        <w:t xml:space="preserve"> guidance and using tools </w:t>
      </w:r>
      <w:r w:rsidR="001D488B">
        <w:t>like W3</w:t>
      </w:r>
      <w:r w:rsidR="00EF5266">
        <w:t xml:space="preserve">Schools, Bootstrap </w:t>
      </w:r>
      <w:r w:rsidR="008827B1">
        <w:t>etc. Building</w:t>
      </w:r>
      <w:r w:rsidR="00A20B97">
        <w:t xml:space="preserve"> this</w:t>
      </w:r>
      <w:r w:rsidR="00EF5266">
        <w:t xml:space="preserve"> project highlighted </w:t>
      </w:r>
      <w:r w:rsidR="00AB4D3B">
        <w:t xml:space="preserve">the importance of clean coding </w:t>
      </w:r>
      <w:r w:rsidR="002E7B43">
        <w:t>practices, logical</w:t>
      </w:r>
      <w:r w:rsidR="00AB4D3B">
        <w:t xml:space="preserve"> file </w:t>
      </w:r>
      <w:r w:rsidR="002E7B43">
        <w:t xml:space="preserve">directories, and user-first navigation </w:t>
      </w:r>
      <w:r w:rsidR="00A20B97">
        <w:t xml:space="preserve">paths. While the current static </w:t>
      </w:r>
      <w:r w:rsidR="0093702C">
        <w:t xml:space="preserve">architecture effectively showcases the business services and </w:t>
      </w:r>
      <w:r w:rsidR="007F451C">
        <w:t>listings, future iterations</w:t>
      </w:r>
      <w:r w:rsidR="001D2ED4">
        <w:t xml:space="preserve"> could integrate Java</w:t>
      </w:r>
      <w:r w:rsidR="00275C6A">
        <w:t>Script to add dynamic property filtering</w:t>
      </w:r>
      <w:r w:rsidR="00E2393E">
        <w:t xml:space="preserve"> or interactive contact </w:t>
      </w:r>
      <w:r w:rsidR="00E3517D">
        <w:t xml:space="preserve">forms. Ultimately, this assignment </w:t>
      </w:r>
      <w:r w:rsidR="000A6026">
        <w:t xml:space="preserve">provided critical hands-on experience, bringing </w:t>
      </w:r>
      <w:r w:rsidR="006466C8">
        <w:t>theoretical web principles with</w:t>
      </w:r>
      <w:r w:rsidR="004143E1">
        <w:t xml:space="preserve"> real-world website development.</w:t>
      </w:r>
    </w:p>
    <w:p w14:paraId="454896B1" w14:textId="77777777" w:rsidR="00EF5266" w:rsidRPr="00410348" w:rsidRDefault="00EF5266" w:rsidP="00410348"/>
    <w:p w14:paraId="20456234" w14:textId="7D788146" w:rsidR="00204BBB" w:rsidRDefault="008E0B84" w:rsidP="00EE0AA5">
      <w:pPr>
        <w:pStyle w:val="Heading1"/>
        <w:ind w:left="720"/>
      </w:pPr>
      <w:r>
        <w:br/>
      </w:r>
    </w:p>
    <w:p w14:paraId="4F15AB58" w14:textId="77777777" w:rsidR="003E26B8" w:rsidRDefault="003E26B8"/>
    <w:p w14:paraId="7CD4C365" w14:textId="77777777" w:rsidR="003E26B8" w:rsidRDefault="003E26B8"/>
    <w:p w14:paraId="13F2066A" w14:textId="77777777" w:rsidR="00BD64EA" w:rsidRDefault="00BD64EA"/>
    <w:p w14:paraId="06215576" w14:textId="77777777" w:rsidR="00BD64EA" w:rsidRDefault="00BD64EA"/>
    <w:p w14:paraId="1C57886D" w14:textId="77777777" w:rsidR="00BD64EA" w:rsidRDefault="00BD64EA"/>
    <w:p w14:paraId="719A2051" w14:textId="77777777" w:rsidR="00BD64EA" w:rsidRDefault="00BD64EA"/>
    <w:p w14:paraId="29B579EA" w14:textId="506FFC0A" w:rsidR="009E74F5" w:rsidRDefault="008E0B84" w:rsidP="009E74F5">
      <w:pPr>
        <w:pStyle w:val="Heading1"/>
        <w:numPr>
          <w:ilvl w:val="0"/>
          <w:numId w:val="12"/>
        </w:numPr>
      </w:pPr>
      <w:bookmarkStart w:id="5" w:name="_Toc237550158"/>
      <w:r>
        <w:t>References (IEEE Format)</w:t>
      </w:r>
      <w:bookmarkEnd w:id="5"/>
    </w:p>
    <w:sdt>
      <w:sdtPr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</w:rPr>
        <w:id w:val="-557092135"/>
        <w:docPartObj>
          <w:docPartGallery w:val="Bibliographies"/>
          <w:docPartUnique/>
        </w:docPartObj>
      </w:sdtPr>
      <w:sdtEndPr/>
      <w:sdtContent>
        <w:p w14:paraId="689B0B2C" w14:textId="7D3FA4A7" w:rsidR="000A2B51" w:rsidRDefault="000A2B51">
          <w:pPr>
            <w:pStyle w:val="Heading1"/>
          </w:pPr>
        </w:p>
        <w:sdt>
          <w:sdtPr>
            <w:id w:val="-573587230"/>
            <w:bibliography/>
          </w:sdtPr>
          <w:sdtEndPr/>
          <w:sdtContent>
            <w:p w14:paraId="37BF5889" w14:textId="77777777" w:rsidR="000A2B51" w:rsidRDefault="000A2B51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271"/>
                <w:gridCol w:w="8459"/>
              </w:tblGrid>
              <w:tr w:rsidR="000A2B51" w14:paraId="0034E627" w14:textId="77777777">
                <w:trPr>
                  <w:divId w:val="145078133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F38D7CF" w14:textId="59AC0818" w:rsidR="000A2B51" w:rsidRDefault="000A2B51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2BBF865" w14:textId="77777777" w:rsidR="000A2B51" w:rsidRDefault="000A2B5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https://www.w3schools.com/howto/howto_website_static.asp, "w3schools," https://www.w3schools.com/howto/howto_website_static.asp, 11 january 2026. [Online]. Available: https://www.w3schools.com/howto/howto_website_static.asp. [Accessed 12 auagust 2026].</w:t>
                    </w:r>
                  </w:p>
                </w:tc>
              </w:tr>
              <w:tr w:rsidR="000A2B51" w14:paraId="2545366E" w14:textId="77777777">
                <w:trPr>
                  <w:divId w:val="145078133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86E2723" w14:textId="77777777" w:rsidR="000A2B51" w:rsidRDefault="000A2B5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4E02056" w14:textId="77777777" w:rsidR="000A2B51" w:rsidRDefault="000A2B5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K. Smoothy, "https://webhivedigital.com/5-pages-every-website-needs/," https://webhivedigital.com/5-pages-every-website-needs/, 5 october 2022. [Online]. Available: https://webhivedigital.com/5-pages-every-website-needs/. [Accessed 12 august 2026].</w:t>
                    </w:r>
                  </w:p>
                </w:tc>
              </w:tr>
              <w:tr w:rsidR="000A2B51" w14:paraId="2026FA94" w14:textId="77777777">
                <w:trPr>
                  <w:divId w:val="145078133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B45DF04" w14:textId="77777777" w:rsidR="000A2B51" w:rsidRDefault="000A2B5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2898101" w14:textId="77777777" w:rsidR="000A2B51" w:rsidRDefault="000A2B5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mdpi, "https://www.mdpi.com/3042-5042/2/1/1," mdpi, 2 january 2025. [Online]. Available: https://www.mdpi.com/3042-5042/2/1/1. [Accessed 13 august 2026].</w:t>
                    </w:r>
                  </w:p>
                </w:tc>
              </w:tr>
              <w:tr w:rsidR="000A2B51" w14:paraId="10BD66FE" w14:textId="77777777">
                <w:trPr>
                  <w:divId w:val="145078133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267B2F2" w14:textId="77777777" w:rsidR="000A2B51" w:rsidRDefault="000A2B5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F48A3B7" w14:textId="77777777" w:rsidR="000A2B51" w:rsidRDefault="000A2B5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s. nature, "https://www.nature.com/nature-index/topics/l4/web-accessibility-evaluation-and-user-experience," spring nature, 2026. [Online]. Available: https://www.nature.com/nature-index/topics/l4/web-accessibility-evaluation-and-user-experience. [Accessed 13 august 2026].</w:t>
                    </w:r>
                  </w:p>
                </w:tc>
              </w:tr>
              <w:tr w:rsidR="000A2B51" w14:paraId="7F8961C6" w14:textId="77777777">
                <w:trPr>
                  <w:divId w:val="145078133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D24EB00" w14:textId="77777777" w:rsidR="000A2B51" w:rsidRDefault="000A2B5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C5838D7" w14:textId="77777777" w:rsidR="000A2B51" w:rsidRDefault="000A2B5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n. b. z. soomaiya hamid, "https://www.researchgate.net/publication/346424847_Assessing_Ecommerce_Websites_Usability_and_Accessibility_Study," researchgate, 2020. [Online]. Available: https://www.researchgate.net/publication/346424847_Assessing_Ecommerce_Websites_Usability_and_Accessibility_Study. [Accessed 13 august 2026].</w:t>
                    </w:r>
                  </w:p>
                </w:tc>
              </w:tr>
              <w:tr w:rsidR="000A2B51" w14:paraId="719C1718" w14:textId="77777777">
                <w:trPr>
                  <w:divId w:val="145078133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478E8AE" w14:textId="77777777" w:rsidR="000A2B51" w:rsidRDefault="000A2B5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D834FE0" w14:textId="77777777" w:rsidR="000A2B51" w:rsidRDefault="000A2B5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n. b. k. z. soomaiya hamid, "https://www.researchgate.net/publication/346424847_Assessing_Ecommerce_Websites_Usability_and_Accessibility_Study," researchgate, 2020. [Online]. Available: https://www.researchgate.net/publication/346424847_Assessing_Ecommerce_Websites_Usability_and_Accessibility_Study. [Accessed 13 august 2026].</w:t>
                    </w:r>
                  </w:p>
                </w:tc>
              </w:tr>
              <w:tr w:rsidR="000A2B51" w14:paraId="47DAE748" w14:textId="77777777">
                <w:trPr>
                  <w:divId w:val="145078133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C2EE1F1" w14:textId="77777777" w:rsidR="000A2B51" w:rsidRDefault="000A2B5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D9E9584" w14:textId="77777777" w:rsidR="000A2B51" w:rsidRDefault="000A2B5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a. sidiropoulos, "https://www.mdpi.com/3042-5042/2/1/1," mdpi, 2 january 2025. [Online]. Available: https://www.mdpi.com/3042-5042/2/1/1. [Accessed 13 august 2026].</w:t>
                    </w:r>
                  </w:p>
                </w:tc>
              </w:tr>
            </w:tbl>
            <w:p w14:paraId="33E79896" w14:textId="77777777" w:rsidR="000A2B51" w:rsidRDefault="000A2B51">
              <w:pPr>
                <w:divId w:val="1450781330"/>
                <w:rPr>
                  <w:rFonts w:eastAsia="Times New Roman"/>
                  <w:noProof/>
                </w:rPr>
              </w:pPr>
            </w:p>
            <w:p w14:paraId="1F087B51" w14:textId="65435E70" w:rsidR="000A2B51" w:rsidRDefault="000A2B51">
              <w:r>
                <w:rPr>
                  <w:b/>
                  <w:bCs/>
                  <w:noProof/>
                </w:rPr>
                <w:lastRenderedPageBreak/>
                <w:fldChar w:fldCharType="end"/>
              </w:r>
            </w:p>
          </w:sdtContent>
        </w:sdt>
      </w:sdtContent>
    </w:sdt>
    <w:p w14:paraId="1CD05B8F" w14:textId="3AE65A53" w:rsidR="00204BBB" w:rsidRDefault="008E0B84">
      <w:pPr>
        <w:pStyle w:val="Heading1"/>
      </w:pPr>
      <w:bookmarkStart w:id="6" w:name="_Toc237550159"/>
      <w:r>
        <w:t>7. Appendices</w:t>
      </w:r>
      <w:bookmarkEnd w:id="6"/>
    </w:p>
    <w:p w14:paraId="00552CD5" w14:textId="57C39553" w:rsidR="00204BBB" w:rsidRDefault="008E0B84">
      <w:r>
        <w:t>Include full HTML and CSS code listings.</w:t>
      </w:r>
      <w:r>
        <w:br/>
      </w:r>
      <w:r w:rsidR="00A12984">
        <w:t xml:space="preserve">First putting screenshots of HTML and CSS code listings when first I </w:t>
      </w:r>
      <w:r w:rsidR="000E6DC3">
        <w:t>was building the website.</w:t>
      </w:r>
      <w:r w:rsidR="000E6DC3">
        <w:rPr>
          <w:noProof/>
        </w:rPr>
        <w:drawing>
          <wp:inline distT="0" distB="0" distL="0" distR="0" wp14:anchorId="05448479" wp14:editId="7B5B379F">
            <wp:extent cx="6357668" cy="3295097"/>
            <wp:effectExtent l="0" t="0" r="5080" b="635"/>
            <wp:docPr id="1051617663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1617663" name="Picture 1051617663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6377206" cy="3305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768BB6" w14:textId="799DC856" w:rsidR="009A0D8F" w:rsidRDefault="009A0D8F">
      <w:r>
        <w:rPr>
          <w:noProof/>
        </w:rPr>
        <w:lastRenderedPageBreak/>
        <w:drawing>
          <wp:inline distT="0" distB="0" distL="0" distR="0" wp14:anchorId="351B80E1" wp14:editId="5CE5B108">
            <wp:extent cx="6435306" cy="3499198"/>
            <wp:effectExtent l="0" t="0" r="3810" b="6350"/>
            <wp:docPr id="1543992050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992050" name="Picture 1543992050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6447195" cy="3505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12F7E4" w14:textId="77777777" w:rsidR="009A0D8F" w:rsidRDefault="009A0D8F"/>
    <w:p w14:paraId="04B1ECA3" w14:textId="6ADCEED6" w:rsidR="009A0D8F" w:rsidRDefault="009A0D8F">
      <w:r>
        <w:rPr>
          <w:noProof/>
        </w:rPr>
        <w:drawing>
          <wp:inline distT="0" distB="0" distL="0" distR="0" wp14:anchorId="68E99386" wp14:editId="042A8ABD">
            <wp:extent cx="6581955" cy="2955480"/>
            <wp:effectExtent l="0" t="0" r="0" b="0"/>
            <wp:docPr id="442872377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2872377" name="Picture 442872377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6618519" cy="2971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3F4BB7" w14:textId="77777777" w:rsidR="009A0D8F" w:rsidRDefault="009A0D8F"/>
    <w:p w14:paraId="25161028" w14:textId="77777777" w:rsidR="009A0D8F" w:rsidRDefault="009A0D8F"/>
    <w:p w14:paraId="13152DFC" w14:textId="77777777" w:rsidR="009A0D8F" w:rsidRDefault="009A0D8F"/>
    <w:p w14:paraId="297C1826" w14:textId="77777777" w:rsidR="009A0D8F" w:rsidRDefault="009A0D8F"/>
    <w:p w14:paraId="14B4BF9E" w14:textId="03C1A488" w:rsidR="009A0D8F" w:rsidRDefault="009A0D8F">
      <w:r>
        <w:rPr>
          <w:noProof/>
        </w:rPr>
        <w:lastRenderedPageBreak/>
        <w:drawing>
          <wp:inline distT="0" distB="0" distL="0" distR="0" wp14:anchorId="36D1AD9A" wp14:editId="048EA81E">
            <wp:extent cx="6573329" cy="3431977"/>
            <wp:effectExtent l="0" t="0" r="0" b="0"/>
            <wp:docPr id="132169540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1695405" name="Picture 1321695405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6589163" cy="3440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885011" w14:textId="77777777" w:rsidR="009A0D8F" w:rsidRDefault="009A0D8F"/>
    <w:p w14:paraId="14231432" w14:textId="77777777" w:rsidR="009A0D8F" w:rsidRDefault="009A0D8F"/>
    <w:p w14:paraId="10AE5629" w14:textId="77777777" w:rsidR="009A0D8F" w:rsidRDefault="009A0D8F"/>
    <w:p w14:paraId="368B1EDD" w14:textId="37852857" w:rsidR="009A0D8F" w:rsidRDefault="009A0D8F">
      <w:r>
        <w:rPr>
          <w:noProof/>
        </w:rPr>
        <w:drawing>
          <wp:inline distT="0" distB="0" distL="0" distR="0" wp14:anchorId="0A697244" wp14:editId="4BC879E6">
            <wp:extent cx="6495691" cy="3510229"/>
            <wp:effectExtent l="0" t="0" r="635" b="0"/>
            <wp:docPr id="80268862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268862" name="Picture 80268862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6510620" cy="35182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5FB4BA" w14:textId="77777777" w:rsidR="009A0D8F" w:rsidRDefault="009A0D8F"/>
    <w:p w14:paraId="5B4F730F" w14:textId="77777777" w:rsidR="00AF388C" w:rsidRDefault="009A0D8F">
      <w:r>
        <w:rPr>
          <w:noProof/>
        </w:rPr>
        <w:drawing>
          <wp:inline distT="0" distB="0" distL="0" distR="0" wp14:anchorId="03AFD18B" wp14:editId="2CAA11F3">
            <wp:extent cx="6547449" cy="3538198"/>
            <wp:effectExtent l="0" t="0" r="6350" b="5715"/>
            <wp:docPr id="1650908840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0908840" name="Picture 1650908840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6603085" cy="3568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E861B8" w14:textId="4BCB8F90" w:rsidR="009A0D8F" w:rsidRDefault="00542A9D">
      <w:r>
        <w:t xml:space="preserve">Screenshots of final </w:t>
      </w:r>
      <w:r w:rsidR="00193AEA">
        <w:t>HTML and CSS code</w:t>
      </w:r>
      <w:r w:rsidR="00567888">
        <w:t xml:space="preserve"> listings</w:t>
      </w:r>
      <w:r w:rsidR="00193AEA">
        <w:t xml:space="preserve"> for the MKHA Properties.</w:t>
      </w:r>
    </w:p>
    <w:p w14:paraId="3DF087BE" w14:textId="4121ED54" w:rsidR="00567888" w:rsidRDefault="005260BB">
      <w:r>
        <w:rPr>
          <w:noProof/>
        </w:rPr>
        <w:drawing>
          <wp:inline distT="0" distB="0" distL="0" distR="0" wp14:anchorId="4D9A9199" wp14:editId="466C3E0D">
            <wp:extent cx="6478438" cy="3642622"/>
            <wp:effectExtent l="0" t="0" r="0" b="0"/>
            <wp:docPr id="19075139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75139" name="Picture 19075139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6489028" cy="3648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9D6A4B" w14:textId="77777777" w:rsidR="005260BB" w:rsidRDefault="005260BB"/>
    <w:p w14:paraId="7D652F0A" w14:textId="4F532EC8" w:rsidR="005260BB" w:rsidRDefault="005260BB">
      <w:r>
        <w:rPr>
          <w:noProof/>
        </w:rPr>
        <w:drawing>
          <wp:inline distT="0" distB="0" distL="0" distR="0" wp14:anchorId="453691DC" wp14:editId="5AF3F8A4">
            <wp:extent cx="6496334" cy="3652683"/>
            <wp:effectExtent l="0" t="0" r="0" b="5080"/>
            <wp:docPr id="72203564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203564" name="Picture 72203564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6496334" cy="36526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24390D" w14:textId="77777777" w:rsidR="005260BB" w:rsidRDefault="005260BB"/>
    <w:p w14:paraId="102B3BB0" w14:textId="77777777" w:rsidR="005260BB" w:rsidRDefault="005260BB"/>
    <w:p w14:paraId="69896CAF" w14:textId="2BB6BC30" w:rsidR="005260BB" w:rsidRDefault="005260BB">
      <w:r>
        <w:rPr>
          <w:noProof/>
        </w:rPr>
        <w:lastRenderedPageBreak/>
        <w:drawing>
          <wp:inline distT="0" distB="0" distL="0" distR="0" wp14:anchorId="1C5E51CF" wp14:editId="0D61723D">
            <wp:extent cx="6557749" cy="3687216"/>
            <wp:effectExtent l="0" t="0" r="0" b="8890"/>
            <wp:docPr id="100184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840" name="Picture 1001840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6565196" cy="36914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3D754B" w14:textId="570DB5FF" w:rsidR="005260BB" w:rsidRDefault="005260BB">
      <w:r>
        <w:rPr>
          <w:noProof/>
        </w:rPr>
        <w:drawing>
          <wp:inline distT="0" distB="0" distL="0" distR="0" wp14:anchorId="440BCB7B" wp14:editId="463A2A6B">
            <wp:extent cx="6503158" cy="3656521"/>
            <wp:effectExtent l="0" t="0" r="0" b="1270"/>
            <wp:docPr id="744563622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4563622" name="Picture 744563622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6508366" cy="3659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744E0C" w14:textId="77777777" w:rsidR="005260BB" w:rsidRDefault="005260BB"/>
    <w:p w14:paraId="45D031CB" w14:textId="77777777" w:rsidR="005260BB" w:rsidRDefault="005260BB"/>
    <w:p w14:paraId="76F9B5FA" w14:textId="465EB6B9" w:rsidR="005260BB" w:rsidRDefault="005260BB">
      <w:r>
        <w:rPr>
          <w:noProof/>
        </w:rPr>
        <w:lastRenderedPageBreak/>
        <w:drawing>
          <wp:inline distT="0" distB="0" distL="0" distR="0" wp14:anchorId="3A94C042" wp14:editId="37D2BCC4">
            <wp:extent cx="6503035" cy="3656452"/>
            <wp:effectExtent l="0" t="0" r="0" b="1270"/>
            <wp:docPr id="1160415530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0415530" name="Picture 1160415530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6522546" cy="3667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30E7C3" w14:textId="56679E3C" w:rsidR="005260BB" w:rsidRDefault="005260BB">
      <w:r>
        <w:rPr>
          <w:noProof/>
        </w:rPr>
        <w:drawing>
          <wp:inline distT="0" distB="0" distL="0" distR="0" wp14:anchorId="602E3D42" wp14:editId="00899F14">
            <wp:extent cx="6469039" cy="3637337"/>
            <wp:effectExtent l="0" t="0" r="8255" b="1270"/>
            <wp:docPr id="2051228857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228857" name="Picture 2051228857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6485141" cy="3646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682F4D" w14:textId="77777777" w:rsidR="009A0D8F" w:rsidRDefault="009A0D8F"/>
    <w:p w14:paraId="439A989E" w14:textId="77777777" w:rsidR="009A0D8F" w:rsidRDefault="009A0D8F"/>
    <w:p w14:paraId="46ED822B" w14:textId="77777777" w:rsidR="009A0D8F" w:rsidRDefault="009A0D8F"/>
    <w:sectPr w:rsidR="009A0D8F" w:rsidSect="005F26D7">
      <w:pgSz w:w="12240" w:h="15840"/>
      <w:pgMar w:top="1440" w:right="1800" w:bottom="1440" w:left="180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966A08" w14:textId="77777777" w:rsidR="008B317F" w:rsidRDefault="008B317F" w:rsidP="00CE2EE1">
      <w:pPr>
        <w:spacing w:after="0" w:line="240" w:lineRule="auto"/>
      </w:pPr>
      <w:r>
        <w:separator/>
      </w:r>
    </w:p>
  </w:endnote>
  <w:endnote w:type="continuationSeparator" w:id="0">
    <w:p w14:paraId="70CCFE9C" w14:textId="77777777" w:rsidR="008B317F" w:rsidRDefault="008B317F" w:rsidP="00CE2E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52F041" w14:textId="77777777" w:rsidR="008B317F" w:rsidRDefault="008B317F" w:rsidP="00CE2EE1">
      <w:pPr>
        <w:spacing w:after="0" w:line="240" w:lineRule="auto"/>
      </w:pPr>
      <w:r>
        <w:separator/>
      </w:r>
    </w:p>
  </w:footnote>
  <w:footnote w:type="continuationSeparator" w:id="0">
    <w:p w14:paraId="2B93F4D1" w14:textId="77777777" w:rsidR="008B317F" w:rsidRDefault="008B317F" w:rsidP="00CE2E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CE96A4F"/>
    <w:multiLevelType w:val="multilevel"/>
    <w:tmpl w:val="57326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7A55792"/>
    <w:multiLevelType w:val="multilevel"/>
    <w:tmpl w:val="ACA6D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BD15E01"/>
    <w:multiLevelType w:val="multilevel"/>
    <w:tmpl w:val="30662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F103A7"/>
    <w:multiLevelType w:val="multilevel"/>
    <w:tmpl w:val="8A1E4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1E91A66"/>
    <w:multiLevelType w:val="multilevel"/>
    <w:tmpl w:val="E06E7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25D0280"/>
    <w:multiLevelType w:val="multilevel"/>
    <w:tmpl w:val="2AD20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601A9B"/>
    <w:multiLevelType w:val="multilevel"/>
    <w:tmpl w:val="C9B81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9D504FE"/>
    <w:multiLevelType w:val="multilevel"/>
    <w:tmpl w:val="867A9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BC31D0B"/>
    <w:multiLevelType w:val="multilevel"/>
    <w:tmpl w:val="C4100E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0AF6092"/>
    <w:multiLevelType w:val="multilevel"/>
    <w:tmpl w:val="F4AAB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2134907"/>
    <w:multiLevelType w:val="multilevel"/>
    <w:tmpl w:val="AC8E4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3475FEA"/>
    <w:multiLevelType w:val="multilevel"/>
    <w:tmpl w:val="C854C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A411AB3"/>
    <w:multiLevelType w:val="multilevel"/>
    <w:tmpl w:val="139C8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D1229CA"/>
    <w:multiLevelType w:val="hybridMultilevel"/>
    <w:tmpl w:val="545A97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657767"/>
    <w:multiLevelType w:val="multilevel"/>
    <w:tmpl w:val="F8626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0A838C0"/>
    <w:multiLevelType w:val="multilevel"/>
    <w:tmpl w:val="D9D67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5602E63"/>
    <w:multiLevelType w:val="multilevel"/>
    <w:tmpl w:val="81482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6963316"/>
    <w:multiLevelType w:val="multilevel"/>
    <w:tmpl w:val="17A20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9365111"/>
    <w:multiLevelType w:val="multilevel"/>
    <w:tmpl w:val="90301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99174E1"/>
    <w:multiLevelType w:val="multilevel"/>
    <w:tmpl w:val="5BB6A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F068AB"/>
    <w:multiLevelType w:val="multilevel"/>
    <w:tmpl w:val="742A0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1BB0E1F"/>
    <w:multiLevelType w:val="hybridMultilevel"/>
    <w:tmpl w:val="D6DEB2E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52340E"/>
    <w:multiLevelType w:val="multilevel"/>
    <w:tmpl w:val="5FC8E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E0035D5"/>
    <w:multiLevelType w:val="hybridMultilevel"/>
    <w:tmpl w:val="9768DA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17430D"/>
    <w:multiLevelType w:val="multilevel"/>
    <w:tmpl w:val="36BC1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1C020B1"/>
    <w:multiLevelType w:val="multilevel"/>
    <w:tmpl w:val="CB925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58010FB"/>
    <w:multiLevelType w:val="multilevel"/>
    <w:tmpl w:val="638A2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A5856A0"/>
    <w:multiLevelType w:val="multilevel"/>
    <w:tmpl w:val="DC96E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B2513F6"/>
    <w:multiLevelType w:val="multilevel"/>
    <w:tmpl w:val="EA4C2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D114E9D"/>
    <w:multiLevelType w:val="multilevel"/>
    <w:tmpl w:val="4B7AF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78055623">
    <w:abstractNumId w:val="8"/>
  </w:num>
  <w:num w:numId="2" w16cid:durableId="1346901836">
    <w:abstractNumId w:val="6"/>
  </w:num>
  <w:num w:numId="3" w16cid:durableId="1830635023">
    <w:abstractNumId w:val="5"/>
  </w:num>
  <w:num w:numId="4" w16cid:durableId="1631324256">
    <w:abstractNumId w:val="4"/>
  </w:num>
  <w:num w:numId="5" w16cid:durableId="904292731">
    <w:abstractNumId w:val="7"/>
  </w:num>
  <w:num w:numId="6" w16cid:durableId="149562792">
    <w:abstractNumId w:val="3"/>
  </w:num>
  <w:num w:numId="7" w16cid:durableId="819229713">
    <w:abstractNumId w:val="2"/>
  </w:num>
  <w:num w:numId="8" w16cid:durableId="1593707741">
    <w:abstractNumId w:val="1"/>
  </w:num>
  <w:num w:numId="9" w16cid:durableId="1318265602">
    <w:abstractNumId w:val="0"/>
  </w:num>
  <w:num w:numId="10" w16cid:durableId="324668778">
    <w:abstractNumId w:val="32"/>
  </w:num>
  <w:num w:numId="11" w16cid:durableId="1446577065">
    <w:abstractNumId w:val="22"/>
  </w:num>
  <w:num w:numId="12" w16cid:durableId="1902905222">
    <w:abstractNumId w:val="17"/>
  </w:num>
  <w:num w:numId="13" w16cid:durableId="70397697">
    <w:abstractNumId w:val="30"/>
  </w:num>
  <w:num w:numId="14" w16cid:durableId="783229086">
    <w:abstractNumId w:val="14"/>
  </w:num>
  <w:num w:numId="15" w16cid:durableId="750395157">
    <w:abstractNumId w:val="38"/>
  </w:num>
  <w:num w:numId="16" w16cid:durableId="911310036">
    <w:abstractNumId w:val="18"/>
  </w:num>
  <w:num w:numId="17" w16cid:durableId="27531090">
    <w:abstractNumId w:val="35"/>
  </w:num>
  <w:num w:numId="18" w16cid:durableId="2082825208">
    <w:abstractNumId w:val="27"/>
  </w:num>
  <w:num w:numId="19" w16cid:durableId="487403551">
    <w:abstractNumId w:val="33"/>
  </w:num>
  <w:num w:numId="20" w16cid:durableId="1465850298">
    <w:abstractNumId w:val="24"/>
  </w:num>
  <w:num w:numId="21" w16cid:durableId="1796635574">
    <w:abstractNumId w:val="12"/>
  </w:num>
  <w:num w:numId="22" w16cid:durableId="1275401188">
    <w:abstractNumId w:val="36"/>
  </w:num>
  <w:num w:numId="23" w16cid:durableId="786045274">
    <w:abstractNumId w:val="20"/>
  </w:num>
  <w:num w:numId="24" w16cid:durableId="1609771974">
    <w:abstractNumId w:val="29"/>
  </w:num>
  <w:num w:numId="25" w16cid:durableId="1590581861">
    <w:abstractNumId w:val="9"/>
  </w:num>
  <w:num w:numId="26" w16cid:durableId="879589512">
    <w:abstractNumId w:val="16"/>
  </w:num>
  <w:num w:numId="27" w16cid:durableId="2062048516">
    <w:abstractNumId w:val="26"/>
  </w:num>
  <w:num w:numId="28" w16cid:durableId="832262596">
    <w:abstractNumId w:val="11"/>
  </w:num>
  <w:num w:numId="29" w16cid:durableId="1165438037">
    <w:abstractNumId w:val="15"/>
  </w:num>
  <w:num w:numId="30" w16cid:durableId="177357295">
    <w:abstractNumId w:val="34"/>
  </w:num>
  <w:num w:numId="31" w16cid:durableId="1509519307">
    <w:abstractNumId w:val="23"/>
  </w:num>
  <w:num w:numId="32" w16cid:durableId="1941444754">
    <w:abstractNumId w:val="10"/>
  </w:num>
  <w:num w:numId="33" w16cid:durableId="372771595">
    <w:abstractNumId w:val="25"/>
  </w:num>
  <w:num w:numId="34" w16cid:durableId="1081096286">
    <w:abstractNumId w:val="28"/>
  </w:num>
  <w:num w:numId="35" w16cid:durableId="618486840">
    <w:abstractNumId w:val="31"/>
  </w:num>
  <w:num w:numId="36" w16cid:durableId="282619225">
    <w:abstractNumId w:val="13"/>
  </w:num>
  <w:num w:numId="37" w16cid:durableId="183986250">
    <w:abstractNumId w:val="19"/>
  </w:num>
  <w:num w:numId="38" w16cid:durableId="148325129">
    <w:abstractNumId w:val="21"/>
  </w:num>
  <w:num w:numId="39" w16cid:durableId="412897612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2264A"/>
    <w:rsid w:val="0002308E"/>
    <w:rsid w:val="00030B11"/>
    <w:rsid w:val="000323B9"/>
    <w:rsid w:val="00034616"/>
    <w:rsid w:val="00034AB4"/>
    <w:rsid w:val="00054D6F"/>
    <w:rsid w:val="000551EE"/>
    <w:rsid w:val="0006063C"/>
    <w:rsid w:val="000638BD"/>
    <w:rsid w:val="00066660"/>
    <w:rsid w:val="000677DA"/>
    <w:rsid w:val="00084F39"/>
    <w:rsid w:val="00091704"/>
    <w:rsid w:val="0009422C"/>
    <w:rsid w:val="0009567C"/>
    <w:rsid w:val="000A2B51"/>
    <w:rsid w:val="000A34DB"/>
    <w:rsid w:val="000A6026"/>
    <w:rsid w:val="000B633C"/>
    <w:rsid w:val="000C543E"/>
    <w:rsid w:val="000C6A45"/>
    <w:rsid w:val="000D01C8"/>
    <w:rsid w:val="000D7FCB"/>
    <w:rsid w:val="000E1E1C"/>
    <w:rsid w:val="000E57A2"/>
    <w:rsid w:val="000E6DC3"/>
    <w:rsid w:val="00110663"/>
    <w:rsid w:val="001216A7"/>
    <w:rsid w:val="001235A7"/>
    <w:rsid w:val="00124D16"/>
    <w:rsid w:val="00130F58"/>
    <w:rsid w:val="0014069F"/>
    <w:rsid w:val="0015074B"/>
    <w:rsid w:val="001511F1"/>
    <w:rsid w:val="00153485"/>
    <w:rsid w:val="001543C5"/>
    <w:rsid w:val="001554DD"/>
    <w:rsid w:val="00161239"/>
    <w:rsid w:val="00183A3B"/>
    <w:rsid w:val="00191228"/>
    <w:rsid w:val="00193AEA"/>
    <w:rsid w:val="001A45FA"/>
    <w:rsid w:val="001B6455"/>
    <w:rsid w:val="001C0288"/>
    <w:rsid w:val="001C0412"/>
    <w:rsid w:val="001C330C"/>
    <w:rsid w:val="001C4542"/>
    <w:rsid w:val="001D2ED4"/>
    <w:rsid w:val="001D328B"/>
    <w:rsid w:val="001D488B"/>
    <w:rsid w:val="001D5C62"/>
    <w:rsid w:val="001E2A18"/>
    <w:rsid w:val="001E5317"/>
    <w:rsid w:val="001F0833"/>
    <w:rsid w:val="001F79DE"/>
    <w:rsid w:val="002049E6"/>
    <w:rsid w:val="00204BBB"/>
    <w:rsid w:val="00206236"/>
    <w:rsid w:val="00211F2A"/>
    <w:rsid w:val="00213AEA"/>
    <w:rsid w:val="002211D4"/>
    <w:rsid w:val="002269A4"/>
    <w:rsid w:val="002276FD"/>
    <w:rsid w:val="00235D79"/>
    <w:rsid w:val="00244802"/>
    <w:rsid w:val="00257022"/>
    <w:rsid w:val="002730B7"/>
    <w:rsid w:val="00275C6A"/>
    <w:rsid w:val="00275DB0"/>
    <w:rsid w:val="0029639D"/>
    <w:rsid w:val="002A2480"/>
    <w:rsid w:val="002B032F"/>
    <w:rsid w:val="002B3E65"/>
    <w:rsid w:val="002E4A92"/>
    <w:rsid w:val="002E7506"/>
    <w:rsid w:val="002E7B43"/>
    <w:rsid w:val="002F7665"/>
    <w:rsid w:val="00300DCA"/>
    <w:rsid w:val="00304190"/>
    <w:rsid w:val="00304DD5"/>
    <w:rsid w:val="00311E9A"/>
    <w:rsid w:val="00317881"/>
    <w:rsid w:val="00326F90"/>
    <w:rsid w:val="00327350"/>
    <w:rsid w:val="00346466"/>
    <w:rsid w:val="00351ABF"/>
    <w:rsid w:val="0036247F"/>
    <w:rsid w:val="003629A8"/>
    <w:rsid w:val="00374931"/>
    <w:rsid w:val="00376B4B"/>
    <w:rsid w:val="00393610"/>
    <w:rsid w:val="00394CD3"/>
    <w:rsid w:val="00395968"/>
    <w:rsid w:val="003A0E5C"/>
    <w:rsid w:val="003C26C9"/>
    <w:rsid w:val="003C27B1"/>
    <w:rsid w:val="003D64A6"/>
    <w:rsid w:val="003E26B8"/>
    <w:rsid w:val="003E39CE"/>
    <w:rsid w:val="00410348"/>
    <w:rsid w:val="004143E1"/>
    <w:rsid w:val="004146F8"/>
    <w:rsid w:val="00415811"/>
    <w:rsid w:val="0043304C"/>
    <w:rsid w:val="00436F84"/>
    <w:rsid w:val="00441B93"/>
    <w:rsid w:val="00443528"/>
    <w:rsid w:val="004477EB"/>
    <w:rsid w:val="00453103"/>
    <w:rsid w:val="00457A50"/>
    <w:rsid w:val="004631F0"/>
    <w:rsid w:val="00464FC8"/>
    <w:rsid w:val="00472C76"/>
    <w:rsid w:val="00476794"/>
    <w:rsid w:val="0048232E"/>
    <w:rsid w:val="00485976"/>
    <w:rsid w:val="0048740D"/>
    <w:rsid w:val="004901B0"/>
    <w:rsid w:val="00491672"/>
    <w:rsid w:val="00494033"/>
    <w:rsid w:val="004A18A0"/>
    <w:rsid w:val="004E3E98"/>
    <w:rsid w:val="004E4595"/>
    <w:rsid w:val="004E55EC"/>
    <w:rsid w:val="004F4E89"/>
    <w:rsid w:val="005108D1"/>
    <w:rsid w:val="00513325"/>
    <w:rsid w:val="005260BB"/>
    <w:rsid w:val="00535BBB"/>
    <w:rsid w:val="00535F75"/>
    <w:rsid w:val="005423F5"/>
    <w:rsid w:val="00542A9D"/>
    <w:rsid w:val="00543A3C"/>
    <w:rsid w:val="00554525"/>
    <w:rsid w:val="00560838"/>
    <w:rsid w:val="00566873"/>
    <w:rsid w:val="00567888"/>
    <w:rsid w:val="00580720"/>
    <w:rsid w:val="0059738C"/>
    <w:rsid w:val="005B74C9"/>
    <w:rsid w:val="005C0FF4"/>
    <w:rsid w:val="005C1A53"/>
    <w:rsid w:val="005D460D"/>
    <w:rsid w:val="005E302F"/>
    <w:rsid w:val="005E3369"/>
    <w:rsid w:val="005F26D7"/>
    <w:rsid w:val="00603896"/>
    <w:rsid w:val="00612A72"/>
    <w:rsid w:val="00617493"/>
    <w:rsid w:val="0062195D"/>
    <w:rsid w:val="006353AB"/>
    <w:rsid w:val="00636277"/>
    <w:rsid w:val="006433FA"/>
    <w:rsid w:val="006466C8"/>
    <w:rsid w:val="00650AB9"/>
    <w:rsid w:val="0065378B"/>
    <w:rsid w:val="00654841"/>
    <w:rsid w:val="00654849"/>
    <w:rsid w:val="00661EAC"/>
    <w:rsid w:val="00665805"/>
    <w:rsid w:val="00666540"/>
    <w:rsid w:val="00672BA8"/>
    <w:rsid w:val="00676FDF"/>
    <w:rsid w:val="00685136"/>
    <w:rsid w:val="0068774E"/>
    <w:rsid w:val="00691296"/>
    <w:rsid w:val="00692AD2"/>
    <w:rsid w:val="006A0D95"/>
    <w:rsid w:val="006A21B6"/>
    <w:rsid w:val="006A76CC"/>
    <w:rsid w:val="006B04FC"/>
    <w:rsid w:val="006B522D"/>
    <w:rsid w:val="006C01A2"/>
    <w:rsid w:val="006C1BEB"/>
    <w:rsid w:val="006D0A8C"/>
    <w:rsid w:val="006D133D"/>
    <w:rsid w:val="006E0028"/>
    <w:rsid w:val="006F290F"/>
    <w:rsid w:val="007070A9"/>
    <w:rsid w:val="00720253"/>
    <w:rsid w:val="0072407E"/>
    <w:rsid w:val="00734AAC"/>
    <w:rsid w:val="007423E8"/>
    <w:rsid w:val="007423FA"/>
    <w:rsid w:val="00750D35"/>
    <w:rsid w:val="00763407"/>
    <w:rsid w:val="00780EB9"/>
    <w:rsid w:val="00786A00"/>
    <w:rsid w:val="007A6BC9"/>
    <w:rsid w:val="007B162C"/>
    <w:rsid w:val="007C3FBB"/>
    <w:rsid w:val="007D4083"/>
    <w:rsid w:val="007E2712"/>
    <w:rsid w:val="007E2CCD"/>
    <w:rsid w:val="007E4257"/>
    <w:rsid w:val="007F451C"/>
    <w:rsid w:val="007F729D"/>
    <w:rsid w:val="007F72F1"/>
    <w:rsid w:val="00803A42"/>
    <w:rsid w:val="00804AE3"/>
    <w:rsid w:val="00810E82"/>
    <w:rsid w:val="00814B1F"/>
    <w:rsid w:val="00816BFB"/>
    <w:rsid w:val="00825734"/>
    <w:rsid w:val="00841654"/>
    <w:rsid w:val="00850517"/>
    <w:rsid w:val="00854AC5"/>
    <w:rsid w:val="0088067D"/>
    <w:rsid w:val="008827B1"/>
    <w:rsid w:val="00891CB7"/>
    <w:rsid w:val="00893761"/>
    <w:rsid w:val="00896CCC"/>
    <w:rsid w:val="008A300F"/>
    <w:rsid w:val="008B060F"/>
    <w:rsid w:val="008B317F"/>
    <w:rsid w:val="008B330D"/>
    <w:rsid w:val="008B4ABE"/>
    <w:rsid w:val="008D07FB"/>
    <w:rsid w:val="008E0B84"/>
    <w:rsid w:val="008E1883"/>
    <w:rsid w:val="008F174B"/>
    <w:rsid w:val="008F1887"/>
    <w:rsid w:val="008F4CFF"/>
    <w:rsid w:val="009063C7"/>
    <w:rsid w:val="00910A96"/>
    <w:rsid w:val="00926ABD"/>
    <w:rsid w:val="00933E7B"/>
    <w:rsid w:val="0093702C"/>
    <w:rsid w:val="009372B2"/>
    <w:rsid w:val="0095011D"/>
    <w:rsid w:val="00950A6C"/>
    <w:rsid w:val="009544B6"/>
    <w:rsid w:val="00955406"/>
    <w:rsid w:val="009604A5"/>
    <w:rsid w:val="00960DDD"/>
    <w:rsid w:val="00962D2E"/>
    <w:rsid w:val="00963680"/>
    <w:rsid w:val="00963D2C"/>
    <w:rsid w:val="00972619"/>
    <w:rsid w:val="009771BE"/>
    <w:rsid w:val="00982DE4"/>
    <w:rsid w:val="009867DB"/>
    <w:rsid w:val="0098741D"/>
    <w:rsid w:val="00991FEC"/>
    <w:rsid w:val="00995E4A"/>
    <w:rsid w:val="009A0D8F"/>
    <w:rsid w:val="009A39AD"/>
    <w:rsid w:val="009A720F"/>
    <w:rsid w:val="009B0E52"/>
    <w:rsid w:val="009C7229"/>
    <w:rsid w:val="009D5103"/>
    <w:rsid w:val="009D64D1"/>
    <w:rsid w:val="009E0D54"/>
    <w:rsid w:val="009E4685"/>
    <w:rsid w:val="009E6062"/>
    <w:rsid w:val="009E6DAD"/>
    <w:rsid w:val="009E74F5"/>
    <w:rsid w:val="009E7AFC"/>
    <w:rsid w:val="009F0464"/>
    <w:rsid w:val="009F7C32"/>
    <w:rsid w:val="00A0137E"/>
    <w:rsid w:val="00A05041"/>
    <w:rsid w:val="00A10061"/>
    <w:rsid w:val="00A12984"/>
    <w:rsid w:val="00A14B18"/>
    <w:rsid w:val="00A20B97"/>
    <w:rsid w:val="00A2340E"/>
    <w:rsid w:val="00A4608B"/>
    <w:rsid w:val="00A5775B"/>
    <w:rsid w:val="00A606AA"/>
    <w:rsid w:val="00A76FFE"/>
    <w:rsid w:val="00A80BFA"/>
    <w:rsid w:val="00A823EB"/>
    <w:rsid w:val="00A8575F"/>
    <w:rsid w:val="00A87F70"/>
    <w:rsid w:val="00A94298"/>
    <w:rsid w:val="00AA1D8D"/>
    <w:rsid w:val="00AB088D"/>
    <w:rsid w:val="00AB301E"/>
    <w:rsid w:val="00AB4D3B"/>
    <w:rsid w:val="00AB53AE"/>
    <w:rsid w:val="00AB5BF3"/>
    <w:rsid w:val="00AB7EAE"/>
    <w:rsid w:val="00AC67E1"/>
    <w:rsid w:val="00AC7467"/>
    <w:rsid w:val="00AC7BA2"/>
    <w:rsid w:val="00AD1183"/>
    <w:rsid w:val="00AD197B"/>
    <w:rsid w:val="00AF388C"/>
    <w:rsid w:val="00B03ABE"/>
    <w:rsid w:val="00B0674E"/>
    <w:rsid w:val="00B1384D"/>
    <w:rsid w:val="00B24100"/>
    <w:rsid w:val="00B26F79"/>
    <w:rsid w:val="00B41BCE"/>
    <w:rsid w:val="00B47730"/>
    <w:rsid w:val="00B63B56"/>
    <w:rsid w:val="00B6625D"/>
    <w:rsid w:val="00B70B68"/>
    <w:rsid w:val="00B75915"/>
    <w:rsid w:val="00B80881"/>
    <w:rsid w:val="00B80F5F"/>
    <w:rsid w:val="00B81BC8"/>
    <w:rsid w:val="00B949F5"/>
    <w:rsid w:val="00BA48D0"/>
    <w:rsid w:val="00BB3C31"/>
    <w:rsid w:val="00BC5E57"/>
    <w:rsid w:val="00BD02C1"/>
    <w:rsid w:val="00BD64EA"/>
    <w:rsid w:val="00BE326F"/>
    <w:rsid w:val="00BE508E"/>
    <w:rsid w:val="00BF577B"/>
    <w:rsid w:val="00BF610F"/>
    <w:rsid w:val="00C13674"/>
    <w:rsid w:val="00C16168"/>
    <w:rsid w:val="00C21BDB"/>
    <w:rsid w:val="00C26BC8"/>
    <w:rsid w:val="00C41D26"/>
    <w:rsid w:val="00C432CB"/>
    <w:rsid w:val="00C43A0F"/>
    <w:rsid w:val="00C4493A"/>
    <w:rsid w:val="00C467DD"/>
    <w:rsid w:val="00C51268"/>
    <w:rsid w:val="00C524BA"/>
    <w:rsid w:val="00C55E69"/>
    <w:rsid w:val="00C620D3"/>
    <w:rsid w:val="00C63B9B"/>
    <w:rsid w:val="00CA36EB"/>
    <w:rsid w:val="00CB0664"/>
    <w:rsid w:val="00CB6E23"/>
    <w:rsid w:val="00CB736A"/>
    <w:rsid w:val="00CC1716"/>
    <w:rsid w:val="00CC4B7A"/>
    <w:rsid w:val="00CC5C8D"/>
    <w:rsid w:val="00CE2EE1"/>
    <w:rsid w:val="00CF2214"/>
    <w:rsid w:val="00CF2455"/>
    <w:rsid w:val="00CF714A"/>
    <w:rsid w:val="00D01ECF"/>
    <w:rsid w:val="00D107B5"/>
    <w:rsid w:val="00D15C5A"/>
    <w:rsid w:val="00D22CAD"/>
    <w:rsid w:val="00D23C0C"/>
    <w:rsid w:val="00D4132D"/>
    <w:rsid w:val="00D422A8"/>
    <w:rsid w:val="00D61B83"/>
    <w:rsid w:val="00D66D90"/>
    <w:rsid w:val="00D66FB2"/>
    <w:rsid w:val="00D77AD8"/>
    <w:rsid w:val="00D86778"/>
    <w:rsid w:val="00DA1146"/>
    <w:rsid w:val="00DA3C14"/>
    <w:rsid w:val="00DB0C32"/>
    <w:rsid w:val="00DC3A6E"/>
    <w:rsid w:val="00DD5843"/>
    <w:rsid w:val="00DE12A2"/>
    <w:rsid w:val="00DF07F6"/>
    <w:rsid w:val="00DF416E"/>
    <w:rsid w:val="00E0189D"/>
    <w:rsid w:val="00E17597"/>
    <w:rsid w:val="00E2393E"/>
    <w:rsid w:val="00E26AB2"/>
    <w:rsid w:val="00E31450"/>
    <w:rsid w:val="00E31A3B"/>
    <w:rsid w:val="00E3237C"/>
    <w:rsid w:val="00E3517D"/>
    <w:rsid w:val="00E42ACD"/>
    <w:rsid w:val="00E43C5B"/>
    <w:rsid w:val="00E540C2"/>
    <w:rsid w:val="00E6628B"/>
    <w:rsid w:val="00E71531"/>
    <w:rsid w:val="00E8272A"/>
    <w:rsid w:val="00E847D0"/>
    <w:rsid w:val="00E848B2"/>
    <w:rsid w:val="00E91B38"/>
    <w:rsid w:val="00E92B61"/>
    <w:rsid w:val="00E95E05"/>
    <w:rsid w:val="00E9793F"/>
    <w:rsid w:val="00EB4FD3"/>
    <w:rsid w:val="00EC6879"/>
    <w:rsid w:val="00ED7FED"/>
    <w:rsid w:val="00EE0AA5"/>
    <w:rsid w:val="00EF5266"/>
    <w:rsid w:val="00EF5632"/>
    <w:rsid w:val="00F01BF1"/>
    <w:rsid w:val="00F13925"/>
    <w:rsid w:val="00F205E5"/>
    <w:rsid w:val="00F22FB9"/>
    <w:rsid w:val="00F276F2"/>
    <w:rsid w:val="00F33E8A"/>
    <w:rsid w:val="00F4466D"/>
    <w:rsid w:val="00F51AED"/>
    <w:rsid w:val="00F51F41"/>
    <w:rsid w:val="00F53090"/>
    <w:rsid w:val="00F550D8"/>
    <w:rsid w:val="00F6076E"/>
    <w:rsid w:val="00F65A99"/>
    <w:rsid w:val="00F72E3F"/>
    <w:rsid w:val="00F732C6"/>
    <w:rsid w:val="00F74809"/>
    <w:rsid w:val="00F83DC7"/>
    <w:rsid w:val="00F91AC4"/>
    <w:rsid w:val="00F93AEE"/>
    <w:rsid w:val="00F9446C"/>
    <w:rsid w:val="00FA248B"/>
    <w:rsid w:val="00FC693F"/>
    <w:rsid w:val="00FD479D"/>
    <w:rsid w:val="00FE46FA"/>
    <w:rsid w:val="00FE5F08"/>
    <w:rsid w:val="00FF5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C7C3824"/>
  <w14:defaultImageDpi w14:val="300"/>
  <w15:docId w15:val="{804B16DA-CC37-4F11-9D38-5AA35E2D1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link w:val="NoSpacingChar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NoSpacingChar">
    <w:name w:val="No Spacing Char"/>
    <w:basedOn w:val="DefaultParagraphFont"/>
    <w:link w:val="NoSpacing"/>
    <w:uiPriority w:val="1"/>
    <w:rsid w:val="005F26D7"/>
  </w:style>
  <w:style w:type="character" w:styleId="Hyperlink">
    <w:name w:val="Hyperlink"/>
    <w:basedOn w:val="DefaultParagraphFont"/>
    <w:uiPriority w:val="99"/>
    <w:unhideWhenUsed/>
    <w:rsid w:val="00AD118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D1183"/>
    <w:rPr>
      <w:color w:val="605E5C"/>
      <w:shd w:val="clear" w:color="auto" w:fill="E1DFDD"/>
    </w:rPr>
  </w:style>
  <w:style w:type="paragraph" w:styleId="TOC1">
    <w:name w:val="toc 1"/>
    <w:basedOn w:val="Normal"/>
    <w:next w:val="Normal"/>
    <w:autoRedefine/>
    <w:uiPriority w:val="39"/>
    <w:unhideWhenUsed/>
    <w:rsid w:val="00734AAC"/>
    <w:pPr>
      <w:spacing w:after="100" w:line="278" w:lineRule="auto"/>
    </w:pPr>
    <w:rPr>
      <w:kern w:val="2"/>
      <w:sz w:val="24"/>
      <w:szCs w:val="24"/>
      <w:lang w:val="en-GB" w:eastAsia="zh-CN"/>
      <w14:ligatures w14:val="standardContextual"/>
    </w:rPr>
  </w:style>
  <w:style w:type="paragraph" w:styleId="TOC2">
    <w:name w:val="toc 2"/>
    <w:basedOn w:val="Normal"/>
    <w:next w:val="Normal"/>
    <w:autoRedefine/>
    <w:uiPriority w:val="39"/>
    <w:unhideWhenUsed/>
    <w:rsid w:val="00734AAC"/>
    <w:pPr>
      <w:spacing w:after="100" w:line="278" w:lineRule="auto"/>
      <w:ind w:left="240"/>
    </w:pPr>
    <w:rPr>
      <w:kern w:val="2"/>
      <w:sz w:val="24"/>
      <w:szCs w:val="24"/>
      <w:lang w:val="en-GB" w:eastAsia="zh-CN"/>
      <w14:ligatures w14:val="standardContextual"/>
    </w:rPr>
  </w:style>
  <w:style w:type="paragraph" w:styleId="TOC3">
    <w:name w:val="toc 3"/>
    <w:basedOn w:val="Normal"/>
    <w:next w:val="Normal"/>
    <w:autoRedefine/>
    <w:uiPriority w:val="39"/>
    <w:unhideWhenUsed/>
    <w:rsid w:val="00734AAC"/>
    <w:pPr>
      <w:spacing w:after="100" w:line="278" w:lineRule="auto"/>
      <w:ind w:left="480"/>
    </w:pPr>
    <w:rPr>
      <w:kern w:val="2"/>
      <w:sz w:val="24"/>
      <w:szCs w:val="24"/>
      <w:lang w:val="en-GB" w:eastAsia="zh-CN"/>
      <w14:ligatures w14:val="standardContextual"/>
    </w:rPr>
  </w:style>
  <w:style w:type="paragraph" w:styleId="Bibliography">
    <w:name w:val="Bibliography"/>
    <w:basedOn w:val="Normal"/>
    <w:next w:val="Normal"/>
    <w:uiPriority w:val="37"/>
    <w:unhideWhenUsed/>
    <w:rsid w:val="000A2B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51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5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8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jpeg"/><Relationship Id="rId21" Type="http://schemas.openxmlformats.org/officeDocument/2006/relationships/image" Target="media/image13.png"/><Relationship Id="rId42" Type="http://schemas.openxmlformats.org/officeDocument/2006/relationships/hyperlink" Target="https://reciteme.com/news/web-accessibility-and-seo/" TargetMode="External"/><Relationship Id="rId47" Type="http://schemas.openxmlformats.org/officeDocument/2006/relationships/hyperlink" Target="https://www.smashingmagazine.com/2009/06/10-ways-to-make-your-site-accessible-using-web-standards/" TargetMode="External"/><Relationship Id="rId63" Type="http://schemas.openxmlformats.org/officeDocument/2006/relationships/hyperlink" Target="https://reciteme.com/news/web-accessibility-and-seo/" TargetMode="External"/><Relationship Id="rId68" Type="http://schemas.openxmlformats.org/officeDocument/2006/relationships/hyperlink" Target="https://www.newperspectivestudio.co.za/website-structural-integrity-scanner/" TargetMode="External"/><Relationship Id="rId84" Type="http://schemas.openxmlformats.org/officeDocument/2006/relationships/hyperlink" Target="https://www.foregroundweb.com/mobile-friendliness/" TargetMode="External"/><Relationship Id="rId89" Type="http://schemas.openxmlformats.org/officeDocument/2006/relationships/image" Target="media/image27.png"/><Relationship Id="rId16" Type="http://schemas.openxmlformats.org/officeDocument/2006/relationships/image" Target="media/image8.png"/><Relationship Id="rId11" Type="http://schemas.openxmlformats.org/officeDocument/2006/relationships/image" Target="media/image3.png"/><Relationship Id="rId32" Type="http://schemas.openxmlformats.org/officeDocument/2006/relationships/hyperlink" Target="https://digitalnomadshq.com.au/blog/what-is-seo/" TargetMode="External"/><Relationship Id="rId37" Type="http://schemas.openxmlformats.org/officeDocument/2006/relationships/hyperlink" Target="https://reciteme.com/news/website-usability-testing/" TargetMode="External"/><Relationship Id="rId53" Type="http://schemas.openxmlformats.org/officeDocument/2006/relationships/hyperlink" Target="https://dougvos.com/evaluation-criteria-for-websites/" TargetMode="External"/><Relationship Id="rId58" Type="http://schemas.openxmlformats.org/officeDocument/2006/relationships/hyperlink" Target="https://www.siteimprove.com/blog/higher-ed-digital-maturity-benchmark/" TargetMode="External"/><Relationship Id="rId74" Type="http://schemas.openxmlformats.org/officeDocument/2006/relationships/hyperlink" Target="https://dev.to/anisubhra_sarkar/the-ultimate-guide-to-building-mobile-friendly-websites-best-practices-advanced-techniques-and-aki" TargetMode="External"/><Relationship Id="rId79" Type="http://schemas.openxmlformats.org/officeDocument/2006/relationships/image" Target="media/image22.png"/><Relationship Id="rId5" Type="http://schemas.openxmlformats.org/officeDocument/2006/relationships/settings" Target="settings.xml"/><Relationship Id="rId90" Type="http://schemas.openxmlformats.org/officeDocument/2006/relationships/image" Target="media/image28.png"/><Relationship Id="rId95" Type="http://schemas.openxmlformats.org/officeDocument/2006/relationships/image" Target="media/image33.png"/><Relationship Id="rId22" Type="http://schemas.openxmlformats.org/officeDocument/2006/relationships/image" Target="media/image14.png"/><Relationship Id="rId27" Type="http://schemas.openxmlformats.org/officeDocument/2006/relationships/image" Target="media/image19.jpeg"/><Relationship Id="rId43" Type="http://schemas.openxmlformats.org/officeDocument/2006/relationships/hyperlink" Target="https://baymard.com/learn/website-usability" TargetMode="External"/><Relationship Id="rId48" Type="http://schemas.openxmlformats.org/officeDocument/2006/relationships/hyperlink" Target="https://www.siteimprove.com/blog/higher-ed-digital-maturity-benchmark/" TargetMode="External"/><Relationship Id="rId64" Type="http://schemas.openxmlformats.org/officeDocument/2006/relationships/hyperlink" Target="https://www.reading.ac.uk/digital-accessibility/resources/evaluating-webpage-accessibility" TargetMode="External"/><Relationship Id="rId69" Type="http://schemas.openxmlformats.org/officeDocument/2006/relationships/hyperlink" Target="https://seranking.com/blog/mobile-optimization/" TargetMode="External"/><Relationship Id="rId80" Type="http://schemas.openxmlformats.org/officeDocument/2006/relationships/hyperlink" Target="https://seranking.com/free-tools/mobile-friendly-test.html" TargetMode="External"/><Relationship Id="rId85" Type="http://schemas.openxmlformats.org/officeDocument/2006/relationships/image" Target="media/image23.png"/><Relationship Id="rId3" Type="http://schemas.openxmlformats.org/officeDocument/2006/relationships/numbering" Target="numbering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jpeg"/><Relationship Id="rId33" Type="http://schemas.openxmlformats.org/officeDocument/2006/relationships/hyperlink" Target="https://www.smashingmagazine.com/2009/06/10-ways-to-make-your-site-accessible-using-web-standards/" TargetMode="External"/><Relationship Id="rId38" Type="http://schemas.openxmlformats.org/officeDocument/2006/relationships/hyperlink" Target="https://www.google.com/searchviewer/10?svid=CAwSHRIbCgNwdnESFENnMHZaeTh4TVhkaWF6bHlkSEI0GAo" TargetMode="External"/><Relationship Id="rId46" Type="http://schemas.openxmlformats.org/officeDocument/2006/relationships/hyperlink" Target="https://digitalnomadshq.com.au/blog/what-is-seo/" TargetMode="External"/><Relationship Id="rId59" Type="http://schemas.openxmlformats.org/officeDocument/2006/relationships/hyperlink" Target="https://userway.org/blog/the-impact-of-accessibility-on-seo/" TargetMode="External"/><Relationship Id="rId67" Type="http://schemas.openxmlformats.org/officeDocument/2006/relationships/hyperlink" Target="https://www.google.com/searchviewer/10?svid=CAwSHRIbCgNwdnESFENnMHZaeTh4TVdaelpIQTNkSEUwGAo" TargetMode="External"/><Relationship Id="rId20" Type="http://schemas.openxmlformats.org/officeDocument/2006/relationships/image" Target="media/image12.png"/><Relationship Id="rId41" Type="http://schemas.openxmlformats.org/officeDocument/2006/relationships/hyperlink" Target="https://www.musbonrealestate.com/discover-your-dream-home-explore-houses-for-sale-in-kampala-with-musbon-real-estate/" TargetMode="External"/><Relationship Id="rId54" Type="http://schemas.openxmlformats.org/officeDocument/2006/relationships/hyperlink" Target="https://guides.lib.wayne.edu/c.php?g=174931&amp;p=1152172" TargetMode="External"/><Relationship Id="rId62" Type="http://schemas.openxmlformats.org/officeDocument/2006/relationships/hyperlink" Target="https://pmc.ncbi.nlm.nih.gov/articles/PMC11923163/" TargetMode="External"/><Relationship Id="rId70" Type="http://schemas.openxmlformats.org/officeDocument/2006/relationships/hyperlink" Target="https://richwebs.com/mobilefriendly-websites-and-their-impact-on-seo/" TargetMode="External"/><Relationship Id="rId75" Type="http://schemas.openxmlformats.org/officeDocument/2006/relationships/hyperlink" Target="https://www.echelonmedia.co.uk/how-does-mobile-friendly-web-design-affect-your-seo-rankings/" TargetMode="External"/><Relationship Id="rId83" Type="http://schemas.openxmlformats.org/officeDocument/2006/relationships/hyperlink" Target="https://www.seozoom.com/what-mobile-friendly-site-means-and-how-to-optimize-performance/" TargetMode="External"/><Relationship Id="rId88" Type="http://schemas.openxmlformats.org/officeDocument/2006/relationships/image" Target="media/image26.png"/><Relationship Id="rId91" Type="http://schemas.openxmlformats.org/officeDocument/2006/relationships/image" Target="media/image29.png"/><Relationship Id="rId9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hyperlink" Target="https://www.glidedesign.com/blog/website-usability-checklist/" TargetMode="External"/><Relationship Id="rId49" Type="http://schemas.openxmlformats.org/officeDocument/2006/relationships/hyperlink" Target="https://www.expre.co.uk/how-to-evaluate-a-website/" TargetMode="External"/><Relationship Id="rId57" Type="http://schemas.openxmlformats.org/officeDocument/2006/relationships/hyperlink" Target="https://www.smashingmagazine.com/2009/06/10-ways-to-make-your-site-accessible-using-web-standards/" TargetMode="External"/><Relationship Id="rId10" Type="http://schemas.openxmlformats.org/officeDocument/2006/relationships/image" Target="media/image2.png"/><Relationship Id="rId31" Type="http://schemas.openxmlformats.org/officeDocument/2006/relationships/hyperlink" Target="https://www.webfx.com/blog/web-design/website-design-faq/" TargetMode="External"/><Relationship Id="rId44" Type="http://schemas.openxmlformats.org/officeDocument/2006/relationships/hyperlink" Target="https://guides.lib.wayne.edu/c.php?g=174931&amp;p=1152172" TargetMode="External"/><Relationship Id="rId52" Type="http://schemas.openxmlformats.org/officeDocument/2006/relationships/hyperlink" Target="https://reciteme.com/news/web-accessibility-and-seo/" TargetMode="External"/><Relationship Id="rId60" Type="http://schemas.openxmlformats.org/officeDocument/2006/relationships/hyperlink" Target="https://www.glidedesign.com/blog/website-usability-checklist/" TargetMode="External"/><Relationship Id="rId65" Type="http://schemas.openxmlformats.org/officeDocument/2006/relationships/hyperlink" Target="https://mkhproperties.com/" TargetMode="External"/><Relationship Id="rId73" Type="http://schemas.openxmlformats.org/officeDocument/2006/relationships/hyperlink" Target="https://richwebs.com/mobilefriendly-websites-and-their-impact-on-seo/" TargetMode="External"/><Relationship Id="rId78" Type="http://schemas.openxmlformats.org/officeDocument/2006/relationships/hyperlink" Target="https://seranking.com/blog/mobile-optimization/" TargetMode="External"/><Relationship Id="rId81" Type="http://schemas.openxmlformats.org/officeDocument/2006/relationships/hyperlink" Target="https://www.zestdigital.com/insights/mobile-friendly-vs-mobile-optimised-how-they-affect-your-core-web-vitals" TargetMode="External"/><Relationship Id="rId86" Type="http://schemas.openxmlformats.org/officeDocument/2006/relationships/image" Target="media/image24.png"/><Relationship Id="rId94" Type="http://schemas.openxmlformats.org/officeDocument/2006/relationships/image" Target="media/image3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9" Type="http://schemas.openxmlformats.org/officeDocument/2006/relationships/hyperlink" Target="https://behomes.tech/secondary-market/" TargetMode="External"/><Relationship Id="rId34" Type="http://schemas.openxmlformats.org/officeDocument/2006/relationships/hyperlink" Target="https://www.siteimprove.com/blog/higher-ed-digital-maturity-benchmark/" TargetMode="External"/><Relationship Id="rId50" Type="http://schemas.openxmlformats.org/officeDocument/2006/relationships/hyperlink" Target="https://www.google.com/searchviewer/10?svid=CAwSHRIbCgNwdnESFENnMHZaeTh4TVhkaWF6bHlkSEI0GAo" TargetMode="External"/><Relationship Id="rId55" Type="http://schemas.openxmlformats.org/officeDocument/2006/relationships/hyperlink" Target="https://www.webfx.com/blog/web-design/website-design-faq/" TargetMode="External"/><Relationship Id="rId76" Type="http://schemas.openxmlformats.org/officeDocument/2006/relationships/hyperlink" Target="https://discovermybusiness.co/digital-marketing-services/responsive-web-design/" TargetMode="External"/><Relationship Id="rId97" Type="http://schemas.openxmlformats.org/officeDocument/2006/relationships/theme" Target="theme/theme1.xml"/><Relationship Id="rId7" Type="http://schemas.openxmlformats.org/officeDocument/2006/relationships/footnotes" Target="footnotes.xml"/><Relationship Id="rId71" Type="http://schemas.openxmlformats.org/officeDocument/2006/relationships/hyperlink" Target="https://gotchamobi.com/resources/blog/mobile-friendly-vs-mobile-optimized-websites/" TargetMode="External"/><Relationship Id="rId92" Type="http://schemas.openxmlformats.org/officeDocument/2006/relationships/image" Target="media/image30.png"/><Relationship Id="rId2" Type="http://schemas.openxmlformats.org/officeDocument/2006/relationships/customXml" Target="../customXml/item2.xml"/><Relationship Id="rId29" Type="http://schemas.openxmlformats.org/officeDocument/2006/relationships/image" Target="media/image21.png"/><Relationship Id="rId24" Type="http://schemas.openxmlformats.org/officeDocument/2006/relationships/image" Target="media/image16.png"/><Relationship Id="rId40" Type="http://schemas.openxmlformats.org/officeDocument/2006/relationships/hyperlink" Target="https://designhammer.com/blog/difference-between-web-accessibility-usability" TargetMode="External"/><Relationship Id="rId45" Type="http://schemas.openxmlformats.org/officeDocument/2006/relationships/hyperlink" Target="https://www.webfx.com/blog/web-design/website-design-faq/" TargetMode="External"/><Relationship Id="rId66" Type="http://schemas.openxmlformats.org/officeDocument/2006/relationships/hyperlink" Target="https://mkhproperties.com/" TargetMode="External"/><Relationship Id="rId87" Type="http://schemas.openxmlformats.org/officeDocument/2006/relationships/image" Target="media/image25.png"/><Relationship Id="rId61" Type="http://schemas.openxmlformats.org/officeDocument/2006/relationships/hyperlink" Target="https://www.deque.com/blog/accessibility-importance-for-seo/" TargetMode="External"/><Relationship Id="rId82" Type="http://schemas.openxmlformats.org/officeDocument/2006/relationships/hyperlink" Target="https://www.freedomseo.ca/understanding-the-importance-of-a-mobile-friendly-website" TargetMode="External"/><Relationship Id="rId19" Type="http://schemas.openxmlformats.org/officeDocument/2006/relationships/image" Target="media/image11.png"/><Relationship Id="rId14" Type="http://schemas.openxmlformats.org/officeDocument/2006/relationships/image" Target="media/image6.png"/><Relationship Id="rId30" Type="http://schemas.openxmlformats.org/officeDocument/2006/relationships/hyperlink" Target="https://guides.lib.wayne.edu/c.php?g=174931&amp;p=1152172" TargetMode="External"/><Relationship Id="rId35" Type="http://schemas.openxmlformats.org/officeDocument/2006/relationships/hyperlink" Target="https://designhammer.com/blog/difference-between-web-accessibility-usability" TargetMode="External"/><Relationship Id="rId56" Type="http://schemas.openxmlformats.org/officeDocument/2006/relationships/hyperlink" Target="https://digitalnomadshq.com.au/blog/what-is-seo/" TargetMode="External"/><Relationship Id="rId77" Type="http://schemas.openxmlformats.org/officeDocument/2006/relationships/hyperlink" Target="https://owdt.com/insight/responsive-web-design-principles-for-enhanced-user-experience/" TargetMode="External"/><Relationship Id="rId8" Type="http://schemas.openxmlformats.org/officeDocument/2006/relationships/endnotes" Target="endnotes.xml"/><Relationship Id="rId51" Type="http://schemas.openxmlformats.org/officeDocument/2006/relationships/hyperlink" Target="https://www.expre.co.uk/how-to-evaluate-a-website/" TargetMode="External"/><Relationship Id="rId72" Type="http://schemas.openxmlformats.org/officeDocument/2006/relationships/hyperlink" Target="https://baymard.com/learn/website-usability" TargetMode="External"/><Relationship Id="rId93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2026-04-08T00:00:00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htt263</b:Tag>
    <b:SourceType>InternetSite</b:SourceType>
    <b:Guid>{F90FE0F4-F33D-4970-B0F5-2A2EF8B650A0}</b:Guid>
    <b:Author>
      <b:Author>
        <b:NameList>
          <b:Person>
            <b:Last>https://www.w3schools.com/howto/howto_website_static.asp</b:Last>
          </b:Person>
        </b:NameList>
      </b:Author>
    </b:Author>
    <b:Title>w3schools</b:Title>
    <b:ProductionCompany>https://www.w3schools.com/howto/howto_website_static.asp</b:ProductionCompany>
    <b:Year>2026</b:Year>
    <b:Month>january</b:Month>
    <b:Day>11</b:Day>
    <b:YearAccessed>2026</b:YearAccessed>
    <b:MonthAccessed>auagust</b:MonthAccessed>
    <b:DayAccessed>12</b:DayAccessed>
    <b:URL>https://www.w3schools.com/howto/howto_website_static.asp</b:URL>
    <b:RefOrder>1</b:RefOrder>
  </b:Source>
  <b:Source>
    <b:Tag>Kat22</b:Tag>
    <b:SourceType>InternetSite</b:SourceType>
    <b:Guid>{A4D50B42-72FD-4310-A542-05ACA83E54F3}</b:Guid>
    <b:Author>
      <b:Author>
        <b:NameList>
          <b:Person>
            <b:Last>Smoothy</b:Last>
            <b:First>Kate</b:First>
          </b:Person>
        </b:NameList>
      </b:Author>
    </b:Author>
    <b:Title>https://webhivedigital.com/5-pages-every-website-needs/</b:Title>
    <b:ProductionCompany>https://webhivedigital.com/5-pages-every-website-needs/</b:ProductionCompany>
    <b:Year>2022</b:Year>
    <b:Month>october</b:Month>
    <b:Day>5</b:Day>
    <b:YearAccessed>2026</b:YearAccessed>
    <b:MonthAccessed>august</b:MonthAccessed>
    <b:DayAccessed>12</b:DayAccessed>
    <b:URL>https://webhivedigital.com/5-pages-every-website-needs/</b:URL>
    <b:RefOrder>2</b:RefOrder>
  </b:Source>
  <b:Source>
    <b:Tag>mdp25</b:Tag>
    <b:SourceType>InternetSite</b:SourceType>
    <b:Guid>{20B452E7-9B7C-46A7-A704-9B87473E0FB7}</b:Guid>
    <b:Author>
      <b:Author>
        <b:NameList>
          <b:Person>
            <b:Last>mdpi</b:Last>
          </b:Person>
        </b:NameList>
      </b:Author>
    </b:Author>
    <b:Title>https://www.mdpi.com/3042-5042/2/1/1</b:Title>
    <b:ProductionCompany>mdpi</b:ProductionCompany>
    <b:Year>2025</b:Year>
    <b:Month>january</b:Month>
    <b:Day>2</b:Day>
    <b:YearAccessed>2026</b:YearAccessed>
    <b:MonthAccessed>august</b:MonthAccessed>
    <b:DayAccessed>13</b:DayAccessed>
    <b:URL>https://www.mdpi.com/3042-5042/2/1/1</b:URL>
    <b:RefOrder>3</b:RefOrder>
  </b:Source>
  <b:Source>
    <b:Tag>spr26</b:Tag>
    <b:SourceType>InternetSite</b:SourceType>
    <b:Guid>{0BE697C3-6C02-490D-B978-C4FD2F5B4874}</b:Guid>
    <b:Author>
      <b:Author>
        <b:NameList>
          <b:Person>
            <b:Last>nature</b:Last>
            <b:First>spring</b:First>
          </b:Person>
        </b:NameList>
      </b:Author>
    </b:Author>
    <b:Title>https://www.nature.com/nature-index/topics/l4/web-accessibility-evaluation-and-user-experience</b:Title>
    <b:ProductionCompany>spring nature</b:ProductionCompany>
    <b:Year>2026</b:Year>
    <b:YearAccessed>2026</b:YearAccessed>
    <b:MonthAccessed>august</b:MonthAccessed>
    <b:DayAccessed>13</b:DayAccessed>
    <b:URL>https://www.nature.com/nature-index/topics/l4/web-accessibility-evaluation-and-user-experience</b:URL>
    <b:RefOrder>4</b:RefOrder>
  </b:Source>
  <b:Source>
    <b:Tag>soo20</b:Tag>
    <b:SourceType>InternetSite</b:SourceType>
    <b:Guid>{8A919DFC-C499-4BF5-9332-D3FCD39211C9}</b:Guid>
    <b:Author>
      <b:Author>
        <b:NameList>
          <b:Person>
            <b:Last>soomaiya hamid</b:Last>
            <b:First>narmeen</b:First>
            <b:Middle>bawany,kamal zahoor</b:Middle>
          </b:Person>
        </b:NameList>
      </b:Author>
    </b:Author>
    <b:Title>https://www.researchgate.net/publication/346424847_Assessing_Ecommerce_Websites_Usability_and_Accessibility_Study</b:Title>
    <b:ProductionCompany>researchgate</b:ProductionCompany>
    <b:Year>2020</b:Year>
    <b:YearAccessed>2026</b:YearAccessed>
    <b:MonthAccessed>august</b:MonthAccessed>
    <b:DayAccessed>13</b:DayAccessed>
    <b:URL>https://www.researchgate.net/publication/346424847_Assessing_Ecommerce_Websites_Usability_and_Accessibility_Study</b:URL>
    <b:RefOrder>5</b:RefOrder>
  </b:Source>
  <b:Source>
    <b:Tag>soo201</b:Tag>
    <b:SourceType>InternetSite</b:SourceType>
    <b:Guid>{95462492-ED0F-48CC-BC42-C91FA4FE1BB0}</b:Guid>
    <b:Author>
      <b:Author>
        <b:NameList>
          <b:Person>
            <b:Last>soomaiya hamid</b:Last>
            <b:First>narmeen</b:First>
            <b:Middle>bawany, kamal zahoor</b:Middle>
          </b:Person>
        </b:NameList>
      </b:Author>
    </b:Author>
    <b:Title>https://www.researchgate.net/publication/346424847_Assessing_Ecommerce_Websites_Usability_and_Accessibility_Study</b:Title>
    <b:ProductionCompany>researchgate</b:ProductionCompany>
    <b:Year>2020</b:Year>
    <b:YearAccessed>2026</b:YearAccessed>
    <b:MonthAccessed>august</b:MonthAccessed>
    <b:DayAccessed>13</b:DayAccessed>
    <b:URL>https://www.researchgate.net/publication/346424847_Assessing_Ecommerce_Websites_Usability_and_Accessibility_Study</b:URL>
    <b:RefOrder>6</b:RefOrder>
  </b:Source>
  <b:Source>
    <b:Tag>ant25</b:Tag>
    <b:SourceType>InternetSite</b:SourceType>
    <b:Guid>{B470704A-C123-4D7B-A81C-3220EDDA6FE7}</b:Guid>
    <b:Author>
      <b:Author>
        <b:NameList>
          <b:Person>
            <b:Last>sidiropoulos</b:Last>
            <b:First>antonis</b:First>
          </b:Person>
        </b:NameList>
      </b:Author>
    </b:Author>
    <b:Title>https://www.mdpi.com/3042-5042/2/1/1</b:Title>
    <b:ProductionCompany>mdpi</b:ProductionCompany>
    <b:Year>2025</b:Year>
    <b:Month>january</b:Month>
    <b:Day>2</b:Day>
    <b:YearAccessed>2026</b:YearAccessed>
    <b:MonthAccessed>august</b:MonthAccessed>
    <b:DayAccessed>13</b:DayAccessed>
    <b:URL>https://www.mdpi.com/3042-5042/2/1/1</b:URL>
    <b:RefOrder>7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246A061-837F-421B-B2DE-2B5160B94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29</Pages>
  <Words>2957</Words>
  <Characters>16856</Characters>
  <Application>Microsoft Office Word</Application>
  <DocSecurity>0</DocSecurity>
  <Lines>140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IWD</vt:lpstr>
    </vt:vector>
  </TitlesOfParts>
  <Manager/>
  <Company>DR. ANUM PARACHA</Company>
  <LinksUpToDate>false</LinksUpToDate>
  <CharactersWithSpaces>19774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 W D</dc:title>
  <dc:subject/>
  <dc:creator>Tejinder Singh Aulakh (2533151)</dc:creator>
  <cp:keywords/>
  <dc:description>generated by python-docx</dc:description>
  <cp:lastModifiedBy>Tejinder Singh Aulakh (2533151)</cp:lastModifiedBy>
  <cp:revision>2</cp:revision>
  <dcterms:created xsi:type="dcterms:W3CDTF">2026-08-14T11:13:00Z</dcterms:created>
  <dcterms:modified xsi:type="dcterms:W3CDTF">2026-08-14T11:13:00Z</dcterms:modified>
  <cp:category/>
</cp:coreProperties>
</file>