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4DE31" w14:textId="7D8C7DEC" w:rsidR="009656CA" w:rsidRPr="006B441C" w:rsidRDefault="00241BD2" w:rsidP="001159B7">
      <w:pPr>
        <w:pStyle w:val="Title"/>
        <w:jc w:val="center"/>
        <w:rPr>
          <w:sz w:val="52"/>
          <w:szCs w:val="72"/>
        </w:rPr>
      </w:pPr>
      <w:r w:rsidRPr="006B441C">
        <w:rPr>
          <w:sz w:val="52"/>
          <w:szCs w:val="72"/>
        </w:rPr>
        <w:t xml:space="preserve">Finding </w:t>
      </w:r>
      <w:r w:rsidR="00A43989">
        <w:rPr>
          <w:sz w:val="52"/>
          <w:szCs w:val="72"/>
        </w:rPr>
        <w:t>i</w:t>
      </w:r>
      <w:r w:rsidRPr="006B441C">
        <w:rPr>
          <w:sz w:val="52"/>
          <w:szCs w:val="72"/>
        </w:rPr>
        <w:t>nformation</w:t>
      </w:r>
      <w:r w:rsidR="006B441C" w:rsidRPr="006B441C">
        <w:rPr>
          <w:sz w:val="52"/>
          <w:szCs w:val="72"/>
        </w:rPr>
        <w:t xml:space="preserve"> </w:t>
      </w:r>
      <w:r w:rsidR="00A43989">
        <w:rPr>
          <w:sz w:val="52"/>
          <w:szCs w:val="72"/>
        </w:rPr>
        <w:t>t</w:t>
      </w:r>
      <w:r w:rsidR="006B441C" w:rsidRPr="006B441C">
        <w:rPr>
          <w:sz w:val="52"/>
          <w:szCs w:val="72"/>
        </w:rPr>
        <w:t>ask</w:t>
      </w:r>
      <w:r w:rsidR="00A43989">
        <w:rPr>
          <w:sz w:val="52"/>
          <w:szCs w:val="72"/>
        </w:rPr>
        <w:t xml:space="preserve"> and evaluating using CRAAP </w:t>
      </w:r>
      <w:r w:rsidR="006B441C" w:rsidRPr="006B441C">
        <w:rPr>
          <w:sz w:val="52"/>
          <w:szCs w:val="72"/>
        </w:rPr>
        <w:t>:</w:t>
      </w:r>
    </w:p>
    <w:p w14:paraId="06CC2A39" w14:textId="5DD948BD" w:rsidR="009656CA" w:rsidRPr="006B441C" w:rsidRDefault="009656CA">
      <w:pPr>
        <w:jc w:val="center"/>
        <w:rPr>
          <w:sz w:val="24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  <w:gridCol w:w="5184"/>
      </w:tblGrid>
      <w:tr w:rsidR="00AF7ECF" w:rsidRPr="006B441C" w14:paraId="4D6317F7" w14:textId="77777777" w:rsidTr="00AF7ECF">
        <w:trPr>
          <w:trHeight w:val="511"/>
          <w:jc w:val="center"/>
        </w:trPr>
        <w:tc>
          <w:tcPr>
            <w:tcW w:w="5184" w:type="dxa"/>
            <w:shd w:val="clear" w:color="auto" w:fill="EAF4F4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617C837A" w14:textId="73C853AC" w:rsidR="00AF7ECF" w:rsidRPr="006B441C" w:rsidRDefault="00AF7ECF">
            <w:pPr>
              <w:rPr>
                <w:sz w:val="24"/>
                <w:szCs w:val="28"/>
              </w:rPr>
            </w:pPr>
          </w:p>
        </w:tc>
        <w:tc>
          <w:tcPr>
            <w:tcW w:w="5184" w:type="dxa"/>
            <w:shd w:val="clear" w:color="auto" w:fill="EAF4F4"/>
          </w:tcPr>
          <w:p w14:paraId="5E157BF1" w14:textId="77777777" w:rsidR="00AF7ECF" w:rsidRPr="006B441C" w:rsidRDefault="00AF7ECF">
            <w:pPr>
              <w:rPr>
                <w:sz w:val="24"/>
                <w:szCs w:val="28"/>
              </w:rPr>
            </w:pPr>
          </w:p>
        </w:tc>
        <w:tc>
          <w:tcPr>
            <w:tcW w:w="5184" w:type="dxa"/>
            <w:shd w:val="clear" w:color="auto" w:fill="EAF4F4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00CCD70F" w14:textId="7940AAE2" w:rsidR="00AF7ECF" w:rsidRPr="006B441C" w:rsidRDefault="00AF7ECF">
            <w:pPr>
              <w:rPr>
                <w:sz w:val="24"/>
                <w:szCs w:val="28"/>
              </w:rPr>
            </w:pPr>
          </w:p>
        </w:tc>
      </w:tr>
    </w:tbl>
    <w:p w14:paraId="6D9B3D70" w14:textId="77777777" w:rsidR="009656CA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Your information question</w:t>
      </w:r>
    </w:p>
    <w:p w14:paraId="24CEE22A" w14:textId="6E2E1340" w:rsidR="00497219" w:rsidRPr="00497219" w:rsidRDefault="00497219" w:rsidP="00497219">
      <w:r>
        <w:t xml:space="preserve">Is the respiratory condition </w:t>
      </w:r>
      <w:r w:rsidR="00A43989">
        <w:t>chronic obstructive pulmonary disease (</w:t>
      </w:r>
      <w:r>
        <w:t>COPD</w:t>
      </w:r>
      <w:r w:rsidR="00A43989">
        <w:t>)</w:t>
      </w:r>
      <w:r>
        <w:t xml:space="preserve"> caused by smoking?</w:t>
      </w:r>
    </w:p>
    <w:p w14:paraId="0DFE709E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Your task</w:t>
      </w:r>
    </w:p>
    <w:p w14:paraId="75330CFA" w14:textId="66BC3ACD" w:rsidR="009656CA" w:rsidRDefault="006B441C">
      <w:pPr>
        <w:spacing w:after="100"/>
        <w:rPr>
          <w:sz w:val="24"/>
          <w:szCs w:val="28"/>
        </w:rPr>
      </w:pPr>
      <w:r>
        <w:rPr>
          <w:sz w:val="24"/>
          <w:szCs w:val="28"/>
        </w:rPr>
        <w:t>In small groups, y</w:t>
      </w:r>
      <w:r w:rsidR="00241BD2" w:rsidRPr="006B441C">
        <w:rPr>
          <w:sz w:val="24"/>
          <w:szCs w:val="28"/>
        </w:rPr>
        <w:t>ou have 3</w:t>
      </w:r>
      <w:r>
        <w:rPr>
          <w:sz w:val="24"/>
          <w:szCs w:val="28"/>
        </w:rPr>
        <w:t xml:space="preserve">0 </w:t>
      </w:r>
      <w:r w:rsidR="00241BD2" w:rsidRPr="006B441C">
        <w:rPr>
          <w:sz w:val="24"/>
          <w:szCs w:val="28"/>
        </w:rPr>
        <w:t>minutes to find three useful sources that could help answer the question.</w:t>
      </w:r>
    </w:p>
    <w:p w14:paraId="0E7CD9CD" w14:textId="77777777" w:rsidR="006B441C" w:rsidRPr="006B441C" w:rsidRDefault="006B441C">
      <w:pPr>
        <w:spacing w:after="100"/>
        <w:rPr>
          <w:sz w:val="24"/>
          <w:szCs w:val="28"/>
        </w:rPr>
      </w:pPr>
    </w:p>
    <w:p w14:paraId="4285B9C6" w14:textId="77777777" w:rsidR="009656CA" w:rsidRPr="006B441C" w:rsidRDefault="00241BD2">
      <w:pPr>
        <w:pStyle w:val="ListBullet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One trustworthy public-sector source (for example, NHS, GOV.UK or a local authority).</w:t>
      </w:r>
    </w:p>
    <w:p w14:paraId="1F34AA96" w14:textId="77777777" w:rsidR="009656CA" w:rsidRPr="006B441C" w:rsidRDefault="00241BD2">
      <w:pPr>
        <w:pStyle w:val="ListBullet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 xml:space="preserve">One source from a relevant charity or professional </w:t>
      </w:r>
      <w:proofErr w:type="spellStart"/>
      <w:r w:rsidRPr="006B441C">
        <w:rPr>
          <w:sz w:val="24"/>
          <w:szCs w:val="28"/>
        </w:rPr>
        <w:t>organisation</w:t>
      </w:r>
      <w:proofErr w:type="spellEnd"/>
      <w:r w:rsidRPr="006B441C">
        <w:rPr>
          <w:sz w:val="24"/>
          <w:szCs w:val="28"/>
        </w:rPr>
        <w:t>.</w:t>
      </w:r>
    </w:p>
    <w:p w14:paraId="4281052C" w14:textId="548000B4" w:rsidR="009656CA" w:rsidRPr="006B441C" w:rsidRDefault="00241BD2">
      <w:pPr>
        <w:pStyle w:val="ListBullet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 xml:space="preserve">One academic source, such as a peer-reviewed journal article found through your library search </w:t>
      </w:r>
      <w:r w:rsidR="00497219">
        <w:rPr>
          <w:sz w:val="24"/>
          <w:szCs w:val="28"/>
        </w:rPr>
        <w:t xml:space="preserve">database </w:t>
      </w:r>
      <w:r w:rsidRPr="006B441C">
        <w:rPr>
          <w:sz w:val="24"/>
          <w:szCs w:val="28"/>
        </w:rPr>
        <w:t xml:space="preserve">tool </w:t>
      </w:r>
      <w:r w:rsidR="00A43989">
        <w:rPr>
          <w:sz w:val="24"/>
          <w:szCs w:val="28"/>
        </w:rPr>
        <w:t xml:space="preserve">using either EBSCO </w:t>
      </w:r>
      <w:r w:rsidRPr="006B441C">
        <w:rPr>
          <w:sz w:val="24"/>
          <w:szCs w:val="28"/>
        </w:rPr>
        <w:t xml:space="preserve">or </w:t>
      </w:r>
      <w:proofErr w:type="spellStart"/>
      <w:r w:rsidR="00A43989">
        <w:rPr>
          <w:sz w:val="24"/>
          <w:szCs w:val="28"/>
        </w:rPr>
        <w:t>Pubmed</w:t>
      </w:r>
      <w:proofErr w:type="spellEnd"/>
      <w:r w:rsidR="00A43989">
        <w:rPr>
          <w:sz w:val="24"/>
          <w:szCs w:val="28"/>
        </w:rPr>
        <w:t xml:space="preserve">. </w:t>
      </w:r>
    </w:p>
    <w:p w14:paraId="6AB04A2A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Search process</w:t>
      </w:r>
    </w:p>
    <w:p w14:paraId="081A1DA7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Pick out the main concepts in the question.</w:t>
      </w:r>
    </w:p>
    <w:p w14:paraId="6CF054D3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List alternative words for each concept.</w:t>
      </w:r>
    </w:p>
    <w:p w14:paraId="5AF31597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 xml:space="preserve">Combine keywords using AND or </w:t>
      </w:r>
      <w:proofErr w:type="spellStart"/>
      <w:r w:rsidRPr="006B441C">
        <w:rPr>
          <w:sz w:val="24"/>
          <w:szCs w:val="28"/>
        </w:rPr>
        <w:t>OR</w:t>
      </w:r>
      <w:proofErr w:type="spellEnd"/>
      <w:r w:rsidRPr="006B441C">
        <w:rPr>
          <w:sz w:val="24"/>
          <w:szCs w:val="28"/>
        </w:rPr>
        <w:t>.</w:t>
      </w:r>
    </w:p>
    <w:p w14:paraId="3A903446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Run at least three searches and record every search in the log.</w:t>
      </w:r>
    </w:p>
    <w:p w14:paraId="493222EB" w14:textId="77777777" w:rsidR="009656CA" w:rsidRPr="006B441C" w:rsidRDefault="00241BD2">
      <w:pPr>
        <w:pStyle w:val="ListNumber"/>
        <w:spacing w:after="40"/>
        <w:rPr>
          <w:sz w:val="24"/>
          <w:szCs w:val="28"/>
        </w:rPr>
      </w:pPr>
      <w:r w:rsidRPr="006B441C">
        <w:rPr>
          <w:sz w:val="24"/>
          <w:szCs w:val="28"/>
        </w:rPr>
        <w:t>Choose your best three sources and briefly explain why each is useful and trustworthy.</w:t>
      </w:r>
    </w:p>
    <w:p w14:paraId="237261C5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Keyword starter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53"/>
        <w:gridCol w:w="3453"/>
        <w:gridCol w:w="3452"/>
      </w:tblGrid>
      <w:tr w:rsidR="009656CA" w:rsidRPr="006B441C" w14:paraId="68796F29" w14:textId="77777777">
        <w:trPr>
          <w:jc w:val="center"/>
        </w:trPr>
        <w:tc>
          <w:tcPr>
            <w:tcW w:w="3456" w:type="dxa"/>
            <w:shd w:val="clear" w:color="auto" w:fill="2B6F77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61D9895" w14:textId="43B18CE6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 xml:space="preserve">Concept 1: </w:t>
            </w:r>
            <w:r w:rsidR="00497219">
              <w:rPr>
                <w:b/>
                <w:color w:val="FFFFFF"/>
                <w:sz w:val="24"/>
                <w:szCs w:val="28"/>
              </w:rPr>
              <w:t>Smoking</w:t>
            </w:r>
          </w:p>
        </w:tc>
        <w:tc>
          <w:tcPr>
            <w:tcW w:w="3456" w:type="dxa"/>
            <w:shd w:val="clear" w:color="auto" w:fill="2B6F77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8737A0C" w14:textId="00B9B8DD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 xml:space="preserve">Concept 2: </w:t>
            </w:r>
            <w:r w:rsidR="00497219">
              <w:rPr>
                <w:b/>
                <w:color w:val="FFFFFF"/>
                <w:sz w:val="24"/>
                <w:szCs w:val="28"/>
              </w:rPr>
              <w:t>COPD</w:t>
            </w:r>
          </w:p>
        </w:tc>
        <w:tc>
          <w:tcPr>
            <w:tcW w:w="3456" w:type="dxa"/>
            <w:shd w:val="clear" w:color="auto" w:fill="2B6F77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11E0A2F" w14:textId="458290A3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 xml:space="preserve">Concept 3: </w:t>
            </w:r>
            <w:r w:rsidR="00497219">
              <w:rPr>
                <w:b/>
                <w:color w:val="FFFFFF"/>
                <w:sz w:val="24"/>
                <w:szCs w:val="28"/>
              </w:rPr>
              <w:t>Causes of COPD</w:t>
            </w:r>
          </w:p>
        </w:tc>
      </w:tr>
      <w:tr w:rsidR="009656CA" w:rsidRPr="006B441C" w14:paraId="5DE8E9C4" w14:textId="77777777">
        <w:trPr>
          <w:jc w:val="center"/>
        </w:trPr>
        <w:tc>
          <w:tcPr>
            <w:tcW w:w="3456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5AA59AE" w14:textId="738FCD06" w:rsidR="009656CA" w:rsidRPr="006B441C" w:rsidRDefault="0049721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Smoking</w:t>
            </w:r>
          </w:p>
        </w:tc>
        <w:tc>
          <w:tcPr>
            <w:tcW w:w="3456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33F1D43" w14:textId="216DB80F" w:rsidR="009656CA" w:rsidRPr="006B441C" w:rsidRDefault="0049721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COPD, COAD, bronchitis, emphysema</w:t>
            </w:r>
          </w:p>
        </w:tc>
        <w:tc>
          <w:tcPr>
            <w:tcW w:w="3456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7525DE4" w14:textId="703E9FAB" w:rsidR="009656CA" w:rsidRPr="006B441C" w:rsidRDefault="0049721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COPD causes</w:t>
            </w:r>
          </w:p>
        </w:tc>
      </w:tr>
    </w:tbl>
    <w:p w14:paraId="4B5CDA4C" w14:textId="77777777" w:rsidR="009656CA" w:rsidRPr="006B441C" w:rsidRDefault="009656CA">
      <w:pPr>
        <w:rPr>
          <w:sz w:val="24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58"/>
      </w:tblGrid>
      <w:tr w:rsidR="009656CA" w:rsidRPr="006B441C" w14:paraId="692153FA" w14:textId="77777777">
        <w:tc>
          <w:tcPr>
            <w:tcW w:w="10368" w:type="dxa"/>
            <w:shd w:val="clear" w:color="auto" w:fill="FFF3CD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442F6422" w14:textId="6A94A1A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 xml:space="preserve">Example search:  </w:t>
            </w:r>
            <w:r w:rsidR="00A43989">
              <w:rPr>
                <w:sz w:val="24"/>
                <w:szCs w:val="28"/>
              </w:rPr>
              <w:t xml:space="preserve">Does smoking cause </w:t>
            </w:r>
            <w:r w:rsidR="00497219">
              <w:rPr>
                <w:sz w:val="24"/>
                <w:szCs w:val="28"/>
              </w:rPr>
              <w:t>COPD</w:t>
            </w:r>
            <w:r w:rsidR="00A43989">
              <w:rPr>
                <w:sz w:val="24"/>
                <w:szCs w:val="28"/>
              </w:rPr>
              <w:t>?</w:t>
            </w:r>
          </w:p>
        </w:tc>
      </w:tr>
    </w:tbl>
    <w:p w14:paraId="3E9F7FAD" w14:textId="49708375" w:rsidR="009656CA" w:rsidRPr="006B441C" w:rsidRDefault="006B441C">
      <w:pPr>
        <w:pStyle w:val="Heading1"/>
        <w:rPr>
          <w:sz w:val="36"/>
          <w:szCs w:val="36"/>
        </w:rPr>
      </w:pPr>
      <w:r>
        <w:rPr>
          <w:sz w:val="36"/>
          <w:szCs w:val="36"/>
        </w:rPr>
        <w:t>Checklist:</w:t>
      </w:r>
    </w:p>
    <w:p w14:paraId="07F1F23B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 I recorded the exact words I searched.</w:t>
      </w:r>
    </w:p>
    <w:p w14:paraId="67E687DD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lastRenderedPageBreak/>
        <w:t>☐ I recorded where I searched and how many results I got.</w:t>
      </w:r>
    </w:p>
    <w:p w14:paraId="11F71F9A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 I explained how I changed or improved my search.</w:t>
      </w:r>
    </w:p>
    <w:p w14:paraId="50840327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 I saved enough details to find each source again.</w:t>
      </w:r>
    </w:p>
    <w:p w14:paraId="7379CF73" w14:textId="77777777" w:rsidR="009656CA" w:rsidRPr="006B441C" w:rsidRDefault="00241BD2">
      <w:pPr>
        <w:spacing w:after="20"/>
        <w:rPr>
          <w:sz w:val="24"/>
          <w:szCs w:val="28"/>
        </w:rPr>
      </w:pPr>
      <w:r w:rsidRPr="006B441C">
        <w:rPr>
          <w:sz w:val="24"/>
          <w:szCs w:val="28"/>
        </w:rPr>
        <w:t>☐ I commented on relevance, authority, date and evidence.</w:t>
      </w:r>
    </w:p>
    <w:p w14:paraId="0DD967D3" w14:textId="77777777" w:rsidR="006B441C" w:rsidRDefault="006B441C" w:rsidP="006B441C">
      <w:pPr>
        <w:spacing w:line="276" w:lineRule="auto"/>
        <w:rPr>
          <w:sz w:val="24"/>
          <w:szCs w:val="28"/>
        </w:rPr>
      </w:pPr>
    </w:p>
    <w:p w14:paraId="46232309" w14:textId="77777777" w:rsidR="006B441C" w:rsidRDefault="006B441C" w:rsidP="006B441C">
      <w:pPr>
        <w:spacing w:line="276" w:lineRule="auto"/>
        <w:rPr>
          <w:sz w:val="24"/>
          <w:szCs w:val="28"/>
        </w:rPr>
      </w:pPr>
    </w:p>
    <w:p w14:paraId="154B87CD" w14:textId="6870B02A" w:rsidR="009656CA" w:rsidRPr="006B441C" w:rsidRDefault="00241BD2" w:rsidP="006B441C">
      <w:pPr>
        <w:spacing w:line="276" w:lineRule="auto"/>
        <w:rPr>
          <w:sz w:val="24"/>
          <w:szCs w:val="28"/>
        </w:rPr>
      </w:pPr>
      <w:r w:rsidRPr="006B441C">
        <w:rPr>
          <w:sz w:val="52"/>
          <w:szCs w:val="72"/>
        </w:rPr>
        <w:t>Search Log</w:t>
      </w:r>
    </w:p>
    <w:p w14:paraId="71E99136" w14:textId="77777777" w:rsidR="009656CA" w:rsidRPr="006B441C" w:rsidRDefault="00241BD2">
      <w:pPr>
        <w:spacing w:after="80"/>
        <w:rPr>
          <w:sz w:val="24"/>
          <w:szCs w:val="28"/>
        </w:rPr>
      </w:pPr>
      <w:r w:rsidRPr="006B441C">
        <w:rPr>
          <w:b/>
          <w:sz w:val="24"/>
          <w:szCs w:val="28"/>
        </w:rPr>
        <w:t>Information question:</w:t>
      </w:r>
      <w:r w:rsidRPr="006B441C">
        <w:rPr>
          <w:sz w:val="24"/>
          <w:szCs w:val="28"/>
        </w:rPr>
        <w:t xml:space="preserve"> __________________________________________________________________</w:t>
      </w:r>
    </w:p>
    <w:p w14:paraId="2874BD8E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A. Plan your keywords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52"/>
        <w:gridCol w:w="3453"/>
        <w:gridCol w:w="3453"/>
      </w:tblGrid>
      <w:tr w:rsidR="009656CA" w:rsidRPr="006B441C" w14:paraId="59C081D4" w14:textId="77777777">
        <w:trPr>
          <w:jc w:val="center"/>
        </w:trPr>
        <w:tc>
          <w:tcPr>
            <w:tcW w:w="3456" w:type="dxa"/>
            <w:shd w:val="clear" w:color="auto" w:fill="2B6F77"/>
          </w:tcPr>
          <w:p w14:paraId="2198AAA8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Main concept</w:t>
            </w:r>
          </w:p>
        </w:tc>
        <w:tc>
          <w:tcPr>
            <w:tcW w:w="3456" w:type="dxa"/>
            <w:shd w:val="clear" w:color="auto" w:fill="2B6F77"/>
          </w:tcPr>
          <w:p w14:paraId="78D7C01A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Alternative words / synonyms</w:t>
            </w:r>
          </w:p>
        </w:tc>
        <w:tc>
          <w:tcPr>
            <w:tcW w:w="3456" w:type="dxa"/>
            <w:shd w:val="clear" w:color="auto" w:fill="2B6F77"/>
          </w:tcPr>
          <w:p w14:paraId="07F193D2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 w:val="24"/>
                <w:szCs w:val="28"/>
              </w:rPr>
              <w:t>Useful phrase or spelling variation</w:t>
            </w:r>
          </w:p>
        </w:tc>
      </w:tr>
      <w:tr w:rsidR="009656CA" w:rsidRPr="006B441C" w14:paraId="221ADB79" w14:textId="77777777">
        <w:trPr>
          <w:jc w:val="center"/>
        </w:trPr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4941981A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74750179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47C66B9A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296221FE" w14:textId="77777777">
        <w:trPr>
          <w:jc w:val="center"/>
        </w:trPr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7B627357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0AEFCE4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2CC8AB58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76165A1D" w14:textId="77777777">
        <w:trPr>
          <w:jc w:val="center"/>
        </w:trPr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34BECAA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1670C65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3456" w:type="dxa"/>
            <w:tcMar>
              <w:top w:w="100" w:type="dxa"/>
              <w:left w:w="90" w:type="dxa"/>
              <w:bottom w:w="240" w:type="dxa"/>
              <w:right w:w="90" w:type="dxa"/>
            </w:tcMar>
          </w:tcPr>
          <w:p w14:paraId="7F763D30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528BF828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B. Record each search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27"/>
        <w:gridCol w:w="1726"/>
        <w:gridCol w:w="1727"/>
        <w:gridCol w:w="1726"/>
        <w:gridCol w:w="1726"/>
        <w:gridCol w:w="1726"/>
      </w:tblGrid>
      <w:tr w:rsidR="009656CA" w:rsidRPr="006B441C" w14:paraId="3E229D23" w14:textId="77777777">
        <w:trPr>
          <w:tblHeader/>
          <w:jc w:val="center"/>
        </w:trPr>
        <w:tc>
          <w:tcPr>
            <w:tcW w:w="1728" w:type="dxa"/>
            <w:shd w:val="clear" w:color="auto" w:fill="2B6F77"/>
          </w:tcPr>
          <w:p w14:paraId="5EBBE67A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No.</w:t>
            </w:r>
          </w:p>
        </w:tc>
        <w:tc>
          <w:tcPr>
            <w:tcW w:w="1728" w:type="dxa"/>
            <w:shd w:val="clear" w:color="auto" w:fill="2B6F77"/>
          </w:tcPr>
          <w:p w14:paraId="6985CF41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Where did you search?</w:t>
            </w:r>
          </w:p>
        </w:tc>
        <w:tc>
          <w:tcPr>
            <w:tcW w:w="1728" w:type="dxa"/>
            <w:shd w:val="clear" w:color="auto" w:fill="2B6F77"/>
          </w:tcPr>
          <w:p w14:paraId="4D6CD0E5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Exact keywords / search string</w:t>
            </w:r>
          </w:p>
        </w:tc>
        <w:tc>
          <w:tcPr>
            <w:tcW w:w="1728" w:type="dxa"/>
            <w:shd w:val="clear" w:color="auto" w:fill="2B6F77"/>
          </w:tcPr>
          <w:p w14:paraId="6296CAB0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Results</w:t>
            </w:r>
          </w:p>
        </w:tc>
        <w:tc>
          <w:tcPr>
            <w:tcW w:w="1728" w:type="dxa"/>
            <w:shd w:val="clear" w:color="auto" w:fill="2B6F77"/>
          </w:tcPr>
          <w:p w14:paraId="4DEAB88C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color w:val="FFFFFF"/>
                <w:szCs w:val="28"/>
              </w:rPr>
              <w:t>Useful results found</w:t>
            </w:r>
          </w:p>
        </w:tc>
        <w:tc>
          <w:tcPr>
            <w:tcW w:w="1728" w:type="dxa"/>
            <w:shd w:val="clear" w:color="auto" w:fill="2B6F77"/>
          </w:tcPr>
          <w:p w14:paraId="40B6C14E" w14:textId="58FFFC5D" w:rsidR="009656CA" w:rsidRPr="006B441C" w:rsidRDefault="006B441C">
            <w:pPr>
              <w:rPr>
                <w:sz w:val="24"/>
                <w:szCs w:val="28"/>
              </w:rPr>
            </w:pPr>
            <w:r>
              <w:rPr>
                <w:b/>
                <w:color w:val="FFFFFF"/>
                <w:szCs w:val="28"/>
              </w:rPr>
              <w:t>Limits set</w:t>
            </w:r>
          </w:p>
        </w:tc>
      </w:tr>
      <w:tr w:rsidR="009656CA" w:rsidRPr="006B441C" w14:paraId="25AA437A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50F30C5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1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72D9ADC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B9AAC4F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07D129FF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E44C033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E8E56F2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4CE927E5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0FEB76B1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2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57350FD5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9AD4CAD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8634AB5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435F4FF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5049C32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2347DEF7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7AC4E3D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3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8425008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304FC87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315894A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2E4C44D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3EFA4C2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59322188" w14:textId="77777777">
        <w:trPr>
          <w:jc w:val="center"/>
        </w:trPr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7417410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sz w:val="24"/>
                <w:szCs w:val="28"/>
              </w:rPr>
              <w:t>4</w:t>
            </w: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50E447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4F66052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17E0037B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07F25184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  <w:tc>
          <w:tcPr>
            <w:tcW w:w="1728" w:type="dxa"/>
            <w:tcMar>
              <w:top w:w="90" w:type="dxa"/>
              <w:left w:w="65" w:type="dxa"/>
              <w:bottom w:w="440" w:type="dxa"/>
              <w:right w:w="65" w:type="dxa"/>
            </w:tcMar>
          </w:tcPr>
          <w:p w14:paraId="762DE188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</w:tbl>
    <w:p w14:paraId="733D3372" w14:textId="77777777" w:rsidR="009656CA" w:rsidRPr="006B441C" w:rsidRDefault="00241BD2">
      <w:pPr>
        <w:spacing w:before="140"/>
        <w:rPr>
          <w:sz w:val="24"/>
          <w:szCs w:val="28"/>
        </w:rPr>
      </w:pPr>
      <w:r w:rsidRPr="006B441C">
        <w:rPr>
          <w:b/>
          <w:sz w:val="24"/>
          <w:szCs w:val="28"/>
        </w:rPr>
        <w:t xml:space="preserve">Search tips: </w:t>
      </w:r>
      <w:r w:rsidRPr="006B441C">
        <w:rPr>
          <w:sz w:val="24"/>
          <w:szCs w:val="28"/>
        </w:rPr>
        <w:t>Use quotation marks for a phrase; AND to join different concepts; OR to join similar words; and filters only when they help.</w:t>
      </w:r>
    </w:p>
    <w:p w14:paraId="0DEBA2D7" w14:textId="77777777" w:rsidR="009656CA" w:rsidRPr="006B441C" w:rsidRDefault="00241BD2">
      <w:pPr>
        <w:rPr>
          <w:sz w:val="24"/>
          <w:szCs w:val="28"/>
        </w:rPr>
      </w:pPr>
      <w:r w:rsidRPr="006B441C">
        <w:rPr>
          <w:sz w:val="24"/>
          <w:szCs w:val="28"/>
        </w:rPr>
        <w:br w:type="page"/>
      </w:r>
    </w:p>
    <w:p w14:paraId="65946249" w14:textId="77777777" w:rsidR="009656CA" w:rsidRPr="006B441C" w:rsidRDefault="00241BD2" w:rsidP="006B441C">
      <w:pPr>
        <w:pStyle w:val="Title"/>
        <w:jc w:val="center"/>
        <w:rPr>
          <w:sz w:val="52"/>
          <w:szCs w:val="72"/>
        </w:rPr>
      </w:pPr>
      <w:r w:rsidRPr="006B441C">
        <w:rPr>
          <w:sz w:val="52"/>
          <w:szCs w:val="72"/>
        </w:rPr>
        <w:lastRenderedPageBreak/>
        <w:t>Best Sources</w:t>
      </w:r>
    </w:p>
    <w:p w14:paraId="672F3F98" w14:textId="5559EBF2" w:rsidR="009656CA" w:rsidRPr="006B441C" w:rsidRDefault="00241BD2">
      <w:pPr>
        <w:spacing w:after="160"/>
        <w:rPr>
          <w:sz w:val="24"/>
          <w:szCs w:val="28"/>
        </w:rPr>
      </w:pPr>
      <w:r w:rsidRPr="006B441C">
        <w:rPr>
          <w:sz w:val="24"/>
          <w:szCs w:val="28"/>
        </w:rPr>
        <w:t>Choose the three strongest sources from your search. Record enough information for someone else to locate them.</w:t>
      </w:r>
      <w:r w:rsidR="00A43989">
        <w:rPr>
          <w:sz w:val="24"/>
          <w:szCs w:val="28"/>
        </w:rPr>
        <w:t xml:space="preserve"> Remember to use the CRAAP test to explain the credibility of the source.</w:t>
      </w:r>
    </w:p>
    <w:p w14:paraId="1AA78F4D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Source 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0"/>
        <w:gridCol w:w="5178"/>
      </w:tblGrid>
      <w:tr w:rsidR="009656CA" w:rsidRPr="006B441C" w14:paraId="35B2864F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93131B9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Author / organisation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F4D5B40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0F6EB4E2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CD7594C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Title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C896EDC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3A018750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51DF61B" w14:textId="77777777" w:rsidR="009656CA" w:rsidRPr="006B441C" w:rsidRDefault="00241BD2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Date and link / DOI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9771F89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A43989" w:rsidRPr="006B441C" w14:paraId="7DA51CD7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A0A3024" w14:textId="30207B53" w:rsidR="00A43989" w:rsidRPr="006B441C" w:rsidRDefault="00A43989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Citation (reference)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3E5B030" w14:textId="77777777" w:rsidR="00A43989" w:rsidRPr="006B441C" w:rsidRDefault="00A43989">
            <w:pPr>
              <w:rPr>
                <w:sz w:val="24"/>
                <w:szCs w:val="28"/>
              </w:rPr>
            </w:pPr>
          </w:p>
        </w:tc>
      </w:tr>
      <w:tr w:rsidR="00A43989" w:rsidRPr="006B441C" w14:paraId="6650A414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5196BF4" w14:textId="180A65F1" w:rsidR="00A43989" w:rsidRPr="006B441C" w:rsidRDefault="00A43989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Use CRAAP to evaluate: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B4F2524" w14:textId="77777777" w:rsidR="00A43989" w:rsidRPr="006B441C" w:rsidRDefault="00A43989">
            <w:pPr>
              <w:rPr>
                <w:sz w:val="24"/>
                <w:szCs w:val="28"/>
              </w:rPr>
            </w:pPr>
          </w:p>
        </w:tc>
      </w:tr>
      <w:tr w:rsidR="009656CA" w:rsidRPr="006B441C" w14:paraId="33D4D35E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67B0D8E8" w14:textId="3C627101" w:rsidR="009656CA" w:rsidRPr="006B441C" w:rsidRDefault="00A43989">
            <w:pPr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Is it current? How have you determined this?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67E3C1D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9656CA" w:rsidRPr="006B441C" w14:paraId="04155F17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6BD84C9" w14:textId="1BF2BDDD" w:rsidR="009656CA" w:rsidRPr="006B441C" w:rsidRDefault="00A43989">
            <w:pPr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Is it relevant? How have you determined this?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2F9BB902" w14:textId="77777777" w:rsidR="009656CA" w:rsidRPr="006B441C" w:rsidRDefault="009656CA">
            <w:pPr>
              <w:rPr>
                <w:sz w:val="24"/>
                <w:szCs w:val="28"/>
              </w:rPr>
            </w:pPr>
          </w:p>
        </w:tc>
      </w:tr>
      <w:tr w:rsidR="00A43989" w:rsidRPr="006B441C" w14:paraId="6C4E1184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428833BD" w14:textId="1A5223A9" w:rsidR="00A43989" w:rsidRDefault="00A43989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Do the authors have authority?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7E35AD80" w14:textId="77777777" w:rsidR="00A43989" w:rsidRPr="006B441C" w:rsidRDefault="00A43989">
            <w:pPr>
              <w:rPr>
                <w:sz w:val="24"/>
                <w:szCs w:val="28"/>
              </w:rPr>
            </w:pPr>
          </w:p>
        </w:tc>
      </w:tr>
      <w:tr w:rsidR="00A43989" w:rsidRPr="006B441C" w14:paraId="6F39D397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6323EC8C" w14:textId="3D6F01EB" w:rsidR="00A43989" w:rsidRDefault="00A43989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Is the source accurate? How have you determined this?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7436A3E1" w14:textId="77777777" w:rsidR="00A43989" w:rsidRPr="006B441C" w:rsidRDefault="00A43989">
            <w:pPr>
              <w:rPr>
                <w:sz w:val="24"/>
                <w:szCs w:val="28"/>
              </w:rPr>
            </w:pPr>
          </w:p>
        </w:tc>
      </w:tr>
      <w:tr w:rsidR="00A43989" w:rsidRPr="006B441C" w14:paraId="43C41178" w14:textId="77777777" w:rsidTr="00A43989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4DD2B42B" w14:textId="59E3CFCE" w:rsidR="00A43989" w:rsidRDefault="00A43989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What is the purpose of the source?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2756B0A9" w14:textId="77777777" w:rsidR="00A43989" w:rsidRPr="006B441C" w:rsidRDefault="00A43989">
            <w:pPr>
              <w:rPr>
                <w:sz w:val="24"/>
                <w:szCs w:val="28"/>
              </w:rPr>
            </w:pPr>
          </w:p>
        </w:tc>
      </w:tr>
    </w:tbl>
    <w:p w14:paraId="42EDB545" w14:textId="77777777" w:rsidR="009656CA" w:rsidRPr="006B441C" w:rsidRDefault="009656CA">
      <w:pPr>
        <w:spacing w:after="20"/>
        <w:rPr>
          <w:sz w:val="24"/>
          <w:szCs w:val="28"/>
        </w:rPr>
      </w:pPr>
    </w:p>
    <w:p w14:paraId="6A985F6C" w14:textId="00F064E6" w:rsidR="00A43989" w:rsidRPr="006B441C" w:rsidRDefault="00A43989" w:rsidP="00A43989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 xml:space="preserve">Source </w:t>
      </w:r>
      <w:r>
        <w:rPr>
          <w:sz w:val="36"/>
          <w:szCs w:val="36"/>
        </w:rPr>
        <w:t>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0"/>
        <w:gridCol w:w="5178"/>
      </w:tblGrid>
      <w:tr w:rsidR="00A43989" w:rsidRPr="006B441C" w14:paraId="2C8656D0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291B26F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 xml:space="preserve">Author / </w:t>
            </w:r>
            <w:proofErr w:type="spellStart"/>
            <w:r w:rsidRPr="006B441C">
              <w:rPr>
                <w:b/>
                <w:sz w:val="24"/>
                <w:szCs w:val="28"/>
              </w:rPr>
              <w:t>organisation</w:t>
            </w:r>
            <w:proofErr w:type="spellEnd"/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A77445C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256866B2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8BD37CA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Title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E120C23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032A7CDE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138752F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Date and link / DOI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DF46098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7581048A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004F55E" w14:textId="77777777" w:rsidR="00A43989" w:rsidRPr="006B441C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Citation (reference)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945CAC7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0C9AF863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1981093" w14:textId="77777777" w:rsidR="00A43989" w:rsidRPr="006B441C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Use CRAAP to evaluate: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1C0CD90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57C5AFE3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3037B72C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Is it current? How have you determined this?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647AD837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4B11317C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5F9859C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Is it relevant? How have you determined this?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60878BF5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19C3F5DD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6DA44912" w14:textId="77777777" w:rsidR="00A43989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Do the authors have authority?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2942E60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17FA19B1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DBBE2B9" w14:textId="77777777" w:rsidR="00A43989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Is the source accurate? How have you determined this?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7BF598F6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03A4F29C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70B86C98" w14:textId="77777777" w:rsidR="00A43989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What is the purpose of the source?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6E2B067E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</w:tbl>
    <w:p w14:paraId="6BA99654" w14:textId="0C712A6B" w:rsidR="00A43989" w:rsidRPr="006B441C" w:rsidRDefault="00A43989" w:rsidP="00A43989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 xml:space="preserve">Source </w:t>
      </w:r>
      <w:r>
        <w:rPr>
          <w:sz w:val="36"/>
          <w:szCs w:val="36"/>
        </w:rPr>
        <w:t>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0"/>
        <w:gridCol w:w="5178"/>
      </w:tblGrid>
      <w:tr w:rsidR="00A43989" w:rsidRPr="006B441C" w14:paraId="13523C7D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3F8FF49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 xml:space="preserve">Author / </w:t>
            </w:r>
            <w:proofErr w:type="spellStart"/>
            <w:r w:rsidRPr="006B441C">
              <w:rPr>
                <w:b/>
                <w:sz w:val="24"/>
                <w:szCs w:val="28"/>
              </w:rPr>
              <w:t>organisation</w:t>
            </w:r>
            <w:proofErr w:type="spellEnd"/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2668D93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479D5B7A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4E73318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Title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49FF596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066AFEF7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ACB24F1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 w:rsidRPr="006B441C">
              <w:rPr>
                <w:b/>
                <w:sz w:val="24"/>
                <w:szCs w:val="28"/>
              </w:rPr>
              <w:t>Date and link / DOI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E5538A5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00A04A6B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1C40838" w14:textId="77777777" w:rsidR="00A43989" w:rsidRPr="006B441C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Citation (reference)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87C38EA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1F7EC1D2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053A372" w14:textId="77777777" w:rsidR="00A43989" w:rsidRPr="006B441C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Use CRAAP to evaluate: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3B20536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191BFB1C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CDE6550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Is it current? How have you determined this?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AE1879A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0DFED5D1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617D24AE" w14:textId="77777777" w:rsidR="00A43989" w:rsidRPr="006B441C" w:rsidRDefault="00A43989" w:rsidP="00CA049C">
            <w:pPr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Is it relevant? How have you determined this?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18F51A4E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2DA1E8AA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45D5E3D" w14:textId="77777777" w:rsidR="00A43989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Do the authors have authority?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0CF4FD31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6C7EE98E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37678D83" w14:textId="77777777" w:rsidR="00A43989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Is the source accurate? How have you determined this?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1AACA692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  <w:tr w:rsidR="00A43989" w:rsidRPr="006B441C" w14:paraId="2E703B3D" w14:textId="77777777" w:rsidTr="00CA049C">
        <w:trPr>
          <w:jc w:val="center"/>
        </w:trPr>
        <w:tc>
          <w:tcPr>
            <w:tcW w:w="5180" w:type="dxa"/>
            <w:shd w:val="clear" w:color="auto" w:fill="EAF4F4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5BD2E778" w14:textId="77777777" w:rsidR="00A43989" w:rsidRDefault="00A43989" w:rsidP="00CA049C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What is the purpose of the source?</w:t>
            </w:r>
          </w:p>
        </w:tc>
        <w:tc>
          <w:tcPr>
            <w:tcW w:w="5178" w:type="dxa"/>
            <w:tcMar>
              <w:top w:w="80" w:type="dxa"/>
              <w:left w:w="90" w:type="dxa"/>
              <w:bottom w:w="180" w:type="dxa"/>
              <w:right w:w="90" w:type="dxa"/>
            </w:tcMar>
          </w:tcPr>
          <w:p w14:paraId="4506BC3D" w14:textId="77777777" w:rsidR="00A43989" w:rsidRPr="006B441C" w:rsidRDefault="00A43989" w:rsidP="00CA049C">
            <w:pPr>
              <w:rPr>
                <w:sz w:val="24"/>
                <w:szCs w:val="28"/>
              </w:rPr>
            </w:pPr>
          </w:p>
        </w:tc>
      </w:tr>
    </w:tbl>
    <w:p w14:paraId="3B4B3463" w14:textId="77777777" w:rsidR="009656CA" w:rsidRPr="006B441C" w:rsidRDefault="009656CA">
      <w:pPr>
        <w:spacing w:after="20"/>
        <w:rPr>
          <w:sz w:val="24"/>
          <w:szCs w:val="28"/>
        </w:rPr>
      </w:pPr>
    </w:p>
    <w:p w14:paraId="63D6982E" w14:textId="77777777" w:rsidR="009656CA" w:rsidRPr="006B441C" w:rsidRDefault="00241BD2">
      <w:pPr>
        <w:pStyle w:val="Heading1"/>
        <w:rPr>
          <w:sz w:val="36"/>
          <w:szCs w:val="36"/>
        </w:rPr>
      </w:pPr>
      <w:r w:rsidRPr="006B441C">
        <w:rPr>
          <w:sz w:val="36"/>
          <w:szCs w:val="36"/>
        </w:rPr>
        <w:t>One-sentence conclusion</w:t>
      </w:r>
    </w:p>
    <w:p w14:paraId="3A991AF7" w14:textId="77777777" w:rsidR="009656CA" w:rsidRPr="006B441C" w:rsidRDefault="00241BD2">
      <w:pPr>
        <w:rPr>
          <w:sz w:val="24"/>
          <w:szCs w:val="28"/>
        </w:rPr>
      </w:pPr>
      <w:r w:rsidRPr="006B441C">
        <w:rPr>
          <w:sz w:val="24"/>
          <w:szCs w:val="28"/>
        </w:rPr>
        <w:t>Based on the sources you found, write one sentence answering the information question:</w:t>
      </w:r>
    </w:p>
    <w:sectPr w:rsidR="009656CA" w:rsidRPr="006B441C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35" w:right="936" w:bottom="835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CDD73" w14:textId="77777777" w:rsidR="00FD4068" w:rsidRDefault="00FD4068">
      <w:pPr>
        <w:spacing w:after="0" w:line="240" w:lineRule="auto"/>
      </w:pPr>
      <w:r>
        <w:separator/>
      </w:r>
    </w:p>
  </w:endnote>
  <w:endnote w:type="continuationSeparator" w:id="0">
    <w:p w14:paraId="0F2F2377" w14:textId="77777777" w:rsidR="00FD4068" w:rsidRDefault="00FD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4B850" w14:textId="77777777" w:rsidR="00AF7ECF" w:rsidRDefault="00AF7E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36DC0" w14:textId="59F33374" w:rsidR="009656CA" w:rsidRPr="006B441C" w:rsidRDefault="009656CA" w:rsidP="006B44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4D1E" w14:textId="77777777" w:rsidR="00AF7ECF" w:rsidRDefault="00AF7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4BFD3" w14:textId="77777777" w:rsidR="00FD4068" w:rsidRDefault="00FD4068">
      <w:pPr>
        <w:spacing w:after="0" w:line="240" w:lineRule="auto"/>
      </w:pPr>
      <w:r>
        <w:separator/>
      </w:r>
    </w:p>
  </w:footnote>
  <w:footnote w:type="continuationSeparator" w:id="0">
    <w:p w14:paraId="0F176489" w14:textId="77777777" w:rsidR="00FD4068" w:rsidRDefault="00FD4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5780C" w14:textId="77777777" w:rsidR="00AF7ECF" w:rsidRDefault="00AF7E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AB4C1" w14:textId="77777777" w:rsidR="00AF7ECF" w:rsidRDefault="00AF7E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E04E2" w14:textId="77777777" w:rsidR="00AF7ECF" w:rsidRDefault="00AF7E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66520943">
    <w:abstractNumId w:val="8"/>
  </w:num>
  <w:num w:numId="2" w16cid:durableId="1243640015">
    <w:abstractNumId w:val="6"/>
  </w:num>
  <w:num w:numId="3" w16cid:durableId="1624341418">
    <w:abstractNumId w:val="5"/>
  </w:num>
  <w:num w:numId="4" w16cid:durableId="1228297726">
    <w:abstractNumId w:val="4"/>
  </w:num>
  <w:num w:numId="5" w16cid:durableId="1198159109">
    <w:abstractNumId w:val="7"/>
  </w:num>
  <w:num w:numId="6" w16cid:durableId="1026256244">
    <w:abstractNumId w:val="3"/>
  </w:num>
  <w:num w:numId="7" w16cid:durableId="1350644290">
    <w:abstractNumId w:val="2"/>
  </w:num>
  <w:num w:numId="8" w16cid:durableId="1319729367">
    <w:abstractNumId w:val="1"/>
  </w:num>
  <w:num w:numId="9" w16cid:durableId="1561212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59B7"/>
    <w:rsid w:val="0015074B"/>
    <w:rsid w:val="00241BD2"/>
    <w:rsid w:val="0029639D"/>
    <w:rsid w:val="00326F90"/>
    <w:rsid w:val="00497219"/>
    <w:rsid w:val="004E6226"/>
    <w:rsid w:val="006B441C"/>
    <w:rsid w:val="009656CA"/>
    <w:rsid w:val="00A43989"/>
    <w:rsid w:val="00AA1D8D"/>
    <w:rsid w:val="00AF7ECF"/>
    <w:rsid w:val="00B47730"/>
    <w:rsid w:val="00CB0664"/>
    <w:rsid w:val="00EA60DB"/>
    <w:rsid w:val="00F36EE2"/>
    <w:rsid w:val="00FC693F"/>
    <w:rsid w:val="00FD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6F27F8"/>
  <w14:defaultImageDpi w14:val="300"/>
  <w15:docId w15:val="{BBAC8F97-F8C0-4DB1-BFF2-3796307C6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276" w:lineRule="atLeast"/>
    </w:pPr>
    <w:rPr>
      <w:rFonts w:ascii="Cambria" w:hAnsi="Cambria"/>
      <w:color w:val="333333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hd w:val="clear" w:color="auto" w:fill="F3EAFB"/>
      <w:spacing w:before="480" w:after="0"/>
      <w:outlineLvl w:val="0"/>
    </w:pPr>
    <w:rPr>
      <w:rFonts w:eastAsiaTheme="majorEastAsia" w:cstheme="majorBidi"/>
      <w:b/>
      <w:bCs/>
      <w:color w:val="6D5B8D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hd w:val="clear" w:color="auto" w:fill="E8F6F3"/>
      <w:spacing w:before="200" w:after="0"/>
      <w:outlineLvl w:val="1"/>
    </w:pPr>
    <w:rPr>
      <w:rFonts w:eastAsiaTheme="majorEastAsia" w:cstheme="majorBidi"/>
      <w:b/>
      <w:bCs/>
      <w:color w:val="417D7A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Cambria" w:eastAsiaTheme="majorEastAsia" w:hAnsi="Cambria" w:cstheme="majorBidi"/>
      <w:b/>
      <w:bCs/>
      <w:color w:val="6D5B8D"/>
      <w:sz w:val="30"/>
      <w:szCs w:val="28"/>
      <w:shd w:val="clear" w:color="auto" w:fill="F3EAFB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Cambria" w:eastAsiaTheme="majorEastAsia" w:hAnsi="Cambria" w:cstheme="majorBidi"/>
      <w:b/>
      <w:bCs/>
      <w:color w:val="417D7A"/>
      <w:szCs w:val="26"/>
      <w:shd w:val="clear" w:color="auto" w:fill="E8F6F3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tLeast"/>
      <w:contextualSpacing/>
    </w:pPr>
    <w:rPr>
      <w:rFonts w:eastAsiaTheme="majorEastAsia" w:cstheme="majorBidi"/>
      <w:color w:val="6D5B8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Cambria" w:eastAsiaTheme="majorEastAsia" w:hAnsi="Cambria" w:cstheme="majorBidi"/>
      <w:color w:val="6D5B8D"/>
      <w:spacing w:val="5"/>
      <w:kern w:val="28"/>
      <w:sz w:val="44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eastAsiaTheme="majorEastAsia" w:cstheme="majorBidi"/>
      <w:i/>
      <w:iCs/>
      <w:color w:val="5F8D89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Cambria" w:eastAsiaTheme="majorEastAsia" w:hAnsi="Cambria" w:cstheme="majorBidi"/>
      <w:i/>
      <w:iCs/>
      <w:color w:val="5F8D89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tLeast"/>
    </w:pPr>
    <w:rPr>
      <w:b/>
      <w:bCs/>
      <w:color w:val="6D5B8D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Ingrid Pritchard</cp:lastModifiedBy>
  <cp:revision>2</cp:revision>
  <dcterms:created xsi:type="dcterms:W3CDTF">2026-10-03T19:09:00Z</dcterms:created>
  <dcterms:modified xsi:type="dcterms:W3CDTF">2026-10-03T19:09:00Z</dcterms:modified>
  <cp:category/>
</cp:coreProperties>
</file>