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DC0EF" w14:textId="77777777" w:rsidR="004A25C5" w:rsidRPr="00B04702" w:rsidRDefault="00000000" w:rsidP="00B04702">
      <w:pPr>
        <w:spacing w:line="360" w:lineRule="auto"/>
        <w:jc w:val="center"/>
      </w:pPr>
      <w:r w:rsidRPr="00B04702">
        <w:rPr>
          <w:b/>
        </w:rPr>
        <w:t>Task 3 – Source Evaluation Template</w:t>
      </w:r>
    </w:p>
    <w:p w14:paraId="627F9C7D" w14:textId="77777777" w:rsidR="004A25C5" w:rsidRPr="00B04702" w:rsidRDefault="00000000" w:rsidP="00B04702">
      <w:pPr>
        <w:spacing w:line="360" w:lineRule="auto"/>
      </w:pPr>
      <w:r w:rsidRPr="00B04702">
        <w:rPr>
          <w:b/>
        </w:rPr>
        <w:t>Student Details</w:t>
      </w:r>
    </w:p>
    <w:p w14:paraId="54A3576D" w14:textId="77777777" w:rsidR="004A25C5" w:rsidRPr="00B04702" w:rsidRDefault="00000000" w:rsidP="00B04702">
      <w:pPr>
        <w:spacing w:line="360" w:lineRule="auto"/>
      </w:pPr>
      <w:r w:rsidRPr="00B04702">
        <w:rPr>
          <w:b/>
        </w:rPr>
        <w:t>Name and student ID:</w:t>
      </w:r>
    </w:p>
    <w:p w14:paraId="195DDFA5" w14:textId="36C48533" w:rsidR="004A25C5" w:rsidRPr="00B04702" w:rsidRDefault="00101A84" w:rsidP="00B04702">
      <w:pPr>
        <w:spacing w:line="360" w:lineRule="auto"/>
      </w:pPr>
      <w:r w:rsidRPr="00B04702">
        <w:t>Mayra Torres</w:t>
      </w:r>
    </w:p>
    <w:p w14:paraId="4EB54FB3" w14:textId="15F06B41" w:rsidR="00101A84" w:rsidRPr="00B04702" w:rsidRDefault="00101A84" w:rsidP="00B04702">
      <w:pPr>
        <w:spacing w:line="360" w:lineRule="auto"/>
      </w:pPr>
      <w:r w:rsidRPr="00B04702">
        <w:t>2539645</w:t>
      </w:r>
    </w:p>
    <w:p w14:paraId="415977C3" w14:textId="77777777" w:rsidR="004A25C5" w:rsidRPr="00B04702" w:rsidRDefault="00000000" w:rsidP="00B04702">
      <w:pPr>
        <w:spacing w:line="360" w:lineRule="auto"/>
      </w:pPr>
      <w:r w:rsidRPr="00B04702">
        <w:rPr>
          <w:b/>
        </w:rPr>
        <w:t>Topic chosen:</w:t>
      </w:r>
    </w:p>
    <w:p w14:paraId="20543DDF" w14:textId="77777777" w:rsidR="004A25C5" w:rsidRPr="00B04702" w:rsidRDefault="00000000" w:rsidP="00B04702">
      <w:pPr>
        <w:spacing w:line="360" w:lineRule="auto"/>
      </w:pPr>
      <w:r w:rsidRPr="00B04702">
        <w:t>The use of social media to promote businesses</w:t>
      </w:r>
    </w:p>
    <w:p w14:paraId="5AD6592B" w14:textId="77777777" w:rsidR="004A25C5" w:rsidRPr="00B04702" w:rsidRDefault="00000000" w:rsidP="00B04702">
      <w:pPr>
        <w:spacing w:line="360" w:lineRule="auto"/>
      </w:pPr>
      <w:r w:rsidRPr="00B04702">
        <w:rPr>
          <w:b/>
        </w:rPr>
        <w:t>Title of source:</w:t>
      </w:r>
    </w:p>
    <w:p w14:paraId="6C27B98F" w14:textId="77777777" w:rsidR="004A25C5" w:rsidRPr="00B04702" w:rsidRDefault="00000000" w:rsidP="00B04702">
      <w:pPr>
        <w:spacing w:line="360" w:lineRule="auto"/>
      </w:pPr>
      <w:r w:rsidRPr="00B04702">
        <w:t>A Systematic Literature Review on Social Media Marketing in Small and Medium Enterprises</w:t>
      </w:r>
    </w:p>
    <w:p w14:paraId="4B069537" w14:textId="77777777" w:rsidR="004A25C5" w:rsidRPr="00B04702" w:rsidRDefault="00000000" w:rsidP="00B04702">
      <w:pPr>
        <w:spacing w:line="360" w:lineRule="auto"/>
      </w:pPr>
      <w:r w:rsidRPr="00B04702">
        <w:rPr>
          <w:b/>
        </w:rPr>
        <w:t>Author(s):</w:t>
      </w:r>
    </w:p>
    <w:p w14:paraId="569738F8" w14:textId="77777777" w:rsidR="004A25C5" w:rsidRPr="00B04702" w:rsidRDefault="00000000" w:rsidP="00B04702">
      <w:pPr>
        <w:spacing w:line="360" w:lineRule="auto"/>
      </w:pPr>
      <w:r w:rsidRPr="00B04702">
        <w:t>Grishma Kanth and R. Siva Rama Prasad</w:t>
      </w:r>
    </w:p>
    <w:p w14:paraId="027161B5" w14:textId="77777777" w:rsidR="004A25C5" w:rsidRPr="00B04702" w:rsidRDefault="00000000" w:rsidP="00B04702">
      <w:pPr>
        <w:spacing w:line="360" w:lineRule="auto"/>
      </w:pPr>
      <w:r w:rsidRPr="00B04702">
        <w:rPr>
          <w:b/>
        </w:rPr>
        <w:t>Year published:</w:t>
      </w:r>
    </w:p>
    <w:p w14:paraId="52BE078A" w14:textId="77777777" w:rsidR="004A25C5" w:rsidRPr="00B04702" w:rsidRDefault="00000000" w:rsidP="00B04702">
      <w:pPr>
        <w:spacing w:line="360" w:lineRule="auto"/>
      </w:pPr>
      <w:r w:rsidRPr="00B04702">
        <w:t>2023 (first published online in 2022)</w:t>
      </w:r>
    </w:p>
    <w:p w14:paraId="5F34081C" w14:textId="77777777" w:rsidR="004A25C5" w:rsidRPr="00B04702" w:rsidRDefault="00000000" w:rsidP="00B04702">
      <w:pPr>
        <w:spacing w:line="360" w:lineRule="auto"/>
      </w:pPr>
      <w:r w:rsidRPr="00B04702">
        <w:rPr>
          <w:b/>
        </w:rPr>
        <w:t>How did you find this source?</w:t>
      </w:r>
    </w:p>
    <w:p w14:paraId="6A27F5E2" w14:textId="32ABBAFC" w:rsidR="004A25C5" w:rsidRPr="00B04702" w:rsidRDefault="00000000" w:rsidP="00B04702">
      <w:pPr>
        <w:spacing w:line="360" w:lineRule="auto"/>
      </w:pPr>
      <w:r w:rsidRPr="00B04702">
        <w:t>I found this source by searching for academic articles about social media marketing and small businesses</w:t>
      </w:r>
      <w:r w:rsidR="00101A84" w:rsidRPr="00B04702">
        <w:t xml:space="preserve"> in google scholar</w:t>
      </w:r>
    </w:p>
    <w:p w14:paraId="1A10C588" w14:textId="77777777" w:rsidR="004A25C5" w:rsidRPr="00B04702" w:rsidRDefault="00000000" w:rsidP="00B04702">
      <w:pPr>
        <w:spacing w:line="360" w:lineRule="auto"/>
      </w:pPr>
      <w:r w:rsidRPr="00B04702">
        <w:rPr>
          <w:b/>
        </w:rPr>
        <w:t>Why did you choose this source?</w:t>
      </w:r>
    </w:p>
    <w:p w14:paraId="2FB1A657" w14:textId="4D5F9159" w:rsidR="00101A84" w:rsidRPr="00B04702" w:rsidRDefault="00101A84" w:rsidP="00B04702">
      <w:pPr>
        <w:spacing w:line="360" w:lineRule="auto"/>
        <w:rPr>
          <w:lang w:val="en-GB"/>
        </w:rPr>
      </w:pPr>
      <w:r w:rsidRPr="00B04702">
        <w:rPr>
          <w:lang w:val="en-GB"/>
        </w:rPr>
        <w:t xml:space="preserve">This source is immediately relevant to my </w:t>
      </w:r>
      <w:r w:rsidR="00DF6832">
        <w:rPr>
          <w:lang w:val="en-GB"/>
        </w:rPr>
        <w:t>work</w:t>
      </w:r>
      <w:r w:rsidRPr="00B04702">
        <w:rPr>
          <w:lang w:val="en-GB"/>
        </w:rPr>
        <w:t>, which is why I chose it. It talks about how small and medium-sized enterprises use social media marketing. It is also helpful because it examines earlier scholarly studies on the topic.</w:t>
      </w:r>
    </w:p>
    <w:p w14:paraId="34842CBB" w14:textId="77777777" w:rsidR="004A25C5" w:rsidRPr="00B04702" w:rsidRDefault="00000000" w:rsidP="00B04702">
      <w:pPr>
        <w:spacing w:line="360" w:lineRule="auto"/>
      </w:pPr>
      <w:r w:rsidRPr="00B04702">
        <w:rPr>
          <w:b/>
        </w:rPr>
        <w:t>Is it relevant to the topic?</w:t>
      </w:r>
    </w:p>
    <w:p w14:paraId="4ED3366C" w14:textId="12747460" w:rsidR="00101A84" w:rsidRPr="00B04702" w:rsidRDefault="00DF6832" w:rsidP="00B04702">
      <w:pPr>
        <w:spacing w:line="360" w:lineRule="auto"/>
        <w:rPr>
          <w:lang w:val="en-GB"/>
        </w:rPr>
      </w:pPr>
      <w:r>
        <w:rPr>
          <w:lang w:val="en-GB"/>
        </w:rPr>
        <w:t>Yes</w:t>
      </w:r>
      <w:r w:rsidR="00101A84" w:rsidRPr="00B04702">
        <w:rPr>
          <w:lang w:val="en-GB"/>
        </w:rPr>
        <w:t>. Because it focuses on social media marketing in small and medium-sized businesses (SMEs), the source is pertinent.</w:t>
      </w:r>
    </w:p>
    <w:p w14:paraId="2A919872" w14:textId="77777777" w:rsidR="004A25C5" w:rsidRPr="00B04702" w:rsidRDefault="00000000" w:rsidP="00B04702">
      <w:pPr>
        <w:spacing w:line="360" w:lineRule="auto"/>
      </w:pPr>
      <w:r w:rsidRPr="00B04702">
        <w:rPr>
          <w:b/>
        </w:rPr>
        <w:lastRenderedPageBreak/>
        <w:t>Is this a useful article?</w:t>
      </w:r>
    </w:p>
    <w:p w14:paraId="5208582B" w14:textId="52E5EF20" w:rsidR="00101A84" w:rsidRPr="00B04702" w:rsidRDefault="00DF6832" w:rsidP="00B04702">
      <w:pPr>
        <w:spacing w:line="360" w:lineRule="auto"/>
        <w:rPr>
          <w:lang w:val="en-GB"/>
        </w:rPr>
      </w:pPr>
      <w:r>
        <w:rPr>
          <w:lang w:val="en-GB"/>
        </w:rPr>
        <w:t xml:space="preserve">Yes </w:t>
      </w:r>
      <w:r w:rsidR="00101A84" w:rsidRPr="00B04702">
        <w:rPr>
          <w:lang w:val="en-GB"/>
        </w:rPr>
        <w:t>. Because it examines 48 earlier research on social media marketing in SMEs, it is helpful. Instead of depending solely on one study, this provides a comprehensive summary of current research.</w:t>
      </w:r>
    </w:p>
    <w:p w14:paraId="348C01BB" w14:textId="77777777" w:rsidR="004A25C5" w:rsidRPr="00B04702" w:rsidRDefault="00000000" w:rsidP="00B04702">
      <w:pPr>
        <w:spacing w:line="360" w:lineRule="auto"/>
      </w:pPr>
      <w:r w:rsidRPr="00B04702">
        <w:rPr>
          <w:b/>
        </w:rPr>
        <w:t>Is this an academic source?</w:t>
      </w:r>
    </w:p>
    <w:p w14:paraId="4C61DA88" w14:textId="244AA653" w:rsidR="00101A84" w:rsidRPr="00B04702" w:rsidRDefault="00DF6832" w:rsidP="00B04702">
      <w:pPr>
        <w:spacing w:line="360" w:lineRule="auto"/>
        <w:rPr>
          <w:lang w:val="en-GB"/>
        </w:rPr>
      </w:pPr>
      <w:r>
        <w:rPr>
          <w:lang w:val="en-GB"/>
        </w:rPr>
        <w:t>Yes</w:t>
      </w:r>
      <w:r w:rsidR="00101A84" w:rsidRPr="00B04702">
        <w:rPr>
          <w:lang w:val="en-GB"/>
        </w:rPr>
        <w:t>. Researchers from Acharya Nagarjuna University's Department of Commerce and Business Administration wrote this scholarly journal article.</w:t>
      </w:r>
    </w:p>
    <w:p w14:paraId="665A3A06" w14:textId="77777777" w:rsidR="004A25C5" w:rsidRPr="00B04702" w:rsidRDefault="00000000" w:rsidP="00B04702">
      <w:pPr>
        <w:spacing w:line="360" w:lineRule="auto"/>
      </w:pPr>
      <w:r w:rsidRPr="00B04702">
        <w:rPr>
          <w:b/>
        </w:rPr>
        <w:t>When was it published? Is it recent enough? Why?</w:t>
      </w:r>
    </w:p>
    <w:p w14:paraId="417DCF5D" w14:textId="77777777" w:rsidR="00101A84" w:rsidRPr="00B04702" w:rsidRDefault="00101A84" w:rsidP="00B04702">
      <w:pPr>
        <w:spacing w:line="360" w:lineRule="auto"/>
        <w:rPr>
          <w:lang w:val="en-GB"/>
        </w:rPr>
      </w:pPr>
      <w:r w:rsidRPr="00B04702">
        <w:rPr>
          <w:lang w:val="en-GB"/>
        </w:rPr>
        <w:t>The essay originally surfaced online in 2022, and it was published in the journal in 2023. Since social media marketing is a contemporary business topic and the essay offers a thorough analysis of the literature in this field, I believe it is sufficiently recent.</w:t>
      </w:r>
    </w:p>
    <w:p w14:paraId="3CD93196" w14:textId="77777777" w:rsidR="004A25C5" w:rsidRPr="00B04702" w:rsidRDefault="00000000" w:rsidP="00B04702">
      <w:pPr>
        <w:spacing w:line="360" w:lineRule="auto"/>
      </w:pPr>
      <w:r w:rsidRPr="00B04702">
        <w:rPr>
          <w:b/>
        </w:rPr>
        <w:t>Author Credibility</w:t>
      </w:r>
    </w:p>
    <w:p w14:paraId="7350285F" w14:textId="77777777" w:rsidR="004A25C5" w:rsidRPr="00B04702" w:rsidRDefault="00000000" w:rsidP="00B04702">
      <w:pPr>
        <w:spacing w:line="360" w:lineRule="auto"/>
      </w:pPr>
      <w:r w:rsidRPr="00B04702">
        <w:rPr>
          <w:b/>
        </w:rPr>
        <w:t>Who is the author? What are their qualifications or expertise?</w:t>
      </w:r>
    </w:p>
    <w:p w14:paraId="53442877" w14:textId="77777777" w:rsidR="00101A84" w:rsidRPr="00B04702" w:rsidRDefault="00101A84" w:rsidP="00B04702">
      <w:pPr>
        <w:spacing w:line="360" w:lineRule="auto"/>
        <w:rPr>
          <w:lang w:val="en-GB"/>
        </w:rPr>
      </w:pPr>
      <w:r w:rsidRPr="00B04702">
        <w:rPr>
          <w:lang w:val="en-GB"/>
        </w:rPr>
        <w:t>Grishma Kanth and R. Siva Rama Prasad are the authors. They are connected to Acharya Nagarjuna University in India's Department of Commerce and Business Administration. The article's focus on business and social media marketing makes their educational background pertinent.</w:t>
      </w:r>
    </w:p>
    <w:p w14:paraId="0DA05B56" w14:textId="77777777" w:rsidR="004A25C5" w:rsidRPr="00B04702" w:rsidRDefault="00000000" w:rsidP="00B04702">
      <w:pPr>
        <w:spacing w:line="360" w:lineRule="auto"/>
      </w:pPr>
      <w:r w:rsidRPr="00B04702">
        <w:rPr>
          <w:b/>
        </w:rPr>
        <w:t>Reliability</w:t>
      </w:r>
    </w:p>
    <w:p w14:paraId="5BDCBD52" w14:textId="77777777" w:rsidR="004A25C5" w:rsidRPr="00B04702" w:rsidRDefault="00000000" w:rsidP="00B04702">
      <w:pPr>
        <w:spacing w:line="360" w:lineRule="auto"/>
      </w:pPr>
      <w:r w:rsidRPr="00B04702">
        <w:rPr>
          <w:b/>
        </w:rPr>
        <w:t>Is the source reliable? Why?</w:t>
      </w:r>
    </w:p>
    <w:p w14:paraId="50067C91" w14:textId="77777777" w:rsidR="00101A84" w:rsidRPr="00B04702" w:rsidRDefault="00101A84" w:rsidP="00B04702">
      <w:pPr>
        <w:spacing w:line="360" w:lineRule="auto"/>
        <w:rPr>
          <w:lang w:val="en-GB"/>
        </w:rPr>
      </w:pPr>
      <w:r w:rsidRPr="00B04702">
        <w:rPr>
          <w:lang w:val="en-GB"/>
        </w:rPr>
        <w:t>Because the source has a DOI and was published in a scholarly journal by SAGE, I do think it is trustworthy. 48 publications gathered from peer-reviewed journals are examined in this systematic evaluation of the literature. This implies that rather than relying solely on subjective judgements, its conclusions are supported by a variety of prior scholarly studies.</w:t>
      </w:r>
    </w:p>
    <w:p w14:paraId="4957CDE7" w14:textId="77777777" w:rsidR="004A25C5" w:rsidRPr="00B04702" w:rsidRDefault="00000000" w:rsidP="00B04702">
      <w:pPr>
        <w:spacing w:line="360" w:lineRule="auto"/>
      </w:pPr>
      <w:r w:rsidRPr="00B04702">
        <w:rPr>
          <w:b/>
        </w:rPr>
        <w:t>Source</w:t>
      </w:r>
    </w:p>
    <w:p w14:paraId="4882E811" w14:textId="77777777" w:rsidR="004A25C5" w:rsidRPr="00B04702" w:rsidRDefault="00000000" w:rsidP="00B04702">
      <w:pPr>
        <w:spacing w:line="360" w:lineRule="auto"/>
      </w:pPr>
      <w:r w:rsidRPr="00B04702">
        <w:lastRenderedPageBreak/>
        <w:t>Kanth, G. and Prasad, R. S. R. (2023). A Systematic Literature Review on Social Media Marketing in Small and Medium Enterprises. SEDME (Small Enterprises Development, Management &amp; Extension Journal), SAGE.</w:t>
      </w:r>
    </w:p>
    <w:p w14:paraId="610DA326" w14:textId="77777777" w:rsidR="004A25C5" w:rsidRPr="00B04702" w:rsidRDefault="00000000" w:rsidP="00B04702">
      <w:pPr>
        <w:spacing w:line="360" w:lineRule="auto"/>
      </w:pPr>
      <w:r w:rsidRPr="00B04702">
        <w:br w:type="page"/>
      </w:r>
    </w:p>
    <w:p w14:paraId="162527DF" w14:textId="77777777" w:rsidR="004A25C5" w:rsidRPr="00B04702" w:rsidRDefault="00000000" w:rsidP="00B04702">
      <w:pPr>
        <w:spacing w:line="360" w:lineRule="auto"/>
      </w:pPr>
      <w:r w:rsidRPr="00B04702">
        <w:rPr>
          <w:b/>
        </w:rPr>
        <w:lastRenderedPageBreak/>
        <w:t>1. Introduce topic and source</w:t>
      </w:r>
    </w:p>
    <w:p w14:paraId="2A775447" w14:textId="77777777" w:rsidR="004A25C5" w:rsidRPr="00B04702" w:rsidRDefault="00000000" w:rsidP="00B04702">
      <w:pPr>
        <w:spacing w:line="360" w:lineRule="auto"/>
      </w:pPr>
      <w:r w:rsidRPr="00B04702">
        <w:t>Hello, today I am going to talk about the use of social media to promote businesses. The academic source I selected is called A Systematic Literature Review on Social Media Marketing in Small and Medium Enterprises, written by Grishma Kanth and R. Siva Rama Prasad.</w:t>
      </w:r>
    </w:p>
    <w:p w14:paraId="3EE8FF76" w14:textId="77777777" w:rsidR="004A25C5" w:rsidRPr="00B04702" w:rsidRDefault="00000000" w:rsidP="00B04702">
      <w:pPr>
        <w:spacing w:line="360" w:lineRule="auto"/>
      </w:pPr>
      <w:r w:rsidRPr="00B04702">
        <w:rPr>
          <w:b/>
        </w:rPr>
        <w:t>2. Explain how you found the source</w:t>
      </w:r>
    </w:p>
    <w:p w14:paraId="0B9D1947" w14:textId="77777777" w:rsidR="004A25C5" w:rsidRPr="00B04702" w:rsidRDefault="00000000" w:rsidP="00B04702">
      <w:pPr>
        <w:spacing w:line="360" w:lineRule="auto"/>
      </w:pPr>
      <w:r w:rsidRPr="00B04702">
        <w:t>I searched for academic information about social media marketing and small businesses. I chose this article because it was directly related to my topic and focused on small and medium-sized enterprises.</w:t>
      </w:r>
    </w:p>
    <w:p w14:paraId="24DF703E" w14:textId="77777777" w:rsidR="004A25C5" w:rsidRPr="00B04702" w:rsidRDefault="00000000" w:rsidP="00B04702">
      <w:pPr>
        <w:spacing w:line="360" w:lineRule="auto"/>
      </w:pPr>
      <w:r w:rsidRPr="00B04702">
        <w:rPr>
          <w:b/>
        </w:rPr>
        <w:t>3. Evaluate credibility: author, date and reliability</w:t>
      </w:r>
    </w:p>
    <w:p w14:paraId="2AE1BDE3" w14:textId="77777777" w:rsidR="004A25C5" w:rsidRPr="00B04702" w:rsidRDefault="00000000" w:rsidP="00B04702">
      <w:pPr>
        <w:spacing w:line="360" w:lineRule="auto"/>
      </w:pPr>
      <w:r w:rsidRPr="00B04702">
        <w:t>The source is academic and was published in an academic journal. The authors are from the Department of Commerce and Business Administration at Acharya Nagarjuna University. The article is a systematic literature review and examines 48 articles from peer-reviewed journals. For these reasons, I believe it is a reliable source.</w:t>
      </w:r>
    </w:p>
    <w:p w14:paraId="313E6C42" w14:textId="77777777" w:rsidR="004A25C5" w:rsidRPr="00B04702" w:rsidRDefault="00000000" w:rsidP="00B04702">
      <w:pPr>
        <w:spacing w:line="360" w:lineRule="auto"/>
      </w:pPr>
      <w:r w:rsidRPr="00B04702">
        <w:rPr>
          <w:b/>
        </w:rPr>
        <w:t>4. Short reflection – What did you find difficult about this task?</w:t>
      </w:r>
    </w:p>
    <w:p w14:paraId="42CBDBB2" w14:textId="77777777" w:rsidR="004A25C5" w:rsidRPr="00B04702" w:rsidRDefault="00000000" w:rsidP="00B04702">
      <w:pPr>
        <w:spacing w:line="360" w:lineRule="auto"/>
      </w:pPr>
      <w:r w:rsidRPr="00B04702">
        <w:t>The most difficult part of this task was deciding whether a source was reliable and academic because there is a lot of information available online.</w:t>
      </w:r>
    </w:p>
    <w:p w14:paraId="21B80C97" w14:textId="77777777" w:rsidR="004A25C5" w:rsidRPr="00B04702" w:rsidRDefault="00000000" w:rsidP="00B04702">
      <w:pPr>
        <w:spacing w:line="360" w:lineRule="auto"/>
      </w:pPr>
      <w:r w:rsidRPr="00B04702">
        <w:rPr>
          <w:b/>
        </w:rPr>
        <w:t>5. What did you learn from this task?</w:t>
      </w:r>
    </w:p>
    <w:p w14:paraId="2CC7B6ED" w14:textId="77777777" w:rsidR="004A25C5" w:rsidRPr="00B04702" w:rsidRDefault="00000000" w:rsidP="00B04702">
      <w:pPr>
        <w:spacing w:line="360" w:lineRule="auto"/>
      </w:pPr>
      <w:r w:rsidRPr="00B04702">
        <w:t>I learned how to check the author, publication date, journal and evidence before using a source for academic work.</w:t>
      </w:r>
    </w:p>
    <w:sectPr w:rsidR="004A25C5" w:rsidRPr="00B0470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22166996">
    <w:abstractNumId w:val="8"/>
  </w:num>
  <w:num w:numId="2" w16cid:durableId="323558332">
    <w:abstractNumId w:val="6"/>
  </w:num>
  <w:num w:numId="3" w16cid:durableId="1543247188">
    <w:abstractNumId w:val="5"/>
  </w:num>
  <w:num w:numId="4" w16cid:durableId="1403141580">
    <w:abstractNumId w:val="4"/>
  </w:num>
  <w:num w:numId="5" w16cid:durableId="1640721924">
    <w:abstractNumId w:val="7"/>
  </w:num>
  <w:num w:numId="6" w16cid:durableId="1544557996">
    <w:abstractNumId w:val="3"/>
  </w:num>
  <w:num w:numId="7" w16cid:durableId="1840391621">
    <w:abstractNumId w:val="2"/>
  </w:num>
  <w:num w:numId="8" w16cid:durableId="1438677757">
    <w:abstractNumId w:val="1"/>
  </w:num>
  <w:num w:numId="9" w16cid:durableId="1407604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1A84"/>
    <w:rsid w:val="0015074B"/>
    <w:rsid w:val="0029639D"/>
    <w:rsid w:val="002A1BA5"/>
    <w:rsid w:val="002D2182"/>
    <w:rsid w:val="00326F90"/>
    <w:rsid w:val="004A25C5"/>
    <w:rsid w:val="00AA1D8D"/>
    <w:rsid w:val="00B04702"/>
    <w:rsid w:val="00B47730"/>
    <w:rsid w:val="00CB0664"/>
    <w:rsid w:val="00DF6832"/>
    <w:rsid w:val="00F35D6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B77F90"/>
  <w14:defaultImageDpi w14:val="300"/>
  <w15:docId w15:val="{9183DDF4-8954-470C-89F5-E315F1822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582</Words>
  <Characters>3319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Mayra Irasema Torres Acevedo (2539645)</cp:lastModifiedBy>
  <cp:revision>4</cp:revision>
  <dcterms:created xsi:type="dcterms:W3CDTF">2013-12-23T23:15:00Z</dcterms:created>
  <dcterms:modified xsi:type="dcterms:W3CDTF">2026-08-18T19:14:00Z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6f30af31-9e53-4006-a13d-6f55ec21b02e</vt:lpwstr>
  </property>
</Properties>
</file>