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44E1D" w14:textId="77777777" w:rsidR="00306741" w:rsidRDefault="00306741">
      <w:pPr>
        <w:pStyle w:val="Heading1"/>
        <w:rPr>
          <w:color w:val="1A1A1A" w:themeColor="background1" w:themeShade="1A"/>
        </w:rPr>
      </w:pPr>
      <w:r>
        <w:rPr>
          <w:color w:val="1A1A1A" w:themeColor="background1" w:themeShade="1A"/>
        </w:rPr>
        <w:t xml:space="preserve">Usama Mushtaq </w:t>
      </w:r>
    </w:p>
    <w:p w14:paraId="6E2C7B48" w14:textId="77777777" w:rsidR="00306741" w:rsidRDefault="00306741">
      <w:pPr>
        <w:pStyle w:val="Heading1"/>
        <w:rPr>
          <w:color w:val="1A1A1A" w:themeColor="background1" w:themeShade="1A"/>
        </w:rPr>
      </w:pPr>
      <w:r>
        <w:rPr>
          <w:color w:val="1A1A1A" w:themeColor="background1" w:themeShade="1A"/>
        </w:rPr>
        <w:t>Student ID: 2414397</w:t>
      </w:r>
    </w:p>
    <w:p w14:paraId="638EECBD" w14:textId="77777777" w:rsidR="00D26E82" w:rsidRDefault="00306741">
      <w:pPr>
        <w:pStyle w:val="Heading1"/>
        <w:rPr>
          <w:color w:val="1A1A1A" w:themeColor="background1" w:themeShade="1A"/>
        </w:rPr>
      </w:pPr>
      <w:r>
        <w:rPr>
          <w:color w:val="1A1A1A" w:themeColor="background1" w:themeShade="1A"/>
        </w:rPr>
        <w:t xml:space="preserve">Module: </w:t>
      </w:r>
      <w:r w:rsidR="00D26E82">
        <w:rPr>
          <w:color w:val="1A1A1A" w:themeColor="background1" w:themeShade="1A"/>
        </w:rPr>
        <w:t>Employability</w:t>
      </w:r>
      <w:r>
        <w:rPr>
          <w:color w:val="1A1A1A" w:themeColor="background1" w:themeShade="1A"/>
        </w:rPr>
        <w:t xml:space="preserve"> and career development</w:t>
      </w:r>
      <w:r w:rsidR="00D26E82">
        <w:rPr>
          <w:color w:val="1A1A1A" w:themeColor="background1" w:themeShade="1A"/>
        </w:rPr>
        <w:t xml:space="preserve"> (LCLM4005_LON)</w:t>
      </w:r>
    </w:p>
    <w:p w14:paraId="5FC7F198" w14:textId="5A84182E" w:rsidR="00877CBC" w:rsidRDefault="00D26E82">
      <w:pPr>
        <w:pStyle w:val="Heading1"/>
        <w:rPr>
          <w:color w:val="1A1A1A" w:themeColor="background1" w:themeShade="1A"/>
        </w:rPr>
      </w:pPr>
      <w:r>
        <w:rPr>
          <w:color w:val="1A1A1A" w:themeColor="background1" w:themeShade="1A"/>
        </w:rPr>
        <w:t>Submission Title: Mock Job Interview Assessment</w:t>
      </w:r>
    </w:p>
    <w:p w14:paraId="615AD516" w14:textId="77777777" w:rsidR="00DD178C" w:rsidRPr="00DD178C" w:rsidRDefault="00DD178C" w:rsidP="00DD178C"/>
    <w:p w14:paraId="148C3A93" w14:textId="008AEB25" w:rsidR="00877CBC" w:rsidRPr="00CE401E" w:rsidRDefault="00F176F9">
      <w:pPr>
        <w:pStyle w:val="Heading2"/>
        <w:rPr>
          <w:color w:val="1A1A1A" w:themeColor="background1" w:themeShade="1A"/>
        </w:rPr>
      </w:pPr>
      <w:r w:rsidRPr="00CE401E">
        <w:rPr>
          <w:color w:val="1A1A1A" w:themeColor="background1" w:themeShade="1A"/>
          <w:u w:val="single"/>
        </w:rPr>
        <w:t>Job Advertisemen</w:t>
      </w:r>
      <w:r w:rsidR="00CE401E">
        <w:rPr>
          <w:color w:val="1A1A1A" w:themeColor="background1" w:themeShade="1A"/>
          <w:u w:val="single"/>
        </w:rPr>
        <w:t>t: MOT Tester</w:t>
      </w:r>
    </w:p>
    <w:p w14:paraId="7EF666BF" w14:textId="77777777" w:rsidR="00DD178C" w:rsidRPr="00DD178C" w:rsidRDefault="00F176F9">
      <w:pPr>
        <w:rPr>
          <w:rFonts w:asciiTheme="majorHAnsi" w:hAnsiTheme="majorHAnsi"/>
        </w:rPr>
      </w:pPr>
      <w:r w:rsidRPr="00DD178C">
        <w:rPr>
          <w:rFonts w:asciiTheme="majorHAnsi" w:hAnsiTheme="majorHAnsi"/>
        </w:rPr>
        <w:t>Job Title: MOT Tester</w:t>
      </w:r>
      <w:r w:rsidRPr="00DD178C">
        <w:rPr>
          <w:rFonts w:asciiTheme="majorHAnsi" w:hAnsiTheme="majorHAnsi"/>
        </w:rPr>
        <w:br/>
        <w:t>Location: London</w:t>
      </w:r>
      <w:r w:rsidRPr="00DD178C">
        <w:rPr>
          <w:rFonts w:asciiTheme="majorHAnsi" w:hAnsiTheme="majorHAnsi"/>
        </w:rPr>
        <w:br/>
        <w:t>Employment Type: Full-Time</w:t>
      </w:r>
      <w:r w:rsidRPr="00DD178C">
        <w:rPr>
          <w:rFonts w:asciiTheme="majorHAnsi" w:hAnsiTheme="majorHAnsi"/>
        </w:rPr>
        <w:br/>
      </w:r>
      <w:r w:rsidRPr="00DD178C">
        <w:rPr>
          <w:rFonts w:asciiTheme="majorHAnsi" w:hAnsiTheme="majorHAnsi"/>
        </w:rPr>
        <w:br/>
      </w:r>
      <w:r w:rsidRPr="00DD178C">
        <w:rPr>
          <w:rFonts w:asciiTheme="majorHAnsi" w:hAnsiTheme="majorHAnsi"/>
          <w:b/>
          <w:bCs/>
        </w:rPr>
        <w:t>Job Description:</w:t>
      </w:r>
      <w:r w:rsidRPr="00DD178C">
        <w:rPr>
          <w:rFonts w:asciiTheme="majorHAnsi" w:hAnsiTheme="majorHAnsi"/>
        </w:rPr>
        <w:br/>
        <w:t>We are seeking a qualified and reliable MOT Tester to join our busy automotive service centre. The successful candidate will be responsible for carrying out MOT tests in line with DVSA regulations, ensuring vehicles meet safety and environmental standards.</w:t>
      </w:r>
      <w:r w:rsidRPr="00DD178C">
        <w:rPr>
          <w:rFonts w:asciiTheme="majorHAnsi" w:hAnsiTheme="majorHAnsi"/>
        </w:rPr>
        <w:br/>
      </w:r>
      <w:r w:rsidRPr="00DD178C">
        <w:rPr>
          <w:rFonts w:asciiTheme="majorHAnsi" w:hAnsiTheme="majorHAnsi"/>
        </w:rPr>
        <w:br/>
      </w:r>
      <w:r w:rsidRPr="00A90FB1">
        <w:rPr>
          <w:rFonts w:asciiTheme="majorHAnsi" w:hAnsiTheme="majorHAnsi"/>
        </w:rPr>
        <w:t>Key Responsibilities:</w:t>
      </w:r>
      <w:r w:rsidRPr="00DD178C">
        <w:rPr>
          <w:rFonts w:asciiTheme="majorHAnsi" w:hAnsiTheme="majorHAnsi"/>
        </w:rPr>
        <w:br/>
        <w:t>- Carry out MOT tests to DVSA standards</w:t>
      </w:r>
      <w:r w:rsidRPr="00DD178C">
        <w:rPr>
          <w:rFonts w:asciiTheme="majorHAnsi" w:hAnsiTheme="majorHAnsi"/>
        </w:rPr>
        <w:br/>
        <w:t>- Accurately record and report test results</w:t>
      </w:r>
      <w:r w:rsidRPr="00DD178C">
        <w:rPr>
          <w:rFonts w:asciiTheme="majorHAnsi" w:hAnsiTheme="majorHAnsi"/>
        </w:rPr>
        <w:br/>
        <w:t>- Identify vehicle faults and safety issues</w:t>
      </w:r>
      <w:r w:rsidRPr="00DD178C">
        <w:rPr>
          <w:rFonts w:asciiTheme="majorHAnsi" w:hAnsiTheme="majorHAnsi"/>
        </w:rPr>
        <w:br/>
        <w:t>- Maintain a clean and safe working environment</w:t>
      </w:r>
      <w:r w:rsidRPr="00DD178C">
        <w:rPr>
          <w:rFonts w:asciiTheme="majorHAnsi" w:hAnsiTheme="majorHAnsi"/>
        </w:rPr>
        <w:br/>
        <w:t>- Deliver professional customer service when required</w:t>
      </w:r>
      <w:r w:rsidRPr="00DD178C">
        <w:rPr>
          <w:rFonts w:asciiTheme="majorHAnsi" w:hAnsiTheme="majorHAnsi"/>
        </w:rPr>
        <w:br/>
      </w:r>
      <w:r w:rsidRPr="00DD178C">
        <w:rPr>
          <w:rFonts w:asciiTheme="majorHAnsi" w:hAnsiTheme="majorHAnsi"/>
        </w:rPr>
        <w:br/>
        <w:t>Person Specification:</w:t>
      </w:r>
      <w:r w:rsidRPr="00DD178C">
        <w:rPr>
          <w:rFonts w:asciiTheme="majorHAnsi" w:hAnsiTheme="majorHAnsi"/>
        </w:rPr>
        <w:br/>
        <w:t>- Valid MOT Tester qualification (Class 4)</w:t>
      </w:r>
      <w:r w:rsidRPr="00DD178C">
        <w:rPr>
          <w:rFonts w:asciiTheme="majorHAnsi" w:hAnsiTheme="majorHAnsi"/>
        </w:rPr>
        <w:br/>
        <w:t>- Strong attention to detail</w:t>
      </w:r>
      <w:r w:rsidRPr="00DD178C">
        <w:rPr>
          <w:rFonts w:asciiTheme="majorHAnsi" w:hAnsiTheme="majorHAnsi"/>
        </w:rPr>
        <w:br/>
        <w:t>- Good communication skills</w:t>
      </w:r>
      <w:r w:rsidRPr="00DD178C">
        <w:rPr>
          <w:rFonts w:asciiTheme="majorHAnsi" w:hAnsiTheme="majorHAnsi"/>
        </w:rPr>
        <w:br/>
        <w:t>- Ability to work independently and as part of a team</w:t>
      </w:r>
      <w:r w:rsidRPr="00DD178C">
        <w:rPr>
          <w:rFonts w:asciiTheme="majorHAnsi" w:hAnsiTheme="majorHAnsi"/>
        </w:rPr>
        <w:br/>
        <w:t>- Knowledge of vehicle safety and compliance standards</w:t>
      </w:r>
    </w:p>
    <w:p w14:paraId="5824DCAC" w14:textId="77777777" w:rsidR="00DD178C" w:rsidRPr="00DD178C" w:rsidRDefault="00DD178C">
      <w:pPr>
        <w:rPr>
          <w:rFonts w:asciiTheme="majorHAnsi" w:hAnsiTheme="majorHAnsi"/>
        </w:rPr>
      </w:pPr>
    </w:p>
    <w:p w14:paraId="4540A6AD" w14:textId="77777777" w:rsidR="00DD178C" w:rsidRPr="00DD178C" w:rsidRDefault="00DD178C">
      <w:pPr>
        <w:rPr>
          <w:rFonts w:asciiTheme="majorHAnsi" w:hAnsiTheme="majorHAnsi"/>
        </w:rPr>
      </w:pPr>
    </w:p>
    <w:p w14:paraId="2C8FE585" w14:textId="77777777" w:rsidR="00DD178C" w:rsidRPr="00DD178C" w:rsidRDefault="00DD178C">
      <w:pPr>
        <w:rPr>
          <w:rFonts w:asciiTheme="majorHAnsi" w:hAnsiTheme="majorHAnsi"/>
        </w:rPr>
      </w:pPr>
    </w:p>
    <w:p w14:paraId="631F9A18" w14:textId="77777777" w:rsidR="00DD178C" w:rsidRPr="00DD178C" w:rsidRDefault="00DD178C">
      <w:pPr>
        <w:rPr>
          <w:rFonts w:asciiTheme="majorHAnsi" w:hAnsiTheme="majorHAnsi"/>
        </w:rPr>
      </w:pPr>
    </w:p>
    <w:p w14:paraId="74D93672" w14:textId="77777777" w:rsidR="00DD178C" w:rsidRPr="00DD178C" w:rsidRDefault="00DD178C">
      <w:pPr>
        <w:rPr>
          <w:rFonts w:asciiTheme="majorHAnsi" w:hAnsiTheme="majorHAnsi"/>
        </w:rPr>
      </w:pPr>
    </w:p>
    <w:p w14:paraId="529F1A4D" w14:textId="77777777" w:rsidR="00DD178C" w:rsidRPr="00DD178C" w:rsidRDefault="00DD178C">
      <w:pPr>
        <w:rPr>
          <w:rFonts w:asciiTheme="majorHAnsi" w:hAnsiTheme="majorHAnsi"/>
        </w:rPr>
      </w:pPr>
    </w:p>
    <w:p w14:paraId="4E10B023" w14:textId="77777777" w:rsidR="00DD178C" w:rsidRPr="00DD178C" w:rsidRDefault="00DD178C">
      <w:pPr>
        <w:rPr>
          <w:rFonts w:asciiTheme="majorHAnsi" w:hAnsiTheme="majorHAnsi"/>
        </w:rPr>
      </w:pPr>
    </w:p>
    <w:p w14:paraId="0EEA0EC4" w14:textId="77777777" w:rsidR="00DD178C" w:rsidRDefault="00DD178C"/>
    <w:p w14:paraId="2FD4033E" w14:textId="77777777" w:rsidR="00DD178C" w:rsidRDefault="00DD178C"/>
    <w:p w14:paraId="08B5D84B" w14:textId="77777777" w:rsidR="00DD178C" w:rsidRDefault="00DD178C"/>
    <w:p w14:paraId="62AFD186" w14:textId="35DC5A36" w:rsidR="00877CBC" w:rsidRDefault="00877CBC"/>
    <w:p w14:paraId="0E05DD65" w14:textId="77777777" w:rsidR="00877CBC" w:rsidRPr="00A90FB1" w:rsidRDefault="00F176F9">
      <w:pPr>
        <w:pStyle w:val="Heading2"/>
        <w:rPr>
          <w:color w:val="1A1A1A" w:themeColor="background1" w:themeShade="1A"/>
        </w:rPr>
      </w:pPr>
      <w:r w:rsidRPr="00A90FB1">
        <w:rPr>
          <w:color w:val="1A1A1A" w:themeColor="background1" w:themeShade="1A"/>
        </w:rPr>
        <w:t>Curriculum Vitae</w:t>
      </w:r>
    </w:p>
    <w:p w14:paraId="120B2BC2" w14:textId="77777777" w:rsidR="00877CBC" w:rsidRPr="00A90FB1" w:rsidRDefault="00F176F9">
      <w:pPr>
        <w:rPr>
          <w:rFonts w:asciiTheme="majorHAnsi" w:hAnsiTheme="majorHAnsi"/>
        </w:rPr>
      </w:pPr>
      <w:r w:rsidRPr="00A90FB1">
        <w:rPr>
          <w:rFonts w:asciiTheme="majorHAnsi" w:hAnsiTheme="majorHAnsi"/>
        </w:rPr>
        <w:t>Personal Profile:</w:t>
      </w:r>
      <w:r w:rsidRPr="00A90FB1">
        <w:rPr>
          <w:rFonts w:asciiTheme="majorHAnsi" w:hAnsiTheme="majorHAnsi"/>
        </w:rPr>
        <w:br/>
        <w:t>A reliable and detail-oriented MOT Tester with a strong understanding of vehicle safety standards and DVSA regulations. Experienced in working in fast-paced environments, with excellent attention to detail and a commitment to high-quality workmanship.</w:t>
      </w:r>
      <w:r w:rsidRPr="00A90FB1">
        <w:rPr>
          <w:rFonts w:asciiTheme="majorHAnsi" w:hAnsiTheme="majorHAnsi"/>
        </w:rPr>
        <w:br/>
      </w:r>
      <w:r w:rsidRPr="00A90FB1">
        <w:rPr>
          <w:rFonts w:asciiTheme="majorHAnsi" w:hAnsiTheme="majorHAnsi"/>
        </w:rPr>
        <w:br/>
        <w:t>Key Skills:</w:t>
      </w:r>
      <w:r w:rsidRPr="00A90FB1">
        <w:rPr>
          <w:rFonts w:asciiTheme="majorHAnsi" w:hAnsiTheme="majorHAnsi"/>
        </w:rPr>
        <w:br/>
        <w:t>- MOT testing and compliance</w:t>
      </w:r>
      <w:r w:rsidRPr="00A90FB1">
        <w:rPr>
          <w:rFonts w:asciiTheme="majorHAnsi" w:hAnsiTheme="majorHAnsi"/>
        </w:rPr>
        <w:br/>
        <w:t>- Vehicle inspection and fault identification</w:t>
      </w:r>
      <w:r w:rsidRPr="00A90FB1">
        <w:rPr>
          <w:rFonts w:asciiTheme="majorHAnsi" w:hAnsiTheme="majorHAnsi"/>
        </w:rPr>
        <w:br/>
        <w:t>- Time management</w:t>
      </w:r>
      <w:r w:rsidRPr="00A90FB1">
        <w:rPr>
          <w:rFonts w:asciiTheme="majorHAnsi" w:hAnsiTheme="majorHAnsi"/>
        </w:rPr>
        <w:br/>
        <w:t>- Health and safety awareness</w:t>
      </w:r>
      <w:r w:rsidRPr="00A90FB1">
        <w:rPr>
          <w:rFonts w:asciiTheme="majorHAnsi" w:hAnsiTheme="majorHAnsi"/>
        </w:rPr>
        <w:br/>
        <w:t>- Customer service and communication</w:t>
      </w:r>
      <w:r w:rsidRPr="00A90FB1">
        <w:rPr>
          <w:rFonts w:asciiTheme="majorHAnsi" w:hAnsiTheme="majorHAnsi"/>
        </w:rPr>
        <w:br/>
      </w:r>
      <w:r w:rsidRPr="00A90FB1">
        <w:rPr>
          <w:rFonts w:asciiTheme="majorHAnsi" w:hAnsiTheme="majorHAnsi"/>
        </w:rPr>
        <w:br/>
        <w:t>Work Experience:</w:t>
      </w:r>
      <w:r w:rsidRPr="00A90FB1">
        <w:rPr>
          <w:rFonts w:asciiTheme="majorHAnsi" w:hAnsiTheme="majorHAnsi"/>
        </w:rPr>
        <w:br/>
        <w:t>Automotive Service Assistant</w:t>
      </w:r>
      <w:r w:rsidRPr="00A90FB1">
        <w:rPr>
          <w:rFonts w:asciiTheme="majorHAnsi" w:hAnsiTheme="majorHAnsi"/>
        </w:rPr>
        <w:br/>
        <w:t>Garage Environment</w:t>
      </w:r>
      <w:r w:rsidRPr="00A90FB1">
        <w:rPr>
          <w:rFonts w:asciiTheme="majorHAnsi" w:hAnsiTheme="majorHAnsi"/>
        </w:rPr>
        <w:br/>
        <w:t>- Assisted qualified technicians with vehicle inspections</w:t>
      </w:r>
      <w:r w:rsidRPr="00A90FB1">
        <w:rPr>
          <w:rFonts w:asciiTheme="majorHAnsi" w:hAnsiTheme="majorHAnsi"/>
        </w:rPr>
        <w:br/>
        <w:t>- Maintained accurate service records</w:t>
      </w:r>
      <w:r w:rsidRPr="00A90FB1">
        <w:rPr>
          <w:rFonts w:asciiTheme="majorHAnsi" w:hAnsiTheme="majorHAnsi"/>
        </w:rPr>
        <w:br/>
        <w:t>- Ensured workshop safety standards were met</w:t>
      </w:r>
      <w:r w:rsidRPr="00A90FB1">
        <w:rPr>
          <w:rFonts w:asciiTheme="majorHAnsi" w:hAnsiTheme="majorHAnsi"/>
        </w:rPr>
        <w:br/>
      </w:r>
      <w:r w:rsidRPr="00A90FB1">
        <w:rPr>
          <w:rFonts w:asciiTheme="majorHAnsi" w:hAnsiTheme="majorHAnsi"/>
        </w:rPr>
        <w:br/>
        <w:t>Education &amp; Qualifications:</w:t>
      </w:r>
      <w:r w:rsidRPr="00A90FB1">
        <w:rPr>
          <w:rFonts w:asciiTheme="majorHAnsi" w:hAnsiTheme="majorHAnsi"/>
        </w:rPr>
        <w:br/>
        <w:t>- Level 3 Diploma in Vehicle Maintenance (or equivalent)</w:t>
      </w:r>
      <w:r w:rsidRPr="00A90FB1">
        <w:rPr>
          <w:rFonts w:asciiTheme="majorHAnsi" w:hAnsiTheme="majorHAnsi"/>
        </w:rPr>
        <w:br/>
        <w:t>- Certified MOT Tester (Class 4)</w:t>
      </w:r>
      <w:r w:rsidRPr="00A90FB1">
        <w:rPr>
          <w:rFonts w:asciiTheme="majorHAnsi" w:hAnsiTheme="majorHAnsi"/>
        </w:rPr>
        <w:br/>
      </w:r>
      <w:r w:rsidRPr="00A90FB1">
        <w:rPr>
          <w:rFonts w:asciiTheme="majorHAnsi" w:hAnsiTheme="majorHAnsi"/>
        </w:rPr>
        <w:br/>
        <w:t>Additional Information:</w:t>
      </w:r>
      <w:r w:rsidRPr="00A90FB1">
        <w:rPr>
          <w:rFonts w:asciiTheme="majorHAnsi" w:hAnsiTheme="majorHAnsi"/>
        </w:rPr>
        <w:br/>
        <w:t>- Flexible and punctual</w:t>
      </w:r>
      <w:r w:rsidRPr="00A90FB1">
        <w:rPr>
          <w:rFonts w:asciiTheme="majorHAnsi" w:hAnsiTheme="majorHAnsi"/>
        </w:rPr>
        <w:br/>
        <w:t>- Able to work under pressure</w:t>
      </w:r>
      <w:r w:rsidRPr="00A90FB1">
        <w:rPr>
          <w:rFonts w:asciiTheme="majorHAnsi" w:hAnsiTheme="majorHAnsi"/>
        </w:rPr>
        <w:br/>
      </w:r>
    </w:p>
    <w:p w14:paraId="5D69F532" w14:textId="77777777" w:rsidR="00A90FB1" w:rsidRDefault="00A90FB1"/>
    <w:p w14:paraId="53FAC861" w14:textId="77777777" w:rsidR="00A90FB1" w:rsidRDefault="00A90FB1"/>
    <w:p w14:paraId="52F607EB" w14:textId="77777777" w:rsidR="00A90FB1" w:rsidRDefault="00A90FB1"/>
    <w:p w14:paraId="1F4A7F91" w14:textId="77777777" w:rsidR="00A90FB1" w:rsidRDefault="00A90FB1"/>
    <w:p w14:paraId="519A7091" w14:textId="77777777" w:rsidR="00877CBC" w:rsidRPr="00F176F9" w:rsidRDefault="00F176F9">
      <w:pPr>
        <w:pStyle w:val="Heading2"/>
        <w:rPr>
          <w:color w:val="1A1A1A" w:themeColor="background1" w:themeShade="1A"/>
        </w:rPr>
      </w:pPr>
      <w:r w:rsidRPr="00F176F9">
        <w:rPr>
          <w:color w:val="1A1A1A" w:themeColor="background1" w:themeShade="1A"/>
        </w:rPr>
        <w:t>Cover Letter</w:t>
      </w:r>
    </w:p>
    <w:p w14:paraId="2CDD4245" w14:textId="77777777" w:rsidR="00877CBC" w:rsidRPr="00A90FB1" w:rsidRDefault="00F176F9">
      <w:pPr>
        <w:rPr>
          <w:rFonts w:asciiTheme="majorHAnsi" w:hAnsiTheme="majorHAnsi"/>
        </w:rPr>
      </w:pPr>
      <w:r w:rsidRPr="00A90FB1">
        <w:rPr>
          <w:rFonts w:asciiTheme="majorHAnsi" w:hAnsiTheme="majorHAnsi"/>
        </w:rPr>
        <w:t>Dear Hiring Manager,</w:t>
      </w:r>
      <w:r w:rsidRPr="00A90FB1">
        <w:rPr>
          <w:rFonts w:asciiTheme="majorHAnsi" w:hAnsiTheme="majorHAnsi"/>
        </w:rPr>
        <w:br/>
      </w:r>
      <w:r w:rsidRPr="00A90FB1">
        <w:rPr>
          <w:rFonts w:asciiTheme="majorHAnsi" w:hAnsiTheme="majorHAnsi"/>
        </w:rPr>
        <w:br/>
        <w:t>I am writing to apply for the MOT Tester position advertised. I have a strong understanding of DVSA standards and a keen eye for detail, which enables me to carry out MOT tests accurately and efficiently.</w:t>
      </w:r>
      <w:r w:rsidRPr="00A90FB1">
        <w:rPr>
          <w:rFonts w:asciiTheme="majorHAnsi" w:hAnsiTheme="majorHAnsi"/>
        </w:rPr>
        <w:br/>
      </w:r>
      <w:r w:rsidRPr="00A90FB1">
        <w:rPr>
          <w:rFonts w:asciiTheme="majorHAnsi" w:hAnsiTheme="majorHAnsi"/>
        </w:rPr>
        <w:br/>
        <w:t>I am confident in my ability to identify safety issues, complete inspections to a high standard, and maintain accurate records. I take pride in working responsibly and ensuring all vehicles meet legal and safety requirements.</w:t>
      </w:r>
      <w:r w:rsidRPr="00A90FB1">
        <w:rPr>
          <w:rFonts w:asciiTheme="majorHAnsi" w:hAnsiTheme="majorHAnsi"/>
        </w:rPr>
        <w:br/>
      </w:r>
      <w:r w:rsidRPr="00A90FB1">
        <w:rPr>
          <w:rFonts w:asciiTheme="majorHAnsi" w:hAnsiTheme="majorHAnsi"/>
        </w:rPr>
        <w:br/>
        <w:t>In addition to my technical skills, I am reliable, punctual, and able to work well both independently and as part of a team. I am enthusiastic about the opportunity to contribute to your garage and maintain high testing standards.</w:t>
      </w:r>
      <w:r w:rsidRPr="00A90FB1">
        <w:rPr>
          <w:rFonts w:asciiTheme="majorHAnsi" w:hAnsiTheme="majorHAnsi"/>
        </w:rPr>
        <w:br/>
      </w:r>
      <w:r w:rsidRPr="00A90FB1">
        <w:rPr>
          <w:rFonts w:asciiTheme="majorHAnsi" w:hAnsiTheme="majorHAnsi"/>
        </w:rPr>
        <w:br/>
        <w:t>Thank you for considering my application. I look forward to the opportunity to discuss my suitability for this role further.</w:t>
      </w:r>
      <w:r w:rsidRPr="00A90FB1">
        <w:rPr>
          <w:rFonts w:asciiTheme="majorHAnsi" w:hAnsiTheme="majorHAnsi"/>
        </w:rPr>
        <w:br/>
      </w:r>
      <w:r w:rsidRPr="00A90FB1">
        <w:rPr>
          <w:rFonts w:asciiTheme="majorHAnsi" w:hAnsiTheme="majorHAnsi"/>
        </w:rPr>
        <w:br/>
        <w:t>Yours sincerely,</w:t>
      </w:r>
      <w:r w:rsidRPr="00A90FB1">
        <w:rPr>
          <w:rFonts w:asciiTheme="majorHAnsi" w:hAnsiTheme="majorHAnsi"/>
        </w:rPr>
        <w:br/>
        <w:t>Applicant</w:t>
      </w:r>
    </w:p>
    <w:sectPr w:rsidR="00877CBC" w:rsidRPr="00A90FB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47370915">
    <w:abstractNumId w:val="8"/>
  </w:num>
  <w:num w:numId="2" w16cid:durableId="135682511">
    <w:abstractNumId w:val="6"/>
  </w:num>
  <w:num w:numId="3" w16cid:durableId="2081098826">
    <w:abstractNumId w:val="5"/>
  </w:num>
  <w:num w:numId="4" w16cid:durableId="919145054">
    <w:abstractNumId w:val="4"/>
  </w:num>
  <w:num w:numId="5" w16cid:durableId="828982609">
    <w:abstractNumId w:val="7"/>
  </w:num>
  <w:num w:numId="6" w16cid:durableId="640502225">
    <w:abstractNumId w:val="3"/>
  </w:num>
  <w:num w:numId="7" w16cid:durableId="212229549">
    <w:abstractNumId w:val="2"/>
  </w:num>
  <w:num w:numId="8" w16cid:durableId="669795608">
    <w:abstractNumId w:val="1"/>
  </w:num>
  <w:num w:numId="9" w16cid:durableId="259342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45E2"/>
    <w:rsid w:val="0029639D"/>
    <w:rsid w:val="00306741"/>
    <w:rsid w:val="00326F90"/>
    <w:rsid w:val="00877CBC"/>
    <w:rsid w:val="00A90FB1"/>
    <w:rsid w:val="00AA1D8D"/>
    <w:rsid w:val="00B358CC"/>
    <w:rsid w:val="00B47730"/>
    <w:rsid w:val="00CB0664"/>
    <w:rsid w:val="00CE401E"/>
    <w:rsid w:val="00D26E82"/>
    <w:rsid w:val="00DD178C"/>
    <w:rsid w:val="00DF4B5F"/>
    <w:rsid w:val="00F176F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65449D"/>
  <w14:defaultImageDpi w14:val="300"/>
  <w15:docId w15:val="{80C6F139-DE17-B247-A39A-5C3D41AAA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Husna Sahak</cp:lastModifiedBy>
  <cp:revision>2</cp:revision>
  <dcterms:created xsi:type="dcterms:W3CDTF">2025-12-14T13:05:00Z</dcterms:created>
  <dcterms:modified xsi:type="dcterms:W3CDTF">2025-12-14T13:05:00Z</dcterms:modified>
  <cp:category/>
</cp:coreProperties>
</file>