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F4F" w:rsidRDefault="00F06C0F">
      <w:pPr>
        <w:pStyle w:val="Heading1"/>
        <w:rPr>
          <w:color w:val="000000" w:themeColor="text1"/>
        </w:rPr>
      </w:pPr>
      <w:r>
        <w:rPr>
          <w:color w:val="000000" w:themeColor="text1"/>
        </w:rPr>
        <w:t xml:space="preserve">Task 1 Mock Interview-  </w:t>
      </w:r>
      <w:r w:rsidRPr="00F06C0F">
        <w:rPr>
          <w:color w:val="000000" w:themeColor="text1"/>
        </w:rPr>
        <w:t>Module: Employability and Career Development</w:t>
      </w:r>
      <w:r>
        <w:rPr>
          <w:color w:val="000000" w:themeColor="text1"/>
        </w:rPr>
        <w:t xml:space="preserve"> </w:t>
      </w:r>
      <w:r w:rsidR="00590ADA">
        <w:rPr>
          <w:color w:val="000000" w:themeColor="text1"/>
        </w:rPr>
        <w:t xml:space="preserve">| </w:t>
      </w:r>
      <w:r w:rsidR="00590ADA" w:rsidRPr="00590ADA">
        <w:rPr>
          <w:color w:val="000000" w:themeColor="text1"/>
        </w:rPr>
        <w:t>Module code: LCLM4005</w:t>
      </w:r>
      <w:r w:rsidR="00590ADA">
        <w:rPr>
          <w:color w:val="000000" w:themeColor="text1"/>
        </w:rPr>
        <w:t xml:space="preserve"> | Name: Kawsar Miah ID: 2428863</w:t>
      </w:r>
    </w:p>
    <w:p w:rsidR="00831F4F" w:rsidRDefault="00831F4F">
      <w:pPr>
        <w:pStyle w:val="Heading1"/>
        <w:rPr>
          <w:color w:val="000000" w:themeColor="text1"/>
        </w:rPr>
      </w:pPr>
    </w:p>
    <w:p w:rsidR="00831F4F" w:rsidRDefault="00831F4F">
      <w:pPr>
        <w:pStyle w:val="Heading1"/>
        <w:rPr>
          <w:color w:val="000000" w:themeColor="text1"/>
        </w:rPr>
      </w:pPr>
    </w:p>
    <w:p w:rsidR="00590ADA" w:rsidRPr="00590ADA" w:rsidRDefault="00590ADA" w:rsidP="00590ADA">
      <w:pPr>
        <w:pStyle w:val="Heading1"/>
        <w:rPr>
          <w:color w:val="000000" w:themeColor="text1"/>
        </w:rPr>
      </w:pPr>
      <w:r>
        <w:rPr>
          <w:color w:val="000000" w:themeColor="text1"/>
        </w:rPr>
        <w:t>Job Description:</w:t>
      </w:r>
    </w:p>
    <w:p w:rsidR="00831F4F" w:rsidRDefault="00831F4F">
      <w:pPr>
        <w:pStyle w:val="Heading1"/>
        <w:rPr>
          <w:color w:val="000000" w:themeColor="text1"/>
        </w:rPr>
      </w:pPr>
    </w:p>
    <w:p w:rsidR="00831F4F" w:rsidRDefault="00831F4F">
      <w:pPr>
        <w:pStyle w:val="Heading1"/>
        <w:rPr>
          <w:color w:val="000000" w:themeColor="text1"/>
        </w:rPr>
      </w:pPr>
      <w:r>
        <w:rPr>
          <w:noProof/>
          <w:color w:val="000000" w:themeColor="text1"/>
        </w:rPr>
        <w:drawing>
          <wp:inline distT="0" distB="0" distL="0" distR="0">
            <wp:extent cx="6601747" cy="6173062"/>
            <wp:effectExtent l="19050" t="0" r="8603" b="0"/>
            <wp:docPr id="2" name="Picture 1" descr="Screenshot 2025-11-16 2223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5-11-16 222332.png"/>
                    <pic:cNvPicPr/>
                  </pic:nvPicPr>
                  <pic:blipFill>
                    <a:blip r:embed="rId6"/>
                    <a:stretch>
                      <a:fillRect/>
                    </a:stretch>
                  </pic:blipFill>
                  <pic:spPr>
                    <a:xfrm>
                      <a:off x="0" y="0"/>
                      <a:ext cx="6601747" cy="6173062"/>
                    </a:xfrm>
                    <a:prstGeom prst="rect">
                      <a:avLst/>
                    </a:prstGeom>
                  </pic:spPr>
                </pic:pic>
              </a:graphicData>
            </a:graphic>
          </wp:inline>
        </w:drawing>
      </w:r>
    </w:p>
    <w:p w:rsidR="00831F4F" w:rsidRDefault="00F06C0F">
      <w:pPr>
        <w:pStyle w:val="Heading1"/>
        <w:rPr>
          <w:color w:val="000000" w:themeColor="text1"/>
        </w:rPr>
      </w:pPr>
      <w:r>
        <w:rPr>
          <w:noProof/>
          <w:color w:val="000000" w:themeColor="text1"/>
        </w:rPr>
        <w:drawing>
          <wp:inline distT="0" distB="0" distL="0" distR="0">
            <wp:extent cx="6354062" cy="8211697"/>
            <wp:effectExtent l="19050" t="0" r="8638" b="0"/>
            <wp:docPr id="4" name="Picture 3" descr="Screenshot 2025-11-16 222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5-11-16 222448.png"/>
                    <pic:cNvPicPr/>
                  </pic:nvPicPr>
                  <pic:blipFill>
                    <a:blip r:embed="rId7"/>
                    <a:stretch>
                      <a:fillRect/>
                    </a:stretch>
                  </pic:blipFill>
                  <pic:spPr>
                    <a:xfrm>
                      <a:off x="0" y="0"/>
                      <a:ext cx="6354062" cy="8211697"/>
                    </a:xfrm>
                    <a:prstGeom prst="rect">
                      <a:avLst/>
                    </a:prstGeom>
                  </pic:spPr>
                </pic:pic>
              </a:graphicData>
            </a:graphic>
          </wp:inline>
        </w:drawing>
      </w:r>
    </w:p>
    <w:p w:rsidR="00831F4F" w:rsidRDefault="00831F4F">
      <w:pPr>
        <w:pStyle w:val="Heading1"/>
        <w:rPr>
          <w:color w:val="000000" w:themeColor="text1"/>
        </w:rPr>
      </w:pPr>
    </w:p>
    <w:p w:rsidR="00831F4F" w:rsidRDefault="00831F4F">
      <w:pPr>
        <w:pStyle w:val="Heading1"/>
        <w:rPr>
          <w:color w:val="000000" w:themeColor="text1"/>
        </w:rPr>
      </w:pPr>
    </w:p>
    <w:p w:rsidR="00831F4F" w:rsidRDefault="00831F4F">
      <w:pPr>
        <w:pStyle w:val="Heading1"/>
        <w:rPr>
          <w:color w:val="000000" w:themeColor="text1"/>
        </w:rPr>
      </w:pPr>
    </w:p>
    <w:p w:rsidR="00831F4F" w:rsidRDefault="00590ADA">
      <w:pPr>
        <w:pStyle w:val="Heading1"/>
        <w:rPr>
          <w:color w:val="000000" w:themeColor="text1"/>
        </w:rPr>
      </w:pPr>
      <w:r>
        <w:rPr>
          <w:color w:val="000000" w:themeColor="text1"/>
        </w:rPr>
        <w:t>My CV:</w:t>
      </w:r>
    </w:p>
    <w:p w:rsidR="00831F4F" w:rsidRDefault="00831F4F">
      <w:pPr>
        <w:pStyle w:val="Heading1"/>
        <w:rPr>
          <w:color w:val="000000" w:themeColor="text1"/>
        </w:rPr>
      </w:pPr>
    </w:p>
    <w:p w:rsidR="00FE3378" w:rsidRPr="00134894" w:rsidRDefault="00BC5EB6">
      <w:pPr>
        <w:pStyle w:val="Heading1"/>
        <w:rPr>
          <w:b w:val="0"/>
          <w:color w:val="000000" w:themeColor="text1"/>
          <w:sz w:val="24"/>
          <w:szCs w:val="24"/>
        </w:rPr>
      </w:pPr>
      <w:r w:rsidRPr="00134894">
        <w:rPr>
          <w:b w:val="0"/>
          <w:color w:val="000000" w:themeColor="text1"/>
          <w:sz w:val="24"/>
          <w:szCs w:val="24"/>
        </w:rPr>
        <w:t>Kawsar Miah</w:t>
      </w:r>
    </w:p>
    <w:p w:rsidR="00FE3378" w:rsidRDefault="00BC5EB6">
      <w:r>
        <w:t>London, RM13 8BB</w:t>
      </w:r>
      <w:r>
        <w:br/>
        <w:t xml:space="preserve"> miah34216@gmail.com | 07503 357375</w:t>
      </w:r>
    </w:p>
    <w:p w:rsidR="00FE3378" w:rsidRPr="00083067" w:rsidRDefault="00BC5EB6">
      <w:pPr>
        <w:pStyle w:val="Heading2"/>
        <w:rPr>
          <w:color w:val="000000" w:themeColor="text1"/>
        </w:rPr>
      </w:pPr>
      <w:r w:rsidRPr="00083067">
        <w:rPr>
          <w:color w:val="000000" w:themeColor="text1"/>
        </w:rPr>
        <w:t>Personal Profile</w:t>
      </w:r>
    </w:p>
    <w:p w:rsidR="00FE3378" w:rsidRPr="007758A6" w:rsidRDefault="007758A6">
      <w:pPr>
        <w:rPr>
          <w:lang w:val="en-GB"/>
        </w:rPr>
      </w:pPr>
      <w:r w:rsidRPr="007758A6">
        <w:rPr>
          <w:lang w:val="en-GB"/>
        </w:rPr>
        <w:t>A hardworking,</w:t>
      </w:r>
      <w:r>
        <w:rPr>
          <w:lang w:val="en-GB"/>
        </w:rPr>
        <w:t xml:space="preserve"> reliable, </w:t>
      </w:r>
      <w:r w:rsidRPr="007758A6">
        <w:rPr>
          <w:lang w:val="en-GB"/>
        </w:rPr>
        <w:t xml:space="preserve">and motivated individual with experience in retail, warehouse operations, and customer service. </w:t>
      </w:r>
      <w:r>
        <w:rPr>
          <w:lang w:val="en-GB"/>
        </w:rPr>
        <w:t xml:space="preserve">Skilled </w:t>
      </w:r>
      <w:r w:rsidRPr="007758A6">
        <w:rPr>
          <w:lang w:val="en-GB"/>
        </w:rPr>
        <w:t>in till operation, stock management,</w:t>
      </w:r>
      <w:r>
        <w:rPr>
          <w:lang w:val="en-GB"/>
        </w:rPr>
        <w:t xml:space="preserve">  </w:t>
      </w:r>
      <w:r w:rsidRPr="007758A6">
        <w:rPr>
          <w:lang w:val="en-GB"/>
        </w:rPr>
        <w:t xml:space="preserve">Shelving and manual handling. </w:t>
      </w:r>
      <w:r w:rsidR="00BC5EB6" w:rsidRPr="007758A6">
        <w:rPr>
          <w:lang w:val="en-GB"/>
        </w:rPr>
        <w:t>Demonstrates</w:t>
      </w:r>
      <w:r>
        <w:rPr>
          <w:lang w:val="en-GB"/>
        </w:rPr>
        <w:t xml:space="preserve">   excellent communication, </w:t>
      </w:r>
      <w:r w:rsidR="00BC5EB6" w:rsidRPr="007758A6">
        <w:rPr>
          <w:lang w:val="en-GB"/>
        </w:rPr>
        <w:t>teamwork, and problem-solving abilities with a strong commitment to quality work and customer satisfaction.</w:t>
      </w:r>
    </w:p>
    <w:p w:rsidR="00FE3378" w:rsidRPr="00083067" w:rsidRDefault="00BC5EB6">
      <w:pPr>
        <w:pStyle w:val="Heading2"/>
        <w:rPr>
          <w:color w:val="000000" w:themeColor="text1"/>
        </w:rPr>
      </w:pPr>
      <w:r w:rsidRPr="00083067">
        <w:rPr>
          <w:color w:val="000000" w:themeColor="text1"/>
        </w:rPr>
        <w:t>Key Skills</w:t>
      </w:r>
    </w:p>
    <w:p w:rsidR="00FE3378" w:rsidRDefault="00BC5EB6">
      <w:pPr>
        <w:pStyle w:val="ListBullet"/>
      </w:pPr>
      <w:r>
        <w:t>Customer service and communication</w:t>
      </w:r>
    </w:p>
    <w:p w:rsidR="00FE3378" w:rsidRDefault="00BC5EB6">
      <w:pPr>
        <w:pStyle w:val="ListBullet"/>
      </w:pPr>
      <w:r>
        <w:t>Till operation and cash handling</w:t>
      </w:r>
    </w:p>
    <w:p w:rsidR="00FE3378" w:rsidRDefault="00BC5EB6">
      <w:pPr>
        <w:pStyle w:val="ListBullet"/>
      </w:pPr>
      <w:r>
        <w:t>Stock control and shelving</w:t>
      </w:r>
    </w:p>
    <w:p w:rsidR="00FE3378" w:rsidRDefault="00BC5EB6">
      <w:pPr>
        <w:pStyle w:val="ListBullet"/>
      </w:pPr>
      <w:r>
        <w:t>Manual handling and lifting (safe practices)</w:t>
      </w:r>
    </w:p>
    <w:p w:rsidR="00FE3378" w:rsidRDefault="00BC5EB6">
      <w:pPr>
        <w:pStyle w:val="ListBullet"/>
      </w:pPr>
      <w:r>
        <w:t>Teamwork and leadership</w:t>
      </w:r>
    </w:p>
    <w:p w:rsidR="00FE3378" w:rsidRDefault="00BC5EB6">
      <w:pPr>
        <w:pStyle w:val="ListBullet"/>
      </w:pPr>
      <w:r>
        <w:t xml:space="preserve">Time management and </w:t>
      </w:r>
      <w:r w:rsidR="0014109E">
        <w:t>organization</w:t>
      </w:r>
    </w:p>
    <w:p w:rsidR="00FE3378" w:rsidRDefault="00BC5EB6">
      <w:pPr>
        <w:pStyle w:val="ListBullet"/>
      </w:pPr>
      <w:r>
        <w:t>Problem-solving and attention to detail</w:t>
      </w:r>
    </w:p>
    <w:p w:rsidR="00FE3378" w:rsidRPr="00083067" w:rsidRDefault="00BC5EB6">
      <w:pPr>
        <w:pStyle w:val="Heading2"/>
        <w:rPr>
          <w:color w:val="000000" w:themeColor="text1"/>
        </w:rPr>
      </w:pPr>
      <w:r w:rsidRPr="00083067">
        <w:rPr>
          <w:color w:val="000000" w:themeColor="text1"/>
        </w:rPr>
        <w:t>Education</w:t>
      </w:r>
    </w:p>
    <w:p w:rsidR="00FE3378" w:rsidRDefault="00BC5EB6">
      <w:r>
        <w:t>University of Wales Trinity St David</w:t>
      </w:r>
      <w:r>
        <w:br/>
        <w:t>Level 4 – CERTHE Business Skills for the Workplace (Current)</w:t>
      </w:r>
    </w:p>
    <w:p w:rsidR="00FE3378" w:rsidRDefault="00083067">
      <w:r>
        <w:t>OCR Level 2 – Computer Science-2024 in Barking and Dagenham College.</w:t>
      </w:r>
    </w:p>
    <w:p w:rsidR="00FE3378" w:rsidRPr="00083067" w:rsidRDefault="00BC5EB6">
      <w:pPr>
        <w:pStyle w:val="Heading2"/>
        <w:rPr>
          <w:color w:val="000000" w:themeColor="text1"/>
        </w:rPr>
      </w:pPr>
      <w:r w:rsidRPr="00083067">
        <w:rPr>
          <w:color w:val="000000" w:themeColor="text1"/>
        </w:rPr>
        <w:t>Work Experience</w:t>
      </w:r>
    </w:p>
    <w:p w:rsidR="00FE3378" w:rsidRDefault="00BC5EB6">
      <w:pPr>
        <w:pStyle w:val="ListBullet"/>
      </w:pPr>
      <w:r>
        <w:t>Warehouse Operative – Majestic Drinks Ltd, Barking (2025</w:t>
      </w:r>
      <w:r w:rsidR="00243DC3">
        <w:rPr>
          <w:rFonts w:cs="Vrinda" w:hint="cs"/>
          <w:szCs w:val="28"/>
          <w:cs/>
          <w:lang w:bidi="bn-IN"/>
        </w:rPr>
        <w:t>)</w:t>
      </w:r>
    </w:p>
    <w:p w:rsidR="00FE3378" w:rsidRDefault="00BC5EB6">
      <w:pPr>
        <w:pStyle w:val="ListBullet2"/>
      </w:pPr>
      <w:r>
        <w:t>Picking, packing, and loading stock accurately and safely.</w:t>
      </w:r>
    </w:p>
    <w:p w:rsidR="00FE3378" w:rsidRDefault="00BC5EB6">
      <w:pPr>
        <w:pStyle w:val="ListBullet2"/>
      </w:pPr>
      <w:r>
        <w:t>Performing manual handling and lifting duties.</w:t>
      </w:r>
    </w:p>
    <w:p w:rsidR="00FE3378" w:rsidRDefault="00BC5EB6">
      <w:pPr>
        <w:pStyle w:val="ListBullet2"/>
      </w:pPr>
      <w:r>
        <w:t xml:space="preserve">Supporting stock control and warehouse </w:t>
      </w:r>
      <w:r w:rsidR="0014109E">
        <w:t>organization</w:t>
      </w:r>
      <w:r>
        <w:t>.</w:t>
      </w:r>
    </w:p>
    <w:p w:rsidR="00FE3378" w:rsidRDefault="00BC5EB6">
      <w:pPr>
        <w:pStyle w:val="ListBullet"/>
      </w:pPr>
      <w:r>
        <w:t xml:space="preserve">Security Officer – SIA RMSS (July 2024 – </w:t>
      </w:r>
      <w:r w:rsidR="00243DC3" w:rsidRPr="00D90C4E">
        <w:rPr>
          <w:rFonts w:cs="Vrinda" w:hint="cs"/>
          <w:cs/>
          <w:lang w:bidi="bn-IN"/>
        </w:rPr>
        <w:t>2025</w:t>
      </w:r>
      <w:r w:rsidR="00243DC3">
        <w:rPr>
          <w:rFonts w:cs="Vrinda" w:hint="cs"/>
          <w:szCs w:val="28"/>
          <w:cs/>
          <w:lang w:bidi="bn-IN"/>
        </w:rPr>
        <w:t>)</w:t>
      </w:r>
    </w:p>
    <w:p w:rsidR="00FE3378" w:rsidRDefault="00BC5EB6">
      <w:pPr>
        <w:pStyle w:val="ListBullet2"/>
      </w:pPr>
      <w:r>
        <w:t>Monitoring premises to ensure safety and compliance.</w:t>
      </w:r>
    </w:p>
    <w:p w:rsidR="00FE3378" w:rsidRDefault="00BC5EB6">
      <w:pPr>
        <w:pStyle w:val="ListBullet2"/>
      </w:pPr>
      <w:r>
        <w:t xml:space="preserve">Providing customer service and </w:t>
      </w:r>
      <w:r w:rsidR="00E422B7">
        <w:t>help</w:t>
      </w:r>
      <w:r>
        <w:t xml:space="preserve"> to visitors.</w:t>
      </w:r>
    </w:p>
    <w:p w:rsidR="00FE3378" w:rsidRDefault="00BC5EB6">
      <w:pPr>
        <w:pStyle w:val="ListBullet2"/>
      </w:pPr>
      <w:r>
        <w:t>Maintaining detailed incident reports and communication logs.</w:t>
      </w:r>
    </w:p>
    <w:p w:rsidR="00FE3378" w:rsidRDefault="00BC5EB6">
      <w:pPr>
        <w:pStyle w:val="ListBullet"/>
      </w:pPr>
      <w:r>
        <w:t>Retail Assistant – RK Convenience Store, Barking (2021 – 2025)</w:t>
      </w:r>
    </w:p>
    <w:p w:rsidR="00FE3378" w:rsidRDefault="00967618">
      <w:pPr>
        <w:pStyle w:val="ListBullet2"/>
      </w:pPr>
      <w:r>
        <w:t>Helped</w:t>
      </w:r>
      <w:r w:rsidR="00BC5EB6">
        <w:t xml:space="preserve"> customers at the till, handling </w:t>
      </w:r>
      <w:r>
        <w:t>cash,</w:t>
      </w:r>
      <w:r w:rsidR="00BC5EB6">
        <w:t xml:space="preserve"> and card payments.</w:t>
      </w:r>
    </w:p>
    <w:p w:rsidR="00FE3378" w:rsidRDefault="00BC5EB6">
      <w:pPr>
        <w:pStyle w:val="ListBullet2"/>
      </w:pPr>
      <w:r>
        <w:t xml:space="preserve">Restocked shelves and </w:t>
      </w:r>
      <w:r w:rsidR="0014109E">
        <w:t>kept</w:t>
      </w:r>
      <w:r>
        <w:t xml:space="preserve"> product displays.</w:t>
      </w:r>
    </w:p>
    <w:p w:rsidR="00FE3378" w:rsidRDefault="00BC5EB6">
      <w:pPr>
        <w:pStyle w:val="ListBullet2"/>
      </w:pPr>
      <w:r>
        <w:t>Delivered excellent customer service in a fast-paced environment.</w:t>
      </w:r>
    </w:p>
    <w:p w:rsidR="00FE3378" w:rsidRDefault="00BC5EB6" w:rsidP="00BC5EB6">
      <w:pPr>
        <w:pStyle w:val="ListBullet"/>
      </w:pPr>
      <w:r>
        <w:t>Café Assistant – Caffe Italiano (Temporary (2 Weeks))</w:t>
      </w:r>
    </w:p>
    <w:p w:rsidR="00FE3378" w:rsidRDefault="00BC5EB6">
      <w:pPr>
        <w:pStyle w:val="ListBullet2"/>
      </w:pPr>
      <w:r>
        <w:t xml:space="preserve">Supported cleaning, </w:t>
      </w:r>
      <w:r w:rsidR="00967618">
        <w:t>organization</w:t>
      </w:r>
      <w:r>
        <w:t>, and customer interaction.</w:t>
      </w:r>
    </w:p>
    <w:p w:rsidR="00FE3378" w:rsidRDefault="00BC5EB6">
      <w:pPr>
        <w:pStyle w:val="ListBullet"/>
      </w:pPr>
      <w:r>
        <w:t>Delivery Rider – Uber Eats (Freelance)</w:t>
      </w:r>
    </w:p>
    <w:p w:rsidR="00FE3378" w:rsidRDefault="00BC5EB6">
      <w:pPr>
        <w:pStyle w:val="ListBullet2"/>
      </w:pPr>
      <w:r>
        <w:t xml:space="preserve">Ensured </w:t>
      </w:r>
      <w:r w:rsidR="00967618">
        <w:t>prompt</w:t>
      </w:r>
      <w:r>
        <w:t xml:space="preserve"> and professional delivery of food orders.</w:t>
      </w:r>
    </w:p>
    <w:p w:rsidR="00FE3378" w:rsidRDefault="00BC5EB6">
      <w:pPr>
        <w:pStyle w:val="ListBullet2"/>
      </w:pPr>
      <w:r>
        <w:t>Maintained positive communication with customers.</w:t>
      </w:r>
    </w:p>
    <w:p w:rsidR="006A1C3B" w:rsidRDefault="006A1C3B" w:rsidP="006A1C3B">
      <w:pPr>
        <w:pStyle w:val="ListBullet2"/>
        <w:numPr>
          <w:ilvl w:val="0"/>
          <w:numId w:val="0"/>
        </w:numPr>
        <w:ind w:left="720"/>
      </w:pPr>
    </w:p>
    <w:p w:rsidR="006A1C3B" w:rsidRDefault="006A1C3B">
      <w:pPr>
        <w:pStyle w:val="ListBullet2"/>
      </w:pPr>
      <w:r>
        <w:t xml:space="preserve">Waiter- The </w:t>
      </w:r>
      <w:r w:rsidR="002C631A">
        <w:t xml:space="preserve">In and out </w:t>
      </w:r>
      <w:r w:rsidR="000F3306">
        <w:t>N</w:t>
      </w:r>
      <w:r w:rsidR="00D171AD">
        <w:t xml:space="preserve">aval </w:t>
      </w:r>
      <w:r w:rsidR="00B46D11">
        <w:t>Military Club</w:t>
      </w:r>
      <w:r w:rsidR="00D06468">
        <w:t xml:space="preserve"> (</w:t>
      </w:r>
      <w:r w:rsidR="005B49B8">
        <w:t>2024-2025)</w:t>
      </w:r>
    </w:p>
    <w:p w:rsidR="00004806" w:rsidRDefault="00004806" w:rsidP="00004806">
      <w:pPr>
        <w:pStyle w:val="ListBullet2"/>
        <w:numPr>
          <w:ilvl w:val="0"/>
          <w:numId w:val="0"/>
        </w:numPr>
        <w:ind w:left="720"/>
      </w:pPr>
    </w:p>
    <w:p w:rsidR="006E3030" w:rsidRPr="00083067" w:rsidRDefault="008C4260" w:rsidP="00004806">
      <w:pPr>
        <w:pStyle w:val="ListBullet2"/>
        <w:numPr>
          <w:ilvl w:val="0"/>
          <w:numId w:val="0"/>
        </w:numPr>
        <w:rPr>
          <w:b/>
          <w:bCs/>
          <w:color w:val="000000" w:themeColor="text1"/>
          <w:sz w:val="26"/>
          <w:szCs w:val="26"/>
        </w:rPr>
      </w:pPr>
      <w:r w:rsidRPr="00083067">
        <w:rPr>
          <w:b/>
          <w:bCs/>
          <w:color w:val="000000" w:themeColor="text1"/>
          <w:sz w:val="26"/>
          <w:szCs w:val="26"/>
        </w:rPr>
        <w:t>Languages</w:t>
      </w:r>
    </w:p>
    <w:p w:rsidR="00680447" w:rsidRPr="00083067" w:rsidRDefault="00E92B7D" w:rsidP="00004806">
      <w:pPr>
        <w:pStyle w:val="ListBullet2"/>
        <w:numPr>
          <w:ilvl w:val="0"/>
          <w:numId w:val="0"/>
        </w:numPr>
        <w:rPr>
          <w:bCs/>
          <w:color w:val="000000" w:themeColor="text1"/>
        </w:rPr>
      </w:pPr>
      <w:r w:rsidRPr="00083067">
        <w:rPr>
          <w:bCs/>
          <w:color w:val="000000" w:themeColor="text1"/>
        </w:rPr>
        <w:t>English</w:t>
      </w:r>
      <w:r w:rsidR="002F598F" w:rsidRPr="00083067">
        <w:rPr>
          <w:bCs/>
          <w:color w:val="000000" w:themeColor="text1"/>
        </w:rPr>
        <w:t>,</w:t>
      </w:r>
      <w:r w:rsidR="00083067" w:rsidRPr="00083067">
        <w:rPr>
          <w:bCs/>
          <w:color w:val="000000" w:themeColor="text1"/>
        </w:rPr>
        <w:t xml:space="preserve"> </w:t>
      </w:r>
      <w:r w:rsidR="00D23F9C" w:rsidRPr="00083067">
        <w:rPr>
          <w:bCs/>
          <w:color w:val="000000" w:themeColor="text1"/>
        </w:rPr>
        <w:t>Bengali,</w:t>
      </w:r>
      <w:r w:rsidRPr="00083067">
        <w:rPr>
          <w:bCs/>
          <w:color w:val="000000" w:themeColor="text1"/>
        </w:rPr>
        <w:t xml:space="preserve"> Urdu, Hind</w:t>
      </w:r>
      <w:r w:rsidR="004403D9" w:rsidRPr="00083067">
        <w:rPr>
          <w:bCs/>
          <w:color w:val="000000" w:themeColor="text1"/>
        </w:rPr>
        <w:t>i</w:t>
      </w:r>
    </w:p>
    <w:p w:rsidR="00004806" w:rsidRPr="00004806" w:rsidRDefault="00004806" w:rsidP="008C4260">
      <w:pPr>
        <w:pStyle w:val="ListBullet2"/>
        <w:numPr>
          <w:ilvl w:val="0"/>
          <w:numId w:val="0"/>
        </w:numPr>
        <w:ind w:left="720" w:hanging="360"/>
        <w:rPr>
          <w:b/>
          <w:bCs/>
          <w:color w:val="548DD4" w:themeColor="text2" w:themeTint="99"/>
          <w:sz w:val="26"/>
          <w:szCs w:val="26"/>
        </w:rPr>
      </w:pPr>
    </w:p>
    <w:p w:rsidR="00FE3378" w:rsidRPr="00083067" w:rsidRDefault="00BC5EB6">
      <w:pPr>
        <w:pStyle w:val="Heading2"/>
        <w:rPr>
          <w:color w:val="000000" w:themeColor="text1"/>
        </w:rPr>
      </w:pPr>
      <w:r w:rsidRPr="00083067">
        <w:rPr>
          <w:color w:val="000000" w:themeColor="text1"/>
        </w:rPr>
        <w:t>Hobbies &amp; Interests</w:t>
      </w:r>
    </w:p>
    <w:p w:rsidR="00FE3378" w:rsidRDefault="00BC5EB6">
      <w:r>
        <w:t>I enjoy playing cricket with friends, which helps develop teamwork and coordination. I also enjoy watching comedy films to relax and improve my wellbeing.</w:t>
      </w:r>
    </w:p>
    <w:p w:rsidR="00E422B7" w:rsidRPr="00083067" w:rsidRDefault="00E422B7">
      <w:pPr>
        <w:rPr>
          <w:b/>
          <w:bCs/>
          <w:color w:val="000000" w:themeColor="text1"/>
          <w:sz w:val="26"/>
          <w:szCs w:val="26"/>
        </w:rPr>
      </w:pPr>
      <w:r w:rsidRPr="00083067">
        <w:rPr>
          <w:b/>
          <w:bCs/>
          <w:color w:val="000000" w:themeColor="text1"/>
          <w:sz w:val="26"/>
          <w:szCs w:val="26"/>
        </w:rPr>
        <w:t>Reference</w:t>
      </w:r>
    </w:p>
    <w:p w:rsidR="00A73156" w:rsidRDefault="00134894">
      <w:pPr>
        <w:rPr>
          <w:bCs/>
        </w:rPr>
      </w:pPr>
      <w:r w:rsidRPr="00134894">
        <w:rPr>
          <w:bCs/>
        </w:rPr>
        <w:t>Available on</w:t>
      </w:r>
      <w:r w:rsidR="00A73156" w:rsidRPr="00134894">
        <w:rPr>
          <w:bCs/>
        </w:rPr>
        <w:t xml:space="preserve"> </w:t>
      </w:r>
      <w:r w:rsidR="00CF6FF3" w:rsidRPr="00134894">
        <w:rPr>
          <w:bCs/>
        </w:rPr>
        <w:t>Request</w:t>
      </w:r>
      <w:r w:rsidR="00AB5BBE" w:rsidRPr="00134894">
        <w:rPr>
          <w:bCs/>
        </w:rPr>
        <w:t>.</w:t>
      </w:r>
    </w:p>
    <w:p w:rsidR="00134894" w:rsidRDefault="00134894">
      <w:pPr>
        <w:rPr>
          <w:bCs/>
        </w:rPr>
      </w:pPr>
      <w:r w:rsidRPr="00134894">
        <w:rPr>
          <w:b/>
          <w:bCs/>
        </w:rPr>
        <w:t>My Cover Letter</w:t>
      </w:r>
      <w:r>
        <w:rPr>
          <w:bCs/>
        </w:rPr>
        <w:t xml:space="preserve">: </w:t>
      </w:r>
    </w:p>
    <w:p w:rsidR="00134894" w:rsidRPr="00134894" w:rsidRDefault="00134894">
      <w:pPr>
        <w:rPr>
          <w:bCs/>
        </w:rPr>
      </w:pPr>
    </w:p>
    <w:p w:rsidR="00134894" w:rsidRPr="00134894" w:rsidRDefault="00134894" w:rsidP="00134894">
      <w:pPr>
        <w:rPr>
          <w:b/>
          <w:bCs/>
          <w:lang w:val="en-GB"/>
        </w:rPr>
      </w:pPr>
      <w:r w:rsidRPr="00134894">
        <w:rPr>
          <w:b/>
          <w:bCs/>
          <w:i/>
          <w:lang w:val="en-GB"/>
        </w:rPr>
        <w:t xml:space="preserve">                                                                                                               </w:t>
      </w:r>
      <w:r>
        <w:rPr>
          <w:b/>
          <w:bCs/>
          <w:i/>
          <w:lang w:val="en-GB"/>
        </w:rPr>
        <w:t xml:space="preserve">                                                                                                                                                                                                              </w:t>
      </w:r>
      <w:r w:rsidRPr="00134894">
        <w:rPr>
          <w:b/>
          <w:bCs/>
          <w:i/>
          <w:lang w:val="en-GB"/>
        </w:rPr>
        <w:t xml:space="preserve">     Kawsar Miah]</w:t>
      </w:r>
    </w:p>
    <w:p w:rsidR="00134894" w:rsidRPr="00134894" w:rsidRDefault="00134894" w:rsidP="00134894">
      <w:pPr>
        <w:rPr>
          <w:b/>
          <w:bCs/>
          <w:lang w:val="en-GB"/>
        </w:rPr>
      </w:pPr>
    </w:p>
    <w:p w:rsidR="00134894" w:rsidRPr="00134894" w:rsidRDefault="00134894" w:rsidP="00134894">
      <w:pPr>
        <w:rPr>
          <w:b/>
          <w:bCs/>
          <w:i/>
          <w:lang w:val="en-GB"/>
        </w:rPr>
      </w:pPr>
    </w:p>
    <w:p w:rsidR="00134894" w:rsidRPr="00134894" w:rsidRDefault="00134894" w:rsidP="00134894">
      <w:pPr>
        <w:rPr>
          <w:bCs/>
          <w:lang w:val="en-GB"/>
        </w:rPr>
      </w:pPr>
      <w:r w:rsidRPr="00134894">
        <w:rPr>
          <w:bCs/>
          <w:lang w:val="en-GB"/>
        </w:rPr>
        <w:t>MR. Jamie Carter</w:t>
      </w:r>
    </w:p>
    <w:p w:rsidR="00134894" w:rsidRPr="00134894" w:rsidRDefault="00134894" w:rsidP="00134894">
      <w:pPr>
        <w:rPr>
          <w:bCs/>
          <w:lang w:val="en-GB"/>
        </w:rPr>
      </w:pPr>
      <w:r w:rsidRPr="00134894">
        <w:rPr>
          <w:bCs/>
          <w:i/>
          <w:lang w:val="en-GB"/>
        </w:rPr>
        <w:t xml:space="preserve"> </w:t>
      </w:r>
      <w:r w:rsidRPr="00134894">
        <w:rPr>
          <w:bCs/>
          <w:lang w:val="en-GB"/>
        </w:rPr>
        <w:t>ITS</w:t>
      </w:r>
    </w:p>
    <w:p w:rsidR="00134894" w:rsidRPr="00134894" w:rsidRDefault="00134894" w:rsidP="00134894">
      <w:pPr>
        <w:rPr>
          <w:bCs/>
          <w:i/>
          <w:lang w:val="en-GB"/>
        </w:rPr>
      </w:pPr>
      <w:r w:rsidRPr="00134894">
        <w:rPr>
          <w:bCs/>
          <w:i/>
          <w:lang w:val="en-GB"/>
        </w:rPr>
        <w:t xml:space="preserve"> DC One, Edinburgh Way</w:t>
      </w:r>
    </w:p>
    <w:p w:rsidR="00134894" w:rsidRPr="00134894" w:rsidRDefault="00134894" w:rsidP="00134894">
      <w:pPr>
        <w:rPr>
          <w:bCs/>
          <w:i/>
          <w:lang w:val="en-GB"/>
        </w:rPr>
      </w:pPr>
      <w:r w:rsidRPr="00134894">
        <w:rPr>
          <w:bCs/>
          <w:i/>
          <w:lang w:val="en-GB"/>
        </w:rPr>
        <w:t xml:space="preserve"> Harlow Essex </w:t>
      </w:r>
    </w:p>
    <w:p w:rsidR="00134894" w:rsidRPr="00134894" w:rsidRDefault="00134894" w:rsidP="00134894">
      <w:pPr>
        <w:rPr>
          <w:bCs/>
          <w:i/>
          <w:lang w:val="en-GB"/>
        </w:rPr>
      </w:pPr>
      <w:r w:rsidRPr="00134894">
        <w:rPr>
          <w:bCs/>
          <w:i/>
          <w:lang w:val="en-GB"/>
        </w:rPr>
        <w:t>CM20 2BN</w:t>
      </w:r>
    </w:p>
    <w:p w:rsidR="00134894" w:rsidRPr="00134894" w:rsidRDefault="00134894" w:rsidP="00134894">
      <w:pPr>
        <w:rPr>
          <w:bCs/>
          <w:lang w:val="en-GB"/>
        </w:rPr>
      </w:pPr>
      <w:r w:rsidRPr="00134894">
        <w:rPr>
          <w:bCs/>
          <w:i/>
          <w:lang w:val="en-GB"/>
        </w:rPr>
        <w:t xml:space="preserve"> United Kingdom</w:t>
      </w:r>
    </w:p>
    <w:p w:rsidR="00134894" w:rsidRPr="00134894" w:rsidRDefault="00134894" w:rsidP="00134894">
      <w:pPr>
        <w:rPr>
          <w:bCs/>
          <w:lang w:val="en-GB"/>
        </w:rPr>
      </w:pPr>
      <w:r w:rsidRPr="00134894">
        <w:rPr>
          <w:bCs/>
          <w:i/>
          <w:lang w:val="en-GB"/>
        </w:rPr>
        <w:t>Date – 11/16/25</w:t>
      </w:r>
    </w:p>
    <w:p w:rsidR="00134894" w:rsidRPr="00134894" w:rsidRDefault="00134894" w:rsidP="00134894">
      <w:pPr>
        <w:rPr>
          <w:bCs/>
          <w:lang w:val="en-GB"/>
        </w:rPr>
      </w:pPr>
    </w:p>
    <w:p w:rsidR="00134894" w:rsidRPr="00134894" w:rsidRDefault="00134894" w:rsidP="00134894">
      <w:pPr>
        <w:rPr>
          <w:bCs/>
          <w:lang w:val="en-GB"/>
        </w:rPr>
      </w:pPr>
      <w:r w:rsidRPr="00134894">
        <w:rPr>
          <w:bCs/>
          <w:lang w:val="en-GB"/>
        </w:rPr>
        <w:t xml:space="preserve">Dear Mr. Carter </w:t>
      </w:r>
    </w:p>
    <w:p w:rsidR="00134894" w:rsidRPr="00134894" w:rsidRDefault="00134894" w:rsidP="00134894">
      <w:pPr>
        <w:rPr>
          <w:bCs/>
        </w:rPr>
      </w:pPr>
      <w:r w:rsidRPr="00134894">
        <w:rPr>
          <w:bCs/>
          <w:lang w:val="en-GB"/>
        </w:rPr>
        <w:t xml:space="preserve">I wish to apply for the role of </w:t>
      </w:r>
      <w:r w:rsidRPr="00134894">
        <w:rPr>
          <w:bCs/>
        </w:rPr>
        <w:t>Retail Sales Assistants</w:t>
      </w:r>
      <w:r w:rsidRPr="00134894">
        <w:rPr>
          <w:bCs/>
          <w:lang w:val="en-GB"/>
        </w:rPr>
        <w:t xml:space="preserve">, currently being advertised on Indeed. Please find enclosed my CV for your consideration. </w:t>
      </w:r>
    </w:p>
    <w:p w:rsidR="00134894" w:rsidRPr="00134894" w:rsidRDefault="00134894" w:rsidP="00134894">
      <w:pPr>
        <w:rPr>
          <w:bCs/>
          <w:lang w:val="en-GB"/>
        </w:rPr>
      </w:pPr>
      <w:r w:rsidRPr="00134894">
        <w:rPr>
          <w:bCs/>
          <w:lang w:val="en-GB"/>
        </w:rPr>
        <w:t>As you can see from my attached CV, I have over 4 years of experience in the Retail</w:t>
      </w:r>
    </w:p>
    <w:p w:rsidR="00134894" w:rsidRPr="00134894" w:rsidRDefault="00134894" w:rsidP="00134894">
      <w:pPr>
        <w:rPr>
          <w:bCs/>
          <w:lang w:val="en-GB"/>
        </w:rPr>
      </w:pPr>
      <w:r w:rsidRPr="00134894">
        <w:rPr>
          <w:bCs/>
          <w:lang w:val="en-GB"/>
        </w:rPr>
        <w:t>Industry and I believe with my years of Experience in Customer Service, retail operations and stock Control. I am Confident in my ability to contribute positively to your team and deliver excellent services to your Customers. I feel I will be the perfect candidate for the role.</w:t>
      </w:r>
    </w:p>
    <w:p w:rsidR="00134894" w:rsidRPr="00134894" w:rsidRDefault="00134894" w:rsidP="00134894">
      <w:pPr>
        <w:rPr>
          <w:bCs/>
          <w:lang w:val="en-GB"/>
        </w:rPr>
      </w:pPr>
      <w:r w:rsidRPr="00134894">
        <w:rPr>
          <w:bCs/>
        </w:rPr>
        <w:t xml:space="preserve">In my </w:t>
      </w:r>
      <w:bookmarkStart w:id="0" w:name="_Int_3z76EBZl"/>
      <w:r w:rsidRPr="00134894">
        <w:rPr>
          <w:bCs/>
        </w:rPr>
        <w:t>previous</w:t>
      </w:r>
      <w:bookmarkEnd w:id="0"/>
      <w:r w:rsidRPr="00134894">
        <w:rPr>
          <w:bCs/>
        </w:rPr>
        <w:t xml:space="preserve"> role as a Retail Assistant at RK Convenience Store in Barking, I developed strong skills in till operation, cash and card handling, product shelving, and customer service. I consistently ensured that customers received friendly, efficient, and professional support, contributing to a welcoming shopping environment and repeat business. My responsibilities also included </w:t>
      </w:r>
      <w:bookmarkStart w:id="1" w:name="_Int_BDU9jYjy"/>
      <w:r w:rsidRPr="00134894">
        <w:rPr>
          <w:bCs/>
        </w:rPr>
        <w:t>maintaining</w:t>
      </w:r>
      <w:bookmarkEnd w:id="1"/>
      <w:r w:rsidRPr="00134894">
        <w:rPr>
          <w:bCs/>
        </w:rPr>
        <w:t xml:space="preserve"> stock displays, </w:t>
      </w:r>
      <w:bookmarkStart w:id="2" w:name="_Int_KDKYXhEj"/>
      <w:r w:rsidRPr="00134894">
        <w:rPr>
          <w:bCs/>
        </w:rPr>
        <w:t>monitoring</w:t>
      </w:r>
      <w:bookmarkEnd w:id="2"/>
      <w:r w:rsidRPr="00134894">
        <w:rPr>
          <w:bCs/>
        </w:rPr>
        <w:t xml:space="preserve"> product levels, and </w:t>
      </w:r>
      <w:bookmarkStart w:id="3" w:name="_Int_o58ioK8M"/>
      <w:r w:rsidRPr="00134894">
        <w:rPr>
          <w:bCs/>
        </w:rPr>
        <w:t>assisting</w:t>
      </w:r>
      <w:bookmarkEnd w:id="3"/>
      <w:r w:rsidRPr="00134894">
        <w:rPr>
          <w:bCs/>
        </w:rPr>
        <w:t xml:space="preserve"> with deliveries to ensure smooth store operations.</w:t>
      </w:r>
      <w:r w:rsidRPr="00134894">
        <w:rPr>
          <w:bCs/>
          <w:lang w:val="en-GB"/>
        </w:rPr>
        <w:t xml:space="preserve"> </w:t>
      </w:r>
    </w:p>
    <w:p w:rsidR="00134894" w:rsidRPr="00134894" w:rsidRDefault="00134894" w:rsidP="00134894">
      <w:pPr>
        <w:rPr>
          <w:bCs/>
        </w:rPr>
      </w:pPr>
      <w:r w:rsidRPr="00134894">
        <w:rPr>
          <w:bCs/>
        </w:rPr>
        <w:t>Alongside my retail experience, I have worked in various roles that strengthened my organizational, communication, and teamwork capabilities. As a Warehouse Operative at Majestic Drinks Ltd, I gained valuable experience in stock picking, packing, and manual handling, ensuring accuracy and safe working practices. My other experience in security and hospitality has further developed my ability to communicate effectively, remain calm under pressure, and support colleagues and customers in a professional manner.</w:t>
      </w:r>
    </w:p>
    <w:p w:rsidR="00134894" w:rsidRPr="00134894" w:rsidRDefault="00134894" w:rsidP="00134894">
      <w:pPr>
        <w:rPr>
          <w:bCs/>
        </w:rPr>
      </w:pPr>
    </w:p>
    <w:p w:rsidR="00134894" w:rsidRPr="00134894" w:rsidRDefault="00134894" w:rsidP="00134894">
      <w:pPr>
        <w:rPr>
          <w:bCs/>
        </w:rPr>
      </w:pPr>
      <w:r w:rsidRPr="00134894">
        <w:rPr>
          <w:bCs/>
        </w:rPr>
        <w:t xml:space="preserve">I am currently studying Business Skills for the Workplace (Level 4) at the University of Wales Trinity Saint David, which is enhancing my understanding of customer needs, business operations, and workplace professionalism. I am motivated, reliable, and quick to learn new systems and processes, making me well-equipped to adapt to the </w:t>
      </w:r>
      <w:bookmarkStart w:id="4" w:name="_Int_xM3XOejn"/>
      <w:r w:rsidRPr="00134894">
        <w:rPr>
          <w:bCs/>
        </w:rPr>
        <w:t>high standards</w:t>
      </w:r>
      <w:bookmarkEnd w:id="4"/>
      <w:r w:rsidRPr="00134894">
        <w:rPr>
          <w:bCs/>
        </w:rPr>
        <w:t xml:space="preserve"> of ITS.</w:t>
      </w:r>
    </w:p>
    <w:p w:rsidR="00134894" w:rsidRPr="00134894" w:rsidRDefault="00134894" w:rsidP="00134894">
      <w:pPr>
        <w:rPr>
          <w:bCs/>
        </w:rPr>
      </w:pPr>
    </w:p>
    <w:p w:rsidR="00134894" w:rsidRPr="00134894" w:rsidRDefault="00134894" w:rsidP="00134894">
      <w:pPr>
        <w:rPr>
          <w:bCs/>
        </w:rPr>
      </w:pPr>
      <w:r w:rsidRPr="00134894">
        <w:rPr>
          <w:bCs/>
        </w:rPr>
        <w:t xml:space="preserve">I am passionate about the opportunity to join </w:t>
      </w:r>
      <w:proofErr w:type="gramStart"/>
      <w:r w:rsidRPr="00134894">
        <w:rPr>
          <w:bCs/>
        </w:rPr>
        <w:t>ITS</w:t>
      </w:r>
      <w:proofErr w:type="gramEnd"/>
      <w:r w:rsidRPr="00134894">
        <w:rPr>
          <w:bCs/>
        </w:rPr>
        <w:t xml:space="preserve"> and support the continued success of your retail operations. I welcome the opportunity to discuss my application further and look forward to the possibility of contributing to your team.</w:t>
      </w:r>
    </w:p>
    <w:p w:rsidR="00134894" w:rsidRPr="00134894" w:rsidRDefault="00134894" w:rsidP="00134894">
      <w:pPr>
        <w:rPr>
          <w:bCs/>
          <w:lang w:val="en-GB"/>
        </w:rPr>
      </w:pPr>
      <w:r w:rsidRPr="00134894">
        <w:rPr>
          <w:bCs/>
          <w:lang w:val="en-GB"/>
        </w:rPr>
        <w:t xml:space="preserve">I am confident that I can bring this level of success with me to your organisation and help the team to build upon their reputation as a Retail sales assistant.  </w:t>
      </w:r>
    </w:p>
    <w:p w:rsidR="00134894" w:rsidRPr="00134894" w:rsidRDefault="00134894" w:rsidP="00134894">
      <w:pPr>
        <w:rPr>
          <w:bCs/>
          <w:lang w:val="en-GB"/>
        </w:rPr>
      </w:pPr>
    </w:p>
    <w:p w:rsidR="00134894" w:rsidRPr="00134894" w:rsidRDefault="00134894" w:rsidP="00134894">
      <w:pPr>
        <w:rPr>
          <w:bCs/>
          <w:lang w:val="en-GB"/>
        </w:rPr>
      </w:pPr>
      <w:bookmarkStart w:id="5" w:name="_GoBack"/>
      <w:bookmarkEnd w:id="5"/>
      <w:r w:rsidRPr="00134894">
        <w:rPr>
          <w:bCs/>
          <w:lang w:val="en-GB"/>
        </w:rPr>
        <w:t>Thank you for considering my application. I look forward to the possibility of contributing your team.</w:t>
      </w:r>
    </w:p>
    <w:p w:rsidR="00134894" w:rsidRPr="00134894" w:rsidRDefault="00134894" w:rsidP="00134894">
      <w:pPr>
        <w:rPr>
          <w:bCs/>
          <w:lang w:val="en-GB"/>
        </w:rPr>
      </w:pPr>
    </w:p>
    <w:p w:rsidR="00134894" w:rsidRPr="00134894" w:rsidRDefault="00134894" w:rsidP="00134894">
      <w:pPr>
        <w:rPr>
          <w:bCs/>
          <w:lang w:val="en-GB"/>
        </w:rPr>
      </w:pPr>
      <w:r w:rsidRPr="00134894">
        <w:rPr>
          <w:bCs/>
          <w:lang w:val="en-GB"/>
        </w:rPr>
        <w:t>Yours sincerely</w:t>
      </w:r>
    </w:p>
    <w:p w:rsidR="00134894" w:rsidRPr="00134894" w:rsidRDefault="00134894" w:rsidP="00134894">
      <w:pPr>
        <w:rPr>
          <w:bCs/>
          <w:lang w:val="en-GB"/>
        </w:rPr>
      </w:pPr>
      <w:r w:rsidRPr="00134894">
        <w:rPr>
          <w:bCs/>
          <w:i/>
          <w:lang w:val="en-GB"/>
        </w:rPr>
        <w:t>Kawsar Miah</w:t>
      </w:r>
    </w:p>
    <w:p w:rsidR="00134894" w:rsidRPr="00134894" w:rsidRDefault="00134894" w:rsidP="00134894">
      <w:pPr>
        <w:rPr>
          <w:b/>
          <w:bCs/>
          <w:i/>
          <w:lang w:val="en-GB"/>
        </w:rPr>
      </w:pPr>
    </w:p>
    <w:p w:rsidR="00134894" w:rsidRPr="00A73156" w:rsidRDefault="00134894">
      <w:pPr>
        <w:rPr>
          <w:b/>
          <w:bCs/>
        </w:rPr>
      </w:pPr>
    </w:p>
    <w:sectPr w:rsidR="00134894" w:rsidRPr="00A73156" w:rsidSect="0003461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rinda">
    <w:altName w:val="Courier New"/>
    <w:panose1 w:val="00000400000000000000"/>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16"/>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
  <w:rsids>
    <w:rsidRoot w:val="00B47730"/>
    <w:rsid w:val="00004806"/>
    <w:rsid w:val="00034616"/>
    <w:rsid w:val="0006063C"/>
    <w:rsid w:val="00083067"/>
    <w:rsid w:val="00092FBD"/>
    <w:rsid w:val="000F3306"/>
    <w:rsid w:val="00126D9E"/>
    <w:rsid w:val="00134894"/>
    <w:rsid w:val="0014109E"/>
    <w:rsid w:val="0015074B"/>
    <w:rsid w:val="001A57FA"/>
    <w:rsid w:val="00214702"/>
    <w:rsid w:val="00243DC3"/>
    <w:rsid w:val="0029639D"/>
    <w:rsid w:val="002A0458"/>
    <w:rsid w:val="002C631A"/>
    <w:rsid w:val="002F598F"/>
    <w:rsid w:val="003178FF"/>
    <w:rsid w:val="00326F90"/>
    <w:rsid w:val="004403D9"/>
    <w:rsid w:val="00590ADA"/>
    <w:rsid w:val="005B49B8"/>
    <w:rsid w:val="00680447"/>
    <w:rsid w:val="006A1C3B"/>
    <w:rsid w:val="006B5B95"/>
    <w:rsid w:val="006E3030"/>
    <w:rsid w:val="007758A6"/>
    <w:rsid w:val="0078754B"/>
    <w:rsid w:val="007C3550"/>
    <w:rsid w:val="00831F4F"/>
    <w:rsid w:val="008A2904"/>
    <w:rsid w:val="008C4260"/>
    <w:rsid w:val="009460F2"/>
    <w:rsid w:val="00967618"/>
    <w:rsid w:val="00A73156"/>
    <w:rsid w:val="00AA1D8D"/>
    <w:rsid w:val="00AB5BBE"/>
    <w:rsid w:val="00B46D11"/>
    <w:rsid w:val="00B47730"/>
    <w:rsid w:val="00BC5EB6"/>
    <w:rsid w:val="00CB0664"/>
    <w:rsid w:val="00CF6FF3"/>
    <w:rsid w:val="00D06468"/>
    <w:rsid w:val="00D171AD"/>
    <w:rsid w:val="00D23F9C"/>
    <w:rsid w:val="00D90C4E"/>
    <w:rsid w:val="00E422B7"/>
    <w:rsid w:val="00E92B7D"/>
    <w:rsid w:val="00ED009E"/>
    <w:rsid w:val="00F06C0F"/>
    <w:rsid w:val="00FC693F"/>
    <w:rsid w:val="00FE3378"/>
    <w:rsid w:val="00FE41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831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F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8DF0F-9293-4C78-A4B5-133B7EB22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MY LAPTOP</cp:lastModifiedBy>
  <cp:revision>2</cp:revision>
  <dcterms:created xsi:type="dcterms:W3CDTF">2025-11-17T00:11:00Z</dcterms:created>
  <dcterms:modified xsi:type="dcterms:W3CDTF">2025-11-17T00:11:00Z</dcterms:modified>
</cp:coreProperties>
</file>