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FE820" w14:textId="0283AC65" w:rsidR="00393C94" w:rsidRDefault="006C3F10" w:rsidP="00584C77">
      <w:pPr>
        <w:pStyle w:val="Heading1"/>
      </w:pPr>
      <w:r>
        <w:br/>
      </w:r>
    </w:p>
    <w:p w14:paraId="56206512" w14:textId="77777777" w:rsidR="0083485E" w:rsidRDefault="006C3F10">
      <w:r>
        <w:br/>
      </w:r>
      <w:r w:rsidR="0083485E">
        <w:t>MAYOWA OLUBANWO</w:t>
      </w:r>
      <w:r>
        <w:br/>
      </w:r>
      <w:r w:rsidR="0083485E">
        <w:t xml:space="preserve">DA122LB </w:t>
      </w:r>
      <w:r>
        <w:br/>
      </w:r>
      <w:hyperlink r:id="rId6" w:history="1">
        <w:r w:rsidR="0083485E" w:rsidRPr="009E4B39">
          <w:rPr>
            <w:rStyle w:val="Hyperlink"/>
          </w:rPr>
          <w:t>Mayowaolubanwo602@gmail.com</w:t>
        </w:r>
      </w:hyperlink>
    </w:p>
    <w:p w14:paraId="6B68D316" w14:textId="74592D21" w:rsidR="00393C94" w:rsidRDefault="0083485E">
      <w:r>
        <w:t>0790080837</w:t>
      </w:r>
      <w:r w:rsidR="006C3F10">
        <w:br/>
      </w:r>
      <w:r>
        <w:t>13/11/2025</w:t>
      </w:r>
      <w:r w:rsidR="006C3F10">
        <w:br/>
      </w:r>
    </w:p>
    <w:p w14:paraId="2F76ED6D" w14:textId="764F9B76" w:rsidR="00393C94" w:rsidRDefault="006C3F10">
      <w:r>
        <w:br/>
      </w:r>
      <w:r w:rsidR="00663E07">
        <w:t xml:space="preserve">Volkswagen </w:t>
      </w:r>
      <w:r>
        <w:br/>
      </w:r>
      <w:r w:rsidR="00663E07">
        <w:t>Volkswagen group UK</w:t>
      </w:r>
      <w:r>
        <w:br/>
      </w:r>
      <w:r w:rsidR="00663E07">
        <w:t>MK145AN</w:t>
      </w:r>
      <w:r>
        <w:br/>
      </w:r>
    </w:p>
    <w:p w14:paraId="007F40F3" w14:textId="1E2CDE31" w:rsidR="00393C94" w:rsidRDefault="006C3F10">
      <w:r>
        <w:t xml:space="preserve">Dear </w:t>
      </w:r>
      <w:r w:rsidR="00663E07">
        <w:t>VOLKSWAGEN</w:t>
      </w:r>
    </w:p>
    <w:p w14:paraId="0D7F4809" w14:textId="19C47F35" w:rsidR="000E4A95" w:rsidRDefault="000E4A95">
      <w:proofErr w:type="gramStart"/>
      <w:r>
        <w:t>I’m</w:t>
      </w:r>
      <w:proofErr w:type="gramEnd"/>
      <w:r>
        <w:t xml:space="preserve"> writing to express my interest in the Driver Delivery Support role at Volkswagen group UK. Volkswagen has always been a brand </w:t>
      </w:r>
      <w:proofErr w:type="gramStart"/>
      <w:r w:rsidR="00584C77">
        <w:t>I’ve</w:t>
      </w:r>
      <w:proofErr w:type="gramEnd"/>
      <w:r>
        <w:t xml:space="preserve"> always admired for its passion and innovation reliability and </w:t>
      </w:r>
      <w:r w:rsidR="00584C77">
        <w:t>quality,</w:t>
      </w:r>
      <w:r>
        <w:t xml:space="preserve"> and I would be delighted to add to such a committed organization.</w:t>
      </w:r>
    </w:p>
    <w:p w14:paraId="76BF5F25" w14:textId="0054324D" w:rsidR="000E4A95" w:rsidRDefault="000E4A95">
      <w:proofErr w:type="gramStart"/>
      <w:r>
        <w:t>I’m</w:t>
      </w:r>
      <w:proofErr w:type="gramEnd"/>
      <w:r>
        <w:t xml:space="preserve"> currently a </w:t>
      </w:r>
      <w:r w:rsidR="00584C77">
        <w:t>university student</w:t>
      </w:r>
      <w:r>
        <w:t xml:space="preserve"> on the way to graduate with business management degree. I bring a powerful and strong work </w:t>
      </w:r>
      <w:r w:rsidR="00584C77">
        <w:t>ethic with</w:t>
      </w:r>
      <w:r>
        <w:t xml:space="preserve"> confidence on the road </w:t>
      </w:r>
      <w:r w:rsidR="00AB516D">
        <w:t>and</w:t>
      </w:r>
      <w:r>
        <w:t xml:space="preserve"> the ability to </w:t>
      </w:r>
      <w:proofErr w:type="gramStart"/>
      <w:r>
        <w:t>handle</w:t>
      </w:r>
      <w:proofErr w:type="gramEnd"/>
      <w:r>
        <w:t xml:space="preserve"> responsibilities</w:t>
      </w:r>
      <w:r w:rsidR="00AB516D">
        <w:t xml:space="preserve">. In previous roles I have portrayed punctuality, excellent communication </w:t>
      </w:r>
      <w:proofErr w:type="gramStart"/>
      <w:r w:rsidR="00AB516D">
        <w:t>skills</w:t>
      </w:r>
      <w:proofErr w:type="gramEnd"/>
      <w:r w:rsidR="00AB516D">
        <w:t xml:space="preserve"> and a strong commitment to delivering superb service. </w:t>
      </w:r>
      <w:proofErr w:type="gramStart"/>
      <w:r w:rsidR="00AB516D">
        <w:t>I’m</w:t>
      </w:r>
      <w:proofErr w:type="gramEnd"/>
      <w:r w:rsidR="00AB516D">
        <w:t xml:space="preserve"> comfortable in working </w:t>
      </w:r>
      <w:r w:rsidR="00476F05">
        <w:t xml:space="preserve">meeting up with schedules and supporting smooth and proper efficient delivery operations </w:t>
      </w:r>
      <w:r w:rsidR="006C3F10">
        <w:br/>
      </w:r>
    </w:p>
    <w:p w14:paraId="3243DC07" w14:textId="1269A752" w:rsidR="00476F05" w:rsidRDefault="00476F05">
      <w:r>
        <w:t xml:space="preserve">Thank you for considering my application I would </w:t>
      </w:r>
      <w:r w:rsidR="00584C77">
        <w:t>welcome</w:t>
      </w:r>
      <w:r>
        <w:t xml:space="preserve"> the opportunity to discuss how my skills and experience align with your team. </w:t>
      </w:r>
      <w:proofErr w:type="gramStart"/>
      <w:r>
        <w:t>I’m</w:t>
      </w:r>
      <w:proofErr w:type="gramEnd"/>
      <w:r>
        <w:t xml:space="preserve"> available for an interview at your convenience.</w:t>
      </w:r>
    </w:p>
    <w:p w14:paraId="7248B017" w14:textId="699860FB" w:rsidR="00476F05" w:rsidRDefault="006C3F10">
      <w:r>
        <w:t>Yours sincerely,</w:t>
      </w:r>
      <w:r w:rsidR="00476F05">
        <w:t xml:space="preserve"> </w:t>
      </w:r>
    </w:p>
    <w:p w14:paraId="4FC9307B" w14:textId="4597A0A5" w:rsidR="00393C94" w:rsidRDefault="00476F05">
      <w:r>
        <w:t xml:space="preserve">Mayowa </w:t>
      </w:r>
      <w:proofErr w:type="spellStart"/>
      <w:r>
        <w:t>Olubanwo</w:t>
      </w:r>
      <w:proofErr w:type="spellEnd"/>
      <w:r>
        <w:t>.</w:t>
      </w:r>
    </w:p>
    <w:sectPr w:rsidR="00393C9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26360122">
    <w:abstractNumId w:val="8"/>
  </w:num>
  <w:num w:numId="2" w16cid:durableId="1573806891">
    <w:abstractNumId w:val="6"/>
  </w:num>
  <w:num w:numId="3" w16cid:durableId="53740097">
    <w:abstractNumId w:val="5"/>
  </w:num>
  <w:num w:numId="4" w16cid:durableId="572591198">
    <w:abstractNumId w:val="4"/>
  </w:num>
  <w:num w:numId="5" w16cid:durableId="460268758">
    <w:abstractNumId w:val="7"/>
  </w:num>
  <w:num w:numId="6" w16cid:durableId="1085418046">
    <w:abstractNumId w:val="3"/>
  </w:num>
  <w:num w:numId="7" w16cid:durableId="551382702">
    <w:abstractNumId w:val="2"/>
  </w:num>
  <w:num w:numId="8" w16cid:durableId="278802473">
    <w:abstractNumId w:val="1"/>
  </w:num>
  <w:num w:numId="9" w16cid:durableId="120466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4A95"/>
    <w:rsid w:val="0015074B"/>
    <w:rsid w:val="001F4797"/>
    <w:rsid w:val="0029639D"/>
    <w:rsid w:val="00326F90"/>
    <w:rsid w:val="00393C94"/>
    <w:rsid w:val="00476F05"/>
    <w:rsid w:val="00584C77"/>
    <w:rsid w:val="00663E07"/>
    <w:rsid w:val="006C3F10"/>
    <w:rsid w:val="0083485E"/>
    <w:rsid w:val="00AA1D8D"/>
    <w:rsid w:val="00AB516D"/>
    <w:rsid w:val="00B47730"/>
    <w:rsid w:val="00CB0664"/>
    <w:rsid w:val="00D12D81"/>
    <w:rsid w:val="00F745C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78D28C3"/>
  <w14:defaultImageDpi w14:val="300"/>
  <w15:docId w15:val="{DAA477BF-25F5-407C-91B9-BA5F1FB08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83485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48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yowaolubanwo602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busayo o</cp:lastModifiedBy>
  <cp:revision>3</cp:revision>
  <cp:lastPrinted>2025-11-16T22:08:00Z</cp:lastPrinted>
  <dcterms:created xsi:type="dcterms:W3CDTF">2025-11-16T22:08:00Z</dcterms:created>
  <dcterms:modified xsi:type="dcterms:W3CDTF">2025-11-16T22:19:00Z</dcterms:modified>
  <cp:category/>
</cp:coreProperties>
</file>