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A177269" w14:textId="1E101B1F" w:rsidR="008139C2" w:rsidRDefault="0022339B">
      <w:pPr>
        <w:pStyle w:val="Title"/>
      </w:pPr>
      <w:r>
        <w:t>Web Development Report</w:t>
      </w:r>
    </w:p>
    <w:p w14:paraId="208D1C89" w14:textId="77777777" w:rsidR="008139C2" w:rsidRDefault="00000000">
      <w:r>
        <w:t>Module: Introduction to Web and Database Concepts (ACCA4023)</w:t>
      </w:r>
    </w:p>
    <w:p w14:paraId="608C66F2" w14:textId="77777777" w:rsidR="008139C2" w:rsidRDefault="00000000">
      <w:r>
        <w:t>Assignment: HTML &amp; CSS Web Development</w:t>
      </w:r>
      <w:r>
        <w:br/>
      </w:r>
    </w:p>
    <w:p w14:paraId="05562E14" w14:textId="09552BA6" w:rsidR="008139C2" w:rsidRDefault="00000000">
      <w:r>
        <w:t xml:space="preserve">Student Name: </w:t>
      </w:r>
      <w:r w:rsidR="00140F93">
        <w:t>Mohamed Fahith Mohamed Najath</w:t>
      </w:r>
    </w:p>
    <w:p w14:paraId="563278C6" w14:textId="0EFFD72B" w:rsidR="008139C2" w:rsidRDefault="00000000">
      <w:r>
        <w:t xml:space="preserve">Student ID: </w:t>
      </w:r>
      <w:r w:rsidR="00140F93">
        <w:t>2533542</w:t>
      </w:r>
    </w:p>
    <w:p w14:paraId="69503704" w14:textId="3A0CE128" w:rsidR="008139C2" w:rsidRDefault="00000000">
      <w:r>
        <w:t xml:space="preserve">Course: </w:t>
      </w:r>
      <w:r w:rsidR="00140F93">
        <w:t>CertHE Computing Skills for Workplace</w:t>
      </w:r>
    </w:p>
    <w:p w14:paraId="2A14C3B3" w14:textId="4C092667" w:rsidR="00FA588A" w:rsidRDefault="00FA588A">
      <w:r>
        <w:t>Website Link:</w:t>
      </w:r>
      <w:r w:rsidR="0064157A" w:rsidRPr="0064157A">
        <w:t xml:space="preserve"> </w:t>
      </w:r>
      <w:hyperlink r:id="rId6" w:history="1">
        <w:r w:rsidR="0064157A" w:rsidRPr="00007E4A">
          <w:rPr>
            <w:rStyle w:val="Hyperlink"/>
          </w:rPr>
          <w:t>https://mo-faith.github.io/my-life/</w:t>
        </w:r>
      </w:hyperlink>
    </w:p>
    <w:p w14:paraId="455B94A8" w14:textId="69A4082A" w:rsidR="008139C2" w:rsidRDefault="00000000">
      <w:r>
        <w:t xml:space="preserve">Submission Date: </w:t>
      </w:r>
      <w:r w:rsidR="00274CB0">
        <w:t>13/08/2026</w:t>
      </w:r>
    </w:p>
    <w:p w14:paraId="6562C2B3" w14:textId="77777777" w:rsidR="008139C2" w:rsidRDefault="00000000">
      <w:r>
        <w:br w:type="page"/>
      </w:r>
    </w:p>
    <w:p w14:paraId="18D44CC8" w14:textId="77777777" w:rsidR="008139C2" w:rsidRDefault="00000000">
      <w:pPr>
        <w:pStyle w:val="Heading1"/>
      </w:pPr>
      <w:bookmarkStart w:id="0" w:name="_Toc237530038"/>
      <w:r>
        <w:lastRenderedPageBreak/>
        <w:t>Table of Contents</w:t>
      </w:r>
      <w:bookmarkEnd w:id="0"/>
    </w:p>
    <w:sdt>
      <w:sdtPr>
        <w:rPr>
          <w:rFonts w:asciiTheme="minorHAnsi" w:eastAsiaTheme="minorEastAsia" w:hAnsiTheme="minorHAnsi" w:cstheme="minorBidi"/>
          <w:b w:val="0"/>
          <w:bCs w:val="0"/>
          <w:color w:val="auto"/>
          <w:sz w:val="22"/>
          <w:szCs w:val="22"/>
        </w:rPr>
        <w:id w:val="-2101483054"/>
        <w:docPartObj>
          <w:docPartGallery w:val="Table of Contents"/>
          <w:docPartUnique/>
        </w:docPartObj>
      </w:sdtPr>
      <w:sdtEndPr>
        <w:rPr>
          <w:noProof/>
        </w:rPr>
      </w:sdtEndPr>
      <w:sdtContent>
        <w:p w14:paraId="50E71432" w14:textId="58B04B09" w:rsidR="00140F93" w:rsidRDefault="00140F93">
          <w:pPr>
            <w:pStyle w:val="TOCHeading"/>
          </w:pPr>
          <w:r>
            <w:t>Table of Contents</w:t>
          </w:r>
        </w:p>
        <w:p w14:paraId="2C3CD3A0" w14:textId="0ECE3657" w:rsidR="000354E4" w:rsidRDefault="00140F93">
          <w:pPr>
            <w:pStyle w:val="TOC1"/>
            <w:tabs>
              <w:tab w:val="right" w:leader="dot" w:pos="8630"/>
            </w:tabs>
            <w:rPr>
              <w:b w:val="0"/>
              <w:bCs w:val="0"/>
              <w:i w:val="0"/>
              <w:iCs w:val="0"/>
              <w:noProof/>
              <w:kern w:val="2"/>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237530038" w:history="1">
            <w:r w:rsidR="000354E4" w:rsidRPr="00B071C7">
              <w:rPr>
                <w:rStyle w:val="Hyperlink"/>
                <w:noProof/>
              </w:rPr>
              <w:t>Table of Contents</w:t>
            </w:r>
            <w:r w:rsidR="000354E4">
              <w:rPr>
                <w:noProof/>
                <w:webHidden/>
              </w:rPr>
              <w:tab/>
            </w:r>
            <w:r w:rsidR="000354E4">
              <w:rPr>
                <w:noProof/>
                <w:webHidden/>
              </w:rPr>
              <w:fldChar w:fldCharType="begin"/>
            </w:r>
            <w:r w:rsidR="000354E4">
              <w:rPr>
                <w:noProof/>
                <w:webHidden/>
              </w:rPr>
              <w:instrText xml:space="preserve"> PAGEREF _Toc237530038 \h </w:instrText>
            </w:r>
            <w:r w:rsidR="000354E4">
              <w:rPr>
                <w:noProof/>
                <w:webHidden/>
              </w:rPr>
            </w:r>
            <w:r w:rsidR="000354E4">
              <w:rPr>
                <w:noProof/>
                <w:webHidden/>
              </w:rPr>
              <w:fldChar w:fldCharType="separate"/>
            </w:r>
            <w:r w:rsidR="000354E4">
              <w:rPr>
                <w:noProof/>
                <w:webHidden/>
              </w:rPr>
              <w:t>2</w:t>
            </w:r>
            <w:r w:rsidR="000354E4">
              <w:rPr>
                <w:noProof/>
                <w:webHidden/>
              </w:rPr>
              <w:fldChar w:fldCharType="end"/>
            </w:r>
          </w:hyperlink>
        </w:p>
        <w:p w14:paraId="348F7412" w14:textId="705D2258" w:rsidR="000354E4" w:rsidRDefault="000354E4">
          <w:pPr>
            <w:pStyle w:val="TOC1"/>
            <w:tabs>
              <w:tab w:val="right" w:leader="dot" w:pos="8630"/>
            </w:tabs>
            <w:rPr>
              <w:b w:val="0"/>
              <w:bCs w:val="0"/>
              <w:i w:val="0"/>
              <w:iCs w:val="0"/>
              <w:noProof/>
              <w:kern w:val="2"/>
              <w:lang w:val="en-GB" w:eastAsia="en-GB"/>
              <w14:ligatures w14:val="standardContextual"/>
            </w:rPr>
          </w:pPr>
          <w:hyperlink w:anchor="_Toc237530039" w:history="1">
            <w:r w:rsidRPr="00B071C7">
              <w:rPr>
                <w:rStyle w:val="Hyperlink"/>
                <w:noProof/>
              </w:rPr>
              <w:t>1. Introduction</w:t>
            </w:r>
            <w:r>
              <w:rPr>
                <w:noProof/>
                <w:webHidden/>
              </w:rPr>
              <w:tab/>
            </w:r>
            <w:r>
              <w:rPr>
                <w:noProof/>
                <w:webHidden/>
              </w:rPr>
              <w:fldChar w:fldCharType="begin"/>
            </w:r>
            <w:r>
              <w:rPr>
                <w:noProof/>
                <w:webHidden/>
              </w:rPr>
              <w:instrText xml:space="preserve"> PAGEREF _Toc237530039 \h </w:instrText>
            </w:r>
            <w:r>
              <w:rPr>
                <w:noProof/>
                <w:webHidden/>
              </w:rPr>
            </w:r>
            <w:r>
              <w:rPr>
                <w:noProof/>
                <w:webHidden/>
              </w:rPr>
              <w:fldChar w:fldCharType="separate"/>
            </w:r>
            <w:r>
              <w:rPr>
                <w:noProof/>
                <w:webHidden/>
              </w:rPr>
              <w:t>2</w:t>
            </w:r>
            <w:r>
              <w:rPr>
                <w:noProof/>
                <w:webHidden/>
              </w:rPr>
              <w:fldChar w:fldCharType="end"/>
            </w:r>
          </w:hyperlink>
        </w:p>
        <w:p w14:paraId="7E64B34C" w14:textId="30A88375" w:rsidR="000354E4" w:rsidRDefault="000354E4">
          <w:pPr>
            <w:pStyle w:val="TOC1"/>
            <w:tabs>
              <w:tab w:val="right" w:leader="dot" w:pos="8630"/>
            </w:tabs>
            <w:rPr>
              <w:b w:val="0"/>
              <w:bCs w:val="0"/>
              <w:i w:val="0"/>
              <w:iCs w:val="0"/>
              <w:noProof/>
              <w:kern w:val="2"/>
              <w:lang w:val="en-GB" w:eastAsia="en-GB"/>
              <w14:ligatures w14:val="standardContextual"/>
            </w:rPr>
          </w:pPr>
          <w:hyperlink w:anchor="_Toc237530040" w:history="1">
            <w:r w:rsidRPr="00B071C7">
              <w:rPr>
                <w:rStyle w:val="Hyperlink"/>
                <w:noProof/>
              </w:rPr>
              <w:t>2. Requirements</w:t>
            </w:r>
            <w:r>
              <w:rPr>
                <w:noProof/>
                <w:webHidden/>
              </w:rPr>
              <w:tab/>
            </w:r>
            <w:r>
              <w:rPr>
                <w:noProof/>
                <w:webHidden/>
              </w:rPr>
              <w:fldChar w:fldCharType="begin"/>
            </w:r>
            <w:r>
              <w:rPr>
                <w:noProof/>
                <w:webHidden/>
              </w:rPr>
              <w:instrText xml:space="preserve"> PAGEREF _Toc237530040 \h </w:instrText>
            </w:r>
            <w:r>
              <w:rPr>
                <w:noProof/>
                <w:webHidden/>
              </w:rPr>
            </w:r>
            <w:r>
              <w:rPr>
                <w:noProof/>
                <w:webHidden/>
              </w:rPr>
              <w:fldChar w:fldCharType="separate"/>
            </w:r>
            <w:r>
              <w:rPr>
                <w:noProof/>
                <w:webHidden/>
              </w:rPr>
              <w:t>2</w:t>
            </w:r>
            <w:r>
              <w:rPr>
                <w:noProof/>
                <w:webHidden/>
              </w:rPr>
              <w:fldChar w:fldCharType="end"/>
            </w:r>
          </w:hyperlink>
        </w:p>
        <w:p w14:paraId="783F65DD" w14:textId="4DA7C554" w:rsidR="000354E4" w:rsidRDefault="000354E4">
          <w:pPr>
            <w:pStyle w:val="TOC1"/>
            <w:tabs>
              <w:tab w:val="right" w:leader="dot" w:pos="8630"/>
            </w:tabs>
            <w:rPr>
              <w:b w:val="0"/>
              <w:bCs w:val="0"/>
              <w:i w:val="0"/>
              <w:iCs w:val="0"/>
              <w:noProof/>
              <w:kern w:val="2"/>
              <w:lang w:val="en-GB" w:eastAsia="en-GB"/>
              <w14:ligatures w14:val="standardContextual"/>
            </w:rPr>
          </w:pPr>
          <w:hyperlink w:anchor="_Toc237530041" w:history="1">
            <w:r w:rsidRPr="00B071C7">
              <w:rPr>
                <w:rStyle w:val="Hyperlink"/>
                <w:noProof/>
              </w:rPr>
              <w:t>3. Implementation</w:t>
            </w:r>
            <w:r>
              <w:rPr>
                <w:noProof/>
                <w:webHidden/>
              </w:rPr>
              <w:tab/>
            </w:r>
            <w:r>
              <w:rPr>
                <w:noProof/>
                <w:webHidden/>
              </w:rPr>
              <w:fldChar w:fldCharType="begin"/>
            </w:r>
            <w:r>
              <w:rPr>
                <w:noProof/>
                <w:webHidden/>
              </w:rPr>
              <w:instrText xml:space="preserve"> PAGEREF _Toc237530041 \h </w:instrText>
            </w:r>
            <w:r>
              <w:rPr>
                <w:noProof/>
                <w:webHidden/>
              </w:rPr>
            </w:r>
            <w:r>
              <w:rPr>
                <w:noProof/>
                <w:webHidden/>
              </w:rPr>
              <w:fldChar w:fldCharType="separate"/>
            </w:r>
            <w:r>
              <w:rPr>
                <w:noProof/>
                <w:webHidden/>
              </w:rPr>
              <w:t>3</w:t>
            </w:r>
            <w:r>
              <w:rPr>
                <w:noProof/>
                <w:webHidden/>
              </w:rPr>
              <w:fldChar w:fldCharType="end"/>
            </w:r>
          </w:hyperlink>
        </w:p>
        <w:p w14:paraId="3333C7D9" w14:textId="08CCC120" w:rsidR="000354E4" w:rsidRDefault="000354E4">
          <w:pPr>
            <w:pStyle w:val="TOC1"/>
            <w:tabs>
              <w:tab w:val="right" w:leader="dot" w:pos="8630"/>
            </w:tabs>
            <w:rPr>
              <w:b w:val="0"/>
              <w:bCs w:val="0"/>
              <w:i w:val="0"/>
              <w:iCs w:val="0"/>
              <w:noProof/>
              <w:kern w:val="2"/>
              <w:lang w:val="en-GB" w:eastAsia="en-GB"/>
              <w14:ligatures w14:val="standardContextual"/>
            </w:rPr>
          </w:pPr>
          <w:hyperlink w:anchor="_Toc237530042" w:history="1">
            <w:r w:rsidRPr="00B071C7">
              <w:rPr>
                <w:rStyle w:val="Hyperlink"/>
                <w:noProof/>
              </w:rPr>
              <w:t>4. Evaluation</w:t>
            </w:r>
            <w:r>
              <w:rPr>
                <w:noProof/>
                <w:webHidden/>
              </w:rPr>
              <w:tab/>
            </w:r>
            <w:r>
              <w:rPr>
                <w:noProof/>
                <w:webHidden/>
              </w:rPr>
              <w:fldChar w:fldCharType="begin"/>
            </w:r>
            <w:r>
              <w:rPr>
                <w:noProof/>
                <w:webHidden/>
              </w:rPr>
              <w:instrText xml:space="preserve"> PAGEREF _Toc237530042 \h </w:instrText>
            </w:r>
            <w:r>
              <w:rPr>
                <w:noProof/>
                <w:webHidden/>
              </w:rPr>
            </w:r>
            <w:r>
              <w:rPr>
                <w:noProof/>
                <w:webHidden/>
              </w:rPr>
              <w:fldChar w:fldCharType="separate"/>
            </w:r>
            <w:r>
              <w:rPr>
                <w:noProof/>
                <w:webHidden/>
              </w:rPr>
              <w:t>13</w:t>
            </w:r>
            <w:r>
              <w:rPr>
                <w:noProof/>
                <w:webHidden/>
              </w:rPr>
              <w:fldChar w:fldCharType="end"/>
            </w:r>
          </w:hyperlink>
        </w:p>
        <w:p w14:paraId="64868D59" w14:textId="1A361240" w:rsidR="000354E4" w:rsidRDefault="000354E4">
          <w:pPr>
            <w:pStyle w:val="TOC1"/>
            <w:tabs>
              <w:tab w:val="right" w:leader="dot" w:pos="8630"/>
            </w:tabs>
            <w:rPr>
              <w:b w:val="0"/>
              <w:bCs w:val="0"/>
              <w:i w:val="0"/>
              <w:iCs w:val="0"/>
              <w:noProof/>
              <w:kern w:val="2"/>
              <w:lang w:val="en-GB" w:eastAsia="en-GB"/>
              <w14:ligatures w14:val="standardContextual"/>
            </w:rPr>
          </w:pPr>
          <w:hyperlink w:anchor="_Toc237530043" w:history="1">
            <w:r w:rsidRPr="00B071C7">
              <w:rPr>
                <w:rStyle w:val="Hyperlink"/>
                <w:noProof/>
              </w:rPr>
              <w:t>5. Conclusion</w:t>
            </w:r>
            <w:r>
              <w:rPr>
                <w:noProof/>
                <w:webHidden/>
              </w:rPr>
              <w:tab/>
            </w:r>
            <w:r>
              <w:rPr>
                <w:noProof/>
                <w:webHidden/>
              </w:rPr>
              <w:fldChar w:fldCharType="begin"/>
            </w:r>
            <w:r>
              <w:rPr>
                <w:noProof/>
                <w:webHidden/>
              </w:rPr>
              <w:instrText xml:space="preserve"> PAGEREF _Toc237530043 \h </w:instrText>
            </w:r>
            <w:r>
              <w:rPr>
                <w:noProof/>
                <w:webHidden/>
              </w:rPr>
            </w:r>
            <w:r>
              <w:rPr>
                <w:noProof/>
                <w:webHidden/>
              </w:rPr>
              <w:fldChar w:fldCharType="separate"/>
            </w:r>
            <w:r>
              <w:rPr>
                <w:noProof/>
                <w:webHidden/>
              </w:rPr>
              <w:t>14</w:t>
            </w:r>
            <w:r>
              <w:rPr>
                <w:noProof/>
                <w:webHidden/>
              </w:rPr>
              <w:fldChar w:fldCharType="end"/>
            </w:r>
          </w:hyperlink>
        </w:p>
        <w:p w14:paraId="18E96E0B" w14:textId="322EF063" w:rsidR="000354E4" w:rsidRDefault="000354E4">
          <w:pPr>
            <w:pStyle w:val="TOC1"/>
            <w:tabs>
              <w:tab w:val="right" w:leader="dot" w:pos="8630"/>
            </w:tabs>
            <w:rPr>
              <w:b w:val="0"/>
              <w:bCs w:val="0"/>
              <w:i w:val="0"/>
              <w:iCs w:val="0"/>
              <w:noProof/>
              <w:kern w:val="2"/>
              <w:lang w:val="en-GB" w:eastAsia="en-GB"/>
              <w14:ligatures w14:val="standardContextual"/>
            </w:rPr>
          </w:pPr>
          <w:hyperlink w:anchor="_Toc237530044" w:history="1">
            <w:r w:rsidRPr="00B071C7">
              <w:rPr>
                <w:rStyle w:val="Hyperlink"/>
                <w:noProof/>
              </w:rPr>
              <w:t>6. References (IEEE Format)</w:t>
            </w:r>
            <w:r>
              <w:rPr>
                <w:noProof/>
                <w:webHidden/>
              </w:rPr>
              <w:tab/>
            </w:r>
            <w:r>
              <w:rPr>
                <w:noProof/>
                <w:webHidden/>
              </w:rPr>
              <w:fldChar w:fldCharType="begin"/>
            </w:r>
            <w:r>
              <w:rPr>
                <w:noProof/>
                <w:webHidden/>
              </w:rPr>
              <w:instrText xml:space="preserve"> PAGEREF _Toc237530044 \h </w:instrText>
            </w:r>
            <w:r>
              <w:rPr>
                <w:noProof/>
                <w:webHidden/>
              </w:rPr>
            </w:r>
            <w:r>
              <w:rPr>
                <w:noProof/>
                <w:webHidden/>
              </w:rPr>
              <w:fldChar w:fldCharType="separate"/>
            </w:r>
            <w:r>
              <w:rPr>
                <w:noProof/>
                <w:webHidden/>
              </w:rPr>
              <w:t>14</w:t>
            </w:r>
            <w:r>
              <w:rPr>
                <w:noProof/>
                <w:webHidden/>
              </w:rPr>
              <w:fldChar w:fldCharType="end"/>
            </w:r>
          </w:hyperlink>
        </w:p>
        <w:p w14:paraId="4E2F6640" w14:textId="2AA3FD06" w:rsidR="000354E4" w:rsidRDefault="000354E4">
          <w:pPr>
            <w:pStyle w:val="TOC1"/>
            <w:tabs>
              <w:tab w:val="right" w:leader="dot" w:pos="8630"/>
            </w:tabs>
            <w:rPr>
              <w:b w:val="0"/>
              <w:bCs w:val="0"/>
              <w:i w:val="0"/>
              <w:iCs w:val="0"/>
              <w:noProof/>
              <w:kern w:val="2"/>
              <w:lang w:val="en-GB" w:eastAsia="en-GB"/>
              <w14:ligatures w14:val="standardContextual"/>
            </w:rPr>
          </w:pPr>
          <w:hyperlink w:anchor="_Toc237530045" w:history="1">
            <w:r w:rsidRPr="00B071C7">
              <w:rPr>
                <w:rStyle w:val="Hyperlink"/>
                <w:noProof/>
              </w:rPr>
              <w:t>7. Appendices</w:t>
            </w:r>
            <w:r>
              <w:rPr>
                <w:noProof/>
                <w:webHidden/>
              </w:rPr>
              <w:tab/>
            </w:r>
            <w:r>
              <w:rPr>
                <w:noProof/>
                <w:webHidden/>
              </w:rPr>
              <w:fldChar w:fldCharType="begin"/>
            </w:r>
            <w:r>
              <w:rPr>
                <w:noProof/>
                <w:webHidden/>
              </w:rPr>
              <w:instrText xml:space="preserve"> PAGEREF _Toc237530045 \h </w:instrText>
            </w:r>
            <w:r>
              <w:rPr>
                <w:noProof/>
                <w:webHidden/>
              </w:rPr>
            </w:r>
            <w:r>
              <w:rPr>
                <w:noProof/>
                <w:webHidden/>
              </w:rPr>
              <w:fldChar w:fldCharType="separate"/>
            </w:r>
            <w:r>
              <w:rPr>
                <w:noProof/>
                <w:webHidden/>
              </w:rPr>
              <w:t>14</w:t>
            </w:r>
            <w:r>
              <w:rPr>
                <w:noProof/>
                <w:webHidden/>
              </w:rPr>
              <w:fldChar w:fldCharType="end"/>
            </w:r>
          </w:hyperlink>
        </w:p>
        <w:p w14:paraId="4BFE9243" w14:textId="0B727F51" w:rsidR="00140F93" w:rsidRDefault="00140F93">
          <w:r>
            <w:rPr>
              <w:b/>
              <w:bCs/>
              <w:noProof/>
            </w:rPr>
            <w:fldChar w:fldCharType="end"/>
          </w:r>
        </w:p>
      </w:sdtContent>
    </w:sdt>
    <w:p w14:paraId="239262E2" w14:textId="3F264B80" w:rsidR="008139C2" w:rsidRDefault="00000000">
      <w:r>
        <w:br/>
      </w:r>
    </w:p>
    <w:p w14:paraId="41E843DB" w14:textId="502AFB18" w:rsidR="008139C2" w:rsidRDefault="00000000">
      <w:pPr>
        <w:pStyle w:val="Heading1"/>
      </w:pPr>
      <w:bookmarkStart w:id="1" w:name="_Toc237530039"/>
      <w:r>
        <w:t>1. Introduction</w:t>
      </w:r>
      <w:bookmarkEnd w:id="1"/>
      <w:r>
        <w:t xml:space="preserve"> </w:t>
      </w:r>
    </w:p>
    <w:p w14:paraId="067FF48A" w14:textId="2EB67814" w:rsidR="008139C2" w:rsidRDefault="00140F93">
      <w:r>
        <w:t xml:space="preserve">This report was made to showcase the website that I have created based off my hobbies that I have and what interest that I have. This website was made from various codes through the use visual studio code which has allowed me to create the website and design. I have used some help from some external websites to help me with the codes. One of those coding websites being W3school. I also used ai to teach me ways to improve the codes that I have used and explain the use of each improved code to better my work for my website. The report would showcase the codes I have used, and I would be further explaining the codes in its respective area. </w:t>
      </w:r>
      <w:r>
        <w:br/>
      </w:r>
    </w:p>
    <w:p w14:paraId="75D50CA6" w14:textId="237BDD5B" w:rsidR="008139C2" w:rsidRDefault="00000000">
      <w:pPr>
        <w:pStyle w:val="Heading1"/>
      </w:pPr>
      <w:bookmarkStart w:id="2" w:name="_Toc237530040"/>
      <w:r>
        <w:t>2. Requirements</w:t>
      </w:r>
      <w:bookmarkEnd w:id="2"/>
    </w:p>
    <w:p w14:paraId="09533731" w14:textId="33873179" w:rsidR="008139C2" w:rsidRDefault="00BB114D">
      <w:r>
        <w:t xml:space="preserve">As mentioned previously, the intended purpose for the website I have created is for the main idea of showcasing my hobbies and interest. </w:t>
      </w:r>
      <w:r w:rsidR="009B46E9">
        <w:t xml:space="preserve">The website consists of 4 pages, one login page, one homepage, 2 hobby pages. These pages have their respective information to showcase to the audience. </w:t>
      </w:r>
      <w:r w:rsidR="00085FF7">
        <w:t xml:space="preserve">The pages have information of why I do those hobbies and why it interests me. </w:t>
      </w:r>
      <w:r w:rsidR="00205B73">
        <w:t xml:space="preserve">The targeted people would be people that </w:t>
      </w:r>
      <w:r w:rsidR="00C41D7A">
        <w:t xml:space="preserve">also have the same interest or have something similar that they can relate to. </w:t>
      </w:r>
      <w:r>
        <w:br/>
      </w:r>
    </w:p>
    <w:p w14:paraId="58790214" w14:textId="77777777" w:rsidR="008139C2" w:rsidRDefault="00000000">
      <w:pPr>
        <w:pStyle w:val="Heading1"/>
      </w:pPr>
      <w:bookmarkStart w:id="3" w:name="_Toc237530041"/>
      <w:r>
        <w:lastRenderedPageBreak/>
        <w:t>3. Implementation</w:t>
      </w:r>
      <w:bookmarkEnd w:id="3"/>
    </w:p>
    <w:p w14:paraId="74E087A9" w14:textId="77777777" w:rsidR="00736E60" w:rsidRDefault="00736E60"/>
    <w:p w14:paraId="53B76D2F" w14:textId="28875FD4" w:rsidR="00736E60" w:rsidRDefault="00B61080">
      <w:r>
        <w:t xml:space="preserve">Login </w:t>
      </w:r>
      <w:r w:rsidR="00736E60">
        <w:t>page: Website and code</w:t>
      </w:r>
    </w:p>
    <w:p w14:paraId="3D7D41F6" w14:textId="3C51DE82" w:rsidR="00736E60" w:rsidRDefault="00B61080">
      <w:r>
        <w:rPr>
          <w:noProof/>
        </w:rPr>
        <w:drawing>
          <wp:inline distT="0" distB="0" distL="0" distR="0" wp14:anchorId="2BD20123" wp14:editId="6C050CA1">
            <wp:extent cx="3445933" cy="2153708"/>
            <wp:effectExtent l="0" t="0" r="0" b="5715"/>
            <wp:docPr id="1796070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070674" name="Picture 1796070674"/>
                    <pic:cNvPicPr/>
                  </pic:nvPicPr>
                  <pic:blipFill>
                    <a:blip r:embed="rId7"/>
                    <a:stretch>
                      <a:fillRect/>
                    </a:stretch>
                  </pic:blipFill>
                  <pic:spPr>
                    <a:xfrm>
                      <a:off x="0" y="0"/>
                      <a:ext cx="3449465" cy="2155915"/>
                    </a:xfrm>
                    <a:prstGeom prst="rect">
                      <a:avLst/>
                    </a:prstGeom>
                  </pic:spPr>
                </pic:pic>
              </a:graphicData>
            </a:graphic>
          </wp:inline>
        </w:drawing>
      </w:r>
    </w:p>
    <w:p w14:paraId="58DDA23F" w14:textId="220C9EB9" w:rsidR="009224C2" w:rsidRDefault="009224C2">
      <w:r>
        <w:t xml:space="preserve">This is the first page that would be sent to when you open up the loginpage.html. In this part of the website, I have designed it to make a certain username “Fahith” and password “12345” can work to access the rest. </w:t>
      </w:r>
    </w:p>
    <w:p w14:paraId="1206C195" w14:textId="50514555" w:rsidR="00B61080" w:rsidRDefault="00D52527">
      <w:r>
        <w:rPr>
          <w:noProof/>
        </w:rPr>
        <w:drawing>
          <wp:inline distT="0" distB="0" distL="0" distR="0" wp14:anchorId="7DB9D267" wp14:editId="36F840A1">
            <wp:extent cx="3445510" cy="1593548"/>
            <wp:effectExtent l="0" t="0" r="0" b="0"/>
            <wp:docPr id="16926222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622229" name="Picture 1692622229"/>
                    <pic:cNvPicPr/>
                  </pic:nvPicPr>
                  <pic:blipFill>
                    <a:blip r:embed="rId8"/>
                    <a:stretch>
                      <a:fillRect/>
                    </a:stretch>
                  </pic:blipFill>
                  <pic:spPr>
                    <a:xfrm>
                      <a:off x="0" y="0"/>
                      <a:ext cx="3465410" cy="1602752"/>
                    </a:xfrm>
                    <a:prstGeom prst="rect">
                      <a:avLst/>
                    </a:prstGeom>
                  </pic:spPr>
                </pic:pic>
              </a:graphicData>
            </a:graphic>
          </wp:inline>
        </w:drawing>
      </w:r>
    </w:p>
    <w:p w14:paraId="50EA8731" w14:textId="69AE8F33" w:rsidR="009224C2" w:rsidRDefault="00396409">
      <w:r>
        <w:t xml:space="preserve">When you enter the correct username and password and press the </w:t>
      </w:r>
      <w:r w:rsidR="0095619F">
        <w:t xml:space="preserve">login button, the page would show this saying “login successful”. By pressing </w:t>
      </w:r>
      <w:r w:rsidR="00F522B2">
        <w:t>ok,</w:t>
      </w:r>
      <w:r w:rsidR="0095619F">
        <w:t xml:space="preserve"> it would take you to the rest of the website. </w:t>
      </w:r>
    </w:p>
    <w:p w14:paraId="26106BB4" w14:textId="781DAF93" w:rsidR="00AF3C5B" w:rsidRDefault="00AF3C5B">
      <w:r>
        <w:rPr>
          <w:noProof/>
        </w:rPr>
        <w:lastRenderedPageBreak/>
        <w:drawing>
          <wp:inline distT="0" distB="0" distL="0" distR="0" wp14:anchorId="25E580FB" wp14:editId="3F04ABC1">
            <wp:extent cx="4406405" cy="2633133"/>
            <wp:effectExtent l="0" t="0" r="635" b="0"/>
            <wp:docPr id="9104137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413737" name="Picture 910413737"/>
                    <pic:cNvPicPr/>
                  </pic:nvPicPr>
                  <pic:blipFill>
                    <a:blip r:embed="rId9"/>
                    <a:stretch>
                      <a:fillRect/>
                    </a:stretch>
                  </pic:blipFill>
                  <pic:spPr>
                    <a:xfrm>
                      <a:off x="0" y="0"/>
                      <a:ext cx="4420873" cy="2641778"/>
                    </a:xfrm>
                    <a:prstGeom prst="rect">
                      <a:avLst/>
                    </a:prstGeom>
                  </pic:spPr>
                </pic:pic>
              </a:graphicData>
            </a:graphic>
          </wp:inline>
        </w:drawing>
      </w:r>
    </w:p>
    <w:p w14:paraId="0700F12F" w14:textId="1462A85D" w:rsidR="003C1290" w:rsidRPr="003C1290" w:rsidRDefault="0095619F" w:rsidP="003C1290">
      <w:r>
        <w:t xml:space="preserve">This is the first part </w:t>
      </w:r>
      <w:r w:rsidR="00BC6B6A">
        <w:t xml:space="preserve">of the code for the login page. As you can see, the title was established as </w:t>
      </w:r>
      <w:r w:rsidR="008D69C0">
        <w:t>Fahith’s Life. This would on top of the login section.</w:t>
      </w:r>
      <w:r w:rsidR="002C50EE">
        <w:t xml:space="preserve"> At the top of the code, </w:t>
      </w:r>
      <w:r w:rsidR="002D0187">
        <w:t xml:space="preserve">“&lt;html lang=”eng”&gt;” was used. This was used to help </w:t>
      </w:r>
      <w:r w:rsidR="002234EC">
        <w:t>t</w:t>
      </w:r>
      <w:r w:rsidR="00881AA5">
        <w:t xml:space="preserve">ell the website that it is English. </w:t>
      </w:r>
      <w:r w:rsidR="00CB7210">
        <w:t xml:space="preserve"> </w:t>
      </w:r>
      <w:r w:rsidR="00861428">
        <w:t xml:space="preserve">The use of &lt;meta name= “viewport” content= “width=device-width, </w:t>
      </w:r>
      <w:r w:rsidR="00F522B2">
        <w:t>initial</w:t>
      </w:r>
      <w:r w:rsidR="00861428">
        <w:t>-scale=1.0”&gt;</w:t>
      </w:r>
      <w:r w:rsidR="00A2675A">
        <w:t xml:space="preserve"> allows other devices like a phone, tablet or even computer to have its website look normal rather zoomed in or zoomed out. </w:t>
      </w:r>
      <w:r w:rsidR="003C1290">
        <w:t xml:space="preserve">The use </w:t>
      </w:r>
      <w:r w:rsidR="003C1290" w:rsidRPr="003C1290">
        <w:rPr>
          <w:rFonts w:eastAsia="Times New Roman" w:cs="Calibri"/>
          <w:color w:val="000000" w:themeColor="text1"/>
          <w:lang w:val="en-GB" w:eastAsia="en-GB"/>
        </w:rPr>
        <w:t>&lt;link rel="stylesheet" href="Loginpage.css"&gt;</w:t>
      </w:r>
      <w:r w:rsidR="00406C0D">
        <w:rPr>
          <w:rFonts w:eastAsia="Times New Roman" w:cs="Calibri"/>
          <w:color w:val="000000" w:themeColor="text1"/>
          <w:lang w:val="en-GB" w:eastAsia="en-GB"/>
        </w:rPr>
        <w:t xml:space="preserve"> allows the </w:t>
      </w:r>
      <w:r w:rsidR="009632A8">
        <w:rPr>
          <w:rFonts w:eastAsia="Times New Roman" w:cs="Calibri"/>
          <w:color w:val="000000" w:themeColor="text1"/>
          <w:lang w:val="en-GB" w:eastAsia="en-GB"/>
        </w:rPr>
        <w:t>HTML</w:t>
      </w:r>
      <w:r w:rsidR="00406C0D">
        <w:rPr>
          <w:rFonts w:eastAsia="Times New Roman" w:cs="Calibri"/>
          <w:color w:val="000000" w:themeColor="text1"/>
          <w:lang w:val="en-GB" w:eastAsia="en-GB"/>
        </w:rPr>
        <w:t xml:space="preserve"> file to link with the </w:t>
      </w:r>
      <w:r w:rsidR="009632A8">
        <w:rPr>
          <w:rFonts w:eastAsia="Times New Roman" w:cs="Calibri"/>
          <w:color w:val="000000" w:themeColor="text1"/>
          <w:lang w:val="en-GB" w:eastAsia="en-GB"/>
        </w:rPr>
        <w:t xml:space="preserve">CSS file. </w:t>
      </w:r>
      <w:r w:rsidR="00F50702">
        <w:rPr>
          <w:rFonts w:eastAsia="Times New Roman" w:cs="Calibri"/>
          <w:color w:val="000000" w:themeColor="text1"/>
          <w:lang w:val="en-GB" w:eastAsia="en-GB"/>
        </w:rPr>
        <w:t xml:space="preserve">Below is the CSS file that helps create the background and the colours and design work for the login page. </w:t>
      </w:r>
    </w:p>
    <w:p w14:paraId="06E15CE4" w14:textId="3C2169EB" w:rsidR="003C1290" w:rsidRDefault="00F50702">
      <w:r>
        <w:rPr>
          <w:noProof/>
        </w:rPr>
        <w:drawing>
          <wp:inline distT="0" distB="0" distL="0" distR="0" wp14:anchorId="75F1B8B4" wp14:editId="186D1DE4">
            <wp:extent cx="1704787" cy="3479376"/>
            <wp:effectExtent l="0" t="0" r="0" b="635"/>
            <wp:docPr id="18570289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28903" name="Picture 1857028903"/>
                    <pic:cNvPicPr/>
                  </pic:nvPicPr>
                  <pic:blipFill>
                    <a:blip r:embed="rId10"/>
                    <a:stretch>
                      <a:fillRect/>
                    </a:stretch>
                  </pic:blipFill>
                  <pic:spPr>
                    <a:xfrm>
                      <a:off x="0" y="0"/>
                      <a:ext cx="1724248" cy="3519095"/>
                    </a:xfrm>
                    <a:prstGeom prst="rect">
                      <a:avLst/>
                    </a:prstGeom>
                  </pic:spPr>
                </pic:pic>
              </a:graphicData>
            </a:graphic>
          </wp:inline>
        </w:drawing>
      </w:r>
      <w:r>
        <w:rPr>
          <w:noProof/>
        </w:rPr>
        <w:drawing>
          <wp:inline distT="0" distB="0" distL="0" distR="0" wp14:anchorId="68E9377B" wp14:editId="2CDF774A">
            <wp:extent cx="1869087" cy="3479800"/>
            <wp:effectExtent l="0" t="0" r="0" b="0"/>
            <wp:docPr id="13854843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484391" name="Picture 1385484391"/>
                    <pic:cNvPicPr/>
                  </pic:nvPicPr>
                  <pic:blipFill>
                    <a:blip r:embed="rId11"/>
                    <a:stretch>
                      <a:fillRect/>
                    </a:stretch>
                  </pic:blipFill>
                  <pic:spPr>
                    <a:xfrm>
                      <a:off x="0" y="0"/>
                      <a:ext cx="1881680" cy="3503245"/>
                    </a:xfrm>
                    <a:prstGeom prst="rect">
                      <a:avLst/>
                    </a:prstGeom>
                  </pic:spPr>
                </pic:pic>
              </a:graphicData>
            </a:graphic>
          </wp:inline>
        </w:drawing>
      </w:r>
    </w:p>
    <w:p w14:paraId="132D9696" w14:textId="77777777" w:rsidR="002E6206" w:rsidRDefault="002E6206"/>
    <w:p w14:paraId="413822A0" w14:textId="1D2F7DAC" w:rsidR="00D52527" w:rsidRDefault="00D52527">
      <w:r>
        <w:rPr>
          <w:noProof/>
        </w:rPr>
        <w:lastRenderedPageBreak/>
        <w:drawing>
          <wp:inline distT="0" distB="0" distL="0" distR="0" wp14:anchorId="6978919A" wp14:editId="3BD20A11">
            <wp:extent cx="3767667" cy="3550503"/>
            <wp:effectExtent l="0" t="0" r="4445" b="5715"/>
            <wp:docPr id="826349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34925" name="Picture 82634925"/>
                    <pic:cNvPicPr/>
                  </pic:nvPicPr>
                  <pic:blipFill>
                    <a:blip r:embed="rId12"/>
                    <a:stretch>
                      <a:fillRect/>
                    </a:stretch>
                  </pic:blipFill>
                  <pic:spPr>
                    <a:xfrm>
                      <a:off x="0" y="0"/>
                      <a:ext cx="3782733" cy="3564701"/>
                    </a:xfrm>
                    <a:prstGeom prst="rect">
                      <a:avLst/>
                    </a:prstGeom>
                  </pic:spPr>
                </pic:pic>
              </a:graphicData>
            </a:graphic>
          </wp:inline>
        </w:drawing>
      </w:r>
    </w:p>
    <w:p w14:paraId="67E51D24" w14:textId="010444AF" w:rsidR="00F2476B" w:rsidRDefault="00375AC1" w:rsidP="00774672">
      <w:pPr>
        <w:spacing w:after="0" w:line="240" w:lineRule="auto"/>
      </w:pPr>
      <w:r>
        <w:t xml:space="preserve">The above part of the code from the login page has </w:t>
      </w:r>
      <w:r w:rsidR="00C200FE">
        <w:t>the code to make the username, password and login button</w:t>
      </w:r>
      <w:r w:rsidR="002722D5">
        <w:t xml:space="preserve">. At the bottom where it </w:t>
      </w:r>
      <w:r w:rsidR="00F2476B">
        <w:t>states</w:t>
      </w:r>
    </w:p>
    <w:p w14:paraId="30034DD0" w14:textId="24642358" w:rsidR="007D36FE" w:rsidRDefault="00F2476B" w:rsidP="00774672">
      <w:pPr>
        <w:spacing w:after="0" w:line="240" w:lineRule="auto"/>
      </w:pPr>
      <w:r>
        <w:t>“&lt;script src</w:t>
      </w:r>
      <w:r w:rsidR="004E0DDA">
        <w:t>= “</w:t>
      </w:r>
      <w:r w:rsidRPr="009C00D7">
        <w:rPr>
          <w:u w:val="single"/>
        </w:rPr>
        <w:t>./js/login.js</w:t>
      </w:r>
      <w:r>
        <w:t>”&gt;&lt;/script&gt;</w:t>
      </w:r>
      <w:r w:rsidR="009C00D7">
        <w:t xml:space="preserve"> allows the </w:t>
      </w:r>
      <w:r w:rsidR="00E4669F">
        <w:t>java script and html file to connect to make them create the login page functions</w:t>
      </w:r>
    </w:p>
    <w:p w14:paraId="02022246" w14:textId="77777777" w:rsidR="00774672" w:rsidRDefault="00774672" w:rsidP="00774672">
      <w:pPr>
        <w:spacing w:after="0" w:line="240" w:lineRule="auto"/>
      </w:pPr>
    </w:p>
    <w:p w14:paraId="47D68AD5" w14:textId="117867F5" w:rsidR="00014CB7" w:rsidRDefault="00014CB7">
      <w:r>
        <w:rPr>
          <w:noProof/>
        </w:rPr>
        <w:drawing>
          <wp:inline distT="0" distB="0" distL="0" distR="0" wp14:anchorId="5338DD32" wp14:editId="42CF2CCC">
            <wp:extent cx="3767455" cy="2845213"/>
            <wp:effectExtent l="0" t="0" r="4445" b="0"/>
            <wp:docPr id="34902508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025080" name="Picture 349025080"/>
                    <pic:cNvPicPr/>
                  </pic:nvPicPr>
                  <pic:blipFill>
                    <a:blip r:embed="rId13"/>
                    <a:stretch>
                      <a:fillRect/>
                    </a:stretch>
                  </pic:blipFill>
                  <pic:spPr>
                    <a:xfrm>
                      <a:off x="0" y="0"/>
                      <a:ext cx="3783136" cy="2857056"/>
                    </a:xfrm>
                    <a:prstGeom prst="rect">
                      <a:avLst/>
                    </a:prstGeom>
                  </pic:spPr>
                </pic:pic>
              </a:graphicData>
            </a:graphic>
          </wp:inline>
        </w:drawing>
      </w:r>
    </w:p>
    <w:p w14:paraId="35F8EB70" w14:textId="2461A7AD" w:rsidR="00610B43" w:rsidRDefault="00014CB7">
      <w:r>
        <w:t>The above java script allows the idea of entering a</w:t>
      </w:r>
      <w:r w:rsidR="00163FE1">
        <w:t xml:space="preserve"> username and password to enter </w:t>
      </w:r>
      <w:r w:rsidR="007D36FE">
        <w:t xml:space="preserve">into the website. </w:t>
      </w:r>
      <w:r w:rsidR="007446BF">
        <w:t xml:space="preserve">When the username and password is correct, a secondary page would appear with a message </w:t>
      </w:r>
      <w:r w:rsidR="004B6CD2">
        <w:t>saying,</w:t>
      </w:r>
      <w:r w:rsidR="007446BF">
        <w:t xml:space="preserve"> “Login successful</w:t>
      </w:r>
      <w:r w:rsidR="008336B7">
        <w:t xml:space="preserve">!” and would allow the user to continue </w:t>
      </w:r>
      <w:r w:rsidR="004B6CD2">
        <w:t xml:space="preserve">into the website. </w:t>
      </w:r>
      <w:r w:rsidR="004B6CD2">
        <w:lastRenderedPageBreak/>
        <w:t>If by entering the wrong username and password, it would respond by saying, “Incorrect username or password”</w:t>
      </w:r>
      <w:r w:rsidR="00922324">
        <w:t xml:space="preserve"> in which </w:t>
      </w:r>
      <w:r w:rsidR="00820186">
        <w:t xml:space="preserve">the user would have to redo the username and password so that they can enter. </w:t>
      </w:r>
    </w:p>
    <w:p w14:paraId="02F881D3" w14:textId="77777777" w:rsidR="008D6BB7" w:rsidRDefault="008D6BB7"/>
    <w:p w14:paraId="19197D85" w14:textId="3CA6EDF0" w:rsidR="008D6BB7" w:rsidRDefault="006D1B15">
      <w:r>
        <w:rPr>
          <w:noProof/>
        </w:rPr>
        <w:drawing>
          <wp:inline distT="0" distB="0" distL="0" distR="0" wp14:anchorId="6B02D9C4" wp14:editId="795292C4">
            <wp:extent cx="3413760" cy="2133600"/>
            <wp:effectExtent l="0" t="0" r="2540" b="0"/>
            <wp:docPr id="1145756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756981" name="Picture 1145756981"/>
                    <pic:cNvPicPr/>
                  </pic:nvPicPr>
                  <pic:blipFill>
                    <a:blip r:embed="rId14"/>
                    <a:stretch>
                      <a:fillRect/>
                    </a:stretch>
                  </pic:blipFill>
                  <pic:spPr>
                    <a:xfrm>
                      <a:off x="0" y="0"/>
                      <a:ext cx="3420514" cy="2137821"/>
                    </a:xfrm>
                    <a:prstGeom prst="rect">
                      <a:avLst/>
                    </a:prstGeom>
                  </pic:spPr>
                </pic:pic>
              </a:graphicData>
            </a:graphic>
          </wp:inline>
        </w:drawing>
      </w:r>
    </w:p>
    <w:p w14:paraId="78A3EE60" w14:textId="728C15C9" w:rsidR="000452D7" w:rsidRDefault="000452D7">
      <w:r>
        <w:t xml:space="preserve">This is the homepage. </w:t>
      </w:r>
    </w:p>
    <w:p w14:paraId="0B43BBBF" w14:textId="77777777" w:rsidR="000452D7" w:rsidRDefault="001D71C1">
      <w:r>
        <w:rPr>
          <w:noProof/>
        </w:rPr>
        <w:drawing>
          <wp:inline distT="0" distB="0" distL="0" distR="0" wp14:anchorId="5E72B163" wp14:editId="2C565F05">
            <wp:extent cx="5249333" cy="3280833"/>
            <wp:effectExtent l="0" t="0" r="0" b="0"/>
            <wp:docPr id="20250142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014205" name="Picture 2025014205"/>
                    <pic:cNvPicPr/>
                  </pic:nvPicPr>
                  <pic:blipFill>
                    <a:blip r:embed="rId15"/>
                    <a:stretch>
                      <a:fillRect/>
                    </a:stretch>
                  </pic:blipFill>
                  <pic:spPr>
                    <a:xfrm>
                      <a:off x="0" y="0"/>
                      <a:ext cx="5262163" cy="3288852"/>
                    </a:xfrm>
                    <a:prstGeom prst="rect">
                      <a:avLst/>
                    </a:prstGeom>
                  </pic:spPr>
                </pic:pic>
              </a:graphicData>
            </a:graphic>
          </wp:inline>
        </w:drawing>
      </w:r>
    </w:p>
    <w:p w14:paraId="611E130A" w14:textId="2AD30C74" w:rsidR="000452D7" w:rsidRDefault="001D71C1">
      <w:r>
        <w:rPr>
          <w:noProof/>
        </w:rPr>
        <w:lastRenderedPageBreak/>
        <w:drawing>
          <wp:inline distT="0" distB="0" distL="0" distR="0" wp14:anchorId="7F5213CF" wp14:editId="01346CDC">
            <wp:extent cx="5494867" cy="3434292"/>
            <wp:effectExtent l="0" t="0" r="4445" b="0"/>
            <wp:docPr id="4201280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128051" name="Picture 420128051"/>
                    <pic:cNvPicPr/>
                  </pic:nvPicPr>
                  <pic:blipFill>
                    <a:blip r:embed="rId16"/>
                    <a:stretch>
                      <a:fillRect/>
                    </a:stretch>
                  </pic:blipFill>
                  <pic:spPr>
                    <a:xfrm>
                      <a:off x="0" y="0"/>
                      <a:ext cx="5515727" cy="3447330"/>
                    </a:xfrm>
                    <a:prstGeom prst="rect">
                      <a:avLst/>
                    </a:prstGeom>
                  </pic:spPr>
                </pic:pic>
              </a:graphicData>
            </a:graphic>
          </wp:inline>
        </w:drawing>
      </w:r>
      <w:r>
        <w:rPr>
          <w:noProof/>
        </w:rPr>
        <w:drawing>
          <wp:inline distT="0" distB="0" distL="0" distR="0" wp14:anchorId="1E2340D6" wp14:editId="11DB90E8">
            <wp:extent cx="3441700" cy="2832100"/>
            <wp:effectExtent l="0" t="0" r="0" b="0"/>
            <wp:docPr id="10655861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586199" name="Picture 1065586199"/>
                    <pic:cNvPicPr/>
                  </pic:nvPicPr>
                  <pic:blipFill>
                    <a:blip r:embed="rId17"/>
                    <a:stretch>
                      <a:fillRect/>
                    </a:stretch>
                  </pic:blipFill>
                  <pic:spPr>
                    <a:xfrm>
                      <a:off x="0" y="0"/>
                      <a:ext cx="3441700" cy="2832100"/>
                    </a:xfrm>
                    <a:prstGeom prst="rect">
                      <a:avLst/>
                    </a:prstGeom>
                  </pic:spPr>
                </pic:pic>
              </a:graphicData>
            </a:graphic>
          </wp:inline>
        </w:drawing>
      </w:r>
    </w:p>
    <w:p w14:paraId="53BFDE08" w14:textId="559D4FE1" w:rsidR="000452D7" w:rsidRDefault="000452D7">
      <w:r>
        <w:t>The above code is for the homepage with each of the subpages</w:t>
      </w:r>
      <w:r w:rsidR="00540D97">
        <w:t xml:space="preserve"> connected with the code. </w:t>
      </w:r>
    </w:p>
    <w:p w14:paraId="0E272B9E" w14:textId="77777777" w:rsidR="000452D7" w:rsidRDefault="000452D7"/>
    <w:p w14:paraId="6424A4B6" w14:textId="77777777" w:rsidR="00BC12AB" w:rsidRDefault="006D1B15">
      <w:r>
        <w:rPr>
          <w:noProof/>
        </w:rPr>
        <w:lastRenderedPageBreak/>
        <w:drawing>
          <wp:inline distT="0" distB="0" distL="0" distR="0" wp14:anchorId="6858B292" wp14:editId="430CAA12">
            <wp:extent cx="3400213" cy="2125133"/>
            <wp:effectExtent l="0" t="0" r="3810" b="0"/>
            <wp:docPr id="5814164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416405" name="Picture 581416405"/>
                    <pic:cNvPicPr/>
                  </pic:nvPicPr>
                  <pic:blipFill>
                    <a:blip r:embed="rId18"/>
                    <a:stretch>
                      <a:fillRect/>
                    </a:stretch>
                  </pic:blipFill>
                  <pic:spPr>
                    <a:xfrm>
                      <a:off x="0" y="0"/>
                      <a:ext cx="3411023" cy="2131889"/>
                    </a:xfrm>
                    <a:prstGeom prst="rect">
                      <a:avLst/>
                    </a:prstGeom>
                  </pic:spPr>
                </pic:pic>
              </a:graphicData>
            </a:graphic>
          </wp:inline>
        </w:drawing>
      </w:r>
    </w:p>
    <w:p w14:paraId="477660F1" w14:textId="77777777" w:rsidR="00836518" w:rsidRDefault="00C967B5">
      <w:r>
        <w:rPr>
          <w:noProof/>
        </w:rPr>
        <w:drawing>
          <wp:inline distT="0" distB="0" distL="0" distR="0" wp14:anchorId="047E98A9" wp14:editId="7A90DAC6">
            <wp:extent cx="5486400" cy="3352800"/>
            <wp:effectExtent l="0" t="0" r="0" b="0"/>
            <wp:docPr id="63349779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497798" name="Picture 633497798"/>
                    <pic:cNvPicPr/>
                  </pic:nvPicPr>
                  <pic:blipFill>
                    <a:blip r:embed="rId19"/>
                    <a:stretch>
                      <a:fillRect/>
                    </a:stretch>
                  </pic:blipFill>
                  <pic:spPr>
                    <a:xfrm>
                      <a:off x="0" y="0"/>
                      <a:ext cx="5486400" cy="3352800"/>
                    </a:xfrm>
                    <a:prstGeom prst="rect">
                      <a:avLst/>
                    </a:prstGeom>
                  </pic:spPr>
                </pic:pic>
              </a:graphicData>
            </a:graphic>
          </wp:inline>
        </w:drawing>
      </w:r>
    </w:p>
    <w:p w14:paraId="779F463C" w14:textId="203C6188" w:rsidR="00BC12AB" w:rsidRDefault="00C967B5">
      <w:r>
        <w:rPr>
          <w:noProof/>
        </w:rPr>
        <w:lastRenderedPageBreak/>
        <w:drawing>
          <wp:inline distT="0" distB="0" distL="0" distR="0" wp14:anchorId="05C5E55A" wp14:editId="227CA807">
            <wp:extent cx="5486400" cy="2245360"/>
            <wp:effectExtent l="0" t="0" r="0" b="2540"/>
            <wp:docPr id="49366443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664438" name="Picture 493664438"/>
                    <pic:cNvPicPr/>
                  </pic:nvPicPr>
                  <pic:blipFill>
                    <a:blip r:embed="rId20"/>
                    <a:stretch>
                      <a:fillRect/>
                    </a:stretch>
                  </pic:blipFill>
                  <pic:spPr>
                    <a:xfrm>
                      <a:off x="0" y="0"/>
                      <a:ext cx="5486400" cy="2245360"/>
                    </a:xfrm>
                    <a:prstGeom prst="rect">
                      <a:avLst/>
                    </a:prstGeom>
                  </pic:spPr>
                </pic:pic>
              </a:graphicData>
            </a:graphic>
          </wp:inline>
        </w:drawing>
      </w:r>
      <w:r>
        <w:rPr>
          <w:noProof/>
        </w:rPr>
        <w:drawing>
          <wp:inline distT="0" distB="0" distL="0" distR="0" wp14:anchorId="11536140" wp14:editId="2346DE6D">
            <wp:extent cx="5486400" cy="1795780"/>
            <wp:effectExtent l="0" t="0" r="0" b="0"/>
            <wp:docPr id="15944301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430112" name="Picture 1594430112"/>
                    <pic:cNvPicPr/>
                  </pic:nvPicPr>
                  <pic:blipFill>
                    <a:blip r:embed="rId21"/>
                    <a:stretch>
                      <a:fillRect/>
                    </a:stretch>
                  </pic:blipFill>
                  <pic:spPr>
                    <a:xfrm>
                      <a:off x="0" y="0"/>
                      <a:ext cx="5486400" cy="1795780"/>
                    </a:xfrm>
                    <a:prstGeom prst="rect">
                      <a:avLst/>
                    </a:prstGeom>
                  </pic:spPr>
                </pic:pic>
              </a:graphicData>
            </a:graphic>
          </wp:inline>
        </w:drawing>
      </w:r>
    </w:p>
    <w:p w14:paraId="06305385" w14:textId="77777777" w:rsidR="00C420FC" w:rsidRDefault="00C420FC"/>
    <w:p w14:paraId="44FE5B97" w14:textId="25C2D001" w:rsidR="00C420FC" w:rsidRDefault="00C420FC">
      <w:r>
        <w:t>The above code was used for the creation for my first hobb</w:t>
      </w:r>
      <w:r w:rsidR="00083E01">
        <w:t>y’s</w:t>
      </w:r>
      <w:r>
        <w:t xml:space="preserve"> page. It has everything in terms of text and pictures that explain the reasoning of my interest in the particular hobby. </w:t>
      </w:r>
    </w:p>
    <w:p w14:paraId="14088EFA" w14:textId="77777777" w:rsidR="00C420FC" w:rsidRDefault="00C420FC"/>
    <w:p w14:paraId="6FE0C9D3" w14:textId="77777777" w:rsidR="00C420FC" w:rsidRDefault="00C420FC"/>
    <w:p w14:paraId="5C1EA14A" w14:textId="77777777" w:rsidR="00C420FC" w:rsidRDefault="00C420FC"/>
    <w:p w14:paraId="103905D2" w14:textId="77777777" w:rsidR="00C420FC" w:rsidRDefault="00C420FC"/>
    <w:p w14:paraId="1C80352D" w14:textId="77777777" w:rsidR="00C420FC" w:rsidRDefault="00C420FC"/>
    <w:p w14:paraId="70A8213A" w14:textId="6FDBF3CB" w:rsidR="006D1B15" w:rsidRDefault="006D1B15">
      <w:r>
        <w:rPr>
          <w:noProof/>
        </w:rPr>
        <w:lastRenderedPageBreak/>
        <w:drawing>
          <wp:inline distT="0" distB="0" distL="0" distR="0" wp14:anchorId="014FC977" wp14:editId="23896199">
            <wp:extent cx="3400213" cy="2125133"/>
            <wp:effectExtent l="0" t="0" r="3810" b="0"/>
            <wp:docPr id="14916255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625527" name="Picture 1491625527"/>
                    <pic:cNvPicPr/>
                  </pic:nvPicPr>
                  <pic:blipFill>
                    <a:blip r:embed="rId22"/>
                    <a:stretch>
                      <a:fillRect/>
                    </a:stretch>
                  </pic:blipFill>
                  <pic:spPr>
                    <a:xfrm>
                      <a:off x="0" y="0"/>
                      <a:ext cx="3408723" cy="2130452"/>
                    </a:xfrm>
                    <a:prstGeom prst="rect">
                      <a:avLst/>
                    </a:prstGeom>
                  </pic:spPr>
                </pic:pic>
              </a:graphicData>
            </a:graphic>
          </wp:inline>
        </w:drawing>
      </w:r>
    </w:p>
    <w:p w14:paraId="66DE598C" w14:textId="77777777" w:rsidR="00C420FC" w:rsidRDefault="00836518">
      <w:r>
        <w:rPr>
          <w:noProof/>
        </w:rPr>
        <w:drawing>
          <wp:inline distT="0" distB="0" distL="0" distR="0" wp14:anchorId="4C38687D" wp14:editId="48798B25">
            <wp:extent cx="5486400" cy="3362325"/>
            <wp:effectExtent l="0" t="0" r="0" b="3175"/>
            <wp:docPr id="139704635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046357" name="Picture 1397046357"/>
                    <pic:cNvPicPr/>
                  </pic:nvPicPr>
                  <pic:blipFill>
                    <a:blip r:embed="rId23"/>
                    <a:stretch>
                      <a:fillRect/>
                    </a:stretch>
                  </pic:blipFill>
                  <pic:spPr>
                    <a:xfrm>
                      <a:off x="0" y="0"/>
                      <a:ext cx="5486400" cy="3362325"/>
                    </a:xfrm>
                    <a:prstGeom prst="rect">
                      <a:avLst/>
                    </a:prstGeom>
                  </pic:spPr>
                </pic:pic>
              </a:graphicData>
            </a:graphic>
          </wp:inline>
        </w:drawing>
      </w:r>
    </w:p>
    <w:p w14:paraId="1561AB26" w14:textId="7D84B345" w:rsidR="006D1B15" w:rsidRDefault="00836518">
      <w:r>
        <w:rPr>
          <w:noProof/>
        </w:rPr>
        <w:lastRenderedPageBreak/>
        <w:drawing>
          <wp:inline distT="0" distB="0" distL="0" distR="0" wp14:anchorId="6F6548C4" wp14:editId="79DBE780">
            <wp:extent cx="5486400" cy="2402205"/>
            <wp:effectExtent l="0" t="0" r="0" b="0"/>
            <wp:docPr id="41093668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936687" name="Picture 410936687"/>
                    <pic:cNvPicPr/>
                  </pic:nvPicPr>
                  <pic:blipFill>
                    <a:blip r:embed="rId24"/>
                    <a:stretch>
                      <a:fillRect/>
                    </a:stretch>
                  </pic:blipFill>
                  <pic:spPr>
                    <a:xfrm>
                      <a:off x="0" y="0"/>
                      <a:ext cx="5486400" cy="2402205"/>
                    </a:xfrm>
                    <a:prstGeom prst="rect">
                      <a:avLst/>
                    </a:prstGeom>
                  </pic:spPr>
                </pic:pic>
              </a:graphicData>
            </a:graphic>
          </wp:inline>
        </w:drawing>
      </w:r>
      <w:r>
        <w:rPr>
          <w:noProof/>
        </w:rPr>
        <w:drawing>
          <wp:inline distT="0" distB="0" distL="0" distR="0" wp14:anchorId="064BF78B" wp14:editId="1A8FBAC8">
            <wp:extent cx="5486400" cy="1282065"/>
            <wp:effectExtent l="0" t="0" r="0" b="635"/>
            <wp:docPr id="205113137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131375" name="Picture 2051131375"/>
                    <pic:cNvPicPr/>
                  </pic:nvPicPr>
                  <pic:blipFill>
                    <a:blip r:embed="rId25"/>
                    <a:stretch>
                      <a:fillRect/>
                    </a:stretch>
                  </pic:blipFill>
                  <pic:spPr>
                    <a:xfrm>
                      <a:off x="0" y="0"/>
                      <a:ext cx="5486400" cy="1282065"/>
                    </a:xfrm>
                    <a:prstGeom prst="rect">
                      <a:avLst/>
                    </a:prstGeom>
                  </pic:spPr>
                </pic:pic>
              </a:graphicData>
            </a:graphic>
          </wp:inline>
        </w:drawing>
      </w:r>
    </w:p>
    <w:p w14:paraId="041A5451" w14:textId="2F2F8F58" w:rsidR="00C420FC" w:rsidRDefault="00C420FC">
      <w:r>
        <w:t xml:space="preserve">The above code was used for the creation for my </w:t>
      </w:r>
      <w:r>
        <w:t xml:space="preserve">second </w:t>
      </w:r>
      <w:r>
        <w:t>hobb</w:t>
      </w:r>
      <w:r>
        <w:t xml:space="preserve">y’s </w:t>
      </w:r>
      <w:r>
        <w:t>page. It has everything in terms of text and pictures that explain the reasoning of my interest in the particular hobby.</w:t>
      </w:r>
    </w:p>
    <w:p w14:paraId="35A105B8" w14:textId="7EF360C1" w:rsidR="00BC12AB" w:rsidRDefault="00BC12AB">
      <w:r>
        <w:rPr>
          <w:noProof/>
        </w:rPr>
        <w:drawing>
          <wp:inline distT="0" distB="0" distL="0" distR="0" wp14:anchorId="59D3B696" wp14:editId="54A5B10D">
            <wp:extent cx="1574800" cy="850900"/>
            <wp:effectExtent l="0" t="0" r="0" b="0"/>
            <wp:docPr id="8326449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644990" name="Picture 832644990"/>
                    <pic:cNvPicPr/>
                  </pic:nvPicPr>
                  <pic:blipFill>
                    <a:blip r:embed="rId26"/>
                    <a:stretch>
                      <a:fillRect/>
                    </a:stretch>
                  </pic:blipFill>
                  <pic:spPr>
                    <a:xfrm>
                      <a:off x="0" y="0"/>
                      <a:ext cx="1574800" cy="850900"/>
                    </a:xfrm>
                    <a:prstGeom prst="rect">
                      <a:avLst/>
                    </a:prstGeom>
                  </pic:spPr>
                </pic:pic>
              </a:graphicData>
            </a:graphic>
          </wp:inline>
        </w:drawing>
      </w:r>
    </w:p>
    <w:p w14:paraId="792B0B05" w14:textId="18F9566E" w:rsidR="00BC12AB" w:rsidRDefault="00083E01">
      <w:r>
        <w:t xml:space="preserve">Ive also added in the logout button in the homepage to allow user to logout after they finish with the website. </w:t>
      </w:r>
    </w:p>
    <w:p w14:paraId="1E190173" w14:textId="77777777" w:rsidR="0000687B" w:rsidRDefault="0000687B"/>
    <w:p w14:paraId="3D606FDB" w14:textId="724C4BCF" w:rsidR="00AD7669" w:rsidRDefault="00000000">
      <w:r>
        <w:br/>
      </w:r>
    </w:p>
    <w:p w14:paraId="096E718C" w14:textId="77777777" w:rsidR="009D6FF6" w:rsidRDefault="009D6FF6">
      <w:r>
        <w:rPr>
          <w:noProof/>
        </w:rPr>
        <w:lastRenderedPageBreak/>
        <w:drawing>
          <wp:inline distT="0" distB="0" distL="0" distR="0" wp14:anchorId="3F7ED985" wp14:editId="61FC1EA2">
            <wp:extent cx="4258733" cy="1886198"/>
            <wp:effectExtent l="0" t="0" r="0" b="6350"/>
            <wp:docPr id="17048221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822116" name="Picture 1704822116"/>
                    <pic:cNvPicPr/>
                  </pic:nvPicPr>
                  <pic:blipFill rotWithShape="1">
                    <a:blip r:embed="rId27"/>
                    <a:srcRect b="29135"/>
                    <a:stretch>
                      <a:fillRect/>
                    </a:stretch>
                  </pic:blipFill>
                  <pic:spPr bwMode="auto">
                    <a:xfrm>
                      <a:off x="0" y="0"/>
                      <a:ext cx="4282900" cy="1896901"/>
                    </a:xfrm>
                    <a:prstGeom prst="rect">
                      <a:avLst/>
                    </a:prstGeom>
                    <a:ln>
                      <a:noFill/>
                    </a:ln>
                    <a:extLst>
                      <a:ext uri="{53640926-AAD7-44D8-BBD7-CCE9431645EC}">
                        <a14:shadowObscured xmlns:a14="http://schemas.microsoft.com/office/drawing/2010/main"/>
                      </a:ext>
                    </a:extLst>
                  </pic:spPr>
                </pic:pic>
              </a:graphicData>
            </a:graphic>
          </wp:inline>
        </w:drawing>
      </w:r>
    </w:p>
    <w:p w14:paraId="1F72EBA1" w14:textId="6640EBDC" w:rsidR="00E5134F" w:rsidRDefault="00E5134F">
      <w:r>
        <w:rPr>
          <w:noProof/>
        </w:rPr>
        <w:drawing>
          <wp:inline distT="0" distB="0" distL="0" distR="0" wp14:anchorId="63A53B40" wp14:editId="21CDFE01">
            <wp:extent cx="4123267" cy="2577042"/>
            <wp:effectExtent l="0" t="0" r="4445" b="1270"/>
            <wp:docPr id="19431367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13679" name="Picture 194313679"/>
                    <pic:cNvPicPr/>
                  </pic:nvPicPr>
                  <pic:blipFill>
                    <a:blip r:embed="rId28"/>
                    <a:stretch>
                      <a:fillRect/>
                    </a:stretch>
                  </pic:blipFill>
                  <pic:spPr>
                    <a:xfrm>
                      <a:off x="0" y="0"/>
                      <a:ext cx="4133223" cy="2583265"/>
                    </a:xfrm>
                    <a:prstGeom prst="rect">
                      <a:avLst/>
                    </a:prstGeom>
                  </pic:spPr>
                </pic:pic>
              </a:graphicData>
            </a:graphic>
          </wp:inline>
        </w:drawing>
      </w:r>
    </w:p>
    <w:p w14:paraId="3FC7B6EC" w14:textId="71D83B17" w:rsidR="00B17B93" w:rsidRDefault="009D6FF6">
      <w:r>
        <w:t xml:space="preserve">I tested the website out after creating it into a public website by going to </w:t>
      </w:r>
      <w:r w:rsidR="00B17B93">
        <w:t>GitHub</w:t>
      </w:r>
      <w:r>
        <w:t xml:space="preserve"> and creating my website through my mac files into an online website. It came out saying there was not errors or warnings. </w:t>
      </w:r>
      <w:r w:rsidR="00B17B93">
        <w:t xml:space="preserve">So, there was not fixing to do. </w:t>
      </w:r>
    </w:p>
    <w:p w14:paraId="53E94239" w14:textId="77777777" w:rsidR="009A7D4E" w:rsidRDefault="00000000">
      <w:r>
        <w:br/>
      </w:r>
      <w:r w:rsidR="00B17B93">
        <w:t xml:space="preserve">However, when I was creating my website through GitHub, there was few minor tweaks I had to do to </w:t>
      </w:r>
      <w:r w:rsidR="0028353D">
        <w:t xml:space="preserve">make my website work. Those tweaks were like the index.html not connecting properly with the login.js. The pictures not connecting with its respective pages. I found those by inspecting the pages in chrome when I opened it in there. It allowed me to make the changes to help my website better. </w:t>
      </w:r>
    </w:p>
    <w:p w14:paraId="3551AAB5" w14:textId="3A9A7E3A" w:rsidR="008139C2" w:rsidRDefault="009A7D4E">
      <w:r>
        <w:rPr>
          <w:noProof/>
        </w:rPr>
        <w:lastRenderedPageBreak/>
        <w:drawing>
          <wp:inline distT="0" distB="0" distL="0" distR="0" wp14:anchorId="3E199B0D" wp14:editId="770FF798">
            <wp:extent cx="5486400" cy="3429000"/>
            <wp:effectExtent l="0" t="0" r="0" b="0"/>
            <wp:docPr id="50016987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169877" name="Picture 500169877"/>
                    <pic:cNvPicPr/>
                  </pic:nvPicPr>
                  <pic:blipFill>
                    <a:blip r:embed="rId29"/>
                    <a:stretch>
                      <a:fillRect/>
                    </a:stretch>
                  </pic:blipFill>
                  <pic:spPr>
                    <a:xfrm>
                      <a:off x="0" y="0"/>
                      <a:ext cx="5486400" cy="3429000"/>
                    </a:xfrm>
                    <a:prstGeom prst="rect">
                      <a:avLst/>
                    </a:prstGeom>
                  </pic:spPr>
                </pic:pic>
              </a:graphicData>
            </a:graphic>
          </wp:inline>
        </w:drawing>
      </w:r>
    </w:p>
    <w:p w14:paraId="084139D9" w14:textId="77777777" w:rsidR="000354E4" w:rsidRDefault="000354E4"/>
    <w:p w14:paraId="190EBBBF" w14:textId="77777777" w:rsidR="008139C2" w:rsidRDefault="00000000">
      <w:pPr>
        <w:pStyle w:val="Heading1"/>
      </w:pPr>
      <w:bookmarkStart w:id="4" w:name="_Toc237530042"/>
      <w:r>
        <w:t>4. Evaluation</w:t>
      </w:r>
      <w:bookmarkEnd w:id="4"/>
    </w:p>
    <w:p w14:paraId="0367DF2E" w14:textId="2556642C" w:rsidR="0012390C" w:rsidRDefault="00000000">
      <w:r w:rsidRPr="006331BF">
        <w:rPr>
          <w:b/>
          <w:bCs/>
        </w:rPr>
        <w:t>Research:</w:t>
      </w:r>
      <w:r>
        <w:br/>
        <w:t>Usability</w:t>
      </w:r>
      <w:r w:rsidR="00A2544C">
        <w:t xml:space="preserve"> </w:t>
      </w:r>
      <w:r w:rsidR="00AA65D2">
        <w:t>–</w:t>
      </w:r>
      <w:r w:rsidR="00A2544C">
        <w:t xml:space="preserve"> </w:t>
      </w:r>
      <w:r w:rsidR="00AA65D2">
        <w:t>Usability is the idea of</w:t>
      </w:r>
      <w:r w:rsidR="00125600">
        <w:t xml:space="preserve"> seeing who </w:t>
      </w:r>
      <w:r w:rsidR="00EF12DC">
        <w:t xml:space="preserve">the duration of the website being used by the people across the </w:t>
      </w:r>
      <w:proofErr w:type="gramStart"/>
      <w:r w:rsidR="00EF12DC">
        <w:t xml:space="preserve">world </w:t>
      </w:r>
      <w:r w:rsidR="00AA65D2">
        <w:t>.</w:t>
      </w:r>
      <w:proofErr w:type="gramEnd"/>
      <w:r w:rsidR="00AA65D2">
        <w:t xml:space="preserve"> </w:t>
      </w:r>
      <w:r w:rsidR="00EF12DC">
        <w:t xml:space="preserve">It is to see if they </w:t>
      </w:r>
      <w:r w:rsidR="00AA65D2">
        <w:t xml:space="preserve">access what they want without having problems. This is very important when it comes to running businesses and </w:t>
      </w:r>
      <w:r w:rsidR="00F455D5">
        <w:t>creating websites. The idea of technology improving and</w:t>
      </w:r>
      <w:r w:rsidR="000C13F0">
        <w:t xml:space="preserve"> become wireless has improved the business market substantially. This allows more and more customers and user to be able to access the internet easily to look up or go to websites of their own interest. </w:t>
      </w:r>
      <w:r w:rsidR="00BB32F2">
        <w:t xml:space="preserve">Websites can be seen as a backbone to </w:t>
      </w:r>
      <w:r w:rsidR="00D04FA1">
        <w:t xml:space="preserve">growing businesses. This is because it is seen as a </w:t>
      </w:r>
      <w:r w:rsidR="0012390C">
        <w:t>low cost</w:t>
      </w:r>
      <w:r w:rsidR="00D04FA1">
        <w:t xml:space="preserve"> solution for them </w:t>
      </w:r>
      <w:r w:rsidR="00A319EF">
        <w:t xml:space="preserve">to use it to exchange service related information to their users or customers. </w:t>
      </w:r>
      <w:r w:rsidR="00CC6802">
        <w:t xml:space="preserve">There are numerous services, websites, </w:t>
      </w:r>
      <w:r w:rsidR="0012390C">
        <w:t>technology, mobile</w:t>
      </w:r>
      <w:r w:rsidR="00CC6802">
        <w:t xml:space="preserve"> applications, etc. They are around the world as it helps </w:t>
      </w:r>
      <w:r w:rsidR="0012390C">
        <w:t xml:space="preserve">increase the business market due to its usefulness and ease. </w:t>
      </w:r>
      <w:r w:rsidR="00CC6802">
        <w:t xml:space="preserve"> </w:t>
      </w:r>
      <w:sdt>
        <w:sdtPr>
          <w:id w:val="-1383017445"/>
          <w:citation/>
        </w:sdtPr>
        <w:sdtContent>
          <w:r w:rsidR="00C20D6D">
            <w:fldChar w:fldCharType="begin"/>
          </w:r>
          <w:r w:rsidR="00C20D6D">
            <w:rPr>
              <w:lang w:val="en-GB"/>
            </w:rPr>
            <w:instrText xml:space="preserve"> CITATION Mad20 \l 2057 </w:instrText>
          </w:r>
          <w:r w:rsidR="00C20D6D">
            <w:fldChar w:fldCharType="separate"/>
          </w:r>
          <w:r w:rsidR="00C20D6D" w:rsidRPr="00C20D6D">
            <w:rPr>
              <w:noProof/>
              <w:lang w:val="en-GB"/>
            </w:rPr>
            <w:t>[1]</w:t>
          </w:r>
          <w:r w:rsidR="00C20D6D">
            <w:fldChar w:fldCharType="end"/>
          </w:r>
        </w:sdtContent>
      </w:sdt>
    </w:p>
    <w:p w14:paraId="35EF3E30" w14:textId="080728B3" w:rsidR="00EF12DC" w:rsidRDefault="00000000">
      <w:r>
        <w:br/>
        <w:t>Accessibility</w:t>
      </w:r>
      <w:r w:rsidR="004A010B">
        <w:t xml:space="preserve"> </w:t>
      </w:r>
      <w:r w:rsidR="005C7DA8">
        <w:t>–</w:t>
      </w:r>
      <w:r w:rsidR="004A010B">
        <w:t xml:space="preserve"> </w:t>
      </w:r>
      <w:r w:rsidR="00125600">
        <w:t>Accessibility</w:t>
      </w:r>
      <w:r w:rsidR="00125600">
        <w:t xml:space="preserve"> is the idea of users being able to use websites with ease. They can access what they want without having problems. This</w:t>
      </w:r>
      <w:r w:rsidR="00EF12DC">
        <w:t xml:space="preserve"> is very important when having a business or in a workplace environment or even for general people across the world. This is because they need to be able to access what they want without needing to be constantly asking others of what to do and how to it. By making it easily accessible it allows the people to use whatever website, internet, technology, mobile apps with ease. </w:t>
      </w:r>
      <w:r w:rsidR="008152DB">
        <w:t>When creating websites or web tools, it has to be created so that everyone can use</w:t>
      </w:r>
      <w:r w:rsidR="00806F37">
        <w:t xml:space="preserve"> so that people that may struggle can find it easy to use without constantly needing someone else to help them with </w:t>
      </w:r>
      <w:r w:rsidR="00806F37">
        <w:lastRenderedPageBreak/>
        <w:t xml:space="preserve">it. That’s where accessibility comes into play. By having a </w:t>
      </w:r>
      <w:r w:rsidR="00806F37">
        <w:t>website, internet</w:t>
      </w:r>
      <w:r w:rsidR="00806F37">
        <w:t xml:space="preserve"> connection</w:t>
      </w:r>
      <w:r w:rsidR="00806F37">
        <w:t xml:space="preserve">, </w:t>
      </w:r>
      <w:r w:rsidR="00806F37">
        <w:t xml:space="preserve">new </w:t>
      </w:r>
      <w:r w:rsidR="00806F37">
        <w:t>technology, mobile apps</w:t>
      </w:r>
      <w:r w:rsidR="00806F37">
        <w:t xml:space="preserve"> </w:t>
      </w:r>
      <w:r w:rsidR="003B7CD5">
        <w:t xml:space="preserve">there can be lots of problems that can arise if they are not made with people in need in mind. </w:t>
      </w:r>
      <w:r w:rsidR="00A84758">
        <w:t>If they are made hard for people to use, it would be even harder for peopl</w:t>
      </w:r>
      <w:r w:rsidR="009C4B38">
        <w:t xml:space="preserve">e that struggle with understanding to use it. This makes businesses lose a very big part of </w:t>
      </w:r>
      <w:r w:rsidR="00036B9E">
        <w:t xml:space="preserve">their customers as they can not comprehend it. it becomes harder for them to understand making their customers or users turn away from their business. </w:t>
      </w:r>
      <w:r w:rsidR="00A6038A">
        <w:t>“</w:t>
      </w:r>
      <w:r w:rsidR="00A6038A" w:rsidRPr="00A6038A">
        <w:rPr>
          <w:rFonts w:cs="Noto Sans"/>
          <w:color w:val="000000"/>
          <w:shd w:val="clear" w:color="auto" w:fill="FFFFFF"/>
        </w:rPr>
        <w:t>Making the web accessible benefits individuals, businesses, and society. International web standards define what is needed for accessibility.</w:t>
      </w:r>
      <w:r w:rsidR="00A6038A">
        <w:rPr>
          <w:rFonts w:cs="Noto Sans"/>
          <w:color w:val="000000"/>
          <w:shd w:val="clear" w:color="auto" w:fill="FFFFFF"/>
        </w:rPr>
        <w:t xml:space="preserve">” </w:t>
      </w:r>
      <w:sdt>
        <w:sdtPr>
          <w:rPr>
            <w:rFonts w:cs="Noto Sans"/>
            <w:color w:val="000000"/>
            <w:shd w:val="clear" w:color="auto" w:fill="FFFFFF"/>
          </w:rPr>
          <w:id w:val="-1735767538"/>
          <w:citation/>
        </w:sdtPr>
        <w:sdtContent>
          <w:r w:rsidR="00621805">
            <w:rPr>
              <w:rFonts w:cs="Noto Sans"/>
              <w:color w:val="000000"/>
              <w:shd w:val="clear" w:color="auto" w:fill="FFFFFF"/>
            </w:rPr>
            <w:fldChar w:fldCharType="begin"/>
          </w:r>
          <w:r w:rsidR="00621805">
            <w:rPr>
              <w:rFonts w:cs="Noto Sans"/>
              <w:color w:val="000000"/>
              <w:shd w:val="clear" w:color="auto" w:fill="FFFFFF"/>
              <w:lang w:val="en-GB"/>
            </w:rPr>
            <w:instrText xml:space="preserve"> CITATION Sha26 \l 2057 </w:instrText>
          </w:r>
          <w:r w:rsidR="00621805">
            <w:rPr>
              <w:rFonts w:cs="Noto Sans"/>
              <w:color w:val="000000"/>
              <w:shd w:val="clear" w:color="auto" w:fill="FFFFFF"/>
            </w:rPr>
            <w:fldChar w:fldCharType="separate"/>
          </w:r>
          <w:r w:rsidR="00621805" w:rsidRPr="00621805">
            <w:rPr>
              <w:rFonts w:cs="Noto Sans"/>
              <w:noProof/>
              <w:color w:val="000000"/>
              <w:shd w:val="clear" w:color="auto" w:fill="FFFFFF"/>
              <w:lang w:val="en-GB"/>
            </w:rPr>
            <w:t>[2]</w:t>
          </w:r>
          <w:r w:rsidR="00621805">
            <w:rPr>
              <w:rFonts w:cs="Noto Sans"/>
              <w:color w:val="000000"/>
              <w:shd w:val="clear" w:color="auto" w:fill="FFFFFF"/>
            </w:rPr>
            <w:fldChar w:fldCharType="end"/>
          </w:r>
        </w:sdtContent>
      </w:sdt>
    </w:p>
    <w:p w14:paraId="062717BE" w14:textId="784E4655" w:rsidR="0012390C" w:rsidRDefault="00000000">
      <w:r>
        <w:br/>
        <w:t>SEO</w:t>
      </w:r>
      <w:r w:rsidR="004A010B">
        <w:t xml:space="preserve"> </w:t>
      </w:r>
      <w:r w:rsidR="004C19EE">
        <w:t>–</w:t>
      </w:r>
      <w:r w:rsidR="004A010B">
        <w:t xml:space="preserve"> </w:t>
      </w:r>
      <w:r w:rsidR="004C19EE">
        <w:t xml:space="preserve">SEO is said to be </w:t>
      </w:r>
      <w:r w:rsidR="007D2997">
        <w:t xml:space="preserve">a search rule from the </w:t>
      </w:r>
      <w:r w:rsidR="00A058EC">
        <w:t xml:space="preserve">search engine. This is optimised by the structure of the website, the key words of a website, </w:t>
      </w:r>
      <w:r w:rsidR="001249AB">
        <w:t xml:space="preserve">the title of the website, the links within a website and so forth with whatever is on the website. </w:t>
      </w:r>
      <w:r w:rsidR="00082643">
        <w:t>The SEO helps improving the placing of the website when a user searches for it</w:t>
      </w:r>
      <w:r w:rsidR="00430725">
        <w:t xml:space="preserve"> by </w:t>
      </w:r>
      <w:r w:rsidR="00872E12">
        <w:t>improving</w:t>
      </w:r>
      <w:r w:rsidR="00430725">
        <w:t xml:space="preserve"> the placing of it in the </w:t>
      </w:r>
      <w:r w:rsidR="00872E12">
        <w:t>ranking</w:t>
      </w:r>
      <w:r w:rsidR="00430725">
        <w:t xml:space="preserve"> </w:t>
      </w:r>
      <w:r w:rsidR="00872E12">
        <w:t>in the search engine</w:t>
      </w:r>
      <w:r w:rsidR="00082643">
        <w:t>. By doing this</w:t>
      </w:r>
      <w:r w:rsidR="00872E12">
        <w:t xml:space="preserve">, it allows the users find what they are searching for it quicker and helps ease out their search. </w:t>
      </w:r>
      <w:r w:rsidR="00AD6055">
        <w:t xml:space="preserve">It also helps improve the visit count of the website if more users visit it due to the ranking of when it searched. </w:t>
      </w:r>
      <w:r w:rsidR="00ED1F89">
        <w:t xml:space="preserve">This would also help businesses improve their websites </w:t>
      </w:r>
      <w:r w:rsidR="0031138B">
        <w:t xml:space="preserve">by optimising their webpages. </w:t>
      </w:r>
      <w:sdt>
        <w:sdtPr>
          <w:id w:val="2104604929"/>
          <w:citation/>
        </w:sdtPr>
        <w:sdtContent>
          <w:r w:rsidR="0031138B">
            <w:fldChar w:fldCharType="begin"/>
          </w:r>
          <w:r w:rsidR="0031138B">
            <w:rPr>
              <w:lang w:val="en-GB"/>
            </w:rPr>
            <w:instrText xml:space="preserve"> CITATION Bao11 \l 2057 </w:instrText>
          </w:r>
          <w:r w:rsidR="0031138B">
            <w:fldChar w:fldCharType="separate"/>
          </w:r>
          <w:r w:rsidR="0031138B" w:rsidRPr="0031138B">
            <w:rPr>
              <w:noProof/>
              <w:lang w:val="en-GB"/>
            </w:rPr>
            <w:t>[3]</w:t>
          </w:r>
          <w:r w:rsidR="0031138B">
            <w:fldChar w:fldCharType="end"/>
          </w:r>
        </w:sdtContent>
      </w:sdt>
    </w:p>
    <w:p w14:paraId="654547A1" w14:textId="6DF20EFB" w:rsidR="008139C2" w:rsidRDefault="008139C2"/>
    <w:p w14:paraId="72F1D2AC" w14:textId="30BE8870" w:rsidR="00832543" w:rsidRDefault="00000000">
      <w:r w:rsidRPr="006331BF">
        <w:rPr>
          <w:b/>
          <w:bCs/>
        </w:rPr>
        <w:t>Website Evaluation:</w:t>
      </w:r>
      <w:r>
        <w:br/>
        <w:t>SEO Techniques Used</w:t>
      </w:r>
      <w:r w:rsidR="000A4552">
        <w:t xml:space="preserve">: I would say the SEO techniques that I have used to make my website look better so that it can be seen more </w:t>
      </w:r>
      <w:r w:rsidR="003202E3">
        <w:t xml:space="preserve">are quite a bit. For example, I have used Page titles, headings and linked each page to another. This gives users the idea of being </w:t>
      </w:r>
      <w:r w:rsidR="00832543">
        <w:t xml:space="preserve">impressed with the website can do. I also have images to attract more users to read. The website can also work on mobiles which allow more widespread users to use it allowing my website to be seen more and used more. </w:t>
      </w:r>
    </w:p>
    <w:p w14:paraId="69524B52" w14:textId="77777777" w:rsidR="00F51753" w:rsidRDefault="00832543">
      <w:r>
        <w:rPr>
          <w:noProof/>
        </w:rPr>
        <w:drawing>
          <wp:inline distT="0" distB="0" distL="0" distR="0" wp14:anchorId="42DB66EB" wp14:editId="36FADA7D">
            <wp:extent cx="4225676" cy="897467"/>
            <wp:effectExtent l="0" t="0" r="3810" b="4445"/>
            <wp:docPr id="124587028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870286" name="Picture 1245870286"/>
                    <pic:cNvPicPr/>
                  </pic:nvPicPr>
                  <pic:blipFill>
                    <a:blip r:embed="rId30"/>
                    <a:stretch>
                      <a:fillRect/>
                    </a:stretch>
                  </pic:blipFill>
                  <pic:spPr>
                    <a:xfrm>
                      <a:off x="0" y="0"/>
                      <a:ext cx="4246257" cy="901838"/>
                    </a:xfrm>
                    <a:prstGeom prst="rect">
                      <a:avLst/>
                    </a:prstGeom>
                  </pic:spPr>
                </pic:pic>
              </a:graphicData>
            </a:graphic>
          </wp:inline>
        </w:drawing>
      </w:r>
    </w:p>
    <w:p w14:paraId="1B9ED0AC" w14:textId="30352B95" w:rsidR="00F51753" w:rsidRDefault="006331BF">
      <w:r>
        <w:rPr>
          <w:noProof/>
        </w:rPr>
        <w:drawing>
          <wp:anchor distT="0" distB="0" distL="114300" distR="114300" simplePos="0" relativeHeight="251658240" behindDoc="0" locked="0" layoutInCell="1" allowOverlap="1" wp14:anchorId="78B88A0F" wp14:editId="1770B74D">
            <wp:simplePos x="0" y="0"/>
            <wp:positionH relativeFrom="column">
              <wp:posOffset>2463800</wp:posOffset>
            </wp:positionH>
            <wp:positionV relativeFrom="paragraph">
              <wp:posOffset>212</wp:posOffset>
            </wp:positionV>
            <wp:extent cx="2133600" cy="1671320"/>
            <wp:effectExtent l="0" t="0" r="0" b="5080"/>
            <wp:wrapSquare wrapText="bothSides"/>
            <wp:docPr id="206751019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510195" name="Picture 2067510195"/>
                    <pic:cNvPicPr/>
                  </pic:nvPicPr>
                  <pic:blipFill>
                    <a:blip r:embed="rId31"/>
                    <a:stretch>
                      <a:fillRect/>
                    </a:stretch>
                  </pic:blipFill>
                  <pic:spPr>
                    <a:xfrm>
                      <a:off x="0" y="0"/>
                      <a:ext cx="2133600" cy="1671320"/>
                    </a:xfrm>
                    <a:prstGeom prst="rect">
                      <a:avLst/>
                    </a:prstGeom>
                  </pic:spPr>
                </pic:pic>
              </a:graphicData>
            </a:graphic>
            <wp14:sizeRelH relativeFrom="page">
              <wp14:pctWidth>0</wp14:pctWidth>
            </wp14:sizeRelH>
            <wp14:sizeRelV relativeFrom="page">
              <wp14:pctHeight>0</wp14:pctHeight>
            </wp14:sizeRelV>
          </wp:anchor>
        </w:drawing>
      </w:r>
      <w:r w:rsidR="00832543">
        <w:rPr>
          <w:noProof/>
        </w:rPr>
        <w:drawing>
          <wp:inline distT="0" distB="0" distL="0" distR="0" wp14:anchorId="4933AEBB" wp14:editId="6B294909">
            <wp:extent cx="2086643" cy="1684867"/>
            <wp:effectExtent l="0" t="0" r="0" b="4445"/>
            <wp:docPr id="107745657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456570" name="Picture 1077456570"/>
                    <pic:cNvPicPr/>
                  </pic:nvPicPr>
                  <pic:blipFill>
                    <a:blip r:embed="rId32"/>
                    <a:stretch>
                      <a:fillRect/>
                    </a:stretch>
                  </pic:blipFill>
                  <pic:spPr>
                    <a:xfrm>
                      <a:off x="0" y="0"/>
                      <a:ext cx="2099801" cy="1695491"/>
                    </a:xfrm>
                    <a:prstGeom prst="rect">
                      <a:avLst/>
                    </a:prstGeom>
                  </pic:spPr>
                </pic:pic>
              </a:graphicData>
            </a:graphic>
          </wp:inline>
        </w:drawing>
      </w:r>
      <w:r w:rsidR="00000000">
        <w:br/>
      </w:r>
    </w:p>
    <w:p w14:paraId="1740F1E1" w14:textId="60CF74B9" w:rsidR="006331BF" w:rsidRDefault="006331BF">
      <w:r>
        <w:lastRenderedPageBreak/>
        <w:t>I would say that I could improve in terms on adding more techniques to improve it</w:t>
      </w:r>
      <w:r w:rsidR="00A5076F">
        <w:t xml:space="preserve"> more. </w:t>
      </w:r>
      <w:r w:rsidR="00E60C3A">
        <w:t xml:space="preserve">For </w:t>
      </w:r>
      <w:r w:rsidR="0069115B">
        <w:t>example,</w:t>
      </w:r>
      <w:r w:rsidR="00E60C3A">
        <w:t xml:space="preserve"> to add more pictures with my interest so that they can be </w:t>
      </w:r>
      <w:r w:rsidR="0069115B">
        <w:t xml:space="preserve">hooking more users. Could add more relevant content but should be careful as too much can bore the users. </w:t>
      </w:r>
    </w:p>
    <w:p w14:paraId="3C11D9F2" w14:textId="77777777" w:rsidR="004F3CD5" w:rsidRDefault="006331BF">
      <w:r>
        <w:t xml:space="preserve">Usability &amp; Utility </w:t>
      </w:r>
      <w:r w:rsidR="005318AD">
        <w:t>–</w:t>
      </w:r>
      <w:r w:rsidR="0069115B">
        <w:t xml:space="preserve"> </w:t>
      </w:r>
      <w:r w:rsidR="005318AD">
        <w:t xml:space="preserve">When it comes to usability and </w:t>
      </w:r>
      <w:r w:rsidR="00383829">
        <w:t>utility,</w:t>
      </w:r>
      <w:r w:rsidR="005318AD">
        <w:t xml:space="preserve"> </w:t>
      </w:r>
      <w:r w:rsidR="0008598B">
        <w:t xml:space="preserve">I would say I have ticked off many points to make sure its easily </w:t>
      </w:r>
      <w:r w:rsidR="00AF04A8">
        <w:t xml:space="preserve">accessible and easy to understand. I have provided simple navigation through the </w:t>
      </w:r>
      <w:r w:rsidR="00383829">
        <w:t xml:space="preserve">clear headings which are buttons that can be used to take to their respective pages. Throughout my website I have kept the design consistent and clear and did not overdo the colours to make it look weird. </w:t>
      </w:r>
      <w:r w:rsidR="003C332B">
        <w:t xml:space="preserve">The layout of the website is very clear, easy to understand, concise and straightforward. The layout has not been overly done so that users may not understand it. </w:t>
      </w:r>
      <w:r w:rsidR="00C345C4">
        <w:t xml:space="preserve">The only problem I would say I have is that </w:t>
      </w:r>
      <w:r w:rsidR="003418B9">
        <w:t xml:space="preserve">I should </w:t>
      </w:r>
      <w:r w:rsidR="004F3CD5">
        <w:t xml:space="preserve">add a clearer message in the login page when the username is incorrect and have to be typed in again. </w:t>
      </w:r>
    </w:p>
    <w:p w14:paraId="50B00E04" w14:textId="32E2A648" w:rsidR="00F51753" w:rsidRDefault="006331BF">
      <w:r>
        <w:br/>
      </w:r>
      <w:r w:rsidR="003749FC">
        <w:rPr>
          <w:noProof/>
        </w:rPr>
        <w:drawing>
          <wp:inline distT="0" distB="0" distL="0" distR="0" wp14:anchorId="42ED361D" wp14:editId="31DD496F">
            <wp:extent cx="5486400" cy="3429000"/>
            <wp:effectExtent l="0" t="0" r="0" b="0"/>
            <wp:docPr id="155906229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062295" name="Picture 1559062295"/>
                    <pic:cNvPicPr/>
                  </pic:nvPicPr>
                  <pic:blipFill>
                    <a:blip r:embed="rId33"/>
                    <a:stretch>
                      <a:fillRect/>
                    </a:stretch>
                  </pic:blipFill>
                  <pic:spPr>
                    <a:xfrm>
                      <a:off x="0" y="0"/>
                      <a:ext cx="5486400" cy="3429000"/>
                    </a:xfrm>
                    <a:prstGeom prst="rect">
                      <a:avLst/>
                    </a:prstGeom>
                  </pic:spPr>
                </pic:pic>
              </a:graphicData>
            </a:graphic>
          </wp:inline>
        </w:drawing>
      </w:r>
    </w:p>
    <w:p w14:paraId="4722ABBC" w14:textId="77777777" w:rsidR="00F65777" w:rsidRDefault="00000000">
      <w:r>
        <w:t>Accessibility (WCAG 2.1)</w:t>
      </w:r>
      <w:r w:rsidR="00F65777">
        <w:t>:</w:t>
      </w:r>
    </w:p>
    <w:p w14:paraId="018B0A31" w14:textId="0B9C8F07" w:rsidR="004F3CD5" w:rsidRDefault="00A5103D">
      <w:r>
        <w:t>Perceivable</w:t>
      </w:r>
      <w:r w:rsidR="00FF1D20">
        <w:t xml:space="preserve"> – </w:t>
      </w:r>
      <w:r>
        <w:t xml:space="preserve">I have images to make users understand it. But I </w:t>
      </w:r>
      <w:r w:rsidR="00BE2EBD">
        <w:t>should more</w:t>
      </w:r>
      <w:r>
        <w:t xml:space="preserve"> make it more engaging. </w:t>
      </w:r>
      <w:r w:rsidR="00BE2EBD">
        <w:t xml:space="preserve">The colours of my websites are clear and not overly done or too dark with dark writing. The colours are all good for people to see and understand. </w:t>
      </w:r>
      <w:r w:rsidR="00E5629E">
        <w:t xml:space="preserve">The content written in text is well done in terms of the correct content. It easy to read and easy to understand. </w:t>
      </w:r>
    </w:p>
    <w:p w14:paraId="5BDF4931" w14:textId="14788C4D" w:rsidR="00FF1D20" w:rsidRDefault="00FF1D20">
      <w:r>
        <w:t xml:space="preserve">Operable – </w:t>
      </w:r>
      <w:r w:rsidR="003D484B">
        <w:t xml:space="preserve">The navigation links allow the users to enter the pages with their respective buttons that I have placed at the top of the page. </w:t>
      </w:r>
      <w:r w:rsidR="009326D6">
        <w:t xml:space="preserve">The buttons on the page clearly show what they are and what it’s use is. </w:t>
      </w:r>
    </w:p>
    <w:p w14:paraId="0D4EB919" w14:textId="417B7B28" w:rsidR="00A5103D" w:rsidRDefault="00A5103D">
      <w:r>
        <w:lastRenderedPageBreak/>
        <w:t>Understandable –</w:t>
      </w:r>
      <w:r w:rsidR="000E716B">
        <w:t xml:space="preserve"> The headings on the top of the page when it is clicked can make the users easily understand what the content is about without needing to </w:t>
      </w:r>
      <w:r w:rsidR="00CF3B41">
        <w:t xml:space="preserve">overly think about it. As mentioned, the navigation is simply straightforward and easy to understand and use. </w:t>
      </w:r>
      <w:r w:rsidR="006E6542">
        <w:t xml:space="preserve">The login section clearly shows where to write username and password. This makes it easier for users to use. </w:t>
      </w:r>
    </w:p>
    <w:p w14:paraId="1925620C" w14:textId="4512351E" w:rsidR="00A5103D" w:rsidRDefault="00A5103D">
      <w:r>
        <w:t xml:space="preserve">Robust </w:t>
      </w:r>
      <w:r w:rsidR="00E223D3">
        <w:t>–</w:t>
      </w:r>
      <w:r>
        <w:t xml:space="preserve"> </w:t>
      </w:r>
      <w:r w:rsidR="00E223D3">
        <w:t xml:space="preserve">The website has been built across 3 codes (HTML, CSS, </w:t>
      </w:r>
      <w:r w:rsidR="005B5C49">
        <w:t>JavaScript</w:t>
      </w:r>
      <w:r w:rsidR="00E223D3">
        <w:t xml:space="preserve">). </w:t>
      </w:r>
      <w:r w:rsidR="005B5C49">
        <w:t xml:space="preserve">This is useful as it helps with the modern technology </w:t>
      </w:r>
      <w:r w:rsidR="00BB7F5D">
        <w:t xml:space="preserve">(like newer browsers, websites and apps) </w:t>
      </w:r>
      <w:r w:rsidR="005B5C49">
        <w:t xml:space="preserve">as it is compatible with them. </w:t>
      </w:r>
    </w:p>
    <w:p w14:paraId="2DD9E300" w14:textId="17AC46BE" w:rsidR="008139C2" w:rsidRDefault="00000000">
      <w:r>
        <w:br/>
      </w:r>
    </w:p>
    <w:p w14:paraId="4E0973A9" w14:textId="09A7E39E" w:rsidR="00983F08" w:rsidRDefault="00000000">
      <w:r>
        <w:t>c) Website Comparison</w:t>
      </w:r>
      <w:r w:rsidR="00983F08">
        <w:t xml:space="preserve"> - </w:t>
      </w:r>
      <w:hyperlink r:id="rId34" w:history="1">
        <w:r w:rsidR="00983F08" w:rsidRPr="00007E4A">
          <w:rPr>
            <w:rStyle w:val="Hyperlink"/>
          </w:rPr>
          <w:t>https://www.hirekevinmiddleton.com/</w:t>
        </w:r>
      </w:hyperlink>
    </w:p>
    <w:p w14:paraId="48B2C27B" w14:textId="3485012D" w:rsidR="00B8622C" w:rsidRDefault="00000000">
      <w:r>
        <w:t>Usability</w:t>
      </w:r>
      <w:r w:rsidR="00224122">
        <w:t>/</w:t>
      </w:r>
      <w:r>
        <w:t>Accessibility</w:t>
      </w:r>
      <w:r w:rsidR="00224122">
        <w:t>/</w:t>
      </w:r>
      <w:r>
        <w:t>SEO</w:t>
      </w:r>
      <w:r w:rsidR="00983F08">
        <w:t xml:space="preserve"> </w:t>
      </w:r>
      <w:r w:rsidR="00B8622C">
        <w:t>–</w:t>
      </w:r>
      <w:r w:rsidR="00983F08">
        <w:t xml:space="preserve"> </w:t>
      </w:r>
      <w:r w:rsidR="00B8622C">
        <w:t xml:space="preserve">When I compare my </w:t>
      </w:r>
      <w:r w:rsidR="00003C51">
        <w:t xml:space="preserve">website to the one below, the below one has many more features than I do. </w:t>
      </w:r>
      <w:r w:rsidR="00E40F58">
        <w:t>Everything</w:t>
      </w:r>
      <w:r w:rsidR="00003C51">
        <w:t xml:space="preserve"> in terms of presen</w:t>
      </w:r>
      <w:r w:rsidR="00E40F58">
        <w:t>tation to the how well designed the website is. The website has all the qualities that are needed for u</w:t>
      </w:r>
      <w:r w:rsidR="00E40F58">
        <w:t>sability/</w:t>
      </w:r>
      <w:r w:rsidR="00E40F58">
        <w:t>a</w:t>
      </w:r>
      <w:r w:rsidR="00E40F58">
        <w:t>ccessibility/SEO</w:t>
      </w:r>
      <w:r w:rsidR="00E40F58">
        <w:t xml:space="preserve">. They have everything it needs to </w:t>
      </w:r>
      <w:r w:rsidR="00DC7B01">
        <w:t xml:space="preserve">attract users to its page whilst also making it easy to navigate through the sub headers and the content. Lots of pictures to attract users. One thing he has that caught my eye is contact me which is good to connect with people with the same interest. </w:t>
      </w:r>
      <w:sdt>
        <w:sdtPr>
          <w:id w:val="-1660842361"/>
          <w:citation/>
        </w:sdtPr>
        <w:sdtContent>
          <w:r w:rsidR="00601CA0">
            <w:fldChar w:fldCharType="begin"/>
          </w:r>
          <w:r w:rsidR="00601CA0">
            <w:rPr>
              <w:lang w:val="en-GB"/>
            </w:rPr>
            <w:instrText xml:space="preserve"> CITATION Kev \l 2057 </w:instrText>
          </w:r>
          <w:r w:rsidR="00601CA0">
            <w:fldChar w:fldCharType="separate"/>
          </w:r>
          <w:r w:rsidR="00601CA0" w:rsidRPr="00601CA0">
            <w:rPr>
              <w:noProof/>
              <w:lang w:val="en-GB"/>
            </w:rPr>
            <w:t>[4]</w:t>
          </w:r>
          <w:r w:rsidR="00601CA0">
            <w:fldChar w:fldCharType="end"/>
          </w:r>
        </w:sdtContent>
      </w:sdt>
    </w:p>
    <w:p w14:paraId="54871812" w14:textId="52BA1B36" w:rsidR="00B8622C" w:rsidRDefault="00000000">
      <w:r>
        <w:br/>
      </w:r>
      <w:r w:rsidR="008742CF">
        <w:rPr>
          <w:noProof/>
        </w:rPr>
        <w:drawing>
          <wp:inline distT="0" distB="0" distL="0" distR="0" wp14:anchorId="34C94ABE" wp14:editId="5992D948">
            <wp:extent cx="2790613" cy="1744133"/>
            <wp:effectExtent l="0" t="0" r="3810" b="0"/>
            <wp:docPr id="20511435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14356" name="Picture 205114356"/>
                    <pic:cNvPicPr/>
                  </pic:nvPicPr>
                  <pic:blipFill>
                    <a:blip r:embed="rId35"/>
                    <a:stretch>
                      <a:fillRect/>
                    </a:stretch>
                  </pic:blipFill>
                  <pic:spPr>
                    <a:xfrm>
                      <a:off x="0" y="0"/>
                      <a:ext cx="2802986" cy="1751866"/>
                    </a:xfrm>
                    <a:prstGeom prst="rect">
                      <a:avLst/>
                    </a:prstGeom>
                  </pic:spPr>
                </pic:pic>
              </a:graphicData>
            </a:graphic>
          </wp:inline>
        </w:drawing>
      </w:r>
      <w:r w:rsidR="008742CF">
        <w:rPr>
          <w:noProof/>
        </w:rPr>
        <w:drawing>
          <wp:inline distT="0" distB="0" distL="0" distR="0" wp14:anchorId="32705EEE" wp14:editId="64A80DCA">
            <wp:extent cx="2682240" cy="1676400"/>
            <wp:effectExtent l="0" t="0" r="0" b="0"/>
            <wp:docPr id="138627130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271301" name="Picture 1386271301"/>
                    <pic:cNvPicPr/>
                  </pic:nvPicPr>
                  <pic:blipFill>
                    <a:blip r:embed="rId36"/>
                    <a:stretch>
                      <a:fillRect/>
                    </a:stretch>
                  </pic:blipFill>
                  <pic:spPr>
                    <a:xfrm>
                      <a:off x="0" y="0"/>
                      <a:ext cx="2692208" cy="1682630"/>
                    </a:xfrm>
                    <a:prstGeom prst="rect">
                      <a:avLst/>
                    </a:prstGeom>
                  </pic:spPr>
                </pic:pic>
              </a:graphicData>
            </a:graphic>
          </wp:inline>
        </w:drawing>
      </w:r>
    </w:p>
    <w:p w14:paraId="37D37B17" w14:textId="55846E44" w:rsidR="00224122" w:rsidRDefault="008742CF">
      <w:r>
        <w:rPr>
          <w:noProof/>
        </w:rPr>
        <w:drawing>
          <wp:inline distT="0" distB="0" distL="0" distR="0" wp14:anchorId="2DFFFCF0" wp14:editId="6473BA28">
            <wp:extent cx="5486400" cy="412115"/>
            <wp:effectExtent l="0" t="0" r="0" b="0"/>
            <wp:docPr id="56777313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773136" name="Picture 567773136"/>
                    <pic:cNvPicPr/>
                  </pic:nvPicPr>
                  <pic:blipFill>
                    <a:blip r:embed="rId37"/>
                    <a:stretch>
                      <a:fillRect/>
                    </a:stretch>
                  </pic:blipFill>
                  <pic:spPr>
                    <a:xfrm>
                      <a:off x="0" y="0"/>
                      <a:ext cx="5486400" cy="412115"/>
                    </a:xfrm>
                    <a:prstGeom prst="rect">
                      <a:avLst/>
                    </a:prstGeom>
                  </pic:spPr>
                </pic:pic>
              </a:graphicData>
            </a:graphic>
          </wp:inline>
        </w:drawing>
      </w:r>
    </w:p>
    <w:p w14:paraId="1A70CCC2" w14:textId="77777777" w:rsidR="00DC7B01" w:rsidRDefault="00DC7B01"/>
    <w:p w14:paraId="6A99F5DF" w14:textId="77777777" w:rsidR="00DC7B01" w:rsidRDefault="00DC7B01"/>
    <w:p w14:paraId="01B1040B" w14:textId="77777777" w:rsidR="00DC7B01" w:rsidRDefault="00DC7B01"/>
    <w:p w14:paraId="0F78B846" w14:textId="77777777" w:rsidR="00DC7B01" w:rsidRDefault="00DC7B01"/>
    <w:p w14:paraId="72D7ECE1" w14:textId="77777777" w:rsidR="00DC7B01" w:rsidRDefault="00DC7B01"/>
    <w:p w14:paraId="5084B25B" w14:textId="5AD6F9DD" w:rsidR="00DC7B01" w:rsidRDefault="00000000">
      <w:r>
        <w:lastRenderedPageBreak/>
        <w:t>Mobile Friendliness</w:t>
      </w:r>
      <w:r w:rsidR="00983F08">
        <w:t xml:space="preserve"> </w:t>
      </w:r>
      <w:r w:rsidR="00DC7B01">
        <w:t>–</w:t>
      </w:r>
      <w:r w:rsidR="00983F08">
        <w:t xml:space="preserve"> </w:t>
      </w:r>
      <w:r w:rsidR="00DC7B01">
        <w:t xml:space="preserve">The website is very mobile friendly and easy to navigate as well. Everything in the desktop website is in the mobile one to. </w:t>
      </w:r>
    </w:p>
    <w:p w14:paraId="1744FD49" w14:textId="18C21C53" w:rsidR="00224122" w:rsidRDefault="00DC7B01">
      <w:r>
        <w:rPr>
          <w:noProof/>
        </w:rPr>
        <w:drawing>
          <wp:inline distT="0" distB="0" distL="0" distR="0" wp14:anchorId="69C56A9A" wp14:editId="093701D4">
            <wp:extent cx="1481667" cy="3205741"/>
            <wp:effectExtent l="0" t="0" r="4445" b="0"/>
            <wp:docPr id="24408421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084213" name="Picture 244084213"/>
                    <pic:cNvPicPr/>
                  </pic:nvPicPr>
                  <pic:blipFill>
                    <a:blip r:embed="rId38"/>
                    <a:stretch>
                      <a:fillRect/>
                    </a:stretch>
                  </pic:blipFill>
                  <pic:spPr>
                    <a:xfrm>
                      <a:off x="0" y="0"/>
                      <a:ext cx="1498269" cy="3241662"/>
                    </a:xfrm>
                    <a:prstGeom prst="rect">
                      <a:avLst/>
                    </a:prstGeom>
                  </pic:spPr>
                </pic:pic>
              </a:graphicData>
            </a:graphic>
          </wp:inline>
        </w:drawing>
      </w:r>
      <w:r w:rsidR="00000000">
        <w:br/>
      </w:r>
    </w:p>
    <w:p w14:paraId="1AE645FA" w14:textId="3890D5DC" w:rsidR="008139C2" w:rsidRDefault="00000000">
      <w:r>
        <w:t>Conclusion</w:t>
      </w:r>
      <w:r w:rsidR="00983F08">
        <w:t xml:space="preserve"> </w:t>
      </w:r>
      <w:r w:rsidR="00DC7B01">
        <w:t>–</w:t>
      </w:r>
      <w:r w:rsidR="00983F08">
        <w:t xml:space="preserve"> </w:t>
      </w:r>
      <w:r w:rsidR="00DC7B01">
        <w:t xml:space="preserve">In conclusion I would say the above website is better in terms of attracting users as it has everything needed for an attractive website. If I had more time and more knowledge on website creations, I would certainly do it like the above. </w:t>
      </w:r>
      <w:r>
        <w:br/>
      </w:r>
    </w:p>
    <w:p w14:paraId="0F174C88" w14:textId="77777777" w:rsidR="008139C2" w:rsidRDefault="00000000">
      <w:pPr>
        <w:pStyle w:val="Heading1"/>
      </w:pPr>
      <w:bookmarkStart w:id="5" w:name="_Toc237530043"/>
      <w:r>
        <w:t>5. Conclusion</w:t>
      </w:r>
      <w:bookmarkEnd w:id="5"/>
    </w:p>
    <w:p w14:paraId="0BDFC68A" w14:textId="1626883E" w:rsidR="008139C2" w:rsidRDefault="00601CA0">
      <w:r>
        <w:t xml:space="preserve">In conclusion I would say that the report talks about </w:t>
      </w:r>
      <w:r w:rsidR="008D0150">
        <w:t>everything</w:t>
      </w:r>
      <w:r>
        <w:t xml:space="preserve"> that needs to be covered. From the code I have used to create my website. The overview of my website. </w:t>
      </w:r>
      <w:r w:rsidR="008D0150">
        <w:t xml:space="preserve">How my website looks and the advantages and disadvantages of it. </w:t>
      </w:r>
      <w:r w:rsidR="009B28D8">
        <w:t xml:space="preserve">I have also talked a little comparison of </w:t>
      </w:r>
      <w:r w:rsidR="00035DB5">
        <w:t>my</w:t>
      </w:r>
      <w:r w:rsidR="009B28D8">
        <w:t xml:space="preserve"> website and </w:t>
      </w:r>
      <w:r w:rsidR="00035DB5">
        <w:t xml:space="preserve">another person’s. I have learnt what I need to do and what I have done well. </w:t>
      </w:r>
      <w:r w:rsidR="00000000">
        <w:br/>
      </w:r>
    </w:p>
    <w:p w14:paraId="05989C25" w14:textId="77777777" w:rsidR="00035DB5" w:rsidRDefault="00035DB5">
      <w:pPr>
        <w:pStyle w:val="Heading1"/>
      </w:pPr>
      <w:bookmarkStart w:id="6" w:name="_Toc237530044"/>
    </w:p>
    <w:p w14:paraId="22D05A66" w14:textId="1A2B2E36" w:rsidR="008139C2" w:rsidRDefault="00000000">
      <w:pPr>
        <w:pStyle w:val="Heading1"/>
      </w:pPr>
      <w:r>
        <w:t>6. References (IEEE Format)</w:t>
      </w:r>
      <w:bookmarkEnd w:id="6"/>
    </w:p>
    <w:sdt>
      <w:sdtPr>
        <w:id w:val="-1880224524"/>
        <w:docPartObj>
          <w:docPartGallery w:val="Bibliographies"/>
          <w:docPartUnique/>
        </w:docPartObj>
      </w:sdtPr>
      <w:sdtEndPr>
        <w:rPr>
          <w:rFonts w:asciiTheme="minorHAnsi" w:eastAsiaTheme="minorEastAsia" w:hAnsiTheme="minorHAnsi" w:cstheme="minorBidi"/>
          <w:b w:val="0"/>
          <w:bCs w:val="0"/>
          <w:color w:val="auto"/>
          <w:sz w:val="22"/>
          <w:szCs w:val="22"/>
        </w:rPr>
      </w:sdtEndPr>
      <w:sdtContent>
        <w:p w14:paraId="5FAEEEA1" w14:textId="3D2177A5" w:rsidR="00035DB5" w:rsidRDefault="00035DB5">
          <w:pPr>
            <w:pStyle w:val="Heading1"/>
          </w:pPr>
          <w:r>
            <w:t>Bibliography</w:t>
          </w:r>
        </w:p>
        <w:sdt>
          <w:sdtPr>
            <w:id w:val="111145805"/>
            <w:bibliography/>
          </w:sdtPr>
          <w:sdtContent>
            <w:p w14:paraId="437572A8" w14:textId="77777777" w:rsidR="00035DB5" w:rsidRDefault="00035DB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1"/>
                <w:gridCol w:w="8289"/>
              </w:tblGrid>
              <w:tr w:rsidR="00035DB5" w14:paraId="218C988A" w14:textId="77777777">
                <w:trPr>
                  <w:divId w:val="1725525486"/>
                  <w:tblCellSpacing w:w="15" w:type="dxa"/>
                </w:trPr>
                <w:tc>
                  <w:tcPr>
                    <w:tcW w:w="50" w:type="pct"/>
                    <w:hideMark/>
                  </w:tcPr>
                  <w:p w14:paraId="5AD81BD4" w14:textId="4C85C8CE" w:rsidR="00035DB5" w:rsidRDefault="00035DB5">
                    <w:pPr>
                      <w:pStyle w:val="Bibliography"/>
                      <w:rPr>
                        <w:noProof/>
                        <w:sz w:val="24"/>
                        <w:szCs w:val="24"/>
                      </w:rPr>
                    </w:pPr>
                    <w:r>
                      <w:rPr>
                        <w:noProof/>
                      </w:rPr>
                      <w:t xml:space="preserve">[1] </w:t>
                    </w:r>
                  </w:p>
                </w:tc>
                <w:tc>
                  <w:tcPr>
                    <w:tcW w:w="0" w:type="auto"/>
                    <w:hideMark/>
                  </w:tcPr>
                  <w:p w14:paraId="2FB08289" w14:textId="77777777" w:rsidR="00035DB5" w:rsidRDefault="00035DB5">
                    <w:pPr>
                      <w:pStyle w:val="Bibliography"/>
                      <w:rPr>
                        <w:noProof/>
                      </w:rPr>
                    </w:pPr>
                    <w:r>
                      <w:rPr>
                        <w:noProof/>
                      </w:rPr>
                      <w:t>M. Gul, "IEEE explore," IEEE, 22-23 February 2020. [Online]. Available: https://ieeexplore.ieee.org/document/9048205.</w:t>
                    </w:r>
                  </w:p>
                </w:tc>
              </w:tr>
              <w:tr w:rsidR="00035DB5" w14:paraId="61D94D55" w14:textId="77777777">
                <w:trPr>
                  <w:divId w:val="1725525486"/>
                  <w:tblCellSpacing w:w="15" w:type="dxa"/>
                </w:trPr>
                <w:tc>
                  <w:tcPr>
                    <w:tcW w:w="50" w:type="pct"/>
                    <w:hideMark/>
                  </w:tcPr>
                  <w:p w14:paraId="29C4A6A6" w14:textId="77777777" w:rsidR="00035DB5" w:rsidRDefault="00035DB5">
                    <w:pPr>
                      <w:pStyle w:val="Bibliography"/>
                      <w:rPr>
                        <w:noProof/>
                      </w:rPr>
                    </w:pPr>
                    <w:r>
                      <w:rPr>
                        <w:noProof/>
                      </w:rPr>
                      <w:t xml:space="preserve">[2] </w:t>
                    </w:r>
                  </w:p>
                </w:tc>
                <w:tc>
                  <w:tcPr>
                    <w:tcW w:w="0" w:type="auto"/>
                    <w:hideMark/>
                  </w:tcPr>
                  <w:p w14:paraId="7839F0D7" w14:textId="77777777" w:rsidR="00035DB5" w:rsidRDefault="00035DB5">
                    <w:pPr>
                      <w:pStyle w:val="Bibliography"/>
                      <w:rPr>
                        <w:noProof/>
                      </w:rPr>
                    </w:pPr>
                    <w:r>
                      <w:rPr>
                        <w:noProof/>
                      </w:rPr>
                      <w:t>S. L. Henry, "w3.org," 3 February 2026. [Online]. Available: https://www.w3.org/WAI/fundamentals/accessibility-intro/.</w:t>
                    </w:r>
                  </w:p>
                </w:tc>
              </w:tr>
              <w:tr w:rsidR="00035DB5" w14:paraId="10FC9E0B" w14:textId="77777777">
                <w:trPr>
                  <w:divId w:val="1725525486"/>
                  <w:tblCellSpacing w:w="15" w:type="dxa"/>
                </w:trPr>
                <w:tc>
                  <w:tcPr>
                    <w:tcW w:w="50" w:type="pct"/>
                    <w:hideMark/>
                  </w:tcPr>
                  <w:p w14:paraId="68789F00" w14:textId="77777777" w:rsidR="00035DB5" w:rsidRDefault="00035DB5">
                    <w:pPr>
                      <w:pStyle w:val="Bibliography"/>
                      <w:rPr>
                        <w:noProof/>
                      </w:rPr>
                    </w:pPr>
                    <w:r>
                      <w:rPr>
                        <w:noProof/>
                      </w:rPr>
                      <w:t xml:space="preserve">[3] </w:t>
                    </w:r>
                  </w:p>
                </w:tc>
                <w:tc>
                  <w:tcPr>
                    <w:tcW w:w="0" w:type="auto"/>
                    <w:hideMark/>
                  </w:tcPr>
                  <w:p w14:paraId="7678BD21" w14:textId="77777777" w:rsidR="00035DB5" w:rsidRDefault="00035DB5">
                    <w:pPr>
                      <w:pStyle w:val="Bibliography"/>
                      <w:rPr>
                        <w:noProof/>
                      </w:rPr>
                    </w:pPr>
                    <w:r>
                      <w:rPr>
                        <w:noProof/>
                      </w:rPr>
                      <w:t>B. Bian, "IEEE explore," IEEE, 06-08 May 2011. [Online]. Available: https://ieeexplore.ieee.org/document/5886993.</w:t>
                    </w:r>
                  </w:p>
                </w:tc>
              </w:tr>
              <w:tr w:rsidR="00035DB5" w14:paraId="2557DD28" w14:textId="77777777">
                <w:trPr>
                  <w:divId w:val="1725525486"/>
                  <w:tblCellSpacing w:w="15" w:type="dxa"/>
                </w:trPr>
                <w:tc>
                  <w:tcPr>
                    <w:tcW w:w="50" w:type="pct"/>
                    <w:hideMark/>
                  </w:tcPr>
                  <w:p w14:paraId="4647B3A2" w14:textId="77777777" w:rsidR="00035DB5" w:rsidRDefault="00035DB5">
                    <w:pPr>
                      <w:pStyle w:val="Bibliography"/>
                      <w:rPr>
                        <w:noProof/>
                      </w:rPr>
                    </w:pPr>
                    <w:r>
                      <w:rPr>
                        <w:noProof/>
                      </w:rPr>
                      <w:t xml:space="preserve">[4] </w:t>
                    </w:r>
                  </w:p>
                </w:tc>
                <w:tc>
                  <w:tcPr>
                    <w:tcW w:w="0" w:type="auto"/>
                    <w:hideMark/>
                  </w:tcPr>
                  <w:p w14:paraId="47C32B10" w14:textId="77777777" w:rsidR="00035DB5" w:rsidRDefault="00035DB5">
                    <w:pPr>
                      <w:pStyle w:val="Bibliography"/>
                      <w:rPr>
                        <w:noProof/>
                      </w:rPr>
                    </w:pPr>
                    <w:r>
                      <w:rPr>
                        <w:noProof/>
                      </w:rPr>
                      <w:t>K. R. Middleton, "hirekevinrmiddleton," [Online]. Available: https://www.hirekevinmiddleton.com/career-objectives.</w:t>
                    </w:r>
                  </w:p>
                </w:tc>
              </w:tr>
            </w:tbl>
            <w:p w14:paraId="36CC00ED" w14:textId="77777777" w:rsidR="00035DB5" w:rsidRDefault="00035DB5">
              <w:pPr>
                <w:divId w:val="1725525486"/>
                <w:rPr>
                  <w:rFonts w:eastAsia="Times New Roman"/>
                  <w:noProof/>
                </w:rPr>
              </w:pPr>
            </w:p>
            <w:p w14:paraId="5505713A" w14:textId="59737377" w:rsidR="00035DB5" w:rsidRDefault="00035DB5">
              <w:r>
                <w:rPr>
                  <w:b/>
                  <w:bCs/>
                  <w:noProof/>
                </w:rPr>
                <w:fldChar w:fldCharType="end"/>
              </w:r>
            </w:p>
          </w:sdtContent>
        </w:sdt>
      </w:sdtContent>
    </w:sdt>
    <w:p w14:paraId="2E28D2B9" w14:textId="44679A45" w:rsidR="008139C2" w:rsidRDefault="00000000">
      <w:r>
        <w:br/>
      </w:r>
    </w:p>
    <w:p w14:paraId="6F28CA9C" w14:textId="44679A45" w:rsidR="008139C2" w:rsidRDefault="00000000">
      <w:pPr>
        <w:pStyle w:val="Heading1"/>
      </w:pPr>
      <w:bookmarkStart w:id="7" w:name="_Toc237530045"/>
      <w:r>
        <w:t>7. Appendices</w:t>
      </w:r>
      <w:bookmarkEnd w:id="7"/>
    </w:p>
    <w:p w14:paraId="2915A666" w14:textId="4ADE1925" w:rsidR="006848A2" w:rsidRPr="006848A2" w:rsidRDefault="00035DB5" w:rsidP="006848A2">
      <w:pPr>
        <w:shd w:val="clear" w:color="auto" w:fill="1E1E1E"/>
        <w:spacing w:line="270" w:lineRule="atLeast"/>
        <w:rPr>
          <w:rFonts w:ascii="Menlo" w:eastAsia="Times New Roman" w:hAnsi="Menlo" w:cs="Menlo"/>
          <w:color w:val="D4D4D4"/>
          <w:sz w:val="18"/>
          <w:szCs w:val="18"/>
          <w:lang w:val="en-GB" w:eastAsia="en-GB"/>
        </w:rPr>
      </w:pPr>
      <w:r>
        <w:t>Index HTML:</w:t>
      </w:r>
      <w:r w:rsidR="006848A2" w:rsidRPr="006848A2">
        <w:rPr>
          <w:rFonts w:ascii="Menlo" w:hAnsi="Menlo" w:cs="Menlo"/>
          <w:color w:val="808080"/>
          <w:sz w:val="18"/>
          <w:szCs w:val="18"/>
        </w:rPr>
        <w:t xml:space="preserve"> </w:t>
      </w:r>
      <w:r w:rsidR="006848A2" w:rsidRPr="006848A2">
        <w:rPr>
          <w:rFonts w:ascii="Menlo" w:eastAsia="Times New Roman" w:hAnsi="Menlo" w:cs="Menlo"/>
          <w:color w:val="808080"/>
          <w:sz w:val="18"/>
          <w:szCs w:val="18"/>
          <w:lang w:val="en-GB" w:eastAsia="en-GB"/>
        </w:rPr>
        <w:t>&lt;!</w:t>
      </w:r>
      <w:r w:rsidR="006848A2" w:rsidRPr="006848A2">
        <w:rPr>
          <w:rFonts w:ascii="Menlo" w:eastAsia="Times New Roman" w:hAnsi="Menlo" w:cs="Menlo"/>
          <w:color w:val="569CD6"/>
          <w:sz w:val="18"/>
          <w:szCs w:val="18"/>
          <w:lang w:val="en-GB" w:eastAsia="en-GB"/>
        </w:rPr>
        <w:t>DOCTYPE</w:t>
      </w:r>
      <w:r w:rsidR="006848A2" w:rsidRPr="006848A2">
        <w:rPr>
          <w:rFonts w:ascii="Menlo" w:eastAsia="Times New Roman" w:hAnsi="Menlo" w:cs="Menlo"/>
          <w:color w:val="D4D4D4"/>
          <w:sz w:val="18"/>
          <w:szCs w:val="18"/>
          <w:lang w:val="en-GB" w:eastAsia="en-GB"/>
        </w:rPr>
        <w:t xml:space="preserve"> </w:t>
      </w:r>
      <w:r w:rsidR="006848A2" w:rsidRPr="006848A2">
        <w:rPr>
          <w:rFonts w:ascii="Menlo" w:eastAsia="Times New Roman" w:hAnsi="Menlo" w:cs="Menlo"/>
          <w:color w:val="9CDCFE"/>
          <w:sz w:val="18"/>
          <w:szCs w:val="18"/>
          <w:lang w:val="en-GB" w:eastAsia="en-GB"/>
        </w:rPr>
        <w:t>html</w:t>
      </w:r>
      <w:r w:rsidR="006848A2" w:rsidRPr="006848A2">
        <w:rPr>
          <w:rFonts w:ascii="Menlo" w:eastAsia="Times New Roman" w:hAnsi="Menlo" w:cs="Menlo"/>
          <w:color w:val="808080"/>
          <w:sz w:val="18"/>
          <w:szCs w:val="18"/>
          <w:lang w:val="en-GB" w:eastAsia="en-GB"/>
        </w:rPr>
        <w:t>&gt;</w:t>
      </w:r>
    </w:p>
    <w:p w14:paraId="3E9D58B1"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html</w:t>
      </w: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9CDCFE"/>
          <w:sz w:val="18"/>
          <w:szCs w:val="18"/>
          <w:lang w:val="en-GB" w:eastAsia="en-GB"/>
        </w:rPr>
        <w:t>lang</w:t>
      </w:r>
      <w:r w:rsidRPr="006848A2">
        <w:rPr>
          <w:rFonts w:ascii="Menlo" w:eastAsia="Times New Roman" w:hAnsi="Menlo" w:cs="Menlo"/>
          <w:color w:val="D4D4D4"/>
          <w:sz w:val="18"/>
          <w:szCs w:val="18"/>
          <w:lang w:val="en-GB" w:eastAsia="en-GB"/>
        </w:rPr>
        <w:t>=</w:t>
      </w:r>
      <w:r w:rsidRPr="006848A2">
        <w:rPr>
          <w:rFonts w:ascii="Menlo" w:eastAsia="Times New Roman" w:hAnsi="Menlo" w:cs="Menlo"/>
          <w:color w:val="CE9178"/>
          <w:sz w:val="18"/>
          <w:szCs w:val="18"/>
          <w:lang w:val="en-GB" w:eastAsia="en-GB"/>
        </w:rPr>
        <w:t>"</w:t>
      </w:r>
      <w:proofErr w:type="spellStart"/>
      <w:r w:rsidRPr="006848A2">
        <w:rPr>
          <w:rFonts w:ascii="Menlo" w:eastAsia="Times New Roman" w:hAnsi="Menlo" w:cs="Menlo"/>
          <w:color w:val="CE9178"/>
          <w:sz w:val="18"/>
          <w:szCs w:val="18"/>
          <w:lang w:val="en-GB" w:eastAsia="en-GB"/>
        </w:rPr>
        <w:t>en</w:t>
      </w:r>
      <w:proofErr w:type="spellEnd"/>
      <w:r w:rsidRPr="006848A2">
        <w:rPr>
          <w:rFonts w:ascii="Menlo" w:eastAsia="Times New Roman" w:hAnsi="Menlo" w:cs="Menlo"/>
          <w:color w:val="CE9178"/>
          <w:sz w:val="18"/>
          <w:szCs w:val="18"/>
          <w:lang w:val="en-GB" w:eastAsia="en-GB"/>
        </w:rPr>
        <w:t>"</w:t>
      </w:r>
      <w:r w:rsidRPr="006848A2">
        <w:rPr>
          <w:rFonts w:ascii="Menlo" w:eastAsia="Times New Roman" w:hAnsi="Menlo" w:cs="Menlo"/>
          <w:color w:val="808080"/>
          <w:sz w:val="18"/>
          <w:szCs w:val="18"/>
          <w:lang w:val="en-GB" w:eastAsia="en-GB"/>
        </w:rPr>
        <w:t>&gt;</w:t>
      </w:r>
    </w:p>
    <w:p w14:paraId="35605CA3"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p>
    <w:p w14:paraId="4CCEA6FD"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head</w:t>
      </w:r>
      <w:r w:rsidRPr="006848A2">
        <w:rPr>
          <w:rFonts w:ascii="Menlo" w:eastAsia="Times New Roman" w:hAnsi="Menlo" w:cs="Menlo"/>
          <w:color w:val="808080"/>
          <w:sz w:val="18"/>
          <w:szCs w:val="18"/>
          <w:lang w:val="en-GB" w:eastAsia="en-GB"/>
        </w:rPr>
        <w:t>&gt;</w:t>
      </w:r>
    </w:p>
    <w:p w14:paraId="2EE92695"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p>
    <w:p w14:paraId="4179E078"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meta</w:t>
      </w: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9CDCFE"/>
          <w:sz w:val="18"/>
          <w:szCs w:val="18"/>
          <w:lang w:val="en-GB" w:eastAsia="en-GB"/>
        </w:rPr>
        <w:t>charset</w:t>
      </w:r>
      <w:r w:rsidRPr="006848A2">
        <w:rPr>
          <w:rFonts w:ascii="Menlo" w:eastAsia="Times New Roman" w:hAnsi="Menlo" w:cs="Menlo"/>
          <w:color w:val="D4D4D4"/>
          <w:sz w:val="18"/>
          <w:szCs w:val="18"/>
          <w:lang w:val="en-GB" w:eastAsia="en-GB"/>
        </w:rPr>
        <w:t>=</w:t>
      </w:r>
      <w:r w:rsidRPr="006848A2">
        <w:rPr>
          <w:rFonts w:ascii="Menlo" w:eastAsia="Times New Roman" w:hAnsi="Menlo" w:cs="Menlo"/>
          <w:color w:val="CE9178"/>
          <w:sz w:val="18"/>
          <w:szCs w:val="18"/>
          <w:lang w:val="en-GB" w:eastAsia="en-GB"/>
        </w:rPr>
        <w:t>"UTF-8"</w:t>
      </w:r>
      <w:r w:rsidRPr="006848A2">
        <w:rPr>
          <w:rFonts w:ascii="Menlo" w:eastAsia="Times New Roman" w:hAnsi="Menlo" w:cs="Menlo"/>
          <w:color w:val="808080"/>
          <w:sz w:val="18"/>
          <w:szCs w:val="18"/>
          <w:lang w:val="en-GB" w:eastAsia="en-GB"/>
        </w:rPr>
        <w:t>&gt;</w:t>
      </w:r>
    </w:p>
    <w:p w14:paraId="7BA53A3A"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meta</w:t>
      </w: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9CDCFE"/>
          <w:sz w:val="18"/>
          <w:szCs w:val="18"/>
          <w:lang w:val="en-GB" w:eastAsia="en-GB"/>
        </w:rPr>
        <w:t>name</w:t>
      </w:r>
      <w:r w:rsidRPr="006848A2">
        <w:rPr>
          <w:rFonts w:ascii="Menlo" w:eastAsia="Times New Roman" w:hAnsi="Menlo" w:cs="Menlo"/>
          <w:color w:val="D4D4D4"/>
          <w:sz w:val="18"/>
          <w:szCs w:val="18"/>
          <w:lang w:val="en-GB" w:eastAsia="en-GB"/>
        </w:rPr>
        <w:t>=</w:t>
      </w:r>
      <w:r w:rsidRPr="006848A2">
        <w:rPr>
          <w:rFonts w:ascii="Menlo" w:eastAsia="Times New Roman" w:hAnsi="Menlo" w:cs="Menlo"/>
          <w:color w:val="CE9178"/>
          <w:sz w:val="18"/>
          <w:szCs w:val="18"/>
          <w:lang w:val="en-GB" w:eastAsia="en-GB"/>
        </w:rPr>
        <w:t>"viewport"</w:t>
      </w: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9CDCFE"/>
          <w:sz w:val="18"/>
          <w:szCs w:val="18"/>
          <w:lang w:val="en-GB" w:eastAsia="en-GB"/>
        </w:rPr>
        <w:t>content</w:t>
      </w:r>
      <w:r w:rsidRPr="006848A2">
        <w:rPr>
          <w:rFonts w:ascii="Menlo" w:eastAsia="Times New Roman" w:hAnsi="Menlo" w:cs="Menlo"/>
          <w:color w:val="D4D4D4"/>
          <w:sz w:val="18"/>
          <w:szCs w:val="18"/>
          <w:lang w:val="en-GB" w:eastAsia="en-GB"/>
        </w:rPr>
        <w:t>=</w:t>
      </w:r>
      <w:r w:rsidRPr="006848A2">
        <w:rPr>
          <w:rFonts w:ascii="Menlo" w:eastAsia="Times New Roman" w:hAnsi="Menlo" w:cs="Menlo"/>
          <w:color w:val="CE9178"/>
          <w:sz w:val="18"/>
          <w:szCs w:val="18"/>
          <w:lang w:val="en-GB" w:eastAsia="en-GB"/>
        </w:rPr>
        <w:t>"width=device-width, initial-scale=1.0"</w:t>
      </w:r>
      <w:r w:rsidRPr="006848A2">
        <w:rPr>
          <w:rFonts w:ascii="Menlo" w:eastAsia="Times New Roman" w:hAnsi="Menlo" w:cs="Menlo"/>
          <w:color w:val="808080"/>
          <w:sz w:val="18"/>
          <w:szCs w:val="18"/>
          <w:lang w:val="en-GB" w:eastAsia="en-GB"/>
        </w:rPr>
        <w:t>&gt;</w:t>
      </w:r>
    </w:p>
    <w:p w14:paraId="0CB7ACB9"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p>
    <w:p w14:paraId="7D69ED2D"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title</w:t>
      </w:r>
      <w:r w:rsidRPr="006848A2">
        <w:rPr>
          <w:rFonts w:ascii="Menlo" w:eastAsia="Times New Roman" w:hAnsi="Menlo" w:cs="Menlo"/>
          <w:color w:val="808080"/>
          <w:sz w:val="18"/>
          <w:szCs w:val="18"/>
          <w:lang w:val="en-GB" w:eastAsia="en-GB"/>
        </w:rPr>
        <w:t>&gt;</w:t>
      </w:r>
      <w:r w:rsidRPr="006848A2">
        <w:rPr>
          <w:rFonts w:ascii="Menlo" w:eastAsia="Times New Roman" w:hAnsi="Menlo" w:cs="Menlo"/>
          <w:color w:val="D4D4D4"/>
          <w:sz w:val="18"/>
          <w:szCs w:val="18"/>
          <w:lang w:val="en-GB" w:eastAsia="en-GB"/>
        </w:rPr>
        <w:t>Login - Fahith's Life</w:t>
      </w: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title</w:t>
      </w:r>
      <w:r w:rsidRPr="006848A2">
        <w:rPr>
          <w:rFonts w:ascii="Menlo" w:eastAsia="Times New Roman" w:hAnsi="Menlo" w:cs="Menlo"/>
          <w:color w:val="808080"/>
          <w:sz w:val="18"/>
          <w:szCs w:val="18"/>
          <w:lang w:val="en-GB" w:eastAsia="en-GB"/>
        </w:rPr>
        <w:t>&gt;</w:t>
      </w:r>
    </w:p>
    <w:p w14:paraId="63BCCB7C"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p>
    <w:p w14:paraId="5CD742DD"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link</w:t>
      </w: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9CDCFE"/>
          <w:sz w:val="18"/>
          <w:szCs w:val="18"/>
          <w:lang w:val="en-GB" w:eastAsia="en-GB"/>
        </w:rPr>
        <w:t>rel</w:t>
      </w:r>
      <w:r w:rsidRPr="006848A2">
        <w:rPr>
          <w:rFonts w:ascii="Menlo" w:eastAsia="Times New Roman" w:hAnsi="Menlo" w:cs="Menlo"/>
          <w:color w:val="D4D4D4"/>
          <w:sz w:val="18"/>
          <w:szCs w:val="18"/>
          <w:lang w:val="en-GB" w:eastAsia="en-GB"/>
        </w:rPr>
        <w:t>=</w:t>
      </w:r>
      <w:r w:rsidRPr="006848A2">
        <w:rPr>
          <w:rFonts w:ascii="Menlo" w:eastAsia="Times New Roman" w:hAnsi="Menlo" w:cs="Menlo"/>
          <w:color w:val="CE9178"/>
          <w:sz w:val="18"/>
          <w:szCs w:val="18"/>
          <w:lang w:val="en-GB" w:eastAsia="en-GB"/>
        </w:rPr>
        <w:t>"stylesheet"</w:t>
      </w: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9CDCFE"/>
          <w:sz w:val="18"/>
          <w:szCs w:val="18"/>
          <w:lang w:val="en-GB" w:eastAsia="en-GB"/>
        </w:rPr>
        <w:t>href</w:t>
      </w:r>
      <w:r w:rsidRPr="006848A2">
        <w:rPr>
          <w:rFonts w:ascii="Menlo" w:eastAsia="Times New Roman" w:hAnsi="Menlo" w:cs="Menlo"/>
          <w:color w:val="D4D4D4"/>
          <w:sz w:val="18"/>
          <w:szCs w:val="18"/>
          <w:lang w:val="en-GB" w:eastAsia="en-GB"/>
        </w:rPr>
        <w:t>=</w:t>
      </w:r>
      <w:r w:rsidRPr="006848A2">
        <w:rPr>
          <w:rFonts w:ascii="Menlo" w:eastAsia="Times New Roman" w:hAnsi="Menlo" w:cs="Menlo"/>
          <w:color w:val="CE9178"/>
          <w:sz w:val="18"/>
          <w:szCs w:val="18"/>
          <w:lang w:val="en-GB" w:eastAsia="en-GB"/>
        </w:rPr>
        <w:t>"index.css"</w:t>
      </w:r>
      <w:r w:rsidRPr="006848A2">
        <w:rPr>
          <w:rFonts w:ascii="Menlo" w:eastAsia="Times New Roman" w:hAnsi="Menlo" w:cs="Menlo"/>
          <w:color w:val="808080"/>
          <w:sz w:val="18"/>
          <w:szCs w:val="18"/>
          <w:lang w:val="en-GB" w:eastAsia="en-GB"/>
        </w:rPr>
        <w:t>&gt;</w:t>
      </w:r>
    </w:p>
    <w:p w14:paraId="492D0AED"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p>
    <w:p w14:paraId="6008FC7D"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head</w:t>
      </w:r>
      <w:r w:rsidRPr="006848A2">
        <w:rPr>
          <w:rFonts w:ascii="Menlo" w:eastAsia="Times New Roman" w:hAnsi="Menlo" w:cs="Menlo"/>
          <w:color w:val="808080"/>
          <w:sz w:val="18"/>
          <w:szCs w:val="18"/>
          <w:lang w:val="en-GB" w:eastAsia="en-GB"/>
        </w:rPr>
        <w:t>&gt;</w:t>
      </w:r>
    </w:p>
    <w:p w14:paraId="53CB31CF" w14:textId="77777777" w:rsidR="006848A2" w:rsidRPr="006848A2" w:rsidRDefault="006848A2" w:rsidP="006848A2">
      <w:pPr>
        <w:shd w:val="clear" w:color="auto" w:fill="1E1E1E"/>
        <w:spacing w:after="240" w:line="270" w:lineRule="atLeast"/>
        <w:rPr>
          <w:rFonts w:ascii="Menlo" w:eastAsia="Times New Roman" w:hAnsi="Menlo" w:cs="Menlo"/>
          <w:color w:val="D4D4D4"/>
          <w:sz w:val="18"/>
          <w:szCs w:val="18"/>
          <w:lang w:val="en-GB" w:eastAsia="en-GB"/>
        </w:rPr>
      </w:pPr>
    </w:p>
    <w:p w14:paraId="3542A958"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808080"/>
          <w:sz w:val="18"/>
          <w:szCs w:val="18"/>
          <w:lang w:val="en-GB" w:eastAsia="en-GB"/>
        </w:rPr>
        <w:lastRenderedPageBreak/>
        <w:t>&lt;</w:t>
      </w:r>
      <w:r w:rsidRPr="006848A2">
        <w:rPr>
          <w:rFonts w:ascii="Menlo" w:eastAsia="Times New Roman" w:hAnsi="Menlo" w:cs="Menlo"/>
          <w:color w:val="569CD6"/>
          <w:sz w:val="18"/>
          <w:szCs w:val="18"/>
          <w:lang w:val="en-GB" w:eastAsia="en-GB"/>
        </w:rPr>
        <w:t>body</w:t>
      </w:r>
      <w:r w:rsidRPr="006848A2">
        <w:rPr>
          <w:rFonts w:ascii="Menlo" w:eastAsia="Times New Roman" w:hAnsi="Menlo" w:cs="Menlo"/>
          <w:color w:val="808080"/>
          <w:sz w:val="18"/>
          <w:szCs w:val="18"/>
          <w:lang w:val="en-GB" w:eastAsia="en-GB"/>
        </w:rPr>
        <w:t>&gt;</w:t>
      </w:r>
    </w:p>
    <w:p w14:paraId="596751F6" w14:textId="77777777" w:rsidR="006848A2" w:rsidRPr="006848A2" w:rsidRDefault="006848A2" w:rsidP="006848A2">
      <w:pPr>
        <w:shd w:val="clear" w:color="auto" w:fill="1E1E1E"/>
        <w:spacing w:after="240" w:line="270" w:lineRule="atLeast"/>
        <w:rPr>
          <w:rFonts w:ascii="Menlo" w:eastAsia="Times New Roman" w:hAnsi="Menlo" w:cs="Menlo"/>
          <w:color w:val="D4D4D4"/>
          <w:sz w:val="18"/>
          <w:szCs w:val="18"/>
          <w:lang w:val="en-GB" w:eastAsia="en-GB"/>
        </w:rPr>
      </w:pPr>
    </w:p>
    <w:p w14:paraId="6BC01EA9"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div</w:t>
      </w: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9CDCFE"/>
          <w:sz w:val="18"/>
          <w:szCs w:val="18"/>
          <w:lang w:val="en-GB" w:eastAsia="en-GB"/>
        </w:rPr>
        <w:t>class</w:t>
      </w:r>
      <w:r w:rsidRPr="006848A2">
        <w:rPr>
          <w:rFonts w:ascii="Menlo" w:eastAsia="Times New Roman" w:hAnsi="Menlo" w:cs="Menlo"/>
          <w:color w:val="D4D4D4"/>
          <w:sz w:val="18"/>
          <w:szCs w:val="18"/>
          <w:lang w:val="en-GB" w:eastAsia="en-GB"/>
        </w:rPr>
        <w:t>=</w:t>
      </w:r>
      <w:r w:rsidRPr="006848A2">
        <w:rPr>
          <w:rFonts w:ascii="Menlo" w:eastAsia="Times New Roman" w:hAnsi="Menlo" w:cs="Menlo"/>
          <w:color w:val="CE9178"/>
          <w:sz w:val="18"/>
          <w:szCs w:val="18"/>
          <w:lang w:val="en-GB" w:eastAsia="en-GB"/>
        </w:rPr>
        <w:t>"login-box"</w:t>
      </w:r>
      <w:r w:rsidRPr="006848A2">
        <w:rPr>
          <w:rFonts w:ascii="Menlo" w:eastAsia="Times New Roman" w:hAnsi="Menlo" w:cs="Menlo"/>
          <w:color w:val="808080"/>
          <w:sz w:val="18"/>
          <w:szCs w:val="18"/>
          <w:lang w:val="en-GB" w:eastAsia="en-GB"/>
        </w:rPr>
        <w:t>&gt;</w:t>
      </w:r>
    </w:p>
    <w:p w14:paraId="4465207F"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p>
    <w:p w14:paraId="769C7F93"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h1</w:t>
      </w:r>
      <w:r w:rsidRPr="006848A2">
        <w:rPr>
          <w:rFonts w:ascii="Menlo" w:eastAsia="Times New Roman" w:hAnsi="Menlo" w:cs="Menlo"/>
          <w:color w:val="808080"/>
          <w:sz w:val="18"/>
          <w:szCs w:val="18"/>
          <w:lang w:val="en-GB" w:eastAsia="en-GB"/>
        </w:rPr>
        <w:t>&gt;</w:t>
      </w:r>
      <w:r w:rsidRPr="006848A2">
        <w:rPr>
          <w:rFonts w:ascii="Menlo" w:eastAsia="Times New Roman" w:hAnsi="Menlo" w:cs="Menlo"/>
          <w:color w:val="D4D4D4"/>
          <w:sz w:val="18"/>
          <w:szCs w:val="18"/>
          <w:lang w:val="en-GB" w:eastAsia="en-GB"/>
        </w:rPr>
        <w:t>Fahith's Life</w:t>
      </w: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h1</w:t>
      </w:r>
      <w:r w:rsidRPr="006848A2">
        <w:rPr>
          <w:rFonts w:ascii="Menlo" w:eastAsia="Times New Roman" w:hAnsi="Menlo" w:cs="Menlo"/>
          <w:color w:val="808080"/>
          <w:sz w:val="18"/>
          <w:szCs w:val="18"/>
          <w:lang w:val="en-GB" w:eastAsia="en-GB"/>
        </w:rPr>
        <w:t>&gt;</w:t>
      </w:r>
    </w:p>
    <w:p w14:paraId="6CD729A1"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p>
    <w:p w14:paraId="1564EFD1"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h2</w:t>
      </w:r>
      <w:r w:rsidRPr="006848A2">
        <w:rPr>
          <w:rFonts w:ascii="Menlo" w:eastAsia="Times New Roman" w:hAnsi="Menlo" w:cs="Menlo"/>
          <w:color w:val="808080"/>
          <w:sz w:val="18"/>
          <w:szCs w:val="18"/>
          <w:lang w:val="en-GB" w:eastAsia="en-GB"/>
        </w:rPr>
        <w:t>&gt;</w:t>
      </w:r>
      <w:r w:rsidRPr="006848A2">
        <w:rPr>
          <w:rFonts w:ascii="Menlo" w:eastAsia="Times New Roman" w:hAnsi="Menlo" w:cs="Menlo"/>
          <w:color w:val="D4D4D4"/>
          <w:sz w:val="18"/>
          <w:szCs w:val="18"/>
          <w:lang w:val="en-GB" w:eastAsia="en-GB"/>
        </w:rPr>
        <w:t>Login</w:t>
      </w: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h2</w:t>
      </w:r>
      <w:r w:rsidRPr="006848A2">
        <w:rPr>
          <w:rFonts w:ascii="Menlo" w:eastAsia="Times New Roman" w:hAnsi="Menlo" w:cs="Menlo"/>
          <w:color w:val="808080"/>
          <w:sz w:val="18"/>
          <w:szCs w:val="18"/>
          <w:lang w:val="en-GB" w:eastAsia="en-GB"/>
        </w:rPr>
        <w:t>&gt;</w:t>
      </w:r>
    </w:p>
    <w:p w14:paraId="5C50CECF" w14:textId="77777777" w:rsidR="006848A2" w:rsidRPr="006848A2" w:rsidRDefault="006848A2" w:rsidP="006848A2">
      <w:pPr>
        <w:shd w:val="clear" w:color="auto" w:fill="1E1E1E"/>
        <w:spacing w:after="240" w:line="270" w:lineRule="atLeast"/>
        <w:rPr>
          <w:rFonts w:ascii="Menlo" w:eastAsia="Times New Roman" w:hAnsi="Menlo" w:cs="Menlo"/>
          <w:color w:val="D4D4D4"/>
          <w:sz w:val="18"/>
          <w:szCs w:val="18"/>
          <w:lang w:val="en-GB" w:eastAsia="en-GB"/>
        </w:rPr>
      </w:pPr>
    </w:p>
    <w:p w14:paraId="231AC9A5"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label</w:t>
      </w:r>
      <w:r w:rsidRPr="006848A2">
        <w:rPr>
          <w:rFonts w:ascii="Menlo" w:eastAsia="Times New Roman" w:hAnsi="Menlo" w:cs="Menlo"/>
          <w:color w:val="808080"/>
          <w:sz w:val="18"/>
          <w:szCs w:val="18"/>
          <w:lang w:val="en-GB" w:eastAsia="en-GB"/>
        </w:rPr>
        <w:t>&gt;</w:t>
      </w:r>
      <w:r w:rsidRPr="006848A2">
        <w:rPr>
          <w:rFonts w:ascii="Menlo" w:eastAsia="Times New Roman" w:hAnsi="Menlo" w:cs="Menlo"/>
          <w:color w:val="D4D4D4"/>
          <w:sz w:val="18"/>
          <w:szCs w:val="18"/>
          <w:lang w:val="en-GB" w:eastAsia="en-GB"/>
        </w:rPr>
        <w:t>Username:</w:t>
      </w: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label</w:t>
      </w:r>
      <w:r w:rsidRPr="006848A2">
        <w:rPr>
          <w:rFonts w:ascii="Menlo" w:eastAsia="Times New Roman" w:hAnsi="Menlo" w:cs="Menlo"/>
          <w:color w:val="808080"/>
          <w:sz w:val="18"/>
          <w:szCs w:val="18"/>
          <w:lang w:val="en-GB" w:eastAsia="en-GB"/>
        </w:rPr>
        <w:t>&gt;</w:t>
      </w:r>
    </w:p>
    <w:p w14:paraId="55B68EBD"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p>
    <w:p w14:paraId="578ED3A8"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input</w:t>
      </w: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9CDCFE"/>
          <w:sz w:val="18"/>
          <w:szCs w:val="18"/>
          <w:lang w:val="en-GB" w:eastAsia="en-GB"/>
        </w:rPr>
        <w:t>id</w:t>
      </w:r>
      <w:r w:rsidRPr="006848A2">
        <w:rPr>
          <w:rFonts w:ascii="Menlo" w:eastAsia="Times New Roman" w:hAnsi="Menlo" w:cs="Menlo"/>
          <w:color w:val="D4D4D4"/>
          <w:sz w:val="18"/>
          <w:szCs w:val="18"/>
          <w:lang w:val="en-GB" w:eastAsia="en-GB"/>
        </w:rPr>
        <w:t>=</w:t>
      </w:r>
      <w:r w:rsidRPr="006848A2">
        <w:rPr>
          <w:rFonts w:ascii="Menlo" w:eastAsia="Times New Roman" w:hAnsi="Menlo" w:cs="Menlo"/>
          <w:color w:val="CE9178"/>
          <w:sz w:val="18"/>
          <w:szCs w:val="18"/>
          <w:lang w:val="en-GB" w:eastAsia="en-GB"/>
        </w:rPr>
        <w:t>"username"</w:t>
      </w: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9CDCFE"/>
          <w:sz w:val="18"/>
          <w:szCs w:val="18"/>
          <w:lang w:val="en-GB" w:eastAsia="en-GB"/>
        </w:rPr>
        <w:t>type</w:t>
      </w:r>
      <w:r w:rsidRPr="006848A2">
        <w:rPr>
          <w:rFonts w:ascii="Menlo" w:eastAsia="Times New Roman" w:hAnsi="Menlo" w:cs="Menlo"/>
          <w:color w:val="D4D4D4"/>
          <w:sz w:val="18"/>
          <w:szCs w:val="18"/>
          <w:lang w:val="en-GB" w:eastAsia="en-GB"/>
        </w:rPr>
        <w:t>=</w:t>
      </w:r>
      <w:r w:rsidRPr="006848A2">
        <w:rPr>
          <w:rFonts w:ascii="Menlo" w:eastAsia="Times New Roman" w:hAnsi="Menlo" w:cs="Menlo"/>
          <w:color w:val="CE9178"/>
          <w:sz w:val="18"/>
          <w:szCs w:val="18"/>
          <w:lang w:val="en-GB" w:eastAsia="en-GB"/>
        </w:rPr>
        <w:t>"text"</w:t>
      </w: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9CDCFE"/>
          <w:sz w:val="18"/>
          <w:szCs w:val="18"/>
          <w:lang w:val="en-GB" w:eastAsia="en-GB"/>
        </w:rPr>
        <w:t>placeholder</w:t>
      </w:r>
      <w:r w:rsidRPr="006848A2">
        <w:rPr>
          <w:rFonts w:ascii="Menlo" w:eastAsia="Times New Roman" w:hAnsi="Menlo" w:cs="Menlo"/>
          <w:color w:val="D4D4D4"/>
          <w:sz w:val="18"/>
          <w:szCs w:val="18"/>
          <w:lang w:val="en-GB" w:eastAsia="en-GB"/>
        </w:rPr>
        <w:t>=</w:t>
      </w:r>
      <w:r w:rsidRPr="006848A2">
        <w:rPr>
          <w:rFonts w:ascii="Menlo" w:eastAsia="Times New Roman" w:hAnsi="Menlo" w:cs="Menlo"/>
          <w:color w:val="CE9178"/>
          <w:sz w:val="18"/>
          <w:szCs w:val="18"/>
          <w:lang w:val="en-GB" w:eastAsia="en-GB"/>
        </w:rPr>
        <w:t>"Enter username"</w:t>
      </w:r>
      <w:r w:rsidRPr="006848A2">
        <w:rPr>
          <w:rFonts w:ascii="Menlo" w:eastAsia="Times New Roman" w:hAnsi="Menlo" w:cs="Menlo"/>
          <w:color w:val="808080"/>
          <w:sz w:val="18"/>
          <w:szCs w:val="18"/>
          <w:lang w:val="en-GB" w:eastAsia="en-GB"/>
        </w:rPr>
        <w:t>&gt;</w:t>
      </w:r>
    </w:p>
    <w:p w14:paraId="1D5ABC8F" w14:textId="77777777" w:rsidR="006848A2" w:rsidRPr="006848A2" w:rsidRDefault="006848A2" w:rsidP="006848A2">
      <w:pPr>
        <w:shd w:val="clear" w:color="auto" w:fill="1E1E1E"/>
        <w:spacing w:after="240" w:line="270" w:lineRule="atLeast"/>
        <w:rPr>
          <w:rFonts w:ascii="Menlo" w:eastAsia="Times New Roman" w:hAnsi="Menlo" w:cs="Menlo"/>
          <w:color w:val="D4D4D4"/>
          <w:sz w:val="18"/>
          <w:szCs w:val="18"/>
          <w:lang w:val="en-GB" w:eastAsia="en-GB"/>
        </w:rPr>
      </w:pPr>
    </w:p>
    <w:p w14:paraId="3D007C56"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label</w:t>
      </w:r>
      <w:r w:rsidRPr="006848A2">
        <w:rPr>
          <w:rFonts w:ascii="Menlo" w:eastAsia="Times New Roman" w:hAnsi="Menlo" w:cs="Menlo"/>
          <w:color w:val="808080"/>
          <w:sz w:val="18"/>
          <w:szCs w:val="18"/>
          <w:lang w:val="en-GB" w:eastAsia="en-GB"/>
        </w:rPr>
        <w:t>&gt;</w:t>
      </w:r>
      <w:r w:rsidRPr="006848A2">
        <w:rPr>
          <w:rFonts w:ascii="Menlo" w:eastAsia="Times New Roman" w:hAnsi="Menlo" w:cs="Menlo"/>
          <w:color w:val="D4D4D4"/>
          <w:sz w:val="18"/>
          <w:szCs w:val="18"/>
          <w:lang w:val="en-GB" w:eastAsia="en-GB"/>
        </w:rPr>
        <w:t>Password:</w:t>
      </w: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label</w:t>
      </w:r>
      <w:r w:rsidRPr="006848A2">
        <w:rPr>
          <w:rFonts w:ascii="Menlo" w:eastAsia="Times New Roman" w:hAnsi="Menlo" w:cs="Menlo"/>
          <w:color w:val="808080"/>
          <w:sz w:val="18"/>
          <w:szCs w:val="18"/>
          <w:lang w:val="en-GB" w:eastAsia="en-GB"/>
        </w:rPr>
        <w:t>&gt;</w:t>
      </w:r>
    </w:p>
    <w:p w14:paraId="56AEC688"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p>
    <w:p w14:paraId="0A0340B4"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input</w:t>
      </w: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9CDCFE"/>
          <w:sz w:val="18"/>
          <w:szCs w:val="18"/>
          <w:lang w:val="en-GB" w:eastAsia="en-GB"/>
        </w:rPr>
        <w:t>id</w:t>
      </w:r>
      <w:r w:rsidRPr="006848A2">
        <w:rPr>
          <w:rFonts w:ascii="Menlo" w:eastAsia="Times New Roman" w:hAnsi="Menlo" w:cs="Menlo"/>
          <w:color w:val="D4D4D4"/>
          <w:sz w:val="18"/>
          <w:szCs w:val="18"/>
          <w:lang w:val="en-GB" w:eastAsia="en-GB"/>
        </w:rPr>
        <w:t>=</w:t>
      </w:r>
      <w:r w:rsidRPr="006848A2">
        <w:rPr>
          <w:rFonts w:ascii="Menlo" w:eastAsia="Times New Roman" w:hAnsi="Menlo" w:cs="Menlo"/>
          <w:color w:val="CE9178"/>
          <w:sz w:val="18"/>
          <w:szCs w:val="18"/>
          <w:lang w:val="en-GB" w:eastAsia="en-GB"/>
        </w:rPr>
        <w:t>"password"</w:t>
      </w: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9CDCFE"/>
          <w:sz w:val="18"/>
          <w:szCs w:val="18"/>
          <w:lang w:val="en-GB" w:eastAsia="en-GB"/>
        </w:rPr>
        <w:t>type</w:t>
      </w:r>
      <w:r w:rsidRPr="006848A2">
        <w:rPr>
          <w:rFonts w:ascii="Menlo" w:eastAsia="Times New Roman" w:hAnsi="Menlo" w:cs="Menlo"/>
          <w:color w:val="D4D4D4"/>
          <w:sz w:val="18"/>
          <w:szCs w:val="18"/>
          <w:lang w:val="en-GB" w:eastAsia="en-GB"/>
        </w:rPr>
        <w:t>=</w:t>
      </w:r>
      <w:r w:rsidRPr="006848A2">
        <w:rPr>
          <w:rFonts w:ascii="Menlo" w:eastAsia="Times New Roman" w:hAnsi="Menlo" w:cs="Menlo"/>
          <w:color w:val="CE9178"/>
          <w:sz w:val="18"/>
          <w:szCs w:val="18"/>
          <w:lang w:val="en-GB" w:eastAsia="en-GB"/>
        </w:rPr>
        <w:t>"password"</w:t>
      </w: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9CDCFE"/>
          <w:sz w:val="18"/>
          <w:szCs w:val="18"/>
          <w:lang w:val="en-GB" w:eastAsia="en-GB"/>
        </w:rPr>
        <w:t>placeholder</w:t>
      </w:r>
      <w:r w:rsidRPr="006848A2">
        <w:rPr>
          <w:rFonts w:ascii="Menlo" w:eastAsia="Times New Roman" w:hAnsi="Menlo" w:cs="Menlo"/>
          <w:color w:val="D4D4D4"/>
          <w:sz w:val="18"/>
          <w:szCs w:val="18"/>
          <w:lang w:val="en-GB" w:eastAsia="en-GB"/>
        </w:rPr>
        <w:t>=</w:t>
      </w:r>
      <w:r w:rsidRPr="006848A2">
        <w:rPr>
          <w:rFonts w:ascii="Menlo" w:eastAsia="Times New Roman" w:hAnsi="Menlo" w:cs="Menlo"/>
          <w:color w:val="CE9178"/>
          <w:sz w:val="18"/>
          <w:szCs w:val="18"/>
          <w:lang w:val="en-GB" w:eastAsia="en-GB"/>
        </w:rPr>
        <w:t>"Enter password"</w:t>
      </w:r>
      <w:r w:rsidRPr="006848A2">
        <w:rPr>
          <w:rFonts w:ascii="Menlo" w:eastAsia="Times New Roman" w:hAnsi="Menlo" w:cs="Menlo"/>
          <w:color w:val="808080"/>
          <w:sz w:val="18"/>
          <w:szCs w:val="18"/>
          <w:lang w:val="en-GB" w:eastAsia="en-GB"/>
        </w:rPr>
        <w:t>&gt;</w:t>
      </w:r>
    </w:p>
    <w:p w14:paraId="39D5DF15" w14:textId="77777777" w:rsidR="006848A2" w:rsidRPr="006848A2" w:rsidRDefault="006848A2" w:rsidP="006848A2">
      <w:pPr>
        <w:shd w:val="clear" w:color="auto" w:fill="1E1E1E"/>
        <w:spacing w:after="240" w:line="270" w:lineRule="atLeast"/>
        <w:rPr>
          <w:rFonts w:ascii="Menlo" w:eastAsia="Times New Roman" w:hAnsi="Menlo" w:cs="Menlo"/>
          <w:color w:val="D4D4D4"/>
          <w:sz w:val="18"/>
          <w:szCs w:val="18"/>
          <w:lang w:val="en-GB" w:eastAsia="en-GB"/>
        </w:rPr>
      </w:pPr>
    </w:p>
    <w:p w14:paraId="5CDBEA1D"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button</w:t>
      </w: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9CDCFE"/>
          <w:sz w:val="18"/>
          <w:szCs w:val="18"/>
          <w:lang w:val="en-GB" w:eastAsia="en-GB"/>
        </w:rPr>
        <w:t>onclick</w:t>
      </w:r>
      <w:r w:rsidRPr="006848A2">
        <w:rPr>
          <w:rFonts w:ascii="Menlo" w:eastAsia="Times New Roman" w:hAnsi="Menlo" w:cs="Menlo"/>
          <w:color w:val="D4D4D4"/>
          <w:sz w:val="18"/>
          <w:szCs w:val="18"/>
          <w:lang w:val="en-GB" w:eastAsia="en-GB"/>
        </w:rPr>
        <w:t>=</w:t>
      </w:r>
      <w:r w:rsidRPr="006848A2">
        <w:rPr>
          <w:rFonts w:ascii="Menlo" w:eastAsia="Times New Roman" w:hAnsi="Menlo" w:cs="Menlo"/>
          <w:color w:val="CE9178"/>
          <w:sz w:val="18"/>
          <w:szCs w:val="18"/>
          <w:lang w:val="en-GB" w:eastAsia="en-GB"/>
        </w:rPr>
        <w:t>"</w:t>
      </w:r>
      <w:proofErr w:type="gramStart"/>
      <w:r w:rsidRPr="006848A2">
        <w:rPr>
          <w:rFonts w:ascii="Menlo" w:eastAsia="Times New Roman" w:hAnsi="Menlo" w:cs="Menlo"/>
          <w:color w:val="DCDCAA"/>
          <w:sz w:val="18"/>
          <w:szCs w:val="18"/>
          <w:lang w:val="en-GB" w:eastAsia="en-GB"/>
        </w:rPr>
        <w:t>login</w:t>
      </w:r>
      <w:r w:rsidRPr="006848A2">
        <w:rPr>
          <w:rFonts w:ascii="Menlo" w:eastAsia="Times New Roman" w:hAnsi="Menlo" w:cs="Menlo"/>
          <w:color w:val="CE9178"/>
          <w:sz w:val="18"/>
          <w:szCs w:val="18"/>
          <w:lang w:val="en-GB" w:eastAsia="en-GB"/>
        </w:rPr>
        <w:t>(</w:t>
      </w:r>
      <w:proofErr w:type="gramEnd"/>
      <w:r w:rsidRPr="006848A2">
        <w:rPr>
          <w:rFonts w:ascii="Menlo" w:eastAsia="Times New Roman" w:hAnsi="Menlo" w:cs="Menlo"/>
          <w:color w:val="CE9178"/>
          <w:sz w:val="18"/>
          <w:szCs w:val="18"/>
          <w:lang w:val="en-GB" w:eastAsia="en-GB"/>
        </w:rPr>
        <w:t>)"</w:t>
      </w:r>
      <w:r w:rsidRPr="006848A2">
        <w:rPr>
          <w:rFonts w:ascii="Menlo" w:eastAsia="Times New Roman" w:hAnsi="Menlo" w:cs="Menlo"/>
          <w:color w:val="808080"/>
          <w:sz w:val="18"/>
          <w:szCs w:val="18"/>
          <w:lang w:val="en-GB" w:eastAsia="en-GB"/>
        </w:rPr>
        <w:t>&gt;</w:t>
      </w:r>
    </w:p>
    <w:p w14:paraId="7BB1514B"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D4D4D4"/>
          <w:sz w:val="18"/>
          <w:szCs w:val="18"/>
          <w:lang w:val="en-GB" w:eastAsia="en-GB"/>
        </w:rPr>
        <w:t xml:space="preserve">        Login</w:t>
      </w:r>
    </w:p>
    <w:p w14:paraId="5C88A6A0"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button</w:t>
      </w:r>
      <w:r w:rsidRPr="006848A2">
        <w:rPr>
          <w:rFonts w:ascii="Menlo" w:eastAsia="Times New Roman" w:hAnsi="Menlo" w:cs="Menlo"/>
          <w:color w:val="808080"/>
          <w:sz w:val="18"/>
          <w:szCs w:val="18"/>
          <w:lang w:val="en-GB" w:eastAsia="en-GB"/>
        </w:rPr>
        <w:t>&gt;</w:t>
      </w:r>
    </w:p>
    <w:p w14:paraId="016D360D" w14:textId="77777777" w:rsidR="006848A2" w:rsidRPr="006848A2" w:rsidRDefault="006848A2" w:rsidP="006848A2">
      <w:pPr>
        <w:shd w:val="clear" w:color="auto" w:fill="1E1E1E"/>
        <w:spacing w:after="240" w:line="270" w:lineRule="atLeast"/>
        <w:rPr>
          <w:rFonts w:ascii="Menlo" w:eastAsia="Times New Roman" w:hAnsi="Menlo" w:cs="Menlo"/>
          <w:color w:val="D4D4D4"/>
          <w:sz w:val="18"/>
          <w:szCs w:val="18"/>
          <w:lang w:val="en-GB" w:eastAsia="en-GB"/>
        </w:rPr>
      </w:pPr>
    </w:p>
    <w:p w14:paraId="55BF2FBE"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p</w:t>
      </w: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9CDCFE"/>
          <w:sz w:val="18"/>
          <w:szCs w:val="18"/>
          <w:lang w:val="en-GB" w:eastAsia="en-GB"/>
        </w:rPr>
        <w:t>id</w:t>
      </w:r>
      <w:r w:rsidRPr="006848A2">
        <w:rPr>
          <w:rFonts w:ascii="Menlo" w:eastAsia="Times New Roman" w:hAnsi="Menlo" w:cs="Menlo"/>
          <w:color w:val="D4D4D4"/>
          <w:sz w:val="18"/>
          <w:szCs w:val="18"/>
          <w:lang w:val="en-GB" w:eastAsia="en-GB"/>
        </w:rPr>
        <w:t>=</w:t>
      </w:r>
      <w:r w:rsidRPr="006848A2">
        <w:rPr>
          <w:rFonts w:ascii="Menlo" w:eastAsia="Times New Roman" w:hAnsi="Menlo" w:cs="Menlo"/>
          <w:color w:val="CE9178"/>
          <w:sz w:val="18"/>
          <w:szCs w:val="18"/>
          <w:lang w:val="en-GB" w:eastAsia="en-GB"/>
        </w:rPr>
        <w:t>"message"</w:t>
      </w:r>
      <w:r w:rsidRPr="006848A2">
        <w:rPr>
          <w:rFonts w:ascii="Menlo" w:eastAsia="Times New Roman" w:hAnsi="Menlo" w:cs="Menlo"/>
          <w:color w:val="808080"/>
          <w:sz w:val="18"/>
          <w:szCs w:val="18"/>
          <w:lang w:val="en-GB" w:eastAsia="en-GB"/>
        </w:rPr>
        <w:t>&gt;&lt;/</w:t>
      </w:r>
      <w:r w:rsidRPr="006848A2">
        <w:rPr>
          <w:rFonts w:ascii="Menlo" w:eastAsia="Times New Roman" w:hAnsi="Menlo" w:cs="Menlo"/>
          <w:color w:val="569CD6"/>
          <w:sz w:val="18"/>
          <w:szCs w:val="18"/>
          <w:lang w:val="en-GB" w:eastAsia="en-GB"/>
        </w:rPr>
        <w:t>p</w:t>
      </w:r>
      <w:r w:rsidRPr="006848A2">
        <w:rPr>
          <w:rFonts w:ascii="Menlo" w:eastAsia="Times New Roman" w:hAnsi="Menlo" w:cs="Menlo"/>
          <w:color w:val="808080"/>
          <w:sz w:val="18"/>
          <w:szCs w:val="18"/>
          <w:lang w:val="en-GB" w:eastAsia="en-GB"/>
        </w:rPr>
        <w:t>&gt;</w:t>
      </w:r>
    </w:p>
    <w:p w14:paraId="22976D82" w14:textId="77777777" w:rsidR="006848A2" w:rsidRPr="006848A2" w:rsidRDefault="006848A2" w:rsidP="006848A2">
      <w:pPr>
        <w:shd w:val="clear" w:color="auto" w:fill="1E1E1E"/>
        <w:spacing w:after="240" w:line="270" w:lineRule="atLeast"/>
        <w:rPr>
          <w:rFonts w:ascii="Menlo" w:eastAsia="Times New Roman" w:hAnsi="Menlo" w:cs="Menlo"/>
          <w:color w:val="D4D4D4"/>
          <w:sz w:val="18"/>
          <w:szCs w:val="18"/>
          <w:lang w:val="en-GB" w:eastAsia="en-GB"/>
        </w:rPr>
      </w:pPr>
    </w:p>
    <w:p w14:paraId="2650DF3B"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div</w:t>
      </w:r>
      <w:r w:rsidRPr="006848A2">
        <w:rPr>
          <w:rFonts w:ascii="Menlo" w:eastAsia="Times New Roman" w:hAnsi="Menlo" w:cs="Menlo"/>
          <w:color w:val="808080"/>
          <w:sz w:val="18"/>
          <w:szCs w:val="18"/>
          <w:lang w:val="en-GB" w:eastAsia="en-GB"/>
        </w:rPr>
        <w:t>&gt;</w:t>
      </w:r>
    </w:p>
    <w:p w14:paraId="0790AD75" w14:textId="77777777" w:rsidR="006848A2" w:rsidRPr="006848A2" w:rsidRDefault="006848A2" w:rsidP="006848A2">
      <w:pPr>
        <w:shd w:val="clear" w:color="auto" w:fill="1E1E1E"/>
        <w:spacing w:after="24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D4D4D4"/>
          <w:sz w:val="18"/>
          <w:szCs w:val="18"/>
          <w:lang w:val="en-GB" w:eastAsia="en-GB"/>
        </w:rPr>
        <w:br/>
      </w:r>
    </w:p>
    <w:p w14:paraId="545B1EDF"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script</w:t>
      </w:r>
      <w:r w:rsidRPr="006848A2">
        <w:rPr>
          <w:rFonts w:ascii="Menlo" w:eastAsia="Times New Roman" w:hAnsi="Menlo" w:cs="Menlo"/>
          <w:color w:val="D4D4D4"/>
          <w:sz w:val="18"/>
          <w:szCs w:val="18"/>
          <w:lang w:val="en-GB" w:eastAsia="en-GB"/>
        </w:rPr>
        <w:t xml:space="preserve"> </w:t>
      </w:r>
      <w:r w:rsidRPr="006848A2">
        <w:rPr>
          <w:rFonts w:ascii="Menlo" w:eastAsia="Times New Roman" w:hAnsi="Menlo" w:cs="Menlo"/>
          <w:color w:val="9CDCFE"/>
          <w:sz w:val="18"/>
          <w:szCs w:val="18"/>
          <w:lang w:val="en-GB" w:eastAsia="en-GB"/>
        </w:rPr>
        <w:t>src</w:t>
      </w:r>
      <w:r w:rsidRPr="006848A2">
        <w:rPr>
          <w:rFonts w:ascii="Menlo" w:eastAsia="Times New Roman" w:hAnsi="Menlo" w:cs="Menlo"/>
          <w:color w:val="D4D4D4"/>
          <w:sz w:val="18"/>
          <w:szCs w:val="18"/>
          <w:lang w:val="en-GB" w:eastAsia="en-GB"/>
        </w:rPr>
        <w:t>=</w:t>
      </w:r>
      <w:r w:rsidRPr="006848A2">
        <w:rPr>
          <w:rFonts w:ascii="Menlo" w:eastAsia="Times New Roman" w:hAnsi="Menlo" w:cs="Menlo"/>
          <w:color w:val="CE9178"/>
          <w:sz w:val="18"/>
          <w:szCs w:val="18"/>
          <w:lang w:val="en-GB" w:eastAsia="en-GB"/>
        </w:rPr>
        <w:t>"./js/login.js"</w:t>
      </w:r>
      <w:r w:rsidRPr="006848A2">
        <w:rPr>
          <w:rFonts w:ascii="Menlo" w:eastAsia="Times New Roman" w:hAnsi="Menlo" w:cs="Menlo"/>
          <w:color w:val="808080"/>
          <w:sz w:val="18"/>
          <w:szCs w:val="18"/>
          <w:lang w:val="en-GB" w:eastAsia="en-GB"/>
        </w:rPr>
        <w:t>&gt;&lt;/</w:t>
      </w:r>
      <w:r w:rsidRPr="006848A2">
        <w:rPr>
          <w:rFonts w:ascii="Menlo" w:eastAsia="Times New Roman" w:hAnsi="Menlo" w:cs="Menlo"/>
          <w:color w:val="569CD6"/>
          <w:sz w:val="18"/>
          <w:szCs w:val="18"/>
          <w:lang w:val="en-GB" w:eastAsia="en-GB"/>
        </w:rPr>
        <w:t>script</w:t>
      </w:r>
      <w:r w:rsidRPr="006848A2">
        <w:rPr>
          <w:rFonts w:ascii="Menlo" w:eastAsia="Times New Roman" w:hAnsi="Menlo" w:cs="Menlo"/>
          <w:color w:val="808080"/>
          <w:sz w:val="18"/>
          <w:szCs w:val="18"/>
          <w:lang w:val="en-GB" w:eastAsia="en-GB"/>
        </w:rPr>
        <w:t>&gt;</w:t>
      </w:r>
    </w:p>
    <w:p w14:paraId="46BC21C9" w14:textId="77777777" w:rsidR="006848A2" w:rsidRPr="006848A2" w:rsidRDefault="006848A2" w:rsidP="006848A2">
      <w:pPr>
        <w:shd w:val="clear" w:color="auto" w:fill="1E1E1E"/>
        <w:spacing w:after="240" w:line="270" w:lineRule="atLeast"/>
        <w:rPr>
          <w:rFonts w:ascii="Menlo" w:eastAsia="Times New Roman" w:hAnsi="Menlo" w:cs="Menlo"/>
          <w:color w:val="D4D4D4"/>
          <w:sz w:val="18"/>
          <w:szCs w:val="18"/>
          <w:lang w:val="en-GB" w:eastAsia="en-GB"/>
        </w:rPr>
      </w:pPr>
    </w:p>
    <w:p w14:paraId="3A68EE84"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body</w:t>
      </w:r>
      <w:r w:rsidRPr="006848A2">
        <w:rPr>
          <w:rFonts w:ascii="Menlo" w:eastAsia="Times New Roman" w:hAnsi="Menlo" w:cs="Menlo"/>
          <w:color w:val="808080"/>
          <w:sz w:val="18"/>
          <w:szCs w:val="18"/>
          <w:lang w:val="en-GB" w:eastAsia="en-GB"/>
        </w:rPr>
        <w:t>&gt;</w:t>
      </w:r>
    </w:p>
    <w:p w14:paraId="66931744"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p>
    <w:p w14:paraId="33F07953" w14:textId="77777777" w:rsidR="006848A2" w:rsidRPr="006848A2" w:rsidRDefault="006848A2" w:rsidP="006848A2">
      <w:pPr>
        <w:shd w:val="clear" w:color="auto" w:fill="1E1E1E"/>
        <w:spacing w:after="0" w:line="270" w:lineRule="atLeast"/>
        <w:rPr>
          <w:rFonts w:ascii="Menlo" w:eastAsia="Times New Roman" w:hAnsi="Menlo" w:cs="Menlo"/>
          <w:color w:val="D4D4D4"/>
          <w:sz w:val="18"/>
          <w:szCs w:val="18"/>
          <w:lang w:val="en-GB" w:eastAsia="en-GB"/>
        </w:rPr>
      </w:pPr>
      <w:r w:rsidRPr="006848A2">
        <w:rPr>
          <w:rFonts w:ascii="Menlo" w:eastAsia="Times New Roman" w:hAnsi="Menlo" w:cs="Menlo"/>
          <w:color w:val="808080"/>
          <w:sz w:val="18"/>
          <w:szCs w:val="18"/>
          <w:lang w:val="en-GB" w:eastAsia="en-GB"/>
        </w:rPr>
        <w:t>&lt;/</w:t>
      </w:r>
      <w:r w:rsidRPr="006848A2">
        <w:rPr>
          <w:rFonts w:ascii="Menlo" w:eastAsia="Times New Roman" w:hAnsi="Menlo" w:cs="Menlo"/>
          <w:color w:val="569CD6"/>
          <w:sz w:val="18"/>
          <w:szCs w:val="18"/>
          <w:lang w:val="en-GB" w:eastAsia="en-GB"/>
        </w:rPr>
        <w:t>html</w:t>
      </w:r>
      <w:r w:rsidRPr="006848A2">
        <w:rPr>
          <w:rFonts w:ascii="Menlo" w:eastAsia="Times New Roman" w:hAnsi="Menlo" w:cs="Menlo"/>
          <w:color w:val="808080"/>
          <w:sz w:val="18"/>
          <w:szCs w:val="18"/>
          <w:lang w:val="en-GB" w:eastAsia="en-GB"/>
        </w:rPr>
        <w:t>&gt;</w:t>
      </w:r>
    </w:p>
    <w:p w14:paraId="06DAC752" w14:textId="2B6B3507" w:rsidR="00035DB5" w:rsidRDefault="00035DB5"/>
    <w:p w14:paraId="135B8EFE" w14:textId="77777777" w:rsidR="00CE359A" w:rsidRPr="00CE359A" w:rsidRDefault="00035DB5" w:rsidP="00CE359A">
      <w:pPr>
        <w:shd w:val="clear" w:color="auto" w:fill="1E1E1E"/>
        <w:spacing w:line="270" w:lineRule="atLeast"/>
        <w:rPr>
          <w:rFonts w:ascii="Menlo" w:eastAsia="Times New Roman" w:hAnsi="Menlo" w:cs="Menlo"/>
          <w:color w:val="D4D4D4"/>
          <w:sz w:val="18"/>
          <w:szCs w:val="18"/>
          <w:lang w:val="en-GB" w:eastAsia="en-GB"/>
        </w:rPr>
      </w:pPr>
      <w:r>
        <w:t>Login CSS:</w:t>
      </w:r>
      <w:r w:rsidR="006848A2">
        <w:t xml:space="preserve"> </w:t>
      </w:r>
      <w:r w:rsidR="00CE359A" w:rsidRPr="00CE359A">
        <w:rPr>
          <w:rFonts w:ascii="Menlo" w:eastAsia="Times New Roman" w:hAnsi="Menlo" w:cs="Menlo"/>
          <w:color w:val="6A9955"/>
          <w:sz w:val="18"/>
          <w:szCs w:val="18"/>
          <w:lang w:val="en-GB" w:eastAsia="en-GB"/>
        </w:rPr>
        <w:t>/* Login Page */</w:t>
      </w:r>
    </w:p>
    <w:p w14:paraId="3A897074"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45ABE53C"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7BA7D"/>
          <w:sz w:val="18"/>
          <w:szCs w:val="18"/>
          <w:lang w:val="en-GB" w:eastAsia="en-GB"/>
        </w:rPr>
        <w:t>.login-box</w:t>
      </w:r>
      <w:r w:rsidRPr="00CE359A">
        <w:rPr>
          <w:rFonts w:ascii="Menlo" w:eastAsia="Times New Roman" w:hAnsi="Menlo" w:cs="Menlo"/>
          <w:color w:val="D4D4D4"/>
          <w:sz w:val="18"/>
          <w:szCs w:val="18"/>
          <w:lang w:val="en-GB" w:eastAsia="en-GB"/>
        </w:rPr>
        <w:t xml:space="preserve"> {</w:t>
      </w:r>
    </w:p>
    <w:p w14:paraId="6E86197E"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298CE9CA"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background</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CE9178"/>
          <w:sz w:val="18"/>
          <w:szCs w:val="18"/>
          <w:lang w:val="en-GB" w:eastAsia="en-GB"/>
        </w:rPr>
        <w:t>white</w:t>
      </w:r>
      <w:r w:rsidRPr="00CE359A">
        <w:rPr>
          <w:rFonts w:ascii="Menlo" w:eastAsia="Times New Roman" w:hAnsi="Menlo" w:cs="Menlo"/>
          <w:color w:val="D4D4D4"/>
          <w:sz w:val="18"/>
          <w:szCs w:val="18"/>
          <w:lang w:val="en-GB" w:eastAsia="en-GB"/>
        </w:rPr>
        <w:t>;</w:t>
      </w:r>
    </w:p>
    <w:p w14:paraId="1DF1BD55"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5DF91C46"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proofErr w:type="spellStart"/>
      <w:r w:rsidRPr="00CE359A">
        <w:rPr>
          <w:rFonts w:ascii="Menlo" w:eastAsia="Times New Roman" w:hAnsi="Menlo" w:cs="Menlo"/>
          <w:color w:val="9CDCFE"/>
          <w:sz w:val="18"/>
          <w:szCs w:val="18"/>
          <w:lang w:val="en-GB" w:eastAsia="en-GB"/>
        </w:rPr>
        <w:t>color</w:t>
      </w:r>
      <w:proofErr w:type="spellEnd"/>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CE9178"/>
          <w:sz w:val="18"/>
          <w:szCs w:val="18"/>
          <w:lang w:val="en-GB" w:eastAsia="en-GB"/>
        </w:rPr>
        <w:t>black</w:t>
      </w:r>
      <w:r w:rsidRPr="00CE359A">
        <w:rPr>
          <w:rFonts w:ascii="Menlo" w:eastAsia="Times New Roman" w:hAnsi="Menlo" w:cs="Menlo"/>
          <w:color w:val="D4D4D4"/>
          <w:sz w:val="18"/>
          <w:szCs w:val="18"/>
          <w:lang w:val="en-GB" w:eastAsia="en-GB"/>
        </w:rPr>
        <w:t>;</w:t>
      </w:r>
    </w:p>
    <w:p w14:paraId="38BEA4B0"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04C0C610"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lastRenderedPageBreak/>
        <w:t xml:space="preserve">    </w:t>
      </w:r>
      <w:r w:rsidRPr="00CE359A">
        <w:rPr>
          <w:rFonts w:ascii="Menlo" w:eastAsia="Times New Roman" w:hAnsi="Menlo" w:cs="Menlo"/>
          <w:color w:val="9CDCFE"/>
          <w:sz w:val="18"/>
          <w:szCs w:val="18"/>
          <w:lang w:val="en-GB" w:eastAsia="en-GB"/>
        </w:rPr>
        <w:t>width</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B5CEA8"/>
          <w:sz w:val="18"/>
          <w:szCs w:val="18"/>
          <w:lang w:val="en-GB" w:eastAsia="en-GB"/>
        </w:rPr>
        <w:t>400px</w:t>
      </w:r>
      <w:r w:rsidRPr="00CE359A">
        <w:rPr>
          <w:rFonts w:ascii="Menlo" w:eastAsia="Times New Roman" w:hAnsi="Menlo" w:cs="Menlo"/>
          <w:color w:val="D4D4D4"/>
          <w:sz w:val="18"/>
          <w:szCs w:val="18"/>
          <w:lang w:val="en-GB" w:eastAsia="en-GB"/>
        </w:rPr>
        <w:t>;</w:t>
      </w:r>
    </w:p>
    <w:p w14:paraId="727B0A48"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75466E61"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margin</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B5CEA8"/>
          <w:sz w:val="18"/>
          <w:szCs w:val="18"/>
          <w:lang w:val="en-GB" w:eastAsia="en-GB"/>
        </w:rPr>
        <w:t>80px</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CE9178"/>
          <w:sz w:val="18"/>
          <w:szCs w:val="18"/>
          <w:lang w:val="en-GB" w:eastAsia="en-GB"/>
        </w:rPr>
        <w:t>auto</w:t>
      </w:r>
      <w:r w:rsidRPr="00CE359A">
        <w:rPr>
          <w:rFonts w:ascii="Menlo" w:eastAsia="Times New Roman" w:hAnsi="Menlo" w:cs="Menlo"/>
          <w:color w:val="D4D4D4"/>
          <w:sz w:val="18"/>
          <w:szCs w:val="18"/>
          <w:lang w:val="en-GB" w:eastAsia="en-GB"/>
        </w:rPr>
        <w:t>;</w:t>
      </w:r>
    </w:p>
    <w:p w14:paraId="2A0573C1"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2E3677F9"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padding</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B5CEA8"/>
          <w:sz w:val="18"/>
          <w:szCs w:val="18"/>
          <w:lang w:val="en-GB" w:eastAsia="en-GB"/>
        </w:rPr>
        <w:t>30px</w:t>
      </w:r>
      <w:r w:rsidRPr="00CE359A">
        <w:rPr>
          <w:rFonts w:ascii="Menlo" w:eastAsia="Times New Roman" w:hAnsi="Menlo" w:cs="Menlo"/>
          <w:color w:val="D4D4D4"/>
          <w:sz w:val="18"/>
          <w:szCs w:val="18"/>
          <w:lang w:val="en-GB" w:eastAsia="en-GB"/>
        </w:rPr>
        <w:t>;</w:t>
      </w:r>
    </w:p>
    <w:p w14:paraId="7AA56285"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35C18B11"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border-radius</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B5CEA8"/>
          <w:sz w:val="18"/>
          <w:szCs w:val="18"/>
          <w:lang w:val="en-GB" w:eastAsia="en-GB"/>
        </w:rPr>
        <w:t>15px</w:t>
      </w:r>
      <w:r w:rsidRPr="00CE359A">
        <w:rPr>
          <w:rFonts w:ascii="Menlo" w:eastAsia="Times New Roman" w:hAnsi="Menlo" w:cs="Menlo"/>
          <w:color w:val="D4D4D4"/>
          <w:sz w:val="18"/>
          <w:szCs w:val="18"/>
          <w:lang w:val="en-GB" w:eastAsia="en-GB"/>
        </w:rPr>
        <w:t>;</w:t>
      </w:r>
    </w:p>
    <w:p w14:paraId="5D00E3AA"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062ADE75"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box-shadow</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B5CEA8"/>
          <w:sz w:val="18"/>
          <w:szCs w:val="18"/>
          <w:lang w:val="en-GB" w:eastAsia="en-GB"/>
        </w:rPr>
        <w:t>0px</w:t>
      </w:r>
      <w:r w:rsidRPr="00CE359A">
        <w:rPr>
          <w:rFonts w:ascii="Menlo" w:eastAsia="Times New Roman" w:hAnsi="Menlo" w:cs="Menlo"/>
          <w:color w:val="D4D4D4"/>
          <w:sz w:val="18"/>
          <w:szCs w:val="18"/>
          <w:lang w:val="en-GB" w:eastAsia="en-GB"/>
        </w:rPr>
        <w:t xml:space="preserve"> </w:t>
      </w:r>
      <w:proofErr w:type="spellStart"/>
      <w:r w:rsidRPr="00CE359A">
        <w:rPr>
          <w:rFonts w:ascii="Menlo" w:eastAsia="Times New Roman" w:hAnsi="Menlo" w:cs="Menlo"/>
          <w:color w:val="B5CEA8"/>
          <w:sz w:val="18"/>
          <w:szCs w:val="18"/>
          <w:lang w:val="en-GB" w:eastAsia="en-GB"/>
        </w:rPr>
        <w:t>0px</w:t>
      </w:r>
      <w:proofErr w:type="spellEnd"/>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B5CEA8"/>
          <w:sz w:val="18"/>
          <w:szCs w:val="18"/>
          <w:lang w:val="en-GB" w:eastAsia="en-GB"/>
        </w:rPr>
        <w:t>15px</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CE9178"/>
          <w:sz w:val="18"/>
          <w:szCs w:val="18"/>
          <w:lang w:val="en-GB" w:eastAsia="en-GB"/>
        </w:rPr>
        <w:t>black</w:t>
      </w:r>
      <w:r w:rsidRPr="00CE359A">
        <w:rPr>
          <w:rFonts w:ascii="Menlo" w:eastAsia="Times New Roman" w:hAnsi="Menlo" w:cs="Menlo"/>
          <w:color w:val="D4D4D4"/>
          <w:sz w:val="18"/>
          <w:szCs w:val="18"/>
          <w:lang w:val="en-GB" w:eastAsia="en-GB"/>
        </w:rPr>
        <w:t>;</w:t>
      </w:r>
    </w:p>
    <w:p w14:paraId="35A4DEFC"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110B3108"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w:t>
      </w:r>
    </w:p>
    <w:p w14:paraId="7564BE52" w14:textId="77777777" w:rsidR="00CE359A" w:rsidRPr="00CE359A" w:rsidRDefault="00CE359A" w:rsidP="00CE359A">
      <w:pPr>
        <w:shd w:val="clear" w:color="auto" w:fill="1E1E1E"/>
        <w:spacing w:after="240" w:line="270" w:lineRule="atLeast"/>
        <w:rPr>
          <w:rFonts w:ascii="Menlo" w:eastAsia="Times New Roman" w:hAnsi="Menlo" w:cs="Menlo"/>
          <w:color w:val="D4D4D4"/>
          <w:sz w:val="18"/>
          <w:szCs w:val="18"/>
          <w:lang w:val="en-GB" w:eastAsia="en-GB"/>
        </w:rPr>
      </w:pPr>
    </w:p>
    <w:p w14:paraId="34E63565"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7BA7D"/>
          <w:sz w:val="18"/>
          <w:szCs w:val="18"/>
          <w:lang w:val="en-GB" w:eastAsia="en-GB"/>
        </w:rPr>
        <w:t>.login-box</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D7BA7D"/>
          <w:sz w:val="18"/>
          <w:szCs w:val="18"/>
          <w:lang w:val="en-GB" w:eastAsia="en-GB"/>
        </w:rPr>
        <w:t>h2</w:t>
      </w:r>
      <w:r w:rsidRPr="00CE359A">
        <w:rPr>
          <w:rFonts w:ascii="Menlo" w:eastAsia="Times New Roman" w:hAnsi="Menlo" w:cs="Menlo"/>
          <w:color w:val="D4D4D4"/>
          <w:sz w:val="18"/>
          <w:szCs w:val="18"/>
          <w:lang w:val="en-GB" w:eastAsia="en-GB"/>
        </w:rPr>
        <w:t xml:space="preserve"> {</w:t>
      </w:r>
    </w:p>
    <w:p w14:paraId="7E9B22DA"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20950A1F"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margin-bottom</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B5CEA8"/>
          <w:sz w:val="18"/>
          <w:szCs w:val="18"/>
          <w:lang w:val="en-GB" w:eastAsia="en-GB"/>
        </w:rPr>
        <w:t>20px</w:t>
      </w:r>
      <w:r w:rsidRPr="00CE359A">
        <w:rPr>
          <w:rFonts w:ascii="Menlo" w:eastAsia="Times New Roman" w:hAnsi="Menlo" w:cs="Menlo"/>
          <w:color w:val="D4D4D4"/>
          <w:sz w:val="18"/>
          <w:szCs w:val="18"/>
          <w:lang w:val="en-GB" w:eastAsia="en-GB"/>
        </w:rPr>
        <w:t>;</w:t>
      </w:r>
    </w:p>
    <w:p w14:paraId="10B203BB"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1845E6D1"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w:t>
      </w:r>
    </w:p>
    <w:p w14:paraId="4CB49726" w14:textId="77777777" w:rsidR="00CE359A" w:rsidRPr="00CE359A" w:rsidRDefault="00CE359A" w:rsidP="00CE359A">
      <w:pPr>
        <w:shd w:val="clear" w:color="auto" w:fill="1E1E1E"/>
        <w:spacing w:after="240" w:line="270" w:lineRule="atLeast"/>
        <w:rPr>
          <w:rFonts w:ascii="Menlo" w:eastAsia="Times New Roman" w:hAnsi="Menlo" w:cs="Menlo"/>
          <w:color w:val="D4D4D4"/>
          <w:sz w:val="18"/>
          <w:szCs w:val="18"/>
          <w:lang w:val="en-GB" w:eastAsia="en-GB"/>
        </w:rPr>
      </w:pPr>
    </w:p>
    <w:p w14:paraId="471761A0"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7BA7D"/>
          <w:sz w:val="18"/>
          <w:szCs w:val="18"/>
          <w:lang w:val="en-GB" w:eastAsia="en-GB"/>
        </w:rPr>
        <w:t>.login-box</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D7BA7D"/>
          <w:sz w:val="18"/>
          <w:szCs w:val="18"/>
          <w:lang w:val="en-GB" w:eastAsia="en-GB"/>
        </w:rPr>
        <w:t>input</w:t>
      </w:r>
      <w:r w:rsidRPr="00CE359A">
        <w:rPr>
          <w:rFonts w:ascii="Menlo" w:eastAsia="Times New Roman" w:hAnsi="Menlo" w:cs="Menlo"/>
          <w:color w:val="D4D4D4"/>
          <w:sz w:val="18"/>
          <w:szCs w:val="18"/>
          <w:lang w:val="en-GB" w:eastAsia="en-GB"/>
        </w:rPr>
        <w:t xml:space="preserve"> {</w:t>
      </w:r>
    </w:p>
    <w:p w14:paraId="67090247"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5FA93EC0"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width</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B5CEA8"/>
          <w:sz w:val="18"/>
          <w:szCs w:val="18"/>
          <w:lang w:val="en-GB" w:eastAsia="en-GB"/>
        </w:rPr>
        <w:t>90%</w:t>
      </w:r>
      <w:r w:rsidRPr="00CE359A">
        <w:rPr>
          <w:rFonts w:ascii="Menlo" w:eastAsia="Times New Roman" w:hAnsi="Menlo" w:cs="Menlo"/>
          <w:color w:val="D4D4D4"/>
          <w:sz w:val="18"/>
          <w:szCs w:val="18"/>
          <w:lang w:val="en-GB" w:eastAsia="en-GB"/>
        </w:rPr>
        <w:t>;</w:t>
      </w:r>
    </w:p>
    <w:p w14:paraId="7AD9273C"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77C320AE"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padding</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B5CEA8"/>
          <w:sz w:val="18"/>
          <w:szCs w:val="18"/>
          <w:lang w:val="en-GB" w:eastAsia="en-GB"/>
        </w:rPr>
        <w:t>10px</w:t>
      </w:r>
      <w:r w:rsidRPr="00CE359A">
        <w:rPr>
          <w:rFonts w:ascii="Menlo" w:eastAsia="Times New Roman" w:hAnsi="Menlo" w:cs="Menlo"/>
          <w:color w:val="D4D4D4"/>
          <w:sz w:val="18"/>
          <w:szCs w:val="18"/>
          <w:lang w:val="en-GB" w:eastAsia="en-GB"/>
        </w:rPr>
        <w:t>;</w:t>
      </w:r>
    </w:p>
    <w:p w14:paraId="13C9A508"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39CCD416"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margin</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B5CEA8"/>
          <w:sz w:val="18"/>
          <w:szCs w:val="18"/>
          <w:lang w:val="en-GB" w:eastAsia="en-GB"/>
        </w:rPr>
        <w:t>10px</w:t>
      </w:r>
      <w:r w:rsidRPr="00CE359A">
        <w:rPr>
          <w:rFonts w:ascii="Menlo" w:eastAsia="Times New Roman" w:hAnsi="Menlo" w:cs="Menlo"/>
          <w:color w:val="D4D4D4"/>
          <w:sz w:val="18"/>
          <w:szCs w:val="18"/>
          <w:lang w:val="en-GB" w:eastAsia="en-GB"/>
        </w:rPr>
        <w:t>;</w:t>
      </w:r>
    </w:p>
    <w:p w14:paraId="01F121F8"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1AB0CFA2"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border-radius</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B5CEA8"/>
          <w:sz w:val="18"/>
          <w:szCs w:val="18"/>
          <w:lang w:val="en-GB" w:eastAsia="en-GB"/>
        </w:rPr>
        <w:t>10px</w:t>
      </w:r>
      <w:r w:rsidRPr="00CE359A">
        <w:rPr>
          <w:rFonts w:ascii="Menlo" w:eastAsia="Times New Roman" w:hAnsi="Menlo" w:cs="Menlo"/>
          <w:color w:val="D4D4D4"/>
          <w:sz w:val="18"/>
          <w:szCs w:val="18"/>
          <w:lang w:val="en-GB" w:eastAsia="en-GB"/>
        </w:rPr>
        <w:t>;</w:t>
      </w:r>
    </w:p>
    <w:p w14:paraId="0C1A3799"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64D3A679"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border</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B5CEA8"/>
          <w:sz w:val="18"/>
          <w:szCs w:val="18"/>
          <w:lang w:val="en-GB" w:eastAsia="en-GB"/>
        </w:rPr>
        <w:t>1px</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CE9178"/>
          <w:sz w:val="18"/>
          <w:szCs w:val="18"/>
          <w:lang w:val="en-GB" w:eastAsia="en-GB"/>
        </w:rPr>
        <w:t>solid</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CE9178"/>
          <w:sz w:val="18"/>
          <w:szCs w:val="18"/>
          <w:lang w:val="en-GB" w:eastAsia="en-GB"/>
        </w:rPr>
        <w:t>grey</w:t>
      </w:r>
      <w:r w:rsidRPr="00CE359A">
        <w:rPr>
          <w:rFonts w:ascii="Menlo" w:eastAsia="Times New Roman" w:hAnsi="Menlo" w:cs="Menlo"/>
          <w:color w:val="D4D4D4"/>
          <w:sz w:val="18"/>
          <w:szCs w:val="18"/>
          <w:lang w:val="en-GB" w:eastAsia="en-GB"/>
        </w:rPr>
        <w:t>;</w:t>
      </w:r>
    </w:p>
    <w:p w14:paraId="26A64B26"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549DA674"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w:t>
      </w:r>
    </w:p>
    <w:p w14:paraId="3F078C14" w14:textId="77777777" w:rsidR="00CE359A" w:rsidRPr="00CE359A" w:rsidRDefault="00CE359A" w:rsidP="00CE359A">
      <w:pPr>
        <w:shd w:val="clear" w:color="auto" w:fill="1E1E1E"/>
        <w:spacing w:after="240" w:line="270" w:lineRule="atLeast"/>
        <w:rPr>
          <w:rFonts w:ascii="Menlo" w:eastAsia="Times New Roman" w:hAnsi="Menlo" w:cs="Menlo"/>
          <w:color w:val="D4D4D4"/>
          <w:sz w:val="18"/>
          <w:szCs w:val="18"/>
          <w:lang w:val="en-GB" w:eastAsia="en-GB"/>
        </w:rPr>
      </w:pPr>
    </w:p>
    <w:p w14:paraId="1F95B03D"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7BA7D"/>
          <w:sz w:val="18"/>
          <w:szCs w:val="18"/>
          <w:lang w:val="en-GB" w:eastAsia="en-GB"/>
        </w:rPr>
        <w:t>.login-box</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D7BA7D"/>
          <w:sz w:val="18"/>
          <w:szCs w:val="18"/>
          <w:lang w:val="en-GB" w:eastAsia="en-GB"/>
        </w:rPr>
        <w:t>button</w:t>
      </w:r>
      <w:r w:rsidRPr="00CE359A">
        <w:rPr>
          <w:rFonts w:ascii="Menlo" w:eastAsia="Times New Roman" w:hAnsi="Menlo" w:cs="Menlo"/>
          <w:color w:val="D4D4D4"/>
          <w:sz w:val="18"/>
          <w:szCs w:val="18"/>
          <w:lang w:val="en-GB" w:eastAsia="en-GB"/>
        </w:rPr>
        <w:t xml:space="preserve"> {</w:t>
      </w:r>
    </w:p>
    <w:p w14:paraId="4C96C6E3"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4F58CB2E"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margin</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B5CEA8"/>
          <w:sz w:val="18"/>
          <w:szCs w:val="18"/>
          <w:lang w:val="en-GB" w:eastAsia="en-GB"/>
        </w:rPr>
        <w:t>5px</w:t>
      </w:r>
      <w:r w:rsidRPr="00CE359A">
        <w:rPr>
          <w:rFonts w:ascii="Menlo" w:eastAsia="Times New Roman" w:hAnsi="Menlo" w:cs="Menlo"/>
          <w:color w:val="D4D4D4"/>
          <w:sz w:val="18"/>
          <w:szCs w:val="18"/>
          <w:lang w:val="en-GB" w:eastAsia="en-GB"/>
        </w:rPr>
        <w:t>;</w:t>
      </w:r>
    </w:p>
    <w:p w14:paraId="1C777FF3"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2F7457C2"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proofErr w:type="gramStart"/>
      <w:r w:rsidRPr="00CE359A">
        <w:rPr>
          <w:rFonts w:ascii="Menlo" w:eastAsia="Times New Roman" w:hAnsi="Menlo" w:cs="Menlo"/>
          <w:color w:val="9CDCFE"/>
          <w:sz w:val="18"/>
          <w:szCs w:val="18"/>
          <w:lang w:val="en-GB" w:eastAsia="en-GB"/>
        </w:rPr>
        <w:t>background</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CE9178"/>
          <w:sz w:val="18"/>
          <w:szCs w:val="18"/>
          <w:lang w:val="en-GB" w:eastAsia="en-GB"/>
        </w:rPr>
        <w:t>#</w:t>
      </w:r>
      <w:proofErr w:type="gramEnd"/>
      <w:r w:rsidRPr="00CE359A">
        <w:rPr>
          <w:rFonts w:ascii="Menlo" w:eastAsia="Times New Roman" w:hAnsi="Menlo" w:cs="Menlo"/>
          <w:color w:val="CE9178"/>
          <w:sz w:val="18"/>
          <w:szCs w:val="18"/>
          <w:lang w:val="en-GB" w:eastAsia="en-GB"/>
        </w:rPr>
        <w:t>003366</w:t>
      </w:r>
      <w:r w:rsidRPr="00CE359A">
        <w:rPr>
          <w:rFonts w:ascii="Menlo" w:eastAsia="Times New Roman" w:hAnsi="Menlo" w:cs="Menlo"/>
          <w:color w:val="D4D4D4"/>
          <w:sz w:val="18"/>
          <w:szCs w:val="18"/>
          <w:lang w:val="en-GB" w:eastAsia="en-GB"/>
        </w:rPr>
        <w:t>;</w:t>
      </w:r>
    </w:p>
    <w:p w14:paraId="1D577616"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3F59DDD8"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proofErr w:type="spellStart"/>
      <w:proofErr w:type="gramStart"/>
      <w:r w:rsidRPr="00CE359A">
        <w:rPr>
          <w:rFonts w:ascii="Menlo" w:eastAsia="Times New Roman" w:hAnsi="Menlo" w:cs="Menlo"/>
          <w:color w:val="9CDCFE"/>
          <w:sz w:val="18"/>
          <w:szCs w:val="18"/>
          <w:lang w:val="en-GB" w:eastAsia="en-GB"/>
        </w:rPr>
        <w:t>color</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CE9178"/>
          <w:sz w:val="18"/>
          <w:szCs w:val="18"/>
          <w:lang w:val="en-GB" w:eastAsia="en-GB"/>
        </w:rPr>
        <w:t>white</w:t>
      </w:r>
      <w:proofErr w:type="spellEnd"/>
      <w:proofErr w:type="gramEnd"/>
      <w:r w:rsidRPr="00CE359A">
        <w:rPr>
          <w:rFonts w:ascii="Menlo" w:eastAsia="Times New Roman" w:hAnsi="Menlo" w:cs="Menlo"/>
          <w:color w:val="D4D4D4"/>
          <w:sz w:val="18"/>
          <w:szCs w:val="18"/>
          <w:lang w:val="en-GB" w:eastAsia="en-GB"/>
        </w:rPr>
        <w:t>;</w:t>
      </w:r>
    </w:p>
    <w:p w14:paraId="75A0759E"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27CD198C"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padding</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B5CEA8"/>
          <w:sz w:val="18"/>
          <w:szCs w:val="18"/>
          <w:lang w:val="en-GB" w:eastAsia="en-GB"/>
        </w:rPr>
        <w:t>10px</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B5CEA8"/>
          <w:sz w:val="18"/>
          <w:szCs w:val="18"/>
          <w:lang w:val="en-GB" w:eastAsia="en-GB"/>
        </w:rPr>
        <w:t>20px</w:t>
      </w:r>
      <w:r w:rsidRPr="00CE359A">
        <w:rPr>
          <w:rFonts w:ascii="Menlo" w:eastAsia="Times New Roman" w:hAnsi="Menlo" w:cs="Menlo"/>
          <w:color w:val="D4D4D4"/>
          <w:sz w:val="18"/>
          <w:szCs w:val="18"/>
          <w:lang w:val="en-GB" w:eastAsia="en-GB"/>
        </w:rPr>
        <w:t>;</w:t>
      </w:r>
    </w:p>
    <w:p w14:paraId="0259E01D"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4CF75A41"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border-radius</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B5CEA8"/>
          <w:sz w:val="18"/>
          <w:szCs w:val="18"/>
          <w:lang w:val="en-GB" w:eastAsia="en-GB"/>
        </w:rPr>
        <w:t>20px</w:t>
      </w:r>
      <w:r w:rsidRPr="00CE359A">
        <w:rPr>
          <w:rFonts w:ascii="Menlo" w:eastAsia="Times New Roman" w:hAnsi="Menlo" w:cs="Menlo"/>
          <w:color w:val="D4D4D4"/>
          <w:sz w:val="18"/>
          <w:szCs w:val="18"/>
          <w:lang w:val="en-GB" w:eastAsia="en-GB"/>
        </w:rPr>
        <w:t>;</w:t>
      </w:r>
    </w:p>
    <w:p w14:paraId="484E3F6A"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7CE3A124"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w:t>
      </w:r>
    </w:p>
    <w:p w14:paraId="43A9E7E6" w14:textId="77777777" w:rsidR="00CE359A" w:rsidRPr="00CE359A" w:rsidRDefault="00CE359A" w:rsidP="00CE359A">
      <w:pPr>
        <w:shd w:val="clear" w:color="auto" w:fill="1E1E1E"/>
        <w:spacing w:after="240" w:line="270" w:lineRule="atLeast"/>
        <w:rPr>
          <w:rFonts w:ascii="Menlo" w:eastAsia="Times New Roman" w:hAnsi="Menlo" w:cs="Menlo"/>
          <w:color w:val="D4D4D4"/>
          <w:sz w:val="18"/>
          <w:szCs w:val="18"/>
          <w:lang w:val="en-GB" w:eastAsia="en-GB"/>
        </w:rPr>
      </w:pPr>
    </w:p>
    <w:p w14:paraId="68324C47"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7BA7D"/>
          <w:sz w:val="18"/>
          <w:szCs w:val="18"/>
          <w:lang w:val="en-GB" w:eastAsia="en-GB"/>
        </w:rPr>
        <w:t>.login-box</w:t>
      </w:r>
      <w:r w:rsidRPr="00CE359A">
        <w:rPr>
          <w:rFonts w:ascii="Menlo" w:eastAsia="Times New Roman" w:hAnsi="Menlo" w:cs="Menlo"/>
          <w:color w:val="D4D4D4"/>
          <w:sz w:val="18"/>
          <w:szCs w:val="18"/>
          <w:lang w:val="en-GB" w:eastAsia="en-GB"/>
        </w:rPr>
        <w:t xml:space="preserve"> </w:t>
      </w:r>
      <w:proofErr w:type="spellStart"/>
      <w:proofErr w:type="gramStart"/>
      <w:r w:rsidRPr="00CE359A">
        <w:rPr>
          <w:rFonts w:ascii="Menlo" w:eastAsia="Times New Roman" w:hAnsi="Menlo" w:cs="Menlo"/>
          <w:color w:val="D7BA7D"/>
          <w:sz w:val="18"/>
          <w:szCs w:val="18"/>
          <w:lang w:val="en-GB" w:eastAsia="en-GB"/>
        </w:rPr>
        <w:t>button:hover</w:t>
      </w:r>
      <w:proofErr w:type="spellEnd"/>
      <w:proofErr w:type="gramEnd"/>
      <w:r w:rsidRPr="00CE359A">
        <w:rPr>
          <w:rFonts w:ascii="Menlo" w:eastAsia="Times New Roman" w:hAnsi="Menlo" w:cs="Menlo"/>
          <w:color w:val="D4D4D4"/>
          <w:sz w:val="18"/>
          <w:szCs w:val="18"/>
          <w:lang w:val="en-GB" w:eastAsia="en-GB"/>
        </w:rPr>
        <w:t xml:space="preserve"> {</w:t>
      </w:r>
    </w:p>
    <w:p w14:paraId="6CA524F2"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16873A00"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proofErr w:type="spellStart"/>
      <w:proofErr w:type="gramStart"/>
      <w:r w:rsidRPr="00CE359A">
        <w:rPr>
          <w:rFonts w:ascii="Menlo" w:eastAsia="Times New Roman" w:hAnsi="Menlo" w:cs="Menlo"/>
          <w:color w:val="9CDCFE"/>
          <w:sz w:val="18"/>
          <w:szCs w:val="18"/>
          <w:lang w:val="en-GB" w:eastAsia="en-GB"/>
        </w:rPr>
        <w:t>background</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CE9178"/>
          <w:sz w:val="18"/>
          <w:szCs w:val="18"/>
          <w:lang w:val="en-GB" w:eastAsia="en-GB"/>
        </w:rPr>
        <w:t>orange</w:t>
      </w:r>
      <w:proofErr w:type="spellEnd"/>
      <w:proofErr w:type="gramEnd"/>
      <w:r w:rsidRPr="00CE359A">
        <w:rPr>
          <w:rFonts w:ascii="Menlo" w:eastAsia="Times New Roman" w:hAnsi="Menlo" w:cs="Menlo"/>
          <w:color w:val="D4D4D4"/>
          <w:sz w:val="18"/>
          <w:szCs w:val="18"/>
          <w:lang w:val="en-GB" w:eastAsia="en-GB"/>
        </w:rPr>
        <w:t>;</w:t>
      </w:r>
    </w:p>
    <w:p w14:paraId="5CC8BCA2"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1BF97A41"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w:t>
      </w:r>
    </w:p>
    <w:p w14:paraId="4CD3DC90" w14:textId="77777777" w:rsidR="00CE359A" w:rsidRPr="00CE359A" w:rsidRDefault="00CE359A" w:rsidP="00CE359A">
      <w:pPr>
        <w:shd w:val="clear" w:color="auto" w:fill="1E1E1E"/>
        <w:spacing w:after="240" w:line="270" w:lineRule="atLeast"/>
        <w:rPr>
          <w:rFonts w:ascii="Menlo" w:eastAsia="Times New Roman" w:hAnsi="Menlo" w:cs="Menlo"/>
          <w:color w:val="D4D4D4"/>
          <w:sz w:val="18"/>
          <w:szCs w:val="18"/>
          <w:lang w:val="en-GB" w:eastAsia="en-GB"/>
        </w:rPr>
      </w:pPr>
    </w:p>
    <w:p w14:paraId="76C16F0E"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7BA7D"/>
          <w:sz w:val="18"/>
          <w:szCs w:val="18"/>
          <w:lang w:val="en-GB" w:eastAsia="en-GB"/>
        </w:rPr>
        <w:t>.login-box</w:t>
      </w:r>
      <w:r w:rsidRPr="00CE359A">
        <w:rPr>
          <w:rFonts w:ascii="Menlo" w:eastAsia="Times New Roman" w:hAnsi="Menlo" w:cs="Menlo"/>
          <w:color w:val="D4D4D4"/>
          <w:sz w:val="18"/>
          <w:szCs w:val="18"/>
          <w:lang w:val="en-GB" w:eastAsia="en-GB"/>
        </w:rPr>
        <w:t xml:space="preserve"> </w:t>
      </w:r>
      <w:proofErr w:type="spellStart"/>
      <w:r w:rsidRPr="00CE359A">
        <w:rPr>
          <w:rFonts w:ascii="Menlo" w:eastAsia="Times New Roman" w:hAnsi="Menlo" w:cs="Menlo"/>
          <w:color w:val="D7BA7D"/>
          <w:sz w:val="18"/>
          <w:szCs w:val="18"/>
          <w:lang w:val="en-GB" w:eastAsia="en-GB"/>
        </w:rPr>
        <w:t>img</w:t>
      </w:r>
      <w:proofErr w:type="spellEnd"/>
      <w:r w:rsidRPr="00CE359A">
        <w:rPr>
          <w:rFonts w:ascii="Menlo" w:eastAsia="Times New Roman" w:hAnsi="Menlo" w:cs="Menlo"/>
          <w:color w:val="D4D4D4"/>
          <w:sz w:val="18"/>
          <w:szCs w:val="18"/>
          <w:lang w:val="en-GB" w:eastAsia="en-GB"/>
        </w:rPr>
        <w:t xml:space="preserve"> {</w:t>
      </w:r>
    </w:p>
    <w:p w14:paraId="75CE57C1"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08098812"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margin-top</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B5CEA8"/>
          <w:sz w:val="18"/>
          <w:szCs w:val="18"/>
          <w:lang w:val="en-GB" w:eastAsia="en-GB"/>
        </w:rPr>
        <w:t>20px</w:t>
      </w:r>
      <w:r w:rsidRPr="00CE359A">
        <w:rPr>
          <w:rFonts w:ascii="Menlo" w:eastAsia="Times New Roman" w:hAnsi="Menlo" w:cs="Menlo"/>
          <w:color w:val="D4D4D4"/>
          <w:sz w:val="18"/>
          <w:szCs w:val="18"/>
          <w:lang w:val="en-GB" w:eastAsia="en-GB"/>
        </w:rPr>
        <w:t>;</w:t>
      </w:r>
    </w:p>
    <w:p w14:paraId="70B5BEE0"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07689B41"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width</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B5CEA8"/>
          <w:sz w:val="18"/>
          <w:szCs w:val="18"/>
          <w:lang w:val="en-GB" w:eastAsia="en-GB"/>
        </w:rPr>
        <w:t>200px</w:t>
      </w:r>
      <w:r w:rsidRPr="00CE359A">
        <w:rPr>
          <w:rFonts w:ascii="Menlo" w:eastAsia="Times New Roman" w:hAnsi="Menlo" w:cs="Menlo"/>
          <w:color w:val="D4D4D4"/>
          <w:sz w:val="18"/>
          <w:szCs w:val="18"/>
          <w:lang w:val="en-GB" w:eastAsia="en-GB"/>
        </w:rPr>
        <w:t>;</w:t>
      </w:r>
    </w:p>
    <w:p w14:paraId="5318B41A"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75C218B7"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height</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B5CEA8"/>
          <w:sz w:val="18"/>
          <w:szCs w:val="18"/>
          <w:lang w:val="en-GB" w:eastAsia="en-GB"/>
        </w:rPr>
        <w:t>200px</w:t>
      </w:r>
      <w:r w:rsidRPr="00CE359A">
        <w:rPr>
          <w:rFonts w:ascii="Menlo" w:eastAsia="Times New Roman" w:hAnsi="Menlo" w:cs="Menlo"/>
          <w:color w:val="D4D4D4"/>
          <w:sz w:val="18"/>
          <w:szCs w:val="18"/>
          <w:lang w:val="en-GB" w:eastAsia="en-GB"/>
        </w:rPr>
        <w:t>;</w:t>
      </w:r>
    </w:p>
    <w:p w14:paraId="323B2B6D"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22FDD3AF"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border-radius</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B5CEA8"/>
          <w:sz w:val="18"/>
          <w:szCs w:val="18"/>
          <w:lang w:val="en-GB" w:eastAsia="en-GB"/>
        </w:rPr>
        <w:t>50%</w:t>
      </w:r>
      <w:r w:rsidRPr="00CE359A">
        <w:rPr>
          <w:rFonts w:ascii="Menlo" w:eastAsia="Times New Roman" w:hAnsi="Menlo" w:cs="Menlo"/>
          <w:color w:val="D4D4D4"/>
          <w:sz w:val="18"/>
          <w:szCs w:val="18"/>
          <w:lang w:val="en-GB" w:eastAsia="en-GB"/>
        </w:rPr>
        <w:t>;</w:t>
      </w:r>
    </w:p>
    <w:p w14:paraId="7EAEA74E"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0D554729"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w:t>
      </w:r>
    </w:p>
    <w:p w14:paraId="1B97B20F"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2596ABD6"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C586C0"/>
          <w:sz w:val="18"/>
          <w:szCs w:val="18"/>
          <w:lang w:val="en-GB" w:eastAsia="en-GB"/>
        </w:rPr>
        <w:t>@media</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max-width</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B5CEA8"/>
          <w:sz w:val="18"/>
          <w:szCs w:val="18"/>
          <w:lang w:val="en-GB" w:eastAsia="en-GB"/>
        </w:rPr>
        <w:t>600px</w:t>
      </w:r>
      <w:r w:rsidRPr="00CE359A">
        <w:rPr>
          <w:rFonts w:ascii="Menlo" w:eastAsia="Times New Roman" w:hAnsi="Menlo" w:cs="Menlo"/>
          <w:color w:val="D4D4D4"/>
          <w:sz w:val="18"/>
          <w:szCs w:val="18"/>
          <w:lang w:val="en-GB" w:eastAsia="en-GB"/>
        </w:rPr>
        <w:t>) {</w:t>
      </w:r>
    </w:p>
    <w:p w14:paraId="204B0809"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D7BA7D"/>
          <w:sz w:val="18"/>
          <w:szCs w:val="18"/>
          <w:lang w:val="en-GB" w:eastAsia="en-GB"/>
        </w:rPr>
        <w:t>.login-box</w:t>
      </w:r>
      <w:r w:rsidRPr="00CE359A">
        <w:rPr>
          <w:rFonts w:ascii="Menlo" w:eastAsia="Times New Roman" w:hAnsi="Menlo" w:cs="Menlo"/>
          <w:color w:val="D4D4D4"/>
          <w:sz w:val="18"/>
          <w:szCs w:val="18"/>
          <w:lang w:val="en-GB" w:eastAsia="en-GB"/>
        </w:rPr>
        <w:t xml:space="preserve"> {</w:t>
      </w:r>
    </w:p>
    <w:p w14:paraId="79800C32"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width</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B5CEA8"/>
          <w:sz w:val="18"/>
          <w:szCs w:val="18"/>
          <w:lang w:val="en-GB" w:eastAsia="en-GB"/>
        </w:rPr>
        <w:t>90%</w:t>
      </w:r>
      <w:r w:rsidRPr="00CE359A">
        <w:rPr>
          <w:rFonts w:ascii="Menlo" w:eastAsia="Times New Roman" w:hAnsi="Menlo" w:cs="Menlo"/>
          <w:color w:val="D4D4D4"/>
          <w:sz w:val="18"/>
          <w:szCs w:val="18"/>
          <w:lang w:val="en-GB" w:eastAsia="en-GB"/>
        </w:rPr>
        <w:t>;</w:t>
      </w:r>
    </w:p>
    <w:p w14:paraId="4060CC94"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padding</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B5CEA8"/>
          <w:sz w:val="18"/>
          <w:szCs w:val="18"/>
          <w:lang w:val="en-GB" w:eastAsia="en-GB"/>
        </w:rPr>
        <w:t>20px</w:t>
      </w:r>
      <w:r w:rsidRPr="00CE359A">
        <w:rPr>
          <w:rFonts w:ascii="Menlo" w:eastAsia="Times New Roman" w:hAnsi="Menlo" w:cs="Menlo"/>
          <w:color w:val="D4D4D4"/>
          <w:sz w:val="18"/>
          <w:szCs w:val="18"/>
          <w:lang w:val="en-GB" w:eastAsia="en-GB"/>
        </w:rPr>
        <w:t>;</w:t>
      </w:r>
    </w:p>
    <w:p w14:paraId="5C9531B1"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p>
    <w:p w14:paraId="62A02AAA"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3591B405"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D7BA7D"/>
          <w:sz w:val="18"/>
          <w:szCs w:val="18"/>
          <w:lang w:val="en-GB" w:eastAsia="en-GB"/>
        </w:rPr>
        <w:t>input</w:t>
      </w:r>
      <w:r w:rsidRPr="00CE359A">
        <w:rPr>
          <w:rFonts w:ascii="Menlo" w:eastAsia="Times New Roman" w:hAnsi="Menlo" w:cs="Menlo"/>
          <w:color w:val="D4D4D4"/>
          <w:sz w:val="18"/>
          <w:szCs w:val="18"/>
          <w:lang w:val="en-GB" w:eastAsia="en-GB"/>
        </w:rPr>
        <w:t xml:space="preserve"> {</w:t>
      </w:r>
    </w:p>
    <w:p w14:paraId="31B3EBC0"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width</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B5CEA8"/>
          <w:sz w:val="18"/>
          <w:szCs w:val="18"/>
          <w:lang w:val="en-GB" w:eastAsia="en-GB"/>
        </w:rPr>
        <w:t>100%</w:t>
      </w:r>
      <w:r w:rsidRPr="00CE359A">
        <w:rPr>
          <w:rFonts w:ascii="Menlo" w:eastAsia="Times New Roman" w:hAnsi="Menlo" w:cs="Menlo"/>
          <w:color w:val="D4D4D4"/>
          <w:sz w:val="18"/>
          <w:szCs w:val="18"/>
          <w:lang w:val="en-GB" w:eastAsia="en-GB"/>
        </w:rPr>
        <w:t>;</w:t>
      </w:r>
    </w:p>
    <w:p w14:paraId="5E67E69C"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box-sizing</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CE9178"/>
          <w:sz w:val="18"/>
          <w:szCs w:val="18"/>
          <w:lang w:val="en-GB" w:eastAsia="en-GB"/>
        </w:rPr>
        <w:t>border-box</w:t>
      </w:r>
      <w:r w:rsidRPr="00CE359A">
        <w:rPr>
          <w:rFonts w:ascii="Menlo" w:eastAsia="Times New Roman" w:hAnsi="Menlo" w:cs="Menlo"/>
          <w:color w:val="D4D4D4"/>
          <w:sz w:val="18"/>
          <w:szCs w:val="18"/>
          <w:lang w:val="en-GB" w:eastAsia="en-GB"/>
        </w:rPr>
        <w:t>;</w:t>
      </w:r>
    </w:p>
    <w:p w14:paraId="5306E1E9"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p>
    <w:p w14:paraId="4A158F6C"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382BEBAA"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D7BA7D"/>
          <w:sz w:val="18"/>
          <w:szCs w:val="18"/>
          <w:lang w:val="en-GB" w:eastAsia="en-GB"/>
        </w:rPr>
        <w:t>button</w:t>
      </w:r>
      <w:r w:rsidRPr="00CE359A">
        <w:rPr>
          <w:rFonts w:ascii="Menlo" w:eastAsia="Times New Roman" w:hAnsi="Menlo" w:cs="Menlo"/>
          <w:color w:val="D4D4D4"/>
          <w:sz w:val="18"/>
          <w:szCs w:val="18"/>
          <w:lang w:val="en-GB" w:eastAsia="en-GB"/>
        </w:rPr>
        <w:t xml:space="preserve"> {</w:t>
      </w:r>
    </w:p>
    <w:p w14:paraId="07FCB2E6"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width</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B5CEA8"/>
          <w:sz w:val="18"/>
          <w:szCs w:val="18"/>
          <w:lang w:val="en-GB" w:eastAsia="en-GB"/>
        </w:rPr>
        <w:t>100%</w:t>
      </w:r>
      <w:r w:rsidRPr="00CE359A">
        <w:rPr>
          <w:rFonts w:ascii="Menlo" w:eastAsia="Times New Roman" w:hAnsi="Menlo" w:cs="Menlo"/>
          <w:color w:val="D4D4D4"/>
          <w:sz w:val="18"/>
          <w:szCs w:val="18"/>
          <w:lang w:val="en-GB" w:eastAsia="en-GB"/>
        </w:rPr>
        <w:t>;</w:t>
      </w:r>
    </w:p>
    <w:p w14:paraId="0467E8BE"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p>
    <w:p w14:paraId="21586391"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w:t>
      </w:r>
    </w:p>
    <w:p w14:paraId="694822A1" w14:textId="56F08166" w:rsidR="00035DB5" w:rsidRDefault="00035DB5"/>
    <w:p w14:paraId="6E2A4DFB" w14:textId="56F68E85" w:rsidR="00CE359A" w:rsidRPr="00CE359A" w:rsidRDefault="00337AA9" w:rsidP="00CE359A">
      <w:pPr>
        <w:shd w:val="clear" w:color="auto" w:fill="1E1E1E"/>
        <w:spacing w:line="270" w:lineRule="atLeast"/>
        <w:rPr>
          <w:rFonts w:ascii="Menlo" w:eastAsia="Times New Roman" w:hAnsi="Menlo" w:cs="Menlo"/>
          <w:color w:val="D4D4D4"/>
          <w:sz w:val="18"/>
          <w:szCs w:val="18"/>
          <w:lang w:val="en-GB" w:eastAsia="en-GB"/>
        </w:rPr>
      </w:pPr>
      <w:r>
        <w:t>Login JS:</w:t>
      </w:r>
      <w:r w:rsidR="00CE359A" w:rsidRPr="00CE359A">
        <w:rPr>
          <w:rFonts w:ascii="Menlo" w:hAnsi="Menlo" w:cs="Menlo"/>
          <w:color w:val="569CD6"/>
          <w:sz w:val="18"/>
          <w:szCs w:val="18"/>
        </w:rPr>
        <w:t xml:space="preserve"> </w:t>
      </w:r>
      <w:r w:rsidR="00CE359A" w:rsidRPr="00CE359A">
        <w:rPr>
          <w:rFonts w:ascii="Menlo" w:eastAsia="Times New Roman" w:hAnsi="Menlo" w:cs="Menlo"/>
          <w:color w:val="569CD6"/>
          <w:sz w:val="18"/>
          <w:szCs w:val="18"/>
          <w:lang w:val="en-GB" w:eastAsia="en-GB"/>
        </w:rPr>
        <w:t>function</w:t>
      </w:r>
      <w:r w:rsidR="00CE359A" w:rsidRPr="00CE359A">
        <w:rPr>
          <w:rFonts w:ascii="Menlo" w:eastAsia="Times New Roman" w:hAnsi="Menlo" w:cs="Menlo"/>
          <w:color w:val="D4D4D4"/>
          <w:sz w:val="18"/>
          <w:szCs w:val="18"/>
          <w:lang w:val="en-GB" w:eastAsia="en-GB"/>
        </w:rPr>
        <w:t xml:space="preserve"> </w:t>
      </w:r>
      <w:proofErr w:type="gramStart"/>
      <w:r w:rsidR="00CE359A" w:rsidRPr="00CE359A">
        <w:rPr>
          <w:rFonts w:ascii="Menlo" w:eastAsia="Times New Roman" w:hAnsi="Menlo" w:cs="Menlo"/>
          <w:color w:val="DCDCAA"/>
          <w:sz w:val="18"/>
          <w:szCs w:val="18"/>
          <w:lang w:val="en-GB" w:eastAsia="en-GB"/>
        </w:rPr>
        <w:t>login</w:t>
      </w:r>
      <w:r w:rsidR="00CE359A" w:rsidRPr="00CE359A">
        <w:rPr>
          <w:rFonts w:ascii="Menlo" w:eastAsia="Times New Roman" w:hAnsi="Menlo" w:cs="Menlo"/>
          <w:color w:val="D4D4D4"/>
          <w:sz w:val="18"/>
          <w:szCs w:val="18"/>
          <w:lang w:val="en-GB" w:eastAsia="en-GB"/>
        </w:rPr>
        <w:t>(</w:t>
      </w:r>
      <w:proofErr w:type="gramEnd"/>
      <w:r w:rsidR="00CE359A" w:rsidRPr="00CE359A">
        <w:rPr>
          <w:rFonts w:ascii="Menlo" w:eastAsia="Times New Roman" w:hAnsi="Menlo" w:cs="Menlo"/>
          <w:color w:val="D4D4D4"/>
          <w:sz w:val="18"/>
          <w:szCs w:val="18"/>
          <w:lang w:val="en-GB" w:eastAsia="en-GB"/>
        </w:rPr>
        <w:t>) {</w:t>
      </w:r>
    </w:p>
    <w:p w14:paraId="67FE8081"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2994CB7A"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569CD6"/>
          <w:sz w:val="18"/>
          <w:szCs w:val="18"/>
          <w:lang w:val="en-GB" w:eastAsia="en-GB"/>
        </w:rPr>
        <w:t>let</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username</w:t>
      </w:r>
      <w:r w:rsidRPr="00CE359A">
        <w:rPr>
          <w:rFonts w:ascii="Menlo" w:eastAsia="Times New Roman" w:hAnsi="Menlo" w:cs="Menlo"/>
          <w:color w:val="D4D4D4"/>
          <w:sz w:val="18"/>
          <w:szCs w:val="18"/>
          <w:lang w:val="en-GB" w:eastAsia="en-GB"/>
        </w:rPr>
        <w:t xml:space="preserve"> = </w:t>
      </w:r>
      <w:proofErr w:type="spellStart"/>
      <w:proofErr w:type="gramStart"/>
      <w:r w:rsidRPr="00CE359A">
        <w:rPr>
          <w:rFonts w:ascii="Menlo" w:eastAsia="Times New Roman" w:hAnsi="Menlo" w:cs="Menlo"/>
          <w:color w:val="9CDCFE"/>
          <w:sz w:val="18"/>
          <w:szCs w:val="18"/>
          <w:lang w:val="en-GB" w:eastAsia="en-GB"/>
        </w:rPr>
        <w:t>document</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DCDCAA"/>
          <w:sz w:val="18"/>
          <w:szCs w:val="18"/>
          <w:lang w:val="en-GB" w:eastAsia="en-GB"/>
        </w:rPr>
        <w:t>getElementById</w:t>
      </w:r>
      <w:proofErr w:type="spellEnd"/>
      <w:proofErr w:type="gramEnd"/>
      <w:r w:rsidRPr="00CE359A">
        <w:rPr>
          <w:rFonts w:ascii="Menlo" w:eastAsia="Times New Roman" w:hAnsi="Menlo" w:cs="Menlo"/>
          <w:color w:val="D4D4D4"/>
          <w:sz w:val="18"/>
          <w:szCs w:val="18"/>
          <w:lang w:val="en-GB" w:eastAsia="en-GB"/>
        </w:rPr>
        <w:t>(</w:t>
      </w:r>
      <w:r w:rsidRPr="00CE359A">
        <w:rPr>
          <w:rFonts w:ascii="Menlo" w:eastAsia="Times New Roman" w:hAnsi="Menlo" w:cs="Menlo"/>
          <w:color w:val="CE9178"/>
          <w:sz w:val="18"/>
          <w:szCs w:val="18"/>
          <w:lang w:val="en-GB" w:eastAsia="en-GB"/>
        </w:rPr>
        <w:t>"username"</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9CDCFE"/>
          <w:sz w:val="18"/>
          <w:szCs w:val="18"/>
          <w:lang w:val="en-GB" w:eastAsia="en-GB"/>
        </w:rPr>
        <w:t>value</w:t>
      </w:r>
      <w:r w:rsidRPr="00CE359A">
        <w:rPr>
          <w:rFonts w:ascii="Menlo" w:eastAsia="Times New Roman" w:hAnsi="Menlo" w:cs="Menlo"/>
          <w:color w:val="D4D4D4"/>
          <w:sz w:val="18"/>
          <w:szCs w:val="18"/>
          <w:lang w:val="en-GB" w:eastAsia="en-GB"/>
        </w:rPr>
        <w:t>;</w:t>
      </w:r>
    </w:p>
    <w:p w14:paraId="4C4ECF67"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569CD6"/>
          <w:sz w:val="18"/>
          <w:szCs w:val="18"/>
          <w:lang w:val="en-GB" w:eastAsia="en-GB"/>
        </w:rPr>
        <w:t>let</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password</w:t>
      </w:r>
      <w:r w:rsidRPr="00CE359A">
        <w:rPr>
          <w:rFonts w:ascii="Menlo" w:eastAsia="Times New Roman" w:hAnsi="Menlo" w:cs="Menlo"/>
          <w:color w:val="D4D4D4"/>
          <w:sz w:val="18"/>
          <w:szCs w:val="18"/>
          <w:lang w:val="en-GB" w:eastAsia="en-GB"/>
        </w:rPr>
        <w:t xml:space="preserve"> = </w:t>
      </w:r>
      <w:proofErr w:type="spellStart"/>
      <w:proofErr w:type="gramStart"/>
      <w:r w:rsidRPr="00CE359A">
        <w:rPr>
          <w:rFonts w:ascii="Menlo" w:eastAsia="Times New Roman" w:hAnsi="Menlo" w:cs="Menlo"/>
          <w:color w:val="9CDCFE"/>
          <w:sz w:val="18"/>
          <w:szCs w:val="18"/>
          <w:lang w:val="en-GB" w:eastAsia="en-GB"/>
        </w:rPr>
        <w:t>document</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DCDCAA"/>
          <w:sz w:val="18"/>
          <w:szCs w:val="18"/>
          <w:lang w:val="en-GB" w:eastAsia="en-GB"/>
        </w:rPr>
        <w:t>getElementById</w:t>
      </w:r>
      <w:proofErr w:type="spellEnd"/>
      <w:proofErr w:type="gramEnd"/>
      <w:r w:rsidRPr="00CE359A">
        <w:rPr>
          <w:rFonts w:ascii="Menlo" w:eastAsia="Times New Roman" w:hAnsi="Menlo" w:cs="Menlo"/>
          <w:color w:val="D4D4D4"/>
          <w:sz w:val="18"/>
          <w:szCs w:val="18"/>
          <w:lang w:val="en-GB" w:eastAsia="en-GB"/>
        </w:rPr>
        <w:t>(</w:t>
      </w:r>
      <w:r w:rsidRPr="00CE359A">
        <w:rPr>
          <w:rFonts w:ascii="Menlo" w:eastAsia="Times New Roman" w:hAnsi="Menlo" w:cs="Menlo"/>
          <w:color w:val="CE9178"/>
          <w:sz w:val="18"/>
          <w:szCs w:val="18"/>
          <w:lang w:val="en-GB" w:eastAsia="en-GB"/>
        </w:rPr>
        <w:t>"password"</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9CDCFE"/>
          <w:sz w:val="18"/>
          <w:szCs w:val="18"/>
          <w:lang w:val="en-GB" w:eastAsia="en-GB"/>
        </w:rPr>
        <w:t>value</w:t>
      </w:r>
      <w:r w:rsidRPr="00CE359A">
        <w:rPr>
          <w:rFonts w:ascii="Menlo" w:eastAsia="Times New Roman" w:hAnsi="Menlo" w:cs="Menlo"/>
          <w:color w:val="D4D4D4"/>
          <w:sz w:val="18"/>
          <w:szCs w:val="18"/>
          <w:lang w:val="en-GB" w:eastAsia="en-GB"/>
        </w:rPr>
        <w:t>;</w:t>
      </w:r>
    </w:p>
    <w:p w14:paraId="06777238" w14:textId="77777777" w:rsidR="00CE359A" w:rsidRPr="00CE359A" w:rsidRDefault="00CE359A" w:rsidP="00CE359A">
      <w:pPr>
        <w:shd w:val="clear" w:color="auto" w:fill="1E1E1E"/>
        <w:spacing w:after="240" w:line="270" w:lineRule="atLeast"/>
        <w:rPr>
          <w:rFonts w:ascii="Menlo" w:eastAsia="Times New Roman" w:hAnsi="Menlo" w:cs="Menlo"/>
          <w:color w:val="D4D4D4"/>
          <w:sz w:val="18"/>
          <w:szCs w:val="18"/>
          <w:lang w:val="en-GB" w:eastAsia="en-GB"/>
        </w:rPr>
      </w:pPr>
    </w:p>
    <w:p w14:paraId="2F6592FB"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C586C0"/>
          <w:sz w:val="18"/>
          <w:szCs w:val="18"/>
          <w:lang w:val="en-GB" w:eastAsia="en-GB"/>
        </w:rPr>
        <w:t>if</w:t>
      </w: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9CDCFE"/>
          <w:sz w:val="18"/>
          <w:szCs w:val="18"/>
          <w:lang w:val="en-GB" w:eastAsia="en-GB"/>
        </w:rPr>
        <w:t>username</w:t>
      </w:r>
      <w:r w:rsidRPr="00CE359A">
        <w:rPr>
          <w:rFonts w:ascii="Menlo" w:eastAsia="Times New Roman" w:hAnsi="Menlo" w:cs="Menlo"/>
          <w:color w:val="D4D4D4"/>
          <w:sz w:val="18"/>
          <w:szCs w:val="18"/>
          <w:lang w:val="en-GB" w:eastAsia="en-GB"/>
        </w:rPr>
        <w:t xml:space="preserve"> === </w:t>
      </w:r>
      <w:r w:rsidRPr="00CE359A">
        <w:rPr>
          <w:rFonts w:ascii="Menlo" w:eastAsia="Times New Roman" w:hAnsi="Menlo" w:cs="Menlo"/>
          <w:color w:val="CE9178"/>
          <w:sz w:val="18"/>
          <w:szCs w:val="18"/>
          <w:lang w:val="en-GB" w:eastAsia="en-GB"/>
        </w:rPr>
        <w:t>"Fahith"</w:t>
      </w:r>
      <w:r w:rsidRPr="00CE359A">
        <w:rPr>
          <w:rFonts w:ascii="Menlo" w:eastAsia="Times New Roman" w:hAnsi="Menlo" w:cs="Menlo"/>
          <w:color w:val="D4D4D4"/>
          <w:sz w:val="18"/>
          <w:szCs w:val="18"/>
          <w:lang w:val="en-GB" w:eastAsia="en-GB"/>
        </w:rPr>
        <w:t xml:space="preserve"> &amp;&amp; </w:t>
      </w:r>
      <w:r w:rsidRPr="00CE359A">
        <w:rPr>
          <w:rFonts w:ascii="Menlo" w:eastAsia="Times New Roman" w:hAnsi="Menlo" w:cs="Menlo"/>
          <w:color w:val="9CDCFE"/>
          <w:sz w:val="18"/>
          <w:szCs w:val="18"/>
          <w:lang w:val="en-GB" w:eastAsia="en-GB"/>
        </w:rPr>
        <w:t>password</w:t>
      </w:r>
      <w:r w:rsidRPr="00CE359A">
        <w:rPr>
          <w:rFonts w:ascii="Menlo" w:eastAsia="Times New Roman" w:hAnsi="Menlo" w:cs="Menlo"/>
          <w:color w:val="D4D4D4"/>
          <w:sz w:val="18"/>
          <w:szCs w:val="18"/>
          <w:lang w:val="en-GB" w:eastAsia="en-GB"/>
        </w:rPr>
        <w:t xml:space="preserve"> === </w:t>
      </w:r>
      <w:r w:rsidRPr="00CE359A">
        <w:rPr>
          <w:rFonts w:ascii="Menlo" w:eastAsia="Times New Roman" w:hAnsi="Menlo" w:cs="Menlo"/>
          <w:color w:val="CE9178"/>
          <w:sz w:val="18"/>
          <w:szCs w:val="18"/>
          <w:lang w:val="en-GB" w:eastAsia="en-GB"/>
        </w:rPr>
        <w:t>"12345"</w:t>
      </w:r>
      <w:r w:rsidRPr="00CE359A">
        <w:rPr>
          <w:rFonts w:ascii="Menlo" w:eastAsia="Times New Roman" w:hAnsi="Menlo" w:cs="Menlo"/>
          <w:color w:val="D4D4D4"/>
          <w:sz w:val="18"/>
          <w:szCs w:val="18"/>
          <w:lang w:val="en-GB" w:eastAsia="en-GB"/>
        </w:rPr>
        <w:t>) {</w:t>
      </w:r>
    </w:p>
    <w:p w14:paraId="66C46958"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180A3DB9"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proofErr w:type="gramStart"/>
      <w:r w:rsidRPr="00CE359A">
        <w:rPr>
          <w:rFonts w:ascii="Menlo" w:eastAsia="Times New Roman" w:hAnsi="Menlo" w:cs="Menlo"/>
          <w:color w:val="DCDCAA"/>
          <w:sz w:val="18"/>
          <w:szCs w:val="18"/>
          <w:lang w:val="en-GB" w:eastAsia="en-GB"/>
        </w:rPr>
        <w:t>alert</w:t>
      </w:r>
      <w:r w:rsidRPr="00CE359A">
        <w:rPr>
          <w:rFonts w:ascii="Menlo" w:eastAsia="Times New Roman" w:hAnsi="Menlo" w:cs="Menlo"/>
          <w:color w:val="D4D4D4"/>
          <w:sz w:val="18"/>
          <w:szCs w:val="18"/>
          <w:lang w:val="en-GB" w:eastAsia="en-GB"/>
        </w:rPr>
        <w:t>(</w:t>
      </w:r>
      <w:proofErr w:type="gramEnd"/>
      <w:r w:rsidRPr="00CE359A">
        <w:rPr>
          <w:rFonts w:ascii="Menlo" w:eastAsia="Times New Roman" w:hAnsi="Menlo" w:cs="Menlo"/>
          <w:color w:val="CE9178"/>
          <w:sz w:val="18"/>
          <w:szCs w:val="18"/>
          <w:lang w:val="en-GB" w:eastAsia="en-GB"/>
        </w:rPr>
        <w:t>"Login successful!"</w:t>
      </w:r>
      <w:r w:rsidRPr="00CE359A">
        <w:rPr>
          <w:rFonts w:ascii="Menlo" w:eastAsia="Times New Roman" w:hAnsi="Menlo" w:cs="Menlo"/>
          <w:color w:val="D4D4D4"/>
          <w:sz w:val="18"/>
          <w:szCs w:val="18"/>
          <w:lang w:val="en-GB" w:eastAsia="en-GB"/>
        </w:rPr>
        <w:t>);</w:t>
      </w:r>
    </w:p>
    <w:p w14:paraId="5BEE9322"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6A8F70A4"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proofErr w:type="spellStart"/>
      <w:proofErr w:type="gramStart"/>
      <w:r w:rsidRPr="00CE359A">
        <w:rPr>
          <w:rFonts w:ascii="Menlo" w:eastAsia="Times New Roman" w:hAnsi="Menlo" w:cs="Menlo"/>
          <w:color w:val="9CDCFE"/>
          <w:sz w:val="18"/>
          <w:szCs w:val="18"/>
          <w:lang w:val="en-GB" w:eastAsia="en-GB"/>
        </w:rPr>
        <w:t>window</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9CDCFE"/>
          <w:sz w:val="18"/>
          <w:szCs w:val="18"/>
          <w:lang w:val="en-GB" w:eastAsia="en-GB"/>
        </w:rPr>
        <w:t>location</w:t>
      </w:r>
      <w:proofErr w:type="gramEnd"/>
      <w:r w:rsidRPr="00CE359A">
        <w:rPr>
          <w:rFonts w:ascii="Menlo" w:eastAsia="Times New Roman" w:hAnsi="Menlo" w:cs="Menlo"/>
          <w:color w:val="D4D4D4"/>
          <w:sz w:val="18"/>
          <w:szCs w:val="18"/>
          <w:lang w:val="en-GB" w:eastAsia="en-GB"/>
        </w:rPr>
        <w:t>.</w:t>
      </w:r>
      <w:r w:rsidRPr="00CE359A">
        <w:rPr>
          <w:rFonts w:ascii="Menlo" w:eastAsia="Times New Roman" w:hAnsi="Menlo" w:cs="Menlo"/>
          <w:color w:val="9CDCFE"/>
          <w:sz w:val="18"/>
          <w:szCs w:val="18"/>
          <w:lang w:val="en-GB" w:eastAsia="en-GB"/>
        </w:rPr>
        <w:t>href</w:t>
      </w:r>
      <w:proofErr w:type="spellEnd"/>
      <w:r w:rsidRPr="00CE359A">
        <w:rPr>
          <w:rFonts w:ascii="Menlo" w:eastAsia="Times New Roman" w:hAnsi="Menlo" w:cs="Menlo"/>
          <w:color w:val="D4D4D4"/>
          <w:sz w:val="18"/>
          <w:szCs w:val="18"/>
          <w:lang w:val="en-GB" w:eastAsia="en-GB"/>
        </w:rPr>
        <w:t xml:space="preserve"> = </w:t>
      </w:r>
      <w:r w:rsidRPr="00CE359A">
        <w:rPr>
          <w:rFonts w:ascii="Menlo" w:eastAsia="Times New Roman" w:hAnsi="Menlo" w:cs="Menlo"/>
          <w:color w:val="CE9178"/>
          <w:sz w:val="18"/>
          <w:szCs w:val="18"/>
          <w:lang w:val="en-GB" w:eastAsia="en-GB"/>
        </w:rPr>
        <w:t>"./Homepage.html"</w:t>
      </w:r>
      <w:r w:rsidRPr="00CE359A">
        <w:rPr>
          <w:rFonts w:ascii="Menlo" w:eastAsia="Times New Roman" w:hAnsi="Menlo" w:cs="Menlo"/>
          <w:color w:val="D4D4D4"/>
          <w:sz w:val="18"/>
          <w:szCs w:val="18"/>
          <w:lang w:val="en-GB" w:eastAsia="en-GB"/>
        </w:rPr>
        <w:t>;</w:t>
      </w:r>
    </w:p>
    <w:p w14:paraId="1BE135FF"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29E13920"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p>
    <w:p w14:paraId="40595106"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3D862933"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C586C0"/>
          <w:sz w:val="18"/>
          <w:szCs w:val="18"/>
          <w:lang w:val="en-GB" w:eastAsia="en-GB"/>
        </w:rPr>
        <w:t>else</w:t>
      </w:r>
      <w:r w:rsidRPr="00CE359A">
        <w:rPr>
          <w:rFonts w:ascii="Menlo" w:eastAsia="Times New Roman" w:hAnsi="Menlo" w:cs="Menlo"/>
          <w:color w:val="D4D4D4"/>
          <w:sz w:val="18"/>
          <w:szCs w:val="18"/>
          <w:lang w:val="en-GB" w:eastAsia="en-GB"/>
        </w:rPr>
        <w:t xml:space="preserve"> {</w:t>
      </w:r>
    </w:p>
    <w:p w14:paraId="5EE75115"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6B1E7E60"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proofErr w:type="spellStart"/>
      <w:proofErr w:type="gramStart"/>
      <w:r w:rsidRPr="00CE359A">
        <w:rPr>
          <w:rFonts w:ascii="Menlo" w:eastAsia="Times New Roman" w:hAnsi="Menlo" w:cs="Menlo"/>
          <w:color w:val="9CDCFE"/>
          <w:sz w:val="18"/>
          <w:szCs w:val="18"/>
          <w:lang w:val="en-GB" w:eastAsia="en-GB"/>
        </w:rPr>
        <w:t>document</w:t>
      </w:r>
      <w:r w:rsidRPr="00CE359A">
        <w:rPr>
          <w:rFonts w:ascii="Menlo" w:eastAsia="Times New Roman" w:hAnsi="Menlo" w:cs="Menlo"/>
          <w:color w:val="D4D4D4"/>
          <w:sz w:val="18"/>
          <w:szCs w:val="18"/>
          <w:lang w:val="en-GB" w:eastAsia="en-GB"/>
        </w:rPr>
        <w:t>.</w:t>
      </w:r>
      <w:r w:rsidRPr="00CE359A">
        <w:rPr>
          <w:rFonts w:ascii="Menlo" w:eastAsia="Times New Roman" w:hAnsi="Menlo" w:cs="Menlo"/>
          <w:color w:val="DCDCAA"/>
          <w:sz w:val="18"/>
          <w:szCs w:val="18"/>
          <w:lang w:val="en-GB" w:eastAsia="en-GB"/>
        </w:rPr>
        <w:t>getElementById</w:t>
      </w:r>
      <w:proofErr w:type="spellEnd"/>
      <w:proofErr w:type="gramEnd"/>
      <w:r w:rsidRPr="00CE359A">
        <w:rPr>
          <w:rFonts w:ascii="Menlo" w:eastAsia="Times New Roman" w:hAnsi="Menlo" w:cs="Menlo"/>
          <w:color w:val="D4D4D4"/>
          <w:sz w:val="18"/>
          <w:szCs w:val="18"/>
          <w:lang w:val="en-GB" w:eastAsia="en-GB"/>
        </w:rPr>
        <w:t>(</w:t>
      </w:r>
      <w:r w:rsidRPr="00CE359A">
        <w:rPr>
          <w:rFonts w:ascii="Menlo" w:eastAsia="Times New Roman" w:hAnsi="Menlo" w:cs="Menlo"/>
          <w:color w:val="CE9178"/>
          <w:sz w:val="18"/>
          <w:szCs w:val="18"/>
          <w:lang w:val="en-GB" w:eastAsia="en-GB"/>
        </w:rPr>
        <w:t>"message"</w:t>
      </w:r>
      <w:proofErr w:type="gramStart"/>
      <w:r w:rsidRPr="00CE359A">
        <w:rPr>
          <w:rFonts w:ascii="Menlo" w:eastAsia="Times New Roman" w:hAnsi="Menlo" w:cs="Menlo"/>
          <w:color w:val="D4D4D4"/>
          <w:sz w:val="18"/>
          <w:szCs w:val="18"/>
          <w:lang w:val="en-GB" w:eastAsia="en-GB"/>
        </w:rPr>
        <w:t>).</w:t>
      </w:r>
      <w:proofErr w:type="spellStart"/>
      <w:r w:rsidRPr="00CE359A">
        <w:rPr>
          <w:rFonts w:ascii="Menlo" w:eastAsia="Times New Roman" w:hAnsi="Menlo" w:cs="Menlo"/>
          <w:color w:val="9CDCFE"/>
          <w:sz w:val="18"/>
          <w:szCs w:val="18"/>
          <w:lang w:val="en-GB" w:eastAsia="en-GB"/>
        </w:rPr>
        <w:t>innerHTML</w:t>
      </w:r>
      <w:proofErr w:type="spellEnd"/>
      <w:proofErr w:type="gramEnd"/>
      <w:r w:rsidRPr="00CE359A">
        <w:rPr>
          <w:rFonts w:ascii="Menlo" w:eastAsia="Times New Roman" w:hAnsi="Menlo" w:cs="Menlo"/>
          <w:color w:val="D4D4D4"/>
          <w:sz w:val="18"/>
          <w:szCs w:val="18"/>
          <w:lang w:val="en-GB" w:eastAsia="en-GB"/>
        </w:rPr>
        <w:t xml:space="preserve"> =</w:t>
      </w:r>
    </w:p>
    <w:p w14:paraId="0BE30A5C"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r w:rsidRPr="00CE359A">
        <w:rPr>
          <w:rFonts w:ascii="Menlo" w:eastAsia="Times New Roman" w:hAnsi="Menlo" w:cs="Menlo"/>
          <w:color w:val="CE9178"/>
          <w:sz w:val="18"/>
          <w:szCs w:val="18"/>
          <w:lang w:val="en-GB" w:eastAsia="en-GB"/>
        </w:rPr>
        <w:t>"Incorrect username or password"</w:t>
      </w:r>
      <w:r w:rsidRPr="00CE359A">
        <w:rPr>
          <w:rFonts w:ascii="Menlo" w:eastAsia="Times New Roman" w:hAnsi="Menlo" w:cs="Menlo"/>
          <w:color w:val="D4D4D4"/>
          <w:sz w:val="18"/>
          <w:szCs w:val="18"/>
          <w:lang w:val="en-GB" w:eastAsia="en-GB"/>
        </w:rPr>
        <w:t>;</w:t>
      </w:r>
    </w:p>
    <w:p w14:paraId="20112B0A"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4DACDA46"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 xml:space="preserve">    }</w:t>
      </w:r>
    </w:p>
    <w:p w14:paraId="7B3E9FBE"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p>
    <w:p w14:paraId="2C8346F1" w14:textId="77777777" w:rsidR="00CE359A" w:rsidRPr="00CE359A" w:rsidRDefault="00CE359A" w:rsidP="00CE359A">
      <w:pPr>
        <w:shd w:val="clear" w:color="auto" w:fill="1E1E1E"/>
        <w:spacing w:after="0" w:line="270" w:lineRule="atLeast"/>
        <w:rPr>
          <w:rFonts w:ascii="Menlo" w:eastAsia="Times New Roman" w:hAnsi="Menlo" w:cs="Menlo"/>
          <w:color w:val="D4D4D4"/>
          <w:sz w:val="18"/>
          <w:szCs w:val="18"/>
          <w:lang w:val="en-GB" w:eastAsia="en-GB"/>
        </w:rPr>
      </w:pPr>
      <w:r w:rsidRPr="00CE359A">
        <w:rPr>
          <w:rFonts w:ascii="Menlo" w:eastAsia="Times New Roman" w:hAnsi="Menlo" w:cs="Menlo"/>
          <w:color w:val="D4D4D4"/>
          <w:sz w:val="18"/>
          <w:szCs w:val="18"/>
          <w:lang w:val="en-GB" w:eastAsia="en-GB"/>
        </w:rPr>
        <w:t>}</w:t>
      </w:r>
    </w:p>
    <w:p w14:paraId="1B50CDB9" w14:textId="43455C66" w:rsidR="00337AA9" w:rsidRDefault="00337AA9"/>
    <w:p w14:paraId="4503D6FD" w14:textId="51587136" w:rsidR="002B03AA" w:rsidRPr="002B03AA" w:rsidRDefault="00035DB5" w:rsidP="002B03AA">
      <w:pPr>
        <w:shd w:val="clear" w:color="auto" w:fill="1E1E1E"/>
        <w:spacing w:line="270" w:lineRule="atLeast"/>
        <w:rPr>
          <w:rFonts w:ascii="Menlo" w:eastAsia="Times New Roman" w:hAnsi="Menlo" w:cs="Menlo"/>
          <w:color w:val="D4D4D4"/>
          <w:sz w:val="18"/>
          <w:szCs w:val="18"/>
          <w:lang w:val="en-GB" w:eastAsia="en-GB"/>
        </w:rPr>
      </w:pPr>
      <w:r>
        <w:t>Homepage HTML:</w:t>
      </w:r>
      <w:r w:rsidR="002B03AA" w:rsidRPr="002B03AA">
        <w:rPr>
          <w:rFonts w:ascii="Menlo" w:hAnsi="Menlo" w:cs="Menlo"/>
          <w:color w:val="808080"/>
          <w:sz w:val="18"/>
          <w:szCs w:val="18"/>
        </w:rPr>
        <w:t xml:space="preserve"> </w:t>
      </w:r>
      <w:r w:rsidR="002B03AA" w:rsidRPr="002B03AA">
        <w:rPr>
          <w:rFonts w:ascii="Menlo" w:eastAsia="Times New Roman" w:hAnsi="Menlo" w:cs="Menlo"/>
          <w:color w:val="808080"/>
          <w:sz w:val="18"/>
          <w:szCs w:val="18"/>
          <w:lang w:val="en-GB" w:eastAsia="en-GB"/>
        </w:rPr>
        <w:t>&lt;!</w:t>
      </w:r>
      <w:r w:rsidR="002B03AA" w:rsidRPr="002B03AA">
        <w:rPr>
          <w:rFonts w:ascii="Menlo" w:eastAsia="Times New Roman" w:hAnsi="Menlo" w:cs="Menlo"/>
          <w:color w:val="569CD6"/>
          <w:sz w:val="18"/>
          <w:szCs w:val="18"/>
          <w:lang w:val="en-GB" w:eastAsia="en-GB"/>
        </w:rPr>
        <w:t>DOCTYPE</w:t>
      </w:r>
      <w:r w:rsidR="002B03AA" w:rsidRPr="002B03AA">
        <w:rPr>
          <w:rFonts w:ascii="Menlo" w:eastAsia="Times New Roman" w:hAnsi="Menlo" w:cs="Menlo"/>
          <w:color w:val="D4D4D4"/>
          <w:sz w:val="18"/>
          <w:szCs w:val="18"/>
          <w:lang w:val="en-GB" w:eastAsia="en-GB"/>
        </w:rPr>
        <w:t xml:space="preserve"> </w:t>
      </w:r>
      <w:r w:rsidR="002B03AA" w:rsidRPr="002B03AA">
        <w:rPr>
          <w:rFonts w:ascii="Menlo" w:eastAsia="Times New Roman" w:hAnsi="Menlo" w:cs="Menlo"/>
          <w:color w:val="9CDCFE"/>
          <w:sz w:val="18"/>
          <w:szCs w:val="18"/>
          <w:lang w:val="en-GB" w:eastAsia="en-GB"/>
        </w:rPr>
        <w:t>html</w:t>
      </w:r>
      <w:r w:rsidR="002B03AA" w:rsidRPr="002B03AA">
        <w:rPr>
          <w:rFonts w:ascii="Menlo" w:eastAsia="Times New Roman" w:hAnsi="Menlo" w:cs="Menlo"/>
          <w:color w:val="808080"/>
          <w:sz w:val="18"/>
          <w:szCs w:val="18"/>
          <w:lang w:val="en-GB" w:eastAsia="en-GB"/>
        </w:rPr>
        <w:t>&gt;</w:t>
      </w:r>
    </w:p>
    <w:p w14:paraId="3F5B8AAA"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html</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lang</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w:t>
      </w:r>
      <w:proofErr w:type="spellStart"/>
      <w:r w:rsidRPr="002B03AA">
        <w:rPr>
          <w:rFonts w:ascii="Menlo" w:eastAsia="Times New Roman" w:hAnsi="Menlo" w:cs="Menlo"/>
          <w:color w:val="CE9178"/>
          <w:sz w:val="18"/>
          <w:szCs w:val="18"/>
          <w:lang w:val="en-GB" w:eastAsia="en-GB"/>
        </w:rPr>
        <w:t>en</w:t>
      </w:r>
      <w:proofErr w:type="spellEnd"/>
      <w:r w:rsidRPr="002B03AA">
        <w:rPr>
          <w:rFonts w:ascii="Menlo" w:eastAsia="Times New Roman" w:hAnsi="Menlo" w:cs="Menlo"/>
          <w:color w:val="CE9178"/>
          <w:sz w:val="18"/>
          <w:szCs w:val="18"/>
          <w:lang w:val="en-GB" w:eastAsia="en-GB"/>
        </w:rPr>
        <w:t>"</w:t>
      </w:r>
      <w:r w:rsidRPr="002B03AA">
        <w:rPr>
          <w:rFonts w:ascii="Menlo" w:eastAsia="Times New Roman" w:hAnsi="Menlo" w:cs="Menlo"/>
          <w:color w:val="808080"/>
          <w:sz w:val="18"/>
          <w:szCs w:val="18"/>
          <w:lang w:val="en-GB" w:eastAsia="en-GB"/>
        </w:rPr>
        <w:t>&gt;</w:t>
      </w:r>
    </w:p>
    <w:p w14:paraId="35E38508"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7473659C"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head</w:t>
      </w:r>
      <w:r w:rsidRPr="002B03AA">
        <w:rPr>
          <w:rFonts w:ascii="Menlo" w:eastAsia="Times New Roman" w:hAnsi="Menlo" w:cs="Menlo"/>
          <w:color w:val="808080"/>
          <w:sz w:val="18"/>
          <w:szCs w:val="18"/>
          <w:lang w:val="en-GB" w:eastAsia="en-GB"/>
        </w:rPr>
        <w:t>&gt;</w:t>
      </w:r>
    </w:p>
    <w:p w14:paraId="0A0E0C7C"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5801996F"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meta</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charset</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"UTF-8"</w:t>
      </w:r>
      <w:r w:rsidRPr="002B03AA">
        <w:rPr>
          <w:rFonts w:ascii="Menlo" w:eastAsia="Times New Roman" w:hAnsi="Menlo" w:cs="Menlo"/>
          <w:color w:val="808080"/>
          <w:sz w:val="18"/>
          <w:szCs w:val="18"/>
          <w:lang w:val="en-GB" w:eastAsia="en-GB"/>
        </w:rPr>
        <w:t>&gt;</w:t>
      </w:r>
    </w:p>
    <w:p w14:paraId="50680D7E"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42DA7044"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meta</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name</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"viewport"</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content</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"width=device-width, initial-scale=1.0"</w:t>
      </w:r>
      <w:r w:rsidRPr="002B03AA">
        <w:rPr>
          <w:rFonts w:ascii="Menlo" w:eastAsia="Times New Roman" w:hAnsi="Menlo" w:cs="Menlo"/>
          <w:color w:val="808080"/>
          <w:sz w:val="18"/>
          <w:szCs w:val="18"/>
          <w:lang w:val="en-GB" w:eastAsia="en-GB"/>
        </w:rPr>
        <w:t>&gt;</w:t>
      </w:r>
    </w:p>
    <w:p w14:paraId="5111C435"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31A1077C"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title</w:t>
      </w:r>
      <w:r w:rsidRPr="002B03AA">
        <w:rPr>
          <w:rFonts w:ascii="Menlo" w:eastAsia="Times New Roman" w:hAnsi="Menlo" w:cs="Menlo"/>
          <w:color w:val="808080"/>
          <w:sz w:val="18"/>
          <w:szCs w:val="18"/>
          <w:lang w:val="en-GB" w:eastAsia="en-GB"/>
        </w:rPr>
        <w:t>&gt;</w:t>
      </w:r>
      <w:r w:rsidRPr="002B03AA">
        <w:rPr>
          <w:rFonts w:ascii="Menlo" w:eastAsia="Times New Roman" w:hAnsi="Menlo" w:cs="Menlo"/>
          <w:color w:val="D4D4D4"/>
          <w:sz w:val="18"/>
          <w:szCs w:val="18"/>
          <w:lang w:val="en-GB" w:eastAsia="en-GB"/>
        </w:rPr>
        <w:t>Fahith's Life</w:t>
      </w: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title</w:t>
      </w:r>
      <w:r w:rsidRPr="002B03AA">
        <w:rPr>
          <w:rFonts w:ascii="Menlo" w:eastAsia="Times New Roman" w:hAnsi="Menlo" w:cs="Menlo"/>
          <w:color w:val="808080"/>
          <w:sz w:val="18"/>
          <w:szCs w:val="18"/>
          <w:lang w:val="en-GB" w:eastAsia="en-GB"/>
        </w:rPr>
        <w:t>&gt;</w:t>
      </w:r>
    </w:p>
    <w:p w14:paraId="09A8FEE9"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3347E279"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link</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rel</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"stylesheet"</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href</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"Homepage.css"</w:t>
      </w:r>
      <w:r w:rsidRPr="002B03AA">
        <w:rPr>
          <w:rFonts w:ascii="Menlo" w:eastAsia="Times New Roman" w:hAnsi="Menlo" w:cs="Menlo"/>
          <w:color w:val="808080"/>
          <w:sz w:val="18"/>
          <w:szCs w:val="18"/>
          <w:lang w:val="en-GB" w:eastAsia="en-GB"/>
        </w:rPr>
        <w:t>&gt;</w:t>
      </w:r>
    </w:p>
    <w:p w14:paraId="67C80DC7"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00C572A0"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head</w:t>
      </w:r>
      <w:r w:rsidRPr="002B03AA">
        <w:rPr>
          <w:rFonts w:ascii="Menlo" w:eastAsia="Times New Roman" w:hAnsi="Menlo" w:cs="Menlo"/>
          <w:color w:val="808080"/>
          <w:sz w:val="18"/>
          <w:szCs w:val="18"/>
          <w:lang w:val="en-GB" w:eastAsia="en-GB"/>
        </w:rPr>
        <w:t>&gt;</w:t>
      </w:r>
    </w:p>
    <w:p w14:paraId="31CB03BF"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br/>
      </w:r>
    </w:p>
    <w:p w14:paraId="545B82E4"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body</w:t>
      </w:r>
      <w:r w:rsidRPr="002B03AA">
        <w:rPr>
          <w:rFonts w:ascii="Menlo" w:eastAsia="Times New Roman" w:hAnsi="Menlo" w:cs="Menlo"/>
          <w:color w:val="808080"/>
          <w:sz w:val="18"/>
          <w:szCs w:val="18"/>
          <w:lang w:val="en-GB" w:eastAsia="en-GB"/>
        </w:rPr>
        <w:t>&gt;</w:t>
      </w:r>
    </w:p>
    <w:p w14:paraId="55B93543"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3D3D37FD"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header</w:t>
      </w:r>
      <w:r w:rsidRPr="002B03AA">
        <w:rPr>
          <w:rFonts w:ascii="Menlo" w:eastAsia="Times New Roman" w:hAnsi="Menlo" w:cs="Menlo"/>
          <w:color w:val="808080"/>
          <w:sz w:val="18"/>
          <w:szCs w:val="18"/>
          <w:lang w:val="en-GB" w:eastAsia="en-GB"/>
        </w:rPr>
        <w:t>&gt;</w:t>
      </w:r>
    </w:p>
    <w:p w14:paraId="7099A6EB"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51A5868C"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h1</w:t>
      </w:r>
      <w:r w:rsidRPr="002B03AA">
        <w:rPr>
          <w:rFonts w:ascii="Menlo" w:eastAsia="Times New Roman" w:hAnsi="Menlo" w:cs="Menlo"/>
          <w:color w:val="808080"/>
          <w:sz w:val="18"/>
          <w:szCs w:val="18"/>
          <w:lang w:val="en-GB" w:eastAsia="en-GB"/>
        </w:rPr>
        <w:t>&gt;</w:t>
      </w:r>
      <w:r w:rsidRPr="002B03AA">
        <w:rPr>
          <w:rFonts w:ascii="Menlo" w:eastAsia="Times New Roman" w:hAnsi="Menlo" w:cs="Menlo"/>
          <w:color w:val="D4D4D4"/>
          <w:sz w:val="18"/>
          <w:szCs w:val="18"/>
          <w:lang w:val="en-GB" w:eastAsia="en-GB"/>
        </w:rPr>
        <w:t>Fahith's Life</w:t>
      </w: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h1</w:t>
      </w:r>
      <w:r w:rsidRPr="002B03AA">
        <w:rPr>
          <w:rFonts w:ascii="Menlo" w:eastAsia="Times New Roman" w:hAnsi="Menlo" w:cs="Menlo"/>
          <w:color w:val="808080"/>
          <w:sz w:val="18"/>
          <w:szCs w:val="18"/>
          <w:lang w:val="en-GB" w:eastAsia="en-GB"/>
        </w:rPr>
        <w:t>&gt;</w:t>
      </w:r>
    </w:p>
    <w:p w14:paraId="56278864"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45A854DF"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nav</w:t>
      </w:r>
      <w:r w:rsidRPr="002B03AA">
        <w:rPr>
          <w:rFonts w:ascii="Menlo" w:eastAsia="Times New Roman" w:hAnsi="Menlo" w:cs="Menlo"/>
          <w:color w:val="808080"/>
          <w:sz w:val="18"/>
          <w:szCs w:val="18"/>
          <w:lang w:val="en-GB" w:eastAsia="en-GB"/>
        </w:rPr>
        <w:t>&gt;</w:t>
      </w:r>
    </w:p>
    <w:p w14:paraId="65CCC21B"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7B3F7081"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a</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href</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"Homepage.html"</w:t>
      </w:r>
      <w:r w:rsidRPr="002B03AA">
        <w:rPr>
          <w:rFonts w:ascii="Menlo" w:eastAsia="Times New Roman" w:hAnsi="Menlo" w:cs="Menlo"/>
          <w:color w:val="808080"/>
          <w:sz w:val="18"/>
          <w:szCs w:val="18"/>
          <w:lang w:val="en-GB" w:eastAsia="en-GB"/>
        </w:rPr>
        <w:t>&gt;</w:t>
      </w:r>
      <w:r w:rsidRPr="002B03AA">
        <w:rPr>
          <w:rFonts w:ascii="Menlo" w:eastAsia="Times New Roman" w:hAnsi="Menlo" w:cs="Menlo"/>
          <w:color w:val="D4D4D4"/>
          <w:sz w:val="18"/>
          <w:szCs w:val="18"/>
          <w:lang w:val="en-GB" w:eastAsia="en-GB"/>
        </w:rPr>
        <w:t>Home</w:t>
      </w: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a</w:t>
      </w:r>
      <w:r w:rsidRPr="002B03AA">
        <w:rPr>
          <w:rFonts w:ascii="Menlo" w:eastAsia="Times New Roman" w:hAnsi="Menlo" w:cs="Menlo"/>
          <w:color w:val="808080"/>
          <w:sz w:val="18"/>
          <w:szCs w:val="18"/>
          <w:lang w:val="en-GB" w:eastAsia="en-GB"/>
        </w:rPr>
        <w:t>&gt;</w:t>
      </w:r>
    </w:p>
    <w:p w14:paraId="4BCBF7E1"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6AF145AE"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a</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href</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"Hobby1.html"</w:t>
      </w:r>
      <w:r w:rsidRPr="002B03AA">
        <w:rPr>
          <w:rFonts w:ascii="Menlo" w:eastAsia="Times New Roman" w:hAnsi="Menlo" w:cs="Menlo"/>
          <w:color w:val="808080"/>
          <w:sz w:val="18"/>
          <w:szCs w:val="18"/>
          <w:lang w:val="en-GB" w:eastAsia="en-GB"/>
        </w:rPr>
        <w:t>&gt;</w:t>
      </w:r>
      <w:r w:rsidRPr="002B03AA">
        <w:rPr>
          <w:rFonts w:ascii="Menlo" w:eastAsia="Times New Roman" w:hAnsi="Menlo" w:cs="Menlo"/>
          <w:color w:val="D4D4D4"/>
          <w:sz w:val="18"/>
          <w:szCs w:val="18"/>
          <w:lang w:val="en-GB" w:eastAsia="en-GB"/>
        </w:rPr>
        <w:t>Hobby 1</w:t>
      </w: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a</w:t>
      </w:r>
      <w:r w:rsidRPr="002B03AA">
        <w:rPr>
          <w:rFonts w:ascii="Menlo" w:eastAsia="Times New Roman" w:hAnsi="Menlo" w:cs="Menlo"/>
          <w:color w:val="808080"/>
          <w:sz w:val="18"/>
          <w:szCs w:val="18"/>
          <w:lang w:val="en-GB" w:eastAsia="en-GB"/>
        </w:rPr>
        <w:t>&gt;</w:t>
      </w:r>
    </w:p>
    <w:p w14:paraId="450B2756"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57F0E349"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lastRenderedPageBreak/>
        <w:t>&lt;</w:t>
      </w:r>
      <w:r w:rsidRPr="002B03AA">
        <w:rPr>
          <w:rFonts w:ascii="Menlo" w:eastAsia="Times New Roman" w:hAnsi="Menlo" w:cs="Menlo"/>
          <w:color w:val="569CD6"/>
          <w:sz w:val="18"/>
          <w:szCs w:val="18"/>
          <w:lang w:val="en-GB" w:eastAsia="en-GB"/>
        </w:rPr>
        <w:t>a</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href</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"Hobby2.html"</w:t>
      </w:r>
      <w:r w:rsidRPr="002B03AA">
        <w:rPr>
          <w:rFonts w:ascii="Menlo" w:eastAsia="Times New Roman" w:hAnsi="Menlo" w:cs="Menlo"/>
          <w:color w:val="808080"/>
          <w:sz w:val="18"/>
          <w:szCs w:val="18"/>
          <w:lang w:val="en-GB" w:eastAsia="en-GB"/>
        </w:rPr>
        <w:t>&gt;</w:t>
      </w:r>
      <w:r w:rsidRPr="002B03AA">
        <w:rPr>
          <w:rFonts w:ascii="Menlo" w:eastAsia="Times New Roman" w:hAnsi="Menlo" w:cs="Menlo"/>
          <w:color w:val="D4D4D4"/>
          <w:sz w:val="18"/>
          <w:szCs w:val="18"/>
          <w:lang w:val="en-GB" w:eastAsia="en-GB"/>
        </w:rPr>
        <w:t>Hobby 2</w:t>
      </w: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a</w:t>
      </w:r>
      <w:r w:rsidRPr="002B03AA">
        <w:rPr>
          <w:rFonts w:ascii="Menlo" w:eastAsia="Times New Roman" w:hAnsi="Menlo" w:cs="Menlo"/>
          <w:color w:val="808080"/>
          <w:sz w:val="18"/>
          <w:szCs w:val="18"/>
          <w:lang w:val="en-GB" w:eastAsia="en-GB"/>
        </w:rPr>
        <w:t>&gt;</w:t>
      </w:r>
    </w:p>
    <w:p w14:paraId="4F4C4794"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3C62CD5C"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a</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href</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"index.html"</w:t>
      </w:r>
      <w:r w:rsidRPr="002B03AA">
        <w:rPr>
          <w:rFonts w:ascii="Menlo" w:eastAsia="Times New Roman" w:hAnsi="Menlo" w:cs="Menlo"/>
          <w:color w:val="808080"/>
          <w:sz w:val="18"/>
          <w:szCs w:val="18"/>
          <w:lang w:val="en-GB" w:eastAsia="en-GB"/>
        </w:rPr>
        <w:t>&gt;</w:t>
      </w:r>
      <w:r w:rsidRPr="002B03AA">
        <w:rPr>
          <w:rFonts w:ascii="Menlo" w:eastAsia="Times New Roman" w:hAnsi="Menlo" w:cs="Menlo"/>
          <w:color w:val="D4D4D4"/>
          <w:sz w:val="18"/>
          <w:szCs w:val="18"/>
          <w:lang w:val="en-GB" w:eastAsia="en-GB"/>
        </w:rPr>
        <w:t>Logout</w:t>
      </w: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a</w:t>
      </w:r>
      <w:r w:rsidRPr="002B03AA">
        <w:rPr>
          <w:rFonts w:ascii="Menlo" w:eastAsia="Times New Roman" w:hAnsi="Menlo" w:cs="Menlo"/>
          <w:color w:val="808080"/>
          <w:sz w:val="18"/>
          <w:szCs w:val="18"/>
          <w:lang w:val="en-GB" w:eastAsia="en-GB"/>
        </w:rPr>
        <w:t>&gt;</w:t>
      </w:r>
    </w:p>
    <w:p w14:paraId="356D1F09"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364C633A"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nav</w:t>
      </w:r>
      <w:r w:rsidRPr="002B03AA">
        <w:rPr>
          <w:rFonts w:ascii="Menlo" w:eastAsia="Times New Roman" w:hAnsi="Menlo" w:cs="Menlo"/>
          <w:color w:val="808080"/>
          <w:sz w:val="18"/>
          <w:szCs w:val="18"/>
          <w:lang w:val="en-GB" w:eastAsia="en-GB"/>
        </w:rPr>
        <w:t>&gt;</w:t>
      </w:r>
    </w:p>
    <w:p w14:paraId="2B87826F"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08A3B86A"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header</w:t>
      </w:r>
      <w:r w:rsidRPr="002B03AA">
        <w:rPr>
          <w:rFonts w:ascii="Menlo" w:eastAsia="Times New Roman" w:hAnsi="Menlo" w:cs="Menlo"/>
          <w:color w:val="808080"/>
          <w:sz w:val="18"/>
          <w:szCs w:val="18"/>
          <w:lang w:val="en-GB" w:eastAsia="en-GB"/>
        </w:rPr>
        <w:t>&gt;</w:t>
      </w:r>
    </w:p>
    <w:p w14:paraId="0BE6770E"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br/>
      </w:r>
    </w:p>
    <w:p w14:paraId="2371FE9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main</w:t>
      </w:r>
      <w:r w:rsidRPr="002B03AA">
        <w:rPr>
          <w:rFonts w:ascii="Menlo" w:eastAsia="Times New Roman" w:hAnsi="Menlo" w:cs="Menlo"/>
          <w:color w:val="808080"/>
          <w:sz w:val="18"/>
          <w:szCs w:val="18"/>
          <w:lang w:val="en-GB" w:eastAsia="en-GB"/>
        </w:rPr>
        <w:t>&gt;</w:t>
      </w:r>
    </w:p>
    <w:p w14:paraId="67400080"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1D602A0F"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section</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class</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"hero"</w:t>
      </w:r>
      <w:r w:rsidRPr="002B03AA">
        <w:rPr>
          <w:rFonts w:ascii="Menlo" w:eastAsia="Times New Roman" w:hAnsi="Menlo" w:cs="Menlo"/>
          <w:color w:val="808080"/>
          <w:sz w:val="18"/>
          <w:szCs w:val="18"/>
          <w:lang w:val="en-GB" w:eastAsia="en-GB"/>
        </w:rPr>
        <w:t>&gt;</w:t>
      </w:r>
    </w:p>
    <w:p w14:paraId="0D3A4916"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101276FC"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h2</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id</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"welcome"</w:t>
      </w:r>
      <w:r w:rsidRPr="002B03AA">
        <w:rPr>
          <w:rFonts w:ascii="Menlo" w:eastAsia="Times New Roman" w:hAnsi="Menlo" w:cs="Menlo"/>
          <w:color w:val="808080"/>
          <w:sz w:val="18"/>
          <w:szCs w:val="18"/>
          <w:lang w:val="en-GB" w:eastAsia="en-GB"/>
        </w:rPr>
        <w:t>&gt;</w:t>
      </w:r>
    </w:p>
    <w:p w14:paraId="2F6B588C"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Welcome!</w:t>
      </w:r>
    </w:p>
    <w:p w14:paraId="4430B2C6"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h2</w:t>
      </w:r>
      <w:r w:rsidRPr="002B03AA">
        <w:rPr>
          <w:rFonts w:ascii="Menlo" w:eastAsia="Times New Roman" w:hAnsi="Menlo" w:cs="Menlo"/>
          <w:color w:val="808080"/>
          <w:sz w:val="18"/>
          <w:szCs w:val="18"/>
          <w:lang w:val="en-GB" w:eastAsia="en-GB"/>
        </w:rPr>
        <w:t>&gt;</w:t>
      </w:r>
    </w:p>
    <w:p w14:paraId="1B472D73"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14A74E40"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p</w:t>
      </w:r>
      <w:r w:rsidRPr="002B03AA">
        <w:rPr>
          <w:rFonts w:ascii="Menlo" w:eastAsia="Times New Roman" w:hAnsi="Menlo" w:cs="Menlo"/>
          <w:color w:val="808080"/>
          <w:sz w:val="18"/>
          <w:szCs w:val="18"/>
          <w:lang w:val="en-GB" w:eastAsia="en-GB"/>
        </w:rPr>
        <w:t>&gt;</w:t>
      </w:r>
    </w:p>
    <w:p w14:paraId="7171ACF0"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This website is made to showcase my hobbies and interests.</w:t>
      </w:r>
    </w:p>
    <w:p w14:paraId="31045C2A"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p</w:t>
      </w:r>
      <w:r w:rsidRPr="002B03AA">
        <w:rPr>
          <w:rFonts w:ascii="Menlo" w:eastAsia="Times New Roman" w:hAnsi="Menlo" w:cs="Menlo"/>
          <w:color w:val="808080"/>
          <w:sz w:val="18"/>
          <w:szCs w:val="18"/>
          <w:lang w:val="en-GB" w:eastAsia="en-GB"/>
        </w:rPr>
        <w:t>&gt;</w:t>
      </w:r>
    </w:p>
    <w:p w14:paraId="0F507D2B"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1DDEA028"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section</w:t>
      </w:r>
      <w:r w:rsidRPr="002B03AA">
        <w:rPr>
          <w:rFonts w:ascii="Menlo" w:eastAsia="Times New Roman" w:hAnsi="Menlo" w:cs="Menlo"/>
          <w:color w:val="808080"/>
          <w:sz w:val="18"/>
          <w:szCs w:val="18"/>
          <w:lang w:val="en-GB" w:eastAsia="en-GB"/>
        </w:rPr>
        <w:t>&gt;</w:t>
      </w:r>
    </w:p>
    <w:p w14:paraId="00B2E797"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6A6B4326"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main</w:t>
      </w:r>
      <w:r w:rsidRPr="002B03AA">
        <w:rPr>
          <w:rFonts w:ascii="Menlo" w:eastAsia="Times New Roman" w:hAnsi="Menlo" w:cs="Menlo"/>
          <w:color w:val="808080"/>
          <w:sz w:val="18"/>
          <w:szCs w:val="18"/>
          <w:lang w:val="en-GB" w:eastAsia="en-GB"/>
        </w:rPr>
        <w:t>&gt;</w:t>
      </w:r>
    </w:p>
    <w:p w14:paraId="2FFC0AF5"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br/>
      </w:r>
    </w:p>
    <w:p w14:paraId="733D2B7F"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footer</w:t>
      </w:r>
      <w:r w:rsidRPr="002B03AA">
        <w:rPr>
          <w:rFonts w:ascii="Menlo" w:eastAsia="Times New Roman" w:hAnsi="Menlo" w:cs="Menlo"/>
          <w:color w:val="808080"/>
          <w:sz w:val="18"/>
          <w:szCs w:val="18"/>
          <w:lang w:val="en-GB" w:eastAsia="en-GB"/>
        </w:rPr>
        <w:t>&gt;</w:t>
      </w:r>
    </w:p>
    <w:p w14:paraId="0CBAA6D1"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6F9E672E"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p</w:t>
      </w:r>
      <w:r w:rsidRPr="002B03AA">
        <w:rPr>
          <w:rFonts w:ascii="Menlo" w:eastAsia="Times New Roman" w:hAnsi="Menlo" w:cs="Menlo"/>
          <w:color w:val="808080"/>
          <w:sz w:val="18"/>
          <w:szCs w:val="18"/>
          <w:lang w:val="en-GB" w:eastAsia="en-GB"/>
        </w:rPr>
        <w:t>&gt;</w:t>
      </w:r>
    </w:p>
    <w:p w14:paraId="2AE945F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 2026 Fahith's Life</w:t>
      </w:r>
    </w:p>
    <w:p w14:paraId="522D4707"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p</w:t>
      </w:r>
      <w:r w:rsidRPr="002B03AA">
        <w:rPr>
          <w:rFonts w:ascii="Menlo" w:eastAsia="Times New Roman" w:hAnsi="Menlo" w:cs="Menlo"/>
          <w:color w:val="808080"/>
          <w:sz w:val="18"/>
          <w:szCs w:val="18"/>
          <w:lang w:val="en-GB" w:eastAsia="en-GB"/>
        </w:rPr>
        <w:t>&gt;</w:t>
      </w:r>
    </w:p>
    <w:p w14:paraId="2E0AC9E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6EEFC3FB"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footer</w:t>
      </w:r>
      <w:r w:rsidRPr="002B03AA">
        <w:rPr>
          <w:rFonts w:ascii="Menlo" w:eastAsia="Times New Roman" w:hAnsi="Menlo" w:cs="Menlo"/>
          <w:color w:val="808080"/>
          <w:sz w:val="18"/>
          <w:szCs w:val="18"/>
          <w:lang w:val="en-GB" w:eastAsia="en-GB"/>
        </w:rPr>
        <w:t>&gt;</w:t>
      </w:r>
    </w:p>
    <w:p w14:paraId="7F3E6F10"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br/>
      </w:r>
    </w:p>
    <w:p w14:paraId="1937B4D2"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script</w:t>
      </w:r>
      <w:r w:rsidRPr="002B03AA">
        <w:rPr>
          <w:rFonts w:ascii="Menlo" w:eastAsia="Times New Roman" w:hAnsi="Menlo" w:cs="Menlo"/>
          <w:color w:val="808080"/>
          <w:sz w:val="18"/>
          <w:szCs w:val="18"/>
          <w:lang w:val="en-GB" w:eastAsia="en-GB"/>
        </w:rPr>
        <w:t>&gt;</w:t>
      </w:r>
    </w:p>
    <w:p w14:paraId="0920A772"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44C47B02"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569CD6"/>
          <w:sz w:val="18"/>
          <w:szCs w:val="18"/>
          <w:lang w:val="en-GB" w:eastAsia="en-GB"/>
        </w:rPr>
        <w:t>let</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username</w:t>
      </w:r>
      <w:r w:rsidRPr="002B03AA">
        <w:rPr>
          <w:rFonts w:ascii="Menlo" w:eastAsia="Times New Roman" w:hAnsi="Menlo" w:cs="Menlo"/>
          <w:color w:val="D4D4D4"/>
          <w:sz w:val="18"/>
          <w:szCs w:val="18"/>
          <w:lang w:val="en-GB" w:eastAsia="en-GB"/>
        </w:rPr>
        <w:t xml:space="preserve"> = </w:t>
      </w:r>
      <w:proofErr w:type="spellStart"/>
      <w:r w:rsidRPr="002B03AA">
        <w:rPr>
          <w:rFonts w:ascii="Menlo" w:eastAsia="Times New Roman" w:hAnsi="Menlo" w:cs="Menlo"/>
          <w:color w:val="9CDCFE"/>
          <w:sz w:val="18"/>
          <w:szCs w:val="18"/>
          <w:lang w:val="en-GB" w:eastAsia="en-GB"/>
        </w:rPr>
        <w:t>localStorage</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DCDCAA"/>
          <w:sz w:val="18"/>
          <w:szCs w:val="18"/>
          <w:lang w:val="en-GB" w:eastAsia="en-GB"/>
        </w:rPr>
        <w:t>getItem</w:t>
      </w:r>
      <w:proofErr w:type="spellEnd"/>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"username"</w:t>
      </w:r>
      <w:r w:rsidRPr="002B03AA">
        <w:rPr>
          <w:rFonts w:ascii="Menlo" w:eastAsia="Times New Roman" w:hAnsi="Menlo" w:cs="Menlo"/>
          <w:color w:val="D4D4D4"/>
          <w:sz w:val="18"/>
          <w:szCs w:val="18"/>
          <w:lang w:val="en-GB" w:eastAsia="en-GB"/>
        </w:rPr>
        <w:t>);</w:t>
      </w:r>
    </w:p>
    <w:p w14:paraId="40AFD737"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34E02A81"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C586C0"/>
          <w:sz w:val="18"/>
          <w:szCs w:val="18"/>
          <w:lang w:val="en-GB" w:eastAsia="en-GB"/>
        </w:rPr>
        <w:lastRenderedPageBreak/>
        <w:t>if</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9CDCFE"/>
          <w:sz w:val="18"/>
          <w:szCs w:val="18"/>
          <w:lang w:val="en-GB" w:eastAsia="en-GB"/>
        </w:rPr>
        <w:t>username</w:t>
      </w:r>
      <w:proofErr w:type="gramStart"/>
      <w:r w:rsidRPr="002B03AA">
        <w:rPr>
          <w:rFonts w:ascii="Menlo" w:eastAsia="Times New Roman" w:hAnsi="Menlo" w:cs="Menlo"/>
          <w:color w:val="D4D4D4"/>
          <w:sz w:val="18"/>
          <w:szCs w:val="18"/>
          <w:lang w:val="en-GB" w:eastAsia="en-GB"/>
        </w:rPr>
        <w:t>){</w:t>
      </w:r>
      <w:proofErr w:type="gramEnd"/>
    </w:p>
    <w:p w14:paraId="16CB6252"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138793E5"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spellStart"/>
      <w:proofErr w:type="gramStart"/>
      <w:r w:rsidRPr="002B03AA">
        <w:rPr>
          <w:rFonts w:ascii="Menlo" w:eastAsia="Times New Roman" w:hAnsi="Menlo" w:cs="Menlo"/>
          <w:color w:val="9CDCFE"/>
          <w:sz w:val="18"/>
          <w:szCs w:val="18"/>
          <w:lang w:val="en-GB" w:eastAsia="en-GB"/>
        </w:rPr>
        <w:t>document</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DCDCAA"/>
          <w:sz w:val="18"/>
          <w:szCs w:val="18"/>
          <w:lang w:val="en-GB" w:eastAsia="en-GB"/>
        </w:rPr>
        <w:t>getElementById</w:t>
      </w:r>
      <w:proofErr w:type="spellEnd"/>
      <w:proofErr w:type="gramEnd"/>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"welcome"</w:t>
      </w:r>
      <w:proofErr w:type="gramStart"/>
      <w:r w:rsidRPr="002B03AA">
        <w:rPr>
          <w:rFonts w:ascii="Menlo" w:eastAsia="Times New Roman" w:hAnsi="Menlo" w:cs="Menlo"/>
          <w:color w:val="D4D4D4"/>
          <w:sz w:val="18"/>
          <w:szCs w:val="18"/>
          <w:lang w:val="en-GB" w:eastAsia="en-GB"/>
        </w:rPr>
        <w:t>).</w:t>
      </w:r>
      <w:proofErr w:type="spellStart"/>
      <w:r w:rsidRPr="002B03AA">
        <w:rPr>
          <w:rFonts w:ascii="Menlo" w:eastAsia="Times New Roman" w:hAnsi="Menlo" w:cs="Menlo"/>
          <w:color w:val="9CDCFE"/>
          <w:sz w:val="18"/>
          <w:szCs w:val="18"/>
          <w:lang w:val="en-GB" w:eastAsia="en-GB"/>
        </w:rPr>
        <w:t>innerHTML</w:t>
      </w:r>
      <w:proofErr w:type="spellEnd"/>
      <w:proofErr w:type="gramEnd"/>
      <w:r w:rsidRPr="002B03AA">
        <w:rPr>
          <w:rFonts w:ascii="Menlo" w:eastAsia="Times New Roman" w:hAnsi="Menlo" w:cs="Menlo"/>
          <w:color w:val="D4D4D4"/>
          <w:sz w:val="18"/>
          <w:szCs w:val="18"/>
          <w:lang w:val="en-GB" w:eastAsia="en-GB"/>
        </w:rPr>
        <w:t xml:space="preserve"> =</w:t>
      </w:r>
    </w:p>
    <w:p w14:paraId="53418332"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CE9178"/>
          <w:sz w:val="18"/>
          <w:szCs w:val="18"/>
          <w:lang w:val="en-GB" w:eastAsia="en-GB"/>
        </w:rPr>
        <w:t>"Welcome "</w:t>
      </w:r>
      <w:r w:rsidRPr="002B03AA">
        <w:rPr>
          <w:rFonts w:ascii="Menlo" w:eastAsia="Times New Roman" w:hAnsi="Menlo" w:cs="Menlo"/>
          <w:color w:val="D4D4D4"/>
          <w:sz w:val="18"/>
          <w:szCs w:val="18"/>
          <w:lang w:val="en-GB" w:eastAsia="en-GB"/>
        </w:rPr>
        <w:t xml:space="preserve"> + </w:t>
      </w:r>
      <w:r w:rsidRPr="002B03AA">
        <w:rPr>
          <w:rFonts w:ascii="Menlo" w:eastAsia="Times New Roman" w:hAnsi="Menlo" w:cs="Menlo"/>
          <w:color w:val="9CDCFE"/>
          <w:sz w:val="18"/>
          <w:szCs w:val="18"/>
          <w:lang w:val="en-GB" w:eastAsia="en-GB"/>
        </w:rPr>
        <w:t>username</w:t>
      </w:r>
      <w:r w:rsidRPr="002B03AA">
        <w:rPr>
          <w:rFonts w:ascii="Menlo" w:eastAsia="Times New Roman" w:hAnsi="Menlo" w:cs="Menlo"/>
          <w:color w:val="D4D4D4"/>
          <w:sz w:val="18"/>
          <w:szCs w:val="18"/>
          <w:lang w:val="en-GB" w:eastAsia="en-GB"/>
        </w:rPr>
        <w:t xml:space="preserve"> + </w:t>
      </w:r>
      <w:r w:rsidRPr="002B03AA">
        <w:rPr>
          <w:rFonts w:ascii="Menlo" w:eastAsia="Times New Roman" w:hAnsi="Menlo" w:cs="Menlo"/>
          <w:color w:val="CE9178"/>
          <w:sz w:val="18"/>
          <w:szCs w:val="18"/>
          <w:lang w:val="en-GB" w:eastAsia="en-GB"/>
        </w:rPr>
        <w:t>"!"</w:t>
      </w:r>
      <w:r w:rsidRPr="002B03AA">
        <w:rPr>
          <w:rFonts w:ascii="Menlo" w:eastAsia="Times New Roman" w:hAnsi="Menlo" w:cs="Menlo"/>
          <w:color w:val="D4D4D4"/>
          <w:sz w:val="18"/>
          <w:szCs w:val="18"/>
          <w:lang w:val="en-GB" w:eastAsia="en-GB"/>
        </w:rPr>
        <w:t>;</w:t>
      </w:r>
    </w:p>
    <w:p w14:paraId="1352E830"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6EA236CD"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w:t>
      </w:r>
    </w:p>
    <w:p w14:paraId="601D4D9B"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5F372C51"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script</w:t>
      </w:r>
      <w:r w:rsidRPr="002B03AA">
        <w:rPr>
          <w:rFonts w:ascii="Menlo" w:eastAsia="Times New Roman" w:hAnsi="Menlo" w:cs="Menlo"/>
          <w:color w:val="808080"/>
          <w:sz w:val="18"/>
          <w:szCs w:val="18"/>
          <w:lang w:val="en-GB" w:eastAsia="en-GB"/>
        </w:rPr>
        <w:t>&gt;</w:t>
      </w:r>
    </w:p>
    <w:p w14:paraId="62AC06AD"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7C890039"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body</w:t>
      </w:r>
      <w:r w:rsidRPr="002B03AA">
        <w:rPr>
          <w:rFonts w:ascii="Menlo" w:eastAsia="Times New Roman" w:hAnsi="Menlo" w:cs="Menlo"/>
          <w:color w:val="808080"/>
          <w:sz w:val="18"/>
          <w:szCs w:val="18"/>
          <w:lang w:val="en-GB" w:eastAsia="en-GB"/>
        </w:rPr>
        <w:t>&gt;</w:t>
      </w:r>
    </w:p>
    <w:p w14:paraId="2EDA81B2"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0FAE4E3A"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html</w:t>
      </w:r>
      <w:r w:rsidRPr="002B03AA">
        <w:rPr>
          <w:rFonts w:ascii="Menlo" w:eastAsia="Times New Roman" w:hAnsi="Menlo" w:cs="Menlo"/>
          <w:color w:val="808080"/>
          <w:sz w:val="18"/>
          <w:szCs w:val="18"/>
          <w:lang w:val="en-GB" w:eastAsia="en-GB"/>
        </w:rPr>
        <w:t>&gt;</w:t>
      </w:r>
    </w:p>
    <w:p w14:paraId="43AED1A7" w14:textId="2CFBC244" w:rsidR="00035DB5" w:rsidRDefault="00035DB5"/>
    <w:p w14:paraId="3C6C9CF4" w14:textId="0C0C6C7F" w:rsidR="002B03AA" w:rsidRPr="002B03AA" w:rsidRDefault="00035DB5" w:rsidP="002B03AA">
      <w:pPr>
        <w:shd w:val="clear" w:color="auto" w:fill="1E1E1E"/>
        <w:spacing w:line="270" w:lineRule="atLeast"/>
        <w:rPr>
          <w:rFonts w:ascii="Menlo" w:eastAsia="Times New Roman" w:hAnsi="Menlo" w:cs="Menlo"/>
          <w:color w:val="D4D4D4"/>
          <w:sz w:val="18"/>
          <w:szCs w:val="18"/>
          <w:lang w:val="en-GB" w:eastAsia="en-GB"/>
        </w:rPr>
      </w:pPr>
      <w:r>
        <w:t>Homepage CSS:</w:t>
      </w:r>
      <w:r w:rsidR="002B03AA" w:rsidRPr="002B03AA">
        <w:rPr>
          <w:rFonts w:ascii="Menlo" w:hAnsi="Menlo" w:cs="Menlo"/>
          <w:color w:val="569CD6"/>
          <w:sz w:val="18"/>
          <w:szCs w:val="18"/>
        </w:rPr>
        <w:t xml:space="preserve"> </w:t>
      </w:r>
      <w:r w:rsidR="002B03AA" w:rsidRPr="002B03AA">
        <w:rPr>
          <w:rFonts w:ascii="Menlo" w:eastAsia="Times New Roman" w:hAnsi="Menlo" w:cs="Menlo"/>
          <w:color w:val="569CD6"/>
          <w:sz w:val="18"/>
          <w:szCs w:val="18"/>
          <w:lang w:val="en-GB" w:eastAsia="en-GB"/>
        </w:rPr>
        <w:t>*</w:t>
      </w:r>
      <w:r w:rsidR="002B03AA" w:rsidRPr="002B03AA">
        <w:rPr>
          <w:rFonts w:ascii="Menlo" w:eastAsia="Times New Roman" w:hAnsi="Menlo" w:cs="Menlo"/>
          <w:color w:val="D4D4D4"/>
          <w:sz w:val="18"/>
          <w:szCs w:val="18"/>
          <w:lang w:val="en-GB" w:eastAsia="en-GB"/>
        </w:rPr>
        <w:t>{</w:t>
      </w:r>
    </w:p>
    <w:p w14:paraId="2DCE055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53AEFBF8"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t>margin</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0</w:t>
      </w:r>
      <w:r w:rsidRPr="002B03AA">
        <w:rPr>
          <w:rFonts w:ascii="Menlo" w:eastAsia="Times New Roman" w:hAnsi="Menlo" w:cs="Menlo"/>
          <w:color w:val="D4D4D4"/>
          <w:sz w:val="18"/>
          <w:szCs w:val="18"/>
          <w:lang w:val="en-GB" w:eastAsia="en-GB"/>
        </w:rPr>
        <w:t>;</w:t>
      </w:r>
    </w:p>
    <w:p w14:paraId="7B05497C"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14E10592"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t>padding</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0</w:t>
      </w:r>
      <w:r w:rsidRPr="002B03AA">
        <w:rPr>
          <w:rFonts w:ascii="Menlo" w:eastAsia="Times New Roman" w:hAnsi="Menlo" w:cs="Menlo"/>
          <w:color w:val="D4D4D4"/>
          <w:sz w:val="18"/>
          <w:szCs w:val="18"/>
          <w:lang w:val="en-GB" w:eastAsia="en-GB"/>
        </w:rPr>
        <w:t>;</w:t>
      </w:r>
    </w:p>
    <w:p w14:paraId="179F7EB2"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5CCC1F2C"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spellStart"/>
      <w:r w:rsidRPr="002B03AA">
        <w:rPr>
          <w:rFonts w:ascii="Menlo" w:eastAsia="Times New Roman" w:hAnsi="Menlo" w:cs="Menlo"/>
          <w:color w:val="9CDCFE"/>
          <w:sz w:val="18"/>
          <w:szCs w:val="18"/>
          <w:lang w:val="en-GB" w:eastAsia="en-GB"/>
        </w:rPr>
        <w:t>box-</w:t>
      </w:r>
      <w:proofErr w:type="gramStart"/>
      <w:r w:rsidRPr="002B03AA">
        <w:rPr>
          <w:rFonts w:ascii="Menlo" w:eastAsia="Times New Roman" w:hAnsi="Menlo" w:cs="Menlo"/>
          <w:color w:val="9CDCFE"/>
          <w:sz w:val="18"/>
          <w:szCs w:val="18"/>
          <w:lang w:val="en-GB" w:eastAsia="en-GB"/>
        </w:rPr>
        <w:t>sizing</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border</w:t>
      </w:r>
      <w:proofErr w:type="gramEnd"/>
      <w:r w:rsidRPr="002B03AA">
        <w:rPr>
          <w:rFonts w:ascii="Menlo" w:eastAsia="Times New Roman" w:hAnsi="Menlo" w:cs="Menlo"/>
          <w:color w:val="CE9178"/>
          <w:sz w:val="18"/>
          <w:szCs w:val="18"/>
          <w:lang w:val="en-GB" w:eastAsia="en-GB"/>
        </w:rPr>
        <w:t>-box</w:t>
      </w:r>
      <w:proofErr w:type="spellEnd"/>
      <w:r w:rsidRPr="002B03AA">
        <w:rPr>
          <w:rFonts w:ascii="Menlo" w:eastAsia="Times New Roman" w:hAnsi="Menlo" w:cs="Menlo"/>
          <w:color w:val="D4D4D4"/>
          <w:sz w:val="18"/>
          <w:szCs w:val="18"/>
          <w:lang w:val="en-GB" w:eastAsia="en-GB"/>
        </w:rPr>
        <w:t>;</w:t>
      </w:r>
    </w:p>
    <w:p w14:paraId="1DD4B0C8"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038E9B50"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spellStart"/>
      <w:r w:rsidRPr="002B03AA">
        <w:rPr>
          <w:rFonts w:ascii="Menlo" w:eastAsia="Times New Roman" w:hAnsi="Menlo" w:cs="Menlo"/>
          <w:color w:val="9CDCFE"/>
          <w:sz w:val="18"/>
          <w:szCs w:val="18"/>
          <w:lang w:val="en-GB" w:eastAsia="en-GB"/>
        </w:rPr>
        <w:t>font-</w:t>
      </w:r>
      <w:proofErr w:type="gramStart"/>
      <w:r w:rsidRPr="002B03AA">
        <w:rPr>
          <w:rFonts w:ascii="Menlo" w:eastAsia="Times New Roman" w:hAnsi="Menlo" w:cs="Menlo"/>
          <w:color w:val="9CDCFE"/>
          <w:sz w:val="18"/>
          <w:szCs w:val="18"/>
          <w:lang w:val="en-GB" w:eastAsia="en-GB"/>
        </w:rPr>
        <w:t>family</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Arial</w:t>
      </w:r>
      <w:proofErr w:type="spellEnd"/>
      <w:proofErr w:type="gramEnd"/>
      <w:r w:rsidRPr="002B03AA">
        <w:rPr>
          <w:rFonts w:ascii="Menlo" w:eastAsia="Times New Roman" w:hAnsi="Menlo" w:cs="Menlo"/>
          <w:color w:val="D4D4D4"/>
          <w:sz w:val="18"/>
          <w:szCs w:val="18"/>
          <w:lang w:val="en-GB" w:eastAsia="en-GB"/>
        </w:rPr>
        <w:t>;</w:t>
      </w:r>
    </w:p>
    <w:p w14:paraId="10E8F77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5469B0C5"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w:t>
      </w:r>
    </w:p>
    <w:p w14:paraId="75AF6608"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br/>
      </w:r>
    </w:p>
    <w:p w14:paraId="64EA3365"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gramStart"/>
      <w:r w:rsidRPr="002B03AA">
        <w:rPr>
          <w:rFonts w:ascii="Menlo" w:eastAsia="Times New Roman" w:hAnsi="Menlo" w:cs="Menlo"/>
          <w:color w:val="D7BA7D"/>
          <w:sz w:val="18"/>
          <w:szCs w:val="18"/>
          <w:lang w:val="en-GB" w:eastAsia="en-GB"/>
        </w:rPr>
        <w:t>body</w:t>
      </w:r>
      <w:r w:rsidRPr="002B03AA">
        <w:rPr>
          <w:rFonts w:ascii="Menlo" w:eastAsia="Times New Roman" w:hAnsi="Menlo" w:cs="Menlo"/>
          <w:color w:val="D4D4D4"/>
          <w:sz w:val="18"/>
          <w:szCs w:val="18"/>
          <w:lang w:val="en-GB" w:eastAsia="en-GB"/>
        </w:rPr>
        <w:t>{</w:t>
      </w:r>
      <w:proofErr w:type="gramEnd"/>
    </w:p>
    <w:p w14:paraId="07C29884"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4F61A5DE"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spellStart"/>
      <w:proofErr w:type="gramStart"/>
      <w:r w:rsidRPr="002B03AA">
        <w:rPr>
          <w:rFonts w:ascii="Menlo" w:eastAsia="Times New Roman" w:hAnsi="Menlo" w:cs="Menlo"/>
          <w:color w:val="9CDCFE"/>
          <w:sz w:val="18"/>
          <w:szCs w:val="18"/>
          <w:lang w:val="en-GB" w:eastAsia="en-GB"/>
        </w:rPr>
        <w:t>background</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DCDCAA"/>
          <w:sz w:val="18"/>
          <w:szCs w:val="18"/>
          <w:lang w:val="en-GB" w:eastAsia="en-GB"/>
        </w:rPr>
        <w:t>linear</w:t>
      </w:r>
      <w:proofErr w:type="gramEnd"/>
      <w:r w:rsidRPr="002B03AA">
        <w:rPr>
          <w:rFonts w:ascii="Menlo" w:eastAsia="Times New Roman" w:hAnsi="Menlo" w:cs="Menlo"/>
          <w:color w:val="DCDCAA"/>
          <w:sz w:val="18"/>
          <w:szCs w:val="18"/>
          <w:lang w:val="en-GB" w:eastAsia="en-GB"/>
        </w:rPr>
        <w:t>-</w:t>
      </w:r>
      <w:proofErr w:type="gramStart"/>
      <w:r w:rsidRPr="002B03AA">
        <w:rPr>
          <w:rFonts w:ascii="Menlo" w:eastAsia="Times New Roman" w:hAnsi="Menlo" w:cs="Menlo"/>
          <w:color w:val="DCDCAA"/>
          <w:sz w:val="18"/>
          <w:szCs w:val="18"/>
          <w:lang w:val="en-GB" w:eastAsia="en-GB"/>
        </w:rPr>
        <w:t>gradient</w:t>
      </w:r>
      <w:proofErr w:type="spellEnd"/>
      <w:r w:rsidRPr="002B03AA">
        <w:rPr>
          <w:rFonts w:ascii="Menlo" w:eastAsia="Times New Roman" w:hAnsi="Menlo" w:cs="Menlo"/>
          <w:color w:val="D4D4D4"/>
          <w:sz w:val="18"/>
          <w:szCs w:val="18"/>
          <w:lang w:val="en-GB" w:eastAsia="en-GB"/>
        </w:rPr>
        <w:t>(</w:t>
      </w:r>
      <w:proofErr w:type="gramEnd"/>
      <w:r w:rsidRPr="002B03AA">
        <w:rPr>
          <w:rFonts w:ascii="Menlo" w:eastAsia="Times New Roman" w:hAnsi="Menlo" w:cs="Menlo"/>
          <w:color w:val="D4D4D4"/>
          <w:sz w:val="18"/>
          <w:szCs w:val="18"/>
          <w:lang w:val="en-GB" w:eastAsia="en-GB"/>
        </w:rPr>
        <w:t xml:space="preserve">to </w:t>
      </w:r>
      <w:proofErr w:type="gramStart"/>
      <w:r w:rsidRPr="002B03AA">
        <w:rPr>
          <w:rFonts w:ascii="Menlo" w:eastAsia="Times New Roman" w:hAnsi="Menlo" w:cs="Menlo"/>
          <w:color w:val="CE9178"/>
          <w:sz w:val="18"/>
          <w:szCs w:val="18"/>
          <w:lang w:val="en-GB" w:eastAsia="en-GB"/>
        </w:rPr>
        <w:t>right</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w:t>
      </w:r>
      <w:proofErr w:type="gramEnd"/>
      <w:r w:rsidRPr="002B03AA">
        <w:rPr>
          <w:rFonts w:ascii="Menlo" w:eastAsia="Times New Roman" w:hAnsi="Menlo" w:cs="Menlo"/>
          <w:color w:val="CE9178"/>
          <w:sz w:val="18"/>
          <w:szCs w:val="18"/>
          <w:lang w:val="en-GB" w:eastAsia="en-GB"/>
        </w:rPr>
        <w:t>4</w:t>
      </w:r>
      <w:proofErr w:type="gramStart"/>
      <w:r w:rsidRPr="002B03AA">
        <w:rPr>
          <w:rFonts w:ascii="Menlo" w:eastAsia="Times New Roman" w:hAnsi="Menlo" w:cs="Menlo"/>
          <w:color w:val="CE9178"/>
          <w:sz w:val="18"/>
          <w:szCs w:val="18"/>
          <w:lang w:val="en-GB" w:eastAsia="en-GB"/>
        </w:rPr>
        <w:t>facfe</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w:t>
      </w:r>
      <w:proofErr w:type="gramEnd"/>
      <w:r w:rsidRPr="002B03AA">
        <w:rPr>
          <w:rFonts w:ascii="Menlo" w:eastAsia="Times New Roman" w:hAnsi="Menlo" w:cs="Menlo"/>
          <w:color w:val="CE9178"/>
          <w:sz w:val="18"/>
          <w:szCs w:val="18"/>
          <w:lang w:val="en-GB" w:eastAsia="en-GB"/>
        </w:rPr>
        <w:t>00f2fe</w:t>
      </w:r>
      <w:r w:rsidRPr="002B03AA">
        <w:rPr>
          <w:rFonts w:ascii="Menlo" w:eastAsia="Times New Roman" w:hAnsi="Menlo" w:cs="Menlo"/>
          <w:color w:val="D4D4D4"/>
          <w:sz w:val="18"/>
          <w:szCs w:val="18"/>
          <w:lang w:val="en-GB" w:eastAsia="en-GB"/>
        </w:rPr>
        <w:t>);</w:t>
      </w:r>
    </w:p>
    <w:p w14:paraId="70250C0A"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584BC608"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spellStart"/>
      <w:proofErr w:type="gramStart"/>
      <w:r w:rsidRPr="002B03AA">
        <w:rPr>
          <w:rFonts w:ascii="Menlo" w:eastAsia="Times New Roman" w:hAnsi="Menlo" w:cs="Menlo"/>
          <w:color w:val="9CDCFE"/>
          <w:sz w:val="18"/>
          <w:szCs w:val="18"/>
          <w:lang w:val="en-GB" w:eastAsia="en-GB"/>
        </w:rPr>
        <w:t>color</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DCDCAA"/>
          <w:sz w:val="18"/>
          <w:szCs w:val="18"/>
          <w:lang w:val="en-GB" w:eastAsia="en-GB"/>
        </w:rPr>
        <w:t>rgb</w:t>
      </w:r>
      <w:proofErr w:type="spellEnd"/>
      <w:proofErr w:type="gramEnd"/>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13</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B5CEA8"/>
          <w:sz w:val="18"/>
          <w:szCs w:val="18"/>
          <w:lang w:val="en-GB" w:eastAsia="en-GB"/>
        </w:rPr>
        <w:t>12</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B5CEA8"/>
          <w:sz w:val="18"/>
          <w:szCs w:val="18"/>
          <w:lang w:val="en-GB" w:eastAsia="en-GB"/>
        </w:rPr>
        <w:t>12</w:t>
      </w:r>
      <w:r w:rsidRPr="002B03AA">
        <w:rPr>
          <w:rFonts w:ascii="Menlo" w:eastAsia="Times New Roman" w:hAnsi="Menlo" w:cs="Menlo"/>
          <w:color w:val="D4D4D4"/>
          <w:sz w:val="18"/>
          <w:szCs w:val="18"/>
          <w:lang w:val="en-GB" w:eastAsia="en-GB"/>
        </w:rPr>
        <w:t>);</w:t>
      </w:r>
    </w:p>
    <w:p w14:paraId="6DF8F80C"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0350C7B8"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spellStart"/>
      <w:r w:rsidRPr="002B03AA">
        <w:rPr>
          <w:rFonts w:ascii="Menlo" w:eastAsia="Times New Roman" w:hAnsi="Menlo" w:cs="Menlo"/>
          <w:color w:val="9CDCFE"/>
          <w:sz w:val="18"/>
          <w:szCs w:val="18"/>
          <w:lang w:val="en-GB" w:eastAsia="en-GB"/>
        </w:rPr>
        <w:t>text-</w:t>
      </w:r>
      <w:proofErr w:type="gramStart"/>
      <w:r w:rsidRPr="002B03AA">
        <w:rPr>
          <w:rFonts w:ascii="Menlo" w:eastAsia="Times New Roman" w:hAnsi="Menlo" w:cs="Menlo"/>
          <w:color w:val="9CDCFE"/>
          <w:sz w:val="18"/>
          <w:szCs w:val="18"/>
          <w:lang w:val="en-GB" w:eastAsia="en-GB"/>
        </w:rPr>
        <w:t>align</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center</w:t>
      </w:r>
      <w:proofErr w:type="spellEnd"/>
      <w:proofErr w:type="gramEnd"/>
      <w:r w:rsidRPr="002B03AA">
        <w:rPr>
          <w:rFonts w:ascii="Menlo" w:eastAsia="Times New Roman" w:hAnsi="Menlo" w:cs="Menlo"/>
          <w:color w:val="D4D4D4"/>
          <w:sz w:val="18"/>
          <w:szCs w:val="18"/>
          <w:lang w:val="en-GB" w:eastAsia="en-GB"/>
        </w:rPr>
        <w:t>;</w:t>
      </w:r>
    </w:p>
    <w:p w14:paraId="4D0A8BED"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28A6D1C7"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w:t>
      </w:r>
    </w:p>
    <w:p w14:paraId="22CA7F22"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br/>
      </w:r>
    </w:p>
    <w:p w14:paraId="4D7C0BE6"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gramStart"/>
      <w:r w:rsidRPr="002B03AA">
        <w:rPr>
          <w:rFonts w:ascii="Menlo" w:eastAsia="Times New Roman" w:hAnsi="Menlo" w:cs="Menlo"/>
          <w:color w:val="D7BA7D"/>
          <w:sz w:val="18"/>
          <w:szCs w:val="18"/>
          <w:lang w:val="en-GB" w:eastAsia="en-GB"/>
        </w:rPr>
        <w:t>header</w:t>
      </w:r>
      <w:r w:rsidRPr="002B03AA">
        <w:rPr>
          <w:rFonts w:ascii="Menlo" w:eastAsia="Times New Roman" w:hAnsi="Menlo" w:cs="Menlo"/>
          <w:color w:val="D4D4D4"/>
          <w:sz w:val="18"/>
          <w:szCs w:val="18"/>
          <w:lang w:val="en-GB" w:eastAsia="en-GB"/>
        </w:rPr>
        <w:t>{</w:t>
      </w:r>
      <w:proofErr w:type="gramEnd"/>
    </w:p>
    <w:p w14:paraId="2AE15A8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225A12E8"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gramStart"/>
      <w:r w:rsidRPr="002B03AA">
        <w:rPr>
          <w:rFonts w:ascii="Menlo" w:eastAsia="Times New Roman" w:hAnsi="Menlo" w:cs="Menlo"/>
          <w:color w:val="9CDCFE"/>
          <w:sz w:val="18"/>
          <w:szCs w:val="18"/>
          <w:lang w:val="en-GB" w:eastAsia="en-GB"/>
        </w:rPr>
        <w:t>background</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w:t>
      </w:r>
      <w:proofErr w:type="gramEnd"/>
      <w:r w:rsidRPr="002B03AA">
        <w:rPr>
          <w:rFonts w:ascii="Menlo" w:eastAsia="Times New Roman" w:hAnsi="Menlo" w:cs="Menlo"/>
          <w:color w:val="CE9178"/>
          <w:sz w:val="18"/>
          <w:szCs w:val="18"/>
          <w:lang w:val="en-GB" w:eastAsia="en-GB"/>
        </w:rPr>
        <w:t>0ddae9</w:t>
      </w:r>
      <w:r w:rsidRPr="002B03AA">
        <w:rPr>
          <w:rFonts w:ascii="Menlo" w:eastAsia="Times New Roman" w:hAnsi="Menlo" w:cs="Menlo"/>
          <w:color w:val="D4D4D4"/>
          <w:sz w:val="18"/>
          <w:szCs w:val="18"/>
          <w:lang w:val="en-GB" w:eastAsia="en-GB"/>
        </w:rPr>
        <w:t>;</w:t>
      </w:r>
    </w:p>
    <w:p w14:paraId="74941469"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6FE000F2"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lastRenderedPageBreak/>
        <w:t>padding</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25px</w:t>
      </w:r>
      <w:r w:rsidRPr="002B03AA">
        <w:rPr>
          <w:rFonts w:ascii="Menlo" w:eastAsia="Times New Roman" w:hAnsi="Menlo" w:cs="Menlo"/>
          <w:color w:val="D4D4D4"/>
          <w:sz w:val="18"/>
          <w:szCs w:val="18"/>
          <w:lang w:val="en-GB" w:eastAsia="en-GB"/>
        </w:rPr>
        <w:t>;</w:t>
      </w:r>
    </w:p>
    <w:p w14:paraId="7F91270A"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7E93B6D2"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w:t>
      </w:r>
    </w:p>
    <w:p w14:paraId="03D990CD"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br/>
      </w:r>
    </w:p>
    <w:p w14:paraId="4C94BB59"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gramStart"/>
      <w:r w:rsidRPr="002B03AA">
        <w:rPr>
          <w:rFonts w:ascii="Menlo" w:eastAsia="Times New Roman" w:hAnsi="Menlo" w:cs="Menlo"/>
          <w:color w:val="D7BA7D"/>
          <w:sz w:val="18"/>
          <w:szCs w:val="18"/>
          <w:lang w:val="en-GB" w:eastAsia="en-GB"/>
        </w:rPr>
        <w:t>nav</w:t>
      </w:r>
      <w:r w:rsidRPr="002B03AA">
        <w:rPr>
          <w:rFonts w:ascii="Menlo" w:eastAsia="Times New Roman" w:hAnsi="Menlo" w:cs="Menlo"/>
          <w:color w:val="D4D4D4"/>
          <w:sz w:val="18"/>
          <w:szCs w:val="18"/>
          <w:lang w:val="en-GB" w:eastAsia="en-GB"/>
        </w:rPr>
        <w:t>{</w:t>
      </w:r>
      <w:proofErr w:type="gramEnd"/>
    </w:p>
    <w:p w14:paraId="00E42BFD"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4C78368B"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t>margin-top</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20px</w:t>
      </w:r>
      <w:r w:rsidRPr="002B03AA">
        <w:rPr>
          <w:rFonts w:ascii="Menlo" w:eastAsia="Times New Roman" w:hAnsi="Menlo" w:cs="Menlo"/>
          <w:color w:val="D4D4D4"/>
          <w:sz w:val="18"/>
          <w:szCs w:val="18"/>
          <w:lang w:val="en-GB" w:eastAsia="en-GB"/>
        </w:rPr>
        <w:t>;</w:t>
      </w:r>
    </w:p>
    <w:p w14:paraId="3AD13DBA"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0839D59A"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w:t>
      </w:r>
    </w:p>
    <w:p w14:paraId="2DC41DEF"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br/>
      </w:r>
    </w:p>
    <w:p w14:paraId="57BD1B0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7BA7D"/>
          <w:sz w:val="18"/>
          <w:szCs w:val="18"/>
          <w:lang w:val="en-GB" w:eastAsia="en-GB"/>
        </w:rPr>
        <w:t>nav</w:t>
      </w:r>
      <w:r w:rsidRPr="002B03AA">
        <w:rPr>
          <w:rFonts w:ascii="Menlo" w:eastAsia="Times New Roman" w:hAnsi="Menlo" w:cs="Menlo"/>
          <w:color w:val="D4D4D4"/>
          <w:sz w:val="18"/>
          <w:szCs w:val="18"/>
          <w:lang w:val="en-GB" w:eastAsia="en-GB"/>
        </w:rPr>
        <w:t xml:space="preserve"> </w:t>
      </w:r>
      <w:proofErr w:type="gramStart"/>
      <w:r w:rsidRPr="002B03AA">
        <w:rPr>
          <w:rFonts w:ascii="Menlo" w:eastAsia="Times New Roman" w:hAnsi="Menlo" w:cs="Menlo"/>
          <w:color w:val="D7BA7D"/>
          <w:sz w:val="18"/>
          <w:szCs w:val="18"/>
          <w:lang w:val="en-GB" w:eastAsia="en-GB"/>
        </w:rPr>
        <w:t>a</w:t>
      </w:r>
      <w:r w:rsidRPr="002B03AA">
        <w:rPr>
          <w:rFonts w:ascii="Menlo" w:eastAsia="Times New Roman" w:hAnsi="Menlo" w:cs="Menlo"/>
          <w:color w:val="D4D4D4"/>
          <w:sz w:val="18"/>
          <w:szCs w:val="18"/>
          <w:lang w:val="en-GB" w:eastAsia="en-GB"/>
        </w:rPr>
        <w:t>{</w:t>
      </w:r>
      <w:proofErr w:type="gramEnd"/>
    </w:p>
    <w:p w14:paraId="0CC21CFB"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0DDE895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spellStart"/>
      <w:proofErr w:type="gramStart"/>
      <w:r w:rsidRPr="002B03AA">
        <w:rPr>
          <w:rFonts w:ascii="Menlo" w:eastAsia="Times New Roman" w:hAnsi="Menlo" w:cs="Menlo"/>
          <w:color w:val="9CDCFE"/>
          <w:sz w:val="18"/>
          <w:szCs w:val="18"/>
          <w:lang w:val="en-GB" w:eastAsia="en-GB"/>
        </w:rPr>
        <w:t>color</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DCDCAA"/>
          <w:sz w:val="18"/>
          <w:szCs w:val="18"/>
          <w:lang w:val="en-GB" w:eastAsia="en-GB"/>
        </w:rPr>
        <w:t>rgb</w:t>
      </w:r>
      <w:proofErr w:type="spellEnd"/>
      <w:proofErr w:type="gramEnd"/>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13</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B5CEA8"/>
          <w:sz w:val="18"/>
          <w:szCs w:val="18"/>
          <w:lang w:val="en-GB" w:eastAsia="en-GB"/>
        </w:rPr>
        <w:t>12</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B5CEA8"/>
          <w:sz w:val="18"/>
          <w:szCs w:val="18"/>
          <w:lang w:val="en-GB" w:eastAsia="en-GB"/>
        </w:rPr>
        <w:t>12</w:t>
      </w:r>
      <w:r w:rsidRPr="002B03AA">
        <w:rPr>
          <w:rFonts w:ascii="Menlo" w:eastAsia="Times New Roman" w:hAnsi="Menlo" w:cs="Menlo"/>
          <w:color w:val="D4D4D4"/>
          <w:sz w:val="18"/>
          <w:szCs w:val="18"/>
          <w:lang w:val="en-GB" w:eastAsia="en-GB"/>
        </w:rPr>
        <w:t>);</w:t>
      </w:r>
    </w:p>
    <w:p w14:paraId="2D46FB36"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17201A17"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spellStart"/>
      <w:r w:rsidRPr="002B03AA">
        <w:rPr>
          <w:rFonts w:ascii="Menlo" w:eastAsia="Times New Roman" w:hAnsi="Menlo" w:cs="Menlo"/>
          <w:color w:val="9CDCFE"/>
          <w:sz w:val="18"/>
          <w:szCs w:val="18"/>
          <w:lang w:val="en-GB" w:eastAsia="en-GB"/>
        </w:rPr>
        <w:t>text-</w:t>
      </w:r>
      <w:proofErr w:type="gramStart"/>
      <w:r w:rsidRPr="002B03AA">
        <w:rPr>
          <w:rFonts w:ascii="Menlo" w:eastAsia="Times New Roman" w:hAnsi="Menlo" w:cs="Menlo"/>
          <w:color w:val="9CDCFE"/>
          <w:sz w:val="18"/>
          <w:szCs w:val="18"/>
          <w:lang w:val="en-GB" w:eastAsia="en-GB"/>
        </w:rPr>
        <w:t>decoration</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none</w:t>
      </w:r>
      <w:proofErr w:type="spellEnd"/>
      <w:proofErr w:type="gramEnd"/>
      <w:r w:rsidRPr="002B03AA">
        <w:rPr>
          <w:rFonts w:ascii="Menlo" w:eastAsia="Times New Roman" w:hAnsi="Menlo" w:cs="Menlo"/>
          <w:color w:val="D4D4D4"/>
          <w:sz w:val="18"/>
          <w:szCs w:val="18"/>
          <w:lang w:val="en-GB" w:eastAsia="en-GB"/>
        </w:rPr>
        <w:t>;</w:t>
      </w:r>
    </w:p>
    <w:p w14:paraId="4595A52B"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18EE4109"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t>margin</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20px</w:t>
      </w:r>
      <w:r w:rsidRPr="002B03AA">
        <w:rPr>
          <w:rFonts w:ascii="Menlo" w:eastAsia="Times New Roman" w:hAnsi="Menlo" w:cs="Menlo"/>
          <w:color w:val="D4D4D4"/>
          <w:sz w:val="18"/>
          <w:szCs w:val="18"/>
          <w:lang w:val="en-GB" w:eastAsia="en-GB"/>
        </w:rPr>
        <w:t>;</w:t>
      </w:r>
    </w:p>
    <w:p w14:paraId="0741A4A7"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7C565ED9"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t>font-size</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20px</w:t>
      </w:r>
      <w:r w:rsidRPr="002B03AA">
        <w:rPr>
          <w:rFonts w:ascii="Menlo" w:eastAsia="Times New Roman" w:hAnsi="Menlo" w:cs="Menlo"/>
          <w:color w:val="D4D4D4"/>
          <w:sz w:val="18"/>
          <w:szCs w:val="18"/>
          <w:lang w:val="en-GB" w:eastAsia="en-GB"/>
        </w:rPr>
        <w:t>;</w:t>
      </w:r>
    </w:p>
    <w:p w14:paraId="1881B647"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433A769E"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w:t>
      </w:r>
    </w:p>
    <w:p w14:paraId="34E56769"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br/>
      </w:r>
    </w:p>
    <w:p w14:paraId="5FBD0314"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7BA7D"/>
          <w:sz w:val="18"/>
          <w:szCs w:val="18"/>
          <w:lang w:val="en-GB" w:eastAsia="en-GB"/>
        </w:rPr>
        <w:t>nav</w:t>
      </w:r>
      <w:r w:rsidRPr="002B03AA">
        <w:rPr>
          <w:rFonts w:ascii="Menlo" w:eastAsia="Times New Roman" w:hAnsi="Menlo" w:cs="Menlo"/>
          <w:color w:val="D4D4D4"/>
          <w:sz w:val="18"/>
          <w:szCs w:val="18"/>
          <w:lang w:val="en-GB" w:eastAsia="en-GB"/>
        </w:rPr>
        <w:t xml:space="preserve"> </w:t>
      </w:r>
      <w:proofErr w:type="spellStart"/>
      <w:proofErr w:type="gramStart"/>
      <w:r w:rsidRPr="002B03AA">
        <w:rPr>
          <w:rFonts w:ascii="Menlo" w:eastAsia="Times New Roman" w:hAnsi="Menlo" w:cs="Menlo"/>
          <w:color w:val="D7BA7D"/>
          <w:sz w:val="18"/>
          <w:szCs w:val="18"/>
          <w:lang w:val="en-GB" w:eastAsia="en-GB"/>
        </w:rPr>
        <w:t>a:hover</w:t>
      </w:r>
      <w:proofErr w:type="spellEnd"/>
      <w:proofErr w:type="gramEnd"/>
      <w:r w:rsidRPr="002B03AA">
        <w:rPr>
          <w:rFonts w:ascii="Menlo" w:eastAsia="Times New Roman" w:hAnsi="Menlo" w:cs="Menlo"/>
          <w:color w:val="D4D4D4"/>
          <w:sz w:val="18"/>
          <w:szCs w:val="18"/>
          <w:lang w:val="en-GB" w:eastAsia="en-GB"/>
        </w:rPr>
        <w:t>{</w:t>
      </w:r>
    </w:p>
    <w:p w14:paraId="712C1198"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42ABF3AC"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spellStart"/>
      <w:proofErr w:type="gramStart"/>
      <w:r w:rsidRPr="002B03AA">
        <w:rPr>
          <w:rFonts w:ascii="Menlo" w:eastAsia="Times New Roman" w:hAnsi="Menlo" w:cs="Menlo"/>
          <w:color w:val="9CDCFE"/>
          <w:sz w:val="18"/>
          <w:szCs w:val="18"/>
          <w:lang w:val="en-GB" w:eastAsia="en-GB"/>
        </w:rPr>
        <w:t>color</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DCDCAA"/>
          <w:sz w:val="18"/>
          <w:szCs w:val="18"/>
          <w:lang w:val="en-GB" w:eastAsia="en-GB"/>
        </w:rPr>
        <w:t>rgb</w:t>
      </w:r>
      <w:proofErr w:type="spellEnd"/>
      <w:proofErr w:type="gramEnd"/>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116</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B5CEA8"/>
          <w:sz w:val="18"/>
          <w:szCs w:val="18"/>
          <w:lang w:val="en-GB" w:eastAsia="en-GB"/>
        </w:rPr>
        <w:t>239</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B5CEA8"/>
          <w:sz w:val="18"/>
          <w:szCs w:val="18"/>
          <w:lang w:val="en-GB" w:eastAsia="en-GB"/>
        </w:rPr>
        <w:t>9</w:t>
      </w:r>
      <w:r w:rsidRPr="002B03AA">
        <w:rPr>
          <w:rFonts w:ascii="Menlo" w:eastAsia="Times New Roman" w:hAnsi="Menlo" w:cs="Menlo"/>
          <w:color w:val="D4D4D4"/>
          <w:sz w:val="18"/>
          <w:szCs w:val="18"/>
          <w:lang w:val="en-GB" w:eastAsia="en-GB"/>
        </w:rPr>
        <w:t>);</w:t>
      </w:r>
    </w:p>
    <w:p w14:paraId="59AFE646"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4C21EEA2"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w:t>
      </w:r>
    </w:p>
    <w:p w14:paraId="4CCCA992"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br/>
      </w:r>
    </w:p>
    <w:p w14:paraId="62923561"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gramStart"/>
      <w:r w:rsidRPr="002B03AA">
        <w:rPr>
          <w:rFonts w:ascii="Menlo" w:eastAsia="Times New Roman" w:hAnsi="Menlo" w:cs="Menlo"/>
          <w:color w:val="D7BA7D"/>
          <w:sz w:val="18"/>
          <w:szCs w:val="18"/>
          <w:lang w:val="en-GB" w:eastAsia="en-GB"/>
        </w:rPr>
        <w:t>.hero</w:t>
      </w:r>
      <w:proofErr w:type="gramEnd"/>
      <w:r w:rsidRPr="002B03AA">
        <w:rPr>
          <w:rFonts w:ascii="Menlo" w:eastAsia="Times New Roman" w:hAnsi="Menlo" w:cs="Menlo"/>
          <w:color w:val="D4D4D4"/>
          <w:sz w:val="18"/>
          <w:szCs w:val="18"/>
          <w:lang w:val="en-GB" w:eastAsia="en-GB"/>
        </w:rPr>
        <w:t>{</w:t>
      </w:r>
    </w:p>
    <w:p w14:paraId="1E16C74C"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6AE86827"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t>margin-top</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100px</w:t>
      </w:r>
      <w:r w:rsidRPr="002B03AA">
        <w:rPr>
          <w:rFonts w:ascii="Menlo" w:eastAsia="Times New Roman" w:hAnsi="Menlo" w:cs="Menlo"/>
          <w:color w:val="D4D4D4"/>
          <w:sz w:val="18"/>
          <w:szCs w:val="18"/>
          <w:lang w:val="en-GB" w:eastAsia="en-GB"/>
        </w:rPr>
        <w:t>;</w:t>
      </w:r>
    </w:p>
    <w:p w14:paraId="70F08D30"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57654F5D"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w:t>
      </w:r>
    </w:p>
    <w:p w14:paraId="64A29666"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br/>
      </w:r>
    </w:p>
    <w:p w14:paraId="4C70AB4F"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gramStart"/>
      <w:r w:rsidRPr="002B03AA">
        <w:rPr>
          <w:rFonts w:ascii="Menlo" w:eastAsia="Times New Roman" w:hAnsi="Menlo" w:cs="Menlo"/>
          <w:color w:val="D7BA7D"/>
          <w:sz w:val="18"/>
          <w:szCs w:val="18"/>
          <w:lang w:val="en-GB" w:eastAsia="en-GB"/>
        </w:rPr>
        <w:t>.hero</w:t>
      </w:r>
      <w:proofErr w:type="gramEnd"/>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D7BA7D"/>
          <w:sz w:val="18"/>
          <w:szCs w:val="18"/>
          <w:lang w:val="en-GB" w:eastAsia="en-GB"/>
        </w:rPr>
        <w:t>h2</w:t>
      </w:r>
      <w:r w:rsidRPr="002B03AA">
        <w:rPr>
          <w:rFonts w:ascii="Menlo" w:eastAsia="Times New Roman" w:hAnsi="Menlo" w:cs="Menlo"/>
          <w:color w:val="D4D4D4"/>
          <w:sz w:val="18"/>
          <w:szCs w:val="18"/>
          <w:lang w:val="en-GB" w:eastAsia="en-GB"/>
        </w:rPr>
        <w:t>{</w:t>
      </w:r>
    </w:p>
    <w:p w14:paraId="1968D0E4"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6522707A"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t>font-size</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45px</w:t>
      </w:r>
      <w:r w:rsidRPr="002B03AA">
        <w:rPr>
          <w:rFonts w:ascii="Menlo" w:eastAsia="Times New Roman" w:hAnsi="Menlo" w:cs="Menlo"/>
          <w:color w:val="D4D4D4"/>
          <w:sz w:val="18"/>
          <w:szCs w:val="18"/>
          <w:lang w:val="en-GB" w:eastAsia="en-GB"/>
        </w:rPr>
        <w:t>;</w:t>
      </w:r>
    </w:p>
    <w:p w14:paraId="7541D441"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7978BCF1"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lastRenderedPageBreak/>
        <w:t>margin-bottom</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20px</w:t>
      </w:r>
      <w:r w:rsidRPr="002B03AA">
        <w:rPr>
          <w:rFonts w:ascii="Menlo" w:eastAsia="Times New Roman" w:hAnsi="Menlo" w:cs="Menlo"/>
          <w:color w:val="D4D4D4"/>
          <w:sz w:val="18"/>
          <w:szCs w:val="18"/>
          <w:lang w:val="en-GB" w:eastAsia="en-GB"/>
        </w:rPr>
        <w:t>;</w:t>
      </w:r>
    </w:p>
    <w:p w14:paraId="27F56928"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0CCFE3E6"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w:t>
      </w:r>
    </w:p>
    <w:p w14:paraId="1E66A328"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br/>
      </w:r>
    </w:p>
    <w:p w14:paraId="628DFCA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gramStart"/>
      <w:r w:rsidRPr="002B03AA">
        <w:rPr>
          <w:rFonts w:ascii="Menlo" w:eastAsia="Times New Roman" w:hAnsi="Menlo" w:cs="Menlo"/>
          <w:color w:val="D7BA7D"/>
          <w:sz w:val="18"/>
          <w:szCs w:val="18"/>
          <w:lang w:val="en-GB" w:eastAsia="en-GB"/>
        </w:rPr>
        <w:t>.hero</w:t>
      </w:r>
      <w:proofErr w:type="gramEnd"/>
      <w:r w:rsidRPr="002B03AA">
        <w:rPr>
          <w:rFonts w:ascii="Menlo" w:eastAsia="Times New Roman" w:hAnsi="Menlo" w:cs="Menlo"/>
          <w:color w:val="D4D4D4"/>
          <w:sz w:val="18"/>
          <w:szCs w:val="18"/>
          <w:lang w:val="en-GB" w:eastAsia="en-GB"/>
        </w:rPr>
        <w:t xml:space="preserve"> </w:t>
      </w:r>
      <w:proofErr w:type="gramStart"/>
      <w:r w:rsidRPr="002B03AA">
        <w:rPr>
          <w:rFonts w:ascii="Menlo" w:eastAsia="Times New Roman" w:hAnsi="Menlo" w:cs="Menlo"/>
          <w:color w:val="D7BA7D"/>
          <w:sz w:val="18"/>
          <w:szCs w:val="18"/>
          <w:lang w:val="en-GB" w:eastAsia="en-GB"/>
        </w:rPr>
        <w:t>p</w:t>
      </w:r>
      <w:r w:rsidRPr="002B03AA">
        <w:rPr>
          <w:rFonts w:ascii="Menlo" w:eastAsia="Times New Roman" w:hAnsi="Menlo" w:cs="Menlo"/>
          <w:color w:val="D4D4D4"/>
          <w:sz w:val="18"/>
          <w:szCs w:val="18"/>
          <w:lang w:val="en-GB" w:eastAsia="en-GB"/>
        </w:rPr>
        <w:t>{</w:t>
      </w:r>
      <w:proofErr w:type="gramEnd"/>
    </w:p>
    <w:p w14:paraId="7C21E18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3AD558CC"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t>font-size</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20px</w:t>
      </w:r>
      <w:r w:rsidRPr="002B03AA">
        <w:rPr>
          <w:rFonts w:ascii="Menlo" w:eastAsia="Times New Roman" w:hAnsi="Menlo" w:cs="Menlo"/>
          <w:color w:val="D4D4D4"/>
          <w:sz w:val="18"/>
          <w:szCs w:val="18"/>
          <w:lang w:val="en-GB" w:eastAsia="en-GB"/>
        </w:rPr>
        <w:t>;</w:t>
      </w:r>
    </w:p>
    <w:p w14:paraId="25BC6DD7"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48CEA1E1"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t>width</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70%</w:t>
      </w:r>
      <w:r w:rsidRPr="002B03AA">
        <w:rPr>
          <w:rFonts w:ascii="Menlo" w:eastAsia="Times New Roman" w:hAnsi="Menlo" w:cs="Menlo"/>
          <w:color w:val="D4D4D4"/>
          <w:sz w:val="18"/>
          <w:szCs w:val="18"/>
          <w:lang w:val="en-GB" w:eastAsia="en-GB"/>
        </w:rPr>
        <w:t>;</w:t>
      </w:r>
    </w:p>
    <w:p w14:paraId="3A25073C"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3993621D"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spellStart"/>
      <w:proofErr w:type="gramStart"/>
      <w:r w:rsidRPr="002B03AA">
        <w:rPr>
          <w:rFonts w:ascii="Menlo" w:eastAsia="Times New Roman" w:hAnsi="Menlo" w:cs="Menlo"/>
          <w:color w:val="9CDCFE"/>
          <w:sz w:val="18"/>
          <w:szCs w:val="18"/>
          <w:lang w:val="en-GB" w:eastAsia="en-GB"/>
        </w:rPr>
        <w:t>margin</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auto</w:t>
      </w:r>
      <w:proofErr w:type="spellEnd"/>
      <w:proofErr w:type="gramEnd"/>
      <w:r w:rsidRPr="002B03AA">
        <w:rPr>
          <w:rFonts w:ascii="Menlo" w:eastAsia="Times New Roman" w:hAnsi="Menlo" w:cs="Menlo"/>
          <w:color w:val="D4D4D4"/>
          <w:sz w:val="18"/>
          <w:szCs w:val="18"/>
          <w:lang w:val="en-GB" w:eastAsia="en-GB"/>
        </w:rPr>
        <w:t>;</w:t>
      </w:r>
    </w:p>
    <w:p w14:paraId="6627B9CA"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1D0F709F"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w:t>
      </w:r>
    </w:p>
    <w:p w14:paraId="74604F5D"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br/>
      </w:r>
    </w:p>
    <w:p w14:paraId="2DD18731"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gramStart"/>
      <w:r w:rsidRPr="002B03AA">
        <w:rPr>
          <w:rFonts w:ascii="Menlo" w:eastAsia="Times New Roman" w:hAnsi="Menlo" w:cs="Menlo"/>
          <w:color w:val="D7BA7D"/>
          <w:sz w:val="18"/>
          <w:szCs w:val="18"/>
          <w:lang w:val="en-GB" w:eastAsia="en-GB"/>
        </w:rPr>
        <w:t>footer</w:t>
      </w:r>
      <w:r w:rsidRPr="002B03AA">
        <w:rPr>
          <w:rFonts w:ascii="Menlo" w:eastAsia="Times New Roman" w:hAnsi="Menlo" w:cs="Menlo"/>
          <w:color w:val="D4D4D4"/>
          <w:sz w:val="18"/>
          <w:szCs w:val="18"/>
          <w:lang w:val="en-GB" w:eastAsia="en-GB"/>
        </w:rPr>
        <w:t>{</w:t>
      </w:r>
      <w:proofErr w:type="gramEnd"/>
    </w:p>
    <w:p w14:paraId="5A3C2590"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5079D915"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spellStart"/>
      <w:proofErr w:type="gramStart"/>
      <w:r w:rsidRPr="002B03AA">
        <w:rPr>
          <w:rFonts w:ascii="Menlo" w:eastAsia="Times New Roman" w:hAnsi="Menlo" w:cs="Menlo"/>
          <w:color w:val="9CDCFE"/>
          <w:sz w:val="18"/>
          <w:szCs w:val="18"/>
          <w:lang w:val="en-GB" w:eastAsia="en-GB"/>
        </w:rPr>
        <w:t>position</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fixed</w:t>
      </w:r>
      <w:proofErr w:type="spellEnd"/>
      <w:proofErr w:type="gramEnd"/>
      <w:r w:rsidRPr="002B03AA">
        <w:rPr>
          <w:rFonts w:ascii="Menlo" w:eastAsia="Times New Roman" w:hAnsi="Menlo" w:cs="Menlo"/>
          <w:color w:val="D4D4D4"/>
          <w:sz w:val="18"/>
          <w:szCs w:val="18"/>
          <w:lang w:val="en-GB" w:eastAsia="en-GB"/>
        </w:rPr>
        <w:t>;</w:t>
      </w:r>
    </w:p>
    <w:p w14:paraId="6D89D750"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5C160C5A"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t>bottom</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0</w:t>
      </w:r>
      <w:r w:rsidRPr="002B03AA">
        <w:rPr>
          <w:rFonts w:ascii="Menlo" w:eastAsia="Times New Roman" w:hAnsi="Menlo" w:cs="Menlo"/>
          <w:color w:val="D4D4D4"/>
          <w:sz w:val="18"/>
          <w:szCs w:val="18"/>
          <w:lang w:val="en-GB" w:eastAsia="en-GB"/>
        </w:rPr>
        <w:t>;</w:t>
      </w:r>
    </w:p>
    <w:p w14:paraId="54E4AEF0"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641809A6"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t>width</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100%</w:t>
      </w:r>
      <w:r w:rsidRPr="002B03AA">
        <w:rPr>
          <w:rFonts w:ascii="Menlo" w:eastAsia="Times New Roman" w:hAnsi="Menlo" w:cs="Menlo"/>
          <w:color w:val="D4D4D4"/>
          <w:sz w:val="18"/>
          <w:szCs w:val="18"/>
          <w:lang w:val="en-GB" w:eastAsia="en-GB"/>
        </w:rPr>
        <w:t>;</w:t>
      </w:r>
    </w:p>
    <w:p w14:paraId="093704B1"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1EBBB68C"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gramStart"/>
      <w:r w:rsidRPr="002B03AA">
        <w:rPr>
          <w:rFonts w:ascii="Menlo" w:eastAsia="Times New Roman" w:hAnsi="Menlo" w:cs="Menlo"/>
          <w:color w:val="9CDCFE"/>
          <w:sz w:val="18"/>
          <w:szCs w:val="18"/>
          <w:lang w:val="en-GB" w:eastAsia="en-GB"/>
        </w:rPr>
        <w:t>background</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w:t>
      </w:r>
      <w:proofErr w:type="gramEnd"/>
      <w:r w:rsidRPr="002B03AA">
        <w:rPr>
          <w:rFonts w:ascii="Menlo" w:eastAsia="Times New Roman" w:hAnsi="Menlo" w:cs="Menlo"/>
          <w:color w:val="CE9178"/>
          <w:sz w:val="18"/>
          <w:szCs w:val="18"/>
          <w:lang w:val="en-GB" w:eastAsia="en-GB"/>
        </w:rPr>
        <w:t>003366</w:t>
      </w:r>
      <w:r w:rsidRPr="002B03AA">
        <w:rPr>
          <w:rFonts w:ascii="Menlo" w:eastAsia="Times New Roman" w:hAnsi="Menlo" w:cs="Menlo"/>
          <w:color w:val="D4D4D4"/>
          <w:sz w:val="18"/>
          <w:szCs w:val="18"/>
          <w:lang w:val="en-GB" w:eastAsia="en-GB"/>
        </w:rPr>
        <w:t>;</w:t>
      </w:r>
    </w:p>
    <w:p w14:paraId="2256CDD6"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77234E5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t>padding</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15px</w:t>
      </w:r>
      <w:r w:rsidRPr="002B03AA">
        <w:rPr>
          <w:rFonts w:ascii="Menlo" w:eastAsia="Times New Roman" w:hAnsi="Menlo" w:cs="Menlo"/>
          <w:color w:val="D4D4D4"/>
          <w:sz w:val="18"/>
          <w:szCs w:val="18"/>
          <w:lang w:val="en-GB" w:eastAsia="en-GB"/>
        </w:rPr>
        <w:t>;</w:t>
      </w:r>
    </w:p>
    <w:p w14:paraId="2080C036"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065AAD6A"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w:t>
      </w:r>
    </w:p>
    <w:p w14:paraId="5FBB6E28"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br/>
      </w:r>
    </w:p>
    <w:p w14:paraId="347DECA4"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7BA7D"/>
          <w:sz w:val="18"/>
          <w:szCs w:val="18"/>
          <w:lang w:val="en-GB" w:eastAsia="en-GB"/>
        </w:rPr>
        <w:t>.login-</w:t>
      </w:r>
      <w:proofErr w:type="gramStart"/>
      <w:r w:rsidRPr="002B03AA">
        <w:rPr>
          <w:rFonts w:ascii="Menlo" w:eastAsia="Times New Roman" w:hAnsi="Menlo" w:cs="Menlo"/>
          <w:color w:val="D7BA7D"/>
          <w:sz w:val="18"/>
          <w:szCs w:val="18"/>
          <w:lang w:val="en-GB" w:eastAsia="en-GB"/>
        </w:rPr>
        <w:t>box</w:t>
      </w:r>
      <w:r w:rsidRPr="002B03AA">
        <w:rPr>
          <w:rFonts w:ascii="Menlo" w:eastAsia="Times New Roman" w:hAnsi="Menlo" w:cs="Menlo"/>
          <w:color w:val="D4D4D4"/>
          <w:sz w:val="18"/>
          <w:szCs w:val="18"/>
          <w:lang w:val="en-GB" w:eastAsia="en-GB"/>
        </w:rPr>
        <w:t>{</w:t>
      </w:r>
      <w:proofErr w:type="gramEnd"/>
    </w:p>
    <w:p w14:paraId="5DEC2FEF"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48F7D44B"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spellStart"/>
      <w:proofErr w:type="gramStart"/>
      <w:r w:rsidRPr="002B03AA">
        <w:rPr>
          <w:rFonts w:ascii="Menlo" w:eastAsia="Times New Roman" w:hAnsi="Menlo" w:cs="Menlo"/>
          <w:color w:val="9CDCFE"/>
          <w:sz w:val="18"/>
          <w:szCs w:val="18"/>
          <w:lang w:val="en-GB" w:eastAsia="en-GB"/>
        </w:rPr>
        <w:t>background</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DCDCAA"/>
          <w:sz w:val="18"/>
          <w:szCs w:val="18"/>
          <w:lang w:val="en-GB" w:eastAsia="en-GB"/>
        </w:rPr>
        <w:t>rgb</w:t>
      </w:r>
      <w:proofErr w:type="spellEnd"/>
      <w:proofErr w:type="gramEnd"/>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178</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B5CEA8"/>
          <w:sz w:val="18"/>
          <w:szCs w:val="18"/>
          <w:lang w:val="en-GB" w:eastAsia="en-GB"/>
        </w:rPr>
        <w:t>169</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B5CEA8"/>
          <w:sz w:val="18"/>
          <w:szCs w:val="18"/>
          <w:lang w:val="en-GB" w:eastAsia="en-GB"/>
        </w:rPr>
        <w:t>169</w:t>
      </w:r>
      <w:r w:rsidRPr="002B03AA">
        <w:rPr>
          <w:rFonts w:ascii="Menlo" w:eastAsia="Times New Roman" w:hAnsi="Menlo" w:cs="Menlo"/>
          <w:color w:val="D4D4D4"/>
          <w:sz w:val="18"/>
          <w:szCs w:val="18"/>
          <w:lang w:val="en-GB" w:eastAsia="en-GB"/>
        </w:rPr>
        <w:t>);</w:t>
      </w:r>
    </w:p>
    <w:p w14:paraId="66980D5F"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7245E454"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spellStart"/>
      <w:proofErr w:type="gramStart"/>
      <w:r w:rsidRPr="002B03AA">
        <w:rPr>
          <w:rFonts w:ascii="Menlo" w:eastAsia="Times New Roman" w:hAnsi="Menlo" w:cs="Menlo"/>
          <w:color w:val="9CDCFE"/>
          <w:sz w:val="18"/>
          <w:szCs w:val="18"/>
          <w:lang w:val="en-GB" w:eastAsia="en-GB"/>
        </w:rPr>
        <w:t>color</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black</w:t>
      </w:r>
      <w:proofErr w:type="spellEnd"/>
      <w:proofErr w:type="gramEnd"/>
      <w:r w:rsidRPr="002B03AA">
        <w:rPr>
          <w:rFonts w:ascii="Menlo" w:eastAsia="Times New Roman" w:hAnsi="Menlo" w:cs="Menlo"/>
          <w:color w:val="D4D4D4"/>
          <w:sz w:val="18"/>
          <w:szCs w:val="18"/>
          <w:lang w:val="en-GB" w:eastAsia="en-GB"/>
        </w:rPr>
        <w:t>;</w:t>
      </w:r>
    </w:p>
    <w:p w14:paraId="7E555D27"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2BE39E1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t>width</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350px</w:t>
      </w:r>
      <w:r w:rsidRPr="002B03AA">
        <w:rPr>
          <w:rFonts w:ascii="Menlo" w:eastAsia="Times New Roman" w:hAnsi="Menlo" w:cs="Menlo"/>
          <w:color w:val="D4D4D4"/>
          <w:sz w:val="18"/>
          <w:szCs w:val="18"/>
          <w:lang w:val="en-GB" w:eastAsia="en-GB"/>
        </w:rPr>
        <w:t>;</w:t>
      </w:r>
    </w:p>
    <w:p w14:paraId="563410F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267B1026"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t>margin</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120px</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CE9178"/>
          <w:sz w:val="18"/>
          <w:szCs w:val="18"/>
          <w:lang w:val="en-GB" w:eastAsia="en-GB"/>
        </w:rPr>
        <w:t>auto</w:t>
      </w:r>
      <w:r w:rsidRPr="002B03AA">
        <w:rPr>
          <w:rFonts w:ascii="Menlo" w:eastAsia="Times New Roman" w:hAnsi="Menlo" w:cs="Menlo"/>
          <w:color w:val="D4D4D4"/>
          <w:sz w:val="18"/>
          <w:szCs w:val="18"/>
          <w:lang w:val="en-GB" w:eastAsia="en-GB"/>
        </w:rPr>
        <w:t>;</w:t>
      </w:r>
    </w:p>
    <w:p w14:paraId="5A273B6C"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2E1F923A"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t>padding</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30px</w:t>
      </w:r>
      <w:r w:rsidRPr="002B03AA">
        <w:rPr>
          <w:rFonts w:ascii="Menlo" w:eastAsia="Times New Roman" w:hAnsi="Menlo" w:cs="Menlo"/>
          <w:color w:val="D4D4D4"/>
          <w:sz w:val="18"/>
          <w:szCs w:val="18"/>
          <w:lang w:val="en-GB" w:eastAsia="en-GB"/>
        </w:rPr>
        <w:t>;</w:t>
      </w:r>
    </w:p>
    <w:p w14:paraId="0C397571"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135B36A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t>border-radius</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15px</w:t>
      </w:r>
      <w:r w:rsidRPr="002B03AA">
        <w:rPr>
          <w:rFonts w:ascii="Menlo" w:eastAsia="Times New Roman" w:hAnsi="Menlo" w:cs="Menlo"/>
          <w:color w:val="D4D4D4"/>
          <w:sz w:val="18"/>
          <w:szCs w:val="18"/>
          <w:lang w:val="en-GB" w:eastAsia="en-GB"/>
        </w:rPr>
        <w:t>;</w:t>
      </w:r>
    </w:p>
    <w:p w14:paraId="2D4BC2BD"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4E7A96FD"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lastRenderedPageBreak/>
        <w:t>}</w:t>
      </w:r>
    </w:p>
    <w:p w14:paraId="4FFF48F1"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br/>
      </w:r>
    </w:p>
    <w:p w14:paraId="0F9E280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7BA7D"/>
          <w:sz w:val="18"/>
          <w:szCs w:val="18"/>
          <w:lang w:val="en-GB" w:eastAsia="en-GB"/>
        </w:rPr>
        <w:t>.login-box</w:t>
      </w:r>
      <w:r w:rsidRPr="002B03AA">
        <w:rPr>
          <w:rFonts w:ascii="Menlo" w:eastAsia="Times New Roman" w:hAnsi="Menlo" w:cs="Menlo"/>
          <w:color w:val="D4D4D4"/>
          <w:sz w:val="18"/>
          <w:szCs w:val="18"/>
          <w:lang w:val="en-GB" w:eastAsia="en-GB"/>
        </w:rPr>
        <w:t xml:space="preserve"> </w:t>
      </w:r>
      <w:proofErr w:type="gramStart"/>
      <w:r w:rsidRPr="002B03AA">
        <w:rPr>
          <w:rFonts w:ascii="Menlo" w:eastAsia="Times New Roman" w:hAnsi="Menlo" w:cs="Menlo"/>
          <w:color w:val="D7BA7D"/>
          <w:sz w:val="18"/>
          <w:szCs w:val="18"/>
          <w:lang w:val="en-GB" w:eastAsia="en-GB"/>
        </w:rPr>
        <w:t>input</w:t>
      </w:r>
      <w:r w:rsidRPr="002B03AA">
        <w:rPr>
          <w:rFonts w:ascii="Menlo" w:eastAsia="Times New Roman" w:hAnsi="Menlo" w:cs="Menlo"/>
          <w:color w:val="D4D4D4"/>
          <w:sz w:val="18"/>
          <w:szCs w:val="18"/>
          <w:lang w:val="en-GB" w:eastAsia="en-GB"/>
        </w:rPr>
        <w:t>{</w:t>
      </w:r>
      <w:proofErr w:type="gramEnd"/>
    </w:p>
    <w:p w14:paraId="4171A221"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3F6597D1"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spellStart"/>
      <w:proofErr w:type="gramStart"/>
      <w:r w:rsidRPr="002B03AA">
        <w:rPr>
          <w:rFonts w:ascii="Menlo" w:eastAsia="Times New Roman" w:hAnsi="Menlo" w:cs="Menlo"/>
          <w:color w:val="9CDCFE"/>
          <w:sz w:val="18"/>
          <w:szCs w:val="18"/>
          <w:lang w:val="en-GB" w:eastAsia="en-GB"/>
        </w:rPr>
        <w:t>display</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block</w:t>
      </w:r>
      <w:proofErr w:type="spellEnd"/>
      <w:proofErr w:type="gramEnd"/>
      <w:r w:rsidRPr="002B03AA">
        <w:rPr>
          <w:rFonts w:ascii="Menlo" w:eastAsia="Times New Roman" w:hAnsi="Menlo" w:cs="Menlo"/>
          <w:color w:val="D4D4D4"/>
          <w:sz w:val="18"/>
          <w:szCs w:val="18"/>
          <w:lang w:val="en-GB" w:eastAsia="en-GB"/>
        </w:rPr>
        <w:t>;</w:t>
      </w:r>
    </w:p>
    <w:p w14:paraId="377DFFDF"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77CDEAC5"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t>width</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100%</w:t>
      </w:r>
      <w:r w:rsidRPr="002B03AA">
        <w:rPr>
          <w:rFonts w:ascii="Menlo" w:eastAsia="Times New Roman" w:hAnsi="Menlo" w:cs="Menlo"/>
          <w:color w:val="D4D4D4"/>
          <w:sz w:val="18"/>
          <w:szCs w:val="18"/>
          <w:lang w:val="en-GB" w:eastAsia="en-GB"/>
        </w:rPr>
        <w:t>;</w:t>
      </w:r>
    </w:p>
    <w:p w14:paraId="31B482D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750BAAD9"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t>padding</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10px</w:t>
      </w:r>
      <w:r w:rsidRPr="002B03AA">
        <w:rPr>
          <w:rFonts w:ascii="Menlo" w:eastAsia="Times New Roman" w:hAnsi="Menlo" w:cs="Menlo"/>
          <w:color w:val="D4D4D4"/>
          <w:sz w:val="18"/>
          <w:szCs w:val="18"/>
          <w:lang w:val="en-GB" w:eastAsia="en-GB"/>
        </w:rPr>
        <w:t>;</w:t>
      </w:r>
    </w:p>
    <w:p w14:paraId="5BA62AA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10BE86F6"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t>margin</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15px</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B5CEA8"/>
          <w:sz w:val="18"/>
          <w:szCs w:val="18"/>
          <w:lang w:val="en-GB" w:eastAsia="en-GB"/>
        </w:rPr>
        <w:t>0</w:t>
      </w:r>
      <w:r w:rsidRPr="002B03AA">
        <w:rPr>
          <w:rFonts w:ascii="Menlo" w:eastAsia="Times New Roman" w:hAnsi="Menlo" w:cs="Menlo"/>
          <w:color w:val="D4D4D4"/>
          <w:sz w:val="18"/>
          <w:szCs w:val="18"/>
          <w:lang w:val="en-GB" w:eastAsia="en-GB"/>
        </w:rPr>
        <w:t>;</w:t>
      </w:r>
    </w:p>
    <w:p w14:paraId="784C3360"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1E5BE9EE"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w:t>
      </w:r>
    </w:p>
    <w:p w14:paraId="472A1345"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br/>
      </w:r>
    </w:p>
    <w:p w14:paraId="343226AB"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gramStart"/>
      <w:r w:rsidRPr="002B03AA">
        <w:rPr>
          <w:rFonts w:ascii="Menlo" w:eastAsia="Times New Roman" w:hAnsi="Menlo" w:cs="Menlo"/>
          <w:color w:val="D7BA7D"/>
          <w:sz w:val="18"/>
          <w:szCs w:val="18"/>
          <w:lang w:val="en-GB" w:eastAsia="en-GB"/>
        </w:rPr>
        <w:t>button</w:t>
      </w:r>
      <w:r w:rsidRPr="002B03AA">
        <w:rPr>
          <w:rFonts w:ascii="Menlo" w:eastAsia="Times New Roman" w:hAnsi="Menlo" w:cs="Menlo"/>
          <w:color w:val="D4D4D4"/>
          <w:sz w:val="18"/>
          <w:szCs w:val="18"/>
          <w:lang w:val="en-GB" w:eastAsia="en-GB"/>
        </w:rPr>
        <w:t>{</w:t>
      </w:r>
      <w:proofErr w:type="gramEnd"/>
    </w:p>
    <w:p w14:paraId="0302377B"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0717167F"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gramStart"/>
      <w:r w:rsidRPr="002B03AA">
        <w:rPr>
          <w:rFonts w:ascii="Menlo" w:eastAsia="Times New Roman" w:hAnsi="Menlo" w:cs="Menlo"/>
          <w:color w:val="9CDCFE"/>
          <w:sz w:val="18"/>
          <w:szCs w:val="18"/>
          <w:lang w:val="en-GB" w:eastAsia="en-GB"/>
        </w:rPr>
        <w:t>background</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w:t>
      </w:r>
      <w:proofErr w:type="gramEnd"/>
      <w:r w:rsidRPr="002B03AA">
        <w:rPr>
          <w:rFonts w:ascii="Menlo" w:eastAsia="Times New Roman" w:hAnsi="Menlo" w:cs="Menlo"/>
          <w:color w:val="CE9178"/>
          <w:sz w:val="18"/>
          <w:szCs w:val="18"/>
          <w:lang w:val="en-GB" w:eastAsia="en-GB"/>
        </w:rPr>
        <w:t>41949f</w:t>
      </w:r>
      <w:r w:rsidRPr="002B03AA">
        <w:rPr>
          <w:rFonts w:ascii="Menlo" w:eastAsia="Times New Roman" w:hAnsi="Menlo" w:cs="Menlo"/>
          <w:color w:val="D4D4D4"/>
          <w:sz w:val="18"/>
          <w:szCs w:val="18"/>
          <w:lang w:val="en-GB" w:eastAsia="en-GB"/>
        </w:rPr>
        <w:t>;</w:t>
      </w:r>
    </w:p>
    <w:p w14:paraId="1BC6AB15"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2F9DFDCB"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spellStart"/>
      <w:proofErr w:type="gramStart"/>
      <w:r w:rsidRPr="002B03AA">
        <w:rPr>
          <w:rFonts w:ascii="Menlo" w:eastAsia="Times New Roman" w:hAnsi="Menlo" w:cs="Menlo"/>
          <w:color w:val="9CDCFE"/>
          <w:sz w:val="18"/>
          <w:szCs w:val="18"/>
          <w:lang w:val="en-GB" w:eastAsia="en-GB"/>
        </w:rPr>
        <w:t>color</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white</w:t>
      </w:r>
      <w:proofErr w:type="spellEnd"/>
      <w:proofErr w:type="gramEnd"/>
      <w:r w:rsidRPr="002B03AA">
        <w:rPr>
          <w:rFonts w:ascii="Menlo" w:eastAsia="Times New Roman" w:hAnsi="Menlo" w:cs="Menlo"/>
          <w:color w:val="D4D4D4"/>
          <w:sz w:val="18"/>
          <w:szCs w:val="18"/>
          <w:lang w:val="en-GB" w:eastAsia="en-GB"/>
        </w:rPr>
        <w:t>;</w:t>
      </w:r>
    </w:p>
    <w:p w14:paraId="5B1E0FAD"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2B4C478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t>padding</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12px</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B5CEA8"/>
          <w:sz w:val="18"/>
          <w:szCs w:val="18"/>
          <w:lang w:val="en-GB" w:eastAsia="en-GB"/>
        </w:rPr>
        <w:t>30px</w:t>
      </w:r>
      <w:r w:rsidRPr="002B03AA">
        <w:rPr>
          <w:rFonts w:ascii="Menlo" w:eastAsia="Times New Roman" w:hAnsi="Menlo" w:cs="Menlo"/>
          <w:color w:val="D4D4D4"/>
          <w:sz w:val="18"/>
          <w:szCs w:val="18"/>
          <w:lang w:val="en-GB" w:eastAsia="en-GB"/>
        </w:rPr>
        <w:t>;</w:t>
      </w:r>
    </w:p>
    <w:p w14:paraId="28603EB7"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0F52A8F5"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spellStart"/>
      <w:proofErr w:type="gramStart"/>
      <w:r w:rsidRPr="002B03AA">
        <w:rPr>
          <w:rFonts w:ascii="Menlo" w:eastAsia="Times New Roman" w:hAnsi="Menlo" w:cs="Menlo"/>
          <w:color w:val="9CDCFE"/>
          <w:sz w:val="18"/>
          <w:szCs w:val="18"/>
          <w:lang w:val="en-GB" w:eastAsia="en-GB"/>
        </w:rPr>
        <w:t>border</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none</w:t>
      </w:r>
      <w:proofErr w:type="spellEnd"/>
      <w:proofErr w:type="gramEnd"/>
      <w:r w:rsidRPr="002B03AA">
        <w:rPr>
          <w:rFonts w:ascii="Menlo" w:eastAsia="Times New Roman" w:hAnsi="Menlo" w:cs="Menlo"/>
          <w:color w:val="D4D4D4"/>
          <w:sz w:val="18"/>
          <w:szCs w:val="18"/>
          <w:lang w:val="en-GB" w:eastAsia="en-GB"/>
        </w:rPr>
        <w:t>;</w:t>
      </w:r>
    </w:p>
    <w:p w14:paraId="71287480"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380A46DD"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9CDCFE"/>
          <w:sz w:val="18"/>
          <w:szCs w:val="18"/>
          <w:lang w:val="en-GB" w:eastAsia="en-GB"/>
        </w:rPr>
        <w:t>border-radius</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20px</w:t>
      </w:r>
      <w:r w:rsidRPr="002B03AA">
        <w:rPr>
          <w:rFonts w:ascii="Menlo" w:eastAsia="Times New Roman" w:hAnsi="Menlo" w:cs="Menlo"/>
          <w:color w:val="D4D4D4"/>
          <w:sz w:val="18"/>
          <w:szCs w:val="18"/>
          <w:lang w:val="en-GB" w:eastAsia="en-GB"/>
        </w:rPr>
        <w:t>;</w:t>
      </w:r>
    </w:p>
    <w:p w14:paraId="7D4D6991"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1DD7E55A"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spellStart"/>
      <w:proofErr w:type="gramStart"/>
      <w:r w:rsidRPr="002B03AA">
        <w:rPr>
          <w:rFonts w:ascii="Menlo" w:eastAsia="Times New Roman" w:hAnsi="Menlo" w:cs="Menlo"/>
          <w:color w:val="9CDCFE"/>
          <w:sz w:val="18"/>
          <w:szCs w:val="18"/>
          <w:lang w:val="en-GB" w:eastAsia="en-GB"/>
        </w:rPr>
        <w:t>cursor</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pointer</w:t>
      </w:r>
      <w:proofErr w:type="spellEnd"/>
      <w:proofErr w:type="gramEnd"/>
      <w:r w:rsidRPr="002B03AA">
        <w:rPr>
          <w:rFonts w:ascii="Menlo" w:eastAsia="Times New Roman" w:hAnsi="Menlo" w:cs="Menlo"/>
          <w:color w:val="D4D4D4"/>
          <w:sz w:val="18"/>
          <w:szCs w:val="18"/>
          <w:lang w:val="en-GB" w:eastAsia="en-GB"/>
        </w:rPr>
        <w:t>;</w:t>
      </w:r>
    </w:p>
    <w:p w14:paraId="7E8662F7"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048FA38E"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w:t>
      </w:r>
    </w:p>
    <w:p w14:paraId="158241F3"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br/>
      </w:r>
    </w:p>
    <w:p w14:paraId="4128C611"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spellStart"/>
      <w:proofErr w:type="gramStart"/>
      <w:r w:rsidRPr="002B03AA">
        <w:rPr>
          <w:rFonts w:ascii="Menlo" w:eastAsia="Times New Roman" w:hAnsi="Menlo" w:cs="Menlo"/>
          <w:color w:val="D7BA7D"/>
          <w:sz w:val="18"/>
          <w:szCs w:val="18"/>
          <w:lang w:val="en-GB" w:eastAsia="en-GB"/>
        </w:rPr>
        <w:t>button:hover</w:t>
      </w:r>
      <w:proofErr w:type="spellEnd"/>
      <w:proofErr w:type="gramEnd"/>
      <w:r w:rsidRPr="002B03AA">
        <w:rPr>
          <w:rFonts w:ascii="Menlo" w:eastAsia="Times New Roman" w:hAnsi="Menlo" w:cs="Menlo"/>
          <w:color w:val="D4D4D4"/>
          <w:sz w:val="18"/>
          <w:szCs w:val="18"/>
          <w:lang w:val="en-GB" w:eastAsia="en-GB"/>
        </w:rPr>
        <w:t>{</w:t>
      </w:r>
    </w:p>
    <w:p w14:paraId="54435C42"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373720E6"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roofErr w:type="spellStart"/>
      <w:proofErr w:type="gramStart"/>
      <w:r w:rsidRPr="002B03AA">
        <w:rPr>
          <w:rFonts w:ascii="Menlo" w:eastAsia="Times New Roman" w:hAnsi="Menlo" w:cs="Menlo"/>
          <w:color w:val="9CDCFE"/>
          <w:sz w:val="18"/>
          <w:szCs w:val="18"/>
          <w:lang w:val="en-GB" w:eastAsia="en-GB"/>
        </w:rPr>
        <w:t>background</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DCDCAA"/>
          <w:sz w:val="18"/>
          <w:szCs w:val="18"/>
          <w:lang w:val="en-GB" w:eastAsia="en-GB"/>
        </w:rPr>
        <w:t>rgb</w:t>
      </w:r>
      <w:proofErr w:type="spellEnd"/>
      <w:proofErr w:type="gramEnd"/>
      <w:r w:rsidRPr="002B03AA">
        <w:rPr>
          <w:rFonts w:ascii="Menlo" w:eastAsia="Times New Roman" w:hAnsi="Menlo" w:cs="Menlo"/>
          <w:color w:val="D4D4D4"/>
          <w:sz w:val="18"/>
          <w:szCs w:val="18"/>
          <w:lang w:val="en-GB" w:eastAsia="en-GB"/>
        </w:rPr>
        <w:t>(</w:t>
      </w:r>
      <w:r w:rsidRPr="002B03AA">
        <w:rPr>
          <w:rFonts w:ascii="Menlo" w:eastAsia="Times New Roman" w:hAnsi="Menlo" w:cs="Menlo"/>
          <w:color w:val="B5CEA8"/>
          <w:sz w:val="18"/>
          <w:szCs w:val="18"/>
          <w:lang w:val="en-GB" w:eastAsia="en-GB"/>
        </w:rPr>
        <w:t>237</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B5CEA8"/>
          <w:sz w:val="18"/>
          <w:szCs w:val="18"/>
          <w:lang w:val="en-GB" w:eastAsia="en-GB"/>
        </w:rPr>
        <w:t>171</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B5CEA8"/>
          <w:sz w:val="18"/>
          <w:szCs w:val="18"/>
          <w:lang w:val="en-GB" w:eastAsia="en-GB"/>
        </w:rPr>
        <w:t>49</w:t>
      </w:r>
      <w:r w:rsidRPr="002B03AA">
        <w:rPr>
          <w:rFonts w:ascii="Menlo" w:eastAsia="Times New Roman" w:hAnsi="Menlo" w:cs="Menlo"/>
          <w:color w:val="D4D4D4"/>
          <w:sz w:val="18"/>
          <w:szCs w:val="18"/>
          <w:lang w:val="en-GB" w:eastAsia="en-GB"/>
        </w:rPr>
        <w:t>);</w:t>
      </w:r>
    </w:p>
    <w:p w14:paraId="58F5F7FC"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6F3775FB"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w:t>
      </w:r>
    </w:p>
    <w:p w14:paraId="2492BCA3" w14:textId="3DB60C8E" w:rsidR="00035DB5" w:rsidRDefault="00035DB5"/>
    <w:p w14:paraId="43E54B74" w14:textId="36F87BBB" w:rsidR="002B03AA" w:rsidRPr="002B03AA" w:rsidRDefault="00035DB5" w:rsidP="002B03AA">
      <w:pPr>
        <w:shd w:val="clear" w:color="auto" w:fill="1E1E1E"/>
        <w:spacing w:line="270" w:lineRule="atLeast"/>
        <w:rPr>
          <w:rFonts w:ascii="Menlo" w:eastAsia="Times New Roman" w:hAnsi="Menlo" w:cs="Menlo"/>
          <w:color w:val="D4D4D4"/>
          <w:sz w:val="18"/>
          <w:szCs w:val="18"/>
          <w:lang w:val="en-GB" w:eastAsia="en-GB"/>
        </w:rPr>
      </w:pPr>
      <w:r>
        <w:t>Hobby 1 HTML:</w:t>
      </w:r>
      <w:r w:rsidR="002B03AA" w:rsidRPr="002B03AA">
        <w:rPr>
          <w:rFonts w:ascii="Menlo" w:hAnsi="Menlo" w:cs="Menlo"/>
          <w:color w:val="808080"/>
          <w:sz w:val="18"/>
          <w:szCs w:val="18"/>
        </w:rPr>
        <w:t xml:space="preserve"> </w:t>
      </w:r>
      <w:r w:rsidR="002B03AA" w:rsidRPr="002B03AA">
        <w:rPr>
          <w:rFonts w:ascii="Menlo" w:eastAsia="Times New Roman" w:hAnsi="Menlo" w:cs="Menlo"/>
          <w:color w:val="808080"/>
          <w:sz w:val="18"/>
          <w:szCs w:val="18"/>
          <w:lang w:val="en-GB" w:eastAsia="en-GB"/>
        </w:rPr>
        <w:t>&lt;!</w:t>
      </w:r>
      <w:r w:rsidR="002B03AA" w:rsidRPr="002B03AA">
        <w:rPr>
          <w:rFonts w:ascii="Menlo" w:eastAsia="Times New Roman" w:hAnsi="Menlo" w:cs="Menlo"/>
          <w:color w:val="569CD6"/>
          <w:sz w:val="18"/>
          <w:szCs w:val="18"/>
          <w:lang w:val="en-GB" w:eastAsia="en-GB"/>
        </w:rPr>
        <w:t>DOCTYPE</w:t>
      </w:r>
      <w:r w:rsidR="002B03AA" w:rsidRPr="002B03AA">
        <w:rPr>
          <w:rFonts w:ascii="Menlo" w:eastAsia="Times New Roman" w:hAnsi="Menlo" w:cs="Menlo"/>
          <w:color w:val="D4D4D4"/>
          <w:sz w:val="18"/>
          <w:szCs w:val="18"/>
          <w:lang w:val="en-GB" w:eastAsia="en-GB"/>
        </w:rPr>
        <w:t xml:space="preserve"> </w:t>
      </w:r>
      <w:r w:rsidR="002B03AA" w:rsidRPr="002B03AA">
        <w:rPr>
          <w:rFonts w:ascii="Menlo" w:eastAsia="Times New Roman" w:hAnsi="Menlo" w:cs="Menlo"/>
          <w:color w:val="9CDCFE"/>
          <w:sz w:val="18"/>
          <w:szCs w:val="18"/>
          <w:lang w:val="en-GB" w:eastAsia="en-GB"/>
        </w:rPr>
        <w:t>html</w:t>
      </w:r>
      <w:r w:rsidR="002B03AA" w:rsidRPr="002B03AA">
        <w:rPr>
          <w:rFonts w:ascii="Menlo" w:eastAsia="Times New Roman" w:hAnsi="Menlo" w:cs="Menlo"/>
          <w:color w:val="808080"/>
          <w:sz w:val="18"/>
          <w:szCs w:val="18"/>
          <w:lang w:val="en-GB" w:eastAsia="en-GB"/>
        </w:rPr>
        <w:t>&gt;</w:t>
      </w:r>
    </w:p>
    <w:p w14:paraId="4E8C73A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html</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lang</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w:t>
      </w:r>
      <w:proofErr w:type="spellStart"/>
      <w:r w:rsidRPr="002B03AA">
        <w:rPr>
          <w:rFonts w:ascii="Menlo" w:eastAsia="Times New Roman" w:hAnsi="Menlo" w:cs="Menlo"/>
          <w:color w:val="CE9178"/>
          <w:sz w:val="18"/>
          <w:szCs w:val="18"/>
          <w:lang w:val="en-GB" w:eastAsia="en-GB"/>
        </w:rPr>
        <w:t>en</w:t>
      </w:r>
      <w:proofErr w:type="spellEnd"/>
      <w:r w:rsidRPr="002B03AA">
        <w:rPr>
          <w:rFonts w:ascii="Menlo" w:eastAsia="Times New Roman" w:hAnsi="Menlo" w:cs="Menlo"/>
          <w:color w:val="CE9178"/>
          <w:sz w:val="18"/>
          <w:szCs w:val="18"/>
          <w:lang w:val="en-GB" w:eastAsia="en-GB"/>
        </w:rPr>
        <w:t>"</w:t>
      </w:r>
      <w:r w:rsidRPr="002B03AA">
        <w:rPr>
          <w:rFonts w:ascii="Menlo" w:eastAsia="Times New Roman" w:hAnsi="Menlo" w:cs="Menlo"/>
          <w:color w:val="808080"/>
          <w:sz w:val="18"/>
          <w:szCs w:val="18"/>
          <w:lang w:val="en-GB" w:eastAsia="en-GB"/>
        </w:rPr>
        <w:t>&gt;</w:t>
      </w:r>
    </w:p>
    <w:p w14:paraId="7D3D0D87"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2A3CE1AA"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head</w:t>
      </w:r>
      <w:r w:rsidRPr="002B03AA">
        <w:rPr>
          <w:rFonts w:ascii="Menlo" w:eastAsia="Times New Roman" w:hAnsi="Menlo" w:cs="Menlo"/>
          <w:color w:val="808080"/>
          <w:sz w:val="18"/>
          <w:szCs w:val="18"/>
          <w:lang w:val="en-GB" w:eastAsia="en-GB"/>
        </w:rPr>
        <w:t>&gt;</w:t>
      </w:r>
    </w:p>
    <w:p w14:paraId="7CAA06B4"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21D02054"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meta</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charset</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"UTF-8"</w:t>
      </w:r>
      <w:r w:rsidRPr="002B03AA">
        <w:rPr>
          <w:rFonts w:ascii="Menlo" w:eastAsia="Times New Roman" w:hAnsi="Menlo" w:cs="Menlo"/>
          <w:color w:val="808080"/>
          <w:sz w:val="18"/>
          <w:szCs w:val="18"/>
          <w:lang w:val="en-GB" w:eastAsia="en-GB"/>
        </w:rPr>
        <w:t>&gt;</w:t>
      </w:r>
    </w:p>
    <w:p w14:paraId="4874F096"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493E7B90"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meta</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name</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"viewport"</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content</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"width=device-width, initial-scale=1.0"</w:t>
      </w:r>
      <w:r w:rsidRPr="002B03AA">
        <w:rPr>
          <w:rFonts w:ascii="Menlo" w:eastAsia="Times New Roman" w:hAnsi="Menlo" w:cs="Menlo"/>
          <w:color w:val="808080"/>
          <w:sz w:val="18"/>
          <w:szCs w:val="18"/>
          <w:lang w:val="en-GB" w:eastAsia="en-GB"/>
        </w:rPr>
        <w:t>&gt;</w:t>
      </w:r>
    </w:p>
    <w:p w14:paraId="7D1731AE"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7DD9CF67"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title</w:t>
      </w:r>
      <w:r w:rsidRPr="002B03AA">
        <w:rPr>
          <w:rFonts w:ascii="Menlo" w:eastAsia="Times New Roman" w:hAnsi="Menlo" w:cs="Menlo"/>
          <w:color w:val="808080"/>
          <w:sz w:val="18"/>
          <w:szCs w:val="18"/>
          <w:lang w:val="en-GB" w:eastAsia="en-GB"/>
        </w:rPr>
        <w:t>&gt;</w:t>
      </w:r>
      <w:r w:rsidRPr="002B03AA">
        <w:rPr>
          <w:rFonts w:ascii="Menlo" w:eastAsia="Times New Roman" w:hAnsi="Menlo" w:cs="Menlo"/>
          <w:color w:val="D4D4D4"/>
          <w:sz w:val="18"/>
          <w:szCs w:val="18"/>
          <w:lang w:val="en-GB" w:eastAsia="en-GB"/>
        </w:rPr>
        <w:t>Hobby 1</w:t>
      </w: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title</w:t>
      </w:r>
      <w:r w:rsidRPr="002B03AA">
        <w:rPr>
          <w:rFonts w:ascii="Menlo" w:eastAsia="Times New Roman" w:hAnsi="Menlo" w:cs="Menlo"/>
          <w:color w:val="808080"/>
          <w:sz w:val="18"/>
          <w:szCs w:val="18"/>
          <w:lang w:val="en-GB" w:eastAsia="en-GB"/>
        </w:rPr>
        <w:t>&gt;</w:t>
      </w:r>
    </w:p>
    <w:p w14:paraId="27F6918A"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393A1CFF"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link</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rel</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"stylesheet"</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href</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"Homepage.css"</w:t>
      </w:r>
      <w:r w:rsidRPr="002B03AA">
        <w:rPr>
          <w:rFonts w:ascii="Menlo" w:eastAsia="Times New Roman" w:hAnsi="Menlo" w:cs="Menlo"/>
          <w:color w:val="808080"/>
          <w:sz w:val="18"/>
          <w:szCs w:val="18"/>
          <w:lang w:val="en-GB" w:eastAsia="en-GB"/>
        </w:rPr>
        <w:t>&gt;</w:t>
      </w:r>
    </w:p>
    <w:p w14:paraId="05772F84"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48669C5E"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head</w:t>
      </w:r>
      <w:r w:rsidRPr="002B03AA">
        <w:rPr>
          <w:rFonts w:ascii="Menlo" w:eastAsia="Times New Roman" w:hAnsi="Menlo" w:cs="Menlo"/>
          <w:color w:val="808080"/>
          <w:sz w:val="18"/>
          <w:szCs w:val="18"/>
          <w:lang w:val="en-GB" w:eastAsia="en-GB"/>
        </w:rPr>
        <w:t>&gt;</w:t>
      </w:r>
    </w:p>
    <w:p w14:paraId="23898B95"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6EBC86E7"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body</w:t>
      </w:r>
      <w:r w:rsidRPr="002B03AA">
        <w:rPr>
          <w:rFonts w:ascii="Menlo" w:eastAsia="Times New Roman" w:hAnsi="Menlo" w:cs="Menlo"/>
          <w:color w:val="808080"/>
          <w:sz w:val="18"/>
          <w:szCs w:val="18"/>
          <w:lang w:val="en-GB" w:eastAsia="en-GB"/>
        </w:rPr>
        <w:t>&gt;</w:t>
      </w:r>
    </w:p>
    <w:p w14:paraId="51903976"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24F9534A"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header</w:t>
      </w:r>
      <w:r w:rsidRPr="002B03AA">
        <w:rPr>
          <w:rFonts w:ascii="Menlo" w:eastAsia="Times New Roman" w:hAnsi="Menlo" w:cs="Menlo"/>
          <w:color w:val="808080"/>
          <w:sz w:val="18"/>
          <w:szCs w:val="18"/>
          <w:lang w:val="en-GB" w:eastAsia="en-GB"/>
        </w:rPr>
        <w:t>&gt;</w:t>
      </w:r>
    </w:p>
    <w:p w14:paraId="0BFCF52F"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0256C181"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h1</w:t>
      </w:r>
      <w:r w:rsidRPr="002B03AA">
        <w:rPr>
          <w:rFonts w:ascii="Menlo" w:eastAsia="Times New Roman" w:hAnsi="Menlo" w:cs="Menlo"/>
          <w:color w:val="808080"/>
          <w:sz w:val="18"/>
          <w:szCs w:val="18"/>
          <w:lang w:val="en-GB" w:eastAsia="en-GB"/>
        </w:rPr>
        <w:t>&gt;</w:t>
      </w:r>
      <w:r w:rsidRPr="002B03AA">
        <w:rPr>
          <w:rFonts w:ascii="Menlo" w:eastAsia="Times New Roman" w:hAnsi="Menlo" w:cs="Menlo"/>
          <w:color w:val="D4D4D4"/>
          <w:sz w:val="18"/>
          <w:szCs w:val="18"/>
          <w:lang w:val="en-GB" w:eastAsia="en-GB"/>
        </w:rPr>
        <w:t>My Hobby 1</w:t>
      </w: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h1</w:t>
      </w:r>
      <w:r w:rsidRPr="002B03AA">
        <w:rPr>
          <w:rFonts w:ascii="Menlo" w:eastAsia="Times New Roman" w:hAnsi="Menlo" w:cs="Menlo"/>
          <w:color w:val="808080"/>
          <w:sz w:val="18"/>
          <w:szCs w:val="18"/>
          <w:lang w:val="en-GB" w:eastAsia="en-GB"/>
        </w:rPr>
        <w:t>&gt;</w:t>
      </w:r>
    </w:p>
    <w:p w14:paraId="554A1288"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15B5CCBE"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nav</w:t>
      </w:r>
      <w:r w:rsidRPr="002B03AA">
        <w:rPr>
          <w:rFonts w:ascii="Menlo" w:eastAsia="Times New Roman" w:hAnsi="Menlo" w:cs="Menlo"/>
          <w:color w:val="808080"/>
          <w:sz w:val="18"/>
          <w:szCs w:val="18"/>
          <w:lang w:val="en-GB" w:eastAsia="en-GB"/>
        </w:rPr>
        <w:t>&gt;</w:t>
      </w:r>
    </w:p>
    <w:p w14:paraId="7A7C5DA0"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1020C3B5"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a</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href</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"Homepage.html"</w:t>
      </w:r>
      <w:r w:rsidRPr="002B03AA">
        <w:rPr>
          <w:rFonts w:ascii="Menlo" w:eastAsia="Times New Roman" w:hAnsi="Menlo" w:cs="Menlo"/>
          <w:color w:val="808080"/>
          <w:sz w:val="18"/>
          <w:szCs w:val="18"/>
          <w:lang w:val="en-GB" w:eastAsia="en-GB"/>
        </w:rPr>
        <w:t>&gt;</w:t>
      </w:r>
      <w:r w:rsidRPr="002B03AA">
        <w:rPr>
          <w:rFonts w:ascii="Menlo" w:eastAsia="Times New Roman" w:hAnsi="Menlo" w:cs="Menlo"/>
          <w:color w:val="D4D4D4"/>
          <w:sz w:val="18"/>
          <w:szCs w:val="18"/>
          <w:lang w:val="en-GB" w:eastAsia="en-GB"/>
        </w:rPr>
        <w:t>Home</w:t>
      </w: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a</w:t>
      </w:r>
      <w:r w:rsidRPr="002B03AA">
        <w:rPr>
          <w:rFonts w:ascii="Menlo" w:eastAsia="Times New Roman" w:hAnsi="Menlo" w:cs="Menlo"/>
          <w:color w:val="808080"/>
          <w:sz w:val="18"/>
          <w:szCs w:val="18"/>
          <w:lang w:val="en-GB" w:eastAsia="en-GB"/>
        </w:rPr>
        <w:t>&gt;</w:t>
      </w:r>
    </w:p>
    <w:p w14:paraId="54009E8A"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36CEFF48"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a</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href</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"Hobby1.html"</w:t>
      </w:r>
      <w:r w:rsidRPr="002B03AA">
        <w:rPr>
          <w:rFonts w:ascii="Menlo" w:eastAsia="Times New Roman" w:hAnsi="Menlo" w:cs="Menlo"/>
          <w:color w:val="808080"/>
          <w:sz w:val="18"/>
          <w:szCs w:val="18"/>
          <w:lang w:val="en-GB" w:eastAsia="en-GB"/>
        </w:rPr>
        <w:t>&gt;</w:t>
      </w:r>
      <w:r w:rsidRPr="002B03AA">
        <w:rPr>
          <w:rFonts w:ascii="Menlo" w:eastAsia="Times New Roman" w:hAnsi="Menlo" w:cs="Menlo"/>
          <w:color w:val="D4D4D4"/>
          <w:sz w:val="18"/>
          <w:szCs w:val="18"/>
          <w:lang w:val="en-GB" w:eastAsia="en-GB"/>
        </w:rPr>
        <w:t>Hobby 1</w:t>
      </w: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a</w:t>
      </w:r>
      <w:r w:rsidRPr="002B03AA">
        <w:rPr>
          <w:rFonts w:ascii="Menlo" w:eastAsia="Times New Roman" w:hAnsi="Menlo" w:cs="Menlo"/>
          <w:color w:val="808080"/>
          <w:sz w:val="18"/>
          <w:szCs w:val="18"/>
          <w:lang w:val="en-GB" w:eastAsia="en-GB"/>
        </w:rPr>
        <w:t>&gt;</w:t>
      </w:r>
    </w:p>
    <w:p w14:paraId="3E243D41"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0F4EC720"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a</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href</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"Hobby2.html"</w:t>
      </w:r>
      <w:r w:rsidRPr="002B03AA">
        <w:rPr>
          <w:rFonts w:ascii="Menlo" w:eastAsia="Times New Roman" w:hAnsi="Menlo" w:cs="Menlo"/>
          <w:color w:val="808080"/>
          <w:sz w:val="18"/>
          <w:szCs w:val="18"/>
          <w:lang w:val="en-GB" w:eastAsia="en-GB"/>
        </w:rPr>
        <w:t>&gt;</w:t>
      </w:r>
      <w:r w:rsidRPr="002B03AA">
        <w:rPr>
          <w:rFonts w:ascii="Menlo" w:eastAsia="Times New Roman" w:hAnsi="Menlo" w:cs="Menlo"/>
          <w:color w:val="D4D4D4"/>
          <w:sz w:val="18"/>
          <w:szCs w:val="18"/>
          <w:lang w:val="en-GB" w:eastAsia="en-GB"/>
        </w:rPr>
        <w:t>Hobby 2</w:t>
      </w: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a</w:t>
      </w:r>
      <w:r w:rsidRPr="002B03AA">
        <w:rPr>
          <w:rFonts w:ascii="Menlo" w:eastAsia="Times New Roman" w:hAnsi="Menlo" w:cs="Menlo"/>
          <w:color w:val="808080"/>
          <w:sz w:val="18"/>
          <w:szCs w:val="18"/>
          <w:lang w:val="en-GB" w:eastAsia="en-GB"/>
        </w:rPr>
        <w:t>&gt;</w:t>
      </w:r>
    </w:p>
    <w:p w14:paraId="5C39C84D"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2FC61C39"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a</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href</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"index.html"</w:t>
      </w:r>
      <w:r w:rsidRPr="002B03AA">
        <w:rPr>
          <w:rFonts w:ascii="Menlo" w:eastAsia="Times New Roman" w:hAnsi="Menlo" w:cs="Menlo"/>
          <w:color w:val="808080"/>
          <w:sz w:val="18"/>
          <w:szCs w:val="18"/>
          <w:lang w:val="en-GB" w:eastAsia="en-GB"/>
        </w:rPr>
        <w:t>&gt;</w:t>
      </w:r>
      <w:r w:rsidRPr="002B03AA">
        <w:rPr>
          <w:rFonts w:ascii="Menlo" w:eastAsia="Times New Roman" w:hAnsi="Menlo" w:cs="Menlo"/>
          <w:color w:val="D4D4D4"/>
          <w:sz w:val="18"/>
          <w:szCs w:val="18"/>
          <w:lang w:val="en-GB" w:eastAsia="en-GB"/>
        </w:rPr>
        <w:t>Logout</w:t>
      </w: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a</w:t>
      </w:r>
      <w:r w:rsidRPr="002B03AA">
        <w:rPr>
          <w:rFonts w:ascii="Menlo" w:eastAsia="Times New Roman" w:hAnsi="Menlo" w:cs="Menlo"/>
          <w:color w:val="808080"/>
          <w:sz w:val="18"/>
          <w:szCs w:val="18"/>
          <w:lang w:val="en-GB" w:eastAsia="en-GB"/>
        </w:rPr>
        <w:t>&gt;</w:t>
      </w:r>
    </w:p>
    <w:p w14:paraId="5E357FE9"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4578F93E"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nav</w:t>
      </w:r>
      <w:r w:rsidRPr="002B03AA">
        <w:rPr>
          <w:rFonts w:ascii="Menlo" w:eastAsia="Times New Roman" w:hAnsi="Menlo" w:cs="Menlo"/>
          <w:color w:val="808080"/>
          <w:sz w:val="18"/>
          <w:szCs w:val="18"/>
          <w:lang w:val="en-GB" w:eastAsia="en-GB"/>
        </w:rPr>
        <w:t>&gt;</w:t>
      </w:r>
    </w:p>
    <w:p w14:paraId="4CFE9311"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5D5CE152"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header</w:t>
      </w:r>
      <w:r w:rsidRPr="002B03AA">
        <w:rPr>
          <w:rFonts w:ascii="Menlo" w:eastAsia="Times New Roman" w:hAnsi="Menlo" w:cs="Menlo"/>
          <w:color w:val="808080"/>
          <w:sz w:val="18"/>
          <w:szCs w:val="18"/>
          <w:lang w:val="en-GB" w:eastAsia="en-GB"/>
        </w:rPr>
        <w:t>&gt;</w:t>
      </w:r>
    </w:p>
    <w:p w14:paraId="4F3CE114"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br/>
      </w:r>
    </w:p>
    <w:p w14:paraId="6D939162"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main</w:t>
      </w:r>
      <w:r w:rsidRPr="002B03AA">
        <w:rPr>
          <w:rFonts w:ascii="Menlo" w:eastAsia="Times New Roman" w:hAnsi="Menlo" w:cs="Menlo"/>
          <w:color w:val="808080"/>
          <w:sz w:val="18"/>
          <w:szCs w:val="18"/>
          <w:lang w:val="en-GB" w:eastAsia="en-GB"/>
        </w:rPr>
        <w:t>&gt;</w:t>
      </w:r>
    </w:p>
    <w:p w14:paraId="513D43A1"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3658480A"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section</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class</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"hero"</w:t>
      </w:r>
      <w:r w:rsidRPr="002B03AA">
        <w:rPr>
          <w:rFonts w:ascii="Menlo" w:eastAsia="Times New Roman" w:hAnsi="Menlo" w:cs="Menlo"/>
          <w:color w:val="808080"/>
          <w:sz w:val="18"/>
          <w:szCs w:val="18"/>
          <w:lang w:val="en-GB" w:eastAsia="en-GB"/>
        </w:rPr>
        <w:t>&gt;</w:t>
      </w:r>
    </w:p>
    <w:p w14:paraId="73D06539"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1CC8216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h2</w:t>
      </w:r>
      <w:r w:rsidRPr="002B03AA">
        <w:rPr>
          <w:rFonts w:ascii="Menlo" w:eastAsia="Times New Roman" w:hAnsi="Menlo" w:cs="Menlo"/>
          <w:color w:val="808080"/>
          <w:sz w:val="18"/>
          <w:szCs w:val="18"/>
          <w:lang w:val="en-GB" w:eastAsia="en-GB"/>
        </w:rPr>
        <w:t>&gt;</w:t>
      </w:r>
      <w:r w:rsidRPr="002B03AA">
        <w:rPr>
          <w:rFonts w:ascii="Menlo" w:eastAsia="Times New Roman" w:hAnsi="Menlo" w:cs="Menlo"/>
          <w:color w:val="D4D4D4"/>
          <w:sz w:val="18"/>
          <w:szCs w:val="18"/>
          <w:lang w:val="en-GB" w:eastAsia="en-GB"/>
        </w:rPr>
        <w:t xml:space="preserve">Football </w:t>
      </w:r>
      <w:r w:rsidRPr="002B03AA">
        <w:rPr>
          <w:rFonts w:ascii="Apple Color Emoji" w:eastAsia="Times New Roman" w:hAnsi="Apple Color Emoji" w:cs="Apple Color Emoji"/>
          <w:color w:val="D4D4D4"/>
          <w:sz w:val="18"/>
          <w:szCs w:val="18"/>
          <w:lang w:val="en-GB" w:eastAsia="en-GB"/>
        </w:rPr>
        <w:t>⚽</w:t>
      </w: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h2</w:t>
      </w:r>
      <w:r w:rsidRPr="002B03AA">
        <w:rPr>
          <w:rFonts w:ascii="Menlo" w:eastAsia="Times New Roman" w:hAnsi="Menlo" w:cs="Menlo"/>
          <w:color w:val="808080"/>
          <w:sz w:val="18"/>
          <w:szCs w:val="18"/>
          <w:lang w:val="en-GB" w:eastAsia="en-GB"/>
        </w:rPr>
        <w:t>&gt;</w:t>
      </w:r>
    </w:p>
    <w:p w14:paraId="44B5992C"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05C20E65"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p</w:t>
      </w:r>
      <w:r w:rsidRPr="002B03AA">
        <w:rPr>
          <w:rFonts w:ascii="Menlo" w:eastAsia="Times New Roman" w:hAnsi="Menlo" w:cs="Menlo"/>
          <w:color w:val="808080"/>
          <w:sz w:val="18"/>
          <w:szCs w:val="18"/>
          <w:lang w:val="en-GB" w:eastAsia="en-GB"/>
        </w:rPr>
        <w:t>&gt;</w:t>
      </w:r>
    </w:p>
    <w:p w14:paraId="00AEF144"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526A767F"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lastRenderedPageBreak/>
        <w:t xml:space="preserve">Watching and playing football has been a massive part of my life. </w:t>
      </w:r>
    </w:p>
    <w:p w14:paraId="5950DA3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 xml:space="preserve">Watching football started back in 2016 when I was 9. Liverpool FC was the first club I supported and the last one I will. </w:t>
      </w:r>
    </w:p>
    <w:p w14:paraId="0DCFC9B2"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 xml:space="preserve">One of the best things to ever happen to me was looking up to Cristiano Ronaldo. </w:t>
      </w:r>
    </w:p>
    <w:p w14:paraId="77796C1B"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Him as a player and human being really changed me as a human.</w:t>
      </w:r>
    </w:p>
    <w:p w14:paraId="08353BBA"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 xml:space="preserve">The </w:t>
      </w:r>
      <w:proofErr w:type="spellStart"/>
      <w:r w:rsidRPr="002B03AA">
        <w:rPr>
          <w:rFonts w:ascii="Menlo" w:eastAsia="Times New Roman" w:hAnsi="Menlo" w:cs="Menlo"/>
          <w:color w:val="D4D4D4"/>
          <w:sz w:val="18"/>
          <w:szCs w:val="18"/>
          <w:lang w:val="en-GB" w:eastAsia="en-GB"/>
        </w:rPr>
        <w:t>hardwork</w:t>
      </w:r>
      <w:proofErr w:type="spellEnd"/>
      <w:r w:rsidRPr="002B03AA">
        <w:rPr>
          <w:rFonts w:ascii="Menlo" w:eastAsia="Times New Roman" w:hAnsi="Menlo" w:cs="Menlo"/>
          <w:color w:val="D4D4D4"/>
          <w:sz w:val="18"/>
          <w:szCs w:val="18"/>
          <w:lang w:val="en-GB" w:eastAsia="en-GB"/>
        </w:rPr>
        <w:t xml:space="preserve"> and determination as a player. The humility and kindness he </w:t>
      </w:r>
      <w:proofErr w:type="gramStart"/>
      <w:r w:rsidRPr="002B03AA">
        <w:rPr>
          <w:rFonts w:ascii="Menlo" w:eastAsia="Times New Roman" w:hAnsi="Menlo" w:cs="Menlo"/>
          <w:color w:val="D4D4D4"/>
          <w:sz w:val="18"/>
          <w:szCs w:val="18"/>
          <w:lang w:val="en-GB" w:eastAsia="en-GB"/>
        </w:rPr>
        <w:t>possess</w:t>
      </w:r>
      <w:proofErr w:type="gramEnd"/>
      <w:r w:rsidRPr="002B03AA">
        <w:rPr>
          <w:rFonts w:ascii="Menlo" w:eastAsia="Times New Roman" w:hAnsi="Menlo" w:cs="Menlo"/>
          <w:color w:val="D4D4D4"/>
          <w:sz w:val="18"/>
          <w:szCs w:val="18"/>
          <w:lang w:val="en-GB" w:eastAsia="en-GB"/>
        </w:rPr>
        <w:t xml:space="preserve"> as a human inspired me to be who I am. </w:t>
      </w:r>
    </w:p>
    <w:p w14:paraId="7D41020B"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 xml:space="preserve">When I was a </w:t>
      </w:r>
      <w:proofErr w:type="gramStart"/>
      <w:r w:rsidRPr="002B03AA">
        <w:rPr>
          <w:rFonts w:ascii="Menlo" w:eastAsia="Times New Roman" w:hAnsi="Menlo" w:cs="Menlo"/>
          <w:color w:val="D4D4D4"/>
          <w:sz w:val="18"/>
          <w:szCs w:val="18"/>
          <w:lang w:val="en-GB" w:eastAsia="en-GB"/>
        </w:rPr>
        <w:t>kid</w:t>
      </w:r>
      <w:proofErr w:type="gramEnd"/>
      <w:r w:rsidRPr="002B03AA">
        <w:rPr>
          <w:rFonts w:ascii="Menlo" w:eastAsia="Times New Roman" w:hAnsi="Menlo" w:cs="Menlo"/>
          <w:color w:val="D4D4D4"/>
          <w:sz w:val="18"/>
          <w:szCs w:val="18"/>
          <w:lang w:val="en-GB" w:eastAsia="en-GB"/>
        </w:rPr>
        <w:t xml:space="preserve"> I wanted to become a footballer, but I did not become it, but I continue to play it because I enjoy it. </w:t>
      </w:r>
    </w:p>
    <w:p w14:paraId="41F85808"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6F560471"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Br</w:t>
      </w:r>
      <w:r w:rsidRPr="002B03AA">
        <w:rPr>
          <w:rFonts w:ascii="Menlo" w:eastAsia="Times New Roman" w:hAnsi="Menlo" w:cs="Menlo"/>
          <w:color w:val="808080"/>
          <w:sz w:val="18"/>
          <w:szCs w:val="18"/>
          <w:lang w:val="en-GB" w:eastAsia="en-GB"/>
        </w:rPr>
        <w:t>&gt;&lt;/</w:t>
      </w:r>
      <w:r w:rsidRPr="002B03AA">
        <w:rPr>
          <w:rFonts w:ascii="Menlo" w:eastAsia="Times New Roman" w:hAnsi="Menlo" w:cs="Menlo"/>
          <w:color w:val="569CD6"/>
          <w:sz w:val="18"/>
          <w:szCs w:val="18"/>
          <w:lang w:val="en-GB" w:eastAsia="en-GB"/>
        </w:rPr>
        <w:t>Br</w:t>
      </w:r>
      <w:r w:rsidRPr="002B03AA">
        <w:rPr>
          <w:rFonts w:ascii="Menlo" w:eastAsia="Times New Roman" w:hAnsi="Menlo" w:cs="Menlo"/>
          <w:color w:val="808080"/>
          <w:sz w:val="18"/>
          <w:szCs w:val="18"/>
          <w:lang w:val="en-GB" w:eastAsia="en-GB"/>
        </w:rPr>
        <w:t>&gt;</w:t>
      </w:r>
    </w:p>
    <w:p w14:paraId="51F5659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proofErr w:type="spellStart"/>
      <w:r w:rsidRPr="002B03AA">
        <w:rPr>
          <w:rFonts w:ascii="Menlo" w:eastAsia="Times New Roman" w:hAnsi="Menlo" w:cs="Menlo"/>
          <w:color w:val="569CD6"/>
          <w:sz w:val="18"/>
          <w:szCs w:val="18"/>
          <w:lang w:val="en-GB" w:eastAsia="en-GB"/>
        </w:rPr>
        <w:t>img</w:t>
      </w:r>
      <w:proofErr w:type="spellEnd"/>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src</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"./images/minime.JPG"</w:t>
      </w:r>
      <w:r w:rsidRPr="002B03AA">
        <w:rPr>
          <w:rFonts w:ascii="Menlo" w:eastAsia="Times New Roman" w:hAnsi="Menlo" w:cs="Menlo"/>
          <w:color w:val="D4D4D4"/>
          <w:sz w:val="18"/>
          <w:szCs w:val="18"/>
          <w:lang w:val="en-GB" w:eastAsia="en-GB"/>
        </w:rPr>
        <w:t xml:space="preserve"> </w:t>
      </w:r>
      <w:r w:rsidRPr="002B03AA">
        <w:rPr>
          <w:rFonts w:ascii="Menlo" w:eastAsia="Times New Roman" w:hAnsi="Menlo" w:cs="Menlo"/>
          <w:color w:val="9CDCFE"/>
          <w:sz w:val="18"/>
          <w:szCs w:val="18"/>
          <w:lang w:val="en-GB" w:eastAsia="en-GB"/>
        </w:rPr>
        <w:t>width</w:t>
      </w:r>
      <w:r w:rsidRPr="002B03AA">
        <w:rPr>
          <w:rFonts w:ascii="Menlo" w:eastAsia="Times New Roman" w:hAnsi="Menlo" w:cs="Menlo"/>
          <w:color w:val="D4D4D4"/>
          <w:sz w:val="18"/>
          <w:szCs w:val="18"/>
          <w:lang w:val="en-GB" w:eastAsia="en-GB"/>
        </w:rPr>
        <w:t>=</w:t>
      </w:r>
      <w:r w:rsidRPr="002B03AA">
        <w:rPr>
          <w:rFonts w:ascii="Menlo" w:eastAsia="Times New Roman" w:hAnsi="Menlo" w:cs="Menlo"/>
          <w:color w:val="CE9178"/>
          <w:sz w:val="18"/>
          <w:szCs w:val="18"/>
          <w:lang w:val="en-GB" w:eastAsia="en-GB"/>
        </w:rPr>
        <w:t>"150"</w:t>
      </w:r>
      <w:r w:rsidRPr="002B03AA">
        <w:rPr>
          <w:rFonts w:ascii="Menlo" w:eastAsia="Times New Roman" w:hAnsi="Menlo" w:cs="Menlo"/>
          <w:color w:val="808080"/>
          <w:sz w:val="18"/>
          <w:szCs w:val="18"/>
          <w:lang w:val="en-GB" w:eastAsia="en-GB"/>
        </w:rPr>
        <w:t>&gt;</w:t>
      </w:r>
    </w:p>
    <w:p w14:paraId="4E46A26D"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06D20A44"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p</w:t>
      </w:r>
      <w:r w:rsidRPr="002B03AA">
        <w:rPr>
          <w:rFonts w:ascii="Menlo" w:eastAsia="Times New Roman" w:hAnsi="Menlo" w:cs="Menlo"/>
          <w:color w:val="808080"/>
          <w:sz w:val="18"/>
          <w:szCs w:val="18"/>
          <w:lang w:val="en-GB" w:eastAsia="en-GB"/>
        </w:rPr>
        <w:t>&gt;</w:t>
      </w:r>
    </w:p>
    <w:p w14:paraId="42E07DF0"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394C329C"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section</w:t>
      </w:r>
      <w:r w:rsidRPr="002B03AA">
        <w:rPr>
          <w:rFonts w:ascii="Menlo" w:eastAsia="Times New Roman" w:hAnsi="Menlo" w:cs="Menlo"/>
          <w:color w:val="808080"/>
          <w:sz w:val="18"/>
          <w:szCs w:val="18"/>
          <w:lang w:val="en-GB" w:eastAsia="en-GB"/>
        </w:rPr>
        <w:t>&gt;</w:t>
      </w:r>
    </w:p>
    <w:p w14:paraId="3B3E5D05"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62835431"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main</w:t>
      </w:r>
      <w:r w:rsidRPr="002B03AA">
        <w:rPr>
          <w:rFonts w:ascii="Menlo" w:eastAsia="Times New Roman" w:hAnsi="Menlo" w:cs="Menlo"/>
          <w:color w:val="808080"/>
          <w:sz w:val="18"/>
          <w:szCs w:val="18"/>
          <w:lang w:val="en-GB" w:eastAsia="en-GB"/>
        </w:rPr>
        <w:t>&gt;</w:t>
      </w:r>
    </w:p>
    <w:p w14:paraId="6341D1A9"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br/>
      </w:r>
    </w:p>
    <w:p w14:paraId="6F1535E1"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footer</w:t>
      </w:r>
      <w:r w:rsidRPr="002B03AA">
        <w:rPr>
          <w:rFonts w:ascii="Menlo" w:eastAsia="Times New Roman" w:hAnsi="Menlo" w:cs="Menlo"/>
          <w:color w:val="808080"/>
          <w:sz w:val="18"/>
          <w:szCs w:val="18"/>
          <w:lang w:val="en-GB" w:eastAsia="en-GB"/>
        </w:rPr>
        <w:t>&gt;</w:t>
      </w:r>
    </w:p>
    <w:p w14:paraId="1BC0F1C0"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540713B6"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p</w:t>
      </w:r>
      <w:r w:rsidRPr="002B03AA">
        <w:rPr>
          <w:rFonts w:ascii="Menlo" w:eastAsia="Times New Roman" w:hAnsi="Menlo" w:cs="Menlo"/>
          <w:color w:val="808080"/>
          <w:sz w:val="18"/>
          <w:szCs w:val="18"/>
          <w:lang w:val="en-GB" w:eastAsia="en-GB"/>
        </w:rPr>
        <w:t>&gt;</w:t>
      </w:r>
    </w:p>
    <w:p w14:paraId="2E8C1977"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D4D4D4"/>
          <w:sz w:val="18"/>
          <w:szCs w:val="18"/>
          <w:lang w:val="en-GB" w:eastAsia="en-GB"/>
        </w:rPr>
        <w:t>© 2026 Fahith's Life</w:t>
      </w:r>
    </w:p>
    <w:p w14:paraId="4FB9B6BB"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p</w:t>
      </w:r>
      <w:r w:rsidRPr="002B03AA">
        <w:rPr>
          <w:rFonts w:ascii="Menlo" w:eastAsia="Times New Roman" w:hAnsi="Menlo" w:cs="Menlo"/>
          <w:color w:val="808080"/>
          <w:sz w:val="18"/>
          <w:szCs w:val="18"/>
          <w:lang w:val="en-GB" w:eastAsia="en-GB"/>
        </w:rPr>
        <w:t>&gt;</w:t>
      </w:r>
    </w:p>
    <w:p w14:paraId="22A40F3C"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0AE92879"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footer</w:t>
      </w:r>
      <w:r w:rsidRPr="002B03AA">
        <w:rPr>
          <w:rFonts w:ascii="Menlo" w:eastAsia="Times New Roman" w:hAnsi="Menlo" w:cs="Menlo"/>
          <w:color w:val="808080"/>
          <w:sz w:val="18"/>
          <w:szCs w:val="18"/>
          <w:lang w:val="en-GB" w:eastAsia="en-GB"/>
        </w:rPr>
        <w:t>&gt;</w:t>
      </w:r>
    </w:p>
    <w:p w14:paraId="2DC25BDC" w14:textId="77777777" w:rsidR="002B03AA" w:rsidRPr="002B03AA" w:rsidRDefault="002B03AA" w:rsidP="002B03AA">
      <w:pPr>
        <w:shd w:val="clear" w:color="auto" w:fill="1E1E1E"/>
        <w:spacing w:after="240" w:line="270" w:lineRule="atLeast"/>
        <w:rPr>
          <w:rFonts w:ascii="Menlo" w:eastAsia="Times New Roman" w:hAnsi="Menlo" w:cs="Menlo"/>
          <w:color w:val="D4D4D4"/>
          <w:sz w:val="18"/>
          <w:szCs w:val="18"/>
          <w:lang w:val="en-GB" w:eastAsia="en-GB"/>
        </w:rPr>
      </w:pPr>
    </w:p>
    <w:p w14:paraId="144ADFB7"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body</w:t>
      </w:r>
      <w:r w:rsidRPr="002B03AA">
        <w:rPr>
          <w:rFonts w:ascii="Menlo" w:eastAsia="Times New Roman" w:hAnsi="Menlo" w:cs="Menlo"/>
          <w:color w:val="808080"/>
          <w:sz w:val="18"/>
          <w:szCs w:val="18"/>
          <w:lang w:val="en-GB" w:eastAsia="en-GB"/>
        </w:rPr>
        <w:t>&gt;</w:t>
      </w:r>
    </w:p>
    <w:p w14:paraId="17752C53"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p>
    <w:p w14:paraId="05323284" w14:textId="77777777" w:rsidR="002B03AA" w:rsidRPr="002B03AA" w:rsidRDefault="002B03AA" w:rsidP="002B03AA">
      <w:pPr>
        <w:shd w:val="clear" w:color="auto" w:fill="1E1E1E"/>
        <w:spacing w:after="0" w:line="270" w:lineRule="atLeast"/>
        <w:rPr>
          <w:rFonts w:ascii="Menlo" w:eastAsia="Times New Roman" w:hAnsi="Menlo" w:cs="Menlo"/>
          <w:color w:val="D4D4D4"/>
          <w:sz w:val="18"/>
          <w:szCs w:val="18"/>
          <w:lang w:val="en-GB" w:eastAsia="en-GB"/>
        </w:rPr>
      </w:pPr>
      <w:r w:rsidRPr="002B03AA">
        <w:rPr>
          <w:rFonts w:ascii="Menlo" w:eastAsia="Times New Roman" w:hAnsi="Menlo" w:cs="Menlo"/>
          <w:color w:val="808080"/>
          <w:sz w:val="18"/>
          <w:szCs w:val="18"/>
          <w:lang w:val="en-GB" w:eastAsia="en-GB"/>
        </w:rPr>
        <w:t>&lt;/</w:t>
      </w:r>
      <w:r w:rsidRPr="002B03AA">
        <w:rPr>
          <w:rFonts w:ascii="Menlo" w:eastAsia="Times New Roman" w:hAnsi="Menlo" w:cs="Menlo"/>
          <w:color w:val="569CD6"/>
          <w:sz w:val="18"/>
          <w:szCs w:val="18"/>
          <w:lang w:val="en-GB" w:eastAsia="en-GB"/>
        </w:rPr>
        <w:t>html</w:t>
      </w:r>
      <w:r w:rsidRPr="002B03AA">
        <w:rPr>
          <w:rFonts w:ascii="Menlo" w:eastAsia="Times New Roman" w:hAnsi="Menlo" w:cs="Menlo"/>
          <w:color w:val="808080"/>
          <w:sz w:val="18"/>
          <w:szCs w:val="18"/>
          <w:lang w:val="en-GB" w:eastAsia="en-GB"/>
        </w:rPr>
        <w:t>&gt;</w:t>
      </w:r>
    </w:p>
    <w:p w14:paraId="05FF4C67" w14:textId="71C89491" w:rsidR="00035DB5" w:rsidRDefault="00035DB5"/>
    <w:p w14:paraId="490CA732" w14:textId="3D60E0F9" w:rsidR="007E1B52" w:rsidRPr="007E1B52" w:rsidRDefault="00035DB5" w:rsidP="007E1B52">
      <w:pPr>
        <w:shd w:val="clear" w:color="auto" w:fill="1E1E1E"/>
        <w:spacing w:line="270" w:lineRule="atLeast"/>
        <w:rPr>
          <w:rFonts w:ascii="Menlo" w:eastAsia="Times New Roman" w:hAnsi="Menlo" w:cs="Menlo"/>
          <w:color w:val="D4D4D4"/>
          <w:sz w:val="18"/>
          <w:szCs w:val="18"/>
          <w:lang w:val="en-GB" w:eastAsia="en-GB"/>
        </w:rPr>
      </w:pPr>
      <w:r>
        <w:t>Hobby 2 HTML:</w:t>
      </w:r>
      <w:r w:rsidR="007E1B52" w:rsidRPr="007E1B52">
        <w:rPr>
          <w:rFonts w:ascii="Menlo" w:hAnsi="Menlo" w:cs="Menlo"/>
          <w:color w:val="808080"/>
          <w:sz w:val="18"/>
          <w:szCs w:val="18"/>
        </w:rPr>
        <w:t xml:space="preserve"> </w:t>
      </w:r>
      <w:r w:rsidR="007E1B52" w:rsidRPr="007E1B52">
        <w:rPr>
          <w:rFonts w:ascii="Menlo" w:eastAsia="Times New Roman" w:hAnsi="Menlo" w:cs="Menlo"/>
          <w:color w:val="808080"/>
          <w:sz w:val="18"/>
          <w:szCs w:val="18"/>
          <w:lang w:val="en-GB" w:eastAsia="en-GB"/>
        </w:rPr>
        <w:t>&lt;!</w:t>
      </w:r>
      <w:r w:rsidR="007E1B52" w:rsidRPr="007E1B52">
        <w:rPr>
          <w:rFonts w:ascii="Menlo" w:eastAsia="Times New Roman" w:hAnsi="Menlo" w:cs="Menlo"/>
          <w:color w:val="569CD6"/>
          <w:sz w:val="18"/>
          <w:szCs w:val="18"/>
          <w:lang w:val="en-GB" w:eastAsia="en-GB"/>
        </w:rPr>
        <w:t>DOCTYPE</w:t>
      </w:r>
      <w:r w:rsidR="007E1B52" w:rsidRPr="007E1B52">
        <w:rPr>
          <w:rFonts w:ascii="Menlo" w:eastAsia="Times New Roman" w:hAnsi="Menlo" w:cs="Menlo"/>
          <w:color w:val="D4D4D4"/>
          <w:sz w:val="18"/>
          <w:szCs w:val="18"/>
          <w:lang w:val="en-GB" w:eastAsia="en-GB"/>
        </w:rPr>
        <w:t xml:space="preserve"> </w:t>
      </w:r>
      <w:r w:rsidR="007E1B52" w:rsidRPr="007E1B52">
        <w:rPr>
          <w:rFonts w:ascii="Menlo" w:eastAsia="Times New Roman" w:hAnsi="Menlo" w:cs="Menlo"/>
          <w:color w:val="9CDCFE"/>
          <w:sz w:val="18"/>
          <w:szCs w:val="18"/>
          <w:lang w:val="en-GB" w:eastAsia="en-GB"/>
        </w:rPr>
        <w:t>html</w:t>
      </w:r>
      <w:r w:rsidR="007E1B52" w:rsidRPr="007E1B52">
        <w:rPr>
          <w:rFonts w:ascii="Menlo" w:eastAsia="Times New Roman" w:hAnsi="Menlo" w:cs="Menlo"/>
          <w:color w:val="808080"/>
          <w:sz w:val="18"/>
          <w:szCs w:val="18"/>
          <w:lang w:val="en-GB" w:eastAsia="en-GB"/>
        </w:rPr>
        <w:t>&gt;</w:t>
      </w:r>
    </w:p>
    <w:p w14:paraId="05770E9F"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html</w:t>
      </w:r>
      <w:r w:rsidRPr="007E1B52">
        <w:rPr>
          <w:rFonts w:ascii="Menlo" w:eastAsia="Times New Roman" w:hAnsi="Menlo" w:cs="Menlo"/>
          <w:color w:val="D4D4D4"/>
          <w:sz w:val="18"/>
          <w:szCs w:val="18"/>
          <w:lang w:val="en-GB" w:eastAsia="en-GB"/>
        </w:rPr>
        <w:t xml:space="preserve"> </w:t>
      </w:r>
      <w:r w:rsidRPr="007E1B52">
        <w:rPr>
          <w:rFonts w:ascii="Menlo" w:eastAsia="Times New Roman" w:hAnsi="Menlo" w:cs="Menlo"/>
          <w:color w:val="9CDCFE"/>
          <w:sz w:val="18"/>
          <w:szCs w:val="18"/>
          <w:lang w:val="en-GB" w:eastAsia="en-GB"/>
        </w:rPr>
        <w:t>lang</w:t>
      </w:r>
      <w:r w:rsidRPr="007E1B52">
        <w:rPr>
          <w:rFonts w:ascii="Menlo" w:eastAsia="Times New Roman" w:hAnsi="Menlo" w:cs="Menlo"/>
          <w:color w:val="D4D4D4"/>
          <w:sz w:val="18"/>
          <w:szCs w:val="18"/>
          <w:lang w:val="en-GB" w:eastAsia="en-GB"/>
        </w:rPr>
        <w:t>=</w:t>
      </w:r>
      <w:r w:rsidRPr="007E1B52">
        <w:rPr>
          <w:rFonts w:ascii="Menlo" w:eastAsia="Times New Roman" w:hAnsi="Menlo" w:cs="Menlo"/>
          <w:color w:val="CE9178"/>
          <w:sz w:val="18"/>
          <w:szCs w:val="18"/>
          <w:lang w:val="en-GB" w:eastAsia="en-GB"/>
        </w:rPr>
        <w:t>"</w:t>
      </w:r>
      <w:proofErr w:type="spellStart"/>
      <w:r w:rsidRPr="007E1B52">
        <w:rPr>
          <w:rFonts w:ascii="Menlo" w:eastAsia="Times New Roman" w:hAnsi="Menlo" w:cs="Menlo"/>
          <w:color w:val="CE9178"/>
          <w:sz w:val="18"/>
          <w:szCs w:val="18"/>
          <w:lang w:val="en-GB" w:eastAsia="en-GB"/>
        </w:rPr>
        <w:t>en</w:t>
      </w:r>
      <w:proofErr w:type="spellEnd"/>
      <w:r w:rsidRPr="007E1B52">
        <w:rPr>
          <w:rFonts w:ascii="Menlo" w:eastAsia="Times New Roman" w:hAnsi="Menlo" w:cs="Menlo"/>
          <w:color w:val="CE9178"/>
          <w:sz w:val="18"/>
          <w:szCs w:val="18"/>
          <w:lang w:val="en-GB" w:eastAsia="en-GB"/>
        </w:rPr>
        <w:t>"</w:t>
      </w:r>
      <w:r w:rsidRPr="007E1B52">
        <w:rPr>
          <w:rFonts w:ascii="Menlo" w:eastAsia="Times New Roman" w:hAnsi="Menlo" w:cs="Menlo"/>
          <w:color w:val="808080"/>
          <w:sz w:val="18"/>
          <w:szCs w:val="18"/>
          <w:lang w:val="en-GB" w:eastAsia="en-GB"/>
        </w:rPr>
        <w:t>&gt;</w:t>
      </w:r>
    </w:p>
    <w:p w14:paraId="43789AFD"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p>
    <w:p w14:paraId="04DEC2B7"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head</w:t>
      </w:r>
      <w:r w:rsidRPr="007E1B52">
        <w:rPr>
          <w:rFonts w:ascii="Menlo" w:eastAsia="Times New Roman" w:hAnsi="Menlo" w:cs="Menlo"/>
          <w:color w:val="808080"/>
          <w:sz w:val="18"/>
          <w:szCs w:val="18"/>
          <w:lang w:val="en-GB" w:eastAsia="en-GB"/>
        </w:rPr>
        <w:t>&gt;</w:t>
      </w:r>
    </w:p>
    <w:p w14:paraId="70E0A20C"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p>
    <w:p w14:paraId="74B58FB5"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meta</w:t>
      </w:r>
      <w:r w:rsidRPr="007E1B52">
        <w:rPr>
          <w:rFonts w:ascii="Menlo" w:eastAsia="Times New Roman" w:hAnsi="Menlo" w:cs="Menlo"/>
          <w:color w:val="D4D4D4"/>
          <w:sz w:val="18"/>
          <w:szCs w:val="18"/>
          <w:lang w:val="en-GB" w:eastAsia="en-GB"/>
        </w:rPr>
        <w:t xml:space="preserve"> </w:t>
      </w:r>
      <w:r w:rsidRPr="007E1B52">
        <w:rPr>
          <w:rFonts w:ascii="Menlo" w:eastAsia="Times New Roman" w:hAnsi="Menlo" w:cs="Menlo"/>
          <w:color w:val="9CDCFE"/>
          <w:sz w:val="18"/>
          <w:szCs w:val="18"/>
          <w:lang w:val="en-GB" w:eastAsia="en-GB"/>
        </w:rPr>
        <w:t>charset</w:t>
      </w:r>
      <w:r w:rsidRPr="007E1B52">
        <w:rPr>
          <w:rFonts w:ascii="Menlo" w:eastAsia="Times New Roman" w:hAnsi="Menlo" w:cs="Menlo"/>
          <w:color w:val="D4D4D4"/>
          <w:sz w:val="18"/>
          <w:szCs w:val="18"/>
          <w:lang w:val="en-GB" w:eastAsia="en-GB"/>
        </w:rPr>
        <w:t>=</w:t>
      </w:r>
      <w:r w:rsidRPr="007E1B52">
        <w:rPr>
          <w:rFonts w:ascii="Menlo" w:eastAsia="Times New Roman" w:hAnsi="Menlo" w:cs="Menlo"/>
          <w:color w:val="CE9178"/>
          <w:sz w:val="18"/>
          <w:szCs w:val="18"/>
          <w:lang w:val="en-GB" w:eastAsia="en-GB"/>
        </w:rPr>
        <w:t>"UTF-8"</w:t>
      </w:r>
      <w:r w:rsidRPr="007E1B52">
        <w:rPr>
          <w:rFonts w:ascii="Menlo" w:eastAsia="Times New Roman" w:hAnsi="Menlo" w:cs="Menlo"/>
          <w:color w:val="808080"/>
          <w:sz w:val="18"/>
          <w:szCs w:val="18"/>
          <w:lang w:val="en-GB" w:eastAsia="en-GB"/>
        </w:rPr>
        <w:t>&gt;</w:t>
      </w:r>
    </w:p>
    <w:p w14:paraId="7456FB93"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p>
    <w:p w14:paraId="47FE3B1A"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meta</w:t>
      </w:r>
      <w:r w:rsidRPr="007E1B52">
        <w:rPr>
          <w:rFonts w:ascii="Menlo" w:eastAsia="Times New Roman" w:hAnsi="Menlo" w:cs="Menlo"/>
          <w:color w:val="D4D4D4"/>
          <w:sz w:val="18"/>
          <w:szCs w:val="18"/>
          <w:lang w:val="en-GB" w:eastAsia="en-GB"/>
        </w:rPr>
        <w:t xml:space="preserve"> </w:t>
      </w:r>
      <w:r w:rsidRPr="007E1B52">
        <w:rPr>
          <w:rFonts w:ascii="Menlo" w:eastAsia="Times New Roman" w:hAnsi="Menlo" w:cs="Menlo"/>
          <w:color w:val="9CDCFE"/>
          <w:sz w:val="18"/>
          <w:szCs w:val="18"/>
          <w:lang w:val="en-GB" w:eastAsia="en-GB"/>
        </w:rPr>
        <w:t>name</w:t>
      </w:r>
      <w:r w:rsidRPr="007E1B52">
        <w:rPr>
          <w:rFonts w:ascii="Menlo" w:eastAsia="Times New Roman" w:hAnsi="Menlo" w:cs="Menlo"/>
          <w:color w:val="D4D4D4"/>
          <w:sz w:val="18"/>
          <w:szCs w:val="18"/>
          <w:lang w:val="en-GB" w:eastAsia="en-GB"/>
        </w:rPr>
        <w:t>=</w:t>
      </w:r>
      <w:r w:rsidRPr="007E1B52">
        <w:rPr>
          <w:rFonts w:ascii="Menlo" w:eastAsia="Times New Roman" w:hAnsi="Menlo" w:cs="Menlo"/>
          <w:color w:val="CE9178"/>
          <w:sz w:val="18"/>
          <w:szCs w:val="18"/>
          <w:lang w:val="en-GB" w:eastAsia="en-GB"/>
        </w:rPr>
        <w:t>"viewport"</w:t>
      </w:r>
      <w:r w:rsidRPr="007E1B52">
        <w:rPr>
          <w:rFonts w:ascii="Menlo" w:eastAsia="Times New Roman" w:hAnsi="Menlo" w:cs="Menlo"/>
          <w:color w:val="D4D4D4"/>
          <w:sz w:val="18"/>
          <w:szCs w:val="18"/>
          <w:lang w:val="en-GB" w:eastAsia="en-GB"/>
        </w:rPr>
        <w:t xml:space="preserve"> </w:t>
      </w:r>
      <w:r w:rsidRPr="007E1B52">
        <w:rPr>
          <w:rFonts w:ascii="Menlo" w:eastAsia="Times New Roman" w:hAnsi="Menlo" w:cs="Menlo"/>
          <w:color w:val="9CDCFE"/>
          <w:sz w:val="18"/>
          <w:szCs w:val="18"/>
          <w:lang w:val="en-GB" w:eastAsia="en-GB"/>
        </w:rPr>
        <w:t>content</w:t>
      </w:r>
      <w:r w:rsidRPr="007E1B52">
        <w:rPr>
          <w:rFonts w:ascii="Menlo" w:eastAsia="Times New Roman" w:hAnsi="Menlo" w:cs="Menlo"/>
          <w:color w:val="D4D4D4"/>
          <w:sz w:val="18"/>
          <w:szCs w:val="18"/>
          <w:lang w:val="en-GB" w:eastAsia="en-GB"/>
        </w:rPr>
        <w:t>=</w:t>
      </w:r>
      <w:r w:rsidRPr="007E1B52">
        <w:rPr>
          <w:rFonts w:ascii="Menlo" w:eastAsia="Times New Roman" w:hAnsi="Menlo" w:cs="Menlo"/>
          <w:color w:val="CE9178"/>
          <w:sz w:val="18"/>
          <w:szCs w:val="18"/>
          <w:lang w:val="en-GB" w:eastAsia="en-GB"/>
        </w:rPr>
        <w:t>"width=device-width, initial-scale=1.0"</w:t>
      </w:r>
      <w:r w:rsidRPr="007E1B52">
        <w:rPr>
          <w:rFonts w:ascii="Menlo" w:eastAsia="Times New Roman" w:hAnsi="Menlo" w:cs="Menlo"/>
          <w:color w:val="808080"/>
          <w:sz w:val="18"/>
          <w:szCs w:val="18"/>
          <w:lang w:val="en-GB" w:eastAsia="en-GB"/>
        </w:rPr>
        <w:t>&gt;</w:t>
      </w:r>
    </w:p>
    <w:p w14:paraId="7F2E224B"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p>
    <w:p w14:paraId="27E68CE3"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title</w:t>
      </w:r>
      <w:r w:rsidRPr="007E1B52">
        <w:rPr>
          <w:rFonts w:ascii="Menlo" w:eastAsia="Times New Roman" w:hAnsi="Menlo" w:cs="Menlo"/>
          <w:color w:val="808080"/>
          <w:sz w:val="18"/>
          <w:szCs w:val="18"/>
          <w:lang w:val="en-GB" w:eastAsia="en-GB"/>
        </w:rPr>
        <w:t>&gt;</w:t>
      </w:r>
      <w:r w:rsidRPr="007E1B52">
        <w:rPr>
          <w:rFonts w:ascii="Menlo" w:eastAsia="Times New Roman" w:hAnsi="Menlo" w:cs="Menlo"/>
          <w:color w:val="D4D4D4"/>
          <w:sz w:val="18"/>
          <w:szCs w:val="18"/>
          <w:lang w:val="en-GB" w:eastAsia="en-GB"/>
        </w:rPr>
        <w:t>Hobby 2</w:t>
      </w: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title</w:t>
      </w:r>
      <w:r w:rsidRPr="007E1B52">
        <w:rPr>
          <w:rFonts w:ascii="Menlo" w:eastAsia="Times New Roman" w:hAnsi="Menlo" w:cs="Menlo"/>
          <w:color w:val="808080"/>
          <w:sz w:val="18"/>
          <w:szCs w:val="18"/>
          <w:lang w:val="en-GB" w:eastAsia="en-GB"/>
        </w:rPr>
        <w:t>&gt;</w:t>
      </w:r>
    </w:p>
    <w:p w14:paraId="52B79AD5"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p>
    <w:p w14:paraId="68BBCA53"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link</w:t>
      </w:r>
      <w:r w:rsidRPr="007E1B52">
        <w:rPr>
          <w:rFonts w:ascii="Menlo" w:eastAsia="Times New Roman" w:hAnsi="Menlo" w:cs="Menlo"/>
          <w:color w:val="D4D4D4"/>
          <w:sz w:val="18"/>
          <w:szCs w:val="18"/>
          <w:lang w:val="en-GB" w:eastAsia="en-GB"/>
        </w:rPr>
        <w:t xml:space="preserve"> </w:t>
      </w:r>
      <w:r w:rsidRPr="007E1B52">
        <w:rPr>
          <w:rFonts w:ascii="Menlo" w:eastAsia="Times New Roman" w:hAnsi="Menlo" w:cs="Menlo"/>
          <w:color w:val="9CDCFE"/>
          <w:sz w:val="18"/>
          <w:szCs w:val="18"/>
          <w:lang w:val="en-GB" w:eastAsia="en-GB"/>
        </w:rPr>
        <w:t>rel</w:t>
      </w:r>
      <w:r w:rsidRPr="007E1B52">
        <w:rPr>
          <w:rFonts w:ascii="Menlo" w:eastAsia="Times New Roman" w:hAnsi="Menlo" w:cs="Menlo"/>
          <w:color w:val="D4D4D4"/>
          <w:sz w:val="18"/>
          <w:szCs w:val="18"/>
          <w:lang w:val="en-GB" w:eastAsia="en-GB"/>
        </w:rPr>
        <w:t>=</w:t>
      </w:r>
      <w:r w:rsidRPr="007E1B52">
        <w:rPr>
          <w:rFonts w:ascii="Menlo" w:eastAsia="Times New Roman" w:hAnsi="Menlo" w:cs="Menlo"/>
          <w:color w:val="CE9178"/>
          <w:sz w:val="18"/>
          <w:szCs w:val="18"/>
          <w:lang w:val="en-GB" w:eastAsia="en-GB"/>
        </w:rPr>
        <w:t>"stylesheet"</w:t>
      </w:r>
      <w:r w:rsidRPr="007E1B52">
        <w:rPr>
          <w:rFonts w:ascii="Menlo" w:eastAsia="Times New Roman" w:hAnsi="Menlo" w:cs="Menlo"/>
          <w:color w:val="D4D4D4"/>
          <w:sz w:val="18"/>
          <w:szCs w:val="18"/>
          <w:lang w:val="en-GB" w:eastAsia="en-GB"/>
        </w:rPr>
        <w:t xml:space="preserve"> </w:t>
      </w:r>
      <w:r w:rsidRPr="007E1B52">
        <w:rPr>
          <w:rFonts w:ascii="Menlo" w:eastAsia="Times New Roman" w:hAnsi="Menlo" w:cs="Menlo"/>
          <w:color w:val="9CDCFE"/>
          <w:sz w:val="18"/>
          <w:szCs w:val="18"/>
          <w:lang w:val="en-GB" w:eastAsia="en-GB"/>
        </w:rPr>
        <w:t>href</w:t>
      </w:r>
      <w:r w:rsidRPr="007E1B52">
        <w:rPr>
          <w:rFonts w:ascii="Menlo" w:eastAsia="Times New Roman" w:hAnsi="Menlo" w:cs="Menlo"/>
          <w:color w:val="D4D4D4"/>
          <w:sz w:val="18"/>
          <w:szCs w:val="18"/>
          <w:lang w:val="en-GB" w:eastAsia="en-GB"/>
        </w:rPr>
        <w:t>=</w:t>
      </w:r>
      <w:r w:rsidRPr="007E1B52">
        <w:rPr>
          <w:rFonts w:ascii="Menlo" w:eastAsia="Times New Roman" w:hAnsi="Menlo" w:cs="Menlo"/>
          <w:color w:val="CE9178"/>
          <w:sz w:val="18"/>
          <w:szCs w:val="18"/>
          <w:lang w:val="en-GB" w:eastAsia="en-GB"/>
        </w:rPr>
        <w:t>"Homepage.css"</w:t>
      </w:r>
      <w:r w:rsidRPr="007E1B52">
        <w:rPr>
          <w:rFonts w:ascii="Menlo" w:eastAsia="Times New Roman" w:hAnsi="Menlo" w:cs="Menlo"/>
          <w:color w:val="808080"/>
          <w:sz w:val="18"/>
          <w:szCs w:val="18"/>
          <w:lang w:val="en-GB" w:eastAsia="en-GB"/>
        </w:rPr>
        <w:t>&gt;</w:t>
      </w:r>
    </w:p>
    <w:p w14:paraId="074DB00B"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p>
    <w:p w14:paraId="4A6739F6"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head</w:t>
      </w:r>
      <w:r w:rsidRPr="007E1B52">
        <w:rPr>
          <w:rFonts w:ascii="Menlo" w:eastAsia="Times New Roman" w:hAnsi="Menlo" w:cs="Menlo"/>
          <w:color w:val="808080"/>
          <w:sz w:val="18"/>
          <w:szCs w:val="18"/>
          <w:lang w:val="en-GB" w:eastAsia="en-GB"/>
        </w:rPr>
        <w:t>&gt;</w:t>
      </w:r>
    </w:p>
    <w:p w14:paraId="75277365" w14:textId="77777777" w:rsidR="007E1B52" w:rsidRPr="007E1B52" w:rsidRDefault="007E1B52" w:rsidP="007E1B52">
      <w:pPr>
        <w:shd w:val="clear" w:color="auto" w:fill="1E1E1E"/>
        <w:spacing w:after="240" w:line="270" w:lineRule="atLeast"/>
        <w:rPr>
          <w:rFonts w:ascii="Menlo" w:eastAsia="Times New Roman" w:hAnsi="Menlo" w:cs="Menlo"/>
          <w:color w:val="D4D4D4"/>
          <w:sz w:val="18"/>
          <w:szCs w:val="18"/>
          <w:lang w:val="en-GB" w:eastAsia="en-GB"/>
        </w:rPr>
      </w:pPr>
    </w:p>
    <w:p w14:paraId="0582F284"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body</w:t>
      </w:r>
      <w:r w:rsidRPr="007E1B52">
        <w:rPr>
          <w:rFonts w:ascii="Menlo" w:eastAsia="Times New Roman" w:hAnsi="Menlo" w:cs="Menlo"/>
          <w:color w:val="808080"/>
          <w:sz w:val="18"/>
          <w:szCs w:val="18"/>
          <w:lang w:val="en-GB" w:eastAsia="en-GB"/>
        </w:rPr>
        <w:t>&gt;</w:t>
      </w:r>
    </w:p>
    <w:p w14:paraId="0B9E5925" w14:textId="77777777" w:rsidR="007E1B52" w:rsidRPr="007E1B52" w:rsidRDefault="007E1B52" w:rsidP="007E1B52">
      <w:pPr>
        <w:shd w:val="clear" w:color="auto" w:fill="1E1E1E"/>
        <w:spacing w:after="240" w:line="270" w:lineRule="atLeast"/>
        <w:rPr>
          <w:rFonts w:ascii="Menlo" w:eastAsia="Times New Roman" w:hAnsi="Menlo" w:cs="Menlo"/>
          <w:color w:val="D4D4D4"/>
          <w:sz w:val="18"/>
          <w:szCs w:val="18"/>
          <w:lang w:val="en-GB" w:eastAsia="en-GB"/>
        </w:rPr>
      </w:pPr>
    </w:p>
    <w:p w14:paraId="54CE93D7"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header</w:t>
      </w:r>
      <w:r w:rsidRPr="007E1B52">
        <w:rPr>
          <w:rFonts w:ascii="Menlo" w:eastAsia="Times New Roman" w:hAnsi="Menlo" w:cs="Menlo"/>
          <w:color w:val="808080"/>
          <w:sz w:val="18"/>
          <w:szCs w:val="18"/>
          <w:lang w:val="en-GB" w:eastAsia="en-GB"/>
        </w:rPr>
        <w:t>&gt;</w:t>
      </w:r>
    </w:p>
    <w:p w14:paraId="140A902D"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p>
    <w:p w14:paraId="7449C57E"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h1</w:t>
      </w:r>
      <w:r w:rsidRPr="007E1B52">
        <w:rPr>
          <w:rFonts w:ascii="Menlo" w:eastAsia="Times New Roman" w:hAnsi="Menlo" w:cs="Menlo"/>
          <w:color w:val="808080"/>
          <w:sz w:val="18"/>
          <w:szCs w:val="18"/>
          <w:lang w:val="en-GB" w:eastAsia="en-GB"/>
        </w:rPr>
        <w:t>&gt;</w:t>
      </w:r>
      <w:r w:rsidRPr="007E1B52">
        <w:rPr>
          <w:rFonts w:ascii="Menlo" w:eastAsia="Times New Roman" w:hAnsi="Menlo" w:cs="Menlo"/>
          <w:color w:val="D4D4D4"/>
          <w:sz w:val="18"/>
          <w:szCs w:val="18"/>
          <w:lang w:val="en-GB" w:eastAsia="en-GB"/>
        </w:rPr>
        <w:t>My Hobby 2</w:t>
      </w: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h1</w:t>
      </w:r>
      <w:r w:rsidRPr="007E1B52">
        <w:rPr>
          <w:rFonts w:ascii="Menlo" w:eastAsia="Times New Roman" w:hAnsi="Menlo" w:cs="Menlo"/>
          <w:color w:val="808080"/>
          <w:sz w:val="18"/>
          <w:szCs w:val="18"/>
          <w:lang w:val="en-GB" w:eastAsia="en-GB"/>
        </w:rPr>
        <w:t>&gt;</w:t>
      </w:r>
    </w:p>
    <w:p w14:paraId="4D2A66FD" w14:textId="77777777" w:rsidR="007E1B52" w:rsidRPr="007E1B52" w:rsidRDefault="007E1B52" w:rsidP="007E1B52">
      <w:pPr>
        <w:shd w:val="clear" w:color="auto" w:fill="1E1E1E"/>
        <w:spacing w:after="240" w:line="270" w:lineRule="atLeast"/>
        <w:rPr>
          <w:rFonts w:ascii="Menlo" w:eastAsia="Times New Roman" w:hAnsi="Menlo" w:cs="Menlo"/>
          <w:color w:val="D4D4D4"/>
          <w:sz w:val="18"/>
          <w:szCs w:val="18"/>
          <w:lang w:val="en-GB" w:eastAsia="en-GB"/>
        </w:rPr>
      </w:pPr>
    </w:p>
    <w:p w14:paraId="6EBDC742"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nav</w:t>
      </w:r>
      <w:r w:rsidRPr="007E1B52">
        <w:rPr>
          <w:rFonts w:ascii="Menlo" w:eastAsia="Times New Roman" w:hAnsi="Menlo" w:cs="Menlo"/>
          <w:color w:val="808080"/>
          <w:sz w:val="18"/>
          <w:szCs w:val="18"/>
          <w:lang w:val="en-GB" w:eastAsia="en-GB"/>
        </w:rPr>
        <w:t>&gt;</w:t>
      </w:r>
    </w:p>
    <w:p w14:paraId="01921688"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p>
    <w:p w14:paraId="5C771414"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a</w:t>
      </w:r>
      <w:r w:rsidRPr="007E1B52">
        <w:rPr>
          <w:rFonts w:ascii="Menlo" w:eastAsia="Times New Roman" w:hAnsi="Menlo" w:cs="Menlo"/>
          <w:color w:val="D4D4D4"/>
          <w:sz w:val="18"/>
          <w:szCs w:val="18"/>
          <w:lang w:val="en-GB" w:eastAsia="en-GB"/>
        </w:rPr>
        <w:t xml:space="preserve"> </w:t>
      </w:r>
      <w:r w:rsidRPr="007E1B52">
        <w:rPr>
          <w:rFonts w:ascii="Menlo" w:eastAsia="Times New Roman" w:hAnsi="Menlo" w:cs="Menlo"/>
          <w:color w:val="9CDCFE"/>
          <w:sz w:val="18"/>
          <w:szCs w:val="18"/>
          <w:lang w:val="en-GB" w:eastAsia="en-GB"/>
        </w:rPr>
        <w:t>href</w:t>
      </w:r>
      <w:r w:rsidRPr="007E1B52">
        <w:rPr>
          <w:rFonts w:ascii="Menlo" w:eastAsia="Times New Roman" w:hAnsi="Menlo" w:cs="Menlo"/>
          <w:color w:val="D4D4D4"/>
          <w:sz w:val="18"/>
          <w:szCs w:val="18"/>
          <w:lang w:val="en-GB" w:eastAsia="en-GB"/>
        </w:rPr>
        <w:t>=</w:t>
      </w:r>
      <w:r w:rsidRPr="007E1B52">
        <w:rPr>
          <w:rFonts w:ascii="Menlo" w:eastAsia="Times New Roman" w:hAnsi="Menlo" w:cs="Menlo"/>
          <w:color w:val="CE9178"/>
          <w:sz w:val="18"/>
          <w:szCs w:val="18"/>
          <w:lang w:val="en-GB" w:eastAsia="en-GB"/>
        </w:rPr>
        <w:t>"Homepage.html"</w:t>
      </w:r>
      <w:r w:rsidRPr="007E1B52">
        <w:rPr>
          <w:rFonts w:ascii="Menlo" w:eastAsia="Times New Roman" w:hAnsi="Menlo" w:cs="Menlo"/>
          <w:color w:val="808080"/>
          <w:sz w:val="18"/>
          <w:szCs w:val="18"/>
          <w:lang w:val="en-GB" w:eastAsia="en-GB"/>
        </w:rPr>
        <w:t>&gt;</w:t>
      </w:r>
      <w:r w:rsidRPr="007E1B52">
        <w:rPr>
          <w:rFonts w:ascii="Menlo" w:eastAsia="Times New Roman" w:hAnsi="Menlo" w:cs="Menlo"/>
          <w:color w:val="D4D4D4"/>
          <w:sz w:val="18"/>
          <w:szCs w:val="18"/>
          <w:lang w:val="en-GB" w:eastAsia="en-GB"/>
        </w:rPr>
        <w:t>Home</w:t>
      </w: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a</w:t>
      </w:r>
      <w:r w:rsidRPr="007E1B52">
        <w:rPr>
          <w:rFonts w:ascii="Menlo" w:eastAsia="Times New Roman" w:hAnsi="Menlo" w:cs="Menlo"/>
          <w:color w:val="808080"/>
          <w:sz w:val="18"/>
          <w:szCs w:val="18"/>
          <w:lang w:val="en-GB" w:eastAsia="en-GB"/>
        </w:rPr>
        <w:t>&gt;</w:t>
      </w:r>
    </w:p>
    <w:p w14:paraId="5F4A37B4"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p>
    <w:p w14:paraId="3D47E409"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a</w:t>
      </w:r>
      <w:r w:rsidRPr="007E1B52">
        <w:rPr>
          <w:rFonts w:ascii="Menlo" w:eastAsia="Times New Roman" w:hAnsi="Menlo" w:cs="Menlo"/>
          <w:color w:val="D4D4D4"/>
          <w:sz w:val="18"/>
          <w:szCs w:val="18"/>
          <w:lang w:val="en-GB" w:eastAsia="en-GB"/>
        </w:rPr>
        <w:t xml:space="preserve"> </w:t>
      </w:r>
      <w:r w:rsidRPr="007E1B52">
        <w:rPr>
          <w:rFonts w:ascii="Menlo" w:eastAsia="Times New Roman" w:hAnsi="Menlo" w:cs="Menlo"/>
          <w:color w:val="9CDCFE"/>
          <w:sz w:val="18"/>
          <w:szCs w:val="18"/>
          <w:lang w:val="en-GB" w:eastAsia="en-GB"/>
        </w:rPr>
        <w:t>href</w:t>
      </w:r>
      <w:r w:rsidRPr="007E1B52">
        <w:rPr>
          <w:rFonts w:ascii="Menlo" w:eastAsia="Times New Roman" w:hAnsi="Menlo" w:cs="Menlo"/>
          <w:color w:val="D4D4D4"/>
          <w:sz w:val="18"/>
          <w:szCs w:val="18"/>
          <w:lang w:val="en-GB" w:eastAsia="en-GB"/>
        </w:rPr>
        <w:t>=</w:t>
      </w:r>
      <w:r w:rsidRPr="007E1B52">
        <w:rPr>
          <w:rFonts w:ascii="Menlo" w:eastAsia="Times New Roman" w:hAnsi="Menlo" w:cs="Menlo"/>
          <w:color w:val="CE9178"/>
          <w:sz w:val="18"/>
          <w:szCs w:val="18"/>
          <w:lang w:val="en-GB" w:eastAsia="en-GB"/>
        </w:rPr>
        <w:t>"Hobby1.html"</w:t>
      </w:r>
      <w:r w:rsidRPr="007E1B52">
        <w:rPr>
          <w:rFonts w:ascii="Menlo" w:eastAsia="Times New Roman" w:hAnsi="Menlo" w:cs="Menlo"/>
          <w:color w:val="808080"/>
          <w:sz w:val="18"/>
          <w:szCs w:val="18"/>
          <w:lang w:val="en-GB" w:eastAsia="en-GB"/>
        </w:rPr>
        <w:t>&gt;</w:t>
      </w:r>
      <w:r w:rsidRPr="007E1B52">
        <w:rPr>
          <w:rFonts w:ascii="Menlo" w:eastAsia="Times New Roman" w:hAnsi="Menlo" w:cs="Menlo"/>
          <w:color w:val="D4D4D4"/>
          <w:sz w:val="18"/>
          <w:szCs w:val="18"/>
          <w:lang w:val="en-GB" w:eastAsia="en-GB"/>
        </w:rPr>
        <w:t>Hobby 1</w:t>
      </w: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a</w:t>
      </w:r>
      <w:r w:rsidRPr="007E1B52">
        <w:rPr>
          <w:rFonts w:ascii="Menlo" w:eastAsia="Times New Roman" w:hAnsi="Menlo" w:cs="Menlo"/>
          <w:color w:val="808080"/>
          <w:sz w:val="18"/>
          <w:szCs w:val="18"/>
          <w:lang w:val="en-GB" w:eastAsia="en-GB"/>
        </w:rPr>
        <w:t>&gt;</w:t>
      </w:r>
    </w:p>
    <w:p w14:paraId="0A03F97A"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p>
    <w:p w14:paraId="55866661"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a</w:t>
      </w:r>
      <w:r w:rsidRPr="007E1B52">
        <w:rPr>
          <w:rFonts w:ascii="Menlo" w:eastAsia="Times New Roman" w:hAnsi="Menlo" w:cs="Menlo"/>
          <w:color w:val="D4D4D4"/>
          <w:sz w:val="18"/>
          <w:szCs w:val="18"/>
          <w:lang w:val="en-GB" w:eastAsia="en-GB"/>
        </w:rPr>
        <w:t xml:space="preserve"> </w:t>
      </w:r>
      <w:r w:rsidRPr="007E1B52">
        <w:rPr>
          <w:rFonts w:ascii="Menlo" w:eastAsia="Times New Roman" w:hAnsi="Menlo" w:cs="Menlo"/>
          <w:color w:val="9CDCFE"/>
          <w:sz w:val="18"/>
          <w:szCs w:val="18"/>
          <w:lang w:val="en-GB" w:eastAsia="en-GB"/>
        </w:rPr>
        <w:t>href</w:t>
      </w:r>
      <w:r w:rsidRPr="007E1B52">
        <w:rPr>
          <w:rFonts w:ascii="Menlo" w:eastAsia="Times New Roman" w:hAnsi="Menlo" w:cs="Menlo"/>
          <w:color w:val="D4D4D4"/>
          <w:sz w:val="18"/>
          <w:szCs w:val="18"/>
          <w:lang w:val="en-GB" w:eastAsia="en-GB"/>
        </w:rPr>
        <w:t>=</w:t>
      </w:r>
      <w:r w:rsidRPr="007E1B52">
        <w:rPr>
          <w:rFonts w:ascii="Menlo" w:eastAsia="Times New Roman" w:hAnsi="Menlo" w:cs="Menlo"/>
          <w:color w:val="CE9178"/>
          <w:sz w:val="18"/>
          <w:szCs w:val="18"/>
          <w:lang w:val="en-GB" w:eastAsia="en-GB"/>
        </w:rPr>
        <w:t>"Hobby2.html"</w:t>
      </w:r>
      <w:r w:rsidRPr="007E1B52">
        <w:rPr>
          <w:rFonts w:ascii="Menlo" w:eastAsia="Times New Roman" w:hAnsi="Menlo" w:cs="Menlo"/>
          <w:color w:val="808080"/>
          <w:sz w:val="18"/>
          <w:szCs w:val="18"/>
          <w:lang w:val="en-GB" w:eastAsia="en-GB"/>
        </w:rPr>
        <w:t>&gt;</w:t>
      </w:r>
      <w:r w:rsidRPr="007E1B52">
        <w:rPr>
          <w:rFonts w:ascii="Menlo" w:eastAsia="Times New Roman" w:hAnsi="Menlo" w:cs="Menlo"/>
          <w:color w:val="D4D4D4"/>
          <w:sz w:val="18"/>
          <w:szCs w:val="18"/>
          <w:lang w:val="en-GB" w:eastAsia="en-GB"/>
        </w:rPr>
        <w:t>Hobby 2</w:t>
      </w: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a</w:t>
      </w:r>
      <w:r w:rsidRPr="007E1B52">
        <w:rPr>
          <w:rFonts w:ascii="Menlo" w:eastAsia="Times New Roman" w:hAnsi="Menlo" w:cs="Menlo"/>
          <w:color w:val="808080"/>
          <w:sz w:val="18"/>
          <w:szCs w:val="18"/>
          <w:lang w:val="en-GB" w:eastAsia="en-GB"/>
        </w:rPr>
        <w:t>&gt;</w:t>
      </w:r>
    </w:p>
    <w:p w14:paraId="201285C3"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p>
    <w:p w14:paraId="01A23A3F"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a</w:t>
      </w:r>
      <w:r w:rsidRPr="007E1B52">
        <w:rPr>
          <w:rFonts w:ascii="Menlo" w:eastAsia="Times New Roman" w:hAnsi="Menlo" w:cs="Menlo"/>
          <w:color w:val="D4D4D4"/>
          <w:sz w:val="18"/>
          <w:szCs w:val="18"/>
          <w:lang w:val="en-GB" w:eastAsia="en-GB"/>
        </w:rPr>
        <w:t xml:space="preserve"> </w:t>
      </w:r>
      <w:r w:rsidRPr="007E1B52">
        <w:rPr>
          <w:rFonts w:ascii="Menlo" w:eastAsia="Times New Roman" w:hAnsi="Menlo" w:cs="Menlo"/>
          <w:color w:val="9CDCFE"/>
          <w:sz w:val="18"/>
          <w:szCs w:val="18"/>
          <w:lang w:val="en-GB" w:eastAsia="en-GB"/>
        </w:rPr>
        <w:t>href</w:t>
      </w:r>
      <w:r w:rsidRPr="007E1B52">
        <w:rPr>
          <w:rFonts w:ascii="Menlo" w:eastAsia="Times New Roman" w:hAnsi="Menlo" w:cs="Menlo"/>
          <w:color w:val="D4D4D4"/>
          <w:sz w:val="18"/>
          <w:szCs w:val="18"/>
          <w:lang w:val="en-GB" w:eastAsia="en-GB"/>
        </w:rPr>
        <w:t>=</w:t>
      </w:r>
      <w:r w:rsidRPr="007E1B52">
        <w:rPr>
          <w:rFonts w:ascii="Menlo" w:eastAsia="Times New Roman" w:hAnsi="Menlo" w:cs="Menlo"/>
          <w:color w:val="CE9178"/>
          <w:sz w:val="18"/>
          <w:szCs w:val="18"/>
          <w:lang w:val="en-GB" w:eastAsia="en-GB"/>
        </w:rPr>
        <w:t>"index.html"</w:t>
      </w:r>
      <w:r w:rsidRPr="007E1B52">
        <w:rPr>
          <w:rFonts w:ascii="Menlo" w:eastAsia="Times New Roman" w:hAnsi="Menlo" w:cs="Menlo"/>
          <w:color w:val="808080"/>
          <w:sz w:val="18"/>
          <w:szCs w:val="18"/>
          <w:lang w:val="en-GB" w:eastAsia="en-GB"/>
        </w:rPr>
        <w:t>&gt;</w:t>
      </w:r>
      <w:r w:rsidRPr="007E1B52">
        <w:rPr>
          <w:rFonts w:ascii="Menlo" w:eastAsia="Times New Roman" w:hAnsi="Menlo" w:cs="Menlo"/>
          <w:color w:val="D4D4D4"/>
          <w:sz w:val="18"/>
          <w:szCs w:val="18"/>
          <w:lang w:val="en-GB" w:eastAsia="en-GB"/>
        </w:rPr>
        <w:t>Logout</w:t>
      </w: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a</w:t>
      </w:r>
      <w:r w:rsidRPr="007E1B52">
        <w:rPr>
          <w:rFonts w:ascii="Menlo" w:eastAsia="Times New Roman" w:hAnsi="Menlo" w:cs="Menlo"/>
          <w:color w:val="808080"/>
          <w:sz w:val="18"/>
          <w:szCs w:val="18"/>
          <w:lang w:val="en-GB" w:eastAsia="en-GB"/>
        </w:rPr>
        <w:t>&gt;</w:t>
      </w:r>
    </w:p>
    <w:p w14:paraId="47A14366"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p>
    <w:p w14:paraId="10A388F5"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nav</w:t>
      </w:r>
      <w:r w:rsidRPr="007E1B52">
        <w:rPr>
          <w:rFonts w:ascii="Menlo" w:eastAsia="Times New Roman" w:hAnsi="Menlo" w:cs="Menlo"/>
          <w:color w:val="808080"/>
          <w:sz w:val="18"/>
          <w:szCs w:val="18"/>
          <w:lang w:val="en-GB" w:eastAsia="en-GB"/>
        </w:rPr>
        <w:t>&gt;</w:t>
      </w:r>
    </w:p>
    <w:p w14:paraId="6CC9E955" w14:textId="77777777" w:rsidR="007E1B52" w:rsidRPr="007E1B52" w:rsidRDefault="007E1B52" w:rsidP="007E1B52">
      <w:pPr>
        <w:shd w:val="clear" w:color="auto" w:fill="1E1E1E"/>
        <w:spacing w:after="240" w:line="270" w:lineRule="atLeast"/>
        <w:rPr>
          <w:rFonts w:ascii="Menlo" w:eastAsia="Times New Roman" w:hAnsi="Menlo" w:cs="Menlo"/>
          <w:color w:val="D4D4D4"/>
          <w:sz w:val="18"/>
          <w:szCs w:val="18"/>
          <w:lang w:val="en-GB" w:eastAsia="en-GB"/>
        </w:rPr>
      </w:pPr>
    </w:p>
    <w:p w14:paraId="190942EA"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header</w:t>
      </w:r>
      <w:r w:rsidRPr="007E1B52">
        <w:rPr>
          <w:rFonts w:ascii="Menlo" w:eastAsia="Times New Roman" w:hAnsi="Menlo" w:cs="Menlo"/>
          <w:color w:val="808080"/>
          <w:sz w:val="18"/>
          <w:szCs w:val="18"/>
          <w:lang w:val="en-GB" w:eastAsia="en-GB"/>
        </w:rPr>
        <w:t>&gt;</w:t>
      </w:r>
    </w:p>
    <w:p w14:paraId="1358C72E" w14:textId="77777777" w:rsidR="007E1B52" w:rsidRPr="007E1B52" w:rsidRDefault="007E1B52" w:rsidP="007E1B52">
      <w:pPr>
        <w:shd w:val="clear" w:color="auto" w:fill="1E1E1E"/>
        <w:spacing w:after="24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D4D4D4"/>
          <w:sz w:val="18"/>
          <w:szCs w:val="18"/>
          <w:lang w:val="en-GB" w:eastAsia="en-GB"/>
        </w:rPr>
        <w:br/>
      </w:r>
    </w:p>
    <w:p w14:paraId="4FDDDDB7"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main</w:t>
      </w:r>
      <w:r w:rsidRPr="007E1B52">
        <w:rPr>
          <w:rFonts w:ascii="Menlo" w:eastAsia="Times New Roman" w:hAnsi="Menlo" w:cs="Menlo"/>
          <w:color w:val="808080"/>
          <w:sz w:val="18"/>
          <w:szCs w:val="18"/>
          <w:lang w:val="en-GB" w:eastAsia="en-GB"/>
        </w:rPr>
        <w:t>&gt;</w:t>
      </w:r>
    </w:p>
    <w:p w14:paraId="0D8FA38E" w14:textId="77777777" w:rsidR="007E1B52" w:rsidRPr="007E1B52" w:rsidRDefault="007E1B52" w:rsidP="007E1B52">
      <w:pPr>
        <w:shd w:val="clear" w:color="auto" w:fill="1E1E1E"/>
        <w:spacing w:after="240" w:line="270" w:lineRule="atLeast"/>
        <w:rPr>
          <w:rFonts w:ascii="Menlo" w:eastAsia="Times New Roman" w:hAnsi="Menlo" w:cs="Menlo"/>
          <w:color w:val="D4D4D4"/>
          <w:sz w:val="18"/>
          <w:szCs w:val="18"/>
          <w:lang w:val="en-GB" w:eastAsia="en-GB"/>
        </w:rPr>
      </w:pPr>
    </w:p>
    <w:p w14:paraId="5A822B8B"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section</w:t>
      </w:r>
      <w:r w:rsidRPr="007E1B52">
        <w:rPr>
          <w:rFonts w:ascii="Menlo" w:eastAsia="Times New Roman" w:hAnsi="Menlo" w:cs="Menlo"/>
          <w:color w:val="D4D4D4"/>
          <w:sz w:val="18"/>
          <w:szCs w:val="18"/>
          <w:lang w:val="en-GB" w:eastAsia="en-GB"/>
        </w:rPr>
        <w:t xml:space="preserve"> </w:t>
      </w:r>
      <w:r w:rsidRPr="007E1B52">
        <w:rPr>
          <w:rFonts w:ascii="Menlo" w:eastAsia="Times New Roman" w:hAnsi="Menlo" w:cs="Menlo"/>
          <w:color w:val="9CDCFE"/>
          <w:sz w:val="18"/>
          <w:szCs w:val="18"/>
          <w:lang w:val="en-GB" w:eastAsia="en-GB"/>
        </w:rPr>
        <w:t>class</w:t>
      </w:r>
      <w:r w:rsidRPr="007E1B52">
        <w:rPr>
          <w:rFonts w:ascii="Menlo" w:eastAsia="Times New Roman" w:hAnsi="Menlo" w:cs="Menlo"/>
          <w:color w:val="D4D4D4"/>
          <w:sz w:val="18"/>
          <w:szCs w:val="18"/>
          <w:lang w:val="en-GB" w:eastAsia="en-GB"/>
        </w:rPr>
        <w:t>=</w:t>
      </w:r>
      <w:r w:rsidRPr="007E1B52">
        <w:rPr>
          <w:rFonts w:ascii="Menlo" w:eastAsia="Times New Roman" w:hAnsi="Menlo" w:cs="Menlo"/>
          <w:color w:val="CE9178"/>
          <w:sz w:val="18"/>
          <w:szCs w:val="18"/>
          <w:lang w:val="en-GB" w:eastAsia="en-GB"/>
        </w:rPr>
        <w:t>"hero"</w:t>
      </w:r>
      <w:r w:rsidRPr="007E1B52">
        <w:rPr>
          <w:rFonts w:ascii="Menlo" w:eastAsia="Times New Roman" w:hAnsi="Menlo" w:cs="Menlo"/>
          <w:color w:val="808080"/>
          <w:sz w:val="18"/>
          <w:szCs w:val="18"/>
          <w:lang w:val="en-GB" w:eastAsia="en-GB"/>
        </w:rPr>
        <w:t>&gt;</w:t>
      </w:r>
    </w:p>
    <w:p w14:paraId="4ECD4CBC" w14:textId="77777777" w:rsidR="007E1B52" w:rsidRPr="007E1B52" w:rsidRDefault="007E1B52" w:rsidP="007E1B52">
      <w:pPr>
        <w:shd w:val="clear" w:color="auto" w:fill="1E1E1E"/>
        <w:spacing w:after="240" w:line="270" w:lineRule="atLeast"/>
        <w:rPr>
          <w:rFonts w:ascii="Menlo" w:eastAsia="Times New Roman" w:hAnsi="Menlo" w:cs="Menlo"/>
          <w:color w:val="D4D4D4"/>
          <w:sz w:val="18"/>
          <w:szCs w:val="18"/>
          <w:lang w:val="en-GB" w:eastAsia="en-GB"/>
        </w:rPr>
      </w:pPr>
    </w:p>
    <w:p w14:paraId="3505AEF3"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h2</w:t>
      </w:r>
      <w:r w:rsidRPr="007E1B52">
        <w:rPr>
          <w:rFonts w:ascii="Menlo" w:eastAsia="Times New Roman" w:hAnsi="Menlo" w:cs="Menlo"/>
          <w:color w:val="808080"/>
          <w:sz w:val="18"/>
          <w:szCs w:val="18"/>
          <w:lang w:val="en-GB" w:eastAsia="en-GB"/>
        </w:rPr>
        <w:t>&gt;</w:t>
      </w:r>
      <w:r w:rsidRPr="007E1B52">
        <w:rPr>
          <w:rFonts w:ascii="Menlo" w:eastAsia="Times New Roman" w:hAnsi="Menlo" w:cs="Menlo"/>
          <w:color w:val="D4D4D4"/>
          <w:sz w:val="18"/>
          <w:szCs w:val="18"/>
          <w:lang w:val="en-GB" w:eastAsia="en-GB"/>
        </w:rPr>
        <w:t xml:space="preserve"> Aircraft ✈️ </w:t>
      </w: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h2</w:t>
      </w:r>
      <w:r w:rsidRPr="007E1B52">
        <w:rPr>
          <w:rFonts w:ascii="Menlo" w:eastAsia="Times New Roman" w:hAnsi="Menlo" w:cs="Menlo"/>
          <w:color w:val="808080"/>
          <w:sz w:val="18"/>
          <w:szCs w:val="18"/>
          <w:lang w:val="en-GB" w:eastAsia="en-GB"/>
        </w:rPr>
        <w:t>&gt;</w:t>
      </w:r>
    </w:p>
    <w:p w14:paraId="36157446" w14:textId="77777777" w:rsidR="007E1B52" w:rsidRPr="007E1B52" w:rsidRDefault="007E1B52" w:rsidP="007E1B52">
      <w:pPr>
        <w:shd w:val="clear" w:color="auto" w:fill="1E1E1E"/>
        <w:spacing w:after="240" w:line="270" w:lineRule="atLeast"/>
        <w:rPr>
          <w:rFonts w:ascii="Menlo" w:eastAsia="Times New Roman" w:hAnsi="Menlo" w:cs="Menlo"/>
          <w:color w:val="D4D4D4"/>
          <w:sz w:val="18"/>
          <w:szCs w:val="18"/>
          <w:lang w:val="en-GB" w:eastAsia="en-GB"/>
        </w:rPr>
      </w:pPr>
    </w:p>
    <w:p w14:paraId="701A6CA8"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p</w:t>
      </w:r>
      <w:r w:rsidRPr="007E1B52">
        <w:rPr>
          <w:rFonts w:ascii="Menlo" w:eastAsia="Times New Roman" w:hAnsi="Menlo" w:cs="Menlo"/>
          <w:color w:val="808080"/>
          <w:sz w:val="18"/>
          <w:szCs w:val="18"/>
          <w:lang w:val="en-GB" w:eastAsia="en-GB"/>
        </w:rPr>
        <w:t>&gt;</w:t>
      </w:r>
    </w:p>
    <w:p w14:paraId="40C750F5"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p>
    <w:p w14:paraId="39799E72"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D4D4D4"/>
          <w:sz w:val="18"/>
          <w:szCs w:val="18"/>
          <w:lang w:val="en-GB" w:eastAsia="en-GB"/>
        </w:rPr>
        <w:t xml:space="preserve">Flying aircrafts has become one of my most recent </w:t>
      </w:r>
      <w:proofErr w:type="gramStart"/>
      <w:r w:rsidRPr="007E1B52">
        <w:rPr>
          <w:rFonts w:ascii="Menlo" w:eastAsia="Times New Roman" w:hAnsi="Menlo" w:cs="Menlo"/>
          <w:color w:val="D4D4D4"/>
          <w:sz w:val="18"/>
          <w:szCs w:val="18"/>
          <w:lang w:val="en-GB" w:eastAsia="en-GB"/>
        </w:rPr>
        <w:t>hobby</w:t>
      </w:r>
      <w:proofErr w:type="gramEnd"/>
      <w:r w:rsidRPr="007E1B52">
        <w:rPr>
          <w:rFonts w:ascii="Menlo" w:eastAsia="Times New Roman" w:hAnsi="Menlo" w:cs="Menlo"/>
          <w:color w:val="D4D4D4"/>
          <w:sz w:val="18"/>
          <w:szCs w:val="18"/>
          <w:lang w:val="en-GB" w:eastAsia="en-GB"/>
        </w:rPr>
        <w:t>.</w:t>
      </w:r>
    </w:p>
    <w:p w14:paraId="09C05448"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D4D4D4"/>
          <w:sz w:val="18"/>
          <w:szCs w:val="18"/>
          <w:lang w:val="en-GB" w:eastAsia="en-GB"/>
        </w:rPr>
        <w:t xml:space="preserve">I also like watching aircrafts take off and land. It </w:t>
      </w:r>
      <w:proofErr w:type="spellStart"/>
      <w:r w:rsidRPr="007E1B52">
        <w:rPr>
          <w:rFonts w:ascii="Menlo" w:eastAsia="Times New Roman" w:hAnsi="Menlo" w:cs="Menlo"/>
          <w:color w:val="D4D4D4"/>
          <w:sz w:val="18"/>
          <w:szCs w:val="18"/>
          <w:lang w:val="en-GB" w:eastAsia="en-GB"/>
        </w:rPr>
        <w:t>ammuses</w:t>
      </w:r>
      <w:proofErr w:type="spellEnd"/>
      <w:r w:rsidRPr="007E1B52">
        <w:rPr>
          <w:rFonts w:ascii="Menlo" w:eastAsia="Times New Roman" w:hAnsi="Menlo" w:cs="Menlo"/>
          <w:color w:val="D4D4D4"/>
          <w:sz w:val="18"/>
          <w:szCs w:val="18"/>
          <w:lang w:val="en-GB" w:eastAsia="en-GB"/>
        </w:rPr>
        <w:t xml:space="preserve"> me the way it works. hence the liking. </w:t>
      </w:r>
    </w:p>
    <w:p w14:paraId="326E11F8"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D4D4D4"/>
          <w:sz w:val="18"/>
          <w:szCs w:val="18"/>
          <w:lang w:val="en-GB" w:eastAsia="en-GB"/>
        </w:rPr>
        <w:lastRenderedPageBreak/>
        <w:t xml:space="preserve">Because of that I am currently undergoing pilot training in which I actually fly planes. </w:t>
      </w:r>
    </w:p>
    <w:p w14:paraId="43B41955"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D4D4D4"/>
          <w:sz w:val="18"/>
          <w:szCs w:val="18"/>
          <w:lang w:val="en-GB" w:eastAsia="en-GB"/>
        </w:rPr>
        <w:t xml:space="preserve">It is one of the most entertaining and one of the </w:t>
      </w:r>
      <w:proofErr w:type="spellStart"/>
      <w:r w:rsidRPr="007E1B52">
        <w:rPr>
          <w:rFonts w:ascii="Menlo" w:eastAsia="Times New Roman" w:hAnsi="Menlo" w:cs="Menlo"/>
          <w:color w:val="D4D4D4"/>
          <w:sz w:val="18"/>
          <w:szCs w:val="18"/>
          <w:lang w:val="en-GB" w:eastAsia="en-GB"/>
        </w:rPr>
        <w:t>beautifullest</w:t>
      </w:r>
      <w:proofErr w:type="spellEnd"/>
      <w:r w:rsidRPr="007E1B52">
        <w:rPr>
          <w:rFonts w:ascii="Menlo" w:eastAsia="Times New Roman" w:hAnsi="Menlo" w:cs="Menlo"/>
          <w:color w:val="D4D4D4"/>
          <w:sz w:val="18"/>
          <w:szCs w:val="18"/>
          <w:lang w:val="en-GB" w:eastAsia="en-GB"/>
        </w:rPr>
        <w:t xml:space="preserve"> </w:t>
      </w:r>
      <w:proofErr w:type="spellStart"/>
      <w:r w:rsidRPr="007E1B52">
        <w:rPr>
          <w:rFonts w:ascii="Menlo" w:eastAsia="Times New Roman" w:hAnsi="Menlo" w:cs="Menlo"/>
          <w:color w:val="D4D4D4"/>
          <w:sz w:val="18"/>
          <w:szCs w:val="18"/>
          <w:lang w:val="en-GB" w:eastAsia="en-GB"/>
        </w:rPr>
        <w:t>exeperience</w:t>
      </w:r>
      <w:proofErr w:type="spellEnd"/>
      <w:r w:rsidRPr="007E1B52">
        <w:rPr>
          <w:rFonts w:ascii="Menlo" w:eastAsia="Times New Roman" w:hAnsi="Menlo" w:cs="Menlo"/>
          <w:color w:val="D4D4D4"/>
          <w:sz w:val="18"/>
          <w:szCs w:val="18"/>
          <w:lang w:val="en-GB" w:eastAsia="en-GB"/>
        </w:rPr>
        <w:t xml:space="preserve"> you could have. </w:t>
      </w:r>
    </w:p>
    <w:p w14:paraId="6F3C9B3B"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D4D4D4"/>
          <w:sz w:val="18"/>
          <w:szCs w:val="18"/>
          <w:lang w:val="en-GB" w:eastAsia="en-GB"/>
        </w:rPr>
        <w:t xml:space="preserve">I hope to get more experience flying and create more memories. </w:t>
      </w:r>
    </w:p>
    <w:p w14:paraId="031C1FF9"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p>
    <w:p w14:paraId="6903388B"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p</w:t>
      </w:r>
      <w:r w:rsidRPr="007E1B52">
        <w:rPr>
          <w:rFonts w:ascii="Menlo" w:eastAsia="Times New Roman" w:hAnsi="Menlo" w:cs="Menlo"/>
          <w:color w:val="808080"/>
          <w:sz w:val="18"/>
          <w:szCs w:val="18"/>
          <w:lang w:val="en-GB" w:eastAsia="en-GB"/>
        </w:rPr>
        <w:t>&gt;</w:t>
      </w:r>
    </w:p>
    <w:p w14:paraId="3B9D2954"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p>
    <w:p w14:paraId="17475D86"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proofErr w:type="spellStart"/>
      <w:r w:rsidRPr="007E1B52">
        <w:rPr>
          <w:rFonts w:ascii="Menlo" w:eastAsia="Times New Roman" w:hAnsi="Menlo" w:cs="Menlo"/>
          <w:color w:val="569CD6"/>
          <w:sz w:val="18"/>
          <w:szCs w:val="18"/>
          <w:lang w:val="en-GB" w:eastAsia="en-GB"/>
        </w:rPr>
        <w:t>br</w:t>
      </w:r>
      <w:proofErr w:type="spellEnd"/>
      <w:r w:rsidRPr="007E1B52">
        <w:rPr>
          <w:rFonts w:ascii="Menlo" w:eastAsia="Times New Roman" w:hAnsi="Menlo" w:cs="Menlo"/>
          <w:color w:val="808080"/>
          <w:sz w:val="18"/>
          <w:szCs w:val="18"/>
          <w:lang w:val="en-GB" w:eastAsia="en-GB"/>
        </w:rPr>
        <w:t>&gt;&lt;</w:t>
      </w:r>
      <w:proofErr w:type="spellStart"/>
      <w:r w:rsidRPr="007E1B52">
        <w:rPr>
          <w:rFonts w:ascii="Menlo" w:eastAsia="Times New Roman" w:hAnsi="Menlo" w:cs="Menlo"/>
          <w:color w:val="569CD6"/>
          <w:sz w:val="18"/>
          <w:szCs w:val="18"/>
          <w:lang w:val="en-GB" w:eastAsia="en-GB"/>
        </w:rPr>
        <w:t>br</w:t>
      </w:r>
      <w:proofErr w:type="spellEnd"/>
      <w:r w:rsidRPr="007E1B52">
        <w:rPr>
          <w:rFonts w:ascii="Menlo" w:eastAsia="Times New Roman" w:hAnsi="Menlo" w:cs="Menlo"/>
          <w:color w:val="808080"/>
          <w:sz w:val="18"/>
          <w:szCs w:val="18"/>
          <w:lang w:val="en-GB" w:eastAsia="en-GB"/>
        </w:rPr>
        <w:t>&gt;</w:t>
      </w:r>
    </w:p>
    <w:p w14:paraId="27DBA7A3"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p>
    <w:p w14:paraId="30BAD668"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proofErr w:type="spellStart"/>
      <w:r w:rsidRPr="007E1B52">
        <w:rPr>
          <w:rFonts w:ascii="Menlo" w:eastAsia="Times New Roman" w:hAnsi="Menlo" w:cs="Menlo"/>
          <w:color w:val="569CD6"/>
          <w:sz w:val="18"/>
          <w:szCs w:val="18"/>
          <w:lang w:val="en-GB" w:eastAsia="en-GB"/>
        </w:rPr>
        <w:t>img</w:t>
      </w:r>
      <w:proofErr w:type="spellEnd"/>
      <w:r w:rsidRPr="007E1B52">
        <w:rPr>
          <w:rFonts w:ascii="Menlo" w:eastAsia="Times New Roman" w:hAnsi="Menlo" w:cs="Menlo"/>
          <w:color w:val="D4D4D4"/>
          <w:sz w:val="18"/>
          <w:szCs w:val="18"/>
          <w:lang w:val="en-GB" w:eastAsia="en-GB"/>
        </w:rPr>
        <w:t xml:space="preserve"> </w:t>
      </w:r>
      <w:r w:rsidRPr="007E1B52">
        <w:rPr>
          <w:rFonts w:ascii="Menlo" w:eastAsia="Times New Roman" w:hAnsi="Menlo" w:cs="Menlo"/>
          <w:color w:val="9CDCFE"/>
          <w:sz w:val="18"/>
          <w:szCs w:val="18"/>
          <w:lang w:val="en-GB" w:eastAsia="en-GB"/>
        </w:rPr>
        <w:t>src</w:t>
      </w:r>
      <w:r w:rsidRPr="007E1B52">
        <w:rPr>
          <w:rFonts w:ascii="Menlo" w:eastAsia="Times New Roman" w:hAnsi="Menlo" w:cs="Menlo"/>
          <w:color w:val="D4D4D4"/>
          <w:sz w:val="18"/>
          <w:szCs w:val="18"/>
          <w:lang w:val="en-GB" w:eastAsia="en-GB"/>
        </w:rPr>
        <w:t>=</w:t>
      </w:r>
      <w:r w:rsidRPr="007E1B52">
        <w:rPr>
          <w:rFonts w:ascii="Menlo" w:eastAsia="Times New Roman" w:hAnsi="Menlo" w:cs="Menlo"/>
          <w:color w:val="CE9178"/>
          <w:sz w:val="18"/>
          <w:szCs w:val="18"/>
          <w:lang w:val="en-GB" w:eastAsia="en-GB"/>
        </w:rPr>
        <w:t>"./images/aircraft.jpg"</w:t>
      </w:r>
      <w:r w:rsidRPr="007E1B52">
        <w:rPr>
          <w:rFonts w:ascii="Menlo" w:eastAsia="Times New Roman" w:hAnsi="Menlo" w:cs="Menlo"/>
          <w:color w:val="D4D4D4"/>
          <w:sz w:val="18"/>
          <w:szCs w:val="18"/>
          <w:lang w:val="en-GB" w:eastAsia="en-GB"/>
        </w:rPr>
        <w:t xml:space="preserve"> </w:t>
      </w:r>
      <w:r w:rsidRPr="007E1B52">
        <w:rPr>
          <w:rFonts w:ascii="Menlo" w:eastAsia="Times New Roman" w:hAnsi="Menlo" w:cs="Menlo"/>
          <w:color w:val="9CDCFE"/>
          <w:sz w:val="18"/>
          <w:szCs w:val="18"/>
          <w:lang w:val="en-GB" w:eastAsia="en-GB"/>
        </w:rPr>
        <w:t>width</w:t>
      </w:r>
      <w:r w:rsidRPr="007E1B52">
        <w:rPr>
          <w:rFonts w:ascii="Menlo" w:eastAsia="Times New Roman" w:hAnsi="Menlo" w:cs="Menlo"/>
          <w:color w:val="D4D4D4"/>
          <w:sz w:val="18"/>
          <w:szCs w:val="18"/>
          <w:lang w:val="en-GB" w:eastAsia="en-GB"/>
        </w:rPr>
        <w:t>=</w:t>
      </w:r>
      <w:r w:rsidRPr="007E1B52">
        <w:rPr>
          <w:rFonts w:ascii="Menlo" w:eastAsia="Times New Roman" w:hAnsi="Menlo" w:cs="Menlo"/>
          <w:color w:val="CE9178"/>
          <w:sz w:val="18"/>
          <w:szCs w:val="18"/>
          <w:lang w:val="en-GB" w:eastAsia="en-GB"/>
        </w:rPr>
        <w:t>"300"</w:t>
      </w:r>
      <w:r w:rsidRPr="007E1B52">
        <w:rPr>
          <w:rFonts w:ascii="Menlo" w:eastAsia="Times New Roman" w:hAnsi="Menlo" w:cs="Menlo"/>
          <w:color w:val="808080"/>
          <w:sz w:val="18"/>
          <w:szCs w:val="18"/>
          <w:lang w:val="en-GB" w:eastAsia="en-GB"/>
        </w:rPr>
        <w:t>&gt;</w:t>
      </w:r>
    </w:p>
    <w:p w14:paraId="0AC0247C"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p>
    <w:p w14:paraId="08444E37"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section</w:t>
      </w:r>
      <w:r w:rsidRPr="007E1B52">
        <w:rPr>
          <w:rFonts w:ascii="Menlo" w:eastAsia="Times New Roman" w:hAnsi="Menlo" w:cs="Menlo"/>
          <w:color w:val="808080"/>
          <w:sz w:val="18"/>
          <w:szCs w:val="18"/>
          <w:lang w:val="en-GB" w:eastAsia="en-GB"/>
        </w:rPr>
        <w:t>&gt;</w:t>
      </w:r>
    </w:p>
    <w:p w14:paraId="3F794B0E" w14:textId="77777777" w:rsidR="007E1B52" w:rsidRPr="007E1B52" w:rsidRDefault="007E1B52" w:rsidP="007E1B52">
      <w:pPr>
        <w:shd w:val="clear" w:color="auto" w:fill="1E1E1E"/>
        <w:spacing w:after="240" w:line="270" w:lineRule="atLeast"/>
        <w:rPr>
          <w:rFonts w:ascii="Menlo" w:eastAsia="Times New Roman" w:hAnsi="Menlo" w:cs="Menlo"/>
          <w:color w:val="D4D4D4"/>
          <w:sz w:val="18"/>
          <w:szCs w:val="18"/>
          <w:lang w:val="en-GB" w:eastAsia="en-GB"/>
        </w:rPr>
      </w:pPr>
    </w:p>
    <w:p w14:paraId="2B411EF8"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main</w:t>
      </w:r>
      <w:r w:rsidRPr="007E1B52">
        <w:rPr>
          <w:rFonts w:ascii="Menlo" w:eastAsia="Times New Roman" w:hAnsi="Menlo" w:cs="Menlo"/>
          <w:color w:val="808080"/>
          <w:sz w:val="18"/>
          <w:szCs w:val="18"/>
          <w:lang w:val="en-GB" w:eastAsia="en-GB"/>
        </w:rPr>
        <w:t>&gt;</w:t>
      </w:r>
    </w:p>
    <w:p w14:paraId="7C4DE37C" w14:textId="77777777" w:rsidR="007E1B52" w:rsidRPr="007E1B52" w:rsidRDefault="007E1B52" w:rsidP="007E1B52">
      <w:pPr>
        <w:shd w:val="clear" w:color="auto" w:fill="1E1E1E"/>
        <w:spacing w:after="24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D4D4D4"/>
          <w:sz w:val="18"/>
          <w:szCs w:val="18"/>
          <w:lang w:val="en-GB" w:eastAsia="en-GB"/>
        </w:rPr>
        <w:br/>
      </w:r>
    </w:p>
    <w:p w14:paraId="531D129E"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footer</w:t>
      </w:r>
      <w:r w:rsidRPr="007E1B52">
        <w:rPr>
          <w:rFonts w:ascii="Menlo" w:eastAsia="Times New Roman" w:hAnsi="Menlo" w:cs="Menlo"/>
          <w:color w:val="808080"/>
          <w:sz w:val="18"/>
          <w:szCs w:val="18"/>
          <w:lang w:val="en-GB" w:eastAsia="en-GB"/>
        </w:rPr>
        <w:t>&gt;</w:t>
      </w:r>
    </w:p>
    <w:p w14:paraId="1D6019EE"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p>
    <w:p w14:paraId="0ACF93D5"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p</w:t>
      </w:r>
      <w:r w:rsidRPr="007E1B52">
        <w:rPr>
          <w:rFonts w:ascii="Menlo" w:eastAsia="Times New Roman" w:hAnsi="Menlo" w:cs="Menlo"/>
          <w:color w:val="808080"/>
          <w:sz w:val="18"/>
          <w:szCs w:val="18"/>
          <w:lang w:val="en-GB" w:eastAsia="en-GB"/>
        </w:rPr>
        <w:t>&gt;</w:t>
      </w:r>
    </w:p>
    <w:p w14:paraId="58671A16"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D4D4D4"/>
          <w:sz w:val="18"/>
          <w:szCs w:val="18"/>
          <w:lang w:val="en-GB" w:eastAsia="en-GB"/>
        </w:rPr>
        <w:t>© 2026 Fahith's Life</w:t>
      </w:r>
    </w:p>
    <w:p w14:paraId="06609151"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p</w:t>
      </w:r>
      <w:r w:rsidRPr="007E1B52">
        <w:rPr>
          <w:rFonts w:ascii="Menlo" w:eastAsia="Times New Roman" w:hAnsi="Menlo" w:cs="Menlo"/>
          <w:color w:val="808080"/>
          <w:sz w:val="18"/>
          <w:szCs w:val="18"/>
          <w:lang w:val="en-GB" w:eastAsia="en-GB"/>
        </w:rPr>
        <w:t>&gt;</w:t>
      </w:r>
    </w:p>
    <w:p w14:paraId="41B3834D"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p>
    <w:p w14:paraId="1EC107A0"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footer</w:t>
      </w:r>
      <w:r w:rsidRPr="007E1B52">
        <w:rPr>
          <w:rFonts w:ascii="Menlo" w:eastAsia="Times New Roman" w:hAnsi="Menlo" w:cs="Menlo"/>
          <w:color w:val="808080"/>
          <w:sz w:val="18"/>
          <w:szCs w:val="18"/>
          <w:lang w:val="en-GB" w:eastAsia="en-GB"/>
        </w:rPr>
        <w:t>&gt;</w:t>
      </w:r>
    </w:p>
    <w:p w14:paraId="6E4E591E" w14:textId="77777777" w:rsidR="007E1B52" w:rsidRPr="007E1B52" w:rsidRDefault="007E1B52" w:rsidP="007E1B52">
      <w:pPr>
        <w:shd w:val="clear" w:color="auto" w:fill="1E1E1E"/>
        <w:spacing w:after="240" w:line="270" w:lineRule="atLeast"/>
        <w:rPr>
          <w:rFonts w:ascii="Menlo" w:eastAsia="Times New Roman" w:hAnsi="Menlo" w:cs="Menlo"/>
          <w:color w:val="D4D4D4"/>
          <w:sz w:val="18"/>
          <w:szCs w:val="18"/>
          <w:lang w:val="en-GB" w:eastAsia="en-GB"/>
        </w:rPr>
      </w:pPr>
    </w:p>
    <w:p w14:paraId="4EBDC57D"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body</w:t>
      </w:r>
      <w:r w:rsidRPr="007E1B52">
        <w:rPr>
          <w:rFonts w:ascii="Menlo" w:eastAsia="Times New Roman" w:hAnsi="Menlo" w:cs="Menlo"/>
          <w:color w:val="808080"/>
          <w:sz w:val="18"/>
          <w:szCs w:val="18"/>
          <w:lang w:val="en-GB" w:eastAsia="en-GB"/>
        </w:rPr>
        <w:t>&gt;</w:t>
      </w:r>
    </w:p>
    <w:p w14:paraId="614E3456"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p>
    <w:p w14:paraId="103A9E9D" w14:textId="77777777" w:rsidR="007E1B52" w:rsidRPr="007E1B52" w:rsidRDefault="007E1B52" w:rsidP="007E1B52">
      <w:pPr>
        <w:shd w:val="clear" w:color="auto" w:fill="1E1E1E"/>
        <w:spacing w:after="0" w:line="270" w:lineRule="atLeast"/>
        <w:rPr>
          <w:rFonts w:ascii="Menlo" w:eastAsia="Times New Roman" w:hAnsi="Menlo" w:cs="Menlo"/>
          <w:color w:val="D4D4D4"/>
          <w:sz w:val="18"/>
          <w:szCs w:val="18"/>
          <w:lang w:val="en-GB" w:eastAsia="en-GB"/>
        </w:rPr>
      </w:pPr>
      <w:r w:rsidRPr="007E1B52">
        <w:rPr>
          <w:rFonts w:ascii="Menlo" w:eastAsia="Times New Roman" w:hAnsi="Menlo" w:cs="Menlo"/>
          <w:color w:val="808080"/>
          <w:sz w:val="18"/>
          <w:szCs w:val="18"/>
          <w:lang w:val="en-GB" w:eastAsia="en-GB"/>
        </w:rPr>
        <w:t>&lt;/</w:t>
      </w:r>
      <w:r w:rsidRPr="007E1B52">
        <w:rPr>
          <w:rFonts w:ascii="Menlo" w:eastAsia="Times New Roman" w:hAnsi="Menlo" w:cs="Menlo"/>
          <w:color w:val="569CD6"/>
          <w:sz w:val="18"/>
          <w:szCs w:val="18"/>
          <w:lang w:val="en-GB" w:eastAsia="en-GB"/>
        </w:rPr>
        <w:t>html</w:t>
      </w:r>
      <w:r w:rsidRPr="007E1B52">
        <w:rPr>
          <w:rFonts w:ascii="Menlo" w:eastAsia="Times New Roman" w:hAnsi="Menlo" w:cs="Menlo"/>
          <w:color w:val="808080"/>
          <w:sz w:val="18"/>
          <w:szCs w:val="18"/>
          <w:lang w:val="en-GB" w:eastAsia="en-GB"/>
        </w:rPr>
        <w:t>&gt;</w:t>
      </w:r>
    </w:p>
    <w:p w14:paraId="51B3915A" w14:textId="33E39892" w:rsidR="00035DB5" w:rsidRDefault="00035DB5"/>
    <w:p w14:paraId="1BD93720" w14:textId="77777777" w:rsidR="00035DB5" w:rsidRDefault="00035DB5"/>
    <w:p w14:paraId="294D59FE" w14:textId="77777777" w:rsidR="00035DB5" w:rsidRDefault="00035DB5"/>
    <w:p w14:paraId="0AF1C6D9" w14:textId="0F656663" w:rsidR="008139C2" w:rsidRDefault="00000000">
      <w:r>
        <w:br/>
      </w:r>
    </w:p>
    <w:sectPr w:rsidR="008139C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Noto Sans">
    <w:panose1 w:val="020B0502040504020204"/>
    <w:charset w:val="00"/>
    <w:family w:val="swiss"/>
    <w:pitch w:val="variable"/>
    <w:sig w:usb0="E00082FF" w:usb1="400078FF" w:usb2="00000021" w:usb3="00000000" w:csb0="0000019F" w:csb1="00000000"/>
  </w:font>
  <w:font w:name="Menlo">
    <w:panose1 w:val="020B0609030804020204"/>
    <w:charset w:val="00"/>
    <w:family w:val="modern"/>
    <w:pitch w:val="fixed"/>
    <w:sig w:usb0="E60022FF" w:usb1="D200F9FB" w:usb2="02000028" w:usb3="00000000" w:csb0="000001D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5278890">
    <w:abstractNumId w:val="8"/>
  </w:num>
  <w:num w:numId="2" w16cid:durableId="1063336188">
    <w:abstractNumId w:val="6"/>
  </w:num>
  <w:num w:numId="3" w16cid:durableId="348877395">
    <w:abstractNumId w:val="5"/>
  </w:num>
  <w:num w:numId="4" w16cid:durableId="2030909536">
    <w:abstractNumId w:val="4"/>
  </w:num>
  <w:num w:numId="5" w16cid:durableId="1198816440">
    <w:abstractNumId w:val="7"/>
  </w:num>
  <w:num w:numId="6" w16cid:durableId="550308226">
    <w:abstractNumId w:val="3"/>
  </w:num>
  <w:num w:numId="7" w16cid:durableId="894202698">
    <w:abstractNumId w:val="2"/>
  </w:num>
  <w:num w:numId="8" w16cid:durableId="1922130670">
    <w:abstractNumId w:val="1"/>
  </w:num>
  <w:num w:numId="9" w16cid:durableId="126145470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C51"/>
    <w:rsid w:val="0000687B"/>
    <w:rsid w:val="00014CB7"/>
    <w:rsid w:val="00034616"/>
    <w:rsid w:val="000354E4"/>
    <w:rsid w:val="00035DB5"/>
    <w:rsid w:val="00036B9E"/>
    <w:rsid w:val="000452D7"/>
    <w:rsid w:val="0006063C"/>
    <w:rsid w:val="00082643"/>
    <w:rsid w:val="00083E01"/>
    <w:rsid w:val="0008598B"/>
    <w:rsid w:val="00085FF7"/>
    <w:rsid w:val="000A4552"/>
    <w:rsid w:val="000C13F0"/>
    <w:rsid w:val="000E0167"/>
    <w:rsid w:val="000E716B"/>
    <w:rsid w:val="0012390C"/>
    <w:rsid w:val="001249AB"/>
    <w:rsid w:val="00125600"/>
    <w:rsid w:val="00140F93"/>
    <w:rsid w:val="0015074B"/>
    <w:rsid w:val="00163FE1"/>
    <w:rsid w:val="001D71C1"/>
    <w:rsid w:val="00205B73"/>
    <w:rsid w:val="0022339B"/>
    <w:rsid w:val="002234EC"/>
    <w:rsid w:val="00224122"/>
    <w:rsid w:val="002722D5"/>
    <w:rsid w:val="00274CB0"/>
    <w:rsid w:val="0028353D"/>
    <w:rsid w:val="002902C5"/>
    <w:rsid w:val="0029639D"/>
    <w:rsid w:val="002B03AA"/>
    <w:rsid w:val="002C50EE"/>
    <w:rsid w:val="002D0187"/>
    <w:rsid w:val="002E6206"/>
    <w:rsid w:val="0031138B"/>
    <w:rsid w:val="003202E3"/>
    <w:rsid w:val="00326F90"/>
    <w:rsid w:val="00337AA9"/>
    <w:rsid w:val="003418B9"/>
    <w:rsid w:val="003749FC"/>
    <w:rsid w:val="00375AC1"/>
    <w:rsid w:val="00382FE9"/>
    <w:rsid w:val="00383829"/>
    <w:rsid w:val="00396409"/>
    <w:rsid w:val="003A0FB2"/>
    <w:rsid w:val="003B7CD5"/>
    <w:rsid w:val="003C1290"/>
    <w:rsid w:val="003C332B"/>
    <w:rsid w:val="003D484B"/>
    <w:rsid w:val="00406C0D"/>
    <w:rsid w:val="00427FF8"/>
    <w:rsid w:val="00430725"/>
    <w:rsid w:val="00443F15"/>
    <w:rsid w:val="004A010B"/>
    <w:rsid w:val="004B6CD2"/>
    <w:rsid w:val="004C19EE"/>
    <w:rsid w:val="004E0DDA"/>
    <w:rsid w:val="004F3CD5"/>
    <w:rsid w:val="005318AD"/>
    <w:rsid w:val="00540D97"/>
    <w:rsid w:val="005528C6"/>
    <w:rsid w:val="005B5C49"/>
    <w:rsid w:val="005C7DA8"/>
    <w:rsid w:val="005D1989"/>
    <w:rsid w:val="005D2048"/>
    <w:rsid w:val="00601CA0"/>
    <w:rsid w:val="00610B43"/>
    <w:rsid w:val="00621805"/>
    <w:rsid w:val="006331BF"/>
    <w:rsid w:val="0064157A"/>
    <w:rsid w:val="006848A2"/>
    <w:rsid w:val="0069115B"/>
    <w:rsid w:val="006A1A50"/>
    <w:rsid w:val="006D1B15"/>
    <w:rsid w:val="006E6542"/>
    <w:rsid w:val="00736E60"/>
    <w:rsid w:val="007446BF"/>
    <w:rsid w:val="00774672"/>
    <w:rsid w:val="007C7054"/>
    <w:rsid w:val="007D2997"/>
    <w:rsid w:val="007D36FE"/>
    <w:rsid w:val="007E1B52"/>
    <w:rsid w:val="00806F37"/>
    <w:rsid w:val="008139C2"/>
    <w:rsid w:val="008152DB"/>
    <w:rsid w:val="00820186"/>
    <w:rsid w:val="00832543"/>
    <w:rsid w:val="008336B7"/>
    <w:rsid w:val="00836518"/>
    <w:rsid w:val="00861428"/>
    <w:rsid w:val="00872E12"/>
    <w:rsid w:val="008742CF"/>
    <w:rsid w:val="00881AA5"/>
    <w:rsid w:val="008D0150"/>
    <w:rsid w:val="008D69C0"/>
    <w:rsid w:val="008D6BB7"/>
    <w:rsid w:val="00922324"/>
    <w:rsid w:val="009224C2"/>
    <w:rsid w:val="009326D6"/>
    <w:rsid w:val="0095619F"/>
    <w:rsid w:val="009632A8"/>
    <w:rsid w:val="00983F08"/>
    <w:rsid w:val="009A7D4E"/>
    <w:rsid w:val="009B28D8"/>
    <w:rsid w:val="009B46E9"/>
    <w:rsid w:val="009C00D7"/>
    <w:rsid w:val="009C4B38"/>
    <w:rsid w:val="009D6FF6"/>
    <w:rsid w:val="00A058EC"/>
    <w:rsid w:val="00A2544C"/>
    <w:rsid w:val="00A2675A"/>
    <w:rsid w:val="00A319EF"/>
    <w:rsid w:val="00A5076F"/>
    <w:rsid w:val="00A5103D"/>
    <w:rsid w:val="00A6038A"/>
    <w:rsid w:val="00A84758"/>
    <w:rsid w:val="00AA1D8D"/>
    <w:rsid w:val="00AA65D2"/>
    <w:rsid w:val="00AD6055"/>
    <w:rsid w:val="00AD7669"/>
    <w:rsid w:val="00AF04A8"/>
    <w:rsid w:val="00AF3C5B"/>
    <w:rsid w:val="00B17B93"/>
    <w:rsid w:val="00B47730"/>
    <w:rsid w:val="00B61080"/>
    <w:rsid w:val="00B8622C"/>
    <w:rsid w:val="00BB114D"/>
    <w:rsid w:val="00BB32F2"/>
    <w:rsid w:val="00BB7F5D"/>
    <w:rsid w:val="00BC12AB"/>
    <w:rsid w:val="00BC6B6A"/>
    <w:rsid w:val="00BE274F"/>
    <w:rsid w:val="00BE2EBD"/>
    <w:rsid w:val="00C200FE"/>
    <w:rsid w:val="00C20D6D"/>
    <w:rsid w:val="00C345C4"/>
    <w:rsid w:val="00C41D7A"/>
    <w:rsid w:val="00C420FC"/>
    <w:rsid w:val="00C967B5"/>
    <w:rsid w:val="00CB0664"/>
    <w:rsid w:val="00CB7210"/>
    <w:rsid w:val="00CC6802"/>
    <w:rsid w:val="00CE0741"/>
    <w:rsid w:val="00CE359A"/>
    <w:rsid w:val="00CE7781"/>
    <w:rsid w:val="00CF3B41"/>
    <w:rsid w:val="00D04FA1"/>
    <w:rsid w:val="00D52527"/>
    <w:rsid w:val="00DC7B01"/>
    <w:rsid w:val="00E223D3"/>
    <w:rsid w:val="00E40F58"/>
    <w:rsid w:val="00E4669F"/>
    <w:rsid w:val="00E5134F"/>
    <w:rsid w:val="00E5629E"/>
    <w:rsid w:val="00E60C3A"/>
    <w:rsid w:val="00ED1F89"/>
    <w:rsid w:val="00EF12DC"/>
    <w:rsid w:val="00EF4AE6"/>
    <w:rsid w:val="00F2476B"/>
    <w:rsid w:val="00F455D5"/>
    <w:rsid w:val="00F50702"/>
    <w:rsid w:val="00F51753"/>
    <w:rsid w:val="00F522B2"/>
    <w:rsid w:val="00F65777"/>
    <w:rsid w:val="00FA588A"/>
    <w:rsid w:val="00FC693F"/>
    <w:rsid w:val="00FF1D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6EDDE0"/>
  <w14:defaultImageDpi w14:val="300"/>
  <w15:docId w15:val="{B42CC6DF-B5C6-4548-887D-C0BE2A98B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140F93"/>
    <w:pPr>
      <w:spacing w:before="120" w:after="0"/>
    </w:pPr>
    <w:rPr>
      <w:b/>
      <w:bCs/>
      <w:i/>
      <w:iCs/>
      <w:sz w:val="24"/>
      <w:szCs w:val="24"/>
    </w:rPr>
  </w:style>
  <w:style w:type="character" w:styleId="Hyperlink">
    <w:name w:val="Hyperlink"/>
    <w:basedOn w:val="DefaultParagraphFont"/>
    <w:uiPriority w:val="99"/>
    <w:unhideWhenUsed/>
    <w:rsid w:val="00140F93"/>
    <w:rPr>
      <w:color w:val="0000FF" w:themeColor="hyperlink"/>
      <w:u w:val="single"/>
    </w:rPr>
  </w:style>
  <w:style w:type="paragraph" w:styleId="TOC2">
    <w:name w:val="toc 2"/>
    <w:basedOn w:val="Normal"/>
    <w:next w:val="Normal"/>
    <w:autoRedefine/>
    <w:uiPriority w:val="39"/>
    <w:semiHidden/>
    <w:unhideWhenUsed/>
    <w:rsid w:val="00140F93"/>
    <w:pPr>
      <w:spacing w:before="120" w:after="0"/>
      <w:ind w:left="220"/>
    </w:pPr>
    <w:rPr>
      <w:b/>
      <w:bCs/>
    </w:rPr>
  </w:style>
  <w:style w:type="paragraph" w:styleId="TOC3">
    <w:name w:val="toc 3"/>
    <w:basedOn w:val="Normal"/>
    <w:next w:val="Normal"/>
    <w:autoRedefine/>
    <w:uiPriority w:val="39"/>
    <w:semiHidden/>
    <w:unhideWhenUsed/>
    <w:rsid w:val="00140F93"/>
    <w:pPr>
      <w:spacing w:after="0"/>
      <w:ind w:left="440"/>
    </w:pPr>
    <w:rPr>
      <w:sz w:val="20"/>
      <w:szCs w:val="20"/>
    </w:rPr>
  </w:style>
  <w:style w:type="paragraph" w:styleId="TOC4">
    <w:name w:val="toc 4"/>
    <w:basedOn w:val="Normal"/>
    <w:next w:val="Normal"/>
    <w:autoRedefine/>
    <w:uiPriority w:val="39"/>
    <w:semiHidden/>
    <w:unhideWhenUsed/>
    <w:rsid w:val="00140F93"/>
    <w:pPr>
      <w:spacing w:after="0"/>
      <w:ind w:left="660"/>
    </w:pPr>
    <w:rPr>
      <w:sz w:val="20"/>
      <w:szCs w:val="20"/>
    </w:rPr>
  </w:style>
  <w:style w:type="paragraph" w:styleId="TOC5">
    <w:name w:val="toc 5"/>
    <w:basedOn w:val="Normal"/>
    <w:next w:val="Normal"/>
    <w:autoRedefine/>
    <w:uiPriority w:val="39"/>
    <w:semiHidden/>
    <w:unhideWhenUsed/>
    <w:rsid w:val="00140F93"/>
    <w:pPr>
      <w:spacing w:after="0"/>
      <w:ind w:left="880"/>
    </w:pPr>
    <w:rPr>
      <w:sz w:val="20"/>
      <w:szCs w:val="20"/>
    </w:rPr>
  </w:style>
  <w:style w:type="paragraph" w:styleId="TOC6">
    <w:name w:val="toc 6"/>
    <w:basedOn w:val="Normal"/>
    <w:next w:val="Normal"/>
    <w:autoRedefine/>
    <w:uiPriority w:val="39"/>
    <w:semiHidden/>
    <w:unhideWhenUsed/>
    <w:rsid w:val="00140F93"/>
    <w:pPr>
      <w:spacing w:after="0"/>
      <w:ind w:left="1100"/>
    </w:pPr>
    <w:rPr>
      <w:sz w:val="20"/>
      <w:szCs w:val="20"/>
    </w:rPr>
  </w:style>
  <w:style w:type="paragraph" w:styleId="TOC7">
    <w:name w:val="toc 7"/>
    <w:basedOn w:val="Normal"/>
    <w:next w:val="Normal"/>
    <w:autoRedefine/>
    <w:uiPriority w:val="39"/>
    <w:semiHidden/>
    <w:unhideWhenUsed/>
    <w:rsid w:val="00140F93"/>
    <w:pPr>
      <w:spacing w:after="0"/>
      <w:ind w:left="1320"/>
    </w:pPr>
    <w:rPr>
      <w:sz w:val="20"/>
      <w:szCs w:val="20"/>
    </w:rPr>
  </w:style>
  <w:style w:type="paragraph" w:styleId="TOC8">
    <w:name w:val="toc 8"/>
    <w:basedOn w:val="Normal"/>
    <w:next w:val="Normal"/>
    <w:autoRedefine/>
    <w:uiPriority w:val="39"/>
    <w:semiHidden/>
    <w:unhideWhenUsed/>
    <w:rsid w:val="00140F93"/>
    <w:pPr>
      <w:spacing w:after="0"/>
      <w:ind w:left="1540"/>
    </w:pPr>
    <w:rPr>
      <w:sz w:val="20"/>
      <w:szCs w:val="20"/>
    </w:rPr>
  </w:style>
  <w:style w:type="paragraph" w:styleId="TOC9">
    <w:name w:val="toc 9"/>
    <w:basedOn w:val="Normal"/>
    <w:next w:val="Normal"/>
    <w:autoRedefine/>
    <w:uiPriority w:val="39"/>
    <w:semiHidden/>
    <w:unhideWhenUsed/>
    <w:rsid w:val="00140F93"/>
    <w:pPr>
      <w:spacing w:after="0"/>
      <w:ind w:left="1760"/>
    </w:pPr>
    <w:rPr>
      <w:sz w:val="20"/>
      <w:szCs w:val="20"/>
    </w:rPr>
  </w:style>
  <w:style w:type="character" w:styleId="UnresolvedMention">
    <w:name w:val="Unresolved Mention"/>
    <w:basedOn w:val="DefaultParagraphFont"/>
    <w:uiPriority w:val="99"/>
    <w:semiHidden/>
    <w:unhideWhenUsed/>
    <w:rsid w:val="00FA588A"/>
    <w:rPr>
      <w:color w:val="605E5C"/>
      <w:shd w:val="clear" w:color="auto" w:fill="E1DFDD"/>
    </w:rPr>
  </w:style>
  <w:style w:type="character" w:styleId="FollowedHyperlink">
    <w:name w:val="FollowedHyperlink"/>
    <w:basedOn w:val="DefaultParagraphFont"/>
    <w:uiPriority w:val="99"/>
    <w:semiHidden/>
    <w:unhideWhenUsed/>
    <w:rsid w:val="00FA588A"/>
    <w:rPr>
      <w:color w:val="800080" w:themeColor="followedHyperlink"/>
      <w:u w:val="single"/>
    </w:rPr>
  </w:style>
  <w:style w:type="paragraph" w:styleId="Bibliography">
    <w:name w:val="Bibliography"/>
    <w:basedOn w:val="Normal"/>
    <w:next w:val="Normal"/>
    <w:uiPriority w:val="37"/>
    <w:unhideWhenUsed/>
    <w:rsid w:val="00035D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51282804">
      <w:bodyDiv w:val="1"/>
      <w:marLeft w:val="0"/>
      <w:marRight w:val="0"/>
      <w:marTop w:val="0"/>
      <w:marBottom w:val="0"/>
      <w:divBdr>
        <w:top w:val="none" w:sz="0" w:space="0" w:color="auto"/>
        <w:left w:val="none" w:sz="0" w:space="0" w:color="auto"/>
        <w:bottom w:val="none" w:sz="0" w:space="0" w:color="auto"/>
        <w:right w:val="none" w:sz="0" w:space="0" w:color="auto"/>
      </w:divBdr>
    </w:div>
    <w:div w:id="404375235">
      <w:bodyDiv w:val="1"/>
      <w:marLeft w:val="0"/>
      <w:marRight w:val="0"/>
      <w:marTop w:val="0"/>
      <w:marBottom w:val="0"/>
      <w:divBdr>
        <w:top w:val="none" w:sz="0" w:space="0" w:color="auto"/>
        <w:left w:val="none" w:sz="0" w:space="0" w:color="auto"/>
        <w:bottom w:val="none" w:sz="0" w:space="0" w:color="auto"/>
        <w:right w:val="none" w:sz="0" w:space="0" w:color="auto"/>
      </w:divBdr>
    </w:div>
    <w:div w:id="1013991453">
      <w:bodyDiv w:val="1"/>
      <w:marLeft w:val="0"/>
      <w:marRight w:val="0"/>
      <w:marTop w:val="0"/>
      <w:marBottom w:val="0"/>
      <w:divBdr>
        <w:top w:val="none" w:sz="0" w:space="0" w:color="auto"/>
        <w:left w:val="none" w:sz="0" w:space="0" w:color="auto"/>
        <w:bottom w:val="none" w:sz="0" w:space="0" w:color="auto"/>
        <w:right w:val="none" w:sz="0" w:space="0" w:color="auto"/>
      </w:divBdr>
    </w:div>
    <w:div w:id="1715733824">
      <w:bodyDiv w:val="1"/>
      <w:marLeft w:val="0"/>
      <w:marRight w:val="0"/>
      <w:marTop w:val="0"/>
      <w:marBottom w:val="0"/>
      <w:divBdr>
        <w:top w:val="none" w:sz="0" w:space="0" w:color="auto"/>
        <w:left w:val="none" w:sz="0" w:space="0" w:color="auto"/>
        <w:bottom w:val="none" w:sz="0" w:space="0" w:color="auto"/>
        <w:right w:val="none" w:sz="0" w:space="0" w:color="auto"/>
      </w:divBdr>
    </w:div>
    <w:div w:id="17255254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ntTable" Target="fontTable.xml"/><Relationship Id="rId21" Type="http://schemas.openxmlformats.org/officeDocument/2006/relationships/image" Target="media/image15.png"/><Relationship Id="rId34" Type="http://schemas.openxmlformats.org/officeDocument/2006/relationships/hyperlink" Target="https://www.hirekevinmiddleton.co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hyperlink" Target="https://mo-faith.github.io/my-life/" TargetMode="Externa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0.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29.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8.png"/><Relationship Id="rId8" Type="http://schemas.openxmlformats.org/officeDocument/2006/relationships/image" Target="media/image2.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Mad20</b:Tag>
    <b:SourceType>InternetSite</b:SourceType>
    <b:Guid>{F1A08805-88D7-0D41-8B6A-890366F03B20}</b:Guid>
    <b:Author>
      <b:Author>
        <b:NameList>
          <b:Person>
            <b:Last>Gul</b:Last>
            <b:First>Madeeha</b:First>
          </b:Person>
        </b:NameList>
      </b:Author>
    </b:Author>
    <b:Title>IEEE explore</b:Title>
    <b:URL>https://ieeexplore.ieee.org/document/9048205</b:URL>
    <b:ProductionCompany>IEEE</b:ProductionCompany>
    <b:Year>2020</b:Year>
    <b:Month>February</b:Month>
    <b:Day>22-23</b:Day>
    <b:RefOrder>1</b:RefOrder>
  </b:Source>
  <b:Source>
    <b:Tag>Sha26</b:Tag>
    <b:SourceType>InternetSite</b:SourceType>
    <b:Guid>{3D0DEB61-FF8F-C04F-946A-D1975E99EAA6}</b:Guid>
    <b:Author>
      <b:Author>
        <b:NameList>
          <b:Person>
            <b:Last>Henry</b:Last>
            <b:First>Shawn</b:First>
            <b:Middle>Lawton</b:Middle>
          </b:Person>
        </b:NameList>
      </b:Author>
    </b:Author>
    <b:Title>w3.org</b:Title>
    <b:URL>https://www.w3.org/WAI/fundamentals/accessibility-intro/</b:URL>
    <b:Year>2026</b:Year>
    <b:Month>February</b:Month>
    <b:Day>3</b:Day>
    <b:RefOrder>2</b:RefOrder>
  </b:Source>
  <b:Source>
    <b:Tag>Bao11</b:Tag>
    <b:SourceType>InternetSite</b:SourceType>
    <b:Guid>{34EAED77-A181-FC48-9DE8-CFEB6217355F}</b:Guid>
    <b:Author>
      <b:Author>
        <b:NameList>
          <b:Person>
            <b:Last>Bian</b:Last>
            <b:First>BaoWu</b:First>
          </b:Person>
        </b:NameList>
      </b:Author>
    </b:Author>
    <b:Title>IEEE explore</b:Title>
    <b:URL>https://ieeexplore.ieee.org/document/5886993</b:URL>
    <b:ProductionCompany>IEEE</b:ProductionCompany>
    <b:Year>2011</b:Year>
    <b:Month>May</b:Month>
    <b:Day>06-08</b:Day>
    <b:RefOrder>3</b:RefOrder>
  </b:Source>
  <b:Source>
    <b:Tag>Kev</b:Tag>
    <b:SourceType>InternetSite</b:SourceType>
    <b:Guid>{F55E37B1-6857-A04E-9026-5C69217165BC}</b:Guid>
    <b:Author>
      <b:Author>
        <b:NameList>
          <b:Person>
            <b:Last>Middleton</b:Last>
            <b:First>Kevin</b:First>
            <b:Middle>R</b:Middle>
          </b:Person>
        </b:NameList>
      </b:Author>
    </b:Author>
    <b:Title>hirekevinrmiddleton</b:Title>
    <b:URL>https://www.hirekevinmiddleton.com/career-objectives</b:URL>
    <b:RefOrder>4</b:RefOrder>
  </b:Source>
</b:Sources>
</file>

<file path=customXml/itemProps1.xml><?xml version="1.0" encoding="utf-8"?>
<ds:datastoreItem xmlns:ds="http://schemas.openxmlformats.org/officeDocument/2006/customXml" ds:itemID="{07909F61-37A6-3746-AB32-C686A49D4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31</Pages>
  <Words>2903</Words>
  <Characters>16548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19413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Mohamed Fahith Mohamed Najath (2533542)</cp:lastModifiedBy>
  <cp:revision>159</cp:revision>
  <dcterms:created xsi:type="dcterms:W3CDTF">2026-08-05T18:41:00Z</dcterms:created>
  <dcterms:modified xsi:type="dcterms:W3CDTF">2026-08-13T19:02:00Z</dcterms:modified>
  <cp:category/>
</cp:coreProperties>
</file>