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IACOB GOMAN</w:t>
      </w:r>
    </w:p>
    <w:p>
      <w:r>
        <w:t>STUDENT NUMBER: 2423271</w:t>
      </w:r>
    </w:p>
    <w:p>
      <w:pPr>
        <w:pStyle w:val="Heading1"/>
      </w:pPr>
      <w:r>
        <w:t>Conflict Management and Resolution Strategies</w:t>
      </w:r>
    </w:p>
    <w:p>
      <w:r>
        <w:t>Introduction</w:t>
        <w:br/>
        <w:br/>
        <w:t>Conflict happens alot in jobs. Its when people fight or just dont agree. This is becuase people are different and got diffirent ideas. Conflict isnt always bad. Sometimes it helps people understand each other. But if you ignore it, it can make work place stressfull and even make people quit. So learning how to deal with conflict is very important.</w:t>
      </w:r>
    </w:p>
    <w:p>
      <w:r>
        <w:t>What is conflict managment?</w:t>
        <w:br/>
        <w:br/>
        <w:t>Conflict managment means trying to fix fights or problem between people. Its not just saying stop fighting. Its about hearing what both persons have to say and find a middle ground. Some problems are small, like who does the dishes at work, but some are big. Good managers know how to talk with workers and keep peace. Some workers just avoid talking and that can make things worst.</w:t>
      </w:r>
    </w:p>
    <w:p>
      <w:r>
        <w:t>Kinds of conflict</w:t>
        <w:br/>
        <w:br/>
        <w:t>Theres different types of conflicts:</w:t>
        <w:br/>
        <w:br/>
        <w:t>1. Interpersonal conflict – this is when 2 people dont get along. Maybe they dont like each other or had some bad talk before.</w:t>
        <w:br/>
        <w:t>2. Intrapersonal conflict – this happens in your own head, like when your not sure what you want to do.</w:t>
        <w:br/>
        <w:t>3. Intergroup conflict – When two groups in the same place argue, like sales and customer service team.</w:t>
        <w:br/>
        <w:t>4. Orginasational conflict – When the rules or way company works is making people unhappy or confused.</w:t>
      </w:r>
    </w:p>
    <w:p>
      <w:r>
        <w:t>Why does conflict happen</w:t>
        <w:br/>
        <w:br/>
        <w:t>There's alot of reasons:</w:t>
        <w:br/>
        <w:br/>
        <w:t>- Bad communication – like not explaining stuff good or not listening.</w:t>
        <w:br/>
        <w:t>- Diffrent beliefs – people have diff views from culture or life.</w:t>
        <w:br/>
        <w:t>- Competing for stuff – like promotion, hours or money.</w:t>
        <w:br/>
        <w:t>- Dont know roles – people get confused who should do what.</w:t>
        <w:br/>
        <w:t>- Stress – too much work or pressure can make people mad faster.</w:t>
      </w:r>
    </w:p>
    <w:p>
      <w:r>
        <w:t>How to deal with conflict</w:t>
        <w:br/>
        <w:br/>
        <w:t>Theres few ways:</w:t>
        <w:br/>
        <w:br/>
        <w:t>1. Avoid it – Some people act like nothing happened. This sometimes work but mostly it dont.</w:t>
        <w:br/>
        <w:t>2. Accomadating – Letting the other person win so the fight stops. But that person might feel annoyed later.</w:t>
        <w:br/>
        <w:t>3. Competing – Trying to win no matter what. This usually makes the fight worse.</w:t>
        <w:br/>
        <w:t>4. Compromise – Both persons give up something to fix it.</w:t>
        <w:br/>
        <w:t>5. Collaborate – This is better cause both people try to fix the problem together and both win.</w:t>
        <w:br/>
        <w:t>2. Accomadating – oh I said that already, sorry. That happens.</w:t>
      </w:r>
    </w:p>
    <w:p>
      <w:r>
        <w:t>Steps to fix conflict</w:t>
        <w:br/>
        <w:br/>
        <w:t>Here are some steps but people sometimes skip them:</w:t>
        <w:br/>
        <w:br/>
        <w:t>1. Know what the fight is really about.</w:t>
        <w:br/>
        <w:t>2. Listen to the other person, even if your mad.</w:t>
        <w:br/>
        <w:t>3. Keep calm – dont yell or say rude things.</w:t>
        <w:br/>
        <w:t>4. Think of some ways to fix it together.</w:t>
        <w:br/>
        <w:t>5. Pick the best idea.</w:t>
        <w:br/>
        <w:t>6. Later, see if the fix worked or not.</w:t>
      </w:r>
    </w:p>
    <w:p>
      <w:r>
        <w:t>Communication is key</w:t>
        <w:br/>
        <w:br/>
        <w:t>A big reason why people fight is cause they don’t talk proper. If people just say what they feel in a nice way, alot of problems wouldn’t even happen. Also its important to not just talk but listen. Some people just wait to speak and don’t hear nothing. And watch body language. If you say ‘ok’ but roll your eyes, people will get mad.</w:t>
      </w:r>
    </w:p>
    <w:p>
      <w:r>
        <w:t>My real example</w:t>
        <w:br/>
        <w:br/>
        <w:t>So I work in car sales part time. One day 2 of my collegues started arguing. It was about a car they both wanted to sell and who had the right to talk to the customer. One of them said the other was stealing his sale. It got loud and awkward. Me and other staff just stood there. The manager made them come to the back room and talk it out. Turns out one of them didn’t know the customer had already spoke to the other guy. After they talked, they both said sorry and things calmed down. Now they work better and even laugh about it. It showed me that if you talk early before things get too hot, you can fix stuff fast.</w:t>
      </w:r>
    </w:p>
    <w:p>
      <w:r>
        <w:t>Conclusion</w:t>
        <w:br/>
        <w:br/>
        <w:t>So yeah, conflict is normal at work. But it doesn’t have to be a big drama. If people listen more and talk nice, they can solve most problems. Managers should help with that too. I think I learned that even if you don’t like someone, you can still work with them if theres respect. And don't let problems pile up – talk early before it becomes a big mess.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