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5422E" w14:textId="0905132C" w:rsidR="006718C3" w:rsidRDefault="00DF2321">
      <w:pPr>
        <w:pStyle w:val="Title"/>
      </w:pPr>
      <w:r>
        <w:t>Database Coursework Submission Template</w:t>
      </w:r>
    </w:p>
    <w:p w14:paraId="0B38DBB2" w14:textId="30DEA7E9" w:rsidR="006718C3" w:rsidRDefault="00DF2321">
      <w:r>
        <w:t>1. Student Details</w:t>
      </w:r>
      <w:r>
        <w:br/>
        <w:t>- Name:</w:t>
      </w:r>
      <w:r w:rsidR="00A31DE8">
        <w:t xml:space="preserve"> Dolapo Farouk </w:t>
      </w:r>
      <w:proofErr w:type="spellStart"/>
      <w:r w:rsidR="00A31DE8">
        <w:t>owolabi</w:t>
      </w:r>
      <w:proofErr w:type="spellEnd"/>
      <w:r>
        <w:br/>
        <w:t>- Student ID:</w:t>
      </w:r>
      <w:r w:rsidR="00A31DE8">
        <w:t xml:space="preserve"> </w:t>
      </w:r>
      <w:r w:rsidR="00A31DE8" w:rsidRPr="00A31DE8">
        <w:t>2518096</w:t>
      </w:r>
      <w:r>
        <w:br/>
        <w:t>- Module:</w:t>
      </w:r>
      <w:r w:rsidR="00A31DE8">
        <w:t xml:space="preserve">  </w:t>
      </w:r>
      <w:r w:rsidR="00A31DE8" w:rsidRPr="00A31DE8">
        <w:t>Introduction to Web and Database Concepts</w:t>
      </w:r>
      <w:r>
        <w:br/>
        <w:t>- Lecturer:</w:t>
      </w:r>
      <w:r w:rsidR="00A31DE8">
        <w:t xml:space="preserve"> </w:t>
      </w:r>
      <w:r w:rsidR="00A31DE8" w:rsidRPr="00A31DE8">
        <w:t>Anum Paracha</w:t>
      </w:r>
      <w:r>
        <w:br/>
      </w:r>
    </w:p>
    <w:p w14:paraId="1F50EE3E" w14:textId="77777777" w:rsidR="006718C3" w:rsidRDefault="00DF2321">
      <w:r>
        <w:t>2. Table of Contents</w:t>
      </w:r>
      <w:r>
        <w:br/>
        <w:t>(Use automatic table of contents in Word)</w:t>
      </w:r>
      <w:r>
        <w:br/>
      </w:r>
    </w:p>
    <w:p w14:paraId="382C147B" w14:textId="77777777" w:rsidR="009247E1" w:rsidRDefault="00DF2321">
      <w:r>
        <w:t>3. Introduction</w:t>
      </w:r>
      <w:r>
        <w:br/>
        <w:t xml:space="preserve">- Overview of </w:t>
      </w:r>
      <w:proofErr w:type="spellStart"/>
      <w:r>
        <w:t>MediLink</w:t>
      </w:r>
      <w:proofErr w:type="spellEnd"/>
      <w:r>
        <w:t xml:space="preserve"> Pharmacy scenario</w:t>
      </w:r>
    </w:p>
    <w:p w14:paraId="2A01E557" w14:textId="0409F298" w:rsidR="00047E6A" w:rsidRDefault="009247E1">
      <w:r>
        <w:t>Medlink pharmacy is a community provides a range of healthcare services, for example include dispensing prescription medications, selling over-the-counter medicines, managing pharmaceutical stock, and offering professional advice to customers, prescriptions, suppliers</w:t>
      </w:r>
      <w:r w:rsidR="00047E6A">
        <w:t>, and medicines continues to increase, maintaining records using manual methods becomes inefficient, time-consuming, and susceptible to errors. To address these challenges, a relational database system is proposed to store, organize, and manage pharmacy data in a structured and secure manner. Modern pharmacy information systems also play an important role in improving workflow efficiency, inventory control, and patient safety by providing reliable access to healthcare information and supporting clinical decision-making</w:t>
      </w:r>
    </w:p>
    <w:p w14:paraId="7ED08B4C" w14:textId="696F3F81" w:rsidR="006718C3" w:rsidRDefault="00752AC3">
      <w:sdt>
        <w:sdtPr>
          <w:id w:val="1662734393"/>
          <w:citation/>
        </w:sdtPr>
        <w:sdtEndPr/>
        <w:sdtContent>
          <w:r w:rsidR="00047E6A">
            <w:fldChar w:fldCharType="begin"/>
          </w:r>
          <w:r w:rsidR="00047E6A">
            <w:rPr>
              <w:lang w:val="en-GB"/>
            </w:rPr>
            <w:instrText xml:space="preserve"> CITATION Gou13 \l 2057 </w:instrText>
          </w:r>
          <w:r w:rsidR="00047E6A">
            <w:fldChar w:fldCharType="separate"/>
          </w:r>
          <w:r w:rsidR="008343DA" w:rsidRPr="008343DA">
            <w:rPr>
              <w:noProof/>
              <w:lang w:val="en-GB"/>
            </w:rPr>
            <w:t>[1]</w:t>
          </w:r>
          <w:r w:rsidR="00047E6A">
            <w:fldChar w:fldCharType="end"/>
          </w:r>
        </w:sdtContent>
      </w:sdt>
      <w:r w:rsidR="00047E6A">
        <w:t>.</w:t>
      </w:r>
      <w:r w:rsidR="00DF2321">
        <w:br/>
        <w:t>- Purpose of the database system</w:t>
      </w:r>
      <w:r w:rsidR="00DF2321">
        <w:br/>
      </w:r>
    </w:p>
    <w:p w14:paraId="6313C25D" w14:textId="5F72A7E9" w:rsidR="006718C3" w:rsidRDefault="00DF2321">
      <w:r>
        <w:t>4. Scenario Analysis</w:t>
      </w:r>
      <w:r>
        <w:br/>
        <w:t>- Identify entities</w:t>
      </w:r>
      <w:r w:rsidR="790FBDEF">
        <w:t xml:space="preserve"> =</w:t>
      </w:r>
      <w:r w:rsidR="7A342570">
        <w:t xml:space="preserve"> Identifying entities for an online bookstore system</w:t>
      </w:r>
    </w:p>
    <w:p w14:paraId="0EC4D86A" w14:textId="260245BC" w:rsidR="006718C3" w:rsidRDefault="790FBDEF" w:rsidP="2668B697">
      <w:r>
        <w:t xml:space="preserve">The process of identifying entities begins by extracting distinct, uniquely </w:t>
      </w:r>
      <w:r w:rsidR="3DCC7FD7">
        <w:t>identifiable</w:t>
      </w:r>
      <w:r>
        <w:t xml:space="preserve"> objects or concepts that the system must track</w:t>
      </w:r>
      <w:r w:rsidR="6963721A">
        <w:t xml:space="preserve"> this form the core building</w:t>
      </w:r>
      <w:r w:rsidR="2B8FB5CC">
        <w:t xml:space="preserve"> blocks of the database schema and underpin all web interactions such as browsing, searching and submitting requests. The requi</w:t>
      </w:r>
      <w:r w:rsidR="256FA7AF">
        <w:t xml:space="preserve">rements </w:t>
      </w:r>
      <w:r w:rsidR="2CEA98A5">
        <w:t>include</w:t>
      </w:r>
      <w:r w:rsidR="256FA7AF">
        <w:t xml:space="preserve"> user accounts, book details</w:t>
      </w:r>
      <w:r w:rsidR="61C1CAD7">
        <w:t xml:space="preserve">, author information, borrowing </w:t>
      </w:r>
      <w:r w:rsidR="2C0D743E">
        <w:t>records,</w:t>
      </w:r>
      <w:r w:rsidR="61C1CAD7">
        <w:t xml:space="preserve"> and reservation status.  Key entities</w:t>
      </w:r>
      <w:r w:rsidR="531C2B66">
        <w:t xml:space="preserve"> emerge: </w:t>
      </w:r>
      <w:r w:rsidR="09AAB05A">
        <w:t>User (</w:t>
      </w:r>
      <w:r w:rsidR="531C2B66">
        <w:t>with attributes like user ID, name, email, and account t</w:t>
      </w:r>
      <w:r w:rsidR="2BB01226">
        <w:t xml:space="preserve">ype), </w:t>
      </w:r>
      <w:r w:rsidR="35C0AC57">
        <w:t>Book (</w:t>
      </w:r>
      <w:r w:rsidR="2BB01226">
        <w:t>ISBN, title. Publication year, and category</w:t>
      </w:r>
      <w:r w:rsidR="6616832B">
        <w:t>), Author (</w:t>
      </w:r>
      <w:r w:rsidR="2BB01226">
        <w:t>author ID, full name, and biograp</w:t>
      </w:r>
      <w:r w:rsidR="7463412F">
        <w:t xml:space="preserve">hy), </w:t>
      </w:r>
      <w:r w:rsidR="38FA7361">
        <w:t>Borrowing (transaction</w:t>
      </w:r>
      <w:r w:rsidR="7463412F">
        <w:t xml:space="preserve"> ID, borrow date,</w:t>
      </w:r>
      <w:r w:rsidR="3BFFECAD">
        <w:t xml:space="preserve"> due, and return stat</w:t>
      </w:r>
      <w:r w:rsidR="307DCF1D">
        <w:t>us). Each entity is distinguished by a primary key to ensure unique identification, and relationships are defined between them</w:t>
      </w:r>
      <w:r w:rsidR="3EBAD105">
        <w:t xml:space="preserve">, for example, one User may initiate multiple borrowing or reservation records, while one </w:t>
      </w:r>
      <w:r w:rsidR="01BA159D">
        <w:t>Book can</w:t>
      </w:r>
      <w:r w:rsidR="3EBAD105">
        <w:t xml:space="preserve"> be linked</w:t>
      </w:r>
      <w:r w:rsidR="5FB74C02">
        <w:t xml:space="preserve"> to multiple Authors and may appear in many transaction entries.</w:t>
      </w:r>
      <w:r w:rsidR="08385F0A">
        <w:t xml:space="preserve"> Proper entity identification avoids data redundancy, maintains consistency between web input forms and stored data, and simplifies future deve</w:t>
      </w:r>
      <w:r w:rsidR="75B86CC7">
        <w:t xml:space="preserve">lopment of features like real-time availability checks or personalized </w:t>
      </w:r>
      <w:r w:rsidR="16A3790F">
        <w:t>recommendations</w:t>
      </w:r>
      <w:sdt>
        <w:sdtPr>
          <w:id w:val="-1733462139"/>
          <w:citation/>
        </w:sdtPr>
        <w:sdtContent>
          <w:r w:rsidR="008343DA">
            <w:fldChar w:fldCharType="begin"/>
          </w:r>
          <w:r w:rsidR="008343DA">
            <w:rPr>
              <w:lang w:val="en-GB"/>
            </w:rPr>
            <w:instrText xml:space="preserve"> CITATION Kum19 \l 2057 </w:instrText>
          </w:r>
          <w:r w:rsidR="008343DA">
            <w:fldChar w:fldCharType="separate"/>
          </w:r>
          <w:r w:rsidR="008343DA">
            <w:rPr>
              <w:noProof/>
              <w:lang w:val="en-GB"/>
            </w:rPr>
            <w:t xml:space="preserve"> </w:t>
          </w:r>
          <w:r w:rsidR="008343DA" w:rsidRPr="008343DA">
            <w:rPr>
              <w:noProof/>
              <w:lang w:val="en-GB"/>
            </w:rPr>
            <w:t>[2]</w:t>
          </w:r>
          <w:r w:rsidR="008343DA">
            <w:fldChar w:fldCharType="end"/>
          </w:r>
        </w:sdtContent>
      </w:sdt>
      <w:r w:rsidR="008343DA">
        <w:t>.</w:t>
      </w:r>
      <w:r w:rsidR="00DF2321">
        <w:br/>
        <w:t>- Relationships between entities</w:t>
      </w:r>
      <w:r w:rsidR="1BBC0E6B">
        <w:t xml:space="preserve"> = Relationships between entities for an online Bookstore system.</w:t>
      </w:r>
    </w:p>
    <w:p w14:paraId="21AC79D3" w14:textId="163D31B2" w:rsidR="006718C3" w:rsidRDefault="1BBC0E6B" w:rsidP="2668B697">
      <w:pPr>
        <w:spacing w:after="0" w:line="360" w:lineRule="auto"/>
      </w:pPr>
      <w:r>
        <w:t>For Web-based online bookstore system, defining clear relationships between the identified entities such as User, Book, Author, Borrowing, and re</w:t>
      </w:r>
      <w:r w:rsidR="39A20485">
        <w:t>servation ensures data consistency, reduces redundancy, and enables seamless interaction between front-end web pages and the back-end database.</w:t>
      </w:r>
      <w:r w:rsidR="2961B325">
        <w:t xml:space="preserve"> One-to many relationships exists between User and borrowing, as one registered user have to submit</w:t>
      </w:r>
      <w:r w:rsidR="1833BEB9">
        <w:t xml:space="preserve"> multiple borrowing requests over time, but each individual borrowing record belongs to exactly one user; similarly, one User can create many reservations, tho</w:t>
      </w:r>
      <w:r w:rsidR="47D87C52">
        <w:t xml:space="preserve">ugh each reservation, the relationship is also one-to-many, since a single title can be borrowed or reserved by different users at different times, while each </w:t>
      </w:r>
      <w:r w:rsidR="567CF29B">
        <w:t>transaction</w:t>
      </w:r>
      <w:r w:rsidR="47D87C52">
        <w:t xml:space="preserve"> refe</w:t>
      </w:r>
      <w:r w:rsidR="5F061D27">
        <w:t>rs to one specific book.</w:t>
      </w:r>
      <w:r w:rsidR="44D9DE08">
        <w:t xml:space="preserve"> A critical many-to-many association connects Book and Author: one book may be written by several contributors, and one author may publish </w:t>
      </w:r>
      <w:r w:rsidR="78529818">
        <w:t>numerous works, which means require an intermediate linking table to store the paired identifiers and avoid repeating the author or book details unnec</w:t>
      </w:r>
      <w:r w:rsidR="63167507">
        <w:t xml:space="preserve">essarily. These shows connections govern how foreign keys are </w:t>
      </w:r>
      <w:r w:rsidR="63167507" w:rsidRPr="2668B697">
        <w:rPr>
          <w:rFonts w:ascii="Cambria" w:eastAsia="Cambria" w:hAnsi="Cambria" w:cs="Cambria"/>
        </w:rPr>
        <w:t>assigned across tables, ensuring that web forms correctly reference related records and that queries such as “show all books by this author” or “list my active loans” return accurate results</w:t>
      </w:r>
      <w:sdt>
        <w:sdtPr>
          <w:rPr>
            <w:rFonts w:ascii="Cambria" w:eastAsia="Cambria" w:hAnsi="Cambria" w:cs="Cambria"/>
          </w:rPr>
          <w:id w:val="-386805395"/>
          <w:citation/>
        </w:sdtPr>
        <w:sdtContent>
          <w:r w:rsidR="008343DA">
            <w:rPr>
              <w:rFonts w:ascii="Cambria" w:eastAsia="Cambria" w:hAnsi="Cambria" w:cs="Cambria"/>
            </w:rPr>
            <w:fldChar w:fldCharType="begin"/>
          </w:r>
          <w:r w:rsidR="008343DA">
            <w:rPr>
              <w:rFonts w:ascii="Cambria" w:eastAsia="Cambria" w:hAnsi="Cambria" w:cs="Cambria"/>
              <w:lang w:val="en-GB"/>
            </w:rPr>
            <w:instrText xml:space="preserve"> CITATION Kum19 \l 2057 </w:instrText>
          </w:r>
          <w:r w:rsidR="008343DA">
            <w:rPr>
              <w:rFonts w:ascii="Cambria" w:eastAsia="Cambria" w:hAnsi="Cambria" w:cs="Cambria"/>
            </w:rPr>
            <w:fldChar w:fldCharType="separate"/>
          </w:r>
          <w:r w:rsidR="008343DA">
            <w:rPr>
              <w:rFonts w:ascii="Cambria" w:eastAsia="Cambria" w:hAnsi="Cambria" w:cs="Cambria"/>
              <w:noProof/>
              <w:lang w:val="en-GB"/>
            </w:rPr>
            <w:t xml:space="preserve"> </w:t>
          </w:r>
          <w:r w:rsidR="008343DA" w:rsidRPr="008343DA">
            <w:rPr>
              <w:rFonts w:ascii="Cambria" w:eastAsia="Cambria" w:hAnsi="Cambria" w:cs="Cambria"/>
              <w:noProof/>
              <w:lang w:val="en-GB"/>
            </w:rPr>
            <w:t>[2]</w:t>
          </w:r>
          <w:r w:rsidR="008343DA">
            <w:rPr>
              <w:rFonts w:ascii="Cambria" w:eastAsia="Cambria" w:hAnsi="Cambria" w:cs="Cambria"/>
            </w:rPr>
            <w:fldChar w:fldCharType="end"/>
          </w:r>
        </w:sdtContent>
      </w:sdt>
    </w:p>
    <w:p w14:paraId="4CB6560C" w14:textId="2A5D1CD5" w:rsidR="006718C3" w:rsidRDefault="006718C3" w:rsidP="2668B697">
      <w:pPr>
        <w:rPr>
          <w:rFonts w:ascii="Cambria" w:eastAsia="Cambria" w:hAnsi="Cambria" w:cs="Cambria"/>
        </w:rPr>
      </w:pPr>
    </w:p>
    <w:p w14:paraId="36998616" w14:textId="7CAB68BF" w:rsidR="006718C3" w:rsidRDefault="006718C3" w:rsidP="2668B697"/>
    <w:p w14:paraId="217CED74" w14:textId="2F510221" w:rsidR="006718C3" w:rsidRDefault="00DF2321" w:rsidP="2668B697">
      <w:r>
        <w:br/>
      </w:r>
    </w:p>
    <w:p w14:paraId="09B933F8" w14:textId="490FDDDB" w:rsidR="00DF2321" w:rsidRDefault="00DF2321">
      <w:r>
        <w:t>5. Entity Relationship Diagram (ERD)</w:t>
      </w:r>
      <w:r>
        <w:br/>
        <w:t>- Insert ERD diagram here</w:t>
      </w:r>
    </w:p>
    <w:p w14:paraId="6318F1FD" w14:textId="0EC97AB1" w:rsidR="2668B697" w:rsidRDefault="2668B697" w:rsidP="2668B697"/>
    <w:p w14:paraId="7A3C09D5" w14:textId="7A6EB2DB" w:rsidR="006718C3" w:rsidRDefault="00DF2321">
      <w:r>
        <w:t>6. Data Structure Design</w:t>
      </w:r>
      <w:r>
        <w:br/>
        <w:t>- Tables created</w:t>
      </w:r>
    </w:p>
    <w:tbl>
      <w:tblPr>
        <w:tblStyle w:val="TableGrid"/>
        <w:tblW w:w="0" w:type="auto"/>
        <w:tblLook w:val="06A0" w:firstRow="1" w:lastRow="0" w:firstColumn="1" w:lastColumn="0" w:noHBand="1" w:noVBand="1"/>
      </w:tblPr>
      <w:tblGrid>
        <w:gridCol w:w="2156"/>
        <w:gridCol w:w="2159"/>
        <w:gridCol w:w="2159"/>
        <w:gridCol w:w="2156"/>
      </w:tblGrid>
      <w:tr w:rsidR="2668B697" w14:paraId="58F555F4" w14:textId="77777777" w:rsidTr="2668B697">
        <w:trPr>
          <w:trHeight w:val="300"/>
        </w:trPr>
        <w:tc>
          <w:tcPr>
            <w:tcW w:w="2160" w:type="dxa"/>
          </w:tcPr>
          <w:p w14:paraId="0AB65B17" w14:textId="48F15AC9" w:rsidR="2668B697" w:rsidRDefault="2668B697" w:rsidP="2668B697">
            <w:r w:rsidRPr="2668B697">
              <w:rPr>
                <w:rFonts w:ascii="Cambria" w:eastAsia="Cambria" w:hAnsi="Cambria" w:cs="Cambria"/>
              </w:rPr>
              <w:t>Entity Name</w:t>
            </w:r>
          </w:p>
        </w:tc>
        <w:tc>
          <w:tcPr>
            <w:tcW w:w="2160" w:type="dxa"/>
          </w:tcPr>
          <w:p w14:paraId="387D6902" w14:textId="28C9C10D" w:rsidR="2668B697" w:rsidRDefault="2668B697" w:rsidP="2668B697">
            <w:r w:rsidRPr="2668B697">
              <w:rPr>
                <w:rFonts w:ascii="Cambria" w:eastAsia="Cambria" w:hAnsi="Cambria" w:cs="Cambria"/>
              </w:rPr>
              <w:t>Primary Key (PK)</w:t>
            </w:r>
          </w:p>
        </w:tc>
        <w:tc>
          <w:tcPr>
            <w:tcW w:w="2160" w:type="dxa"/>
          </w:tcPr>
          <w:p w14:paraId="315F1330" w14:textId="5436D148" w:rsidR="2668B697" w:rsidRDefault="2668B697" w:rsidP="2668B697">
            <w:proofErr w:type="gramStart"/>
            <w:r w:rsidRPr="2668B697">
              <w:rPr>
                <w:rFonts w:ascii="Cambria" w:eastAsia="Cambria" w:hAnsi="Cambria" w:cs="Cambria"/>
              </w:rPr>
              <w:t>K)Other</w:t>
            </w:r>
            <w:proofErr w:type="gramEnd"/>
            <w:r w:rsidRPr="2668B697">
              <w:rPr>
                <w:rFonts w:ascii="Cambria" w:eastAsia="Cambria" w:hAnsi="Cambria" w:cs="Cambria"/>
              </w:rPr>
              <w:t xml:space="preserve"> Attributes</w:t>
            </w:r>
          </w:p>
        </w:tc>
        <w:tc>
          <w:tcPr>
            <w:tcW w:w="2160" w:type="dxa"/>
          </w:tcPr>
          <w:p w14:paraId="313557FE" w14:textId="03E94D69" w:rsidR="2668B697" w:rsidRDefault="2668B697" w:rsidP="2668B697">
            <w:r w:rsidRPr="2668B697">
              <w:rPr>
                <w:rFonts w:ascii="Cambria" w:eastAsia="Cambria" w:hAnsi="Cambria" w:cs="Cambria"/>
              </w:rPr>
              <w:t>Foreign Keys (FK)</w:t>
            </w:r>
          </w:p>
        </w:tc>
      </w:tr>
      <w:tr w:rsidR="2668B697" w14:paraId="560D404A" w14:textId="77777777" w:rsidTr="2668B697">
        <w:trPr>
          <w:trHeight w:val="300"/>
        </w:trPr>
        <w:tc>
          <w:tcPr>
            <w:tcW w:w="2160" w:type="dxa"/>
          </w:tcPr>
          <w:p w14:paraId="17FD5B49" w14:textId="05DF625E" w:rsidR="2668B697" w:rsidRDefault="2668B697" w:rsidP="2668B697">
            <w:r w:rsidRPr="2668B697">
              <w:rPr>
                <w:rFonts w:ascii="Cambria" w:eastAsia="Cambria" w:hAnsi="Cambria" w:cs="Cambria"/>
              </w:rPr>
              <w:t>User</w:t>
            </w:r>
          </w:p>
        </w:tc>
        <w:tc>
          <w:tcPr>
            <w:tcW w:w="2160" w:type="dxa"/>
          </w:tcPr>
          <w:p w14:paraId="3D518524" w14:textId="52C35968" w:rsidR="2668B697" w:rsidRDefault="2668B697" w:rsidP="2668B697">
            <w:pPr>
              <w:rPr>
                <w:rFonts w:ascii="Cambria" w:eastAsia="Cambria" w:hAnsi="Cambria" w:cs="Cambria"/>
              </w:rPr>
            </w:pPr>
            <w:r w:rsidRPr="2668B697">
              <w:rPr>
                <w:rFonts w:ascii="Consolas" w:eastAsia="Consolas" w:hAnsi="Consolas" w:cs="Consolas"/>
                <w:color w:val="000000" w:themeColor="text1"/>
                <w:sz w:val="24"/>
                <w:szCs w:val="24"/>
              </w:rPr>
              <w:t>user_id</w:t>
            </w:r>
          </w:p>
        </w:tc>
        <w:tc>
          <w:tcPr>
            <w:tcW w:w="2160" w:type="dxa"/>
          </w:tcPr>
          <w:p w14:paraId="17608212" w14:textId="2594AB33" w:rsidR="2668B697" w:rsidRDefault="2668B697" w:rsidP="2668B697">
            <w:r w:rsidRPr="2668B697">
              <w:rPr>
                <w:rFonts w:ascii="Cambria" w:eastAsia="Cambria" w:hAnsi="Cambria" w:cs="Cambria"/>
              </w:rPr>
              <w:t>first_name, last_name, email, password_hash, account_type, registration_date</w:t>
            </w:r>
          </w:p>
        </w:tc>
        <w:tc>
          <w:tcPr>
            <w:tcW w:w="2160" w:type="dxa"/>
          </w:tcPr>
          <w:p w14:paraId="655E4C15" w14:textId="338D49B4" w:rsidR="2668B697" w:rsidRDefault="2668B697" w:rsidP="2668B697"/>
        </w:tc>
      </w:tr>
      <w:tr w:rsidR="2668B697" w14:paraId="1D9A32DA" w14:textId="77777777" w:rsidTr="2668B697">
        <w:trPr>
          <w:trHeight w:val="300"/>
        </w:trPr>
        <w:tc>
          <w:tcPr>
            <w:tcW w:w="2160" w:type="dxa"/>
          </w:tcPr>
          <w:p w14:paraId="1FE66BFD" w14:textId="2BE98532" w:rsidR="2668B697" w:rsidRDefault="2668B697" w:rsidP="2668B697">
            <w:r w:rsidRPr="2668B697">
              <w:rPr>
                <w:rFonts w:ascii="Cambria" w:eastAsia="Cambria" w:hAnsi="Cambria" w:cs="Cambria"/>
              </w:rPr>
              <w:t>Author</w:t>
            </w:r>
          </w:p>
        </w:tc>
        <w:tc>
          <w:tcPr>
            <w:tcW w:w="2160" w:type="dxa"/>
          </w:tcPr>
          <w:p w14:paraId="5AC8D141" w14:textId="216DE43A" w:rsidR="2668B697" w:rsidRDefault="2668B697" w:rsidP="2668B697">
            <w:r w:rsidRPr="2668B697">
              <w:rPr>
                <w:rFonts w:ascii="Cambria" w:eastAsia="Cambria" w:hAnsi="Cambria" w:cs="Cambria"/>
              </w:rPr>
              <w:t>author_id</w:t>
            </w:r>
          </w:p>
        </w:tc>
        <w:tc>
          <w:tcPr>
            <w:tcW w:w="2160" w:type="dxa"/>
          </w:tcPr>
          <w:p w14:paraId="617D408A" w14:textId="36C0B4AD" w:rsidR="2668B697" w:rsidRDefault="2668B697" w:rsidP="2668B697">
            <w:r w:rsidRPr="2668B697">
              <w:rPr>
                <w:rFonts w:ascii="Cambria" w:eastAsia="Cambria" w:hAnsi="Cambria" w:cs="Cambria"/>
              </w:rPr>
              <w:t>full_name, birth_year, country, biography</w:t>
            </w:r>
          </w:p>
        </w:tc>
        <w:tc>
          <w:tcPr>
            <w:tcW w:w="2160" w:type="dxa"/>
          </w:tcPr>
          <w:p w14:paraId="03C2E1DA" w14:textId="338D49B4" w:rsidR="2668B697" w:rsidRDefault="2668B697" w:rsidP="2668B697"/>
        </w:tc>
      </w:tr>
      <w:tr w:rsidR="2668B697" w14:paraId="191B4DC9" w14:textId="77777777" w:rsidTr="2668B697">
        <w:trPr>
          <w:trHeight w:val="300"/>
        </w:trPr>
        <w:tc>
          <w:tcPr>
            <w:tcW w:w="2160" w:type="dxa"/>
          </w:tcPr>
          <w:p w14:paraId="475F87F0" w14:textId="0341614E" w:rsidR="2668B697" w:rsidRDefault="2668B697" w:rsidP="2668B697">
            <w:r w:rsidRPr="2668B697">
              <w:rPr>
                <w:rFonts w:ascii="Cambria" w:eastAsia="Cambria" w:hAnsi="Cambria" w:cs="Cambria"/>
              </w:rPr>
              <w:t>Book</w:t>
            </w:r>
          </w:p>
        </w:tc>
        <w:tc>
          <w:tcPr>
            <w:tcW w:w="2160" w:type="dxa"/>
          </w:tcPr>
          <w:p w14:paraId="1525146F" w14:textId="1A118718" w:rsidR="2668B697" w:rsidRDefault="2668B697" w:rsidP="2668B697">
            <w:pPr>
              <w:rPr>
                <w:rFonts w:ascii="Cambria" w:eastAsia="Cambria" w:hAnsi="Cambria" w:cs="Cambria"/>
              </w:rPr>
            </w:pPr>
            <w:r w:rsidRPr="2668B697">
              <w:rPr>
                <w:rFonts w:ascii="Consolas" w:eastAsia="Consolas" w:hAnsi="Consolas" w:cs="Consolas"/>
                <w:color w:val="000000" w:themeColor="text1"/>
                <w:sz w:val="24"/>
                <w:szCs w:val="24"/>
              </w:rPr>
              <w:t>isbn</w:t>
            </w:r>
          </w:p>
        </w:tc>
        <w:tc>
          <w:tcPr>
            <w:tcW w:w="2160" w:type="dxa"/>
          </w:tcPr>
          <w:p w14:paraId="4BF822DB" w14:textId="6D3CB5D9" w:rsidR="2668B697" w:rsidRDefault="2668B697" w:rsidP="2668B697">
            <w:r w:rsidRPr="2668B697">
              <w:rPr>
                <w:rFonts w:ascii="Cambria" w:eastAsia="Cambria" w:hAnsi="Cambria" w:cs="Cambria"/>
              </w:rPr>
              <w:t>title, publication_year, publisher, genre, total_copies, available_copies</w:t>
            </w:r>
          </w:p>
        </w:tc>
        <w:tc>
          <w:tcPr>
            <w:tcW w:w="2160" w:type="dxa"/>
          </w:tcPr>
          <w:p w14:paraId="323B3C8D" w14:textId="338D49B4" w:rsidR="2668B697" w:rsidRDefault="2668B697" w:rsidP="2668B697"/>
        </w:tc>
      </w:tr>
      <w:tr w:rsidR="2668B697" w14:paraId="2020E1DF" w14:textId="77777777" w:rsidTr="2668B697">
        <w:trPr>
          <w:trHeight w:val="300"/>
        </w:trPr>
        <w:tc>
          <w:tcPr>
            <w:tcW w:w="2160" w:type="dxa"/>
          </w:tcPr>
          <w:p w14:paraId="1E5C0042" w14:textId="07332FF7" w:rsidR="2668B697" w:rsidRDefault="2668B697" w:rsidP="2668B697">
            <w:r w:rsidRPr="2668B697">
              <w:rPr>
                <w:rFonts w:ascii="Cambria" w:eastAsia="Cambria" w:hAnsi="Cambria" w:cs="Cambria"/>
              </w:rPr>
              <w:t>Book_Author</w:t>
            </w:r>
          </w:p>
        </w:tc>
        <w:tc>
          <w:tcPr>
            <w:tcW w:w="2160" w:type="dxa"/>
          </w:tcPr>
          <w:p w14:paraId="1FFF525F" w14:textId="017BD530" w:rsidR="2668B697" w:rsidRDefault="2668B697" w:rsidP="2668B697">
            <w:pPr>
              <w:rPr>
                <w:rFonts w:ascii="Cambria" w:eastAsia="Cambria" w:hAnsi="Cambria" w:cs="Cambria"/>
              </w:rPr>
            </w:pPr>
            <w:r w:rsidRPr="2668B697">
              <w:rPr>
                <w:rFonts w:ascii="Consolas" w:eastAsia="Consolas" w:hAnsi="Consolas" w:cs="Consolas"/>
                <w:color w:val="000000" w:themeColor="text1"/>
                <w:sz w:val="24"/>
                <w:szCs w:val="24"/>
              </w:rPr>
              <w:t>book_author_id</w:t>
            </w:r>
          </w:p>
        </w:tc>
        <w:tc>
          <w:tcPr>
            <w:tcW w:w="2160" w:type="dxa"/>
          </w:tcPr>
          <w:p w14:paraId="0FBD267C" w14:textId="338D49B4" w:rsidR="2668B697" w:rsidRDefault="2668B697" w:rsidP="2668B697"/>
        </w:tc>
        <w:tc>
          <w:tcPr>
            <w:tcW w:w="2160" w:type="dxa"/>
          </w:tcPr>
          <w:p w14:paraId="35C1598A" w14:textId="0F78B9CA" w:rsidR="2668B697" w:rsidRDefault="2668B697" w:rsidP="2668B697">
            <w:r w:rsidRPr="2668B697">
              <w:rPr>
                <w:rFonts w:ascii="Consolas" w:eastAsia="Consolas" w:hAnsi="Consolas" w:cs="Consolas"/>
                <w:color w:val="000000" w:themeColor="text1"/>
                <w:sz w:val="24"/>
                <w:szCs w:val="24"/>
              </w:rPr>
              <w:t>isbn</w:t>
            </w:r>
            <w:r w:rsidRPr="2668B697">
              <w:rPr>
                <w:rFonts w:ascii="Cambria" w:eastAsia="Cambria" w:hAnsi="Cambria" w:cs="Cambria"/>
              </w:rPr>
              <w:t xml:space="preserve"> (FK → Book), </w:t>
            </w:r>
            <w:r w:rsidRPr="2668B697">
              <w:rPr>
                <w:rFonts w:ascii="Consolas" w:eastAsia="Consolas" w:hAnsi="Consolas" w:cs="Consolas"/>
                <w:color w:val="000000" w:themeColor="text1"/>
                <w:sz w:val="24"/>
                <w:szCs w:val="24"/>
              </w:rPr>
              <w:t>author_id</w:t>
            </w:r>
            <w:r w:rsidRPr="2668B697">
              <w:rPr>
                <w:rFonts w:ascii="Cambria" w:eastAsia="Cambria" w:hAnsi="Cambria" w:cs="Cambria"/>
              </w:rPr>
              <w:t xml:space="preserve"> (FK → Author)</w:t>
            </w:r>
          </w:p>
        </w:tc>
      </w:tr>
      <w:tr w:rsidR="2668B697" w14:paraId="291A831D" w14:textId="77777777" w:rsidTr="2668B697">
        <w:trPr>
          <w:trHeight w:val="300"/>
        </w:trPr>
        <w:tc>
          <w:tcPr>
            <w:tcW w:w="2160" w:type="dxa"/>
          </w:tcPr>
          <w:p w14:paraId="3156A304" w14:textId="1E029A6B" w:rsidR="2668B697" w:rsidRDefault="2668B697" w:rsidP="2668B697">
            <w:r w:rsidRPr="2668B697">
              <w:rPr>
                <w:rFonts w:ascii="Cambria" w:eastAsia="Cambria" w:hAnsi="Cambria" w:cs="Cambria"/>
              </w:rPr>
              <w:t>Borrowing</w:t>
            </w:r>
          </w:p>
        </w:tc>
        <w:tc>
          <w:tcPr>
            <w:tcW w:w="2160" w:type="dxa"/>
          </w:tcPr>
          <w:p w14:paraId="68CF53B0" w14:textId="3A0B2387" w:rsidR="2668B697" w:rsidRDefault="2668B697" w:rsidP="2668B697">
            <w:r w:rsidRPr="2668B697">
              <w:rPr>
                <w:rFonts w:ascii="Cambria" w:eastAsia="Cambria" w:hAnsi="Cambria" w:cs="Cambria"/>
              </w:rPr>
              <w:t>borrow_id</w:t>
            </w:r>
          </w:p>
        </w:tc>
        <w:tc>
          <w:tcPr>
            <w:tcW w:w="2160" w:type="dxa"/>
          </w:tcPr>
          <w:p w14:paraId="11EB19E8" w14:textId="02D75738" w:rsidR="2668B697" w:rsidRDefault="2668B697" w:rsidP="2668B697">
            <w:r w:rsidRPr="2668B697">
              <w:rPr>
                <w:rFonts w:ascii="Cambria" w:eastAsia="Cambria" w:hAnsi="Cambria" w:cs="Cambria"/>
              </w:rPr>
              <w:t>borrow_date, due_date, return_date, status</w:t>
            </w:r>
          </w:p>
        </w:tc>
        <w:tc>
          <w:tcPr>
            <w:tcW w:w="2160" w:type="dxa"/>
          </w:tcPr>
          <w:p w14:paraId="566DC82B" w14:textId="4F2CE566" w:rsidR="2668B697" w:rsidRDefault="2668B697" w:rsidP="2668B697">
            <w:r w:rsidRPr="2668B697">
              <w:rPr>
                <w:rFonts w:ascii="Consolas" w:eastAsia="Consolas" w:hAnsi="Consolas" w:cs="Consolas"/>
                <w:color w:val="000000" w:themeColor="text1"/>
                <w:sz w:val="24"/>
                <w:szCs w:val="24"/>
              </w:rPr>
              <w:t>user_id</w:t>
            </w:r>
            <w:r w:rsidRPr="2668B697">
              <w:rPr>
                <w:rFonts w:ascii="Cambria" w:eastAsia="Cambria" w:hAnsi="Cambria" w:cs="Cambria"/>
              </w:rPr>
              <w:t xml:space="preserve"> (FK → User), </w:t>
            </w:r>
            <w:r w:rsidRPr="2668B697">
              <w:rPr>
                <w:rFonts w:ascii="Consolas" w:eastAsia="Consolas" w:hAnsi="Consolas" w:cs="Consolas"/>
                <w:color w:val="000000" w:themeColor="text1"/>
                <w:sz w:val="24"/>
                <w:szCs w:val="24"/>
              </w:rPr>
              <w:t>isbn</w:t>
            </w:r>
            <w:r w:rsidRPr="2668B697">
              <w:rPr>
                <w:rFonts w:ascii="Cambria" w:eastAsia="Cambria" w:hAnsi="Cambria" w:cs="Cambria"/>
              </w:rPr>
              <w:t xml:space="preserve"> (FK → Book)</w:t>
            </w:r>
          </w:p>
        </w:tc>
      </w:tr>
      <w:tr w:rsidR="2668B697" w14:paraId="6070A70C" w14:textId="77777777" w:rsidTr="2668B697">
        <w:trPr>
          <w:trHeight w:val="300"/>
        </w:trPr>
        <w:tc>
          <w:tcPr>
            <w:tcW w:w="2160" w:type="dxa"/>
          </w:tcPr>
          <w:p w14:paraId="04FF4703" w14:textId="630CF8F0" w:rsidR="2668B697" w:rsidRDefault="2668B697" w:rsidP="2668B697">
            <w:r w:rsidRPr="2668B697">
              <w:rPr>
                <w:rFonts w:ascii="Cambria" w:eastAsia="Cambria" w:hAnsi="Cambria" w:cs="Cambria"/>
              </w:rPr>
              <w:t>Reservation</w:t>
            </w:r>
          </w:p>
        </w:tc>
        <w:tc>
          <w:tcPr>
            <w:tcW w:w="2160" w:type="dxa"/>
          </w:tcPr>
          <w:p w14:paraId="66F0D6F8" w14:textId="4774F4A8" w:rsidR="2668B697" w:rsidRDefault="2668B697" w:rsidP="2668B697">
            <w:r w:rsidRPr="2668B697">
              <w:rPr>
                <w:rFonts w:ascii="Cambria" w:eastAsia="Cambria" w:hAnsi="Cambria" w:cs="Cambria"/>
              </w:rPr>
              <w:t>reservation_id</w:t>
            </w:r>
          </w:p>
        </w:tc>
        <w:tc>
          <w:tcPr>
            <w:tcW w:w="2160" w:type="dxa"/>
          </w:tcPr>
          <w:p w14:paraId="3F1D3D8F" w14:textId="40A965F4" w:rsidR="2668B697" w:rsidRDefault="2668B697" w:rsidP="2668B697">
            <w:r w:rsidRPr="2668B697">
              <w:rPr>
                <w:rFonts w:ascii="Cambria" w:eastAsia="Cambria" w:hAnsi="Cambria" w:cs="Cambria"/>
              </w:rPr>
              <w:t>request_date, expiry_date, reservation_status</w:t>
            </w:r>
          </w:p>
        </w:tc>
        <w:tc>
          <w:tcPr>
            <w:tcW w:w="2160" w:type="dxa"/>
          </w:tcPr>
          <w:p w14:paraId="7FFB55C9" w14:textId="1444D1AA" w:rsidR="2668B697" w:rsidRDefault="2668B697" w:rsidP="2668B697">
            <w:r w:rsidRPr="2668B697">
              <w:rPr>
                <w:rFonts w:ascii="Consolas" w:eastAsia="Consolas" w:hAnsi="Consolas" w:cs="Consolas"/>
                <w:color w:val="000000" w:themeColor="text1"/>
                <w:sz w:val="24"/>
                <w:szCs w:val="24"/>
              </w:rPr>
              <w:t>user_id</w:t>
            </w:r>
            <w:r w:rsidRPr="2668B697">
              <w:rPr>
                <w:rFonts w:ascii="Cambria" w:eastAsia="Cambria" w:hAnsi="Cambria" w:cs="Cambria"/>
              </w:rPr>
              <w:t xml:space="preserve"> (FK → User), </w:t>
            </w:r>
            <w:r w:rsidRPr="2668B697">
              <w:rPr>
                <w:rFonts w:ascii="Consolas" w:eastAsia="Consolas" w:hAnsi="Consolas" w:cs="Consolas"/>
                <w:color w:val="000000" w:themeColor="text1"/>
                <w:sz w:val="24"/>
                <w:szCs w:val="24"/>
              </w:rPr>
              <w:t>isbn</w:t>
            </w:r>
            <w:r w:rsidRPr="2668B697">
              <w:rPr>
                <w:rFonts w:ascii="Cambria" w:eastAsia="Cambria" w:hAnsi="Cambria" w:cs="Cambria"/>
              </w:rPr>
              <w:t xml:space="preserve"> (FK → Book)</w:t>
            </w:r>
          </w:p>
          <w:p w14:paraId="37373891" w14:textId="78B32190" w:rsidR="2668B697" w:rsidRDefault="2668B697" w:rsidP="2668B697">
            <w:pPr>
              <w:rPr>
                <w:rFonts w:ascii="Cambria" w:eastAsia="Cambria" w:hAnsi="Cambria" w:cs="Cambria"/>
              </w:rPr>
            </w:pPr>
          </w:p>
        </w:tc>
      </w:tr>
    </w:tbl>
    <w:p w14:paraId="1C159D94" w14:textId="28047AA1" w:rsidR="006718C3" w:rsidRDefault="006718C3"/>
    <w:p w14:paraId="22EF3686" w14:textId="3432FD15" w:rsidR="006718C3" w:rsidRDefault="00DF2321">
      <w:r>
        <w:br/>
        <w:t>- Field names and data types</w:t>
      </w:r>
    </w:p>
    <w:p w14:paraId="1B7BA3A4" w14:textId="0EC97AB1" w:rsidR="006718C3" w:rsidRDefault="006718C3" w:rsidP="2668B697"/>
    <w:tbl>
      <w:tblPr>
        <w:tblStyle w:val="TableGrid"/>
        <w:tblW w:w="0" w:type="auto"/>
        <w:tblLook w:val="06A0" w:firstRow="1" w:lastRow="0" w:firstColumn="1" w:lastColumn="0" w:noHBand="1" w:noVBand="1"/>
      </w:tblPr>
      <w:tblGrid>
        <w:gridCol w:w="2156"/>
        <w:gridCol w:w="2158"/>
        <w:gridCol w:w="2159"/>
        <w:gridCol w:w="2157"/>
      </w:tblGrid>
      <w:tr w:rsidR="2668B697" w14:paraId="6B87A6FF" w14:textId="77777777" w:rsidTr="2668B697">
        <w:trPr>
          <w:trHeight w:val="300"/>
        </w:trPr>
        <w:tc>
          <w:tcPr>
            <w:tcW w:w="2160" w:type="dxa"/>
          </w:tcPr>
          <w:p w14:paraId="3793FE9C" w14:textId="5BCFF2A4" w:rsidR="2668B697" w:rsidRDefault="2668B697" w:rsidP="2668B697">
            <w:r w:rsidRPr="2668B697">
              <w:rPr>
                <w:rFonts w:ascii="Cambria" w:eastAsia="Cambria" w:hAnsi="Cambria" w:cs="Cambria"/>
              </w:rPr>
              <w:t>Left Entity</w:t>
            </w:r>
          </w:p>
        </w:tc>
        <w:tc>
          <w:tcPr>
            <w:tcW w:w="2160" w:type="dxa"/>
          </w:tcPr>
          <w:p w14:paraId="169C62CB" w14:textId="10FE0A76" w:rsidR="2668B697" w:rsidRDefault="2668B697" w:rsidP="2668B697">
            <w:r w:rsidRPr="2668B697">
              <w:rPr>
                <w:rFonts w:ascii="Cambria" w:eastAsia="Cambria" w:hAnsi="Cambria" w:cs="Cambria"/>
              </w:rPr>
              <w:t>Relationship</w:t>
            </w:r>
          </w:p>
        </w:tc>
        <w:tc>
          <w:tcPr>
            <w:tcW w:w="2160" w:type="dxa"/>
          </w:tcPr>
          <w:p w14:paraId="107C74B9" w14:textId="54FB1FD2" w:rsidR="2668B697" w:rsidRDefault="2668B697" w:rsidP="2668B697">
            <w:r w:rsidRPr="2668B697">
              <w:rPr>
                <w:rFonts w:ascii="Cambria" w:eastAsia="Cambria" w:hAnsi="Cambria" w:cs="Cambria"/>
              </w:rPr>
              <w:t>Right Entity</w:t>
            </w:r>
          </w:p>
        </w:tc>
        <w:tc>
          <w:tcPr>
            <w:tcW w:w="2160" w:type="dxa"/>
          </w:tcPr>
          <w:p w14:paraId="6218A330" w14:textId="1B9E9103" w:rsidR="2668B697" w:rsidRDefault="2668B697" w:rsidP="2668B697">
            <w:r w:rsidRPr="2668B697">
              <w:rPr>
                <w:rFonts w:ascii="Cambria" w:eastAsia="Cambria" w:hAnsi="Cambria" w:cs="Cambria"/>
              </w:rPr>
              <w:t>Cardinality (Left → Right)</w:t>
            </w:r>
          </w:p>
        </w:tc>
      </w:tr>
      <w:tr w:rsidR="2668B697" w14:paraId="33095AFA" w14:textId="77777777" w:rsidTr="2668B697">
        <w:trPr>
          <w:trHeight w:val="300"/>
        </w:trPr>
        <w:tc>
          <w:tcPr>
            <w:tcW w:w="2160" w:type="dxa"/>
          </w:tcPr>
          <w:p w14:paraId="77EED8FD" w14:textId="3F3A1C7A" w:rsidR="2668B697" w:rsidRDefault="2668B697" w:rsidP="2668B697">
            <w:r w:rsidRPr="2668B697">
              <w:rPr>
                <w:rFonts w:ascii="Cambria" w:eastAsia="Cambria" w:hAnsi="Cambria" w:cs="Cambria"/>
              </w:rPr>
              <w:t>User</w:t>
            </w:r>
          </w:p>
        </w:tc>
        <w:tc>
          <w:tcPr>
            <w:tcW w:w="2160" w:type="dxa"/>
          </w:tcPr>
          <w:p w14:paraId="673BC555" w14:textId="34E548AE" w:rsidR="2668B697" w:rsidRDefault="2668B697" w:rsidP="2668B697">
            <w:r w:rsidRPr="2668B697">
              <w:rPr>
                <w:rFonts w:ascii="Cambria" w:eastAsia="Cambria" w:hAnsi="Cambria" w:cs="Cambria"/>
              </w:rPr>
              <w:t>places / has</w:t>
            </w:r>
          </w:p>
        </w:tc>
        <w:tc>
          <w:tcPr>
            <w:tcW w:w="2160" w:type="dxa"/>
          </w:tcPr>
          <w:p w14:paraId="158238A4" w14:textId="546A3B98" w:rsidR="2668B697" w:rsidRDefault="2668B697" w:rsidP="2668B697">
            <w:r w:rsidRPr="2668B697">
              <w:rPr>
                <w:rFonts w:ascii="Cambria" w:eastAsia="Cambria" w:hAnsi="Cambria" w:cs="Cambria"/>
              </w:rPr>
              <w:t>Borrowing</w:t>
            </w:r>
          </w:p>
        </w:tc>
        <w:tc>
          <w:tcPr>
            <w:tcW w:w="2160" w:type="dxa"/>
          </w:tcPr>
          <w:p w14:paraId="020309FB" w14:textId="0600CF8A" w:rsidR="2668B697" w:rsidRDefault="2668B697"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1EC9A143" w14:textId="77777777" w:rsidTr="2668B697">
        <w:trPr>
          <w:trHeight w:val="300"/>
        </w:trPr>
        <w:tc>
          <w:tcPr>
            <w:tcW w:w="2160" w:type="dxa"/>
          </w:tcPr>
          <w:p w14:paraId="7719DDA1" w14:textId="544078BD" w:rsidR="2668B697" w:rsidRDefault="2668B697" w:rsidP="2668B697">
            <w:r w:rsidRPr="2668B697">
              <w:rPr>
                <w:rFonts w:ascii="Cambria" w:eastAsia="Cambria" w:hAnsi="Cambria" w:cs="Cambria"/>
              </w:rPr>
              <w:t>User</w:t>
            </w:r>
          </w:p>
        </w:tc>
        <w:tc>
          <w:tcPr>
            <w:tcW w:w="2160" w:type="dxa"/>
          </w:tcPr>
          <w:p w14:paraId="224678DC" w14:textId="527326DA" w:rsidR="2668B697" w:rsidRDefault="2668B697" w:rsidP="2668B697">
            <w:r w:rsidRPr="2668B697">
              <w:rPr>
                <w:rFonts w:ascii="Cambria" w:eastAsia="Cambria" w:hAnsi="Cambria" w:cs="Cambria"/>
              </w:rPr>
              <w:t>creates / holds</w:t>
            </w:r>
          </w:p>
        </w:tc>
        <w:tc>
          <w:tcPr>
            <w:tcW w:w="2160" w:type="dxa"/>
          </w:tcPr>
          <w:p w14:paraId="4D529999" w14:textId="6F958963" w:rsidR="2668B697" w:rsidRDefault="2668B697" w:rsidP="2668B697">
            <w:r w:rsidRPr="2668B697">
              <w:rPr>
                <w:rFonts w:ascii="Cambria" w:eastAsia="Cambria" w:hAnsi="Cambria" w:cs="Cambria"/>
              </w:rPr>
              <w:t>Reservation</w:t>
            </w:r>
          </w:p>
        </w:tc>
        <w:tc>
          <w:tcPr>
            <w:tcW w:w="2160" w:type="dxa"/>
          </w:tcPr>
          <w:p w14:paraId="661EF614" w14:textId="2DF9408E" w:rsidR="2668B697" w:rsidRDefault="2668B697"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5222E2F4" w14:textId="77777777" w:rsidTr="2668B697">
        <w:trPr>
          <w:trHeight w:val="300"/>
        </w:trPr>
        <w:tc>
          <w:tcPr>
            <w:tcW w:w="2160" w:type="dxa"/>
          </w:tcPr>
          <w:p w14:paraId="7DECCE69" w14:textId="003F36F9" w:rsidR="2668B697" w:rsidRDefault="2668B697" w:rsidP="2668B697">
            <w:r w:rsidRPr="2668B697">
              <w:rPr>
                <w:rFonts w:ascii="Cambria" w:eastAsia="Cambria" w:hAnsi="Cambria" w:cs="Cambria"/>
              </w:rPr>
              <w:t>Book</w:t>
            </w:r>
          </w:p>
        </w:tc>
        <w:tc>
          <w:tcPr>
            <w:tcW w:w="2160" w:type="dxa"/>
          </w:tcPr>
          <w:p w14:paraId="7EE1713B" w14:textId="2AE1FF9B" w:rsidR="2668B697" w:rsidRDefault="2668B697" w:rsidP="2668B697">
            <w:r w:rsidRPr="2668B697">
              <w:rPr>
                <w:rFonts w:ascii="Cambria" w:eastAsia="Cambria" w:hAnsi="Cambria" w:cs="Cambria"/>
              </w:rPr>
              <w:t>appears in / included in</w:t>
            </w:r>
          </w:p>
        </w:tc>
        <w:tc>
          <w:tcPr>
            <w:tcW w:w="2160" w:type="dxa"/>
          </w:tcPr>
          <w:p w14:paraId="45BFAD82" w14:textId="386762DE" w:rsidR="2668B697" w:rsidRDefault="2668B697" w:rsidP="2668B697">
            <w:pPr>
              <w:rPr>
                <w:rFonts w:ascii="Cambria" w:eastAsia="Cambria" w:hAnsi="Cambria" w:cs="Cambria"/>
              </w:rPr>
            </w:pPr>
            <w:r w:rsidRPr="2668B697">
              <w:rPr>
                <w:rFonts w:ascii="Consolas" w:eastAsia="Consolas" w:hAnsi="Consolas" w:cs="Consolas"/>
                <w:color w:val="000000" w:themeColor="text1"/>
                <w:sz w:val="24"/>
                <w:szCs w:val="24"/>
              </w:rPr>
              <w:t>Borrowing</w:t>
            </w:r>
          </w:p>
        </w:tc>
        <w:tc>
          <w:tcPr>
            <w:tcW w:w="2160" w:type="dxa"/>
          </w:tcPr>
          <w:p w14:paraId="77FC646F" w14:textId="7B50B83A" w:rsidR="2668B697" w:rsidRDefault="2668B697"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6BBD3DE9" w14:textId="77777777" w:rsidTr="2668B697">
        <w:trPr>
          <w:trHeight w:val="300"/>
        </w:trPr>
        <w:tc>
          <w:tcPr>
            <w:tcW w:w="2160" w:type="dxa"/>
          </w:tcPr>
          <w:p w14:paraId="6BCC93B4" w14:textId="6B62534B" w:rsidR="2668B697" w:rsidRDefault="2668B697" w:rsidP="2668B697">
            <w:r w:rsidRPr="2668B697">
              <w:rPr>
                <w:rFonts w:ascii="Cambria" w:eastAsia="Cambria" w:hAnsi="Cambria" w:cs="Cambria"/>
              </w:rPr>
              <w:t>Book</w:t>
            </w:r>
          </w:p>
        </w:tc>
        <w:tc>
          <w:tcPr>
            <w:tcW w:w="2160" w:type="dxa"/>
          </w:tcPr>
          <w:p w14:paraId="0DBA0706" w14:textId="6B250D04" w:rsidR="2668B697" w:rsidRDefault="2668B697" w:rsidP="2668B697">
            <w:r w:rsidRPr="2668B697">
              <w:rPr>
                <w:rFonts w:ascii="Cambria" w:eastAsia="Cambria" w:hAnsi="Cambria" w:cs="Cambria"/>
              </w:rPr>
              <w:t>is subject of / reserved in</w:t>
            </w:r>
          </w:p>
        </w:tc>
        <w:tc>
          <w:tcPr>
            <w:tcW w:w="2160" w:type="dxa"/>
          </w:tcPr>
          <w:p w14:paraId="1CA37B9C" w14:textId="7FF869B2" w:rsidR="2668B697" w:rsidRDefault="2668B697" w:rsidP="2668B697">
            <w:pPr>
              <w:rPr>
                <w:rFonts w:ascii="Cambria" w:eastAsia="Cambria" w:hAnsi="Cambria" w:cs="Cambria"/>
              </w:rPr>
            </w:pPr>
            <w:r w:rsidRPr="2668B697">
              <w:rPr>
                <w:rFonts w:ascii="Consolas" w:eastAsia="Consolas" w:hAnsi="Consolas" w:cs="Consolas"/>
                <w:color w:val="000000" w:themeColor="text1"/>
                <w:sz w:val="24"/>
                <w:szCs w:val="24"/>
              </w:rPr>
              <w:t>Reservation</w:t>
            </w:r>
          </w:p>
        </w:tc>
        <w:tc>
          <w:tcPr>
            <w:tcW w:w="2160" w:type="dxa"/>
          </w:tcPr>
          <w:p w14:paraId="587D78D7" w14:textId="4CD95387" w:rsidR="2668B697" w:rsidRDefault="2668B697"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6ADFB9B1" w14:textId="77777777" w:rsidTr="2668B697">
        <w:trPr>
          <w:trHeight w:val="300"/>
        </w:trPr>
        <w:tc>
          <w:tcPr>
            <w:tcW w:w="2160" w:type="dxa"/>
          </w:tcPr>
          <w:p w14:paraId="65DBCB0F" w14:textId="74ACB7DC" w:rsidR="2668B697" w:rsidRDefault="2668B697" w:rsidP="2668B697">
            <w:r w:rsidRPr="2668B697">
              <w:rPr>
                <w:rFonts w:ascii="Cambria" w:eastAsia="Cambria" w:hAnsi="Cambria" w:cs="Cambria"/>
              </w:rPr>
              <w:t>Book</w:t>
            </w:r>
          </w:p>
        </w:tc>
        <w:tc>
          <w:tcPr>
            <w:tcW w:w="2160" w:type="dxa"/>
          </w:tcPr>
          <w:p w14:paraId="42FCB66A" w14:textId="72301889" w:rsidR="2668B697" w:rsidRDefault="2668B697" w:rsidP="2668B697">
            <w:r w:rsidRPr="2668B697">
              <w:rPr>
                <w:rFonts w:ascii="Cambria" w:eastAsia="Cambria" w:hAnsi="Cambria" w:cs="Cambria"/>
              </w:rPr>
              <w:t>written by / authors</w:t>
            </w:r>
          </w:p>
        </w:tc>
        <w:tc>
          <w:tcPr>
            <w:tcW w:w="2160" w:type="dxa"/>
          </w:tcPr>
          <w:p w14:paraId="58B810FC" w14:textId="51FA186E" w:rsidR="2668B697" w:rsidRDefault="2668B697" w:rsidP="2668B697">
            <w:r w:rsidRPr="2668B697">
              <w:rPr>
                <w:rFonts w:ascii="Cambria" w:eastAsia="Cambria" w:hAnsi="Cambria" w:cs="Cambria"/>
              </w:rPr>
              <w:t>Author</w:t>
            </w:r>
          </w:p>
        </w:tc>
        <w:tc>
          <w:tcPr>
            <w:tcW w:w="2160" w:type="dxa"/>
          </w:tcPr>
          <w:p w14:paraId="1F062905" w14:textId="24910830" w:rsidR="2668B697" w:rsidRDefault="2668B697" w:rsidP="2668B697">
            <w:r w:rsidRPr="2668B697">
              <w:rPr>
                <w:rFonts w:ascii="Cambria" w:eastAsia="Cambria" w:hAnsi="Cambria" w:cs="Cambria"/>
              </w:rPr>
              <w:t>(</w:t>
            </w:r>
            <w:proofErr w:type="gramStart"/>
            <w:r w:rsidRPr="2668B697">
              <w:rPr>
                <w:rFonts w:ascii="Cambria" w:eastAsia="Cambria" w:hAnsi="Cambria" w:cs="Cambria"/>
              </w:rPr>
              <w:t>0,N</w:t>
            </w:r>
            <w:proofErr w:type="gramEnd"/>
            <w:r w:rsidRPr="2668B697">
              <w:rPr>
                <w:rFonts w:ascii="Cambria" w:eastAsia="Cambria" w:hAnsi="Cambria" w:cs="Cambria"/>
              </w:rPr>
              <w:t>) ↔ (1,N)</w:t>
            </w:r>
          </w:p>
        </w:tc>
      </w:tr>
    </w:tbl>
    <w:p w14:paraId="2C500A51" w14:textId="22C25C5E" w:rsidR="006718C3" w:rsidRDefault="00DF2321" w:rsidP="2668B697">
      <w:r>
        <w:br/>
      </w:r>
    </w:p>
    <w:p w14:paraId="61B624A9" w14:textId="486B53FF" w:rsidR="006718C3" w:rsidRDefault="006718C3"/>
    <w:p w14:paraId="2892BC4D" w14:textId="230B9CDE" w:rsidR="006718C3" w:rsidRDefault="006718C3"/>
    <w:p w14:paraId="298C39F5" w14:textId="126FCE60" w:rsidR="006718C3" w:rsidRDefault="00DF2321">
      <w:r>
        <w:br/>
        <w:t>- Relationships and constraints</w:t>
      </w:r>
    </w:p>
    <w:tbl>
      <w:tblPr>
        <w:tblStyle w:val="TableGrid"/>
        <w:tblW w:w="0" w:type="auto"/>
        <w:tblLook w:val="06A0" w:firstRow="1" w:lastRow="0" w:firstColumn="1" w:lastColumn="0" w:noHBand="1" w:noVBand="1"/>
      </w:tblPr>
      <w:tblGrid>
        <w:gridCol w:w="2156"/>
        <w:gridCol w:w="2158"/>
        <w:gridCol w:w="2158"/>
        <w:gridCol w:w="2158"/>
      </w:tblGrid>
      <w:tr w:rsidR="2668B697" w14:paraId="29BCB5F3" w14:textId="77777777" w:rsidTr="2668B697">
        <w:trPr>
          <w:trHeight w:val="300"/>
        </w:trPr>
        <w:tc>
          <w:tcPr>
            <w:tcW w:w="2160" w:type="dxa"/>
          </w:tcPr>
          <w:p w14:paraId="0AB261B5" w14:textId="5AEBAAE2" w:rsidR="4BF70C71" w:rsidRDefault="4BF70C71" w:rsidP="2668B697">
            <w:r w:rsidRPr="2668B697">
              <w:rPr>
                <w:rFonts w:ascii="Cambria" w:eastAsia="Cambria" w:hAnsi="Cambria" w:cs="Cambria"/>
              </w:rPr>
              <w:t>Left Entity</w:t>
            </w:r>
          </w:p>
        </w:tc>
        <w:tc>
          <w:tcPr>
            <w:tcW w:w="2160" w:type="dxa"/>
          </w:tcPr>
          <w:p w14:paraId="1FD79CC5" w14:textId="2375736B" w:rsidR="4BF70C71" w:rsidRDefault="4BF70C71" w:rsidP="2668B697">
            <w:r w:rsidRPr="2668B697">
              <w:rPr>
                <w:rFonts w:ascii="Cambria" w:eastAsia="Cambria" w:hAnsi="Cambria" w:cs="Cambria"/>
              </w:rPr>
              <w:t>Relationship</w:t>
            </w:r>
          </w:p>
        </w:tc>
        <w:tc>
          <w:tcPr>
            <w:tcW w:w="2160" w:type="dxa"/>
          </w:tcPr>
          <w:p w14:paraId="4EF1C3C5" w14:textId="68E8F1BA" w:rsidR="4BF70C71" w:rsidRDefault="4BF70C71" w:rsidP="2668B697">
            <w:r w:rsidRPr="2668B697">
              <w:rPr>
                <w:rFonts w:ascii="Cambria" w:eastAsia="Cambria" w:hAnsi="Cambria" w:cs="Cambria"/>
              </w:rPr>
              <w:t>Right Entity</w:t>
            </w:r>
          </w:p>
        </w:tc>
        <w:tc>
          <w:tcPr>
            <w:tcW w:w="2160" w:type="dxa"/>
          </w:tcPr>
          <w:p w14:paraId="7395AD56" w14:textId="228F1798" w:rsidR="4BF70C71" w:rsidRDefault="4BF70C71" w:rsidP="2668B697">
            <w:r w:rsidRPr="2668B697">
              <w:rPr>
                <w:rFonts w:ascii="Cambria" w:eastAsia="Cambria" w:hAnsi="Cambria" w:cs="Cambria"/>
              </w:rPr>
              <w:t>Cardinality (Left → Right)</w:t>
            </w:r>
          </w:p>
        </w:tc>
      </w:tr>
      <w:tr w:rsidR="2668B697" w14:paraId="1FAC8EDC" w14:textId="77777777" w:rsidTr="2668B697">
        <w:trPr>
          <w:trHeight w:val="300"/>
        </w:trPr>
        <w:tc>
          <w:tcPr>
            <w:tcW w:w="2160" w:type="dxa"/>
          </w:tcPr>
          <w:p w14:paraId="07379387" w14:textId="14CB954E" w:rsidR="4BF70C71" w:rsidRDefault="4BF70C71" w:rsidP="2668B697">
            <w:r w:rsidRPr="2668B697">
              <w:rPr>
                <w:rFonts w:ascii="Cambria" w:eastAsia="Cambria" w:hAnsi="Cambria" w:cs="Cambria"/>
              </w:rPr>
              <w:t>User</w:t>
            </w:r>
          </w:p>
        </w:tc>
        <w:tc>
          <w:tcPr>
            <w:tcW w:w="2160" w:type="dxa"/>
          </w:tcPr>
          <w:p w14:paraId="76AC9E7F" w14:textId="2ACEAB62" w:rsidR="4BF70C71" w:rsidRDefault="4BF70C71" w:rsidP="2668B697">
            <w:r w:rsidRPr="2668B697">
              <w:rPr>
                <w:rFonts w:ascii="Cambria" w:eastAsia="Cambria" w:hAnsi="Cambria" w:cs="Cambria"/>
              </w:rPr>
              <w:t>places / has</w:t>
            </w:r>
          </w:p>
        </w:tc>
        <w:tc>
          <w:tcPr>
            <w:tcW w:w="2160" w:type="dxa"/>
          </w:tcPr>
          <w:p w14:paraId="2A732D88" w14:textId="0E95BA34" w:rsidR="4BF70C71" w:rsidRDefault="4BF70C71" w:rsidP="2668B697">
            <w:r w:rsidRPr="2668B697">
              <w:rPr>
                <w:rFonts w:ascii="Cambria" w:eastAsia="Cambria" w:hAnsi="Cambria" w:cs="Cambria"/>
              </w:rPr>
              <w:t>written by / authors</w:t>
            </w:r>
          </w:p>
        </w:tc>
        <w:tc>
          <w:tcPr>
            <w:tcW w:w="2160" w:type="dxa"/>
          </w:tcPr>
          <w:p w14:paraId="734834DB" w14:textId="2CEB4B17" w:rsidR="4BF70C71" w:rsidRDefault="4BF70C71"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7B75F8D8" w14:textId="77777777" w:rsidTr="2668B697">
        <w:trPr>
          <w:trHeight w:val="300"/>
        </w:trPr>
        <w:tc>
          <w:tcPr>
            <w:tcW w:w="2160" w:type="dxa"/>
          </w:tcPr>
          <w:p w14:paraId="0CDC4D97" w14:textId="71E21D5E" w:rsidR="4BF70C71" w:rsidRDefault="4BF70C71" w:rsidP="2668B697">
            <w:r w:rsidRPr="2668B697">
              <w:rPr>
                <w:rFonts w:ascii="Cambria" w:eastAsia="Cambria" w:hAnsi="Cambria" w:cs="Cambria"/>
              </w:rPr>
              <w:t>User</w:t>
            </w:r>
          </w:p>
        </w:tc>
        <w:tc>
          <w:tcPr>
            <w:tcW w:w="2160" w:type="dxa"/>
          </w:tcPr>
          <w:p w14:paraId="0A149DBC" w14:textId="1425C7BA" w:rsidR="4BF70C71" w:rsidRDefault="4BF70C71" w:rsidP="2668B697">
            <w:r w:rsidRPr="2668B697">
              <w:rPr>
                <w:rFonts w:ascii="Cambria" w:eastAsia="Cambria" w:hAnsi="Cambria" w:cs="Cambria"/>
              </w:rPr>
              <w:t>creates / holds</w:t>
            </w:r>
          </w:p>
        </w:tc>
        <w:tc>
          <w:tcPr>
            <w:tcW w:w="2160" w:type="dxa"/>
          </w:tcPr>
          <w:p w14:paraId="21B711AD" w14:textId="1983621C" w:rsidR="4BF70C71" w:rsidRDefault="4BF70C71" w:rsidP="2668B697">
            <w:r w:rsidRPr="2668B697">
              <w:rPr>
                <w:rFonts w:ascii="Cambria" w:eastAsia="Cambria" w:hAnsi="Cambria" w:cs="Cambria"/>
              </w:rPr>
              <w:t>Reservation</w:t>
            </w:r>
          </w:p>
        </w:tc>
        <w:tc>
          <w:tcPr>
            <w:tcW w:w="2160" w:type="dxa"/>
          </w:tcPr>
          <w:p w14:paraId="7F35CC14" w14:textId="24EEFB58" w:rsidR="4BF70C71" w:rsidRDefault="4BF70C71"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769964B4" w14:textId="77777777" w:rsidTr="2668B697">
        <w:trPr>
          <w:trHeight w:val="300"/>
        </w:trPr>
        <w:tc>
          <w:tcPr>
            <w:tcW w:w="2160" w:type="dxa"/>
          </w:tcPr>
          <w:p w14:paraId="12FF1D61" w14:textId="7F3EEE8B" w:rsidR="4BF70C71" w:rsidRDefault="4BF70C71" w:rsidP="2668B697">
            <w:r w:rsidRPr="2668B697">
              <w:rPr>
                <w:rFonts w:ascii="Cambria" w:eastAsia="Cambria" w:hAnsi="Cambria" w:cs="Cambria"/>
              </w:rPr>
              <w:t>Book</w:t>
            </w:r>
          </w:p>
        </w:tc>
        <w:tc>
          <w:tcPr>
            <w:tcW w:w="2160" w:type="dxa"/>
          </w:tcPr>
          <w:p w14:paraId="0D7E479A" w14:textId="472C8B6C" w:rsidR="4BF70C71" w:rsidRDefault="4BF70C71" w:rsidP="2668B697">
            <w:r w:rsidRPr="2668B697">
              <w:rPr>
                <w:rFonts w:ascii="Cambria" w:eastAsia="Cambria" w:hAnsi="Cambria" w:cs="Cambria"/>
              </w:rPr>
              <w:t>appears in / included in</w:t>
            </w:r>
          </w:p>
        </w:tc>
        <w:tc>
          <w:tcPr>
            <w:tcW w:w="2160" w:type="dxa"/>
          </w:tcPr>
          <w:p w14:paraId="2A96C62A" w14:textId="0A758EA7" w:rsidR="4BF70C71" w:rsidRDefault="4BF70C71" w:rsidP="2668B697">
            <w:r w:rsidRPr="2668B697">
              <w:rPr>
                <w:rFonts w:ascii="Cambria" w:eastAsia="Cambria" w:hAnsi="Cambria" w:cs="Cambria"/>
              </w:rPr>
              <w:t>Borrowing</w:t>
            </w:r>
          </w:p>
        </w:tc>
        <w:tc>
          <w:tcPr>
            <w:tcW w:w="2160" w:type="dxa"/>
          </w:tcPr>
          <w:p w14:paraId="2959E55C" w14:textId="066DDF4C" w:rsidR="4BF70C71" w:rsidRDefault="4BF70C71"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1F25EDBE" w14:textId="77777777" w:rsidTr="2668B697">
        <w:trPr>
          <w:trHeight w:val="300"/>
        </w:trPr>
        <w:tc>
          <w:tcPr>
            <w:tcW w:w="2160" w:type="dxa"/>
          </w:tcPr>
          <w:p w14:paraId="512B0C27" w14:textId="036923F1" w:rsidR="4BF70C71" w:rsidRDefault="4BF70C71" w:rsidP="2668B697">
            <w:r w:rsidRPr="2668B697">
              <w:rPr>
                <w:rFonts w:ascii="Cambria" w:eastAsia="Cambria" w:hAnsi="Cambria" w:cs="Cambria"/>
              </w:rPr>
              <w:t>Book</w:t>
            </w:r>
          </w:p>
        </w:tc>
        <w:tc>
          <w:tcPr>
            <w:tcW w:w="2160" w:type="dxa"/>
          </w:tcPr>
          <w:p w14:paraId="5546F202" w14:textId="7820420E" w:rsidR="4BF70C71" w:rsidRDefault="4BF70C71" w:rsidP="2668B697">
            <w:r w:rsidRPr="2668B697">
              <w:rPr>
                <w:rFonts w:ascii="Cambria" w:eastAsia="Cambria" w:hAnsi="Cambria" w:cs="Cambria"/>
              </w:rPr>
              <w:t>is subject of / reserved in</w:t>
            </w:r>
          </w:p>
        </w:tc>
        <w:tc>
          <w:tcPr>
            <w:tcW w:w="2160" w:type="dxa"/>
          </w:tcPr>
          <w:p w14:paraId="1F8CB88C" w14:textId="1FD086EC" w:rsidR="4BF70C71" w:rsidRDefault="4BF70C71" w:rsidP="2668B697">
            <w:r w:rsidRPr="2668B697">
              <w:rPr>
                <w:rFonts w:ascii="Cambria" w:eastAsia="Cambria" w:hAnsi="Cambria" w:cs="Cambria"/>
              </w:rPr>
              <w:t>Reservation</w:t>
            </w:r>
          </w:p>
        </w:tc>
        <w:tc>
          <w:tcPr>
            <w:tcW w:w="2160" w:type="dxa"/>
          </w:tcPr>
          <w:p w14:paraId="487BB3B3" w14:textId="3CD603E0" w:rsidR="4BF70C71" w:rsidRDefault="4BF70C71" w:rsidP="2668B697">
            <w:r w:rsidRPr="2668B697">
              <w:rPr>
                <w:rFonts w:ascii="Cambria" w:eastAsia="Cambria" w:hAnsi="Cambria" w:cs="Cambria"/>
              </w:rPr>
              <w:t>1 to (</w:t>
            </w:r>
            <w:proofErr w:type="gramStart"/>
            <w:r w:rsidRPr="2668B697">
              <w:rPr>
                <w:rFonts w:ascii="Cambria" w:eastAsia="Cambria" w:hAnsi="Cambria" w:cs="Cambria"/>
              </w:rPr>
              <w:t>0,N</w:t>
            </w:r>
            <w:proofErr w:type="gramEnd"/>
            <w:r w:rsidRPr="2668B697">
              <w:rPr>
                <w:rFonts w:ascii="Cambria" w:eastAsia="Cambria" w:hAnsi="Cambria" w:cs="Cambria"/>
              </w:rPr>
              <w:t>)</w:t>
            </w:r>
          </w:p>
        </w:tc>
      </w:tr>
      <w:tr w:rsidR="2668B697" w14:paraId="4E4672CD" w14:textId="77777777" w:rsidTr="2668B697">
        <w:trPr>
          <w:trHeight w:val="300"/>
        </w:trPr>
        <w:tc>
          <w:tcPr>
            <w:tcW w:w="2160" w:type="dxa"/>
          </w:tcPr>
          <w:p w14:paraId="43C7D6AD" w14:textId="54505CD4" w:rsidR="4BF70C71" w:rsidRDefault="4BF70C71" w:rsidP="2668B697">
            <w:r w:rsidRPr="2668B697">
              <w:rPr>
                <w:rFonts w:ascii="Cambria" w:eastAsia="Cambria" w:hAnsi="Cambria" w:cs="Cambria"/>
              </w:rPr>
              <w:t>Book</w:t>
            </w:r>
          </w:p>
        </w:tc>
        <w:tc>
          <w:tcPr>
            <w:tcW w:w="2160" w:type="dxa"/>
          </w:tcPr>
          <w:p w14:paraId="123B5282" w14:textId="659FB94E" w:rsidR="4BF70C71" w:rsidRDefault="4BF70C71" w:rsidP="2668B697">
            <w:r w:rsidRPr="2668B697">
              <w:rPr>
                <w:rFonts w:ascii="Cambria" w:eastAsia="Cambria" w:hAnsi="Cambria" w:cs="Cambria"/>
              </w:rPr>
              <w:t>written by / authors</w:t>
            </w:r>
          </w:p>
        </w:tc>
        <w:tc>
          <w:tcPr>
            <w:tcW w:w="2160" w:type="dxa"/>
          </w:tcPr>
          <w:p w14:paraId="3C201C8B" w14:textId="240D277A" w:rsidR="4BF70C71" w:rsidRDefault="4BF70C71" w:rsidP="2668B697">
            <w:r w:rsidRPr="2668B697">
              <w:rPr>
                <w:rFonts w:ascii="Cambria" w:eastAsia="Cambria" w:hAnsi="Cambria" w:cs="Cambria"/>
              </w:rPr>
              <w:t>Author</w:t>
            </w:r>
          </w:p>
        </w:tc>
        <w:tc>
          <w:tcPr>
            <w:tcW w:w="2160" w:type="dxa"/>
          </w:tcPr>
          <w:p w14:paraId="196E62F4" w14:textId="52919F45" w:rsidR="4BF70C71" w:rsidRDefault="4BF70C71" w:rsidP="2668B697">
            <w:r w:rsidRPr="2668B697">
              <w:rPr>
                <w:rFonts w:ascii="Cambria" w:eastAsia="Cambria" w:hAnsi="Cambria" w:cs="Cambria"/>
              </w:rPr>
              <w:t>(</w:t>
            </w:r>
            <w:proofErr w:type="gramStart"/>
            <w:r w:rsidRPr="2668B697">
              <w:rPr>
                <w:rFonts w:ascii="Cambria" w:eastAsia="Cambria" w:hAnsi="Cambria" w:cs="Cambria"/>
              </w:rPr>
              <w:t>0,N</w:t>
            </w:r>
            <w:proofErr w:type="gramEnd"/>
            <w:r w:rsidRPr="2668B697">
              <w:rPr>
                <w:rFonts w:ascii="Cambria" w:eastAsia="Cambria" w:hAnsi="Cambria" w:cs="Cambria"/>
              </w:rPr>
              <w:t>) ↔ (1,N)</w:t>
            </w:r>
          </w:p>
        </w:tc>
      </w:tr>
    </w:tbl>
    <w:p w14:paraId="6E1E1874" w14:textId="0AFA31BE" w:rsidR="006718C3" w:rsidRDefault="006718C3" w:rsidP="2668B697"/>
    <w:p w14:paraId="4897CE88" w14:textId="24CDB61B" w:rsidR="006718C3" w:rsidRDefault="00DF2321" w:rsidP="2668B697">
      <w:r>
        <w:br/>
      </w:r>
    </w:p>
    <w:p w14:paraId="65212730" w14:textId="4154E37F" w:rsidR="00DF2321" w:rsidRDefault="00DF2321">
      <w:r>
        <w:t>7. Normalisation (Up to 3NF)</w:t>
      </w:r>
      <w:r>
        <w:br/>
        <w:t>- Show steps of normalization</w:t>
      </w:r>
    </w:p>
    <w:p w14:paraId="2DCADD2D" w14:textId="623FA419" w:rsidR="00DF2321" w:rsidRDefault="00DF2321">
      <w:r>
        <w:br/>
        <w:t>- Explain decisions</w:t>
      </w:r>
    </w:p>
    <w:p w14:paraId="4E25C3DD" w14:textId="4B586AE3" w:rsidR="3DA6CDB0" w:rsidRDefault="3DA6CDB0">
      <w:r>
        <w:t>Step 0: starting unnormalized Data:</w:t>
      </w:r>
    </w:p>
    <w:p w14:paraId="15F0B16A" w14:textId="7D8FCDF5" w:rsidR="2668B697" w:rsidRDefault="2668B697"/>
    <w:tbl>
      <w:tblPr>
        <w:tblStyle w:val="TableGrid"/>
        <w:tblW w:w="0" w:type="auto"/>
        <w:tblLook w:val="06A0" w:firstRow="1" w:lastRow="0" w:firstColumn="1" w:lastColumn="0" w:noHBand="1" w:noVBand="1"/>
      </w:tblPr>
      <w:tblGrid>
        <w:gridCol w:w="1443"/>
        <w:gridCol w:w="1558"/>
        <w:gridCol w:w="2469"/>
        <w:gridCol w:w="1535"/>
        <w:gridCol w:w="1625"/>
      </w:tblGrid>
      <w:tr w:rsidR="2668B697" w14:paraId="6B64B8B5" w14:textId="77777777" w:rsidTr="2668B697">
        <w:trPr>
          <w:trHeight w:val="300"/>
        </w:trPr>
        <w:tc>
          <w:tcPr>
            <w:tcW w:w="1728" w:type="dxa"/>
          </w:tcPr>
          <w:p w14:paraId="3B857767" w14:textId="593CC729" w:rsidR="73BEAA9F" w:rsidRDefault="73BEAA9F" w:rsidP="2668B697">
            <w:r w:rsidRPr="2668B697">
              <w:rPr>
                <w:rFonts w:ascii="Cambria" w:eastAsia="Cambria" w:hAnsi="Cambria" w:cs="Cambria"/>
              </w:rPr>
              <w:t>user_id</w:t>
            </w:r>
          </w:p>
        </w:tc>
        <w:tc>
          <w:tcPr>
            <w:tcW w:w="1728" w:type="dxa"/>
          </w:tcPr>
          <w:p w14:paraId="6FA565C2" w14:textId="2E41143D" w:rsidR="73BEAA9F" w:rsidRDefault="73BEAA9F" w:rsidP="2668B697">
            <w:r w:rsidRPr="2668B697">
              <w:rPr>
                <w:rFonts w:ascii="Cambria" w:eastAsia="Cambria" w:hAnsi="Cambria" w:cs="Cambria"/>
              </w:rPr>
              <w:t>user_name</w:t>
            </w:r>
          </w:p>
        </w:tc>
        <w:tc>
          <w:tcPr>
            <w:tcW w:w="1728" w:type="dxa"/>
          </w:tcPr>
          <w:p w14:paraId="65A7DBB3" w14:textId="2AE7B816" w:rsidR="73BEAA9F" w:rsidRDefault="73BEAA9F" w:rsidP="2668B697">
            <w:r w:rsidRPr="2668B697">
              <w:rPr>
                <w:rFonts w:ascii="Cambria" w:eastAsia="Cambria" w:hAnsi="Cambria" w:cs="Cambria"/>
              </w:rPr>
              <w:t>user_email</w:t>
            </w:r>
          </w:p>
        </w:tc>
        <w:tc>
          <w:tcPr>
            <w:tcW w:w="1728" w:type="dxa"/>
          </w:tcPr>
          <w:p w14:paraId="6D35207C" w14:textId="7CB6D2BA" w:rsidR="73BEAA9F" w:rsidRDefault="73BEAA9F" w:rsidP="2668B697">
            <w:r w:rsidRPr="2668B697">
              <w:rPr>
                <w:rFonts w:ascii="Cambria" w:eastAsia="Cambria" w:hAnsi="Cambria" w:cs="Cambria"/>
              </w:rPr>
              <w:t>book_isbn</w:t>
            </w:r>
          </w:p>
        </w:tc>
        <w:tc>
          <w:tcPr>
            <w:tcW w:w="1728" w:type="dxa"/>
          </w:tcPr>
          <w:p w14:paraId="115C6B7D" w14:textId="05756733" w:rsidR="73BEAA9F" w:rsidRDefault="73BEAA9F" w:rsidP="2668B697">
            <w:r w:rsidRPr="2668B697">
              <w:rPr>
                <w:rFonts w:ascii="Cambria" w:eastAsia="Cambria" w:hAnsi="Cambria" w:cs="Cambria"/>
              </w:rPr>
              <w:t>book_title</w:t>
            </w:r>
          </w:p>
        </w:tc>
      </w:tr>
      <w:tr w:rsidR="2668B697" w14:paraId="534BDFFE" w14:textId="77777777" w:rsidTr="2668B697">
        <w:trPr>
          <w:trHeight w:val="300"/>
        </w:trPr>
        <w:tc>
          <w:tcPr>
            <w:tcW w:w="1728" w:type="dxa"/>
          </w:tcPr>
          <w:p w14:paraId="4881E45E" w14:textId="35F38981" w:rsidR="73BEAA9F" w:rsidRDefault="73BEAA9F" w:rsidP="2668B697">
            <w:r>
              <w:t>u001</w:t>
            </w:r>
          </w:p>
        </w:tc>
        <w:tc>
          <w:tcPr>
            <w:tcW w:w="1728" w:type="dxa"/>
          </w:tcPr>
          <w:p w14:paraId="6DAE8BDF" w14:textId="37AEF093" w:rsidR="73BEAA9F" w:rsidRDefault="73BEAA9F" w:rsidP="2668B697">
            <w:r>
              <w:t>John brown</w:t>
            </w:r>
          </w:p>
        </w:tc>
        <w:tc>
          <w:tcPr>
            <w:tcW w:w="1728" w:type="dxa"/>
          </w:tcPr>
          <w:p w14:paraId="022E7D3B" w14:textId="580DCB3A" w:rsidR="73BEAA9F" w:rsidRDefault="73BEAA9F" w:rsidP="2668B697">
            <w:r>
              <w:t>Johnbrown@gmail.com</w:t>
            </w:r>
          </w:p>
        </w:tc>
        <w:tc>
          <w:tcPr>
            <w:tcW w:w="1728" w:type="dxa"/>
          </w:tcPr>
          <w:p w14:paraId="29185969" w14:textId="0C71931F" w:rsidR="73BEAA9F" w:rsidRDefault="73BEAA9F" w:rsidP="2668B697">
            <w:r>
              <w:t>978-1234</w:t>
            </w:r>
          </w:p>
        </w:tc>
        <w:tc>
          <w:tcPr>
            <w:tcW w:w="1728" w:type="dxa"/>
          </w:tcPr>
          <w:p w14:paraId="3C29A5EA" w14:textId="7BF22C1E" w:rsidR="73BEAA9F" w:rsidRDefault="73BEAA9F" w:rsidP="2668B697">
            <w:r>
              <w:t xml:space="preserve">How to </w:t>
            </w:r>
            <w:r w:rsidR="66188931">
              <w:t>win friends&amp; infulence people</w:t>
            </w:r>
          </w:p>
        </w:tc>
      </w:tr>
      <w:tr w:rsidR="2668B697" w14:paraId="55D500DC" w14:textId="77777777" w:rsidTr="2668B697">
        <w:trPr>
          <w:trHeight w:val="300"/>
        </w:trPr>
        <w:tc>
          <w:tcPr>
            <w:tcW w:w="1728" w:type="dxa"/>
          </w:tcPr>
          <w:p w14:paraId="669275EF" w14:textId="7FE0207E" w:rsidR="66188931" w:rsidRDefault="66188931" w:rsidP="2668B697">
            <w:r>
              <w:t>u001</w:t>
            </w:r>
          </w:p>
        </w:tc>
        <w:tc>
          <w:tcPr>
            <w:tcW w:w="1728" w:type="dxa"/>
          </w:tcPr>
          <w:p w14:paraId="410151CF" w14:textId="37AEF093" w:rsidR="66188931" w:rsidRDefault="66188931" w:rsidP="2668B697">
            <w:r>
              <w:t>John brown</w:t>
            </w:r>
          </w:p>
          <w:p w14:paraId="356E370B" w14:textId="70CAC0FA" w:rsidR="2668B697" w:rsidRDefault="2668B697" w:rsidP="2668B697"/>
        </w:tc>
        <w:tc>
          <w:tcPr>
            <w:tcW w:w="1728" w:type="dxa"/>
          </w:tcPr>
          <w:p w14:paraId="47C90E16" w14:textId="580DCB3A" w:rsidR="66188931" w:rsidRDefault="66188931" w:rsidP="2668B697">
            <w:r>
              <w:t>Johnbrown@gmail.com</w:t>
            </w:r>
          </w:p>
          <w:p w14:paraId="46920CC2" w14:textId="20547C5A" w:rsidR="2668B697" w:rsidRDefault="2668B697" w:rsidP="2668B697"/>
        </w:tc>
        <w:tc>
          <w:tcPr>
            <w:tcW w:w="1728" w:type="dxa"/>
          </w:tcPr>
          <w:p w14:paraId="1CBF887D" w14:textId="591D8360" w:rsidR="66188931" w:rsidRDefault="66188931" w:rsidP="2668B697">
            <w:r w:rsidRPr="2668B697">
              <w:rPr>
                <w:rFonts w:ascii="Cambria" w:eastAsia="Cambria" w:hAnsi="Cambria" w:cs="Cambria"/>
              </w:rPr>
              <w:t>978-5678</w:t>
            </w:r>
          </w:p>
        </w:tc>
        <w:tc>
          <w:tcPr>
            <w:tcW w:w="1728" w:type="dxa"/>
          </w:tcPr>
          <w:p w14:paraId="357415C0" w14:textId="41D4452A" w:rsidR="66188931" w:rsidRDefault="66188931" w:rsidP="2668B697">
            <w:r>
              <w:t>The gifts of imperfection</w:t>
            </w:r>
          </w:p>
        </w:tc>
      </w:tr>
      <w:tr w:rsidR="2668B697" w14:paraId="7F799D94" w14:textId="77777777" w:rsidTr="2668B697">
        <w:trPr>
          <w:trHeight w:val="300"/>
        </w:trPr>
        <w:tc>
          <w:tcPr>
            <w:tcW w:w="1728" w:type="dxa"/>
          </w:tcPr>
          <w:p w14:paraId="572926DF" w14:textId="361E1318" w:rsidR="66188931" w:rsidRDefault="66188931" w:rsidP="2668B697">
            <w:r w:rsidRPr="2668B697">
              <w:rPr>
                <w:rFonts w:ascii="Cambria" w:eastAsia="Cambria" w:hAnsi="Cambria" w:cs="Cambria"/>
              </w:rPr>
              <w:t>U002</w:t>
            </w:r>
          </w:p>
        </w:tc>
        <w:tc>
          <w:tcPr>
            <w:tcW w:w="1728" w:type="dxa"/>
          </w:tcPr>
          <w:p w14:paraId="0181D10D" w14:textId="56C56FF3" w:rsidR="66188931" w:rsidRDefault="66188931" w:rsidP="2668B697">
            <w:r>
              <w:t>Samuel long</w:t>
            </w:r>
          </w:p>
        </w:tc>
        <w:tc>
          <w:tcPr>
            <w:tcW w:w="1728" w:type="dxa"/>
          </w:tcPr>
          <w:p w14:paraId="1989A0DA" w14:textId="4BE63A5B" w:rsidR="66188931" w:rsidRDefault="66188931" w:rsidP="2668B697">
            <w:r>
              <w:t>Samuellong@gmail.com</w:t>
            </w:r>
          </w:p>
        </w:tc>
        <w:tc>
          <w:tcPr>
            <w:tcW w:w="1728" w:type="dxa"/>
          </w:tcPr>
          <w:p w14:paraId="0DBECE3D" w14:textId="5230B66A" w:rsidR="66188931" w:rsidRDefault="66188931" w:rsidP="2668B697">
            <w:r w:rsidRPr="2668B697">
              <w:rPr>
                <w:rFonts w:ascii="Cambria" w:eastAsia="Cambria" w:hAnsi="Cambria" w:cs="Cambria"/>
              </w:rPr>
              <w:t>978-1234</w:t>
            </w:r>
          </w:p>
        </w:tc>
        <w:tc>
          <w:tcPr>
            <w:tcW w:w="1728" w:type="dxa"/>
          </w:tcPr>
          <w:p w14:paraId="4817B78D" w14:textId="3A5BB76B" w:rsidR="66188931" w:rsidRDefault="66188931" w:rsidP="2668B697">
            <w:r>
              <w:t>The road less traveled</w:t>
            </w:r>
          </w:p>
        </w:tc>
      </w:tr>
    </w:tbl>
    <w:p w14:paraId="6E50AD63" w14:textId="2C840C5B" w:rsidR="00DF2321" w:rsidRDefault="00DF2321">
      <w:r>
        <w:br/>
      </w:r>
      <w:r w:rsidR="2B62DB0F">
        <w:t>The issue with these multiple authors in one field; repeating User/</w:t>
      </w:r>
      <w:r w:rsidR="3CEAD6BE">
        <w:t xml:space="preserve">book details; no unique row identifier. </w:t>
      </w:r>
    </w:p>
    <w:p w14:paraId="45962FAA" w14:textId="6F6CD99A" w:rsidR="3CEAD6BE" w:rsidRDefault="3CEAD6BE">
      <w:r>
        <w:t>Step 1: convert to First Normal Form(1NF)</w:t>
      </w:r>
    </w:p>
    <w:p w14:paraId="08211F6D" w14:textId="78A70D35" w:rsidR="3CEAD6BE" w:rsidRDefault="3CEAD6BE"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Split multi-value authors into separate rows (atomic values only)</w:t>
      </w:r>
    </w:p>
    <w:p w14:paraId="695DA6CB" w14:textId="0BDC1C0A" w:rsidR="3CEAD6BE" w:rsidRDefault="3CEAD6BE"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Added unique borrow_id as primary key</w:t>
      </w:r>
    </w:p>
    <w:p w14:paraId="5C38915B" w14:textId="2B10C09C" w:rsidR="3CEAD6BE" w:rsidRDefault="3CEAD6BE"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Removed repeating groups, all fields hold one value per row</w:t>
      </w:r>
    </w:p>
    <w:p w14:paraId="4BCFECA5" w14:textId="3F28AAF1" w:rsidR="2668B697" w:rsidRDefault="2668B697" w:rsidP="2668B697">
      <w:pPr>
        <w:rPr>
          <w:rFonts w:ascii="Cambria" w:eastAsia="MS Mincho" w:hAnsi="Cambria" w:cs="Arial"/>
          <w:color w:val="000000" w:themeColor="text1"/>
        </w:rPr>
      </w:pPr>
    </w:p>
    <w:tbl>
      <w:tblPr>
        <w:tblStyle w:val="TableGrid"/>
        <w:tblW w:w="0" w:type="auto"/>
        <w:tblLook w:val="06A0" w:firstRow="1" w:lastRow="0" w:firstColumn="1" w:lastColumn="0" w:noHBand="1" w:noVBand="1"/>
      </w:tblPr>
      <w:tblGrid>
        <w:gridCol w:w="777"/>
        <w:gridCol w:w="610"/>
        <w:gridCol w:w="805"/>
        <w:gridCol w:w="1520"/>
        <w:gridCol w:w="766"/>
        <w:gridCol w:w="753"/>
        <w:gridCol w:w="931"/>
        <w:gridCol w:w="911"/>
        <w:gridCol w:w="704"/>
        <w:gridCol w:w="853"/>
      </w:tblGrid>
      <w:tr w:rsidR="2668B697" w14:paraId="2B33E2FA" w14:textId="77777777" w:rsidTr="2668B697">
        <w:trPr>
          <w:trHeight w:val="300"/>
        </w:trPr>
        <w:tc>
          <w:tcPr>
            <w:tcW w:w="1080" w:type="dxa"/>
          </w:tcPr>
          <w:p w14:paraId="1AE80562" w14:textId="6819C708" w:rsidR="3CEAD6BE" w:rsidRDefault="3CEAD6BE" w:rsidP="2668B697">
            <w:r w:rsidRPr="2668B697">
              <w:rPr>
                <w:rFonts w:ascii="Cambria" w:eastAsia="Cambria" w:hAnsi="Cambria" w:cs="Cambria"/>
              </w:rPr>
              <w:t>borrow_id (PK)</w:t>
            </w:r>
          </w:p>
        </w:tc>
        <w:tc>
          <w:tcPr>
            <w:tcW w:w="648" w:type="dxa"/>
          </w:tcPr>
          <w:p w14:paraId="3A72BA7A" w14:textId="7B017667" w:rsidR="3CEAD6BE" w:rsidRDefault="3CEAD6BE" w:rsidP="2668B697">
            <w:r w:rsidRPr="2668B697">
              <w:rPr>
                <w:rFonts w:ascii="Cambria" w:eastAsia="Cambria" w:hAnsi="Cambria" w:cs="Cambria"/>
              </w:rPr>
              <w:t>user_id</w:t>
            </w:r>
          </w:p>
        </w:tc>
        <w:tc>
          <w:tcPr>
            <w:tcW w:w="864" w:type="dxa"/>
          </w:tcPr>
          <w:p w14:paraId="442E1069" w14:textId="193C1660" w:rsidR="3CEAD6BE" w:rsidRDefault="3CEAD6BE" w:rsidP="2668B697">
            <w:r w:rsidRPr="2668B697">
              <w:rPr>
                <w:rFonts w:ascii="Cambria" w:eastAsia="Cambria" w:hAnsi="Cambria" w:cs="Cambria"/>
              </w:rPr>
              <w:t>user_name</w:t>
            </w:r>
          </w:p>
        </w:tc>
        <w:tc>
          <w:tcPr>
            <w:tcW w:w="864" w:type="dxa"/>
          </w:tcPr>
          <w:p w14:paraId="5B9B3BBC" w14:textId="4507687C" w:rsidR="3CEAD6BE" w:rsidRDefault="3CEAD6BE" w:rsidP="2668B697">
            <w:r w:rsidRPr="2668B697">
              <w:rPr>
                <w:rFonts w:ascii="Cambria" w:eastAsia="Cambria" w:hAnsi="Cambria" w:cs="Cambria"/>
              </w:rPr>
              <w:t>user_email</w:t>
            </w:r>
          </w:p>
        </w:tc>
        <w:tc>
          <w:tcPr>
            <w:tcW w:w="864" w:type="dxa"/>
          </w:tcPr>
          <w:p w14:paraId="59E23DBB" w14:textId="16B28D1B" w:rsidR="3CEAD6BE" w:rsidRDefault="3CEAD6BE" w:rsidP="2668B697">
            <w:r w:rsidRPr="2668B697">
              <w:rPr>
                <w:rFonts w:ascii="Cambria" w:eastAsia="Cambria" w:hAnsi="Cambria" w:cs="Cambria"/>
              </w:rPr>
              <w:t>book_isbn</w:t>
            </w:r>
          </w:p>
        </w:tc>
        <w:tc>
          <w:tcPr>
            <w:tcW w:w="864" w:type="dxa"/>
          </w:tcPr>
          <w:p w14:paraId="5E819294" w14:textId="74E58252" w:rsidR="3CEAD6BE" w:rsidRDefault="3CEAD6BE" w:rsidP="2668B697">
            <w:r w:rsidRPr="2668B697">
              <w:rPr>
                <w:rFonts w:ascii="Cambria" w:eastAsia="Cambria" w:hAnsi="Cambria" w:cs="Cambria"/>
              </w:rPr>
              <w:t xml:space="preserve">book_title </w:t>
            </w:r>
          </w:p>
        </w:tc>
        <w:tc>
          <w:tcPr>
            <w:tcW w:w="864" w:type="dxa"/>
          </w:tcPr>
          <w:p w14:paraId="6301A20E" w14:textId="6AC8A85E" w:rsidR="3CEAD6BE" w:rsidRDefault="3CEAD6BE" w:rsidP="2668B697">
            <w:r w:rsidRPr="2668B697">
              <w:rPr>
                <w:rFonts w:ascii="Cambria" w:eastAsia="Cambria" w:hAnsi="Cambria" w:cs="Cambria"/>
              </w:rPr>
              <w:t>author_name</w:t>
            </w:r>
          </w:p>
        </w:tc>
        <w:tc>
          <w:tcPr>
            <w:tcW w:w="864" w:type="dxa"/>
          </w:tcPr>
          <w:p w14:paraId="6E665F14" w14:textId="3B5A5579" w:rsidR="3CEAD6BE" w:rsidRDefault="3CEAD6BE" w:rsidP="2668B697">
            <w:r w:rsidRPr="2668B697">
              <w:rPr>
                <w:rFonts w:ascii="Cambria" w:eastAsia="Cambria" w:hAnsi="Cambria" w:cs="Cambria"/>
              </w:rPr>
              <w:t>borrow_date</w:t>
            </w:r>
          </w:p>
        </w:tc>
        <w:tc>
          <w:tcPr>
            <w:tcW w:w="864" w:type="dxa"/>
          </w:tcPr>
          <w:p w14:paraId="0458C521" w14:textId="63D9F2A9" w:rsidR="3CEAD6BE" w:rsidRDefault="3CEAD6BE" w:rsidP="2668B697">
            <w:r w:rsidRPr="2668B697">
              <w:rPr>
                <w:rFonts w:ascii="Cambria" w:eastAsia="Cambria" w:hAnsi="Cambria" w:cs="Cambria"/>
              </w:rPr>
              <w:t>due_date</w:t>
            </w:r>
          </w:p>
        </w:tc>
        <w:tc>
          <w:tcPr>
            <w:tcW w:w="864" w:type="dxa"/>
          </w:tcPr>
          <w:p w14:paraId="1BEC07C1" w14:textId="6774510D" w:rsidR="3CEAD6BE" w:rsidRDefault="3CEAD6BE" w:rsidP="2668B697">
            <w:r w:rsidRPr="2668B697">
              <w:rPr>
                <w:rFonts w:ascii="Cambria" w:eastAsia="Cambria" w:hAnsi="Cambria" w:cs="Cambria"/>
              </w:rPr>
              <w:t>return_date</w:t>
            </w:r>
          </w:p>
        </w:tc>
      </w:tr>
      <w:tr w:rsidR="2668B697" w14:paraId="6FDC128C" w14:textId="77777777" w:rsidTr="2668B697">
        <w:trPr>
          <w:trHeight w:val="300"/>
        </w:trPr>
        <w:tc>
          <w:tcPr>
            <w:tcW w:w="1080" w:type="dxa"/>
          </w:tcPr>
          <w:p w14:paraId="472B56A6" w14:textId="67C877FB" w:rsidR="3CEAD6BE" w:rsidRDefault="3CEAD6BE" w:rsidP="2668B697">
            <w:r w:rsidRPr="2668B697">
              <w:rPr>
                <w:rFonts w:ascii="Cambria" w:eastAsia="Cambria" w:hAnsi="Cambria" w:cs="Cambria"/>
              </w:rPr>
              <w:t>B001</w:t>
            </w:r>
          </w:p>
        </w:tc>
        <w:tc>
          <w:tcPr>
            <w:tcW w:w="648" w:type="dxa"/>
          </w:tcPr>
          <w:p w14:paraId="4BC43DD4" w14:textId="67CBEC4C" w:rsidR="3CEAD6BE" w:rsidRDefault="3CEAD6BE" w:rsidP="2668B697">
            <w:r w:rsidRPr="2668B697">
              <w:rPr>
                <w:rFonts w:ascii="Cambria" w:eastAsia="Cambria" w:hAnsi="Cambria" w:cs="Cambria"/>
              </w:rPr>
              <w:t>U001</w:t>
            </w:r>
          </w:p>
        </w:tc>
        <w:tc>
          <w:tcPr>
            <w:tcW w:w="864" w:type="dxa"/>
          </w:tcPr>
          <w:p w14:paraId="7F1377BB" w14:textId="37AEF093" w:rsidR="3C5224BD" w:rsidRDefault="3C5224BD" w:rsidP="2668B697">
            <w:r>
              <w:t>John brown</w:t>
            </w:r>
          </w:p>
          <w:p w14:paraId="3148A976" w14:textId="57729EE8" w:rsidR="2668B697" w:rsidRDefault="2668B697" w:rsidP="2668B697">
            <w:pPr>
              <w:rPr>
                <w:rFonts w:ascii="Cambria" w:eastAsia="MS Mincho" w:hAnsi="Cambria" w:cs="Arial"/>
                <w:color w:val="000000" w:themeColor="text1"/>
              </w:rPr>
            </w:pPr>
          </w:p>
        </w:tc>
        <w:tc>
          <w:tcPr>
            <w:tcW w:w="864" w:type="dxa"/>
          </w:tcPr>
          <w:p w14:paraId="75446CB1" w14:textId="580DCB3A" w:rsidR="310026E5" w:rsidRDefault="310026E5" w:rsidP="2668B697">
            <w:r>
              <w:t>Johnbrown@gmail.com</w:t>
            </w:r>
          </w:p>
          <w:p w14:paraId="1F5FFEB8" w14:textId="328E15F0" w:rsidR="2668B697" w:rsidRDefault="2668B697" w:rsidP="2668B697">
            <w:pPr>
              <w:rPr>
                <w:rFonts w:ascii="Cambria" w:eastAsia="MS Mincho" w:hAnsi="Cambria" w:cs="Arial"/>
                <w:color w:val="000000" w:themeColor="text1"/>
              </w:rPr>
            </w:pPr>
          </w:p>
        </w:tc>
        <w:tc>
          <w:tcPr>
            <w:tcW w:w="864" w:type="dxa"/>
          </w:tcPr>
          <w:p w14:paraId="34842EAB" w14:textId="597399EC" w:rsidR="3CEAD6BE" w:rsidRDefault="3CEAD6BE" w:rsidP="2668B697">
            <w:r w:rsidRPr="2668B697">
              <w:rPr>
                <w:rFonts w:ascii="Cambria" w:eastAsia="Cambria" w:hAnsi="Cambria" w:cs="Cambria"/>
              </w:rPr>
              <w:t>978-1234</w:t>
            </w:r>
          </w:p>
        </w:tc>
        <w:tc>
          <w:tcPr>
            <w:tcW w:w="864" w:type="dxa"/>
          </w:tcPr>
          <w:p w14:paraId="6A3F0299" w14:textId="276E1FA1" w:rsidR="243669A8" w:rsidRDefault="243669A8" w:rsidP="2668B697">
            <w:r w:rsidRPr="2668B697">
              <w:rPr>
                <w:rFonts w:ascii="Cambria" w:eastAsia="Cambria" w:hAnsi="Cambria" w:cs="Cambria"/>
              </w:rPr>
              <w:t>1984</w:t>
            </w:r>
          </w:p>
        </w:tc>
        <w:tc>
          <w:tcPr>
            <w:tcW w:w="864" w:type="dxa"/>
          </w:tcPr>
          <w:p w14:paraId="191BA2DA" w14:textId="31C78455" w:rsidR="243669A8" w:rsidRDefault="243669A8" w:rsidP="2668B697">
            <w:r w:rsidRPr="2668B697">
              <w:rPr>
                <w:rFonts w:ascii="Cambria" w:eastAsia="Cambria" w:hAnsi="Cambria" w:cs="Cambria"/>
              </w:rPr>
              <w:t>George Orwell</w:t>
            </w:r>
          </w:p>
        </w:tc>
        <w:tc>
          <w:tcPr>
            <w:tcW w:w="864" w:type="dxa"/>
          </w:tcPr>
          <w:p w14:paraId="1BC1C8D5" w14:textId="236FD92C" w:rsidR="3CEAD6BE" w:rsidRDefault="3CEAD6BE" w:rsidP="2668B697">
            <w:r w:rsidRPr="2668B697">
              <w:rPr>
                <w:rFonts w:ascii="Cambria" w:eastAsia="Cambria" w:hAnsi="Cambria" w:cs="Cambria"/>
              </w:rPr>
              <w:t>2026-06-01</w:t>
            </w:r>
          </w:p>
        </w:tc>
        <w:tc>
          <w:tcPr>
            <w:tcW w:w="864" w:type="dxa"/>
          </w:tcPr>
          <w:p w14:paraId="0E00E3F5" w14:textId="37B75631" w:rsidR="3CEAD6BE" w:rsidRDefault="3CEAD6BE" w:rsidP="2668B697">
            <w:r w:rsidRPr="2668B697">
              <w:rPr>
                <w:rFonts w:ascii="Cambria" w:eastAsia="Cambria" w:hAnsi="Cambria" w:cs="Cambria"/>
              </w:rPr>
              <w:t>2026-06-22</w:t>
            </w:r>
          </w:p>
        </w:tc>
        <w:tc>
          <w:tcPr>
            <w:tcW w:w="864" w:type="dxa"/>
          </w:tcPr>
          <w:p w14:paraId="5C1C293D" w14:textId="52D6EE97" w:rsidR="3CEAD6BE" w:rsidRDefault="3CEAD6BE" w:rsidP="2668B697">
            <w:r w:rsidRPr="2668B697">
              <w:rPr>
                <w:rFonts w:ascii="Cambria" w:eastAsia="Cambria" w:hAnsi="Cambria" w:cs="Cambria"/>
              </w:rPr>
              <w:t>2026-06-20</w:t>
            </w:r>
          </w:p>
        </w:tc>
      </w:tr>
      <w:tr w:rsidR="2668B697" w14:paraId="46D82A25" w14:textId="77777777" w:rsidTr="2668B697">
        <w:trPr>
          <w:trHeight w:val="300"/>
        </w:trPr>
        <w:tc>
          <w:tcPr>
            <w:tcW w:w="1080" w:type="dxa"/>
          </w:tcPr>
          <w:p w14:paraId="4B95ADCA" w14:textId="483EB57D" w:rsidR="3CEAD6BE" w:rsidRDefault="3CEAD6BE" w:rsidP="2668B697">
            <w:r w:rsidRPr="2668B697">
              <w:rPr>
                <w:rFonts w:ascii="Cambria" w:eastAsia="Cambria" w:hAnsi="Cambria" w:cs="Cambria"/>
              </w:rPr>
              <w:t>B002</w:t>
            </w:r>
          </w:p>
        </w:tc>
        <w:tc>
          <w:tcPr>
            <w:tcW w:w="648" w:type="dxa"/>
          </w:tcPr>
          <w:p w14:paraId="124AEBC6" w14:textId="2600E2F9" w:rsidR="3CEAD6BE" w:rsidRDefault="3CEAD6BE" w:rsidP="2668B697">
            <w:r w:rsidRPr="2668B697">
              <w:rPr>
                <w:rFonts w:ascii="Cambria" w:eastAsia="Cambria" w:hAnsi="Cambria" w:cs="Cambria"/>
              </w:rPr>
              <w:t>U001</w:t>
            </w:r>
          </w:p>
        </w:tc>
        <w:tc>
          <w:tcPr>
            <w:tcW w:w="864" w:type="dxa"/>
          </w:tcPr>
          <w:p w14:paraId="3C62AC7E" w14:textId="37AEF093" w:rsidR="46F2416F" w:rsidRDefault="46F2416F" w:rsidP="2668B697">
            <w:r>
              <w:t>John brown</w:t>
            </w:r>
          </w:p>
          <w:p w14:paraId="22441A51" w14:textId="20C1215F" w:rsidR="2668B697" w:rsidRDefault="2668B697" w:rsidP="2668B697">
            <w:pPr>
              <w:rPr>
                <w:rFonts w:ascii="Cambria" w:eastAsia="MS Mincho" w:hAnsi="Cambria" w:cs="Arial"/>
                <w:color w:val="000000" w:themeColor="text1"/>
              </w:rPr>
            </w:pPr>
          </w:p>
        </w:tc>
        <w:tc>
          <w:tcPr>
            <w:tcW w:w="864" w:type="dxa"/>
          </w:tcPr>
          <w:p w14:paraId="48B1E05C" w14:textId="580DCB3A" w:rsidR="6744D7CB" w:rsidRDefault="6744D7CB" w:rsidP="2668B697">
            <w:r>
              <w:t>Johnbrown@gmail.com</w:t>
            </w:r>
          </w:p>
          <w:p w14:paraId="7107AD6F" w14:textId="14A04977" w:rsidR="2668B697" w:rsidRDefault="2668B697" w:rsidP="2668B697">
            <w:pPr>
              <w:rPr>
                <w:rFonts w:ascii="Cambria" w:eastAsia="MS Mincho" w:hAnsi="Cambria" w:cs="Arial"/>
                <w:color w:val="000000" w:themeColor="text1"/>
              </w:rPr>
            </w:pPr>
          </w:p>
        </w:tc>
        <w:tc>
          <w:tcPr>
            <w:tcW w:w="864" w:type="dxa"/>
          </w:tcPr>
          <w:p w14:paraId="685A7304" w14:textId="064E661E" w:rsidR="3CEAD6BE" w:rsidRDefault="3CEAD6BE" w:rsidP="2668B697">
            <w:r w:rsidRPr="2668B697">
              <w:rPr>
                <w:rFonts w:ascii="Cambria" w:eastAsia="Cambria" w:hAnsi="Cambria" w:cs="Cambria"/>
              </w:rPr>
              <w:t>978-1234</w:t>
            </w:r>
          </w:p>
        </w:tc>
        <w:tc>
          <w:tcPr>
            <w:tcW w:w="864" w:type="dxa"/>
          </w:tcPr>
          <w:p w14:paraId="2EBEF2E4" w14:textId="316CFB9F" w:rsidR="1739C846" w:rsidRDefault="1739C846" w:rsidP="2668B697">
            <w:r w:rsidRPr="2668B697">
              <w:rPr>
                <w:rFonts w:ascii="Cambria" w:eastAsia="Cambria" w:hAnsi="Cambria" w:cs="Cambria"/>
              </w:rPr>
              <w:t>Pride and Prejudice</w:t>
            </w:r>
          </w:p>
        </w:tc>
        <w:tc>
          <w:tcPr>
            <w:tcW w:w="864" w:type="dxa"/>
          </w:tcPr>
          <w:p w14:paraId="4860DA4B" w14:textId="2AA702B4" w:rsidR="1739C846" w:rsidRDefault="1739C846" w:rsidP="2668B697">
            <w:r w:rsidRPr="2668B697">
              <w:rPr>
                <w:rFonts w:ascii="Cambria" w:eastAsia="Cambria" w:hAnsi="Cambria" w:cs="Cambria"/>
              </w:rPr>
              <w:t>Jane Austen</w:t>
            </w:r>
          </w:p>
        </w:tc>
        <w:tc>
          <w:tcPr>
            <w:tcW w:w="864" w:type="dxa"/>
          </w:tcPr>
          <w:p w14:paraId="279053BC" w14:textId="0E739087" w:rsidR="3CEAD6BE" w:rsidRDefault="3CEAD6BE" w:rsidP="2668B697">
            <w:r w:rsidRPr="2668B697">
              <w:rPr>
                <w:rFonts w:ascii="Cambria" w:eastAsia="Cambria" w:hAnsi="Cambria" w:cs="Cambria"/>
              </w:rPr>
              <w:t>2026-06-01</w:t>
            </w:r>
          </w:p>
        </w:tc>
        <w:tc>
          <w:tcPr>
            <w:tcW w:w="864" w:type="dxa"/>
          </w:tcPr>
          <w:p w14:paraId="08D88FE4" w14:textId="5ABE7177" w:rsidR="3CEAD6BE" w:rsidRDefault="3CEAD6BE" w:rsidP="2668B697">
            <w:r w:rsidRPr="2668B697">
              <w:rPr>
                <w:rFonts w:ascii="Cambria" w:eastAsia="Cambria" w:hAnsi="Cambria" w:cs="Cambria"/>
              </w:rPr>
              <w:t>2026-06-22</w:t>
            </w:r>
          </w:p>
        </w:tc>
        <w:tc>
          <w:tcPr>
            <w:tcW w:w="864" w:type="dxa"/>
          </w:tcPr>
          <w:p w14:paraId="7F3FDB40" w14:textId="4785A7C1" w:rsidR="3CEAD6BE" w:rsidRDefault="3CEAD6BE" w:rsidP="2668B697">
            <w:r w:rsidRPr="2668B697">
              <w:rPr>
                <w:rFonts w:ascii="Cambria" w:eastAsia="Cambria" w:hAnsi="Cambria" w:cs="Cambria"/>
              </w:rPr>
              <w:t>2026-06-20</w:t>
            </w:r>
          </w:p>
        </w:tc>
      </w:tr>
      <w:tr w:rsidR="2668B697" w14:paraId="7C1F8EF8" w14:textId="77777777" w:rsidTr="2668B697">
        <w:trPr>
          <w:trHeight w:val="300"/>
        </w:trPr>
        <w:tc>
          <w:tcPr>
            <w:tcW w:w="1080" w:type="dxa"/>
          </w:tcPr>
          <w:p w14:paraId="0421176A" w14:textId="3CD257C8" w:rsidR="3CEAD6BE" w:rsidRDefault="3CEAD6BE" w:rsidP="2668B697">
            <w:r w:rsidRPr="2668B697">
              <w:rPr>
                <w:rFonts w:ascii="Cambria" w:eastAsia="Cambria" w:hAnsi="Cambria" w:cs="Cambria"/>
              </w:rPr>
              <w:t>B003</w:t>
            </w:r>
          </w:p>
        </w:tc>
        <w:tc>
          <w:tcPr>
            <w:tcW w:w="648" w:type="dxa"/>
          </w:tcPr>
          <w:p w14:paraId="64A6C8D0" w14:textId="00585E1C" w:rsidR="3CEAD6BE" w:rsidRDefault="3CEAD6BE" w:rsidP="2668B697">
            <w:r w:rsidRPr="2668B697">
              <w:rPr>
                <w:rFonts w:ascii="Cambria" w:eastAsia="Cambria" w:hAnsi="Cambria" w:cs="Cambria"/>
              </w:rPr>
              <w:t>U001</w:t>
            </w:r>
          </w:p>
        </w:tc>
        <w:tc>
          <w:tcPr>
            <w:tcW w:w="864" w:type="dxa"/>
          </w:tcPr>
          <w:p w14:paraId="291C7521" w14:textId="37AEF093" w:rsidR="4C39DD80" w:rsidRDefault="4C39DD80" w:rsidP="2668B697">
            <w:r>
              <w:t>John brown</w:t>
            </w:r>
          </w:p>
          <w:p w14:paraId="14C46C77" w14:textId="4F246CD5" w:rsidR="2668B697" w:rsidRDefault="2668B697" w:rsidP="2668B697">
            <w:pPr>
              <w:rPr>
                <w:rFonts w:ascii="Cambria" w:eastAsia="MS Mincho" w:hAnsi="Cambria" w:cs="Arial"/>
                <w:color w:val="000000" w:themeColor="text1"/>
              </w:rPr>
            </w:pPr>
          </w:p>
        </w:tc>
        <w:tc>
          <w:tcPr>
            <w:tcW w:w="864" w:type="dxa"/>
          </w:tcPr>
          <w:p w14:paraId="75A5AB8B" w14:textId="580DCB3A" w:rsidR="296092D7" w:rsidRDefault="296092D7" w:rsidP="2668B697">
            <w:r>
              <w:t>Johnbrown@gmail.com</w:t>
            </w:r>
          </w:p>
          <w:p w14:paraId="383AC39B" w14:textId="2D4C8D41" w:rsidR="2668B697" w:rsidRDefault="2668B697" w:rsidP="2668B697">
            <w:pPr>
              <w:rPr>
                <w:rFonts w:ascii="Cambria" w:eastAsia="MS Mincho" w:hAnsi="Cambria" w:cs="Arial"/>
                <w:color w:val="000000" w:themeColor="text1"/>
              </w:rPr>
            </w:pPr>
          </w:p>
        </w:tc>
        <w:tc>
          <w:tcPr>
            <w:tcW w:w="864" w:type="dxa"/>
          </w:tcPr>
          <w:p w14:paraId="572A4104" w14:textId="654ADDB3" w:rsidR="3CEAD6BE" w:rsidRDefault="3CEAD6BE" w:rsidP="2668B697">
            <w:r w:rsidRPr="2668B697">
              <w:rPr>
                <w:rFonts w:ascii="Cambria" w:eastAsia="Cambria" w:hAnsi="Cambria" w:cs="Cambria"/>
              </w:rPr>
              <w:t>978-5678</w:t>
            </w:r>
          </w:p>
        </w:tc>
        <w:tc>
          <w:tcPr>
            <w:tcW w:w="864" w:type="dxa"/>
          </w:tcPr>
          <w:p w14:paraId="43A00497" w14:textId="61120534" w:rsidR="11A7BBF3" w:rsidRDefault="11A7BBF3" w:rsidP="2668B697">
            <w:r w:rsidRPr="2668B697">
              <w:rPr>
                <w:rFonts w:ascii="Cambria" w:eastAsia="Cambria" w:hAnsi="Cambria" w:cs="Cambria"/>
              </w:rPr>
              <w:t>One Hundred Years of Solitude</w:t>
            </w:r>
          </w:p>
        </w:tc>
        <w:tc>
          <w:tcPr>
            <w:tcW w:w="864" w:type="dxa"/>
          </w:tcPr>
          <w:p w14:paraId="6BDD6680" w14:textId="7773865F" w:rsidR="11A7BBF3" w:rsidRDefault="11A7BBF3" w:rsidP="2668B697">
            <w:r w:rsidRPr="2668B697">
              <w:rPr>
                <w:rFonts w:ascii="Cambria" w:eastAsia="Cambria" w:hAnsi="Cambria" w:cs="Cambria"/>
              </w:rPr>
              <w:t>Gabriel García Márquez</w:t>
            </w:r>
          </w:p>
        </w:tc>
        <w:tc>
          <w:tcPr>
            <w:tcW w:w="864" w:type="dxa"/>
          </w:tcPr>
          <w:p w14:paraId="5CF401CC" w14:textId="7FA11301" w:rsidR="3CEAD6BE" w:rsidRDefault="3CEAD6BE" w:rsidP="2668B697">
            <w:r w:rsidRPr="2668B697">
              <w:rPr>
                <w:rFonts w:ascii="Cambria" w:eastAsia="Cambria" w:hAnsi="Cambria" w:cs="Cambria"/>
              </w:rPr>
              <w:t>2026-06-05</w:t>
            </w:r>
          </w:p>
        </w:tc>
        <w:tc>
          <w:tcPr>
            <w:tcW w:w="864" w:type="dxa"/>
          </w:tcPr>
          <w:p w14:paraId="312CC38F" w14:textId="5557A70B" w:rsidR="3CEAD6BE" w:rsidRDefault="3CEAD6BE" w:rsidP="2668B697">
            <w:r w:rsidRPr="2668B697">
              <w:rPr>
                <w:rFonts w:ascii="Cambria" w:eastAsia="Cambria" w:hAnsi="Cambria" w:cs="Cambria"/>
              </w:rPr>
              <w:t>2026-06-26</w:t>
            </w:r>
          </w:p>
        </w:tc>
        <w:tc>
          <w:tcPr>
            <w:tcW w:w="864" w:type="dxa"/>
          </w:tcPr>
          <w:p w14:paraId="49F5C165" w14:textId="6D6DBD64" w:rsidR="3CEAD6BE" w:rsidRDefault="3CEAD6BE" w:rsidP="2668B697">
            <w:r w:rsidRPr="2668B697">
              <w:rPr>
                <w:rFonts w:ascii="Cambria" w:eastAsia="Cambria" w:hAnsi="Cambria" w:cs="Cambria"/>
              </w:rPr>
              <w:t>NULL</w:t>
            </w:r>
          </w:p>
        </w:tc>
      </w:tr>
      <w:tr w:rsidR="2668B697" w14:paraId="1BBECFCA" w14:textId="77777777" w:rsidTr="2668B697">
        <w:trPr>
          <w:trHeight w:val="300"/>
        </w:trPr>
        <w:tc>
          <w:tcPr>
            <w:tcW w:w="1080" w:type="dxa"/>
          </w:tcPr>
          <w:p w14:paraId="3D27CCC5" w14:textId="0F294B83" w:rsidR="3CEAD6BE" w:rsidRDefault="3CEAD6BE" w:rsidP="2668B697">
            <w:r w:rsidRPr="2668B697">
              <w:rPr>
                <w:rFonts w:ascii="Cambria" w:eastAsia="Cambria" w:hAnsi="Cambria" w:cs="Cambria"/>
              </w:rPr>
              <w:t>B004</w:t>
            </w:r>
          </w:p>
        </w:tc>
        <w:tc>
          <w:tcPr>
            <w:tcW w:w="648" w:type="dxa"/>
          </w:tcPr>
          <w:p w14:paraId="3DA28464" w14:textId="61224E97" w:rsidR="3CEAD6BE" w:rsidRDefault="3CEAD6BE" w:rsidP="2668B697">
            <w:r w:rsidRPr="2668B697">
              <w:rPr>
                <w:rFonts w:ascii="Cambria" w:eastAsia="Cambria" w:hAnsi="Cambria" w:cs="Cambria"/>
              </w:rPr>
              <w:t>U00</w:t>
            </w:r>
            <w:r w:rsidR="5C26BB22" w:rsidRPr="2668B697">
              <w:rPr>
                <w:rFonts w:ascii="Cambria" w:eastAsia="Cambria" w:hAnsi="Cambria" w:cs="Cambria"/>
              </w:rPr>
              <w:t>2</w:t>
            </w:r>
          </w:p>
        </w:tc>
        <w:tc>
          <w:tcPr>
            <w:tcW w:w="864" w:type="dxa"/>
          </w:tcPr>
          <w:p w14:paraId="63AC43F4" w14:textId="56C56FF3" w:rsidR="418D84B4" w:rsidRDefault="418D84B4" w:rsidP="2668B697">
            <w:r>
              <w:t>Samuel long</w:t>
            </w:r>
          </w:p>
          <w:p w14:paraId="1991ADEB" w14:textId="0A789967" w:rsidR="2668B697" w:rsidRDefault="2668B697" w:rsidP="2668B697">
            <w:pPr>
              <w:rPr>
                <w:rFonts w:ascii="Cambria" w:eastAsia="MS Mincho" w:hAnsi="Cambria" w:cs="Arial"/>
                <w:color w:val="000000" w:themeColor="text1"/>
              </w:rPr>
            </w:pPr>
          </w:p>
        </w:tc>
        <w:tc>
          <w:tcPr>
            <w:tcW w:w="864" w:type="dxa"/>
          </w:tcPr>
          <w:p w14:paraId="34E7EFC4" w14:textId="4BE63A5B" w:rsidR="0ECF60A3" w:rsidRDefault="0ECF60A3" w:rsidP="2668B697">
            <w:r>
              <w:t>Samuellong@gmail.com</w:t>
            </w:r>
          </w:p>
          <w:p w14:paraId="0E0C47DB" w14:textId="748513DC" w:rsidR="2668B697" w:rsidRDefault="2668B697" w:rsidP="2668B697">
            <w:pPr>
              <w:rPr>
                <w:rFonts w:ascii="Cambria" w:eastAsia="MS Mincho" w:hAnsi="Cambria" w:cs="Arial"/>
                <w:color w:val="000000" w:themeColor="text1"/>
              </w:rPr>
            </w:pPr>
          </w:p>
        </w:tc>
        <w:tc>
          <w:tcPr>
            <w:tcW w:w="864" w:type="dxa"/>
          </w:tcPr>
          <w:p w14:paraId="7AF16734" w14:textId="3AFF6782" w:rsidR="3CEAD6BE" w:rsidRDefault="3CEAD6BE" w:rsidP="2668B697">
            <w:r w:rsidRPr="2668B697">
              <w:rPr>
                <w:rFonts w:ascii="Cambria" w:eastAsia="Cambria" w:hAnsi="Cambria" w:cs="Cambria"/>
              </w:rPr>
              <w:t>978-1234</w:t>
            </w:r>
          </w:p>
        </w:tc>
        <w:tc>
          <w:tcPr>
            <w:tcW w:w="864" w:type="dxa"/>
          </w:tcPr>
          <w:p w14:paraId="79F611BB" w14:textId="40D92F8A" w:rsidR="21AFC6CC" w:rsidRDefault="21AFC6CC" w:rsidP="2668B697">
            <w:r w:rsidRPr="2668B697">
              <w:rPr>
                <w:rFonts w:ascii="Cambria" w:eastAsia="Cambria" w:hAnsi="Cambria" w:cs="Cambria"/>
              </w:rPr>
              <w:t>Beloved</w:t>
            </w:r>
          </w:p>
        </w:tc>
        <w:tc>
          <w:tcPr>
            <w:tcW w:w="864" w:type="dxa"/>
          </w:tcPr>
          <w:p w14:paraId="5C9B47F3" w14:textId="1E411603" w:rsidR="21AFC6CC" w:rsidRDefault="21AFC6CC" w:rsidP="2668B697">
            <w:r w:rsidRPr="2668B697">
              <w:rPr>
                <w:rFonts w:ascii="Cambria" w:eastAsia="Cambria" w:hAnsi="Cambria" w:cs="Cambria"/>
              </w:rPr>
              <w:t>Toni Morrison</w:t>
            </w:r>
          </w:p>
        </w:tc>
        <w:tc>
          <w:tcPr>
            <w:tcW w:w="864" w:type="dxa"/>
          </w:tcPr>
          <w:p w14:paraId="3D210CDC" w14:textId="109DE95A" w:rsidR="3CEAD6BE" w:rsidRDefault="3CEAD6BE" w:rsidP="2668B697">
            <w:r w:rsidRPr="2668B697">
              <w:rPr>
                <w:rFonts w:ascii="Cambria" w:eastAsia="Cambria" w:hAnsi="Cambria" w:cs="Cambria"/>
              </w:rPr>
              <w:t>2026-06-10</w:t>
            </w:r>
          </w:p>
        </w:tc>
        <w:tc>
          <w:tcPr>
            <w:tcW w:w="864" w:type="dxa"/>
          </w:tcPr>
          <w:p w14:paraId="65D93064" w14:textId="653D6561" w:rsidR="3CEAD6BE" w:rsidRDefault="3CEAD6BE" w:rsidP="2668B697">
            <w:r w:rsidRPr="2668B697">
              <w:rPr>
                <w:rFonts w:ascii="Cambria" w:eastAsia="Cambria" w:hAnsi="Cambria" w:cs="Cambria"/>
              </w:rPr>
              <w:t>2026-07-01</w:t>
            </w:r>
          </w:p>
        </w:tc>
        <w:tc>
          <w:tcPr>
            <w:tcW w:w="864" w:type="dxa"/>
          </w:tcPr>
          <w:p w14:paraId="4E9222F8" w14:textId="686F1C24" w:rsidR="3CEAD6BE" w:rsidRDefault="3CEAD6BE" w:rsidP="2668B697">
            <w:r w:rsidRPr="2668B697">
              <w:rPr>
                <w:rFonts w:ascii="Cambria" w:eastAsia="Cambria" w:hAnsi="Cambria" w:cs="Cambria"/>
              </w:rPr>
              <w:t>NULL</w:t>
            </w:r>
          </w:p>
        </w:tc>
      </w:tr>
    </w:tbl>
    <w:p w14:paraId="7812477C" w14:textId="4ADF384D" w:rsidR="2668B697" w:rsidRDefault="2668B697"/>
    <w:p w14:paraId="212C7757" w14:textId="17D4B4E7" w:rsidR="03C7D2E1" w:rsidRDefault="03C7D2E1" w:rsidP="2668B697">
      <w:r>
        <w:t xml:space="preserve">The problem: </w:t>
      </w:r>
      <w:r w:rsidRPr="2668B697">
        <w:rPr>
          <w:rFonts w:ascii="Cambria" w:eastAsia="Cambria" w:hAnsi="Cambria" w:cs="Cambria"/>
        </w:rPr>
        <w:t>User/book/author details repeat across rows; updating a name requires changing every matching entry; high risk of inconsistent data.</w:t>
      </w:r>
    </w:p>
    <w:p w14:paraId="22464688" w14:textId="4899304B" w:rsidR="03C7D2E1" w:rsidRDefault="03C7D2E1" w:rsidP="2668B697">
      <w:r>
        <w:t>Step 2:  convert to Second Normal Form</w:t>
      </w:r>
    </w:p>
    <w:p w14:paraId="1169F151" w14:textId="4D9E45FF"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Split the combined table into separate tables for distinct entities</w:t>
      </w:r>
    </w:p>
    <w:p w14:paraId="4BB39D6C" w14:textId="3D5EFE2B"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Removed partial dependencies: attributes now depend only on their full primary key</w:t>
      </w:r>
    </w:p>
    <w:p w14:paraId="3533E2DB" w14:textId="4B5EB9D2"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Created foreign keys to link related tables</w:t>
      </w:r>
    </w:p>
    <w:p w14:paraId="758BB653" w14:textId="134E034F" w:rsidR="03C7D2E1" w:rsidRDefault="03C7D2E1" w:rsidP="2668B697">
      <w:r>
        <w:t>2NF:</w:t>
      </w:r>
    </w:p>
    <w:p w14:paraId="435F3B9A" w14:textId="1020C937"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User (user_id PK): user_name, user_email</w:t>
      </w:r>
    </w:p>
    <w:p w14:paraId="040E5A96" w14:textId="52200DAF"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Book (book_isbn PK): book_title</w:t>
      </w:r>
    </w:p>
    <w:p w14:paraId="39446050" w14:textId="18A85501"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Author (author_id PK): author_name</w:t>
      </w:r>
    </w:p>
    <w:p w14:paraId="69981F63" w14:textId="106DABBB"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Borrowing (borrow_id PK; user_id, book_isbn FKs): borrow_date, due_date, return_date</w:t>
      </w:r>
    </w:p>
    <w:p w14:paraId="33E26A88" w14:textId="4A01CF89"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Book Author (book_isbn, author_id composite PK): links books to their authors</w:t>
      </w:r>
    </w:p>
    <w:p w14:paraId="7726915B" w14:textId="70B06772" w:rsidR="2668B697" w:rsidRDefault="2668B697" w:rsidP="2668B697"/>
    <w:p w14:paraId="166AF202" w14:textId="129B57FF" w:rsidR="03C7D2E1" w:rsidRDefault="03C7D2E1" w:rsidP="2668B697">
      <w:r>
        <w:t xml:space="preserve">The problem: </w:t>
      </w:r>
      <w:r w:rsidRPr="2668B697">
        <w:rPr>
          <w:rFonts w:ascii="Cambria" w:eastAsia="MS Mincho" w:hAnsi="Cambria" w:cs="Arial"/>
        </w:rPr>
        <w:t xml:space="preserve">No transitive dependencies fixed </w:t>
      </w:r>
      <w:proofErr w:type="gramStart"/>
      <w:r w:rsidRPr="2668B697">
        <w:rPr>
          <w:rFonts w:ascii="Cambria" w:eastAsia="MS Mincho" w:hAnsi="Cambria" w:cs="Arial"/>
        </w:rPr>
        <w:t>yet;</w:t>
      </w:r>
      <w:proofErr w:type="gramEnd"/>
      <w:r w:rsidRPr="2668B697">
        <w:rPr>
          <w:rFonts w:ascii="Cambria" w:eastAsia="MS Mincho" w:hAnsi="Cambria" w:cs="Arial"/>
        </w:rPr>
        <w:t xml:space="preserve"> e.g. if we added </w:t>
      </w:r>
      <w:r w:rsidRPr="2668B697">
        <w:rPr>
          <w:rFonts w:ascii="Cambria" w:eastAsia="MS Mincho" w:hAnsi="Cambria" w:cs="Arial"/>
          <w:color w:val="000000" w:themeColor="text1"/>
        </w:rPr>
        <w:t>author_country</w:t>
      </w:r>
      <w:r w:rsidRPr="2668B697">
        <w:rPr>
          <w:rFonts w:ascii="Cambria" w:eastAsia="MS Mincho" w:hAnsi="Cambria" w:cs="Arial"/>
        </w:rPr>
        <w:t xml:space="preserve"> to Author, or </w:t>
      </w:r>
      <w:r w:rsidRPr="2668B697">
        <w:rPr>
          <w:rFonts w:ascii="Cambria" w:eastAsia="MS Mincho" w:hAnsi="Cambria" w:cs="Arial"/>
          <w:color w:val="000000" w:themeColor="text1"/>
        </w:rPr>
        <w:t>publisher_location</w:t>
      </w:r>
      <w:r w:rsidRPr="2668B697">
        <w:rPr>
          <w:rFonts w:ascii="Cambria" w:eastAsia="MS Mincho" w:hAnsi="Cambria" w:cs="Arial"/>
        </w:rPr>
        <w:t xml:space="preserve"> to Book, these would depend on </w:t>
      </w:r>
      <w:r w:rsidRPr="2668B697">
        <w:rPr>
          <w:rFonts w:ascii="Cambria" w:eastAsia="MS Mincho" w:hAnsi="Cambria" w:cs="Arial"/>
          <w:color w:val="000000" w:themeColor="text1"/>
        </w:rPr>
        <w:t>author_id</w:t>
      </w:r>
      <w:r w:rsidRPr="2668B697">
        <w:rPr>
          <w:rFonts w:ascii="Cambria" w:eastAsia="MS Mincho" w:hAnsi="Cambria" w:cs="Arial"/>
        </w:rPr>
        <w:t>/</w:t>
      </w:r>
      <w:r w:rsidRPr="2668B697">
        <w:rPr>
          <w:rFonts w:ascii="Cambria" w:eastAsia="MS Mincho" w:hAnsi="Cambria" w:cs="Arial"/>
          <w:color w:val="000000" w:themeColor="text1"/>
        </w:rPr>
        <w:t>publisher</w:t>
      </w:r>
      <w:r w:rsidRPr="2668B697">
        <w:rPr>
          <w:rFonts w:ascii="Cambria" w:eastAsia="MS Mincho" w:hAnsi="Cambria" w:cs="Arial"/>
        </w:rPr>
        <w:t xml:space="preserve"> rather than directly on the primary key.</w:t>
      </w:r>
    </w:p>
    <w:p w14:paraId="7AAC2D45" w14:textId="0864104E" w:rsidR="2668B697" w:rsidRDefault="2668B697" w:rsidP="2668B697">
      <w:pPr>
        <w:rPr>
          <w:rFonts w:ascii="Cambria" w:eastAsia="MS Mincho" w:hAnsi="Cambria" w:cs="Arial"/>
        </w:rPr>
      </w:pPr>
    </w:p>
    <w:p w14:paraId="5752EFD5" w14:textId="120F4CFE" w:rsidR="03C7D2E1" w:rsidRDefault="03C7D2E1" w:rsidP="2668B697">
      <w:r w:rsidRPr="2668B697">
        <w:rPr>
          <w:rFonts w:ascii="Cambria" w:eastAsia="MS Mincho" w:hAnsi="Cambria" w:cs="Arial"/>
        </w:rPr>
        <w:t>Step 3: convert to Third Normal Form</w:t>
      </w:r>
    </w:p>
    <w:p w14:paraId="77BC5E78" w14:textId="67C9FA29"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Removed all transitive dependencies: non-key fields depend only on the primary key, never on another non-key field</w:t>
      </w:r>
    </w:p>
    <w:p w14:paraId="385DCF67" w14:textId="21583B4D"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Added dedicated tables for related attributes, fully matching your ERD design</w:t>
      </w:r>
    </w:p>
    <w:p w14:paraId="3990D043" w14:textId="0C9EB42F" w:rsidR="2668B697" w:rsidRDefault="2668B697" w:rsidP="2668B697">
      <w:pPr>
        <w:rPr>
          <w:rFonts w:ascii="Cambria" w:eastAsia="MS Mincho" w:hAnsi="Cambria" w:cs="Arial"/>
        </w:rPr>
      </w:pPr>
    </w:p>
    <w:tbl>
      <w:tblPr>
        <w:tblStyle w:val="TableGrid"/>
        <w:tblW w:w="0" w:type="auto"/>
        <w:tblLook w:val="06A0" w:firstRow="1" w:lastRow="0" w:firstColumn="1" w:lastColumn="0" w:noHBand="1" w:noVBand="1"/>
      </w:tblPr>
      <w:tblGrid>
        <w:gridCol w:w="1958"/>
        <w:gridCol w:w="2133"/>
        <w:gridCol w:w="1947"/>
        <w:gridCol w:w="2592"/>
      </w:tblGrid>
      <w:tr w:rsidR="2668B697" w14:paraId="26355EC8" w14:textId="77777777" w:rsidTr="2668B697">
        <w:trPr>
          <w:trHeight w:val="300"/>
        </w:trPr>
        <w:tc>
          <w:tcPr>
            <w:tcW w:w="2160" w:type="dxa"/>
          </w:tcPr>
          <w:p w14:paraId="463BA1FD" w14:textId="2C7895F2" w:rsidR="03C7D2E1" w:rsidRDefault="03C7D2E1" w:rsidP="2668B697">
            <w:r w:rsidRPr="2668B697">
              <w:rPr>
                <w:rFonts w:ascii="Cambria" w:eastAsia="Cambria" w:hAnsi="Cambria" w:cs="Cambria"/>
              </w:rPr>
              <w:t>Table Name</w:t>
            </w:r>
          </w:p>
        </w:tc>
        <w:tc>
          <w:tcPr>
            <w:tcW w:w="2160" w:type="dxa"/>
          </w:tcPr>
          <w:p w14:paraId="4ADF4882" w14:textId="3AEE4ACE" w:rsidR="03C7D2E1" w:rsidRDefault="03C7D2E1" w:rsidP="2668B697">
            <w:r w:rsidRPr="2668B697">
              <w:rPr>
                <w:rFonts w:ascii="Cambria" w:eastAsia="Cambria" w:hAnsi="Cambria" w:cs="Cambria"/>
              </w:rPr>
              <w:t>Primary Key</w:t>
            </w:r>
          </w:p>
        </w:tc>
        <w:tc>
          <w:tcPr>
            <w:tcW w:w="2160" w:type="dxa"/>
          </w:tcPr>
          <w:p w14:paraId="23121221" w14:textId="2CC4E73C" w:rsidR="03C7D2E1" w:rsidRDefault="03C7D2E1" w:rsidP="2668B697">
            <w:r w:rsidRPr="2668B697">
              <w:rPr>
                <w:rFonts w:ascii="Cambria" w:eastAsia="Cambria" w:hAnsi="Cambria" w:cs="Cambria"/>
              </w:rPr>
              <w:t>Foreign Keys</w:t>
            </w:r>
          </w:p>
        </w:tc>
        <w:tc>
          <w:tcPr>
            <w:tcW w:w="2160" w:type="dxa"/>
          </w:tcPr>
          <w:p w14:paraId="05C99170" w14:textId="5674044D" w:rsidR="03C7D2E1" w:rsidRDefault="03C7D2E1" w:rsidP="2668B697">
            <w:r w:rsidRPr="2668B697">
              <w:rPr>
                <w:rFonts w:ascii="Cambria" w:eastAsia="Cambria" w:hAnsi="Cambria" w:cs="Cambria"/>
              </w:rPr>
              <w:t>All Other Attributes</w:t>
            </w:r>
          </w:p>
        </w:tc>
      </w:tr>
      <w:tr w:rsidR="2668B697" w14:paraId="5B7833D8" w14:textId="77777777" w:rsidTr="2668B697">
        <w:trPr>
          <w:trHeight w:val="300"/>
        </w:trPr>
        <w:tc>
          <w:tcPr>
            <w:tcW w:w="2160" w:type="dxa"/>
          </w:tcPr>
          <w:p w14:paraId="529ED440" w14:textId="15017033" w:rsidR="03C7D2E1" w:rsidRDefault="03C7D2E1" w:rsidP="2668B697">
            <w:r w:rsidRPr="2668B697">
              <w:rPr>
                <w:rFonts w:ascii="Cambria" w:eastAsia="Cambria" w:hAnsi="Cambria" w:cs="Cambria"/>
              </w:rPr>
              <w:t>User</w:t>
            </w:r>
          </w:p>
        </w:tc>
        <w:tc>
          <w:tcPr>
            <w:tcW w:w="2160" w:type="dxa"/>
          </w:tcPr>
          <w:p w14:paraId="1472423F" w14:textId="64E0F9DA"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user_id</w:t>
            </w:r>
          </w:p>
        </w:tc>
        <w:tc>
          <w:tcPr>
            <w:tcW w:w="2160" w:type="dxa"/>
          </w:tcPr>
          <w:p w14:paraId="61EE177E" w14:textId="68F5FE71" w:rsidR="2668B697" w:rsidRDefault="2668B697" w:rsidP="2668B697">
            <w:pPr>
              <w:rPr>
                <w:rFonts w:ascii="Cambria" w:eastAsia="MS Mincho" w:hAnsi="Cambria" w:cs="Arial"/>
              </w:rPr>
            </w:pPr>
          </w:p>
        </w:tc>
        <w:tc>
          <w:tcPr>
            <w:tcW w:w="2160" w:type="dxa"/>
          </w:tcPr>
          <w:p w14:paraId="6E562523" w14:textId="21501B76"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first_name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last_name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email</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password_hash</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account_type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registration_date</w:t>
            </w:r>
          </w:p>
        </w:tc>
      </w:tr>
      <w:tr w:rsidR="2668B697" w14:paraId="09391D23" w14:textId="77777777" w:rsidTr="2668B697">
        <w:trPr>
          <w:trHeight w:val="300"/>
        </w:trPr>
        <w:tc>
          <w:tcPr>
            <w:tcW w:w="2160" w:type="dxa"/>
          </w:tcPr>
          <w:p w14:paraId="4D7B010F" w14:textId="514D452D" w:rsidR="03C7D2E1" w:rsidRDefault="03C7D2E1" w:rsidP="2668B697">
            <w:r w:rsidRPr="2668B697">
              <w:rPr>
                <w:rFonts w:ascii="Cambria" w:eastAsia="Cambria" w:hAnsi="Cambria" w:cs="Cambria"/>
              </w:rPr>
              <w:t>Author</w:t>
            </w:r>
          </w:p>
        </w:tc>
        <w:tc>
          <w:tcPr>
            <w:tcW w:w="2160" w:type="dxa"/>
          </w:tcPr>
          <w:p w14:paraId="6CA7E757" w14:textId="1FF30B27"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author_id</w:t>
            </w:r>
          </w:p>
        </w:tc>
        <w:tc>
          <w:tcPr>
            <w:tcW w:w="2160" w:type="dxa"/>
          </w:tcPr>
          <w:p w14:paraId="3872291E" w14:textId="68F5FE71" w:rsidR="2668B697" w:rsidRDefault="2668B697" w:rsidP="2668B697">
            <w:pPr>
              <w:rPr>
                <w:rFonts w:ascii="Cambria" w:eastAsia="MS Mincho" w:hAnsi="Cambria" w:cs="Arial"/>
              </w:rPr>
            </w:pPr>
          </w:p>
        </w:tc>
        <w:tc>
          <w:tcPr>
            <w:tcW w:w="2160" w:type="dxa"/>
          </w:tcPr>
          <w:p w14:paraId="718CEEE1" w14:textId="06F879BF"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full_name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birth_year</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country</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biography</w:t>
            </w:r>
          </w:p>
        </w:tc>
      </w:tr>
      <w:tr w:rsidR="2668B697" w14:paraId="19B5F129" w14:textId="77777777" w:rsidTr="2668B697">
        <w:trPr>
          <w:trHeight w:val="300"/>
        </w:trPr>
        <w:tc>
          <w:tcPr>
            <w:tcW w:w="2160" w:type="dxa"/>
          </w:tcPr>
          <w:p w14:paraId="47E70458" w14:textId="43830166" w:rsidR="03C7D2E1" w:rsidRDefault="03C7D2E1" w:rsidP="2668B697">
            <w:r w:rsidRPr="2668B697">
              <w:rPr>
                <w:rFonts w:ascii="Cambria" w:eastAsia="Cambria" w:hAnsi="Cambria" w:cs="Cambria"/>
              </w:rPr>
              <w:t>Book</w:t>
            </w:r>
          </w:p>
        </w:tc>
        <w:tc>
          <w:tcPr>
            <w:tcW w:w="2160" w:type="dxa"/>
          </w:tcPr>
          <w:p w14:paraId="15BFCC28" w14:textId="16EBBA0D" w:rsidR="03C7D2E1" w:rsidRDefault="03C7D2E1" w:rsidP="2668B697">
            <w:r w:rsidRPr="2668B697">
              <w:rPr>
                <w:rFonts w:ascii="Cambria" w:eastAsia="Cambria" w:hAnsi="Cambria" w:cs="Cambria"/>
              </w:rPr>
              <w:t>isbn</w:t>
            </w:r>
          </w:p>
        </w:tc>
        <w:tc>
          <w:tcPr>
            <w:tcW w:w="2160" w:type="dxa"/>
          </w:tcPr>
          <w:p w14:paraId="3A117EB7" w14:textId="68F5FE71" w:rsidR="2668B697" w:rsidRDefault="2668B697" w:rsidP="2668B697">
            <w:pPr>
              <w:rPr>
                <w:rFonts w:ascii="Cambria" w:eastAsia="MS Mincho" w:hAnsi="Cambria" w:cs="Arial"/>
              </w:rPr>
            </w:pPr>
          </w:p>
        </w:tc>
        <w:tc>
          <w:tcPr>
            <w:tcW w:w="2160" w:type="dxa"/>
          </w:tcPr>
          <w:p w14:paraId="34CABF26" w14:textId="22FF700E"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title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publication_year</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publisher</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genre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total_copies</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available_copies</w:t>
            </w:r>
          </w:p>
        </w:tc>
      </w:tr>
      <w:tr w:rsidR="2668B697" w14:paraId="72BF8FBD" w14:textId="77777777" w:rsidTr="2668B697">
        <w:trPr>
          <w:trHeight w:val="300"/>
        </w:trPr>
        <w:tc>
          <w:tcPr>
            <w:tcW w:w="2160" w:type="dxa"/>
          </w:tcPr>
          <w:p w14:paraId="565E75F2" w14:textId="5CEC1E93" w:rsidR="03C7D2E1" w:rsidRDefault="03C7D2E1" w:rsidP="2668B697">
            <w:r w:rsidRPr="2668B697">
              <w:rPr>
                <w:rFonts w:ascii="Cambria" w:eastAsia="Cambria" w:hAnsi="Cambria" w:cs="Cambria"/>
              </w:rPr>
              <w:t>Book_Author</w:t>
            </w:r>
          </w:p>
        </w:tc>
        <w:tc>
          <w:tcPr>
            <w:tcW w:w="2160" w:type="dxa"/>
          </w:tcPr>
          <w:p w14:paraId="333DB628" w14:textId="7423AA44"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book_author_id</w:t>
            </w:r>
          </w:p>
        </w:tc>
        <w:tc>
          <w:tcPr>
            <w:tcW w:w="2160" w:type="dxa"/>
          </w:tcPr>
          <w:p w14:paraId="662A7DFA" w14:textId="5BAE064C" w:rsidR="03C7D2E1" w:rsidRDefault="03C7D2E1" w:rsidP="2668B697">
            <w:r w:rsidRPr="2668B697">
              <w:rPr>
                <w:rFonts w:ascii="Consolas" w:eastAsia="Consolas" w:hAnsi="Consolas" w:cs="Consolas"/>
                <w:color w:val="000000" w:themeColor="text1"/>
                <w:sz w:val="24"/>
                <w:szCs w:val="24"/>
              </w:rPr>
              <w:t>isbn</w:t>
            </w:r>
            <w:r w:rsidRPr="2668B697">
              <w:rPr>
                <w:rFonts w:ascii="Cambria" w:eastAsia="Cambria" w:hAnsi="Cambria" w:cs="Cambria"/>
              </w:rPr>
              <w:t xml:space="preserve"> (FK → Book), </w:t>
            </w:r>
            <w:r w:rsidRPr="2668B697">
              <w:rPr>
                <w:rFonts w:ascii="Consolas" w:eastAsia="Consolas" w:hAnsi="Consolas" w:cs="Consolas"/>
                <w:color w:val="000000" w:themeColor="text1"/>
                <w:sz w:val="24"/>
                <w:szCs w:val="24"/>
              </w:rPr>
              <w:t>author_id</w:t>
            </w:r>
            <w:r w:rsidRPr="2668B697">
              <w:rPr>
                <w:rFonts w:ascii="Cambria" w:eastAsia="Cambria" w:hAnsi="Cambria" w:cs="Cambria"/>
              </w:rPr>
              <w:t xml:space="preserve"> (FK → Author)</w:t>
            </w:r>
          </w:p>
        </w:tc>
        <w:tc>
          <w:tcPr>
            <w:tcW w:w="2160" w:type="dxa"/>
          </w:tcPr>
          <w:p w14:paraId="570EBF53" w14:textId="68F5FE71" w:rsidR="2668B697" w:rsidRDefault="2668B697" w:rsidP="2668B697">
            <w:pPr>
              <w:rPr>
                <w:rFonts w:ascii="Cambria" w:eastAsia="MS Mincho" w:hAnsi="Cambria" w:cs="Arial"/>
              </w:rPr>
            </w:pPr>
          </w:p>
        </w:tc>
      </w:tr>
      <w:tr w:rsidR="2668B697" w14:paraId="4C268F44" w14:textId="77777777" w:rsidTr="2668B697">
        <w:trPr>
          <w:trHeight w:val="300"/>
        </w:trPr>
        <w:tc>
          <w:tcPr>
            <w:tcW w:w="2160" w:type="dxa"/>
          </w:tcPr>
          <w:p w14:paraId="75D678A5" w14:textId="6A8FF954" w:rsidR="03C7D2E1" w:rsidRDefault="03C7D2E1" w:rsidP="2668B697">
            <w:r w:rsidRPr="2668B697">
              <w:rPr>
                <w:rFonts w:ascii="Cambria" w:eastAsia="Cambria" w:hAnsi="Cambria" w:cs="Cambria"/>
              </w:rPr>
              <w:t>Borrowing</w:t>
            </w:r>
          </w:p>
        </w:tc>
        <w:tc>
          <w:tcPr>
            <w:tcW w:w="2160" w:type="dxa"/>
          </w:tcPr>
          <w:p w14:paraId="092A9B31" w14:textId="375BDFD7"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borrow_id</w:t>
            </w:r>
          </w:p>
        </w:tc>
        <w:tc>
          <w:tcPr>
            <w:tcW w:w="2160" w:type="dxa"/>
          </w:tcPr>
          <w:p w14:paraId="3E0D1DFD" w14:textId="05C033C2" w:rsidR="03C7D2E1" w:rsidRDefault="03C7D2E1" w:rsidP="2668B697">
            <w:r w:rsidRPr="2668B697">
              <w:rPr>
                <w:rFonts w:ascii="Consolas" w:eastAsia="Consolas" w:hAnsi="Consolas" w:cs="Consolas"/>
                <w:color w:val="000000" w:themeColor="text1"/>
                <w:sz w:val="24"/>
                <w:szCs w:val="24"/>
              </w:rPr>
              <w:t>user_id</w:t>
            </w:r>
            <w:r w:rsidRPr="2668B697">
              <w:rPr>
                <w:rFonts w:ascii="Cambria" w:eastAsia="Cambria" w:hAnsi="Cambria" w:cs="Cambria"/>
              </w:rPr>
              <w:t xml:space="preserve"> (FK → User), </w:t>
            </w:r>
            <w:r w:rsidRPr="2668B697">
              <w:rPr>
                <w:rFonts w:ascii="Consolas" w:eastAsia="Consolas" w:hAnsi="Consolas" w:cs="Consolas"/>
                <w:color w:val="000000" w:themeColor="text1"/>
                <w:sz w:val="24"/>
                <w:szCs w:val="24"/>
              </w:rPr>
              <w:t>isbn</w:t>
            </w:r>
            <w:r w:rsidRPr="2668B697">
              <w:rPr>
                <w:rFonts w:ascii="Cambria" w:eastAsia="Cambria" w:hAnsi="Cambria" w:cs="Cambria"/>
              </w:rPr>
              <w:t xml:space="preserve"> (FK → Book)</w:t>
            </w:r>
          </w:p>
        </w:tc>
        <w:tc>
          <w:tcPr>
            <w:tcW w:w="2160" w:type="dxa"/>
          </w:tcPr>
          <w:p w14:paraId="1D4297BC" w14:textId="00B89DD3"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borrow_date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due_date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return_date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status</w:t>
            </w:r>
          </w:p>
        </w:tc>
      </w:tr>
      <w:tr w:rsidR="2668B697" w14:paraId="34336EC5" w14:textId="77777777" w:rsidTr="2668B697">
        <w:trPr>
          <w:trHeight w:val="300"/>
        </w:trPr>
        <w:tc>
          <w:tcPr>
            <w:tcW w:w="2160" w:type="dxa"/>
          </w:tcPr>
          <w:p w14:paraId="5D7A4EFA" w14:textId="6D3E902D" w:rsidR="03C7D2E1" w:rsidRDefault="03C7D2E1" w:rsidP="2668B697">
            <w:r w:rsidRPr="2668B697">
              <w:rPr>
                <w:rFonts w:ascii="Cambria" w:eastAsia="Cambria" w:hAnsi="Cambria" w:cs="Cambria"/>
              </w:rPr>
              <w:t>Reservation</w:t>
            </w:r>
          </w:p>
        </w:tc>
        <w:tc>
          <w:tcPr>
            <w:tcW w:w="2160" w:type="dxa"/>
          </w:tcPr>
          <w:p w14:paraId="1D619C7E" w14:textId="18F1FF3B" w:rsidR="03C7D2E1" w:rsidRDefault="03C7D2E1" w:rsidP="2668B697">
            <w:r w:rsidRPr="2668B697">
              <w:rPr>
                <w:rFonts w:ascii="Cambria" w:eastAsia="Cambria" w:hAnsi="Cambria" w:cs="Cambria"/>
              </w:rPr>
              <w:t>reservation_id</w:t>
            </w:r>
          </w:p>
        </w:tc>
        <w:tc>
          <w:tcPr>
            <w:tcW w:w="2160" w:type="dxa"/>
          </w:tcPr>
          <w:p w14:paraId="3CFD5E64" w14:textId="30B31C77" w:rsidR="03C7D2E1" w:rsidRDefault="03C7D2E1" w:rsidP="2668B697">
            <w:r w:rsidRPr="2668B697">
              <w:rPr>
                <w:rFonts w:ascii="Consolas" w:eastAsia="Consolas" w:hAnsi="Consolas" w:cs="Consolas"/>
                <w:color w:val="000000" w:themeColor="text1"/>
                <w:sz w:val="24"/>
                <w:szCs w:val="24"/>
              </w:rPr>
              <w:t>user_id</w:t>
            </w:r>
            <w:r w:rsidRPr="2668B697">
              <w:rPr>
                <w:rFonts w:ascii="Cambria" w:eastAsia="Cambria" w:hAnsi="Cambria" w:cs="Cambria"/>
              </w:rPr>
              <w:t xml:space="preserve"> (FK → User), </w:t>
            </w:r>
            <w:r w:rsidRPr="2668B697">
              <w:rPr>
                <w:rFonts w:ascii="Consolas" w:eastAsia="Consolas" w:hAnsi="Consolas" w:cs="Consolas"/>
                <w:color w:val="000000" w:themeColor="text1"/>
                <w:sz w:val="24"/>
                <w:szCs w:val="24"/>
              </w:rPr>
              <w:t>isbn</w:t>
            </w:r>
            <w:r w:rsidRPr="2668B697">
              <w:rPr>
                <w:rFonts w:ascii="Cambria" w:eastAsia="Cambria" w:hAnsi="Cambria" w:cs="Cambria"/>
              </w:rPr>
              <w:t xml:space="preserve"> (FK → Book)</w:t>
            </w:r>
          </w:p>
        </w:tc>
        <w:tc>
          <w:tcPr>
            <w:tcW w:w="2160" w:type="dxa"/>
          </w:tcPr>
          <w:p w14:paraId="5ED3E245" w14:textId="37A35504" w:rsidR="03C7D2E1" w:rsidRDefault="03C7D2E1" w:rsidP="2668B697">
            <w:pPr>
              <w:rPr>
                <w:rFonts w:ascii="Cambria" w:eastAsia="Cambria" w:hAnsi="Cambria" w:cs="Cambria"/>
              </w:rPr>
            </w:pPr>
            <w:r w:rsidRPr="2668B697">
              <w:rPr>
                <w:rFonts w:ascii="Consolas" w:eastAsia="Consolas" w:hAnsi="Consolas" w:cs="Consolas"/>
                <w:color w:val="000000" w:themeColor="text1"/>
                <w:sz w:val="24"/>
                <w:szCs w:val="24"/>
              </w:rPr>
              <w:t>request_date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expiry_date</w:t>
            </w:r>
            <w:r w:rsidRPr="2668B697">
              <w:rPr>
                <w:rFonts w:ascii="Cambria" w:eastAsia="Cambria" w:hAnsi="Cambria" w:cs="Cambria"/>
              </w:rPr>
              <w:t xml:space="preserve">, </w:t>
            </w:r>
            <w:r w:rsidRPr="2668B697">
              <w:rPr>
                <w:rFonts w:ascii="Consolas" w:eastAsia="Consolas" w:hAnsi="Consolas" w:cs="Consolas"/>
                <w:color w:val="000000" w:themeColor="text1"/>
                <w:sz w:val="24"/>
                <w:szCs w:val="24"/>
              </w:rPr>
              <w:t>reservation_status</w:t>
            </w:r>
          </w:p>
        </w:tc>
      </w:tr>
    </w:tbl>
    <w:p w14:paraId="5F916700" w14:textId="44BDBCFA" w:rsidR="2668B697" w:rsidRDefault="2668B697" w:rsidP="2668B697"/>
    <w:p w14:paraId="2011D67B" w14:textId="4B938AE7" w:rsidR="03C7D2E1" w:rsidRDefault="03C7D2E1" w:rsidP="2668B697">
      <w:r>
        <w:t xml:space="preserve">The Good use of 3NF model </w:t>
      </w:r>
    </w:p>
    <w:p w14:paraId="76D81406" w14:textId="677DBB5A"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User, book, and author details are stored only once</w:t>
      </w:r>
    </w:p>
    <w:p w14:paraId="67423E80" w14:textId="62FEE9C7"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 xml:space="preserve"> only need to be made in one place</w:t>
      </w:r>
    </w:p>
    <w:p w14:paraId="35E68383" w14:textId="7E87C86D"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 xml:space="preserve"> Relationships are enforced via foreign keys</w:t>
      </w:r>
    </w:p>
    <w:p w14:paraId="33C9069D" w14:textId="0EA03EEF" w:rsidR="03C7D2E1" w:rsidRDefault="03C7D2E1" w:rsidP="2668B697">
      <w:pPr>
        <w:numPr>
          <w:ilvl w:val="0"/>
          <w:numId w:val="1"/>
        </w:numPr>
        <w:rPr>
          <w:rFonts w:ascii="Cambria" w:eastAsia="MS Mincho" w:hAnsi="Cambria" w:cs="Arial"/>
          <w:color w:val="000000" w:themeColor="text1"/>
        </w:rPr>
      </w:pPr>
      <w:r w:rsidRPr="2668B697">
        <w:rPr>
          <w:rFonts w:ascii="Cambria" w:eastAsia="MS Mincho" w:hAnsi="Cambria" w:cs="Arial"/>
          <w:color w:val="000000" w:themeColor="text1"/>
        </w:rPr>
        <w:t>Matches industry standards and works seamlessly with your ERD and SQL implementation</w:t>
      </w:r>
    </w:p>
    <w:p w14:paraId="59CE49AC" w14:textId="330C1998" w:rsidR="2668B697" w:rsidRDefault="2668B697" w:rsidP="2668B697">
      <w:pPr>
        <w:ind w:left="720"/>
        <w:rPr>
          <w:rFonts w:ascii="Cambria" w:eastAsia="MS Mincho" w:hAnsi="Cambria" w:cs="Arial"/>
          <w:color w:val="000000" w:themeColor="text1"/>
        </w:rPr>
      </w:pPr>
    </w:p>
    <w:p w14:paraId="407AE473" w14:textId="50C15FD5" w:rsidR="03C7D2E1" w:rsidRDefault="03C7D2E1" w:rsidP="2668B697">
      <w:r w:rsidRPr="2668B697">
        <w:rPr>
          <w:rFonts w:ascii="Cambria" w:eastAsia="Cambria" w:hAnsi="Cambria" w:cs="Cambria"/>
        </w:rPr>
        <w:t xml:space="preserve">Kumara, K. G. S., et al. “A Scenario-based ER Diagram and Query Generation Engine.” </w:t>
      </w:r>
      <w:r w:rsidRPr="2668B697">
        <w:rPr>
          <w:rFonts w:ascii="system-ui" w:eastAsia="system-ui" w:hAnsi="system-ui" w:cs="system-ui"/>
          <w:i/>
          <w:iCs/>
          <w:color w:val="000000" w:themeColor="text1"/>
          <w:sz w:val="24"/>
          <w:szCs w:val="24"/>
        </w:rPr>
        <w:t>2019 4th International Conference on Information Technology Research (ICITR)</w:t>
      </w:r>
      <w:r w:rsidRPr="2668B697">
        <w:rPr>
          <w:rFonts w:ascii="Cambria" w:eastAsia="Cambria" w:hAnsi="Cambria" w:cs="Cambria"/>
        </w:rPr>
        <w:t>, Moratuwa, Sri Lanka, 2019, pp. 1–6. doi: 10.1109/ICITR49409.2019.9407793.</w:t>
      </w:r>
    </w:p>
    <w:p w14:paraId="7A2A78B5" w14:textId="2E079492" w:rsidR="2668B697" w:rsidRDefault="2668B697" w:rsidP="2668B697"/>
    <w:p w14:paraId="78DD99EB" w14:textId="5CD56D9E" w:rsidR="2668B697" w:rsidRDefault="2668B697" w:rsidP="2668B697"/>
    <w:p w14:paraId="55990153" w14:textId="01B37CA8" w:rsidR="006718C3" w:rsidRDefault="00DF2321">
      <w:r>
        <w:t>8. Sample Data</w:t>
      </w:r>
      <w:r>
        <w:br/>
        <w:t>- Insert screenshots or tables (minimum 5 records per table)</w:t>
      </w:r>
    </w:p>
    <w:p w14:paraId="65ED9500" w14:textId="1644CFAC" w:rsidR="006718C3" w:rsidRDefault="3065D8FC">
      <w:r w:rsidRPr="2668B697">
        <w:rPr>
          <w:sz w:val="28"/>
          <w:szCs w:val="28"/>
          <w:u w:val="single"/>
        </w:rPr>
        <w:t xml:space="preserve">User </w:t>
      </w:r>
    </w:p>
    <w:tbl>
      <w:tblPr>
        <w:tblStyle w:val="TableGrid"/>
        <w:tblW w:w="0" w:type="auto"/>
        <w:tblLook w:val="06A0" w:firstRow="1" w:lastRow="0" w:firstColumn="1" w:lastColumn="0" w:noHBand="1" w:noVBand="1"/>
      </w:tblPr>
      <w:tblGrid>
        <w:gridCol w:w="851"/>
        <w:gridCol w:w="1142"/>
        <w:gridCol w:w="1094"/>
        <w:gridCol w:w="2459"/>
        <w:gridCol w:w="1369"/>
        <w:gridCol w:w="1715"/>
      </w:tblGrid>
      <w:tr w:rsidR="2668B697" w14:paraId="66339E6C" w14:textId="77777777" w:rsidTr="30C4E059">
        <w:trPr>
          <w:trHeight w:val="300"/>
        </w:trPr>
        <w:tc>
          <w:tcPr>
            <w:tcW w:w="1440" w:type="dxa"/>
          </w:tcPr>
          <w:p w14:paraId="39D6516D" w14:textId="26E61AC5" w:rsidR="118145CE" w:rsidRDefault="118145CE" w:rsidP="2668B697">
            <w:r w:rsidRPr="2668B697">
              <w:rPr>
                <w:rFonts w:ascii="Cambria" w:eastAsia="Cambria" w:hAnsi="Cambria" w:cs="Cambria"/>
                <w:sz w:val="28"/>
                <w:szCs w:val="28"/>
              </w:rPr>
              <w:t>user_id</w:t>
            </w:r>
          </w:p>
        </w:tc>
        <w:tc>
          <w:tcPr>
            <w:tcW w:w="1440" w:type="dxa"/>
          </w:tcPr>
          <w:p w14:paraId="5B02F9CB" w14:textId="6C392987" w:rsidR="118145CE" w:rsidRDefault="118145CE" w:rsidP="2668B697">
            <w:r w:rsidRPr="2668B697">
              <w:rPr>
                <w:rFonts w:ascii="Cambria" w:eastAsia="Cambria" w:hAnsi="Cambria" w:cs="Cambria"/>
                <w:sz w:val="28"/>
                <w:szCs w:val="28"/>
              </w:rPr>
              <w:t>first_name</w:t>
            </w:r>
          </w:p>
        </w:tc>
        <w:tc>
          <w:tcPr>
            <w:tcW w:w="1440" w:type="dxa"/>
          </w:tcPr>
          <w:p w14:paraId="12D10337" w14:textId="12384EEE" w:rsidR="118145CE" w:rsidRDefault="118145CE" w:rsidP="2668B697">
            <w:r w:rsidRPr="2668B697">
              <w:rPr>
                <w:rFonts w:ascii="Cambria" w:eastAsia="Cambria" w:hAnsi="Cambria" w:cs="Cambria"/>
                <w:sz w:val="28"/>
                <w:szCs w:val="28"/>
              </w:rPr>
              <w:t>last_name</w:t>
            </w:r>
          </w:p>
        </w:tc>
        <w:tc>
          <w:tcPr>
            <w:tcW w:w="1440" w:type="dxa"/>
          </w:tcPr>
          <w:p w14:paraId="1052FEDF" w14:textId="5E591B0E" w:rsidR="118145CE" w:rsidRDefault="118145CE" w:rsidP="2668B697">
            <w:r w:rsidRPr="2668B697">
              <w:rPr>
                <w:rFonts w:ascii="Cambria" w:eastAsia="Cambria" w:hAnsi="Cambria" w:cs="Cambria"/>
                <w:sz w:val="28"/>
                <w:szCs w:val="28"/>
              </w:rPr>
              <w:t>eemail</w:t>
            </w:r>
          </w:p>
        </w:tc>
        <w:tc>
          <w:tcPr>
            <w:tcW w:w="1440" w:type="dxa"/>
          </w:tcPr>
          <w:p w14:paraId="24216515" w14:textId="5E20B57A" w:rsidR="118145CE" w:rsidRDefault="118145CE" w:rsidP="2668B697">
            <w:r w:rsidRPr="2668B697">
              <w:rPr>
                <w:rFonts w:ascii="Cambria" w:eastAsia="Cambria" w:hAnsi="Cambria" w:cs="Cambria"/>
                <w:sz w:val="28"/>
                <w:szCs w:val="28"/>
              </w:rPr>
              <w:t>account_type</w:t>
            </w:r>
          </w:p>
        </w:tc>
        <w:tc>
          <w:tcPr>
            <w:tcW w:w="1440" w:type="dxa"/>
          </w:tcPr>
          <w:p w14:paraId="6329949D" w14:textId="718F8DA8" w:rsidR="118145CE" w:rsidRDefault="118145CE" w:rsidP="2668B697">
            <w:r w:rsidRPr="2668B697">
              <w:rPr>
                <w:rFonts w:ascii="Cambria" w:eastAsia="Cambria" w:hAnsi="Cambria" w:cs="Cambria"/>
                <w:sz w:val="28"/>
                <w:szCs w:val="28"/>
              </w:rPr>
              <w:t>registration_date</w:t>
            </w:r>
          </w:p>
        </w:tc>
      </w:tr>
      <w:tr w:rsidR="2668B697" w14:paraId="48FAF700" w14:textId="77777777" w:rsidTr="30C4E059">
        <w:trPr>
          <w:trHeight w:val="300"/>
        </w:trPr>
        <w:tc>
          <w:tcPr>
            <w:tcW w:w="1440" w:type="dxa"/>
          </w:tcPr>
          <w:p w14:paraId="3B810F8C" w14:textId="39F3E2CC" w:rsidR="118145CE" w:rsidRDefault="118145CE" w:rsidP="2668B697">
            <w:r w:rsidRPr="2668B697">
              <w:rPr>
                <w:rFonts w:ascii="Cambria" w:eastAsia="Cambria" w:hAnsi="Cambria" w:cs="Cambria"/>
                <w:sz w:val="28"/>
                <w:szCs w:val="28"/>
              </w:rPr>
              <w:t>U001</w:t>
            </w:r>
          </w:p>
        </w:tc>
        <w:tc>
          <w:tcPr>
            <w:tcW w:w="1440" w:type="dxa"/>
          </w:tcPr>
          <w:p w14:paraId="088B3AB7" w14:textId="647E4A4F" w:rsidR="2668B697" w:rsidRDefault="24DCF1F5" w:rsidP="2668B697">
            <w:r w:rsidRPr="30C4E059">
              <w:rPr>
                <w:sz w:val="28"/>
                <w:szCs w:val="28"/>
              </w:rPr>
              <w:t>Junior</w:t>
            </w:r>
          </w:p>
        </w:tc>
        <w:tc>
          <w:tcPr>
            <w:tcW w:w="1440" w:type="dxa"/>
          </w:tcPr>
          <w:p w14:paraId="564597D1" w14:textId="0B26BE4D" w:rsidR="2668B697" w:rsidRDefault="24DCF1F5" w:rsidP="2668B697">
            <w:r w:rsidRPr="30C4E059">
              <w:rPr>
                <w:sz w:val="28"/>
                <w:szCs w:val="28"/>
                <w:u w:val="single"/>
              </w:rPr>
              <w:t>king</w:t>
            </w:r>
          </w:p>
        </w:tc>
        <w:tc>
          <w:tcPr>
            <w:tcW w:w="1440" w:type="dxa"/>
          </w:tcPr>
          <w:p w14:paraId="28E4CC84" w14:textId="4AF67E67" w:rsidR="2668B697" w:rsidRDefault="24DCF1F5" w:rsidP="2668B697">
            <w:r w:rsidRPr="30C4E059">
              <w:rPr>
                <w:sz w:val="28"/>
                <w:szCs w:val="28"/>
                <w:u w:val="single"/>
              </w:rPr>
              <w:t>Juniorking@gmail.com</w:t>
            </w:r>
          </w:p>
        </w:tc>
        <w:tc>
          <w:tcPr>
            <w:tcW w:w="1440" w:type="dxa"/>
          </w:tcPr>
          <w:p w14:paraId="7A419EBF" w14:textId="6F6E85E5" w:rsidR="118145CE" w:rsidRDefault="118145CE" w:rsidP="2668B697">
            <w:r w:rsidRPr="2668B697">
              <w:rPr>
                <w:rFonts w:ascii="Cambria" w:eastAsia="Cambria" w:hAnsi="Cambria" w:cs="Cambria"/>
                <w:sz w:val="28"/>
                <w:szCs w:val="28"/>
              </w:rPr>
              <w:t>Student</w:t>
            </w:r>
          </w:p>
        </w:tc>
        <w:tc>
          <w:tcPr>
            <w:tcW w:w="1440" w:type="dxa"/>
          </w:tcPr>
          <w:p w14:paraId="7AB75F25" w14:textId="6E043977" w:rsidR="118145CE" w:rsidRDefault="118145CE" w:rsidP="2668B697">
            <w:r w:rsidRPr="2668B697">
              <w:rPr>
                <w:rFonts w:ascii="Cambria" w:eastAsia="Cambria" w:hAnsi="Cambria" w:cs="Cambria"/>
                <w:sz w:val="28"/>
                <w:szCs w:val="28"/>
              </w:rPr>
              <w:t>2025-09-12</w:t>
            </w:r>
          </w:p>
        </w:tc>
      </w:tr>
      <w:tr w:rsidR="2668B697" w14:paraId="1860AECC" w14:textId="77777777" w:rsidTr="30C4E059">
        <w:trPr>
          <w:trHeight w:val="300"/>
        </w:trPr>
        <w:tc>
          <w:tcPr>
            <w:tcW w:w="1440" w:type="dxa"/>
          </w:tcPr>
          <w:p w14:paraId="208A4638" w14:textId="71B28A87" w:rsidR="20EFDD4F" w:rsidRDefault="20EFDD4F" w:rsidP="2668B697">
            <w:r w:rsidRPr="2668B697">
              <w:rPr>
                <w:rFonts w:ascii="Cambria" w:eastAsia="Cambria" w:hAnsi="Cambria" w:cs="Cambria"/>
                <w:sz w:val="28"/>
                <w:szCs w:val="28"/>
              </w:rPr>
              <w:t>U002</w:t>
            </w:r>
          </w:p>
        </w:tc>
        <w:tc>
          <w:tcPr>
            <w:tcW w:w="1440" w:type="dxa"/>
          </w:tcPr>
          <w:p w14:paraId="58F82827" w14:textId="2816171D" w:rsidR="2668B697" w:rsidRDefault="243C7C7F" w:rsidP="2668B697">
            <w:r w:rsidRPr="30C4E059">
              <w:rPr>
                <w:sz w:val="28"/>
                <w:szCs w:val="28"/>
                <w:u w:val="single"/>
              </w:rPr>
              <w:t xml:space="preserve">Sam </w:t>
            </w:r>
          </w:p>
        </w:tc>
        <w:tc>
          <w:tcPr>
            <w:tcW w:w="1440" w:type="dxa"/>
          </w:tcPr>
          <w:p w14:paraId="12B06BFD" w14:textId="795431C8" w:rsidR="2668B697" w:rsidRDefault="243C7C7F" w:rsidP="2668B697">
            <w:r w:rsidRPr="30C4E059">
              <w:rPr>
                <w:sz w:val="28"/>
                <w:szCs w:val="28"/>
                <w:u w:val="single"/>
              </w:rPr>
              <w:t>Patel</w:t>
            </w:r>
          </w:p>
        </w:tc>
        <w:tc>
          <w:tcPr>
            <w:tcW w:w="1440" w:type="dxa"/>
          </w:tcPr>
          <w:p w14:paraId="4C6DBA4B" w14:textId="1D0FE2D4" w:rsidR="2668B697" w:rsidRDefault="243C7C7F" w:rsidP="2668B697">
            <w:r w:rsidRPr="30C4E059">
              <w:rPr>
                <w:sz w:val="28"/>
                <w:szCs w:val="28"/>
                <w:u w:val="single"/>
              </w:rPr>
              <w:t>SamPatel@gmail.com</w:t>
            </w:r>
          </w:p>
        </w:tc>
        <w:tc>
          <w:tcPr>
            <w:tcW w:w="1440" w:type="dxa"/>
          </w:tcPr>
          <w:p w14:paraId="384B1893" w14:textId="438D0B17" w:rsidR="118145CE" w:rsidRDefault="118145CE" w:rsidP="2668B697">
            <w:r w:rsidRPr="2668B697">
              <w:rPr>
                <w:rFonts w:ascii="Cambria" w:eastAsia="Cambria" w:hAnsi="Cambria" w:cs="Cambria"/>
                <w:sz w:val="28"/>
                <w:szCs w:val="28"/>
              </w:rPr>
              <w:t>Standard</w:t>
            </w:r>
          </w:p>
        </w:tc>
        <w:tc>
          <w:tcPr>
            <w:tcW w:w="1440" w:type="dxa"/>
          </w:tcPr>
          <w:p w14:paraId="3665F2B7" w14:textId="39F6639D" w:rsidR="118145CE" w:rsidRDefault="118145CE" w:rsidP="2668B697">
            <w:r w:rsidRPr="2668B697">
              <w:rPr>
                <w:rFonts w:ascii="Cambria" w:eastAsia="Cambria" w:hAnsi="Cambria" w:cs="Cambria"/>
                <w:sz w:val="28"/>
                <w:szCs w:val="28"/>
              </w:rPr>
              <w:t>2025-10-03</w:t>
            </w:r>
          </w:p>
        </w:tc>
      </w:tr>
      <w:tr w:rsidR="2668B697" w14:paraId="4F283223" w14:textId="77777777" w:rsidTr="30C4E059">
        <w:trPr>
          <w:trHeight w:val="300"/>
        </w:trPr>
        <w:tc>
          <w:tcPr>
            <w:tcW w:w="1440" w:type="dxa"/>
          </w:tcPr>
          <w:p w14:paraId="24AF87A4" w14:textId="42F5480C" w:rsidR="52DF41C5" w:rsidRDefault="52DF41C5" w:rsidP="2668B697">
            <w:r w:rsidRPr="2668B697">
              <w:rPr>
                <w:rFonts w:ascii="Cambria" w:eastAsia="Cambria" w:hAnsi="Cambria" w:cs="Cambria"/>
                <w:sz w:val="28"/>
                <w:szCs w:val="28"/>
              </w:rPr>
              <w:t>U003</w:t>
            </w:r>
          </w:p>
        </w:tc>
        <w:tc>
          <w:tcPr>
            <w:tcW w:w="1440" w:type="dxa"/>
          </w:tcPr>
          <w:p w14:paraId="41C30D08" w14:textId="1DA3C1C5" w:rsidR="2668B697" w:rsidRDefault="5B81BAC0" w:rsidP="2668B697">
            <w:r w:rsidRPr="30C4E059">
              <w:rPr>
                <w:sz w:val="28"/>
                <w:szCs w:val="28"/>
                <w:u w:val="single"/>
              </w:rPr>
              <w:t xml:space="preserve">Elena </w:t>
            </w:r>
          </w:p>
        </w:tc>
        <w:tc>
          <w:tcPr>
            <w:tcW w:w="1440" w:type="dxa"/>
          </w:tcPr>
          <w:p w14:paraId="6BF1BC26" w14:textId="443760BC" w:rsidR="2668B697" w:rsidRDefault="5B81BAC0" w:rsidP="2668B697">
            <w:r w:rsidRPr="30C4E059">
              <w:rPr>
                <w:sz w:val="28"/>
                <w:szCs w:val="28"/>
                <w:u w:val="single"/>
              </w:rPr>
              <w:t>Rossi</w:t>
            </w:r>
          </w:p>
        </w:tc>
        <w:tc>
          <w:tcPr>
            <w:tcW w:w="1440" w:type="dxa"/>
          </w:tcPr>
          <w:p w14:paraId="1E35C412" w14:textId="01C6D64A" w:rsidR="2668B697" w:rsidRDefault="5B81BAC0" w:rsidP="2668B697">
            <w:r w:rsidRPr="30C4E059">
              <w:rPr>
                <w:sz w:val="28"/>
                <w:szCs w:val="28"/>
                <w:u w:val="single"/>
              </w:rPr>
              <w:t>Elenarossi@gmail.com</w:t>
            </w:r>
          </w:p>
        </w:tc>
        <w:tc>
          <w:tcPr>
            <w:tcW w:w="1440" w:type="dxa"/>
          </w:tcPr>
          <w:p w14:paraId="574895A9" w14:textId="4759B667" w:rsidR="118145CE" w:rsidRDefault="118145CE" w:rsidP="2668B697">
            <w:r w:rsidRPr="2668B697">
              <w:rPr>
                <w:rFonts w:ascii="Cambria" w:eastAsia="Cambria" w:hAnsi="Cambria" w:cs="Cambria"/>
                <w:sz w:val="28"/>
                <w:szCs w:val="28"/>
              </w:rPr>
              <w:t>Premium</w:t>
            </w:r>
          </w:p>
        </w:tc>
        <w:tc>
          <w:tcPr>
            <w:tcW w:w="1440" w:type="dxa"/>
          </w:tcPr>
          <w:p w14:paraId="40B8B9AB" w14:textId="11123B57" w:rsidR="118145CE" w:rsidRDefault="118145CE" w:rsidP="2668B697">
            <w:r w:rsidRPr="2668B697">
              <w:rPr>
                <w:rFonts w:ascii="Cambria" w:eastAsia="Cambria" w:hAnsi="Cambria" w:cs="Cambria"/>
                <w:sz w:val="28"/>
                <w:szCs w:val="28"/>
              </w:rPr>
              <w:t>2025-11-17</w:t>
            </w:r>
          </w:p>
        </w:tc>
      </w:tr>
      <w:tr w:rsidR="2668B697" w14:paraId="54C3DEBE" w14:textId="77777777" w:rsidTr="30C4E059">
        <w:trPr>
          <w:trHeight w:val="300"/>
        </w:trPr>
        <w:tc>
          <w:tcPr>
            <w:tcW w:w="1440" w:type="dxa"/>
          </w:tcPr>
          <w:p w14:paraId="1593D033" w14:textId="22246DF9" w:rsidR="12D71363" w:rsidRDefault="12D71363" w:rsidP="2668B697">
            <w:r w:rsidRPr="2668B697">
              <w:rPr>
                <w:rFonts w:ascii="Cambria" w:eastAsia="Cambria" w:hAnsi="Cambria" w:cs="Cambria"/>
                <w:sz w:val="28"/>
                <w:szCs w:val="28"/>
              </w:rPr>
              <w:t>U004</w:t>
            </w:r>
          </w:p>
        </w:tc>
        <w:tc>
          <w:tcPr>
            <w:tcW w:w="1440" w:type="dxa"/>
          </w:tcPr>
          <w:p w14:paraId="2448B6FB" w14:textId="5CD30F24" w:rsidR="2668B697" w:rsidRDefault="4E5E4E98" w:rsidP="2668B697">
            <w:r w:rsidRPr="30C4E059">
              <w:rPr>
                <w:sz w:val="28"/>
                <w:szCs w:val="28"/>
                <w:u w:val="single"/>
              </w:rPr>
              <w:t>Liam</w:t>
            </w:r>
          </w:p>
        </w:tc>
        <w:tc>
          <w:tcPr>
            <w:tcW w:w="1440" w:type="dxa"/>
          </w:tcPr>
          <w:p w14:paraId="05253E23" w14:textId="0A893A42" w:rsidR="2668B697" w:rsidRDefault="4E5E4E98" w:rsidP="2668B697">
            <w:r w:rsidRPr="30C4E059">
              <w:rPr>
                <w:sz w:val="28"/>
                <w:szCs w:val="28"/>
                <w:u w:val="single"/>
              </w:rPr>
              <w:t>fish</w:t>
            </w:r>
          </w:p>
        </w:tc>
        <w:tc>
          <w:tcPr>
            <w:tcW w:w="1440" w:type="dxa"/>
          </w:tcPr>
          <w:p w14:paraId="5B072985" w14:textId="18D18C6C" w:rsidR="2668B697" w:rsidRDefault="4E5E4E98" w:rsidP="2668B697">
            <w:r w:rsidRPr="30C4E059">
              <w:rPr>
                <w:sz w:val="28"/>
                <w:szCs w:val="28"/>
                <w:u w:val="single"/>
              </w:rPr>
              <w:t>Liamfish@gmail.com</w:t>
            </w:r>
          </w:p>
        </w:tc>
        <w:tc>
          <w:tcPr>
            <w:tcW w:w="1440" w:type="dxa"/>
          </w:tcPr>
          <w:p w14:paraId="08D97660" w14:textId="594B16C7" w:rsidR="118145CE" w:rsidRDefault="118145CE" w:rsidP="2668B697">
            <w:r w:rsidRPr="2668B697">
              <w:rPr>
                <w:rFonts w:ascii="Cambria" w:eastAsia="Cambria" w:hAnsi="Cambria" w:cs="Cambria"/>
                <w:sz w:val="28"/>
                <w:szCs w:val="28"/>
              </w:rPr>
              <w:t>Student</w:t>
            </w:r>
          </w:p>
        </w:tc>
        <w:tc>
          <w:tcPr>
            <w:tcW w:w="1440" w:type="dxa"/>
          </w:tcPr>
          <w:p w14:paraId="6A4888BD" w14:textId="47DF3664" w:rsidR="118145CE" w:rsidRDefault="118145CE" w:rsidP="2668B697">
            <w:r w:rsidRPr="2668B697">
              <w:rPr>
                <w:rFonts w:ascii="Cambria" w:eastAsia="Cambria" w:hAnsi="Cambria" w:cs="Cambria"/>
                <w:sz w:val="28"/>
                <w:szCs w:val="28"/>
              </w:rPr>
              <w:t>2026-01-09</w:t>
            </w:r>
          </w:p>
        </w:tc>
      </w:tr>
      <w:tr w:rsidR="2668B697" w14:paraId="13EC88A4" w14:textId="77777777" w:rsidTr="30C4E059">
        <w:trPr>
          <w:trHeight w:val="300"/>
        </w:trPr>
        <w:tc>
          <w:tcPr>
            <w:tcW w:w="1440" w:type="dxa"/>
          </w:tcPr>
          <w:p w14:paraId="11D5FA08" w14:textId="6257B8BE" w:rsidR="29F33EE8" w:rsidRDefault="29F33EE8" w:rsidP="2668B697">
            <w:r w:rsidRPr="2668B697">
              <w:rPr>
                <w:rFonts w:ascii="Cambria" w:eastAsia="Cambria" w:hAnsi="Cambria" w:cs="Cambria"/>
                <w:sz w:val="28"/>
                <w:szCs w:val="28"/>
              </w:rPr>
              <w:t>U005</w:t>
            </w:r>
          </w:p>
        </w:tc>
        <w:tc>
          <w:tcPr>
            <w:tcW w:w="1440" w:type="dxa"/>
          </w:tcPr>
          <w:p w14:paraId="4CD5788A" w14:textId="0C276F3F" w:rsidR="2668B697" w:rsidRDefault="0E2A3D02" w:rsidP="2668B697">
            <w:r w:rsidRPr="30C4E059">
              <w:rPr>
                <w:sz w:val="28"/>
                <w:szCs w:val="28"/>
                <w:u w:val="single"/>
              </w:rPr>
              <w:t>Priya</w:t>
            </w:r>
          </w:p>
        </w:tc>
        <w:tc>
          <w:tcPr>
            <w:tcW w:w="1440" w:type="dxa"/>
          </w:tcPr>
          <w:p w14:paraId="1F02DB43" w14:textId="34BBFE6D" w:rsidR="2668B697" w:rsidRDefault="0E2A3D02" w:rsidP="2668B697">
            <w:r w:rsidRPr="30C4E059">
              <w:rPr>
                <w:sz w:val="28"/>
                <w:szCs w:val="28"/>
                <w:u w:val="single"/>
              </w:rPr>
              <w:t>watkins</w:t>
            </w:r>
          </w:p>
        </w:tc>
        <w:tc>
          <w:tcPr>
            <w:tcW w:w="1440" w:type="dxa"/>
          </w:tcPr>
          <w:p w14:paraId="4B5B2B85" w14:textId="1615469B" w:rsidR="2668B697" w:rsidRDefault="0E2A3D02" w:rsidP="2668B697">
            <w:r w:rsidRPr="30C4E059">
              <w:rPr>
                <w:sz w:val="28"/>
                <w:szCs w:val="28"/>
                <w:u w:val="single"/>
              </w:rPr>
              <w:t>Priyawatkins@gmail.com</w:t>
            </w:r>
          </w:p>
        </w:tc>
        <w:tc>
          <w:tcPr>
            <w:tcW w:w="1440" w:type="dxa"/>
          </w:tcPr>
          <w:p w14:paraId="11B20510" w14:textId="0371D257" w:rsidR="118145CE" w:rsidRDefault="118145CE" w:rsidP="2668B697">
            <w:r w:rsidRPr="2668B697">
              <w:rPr>
                <w:rFonts w:ascii="Cambria" w:eastAsia="Cambria" w:hAnsi="Cambria" w:cs="Cambria"/>
                <w:sz w:val="28"/>
                <w:szCs w:val="28"/>
              </w:rPr>
              <w:t>Standard</w:t>
            </w:r>
          </w:p>
        </w:tc>
        <w:tc>
          <w:tcPr>
            <w:tcW w:w="1440" w:type="dxa"/>
          </w:tcPr>
          <w:p w14:paraId="7FD603E3" w14:textId="6C77C02D" w:rsidR="118145CE" w:rsidRDefault="118145CE" w:rsidP="2668B697">
            <w:r w:rsidRPr="2668B697">
              <w:rPr>
                <w:rFonts w:ascii="Cambria" w:eastAsia="Cambria" w:hAnsi="Cambria" w:cs="Cambria"/>
                <w:sz w:val="28"/>
                <w:szCs w:val="28"/>
              </w:rPr>
              <w:t>2026-02-21</w:t>
            </w:r>
          </w:p>
        </w:tc>
      </w:tr>
      <w:tr w:rsidR="2668B697" w14:paraId="6010EAFA" w14:textId="77777777" w:rsidTr="30C4E059">
        <w:trPr>
          <w:trHeight w:val="300"/>
        </w:trPr>
        <w:tc>
          <w:tcPr>
            <w:tcW w:w="1440" w:type="dxa"/>
          </w:tcPr>
          <w:p w14:paraId="665BC0A9" w14:textId="2732A3EE" w:rsidR="1F537521" w:rsidRDefault="1F537521" w:rsidP="2668B697">
            <w:r w:rsidRPr="2668B697">
              <w:rPr>
                <w:rFonts w:ascii="Cambria" w:eastAsia="Cambria" w:hAnsi="Cambria" w:cs="Cambria"/>
                <w:sz w:val="28"/>
                <w:szCs w:val="28"/>
              </w:rPr>
              <w:t>U006</w:t>
            </w:r>
          </w:p>
        </w:tc>
        <w:tc>
          <w:tcPr>
            <w:tcW w:w="1440" w:type="dxa"/>
          </w:tcPr>
          <w:p w14:paraId="77C7C467" w14:textId="3B441774" w:rsidR="2668B697" w:rsidRDefault="743F1942" w:rsidP="2668B697">
            <w:r w:rsidRPr="30C4E059">
              <w:rPr>
                <w:sz w:val="28"/>
                <w:szCs w:val="28"/>
                <w:u w:val="single"/>
              </w:rPr>
              <w:t>Noah</w:t>
            </w:r>
          </w:p>
        </w:tc>
        <w:tc>
          <w:tcPr>
            <w:tcW w:w="1440" w:type="dxa"/>
          </w:tcPr>
          <w:p w14:paraId="5D2D3680" w14:textId="6C5CA3B6" w:rsidR="2668B697" w:rsidRDefault="743F1942" w:rsidP="2668B697">
            <w:r w:rsidRPr="30C4E059">
              <w:rPr>
                <w:sz w:val="28"/>
                <w:szCs w:val="28"/>
                <w:u w:val="single"/>
              </w:rPr>
              <w:t>tee</w:t>
            </w:r>
          </w:p>
        </w:tc>
        <w:tc>
          <w:tcPr>
            <w:tcW w:w="1440" w:type="dxa"/>
          </w:tcPr>
          <w:p w14:paraId="39DEA640" w14:textId="17088D30" w:rsidR="2668B697" w:rsidRDefault="743F1942" w:rsidP="2668B697">
            <w:r w:rsidRPr="30C4E059">
              <w:rPr>
                <w:sz w:val="28"/>
                <w:szCs w:val="28"/>
                <w:u w:val="single"/>
              </w:rPr>
              <w:t>Noahtee@gmail.com</w:t>
            </w:r>
          </w:p>
        </w:tc>
        <w:tc>
          <w:tcPr>
            <w:tcW w:w="1440" w:type="dxa"/>
          </w:tcPr>
          <w:p w14:paraId="1CEF83D6" w14:textId="3C2B6DEE" w:rsidR="118145CE" w:rsidRDefault="118145CE" w:rsidP="2668B697">
            <w:r w:rsidRPr="2668B697">
              <w:rPr>
                <w:rFonts w:ascii="Cambria" w:eastAsia="Cambria" w:hAnsi="Cambria" w:cs="Cambria"/>
                <w:sz w:val="28"/>
                <w:szCs w:val="28"/>
              </w:rPr>
              <w:t>Premium</w:t>
            </w:r>
          </w:p>
        </w:tc>
        <w:tc>
          <w:tcPr>
            <w:tcW w:w="1440" w:type="dxa"/>
          </w:tcPr>
          <w:p w14:paraId="033E6FE6" w14:textId="607C1C9E" w:rsidR="118145CE" w:rsidRDefault="118145CE" w:rsidP="2668B697">
            <w:r w:rsidRPr="2668B697">
              <w:rPr>
                <w:rFonts w:ascii="Cambria" w:eastAsia="Cambria" w:hAnsi="Cambria" w:cs="Cambria"/>
                <w:sz w:val="28"/>
                <w:szCs w:val="28"/>
              </w:rPr>
              <w:t>2026-03-05</w:t>
            </w:r>
          </w:p>
        </w:tc>
      </w:tr>
    </w:tbl>
    <w:p w14:paraId="6954B4EC" w14:textId="41C1868C" w:rsidR="006718C3" w:rsidRDefault="006718C3"/>
    <w:tbl>
      <w:tblPr>
        <w:tblStyle w:val="TableGrid"/>
        <w:tblW w:w="0" w:type="auto"/>
        <w:tblLook w:val="06A0" w:firstRow="1" w:lastRow="0" w:firstColumn="1" w:lastColumn="0" w:noHBand="1" w:noVBand="1"/>
      </w:tblPr>
      <w:tblGrid>
        <w:gridCol w:w="1726"/>
        <w:gridCol w:w="1726"/>
        <w:gridCol w:w="1726"/>
        <w:gridCol w:w="1725"/>
        <w:gridCol w:w="1727"/>
      </w:tblGrid>
      <w:tr w:rsidR="30C4E059" w14:paraId="0664FE3A" w14:textId="77777777" w:rsidTr="30C4E059">
        <w:trPr>
          <w:trHeight w:val="300"/>
        </w:trPr>
        <w:tc>
          <w:tcPr>
            <w:tcW w:w="1728" w:type="dxa"/>
          </w:tcPr>
          <w:p w14:paraId="6CD9EBC1" w14:textId="75824F2B" w:rsidR="031BF5E4" w:rsidRDefault="031BF5E4" w:rsidP="30C4E059">
            <w:r w:rsidRPr="30C4E059">
              <w:rPr>
                <w:rFonts w:ascii="Cambria" w:eastAsia="Cambria" w:hAnsi="Cambria" w:cs="Cambria"/>
              </w:rPr>
              <w:t>author_id</w:t>
            </w:r>
          </w:p>
        </w:tc>
        <w:tc>
          <w:tcPr>
            <w:tcW w:w="1728" w:type="dxa"/>
          </w:tcPr>
          <w:p w14:paraId="77CD40B4" w14:textId="6DA7BF60" w:rsidR="031BF5E4" w:rsidRDefault="031BF5E4" w:rsidP="30C4E059">
            <w:r w:rsidRPr="30C4E059">
              <w:rPr>
                <w:rFonts w:ascii="Cambria" w:eastAsia="Cambria" w:hAnsi="Cambria" w:cs="Cambria"/>
              </w:rPr>
              <w:t>full_name</w:t>
            </w:r>
          </w:p>
        </w:tc>
        <w:tc>
          <w:tcPr>
            <w:tcW w:w="1728" w:type="dxa"/>
          </w:tcPr>
          <w:p w14:paraId="0C85371D" w14:textId="7FCDD263" w:rsidR="031BF5E4" w:rsidRDefault="031BF5E4" w:rsidP="30C4E059">
            <w:r w:rsidRPr="30C4E059">
              <w:rPr>
                <w:rFonts w:ascii="Cambria" w:eastAsia="Cambria" w:hAnsi="Cambria" w:cs="Cambria"/>
              </w:rPr>
              <w:t>birth_year</w:t>
            </w:r>
          </w:p>
        </w:tc>
        <w:tc>
          <w:tcPr>
            <w:tcW w:w="1728" w:type="dxa"/>
          </w:tcPr>
          <w:p w14:paraId="38566092" w14:textId="70087420" w:rsidR="031BF5E4" w:rsidRDefault="031BF5E4" w:rsidP="30C4E059">
            <w:r w:rsidRPr="30C4E059">
              <w:rPr>
                <w:rFonts w:ascii="Cambria" w:eastAsia="Cambria" w:hAnsi="Cambria" w:cs="Cambria"/>
              </w:rPr>
              <w:t>country</w:t>
            </w:r>
          </w:p>
        </w:tc>
        <w:tc>
          <w:tcPr>
            <w:tcW w:w="1728" w:type="dxa"/>
          </w:tcPr>
          <w:p w14:paraId="31FE3041" w14:textId="3CF61619" w:rsidR="031BF5E4" w:rsidRDefault="031BF5E4" w:rsidP="30C4E059">
            <w:r w:rsidRPr="30C4E059">
              <w:rPr>
                <w:rFonts w:ascii="Cambria" w:eastAsia="Cambria" w:hAnsi="Cambria" w:cs="Cambria"/>
              </w:rPr>
              <w:t>biography</w:t>
            </w:r>
          </w:p>
        </w:tc>
      </w:tr>
      <w:tr w:rsidR="30C4E059" w14:paraId="0C50BB8F" w14:textId="77777777" w:rsidTr="30C4E059">
        <w:trPr>
          <w:trHeight w:val="300"/>
        </w:trPr>
        <w:tc>
          <w:tcPr>
            <w:tcW w:w="1728" w:type="dxa"/>
          </w:tcPr>
          <w:p w14:paraId="30C09BD1" w14:textId="7F5A8C2E" w:rsidR="031BF5E4" w:rsidRDefault="031BF5E4" w:rsidP="30C4E059">
            <w:r w:rsidRPr="30C4E059">
              <w:rPr>
                <w:rFonts w:ascii="Cambria" w:eastAsia="Cambria" w:hAnsi="Cambria" w:cs="Cambria"/>
              </w:rPr>
              <w:t>A001</w:t>
            </w:r>
          </w:p>
        </w:tc>
        <w:tc>
          <w:tcPr>
            <w:tcW w:w="1728" w:type="dxa"/>
          </w:tcPr>
          <w:p w14:paraId="5D448B66" w14:textId="74C9BA03" w:rsidR="031BF5E4" w:rsidRDefault="031BF5E4" w:rsidP="30C4E059">
            <w:r w:rsidRPr="30C4E059">
              <w:rPr>
                <w:rFonts w:ascii="Cambria" w:eastAsia="Cambria" w:hAnsi="Cambria" w:cs="Cambria"/>
              </w:rPr>
              <w:t>Alex Smith</w:t>
            </w:r>
          </w:p>
        </w:tc>
        <w:tc>
          <w:tcPr>
            <w:tcW w:w="1728" w:type="dxa"/>
          </w:tcPr>
          <w:p w14:paraId="0668C813" w14:textId="7ED11868" w:rsidR="031BF5E4" w:rsidRDefault="031BF5E4" w:rsidP="30C4E059">
            <w:r>
              <w:t>1980</w:t>
            </w:r>
          </w:p>
        </w:tc>
        <w:tc>
          <w:tcPr>
            <w:tcW w:w="1728" w:type="dxa"/>
          </w:tcPr>
          <w:p w14:paraId="6257E133" w14:textId="0BC70951" w:rsidR="3E29F7F2" w:rsidRDefault="3E29F7F2" w:rsidP="30C4E059">
            <w:r w:rsidRPr="30C4E059">
              <w:rPr>
                <w:rFonts w:ascii="Cambria" w:eastAsia="Cambria" w:hAnsi="Cambria" w:cs="Cambria"/>
              </w:rPr>
              <w:t>United Kingdom</w:t>
            </w:r>
          </w:p>
        </w:tc>
        <w:tc>
          <w:tcPr>
            <w:tcW w:w="1728" w:type="dxa"/>
          </w:tcPr>
          <w:p w14:paraId="131F4AFA" w14:textId="59CA3E31" w:rsidR="67F53C73" w:rsidRDefault="67F53C73" w:rsidP="30C4E059">
            <w:r w:rsidRPr="30C4E059">
              <w:rPr>
                <w:rFonts w:ascii="Cambria" w:eastAsia="Cambria" w:hAnsi="Cambria" w:cs="Cambria"/>
              </w:rPr>
              <w:t>Senior lecturer in computer science, specialising in web development.</w:t>
            </w:r>
          </w:p>
        </w:tc>
      </w:tr>
      <w:tr w:rsidR="30C4E059" w14:paraId="227BA0A8" w14:textId="77777777" w:rsidTr="30C4E059">
        <w:trPr>
          <w:trHeight w:val="300"/>
        </w:trPr>
        <w:tc>
          <w:tcPr>
            <w:tcW w:w="1728" w:type="dxa"/>
          </w:tcPr>
          <w:p w14:paraId="17073DD8" w14:textId="11380BFC" w:rsidR="031BF5E4" w:rsidRDefault="031BF5E4" w:rsidP="30C4E059">
            <w:r w:rsidRPr="30C4E059">
              <w:rPr>
                <w:rFonts w:ascii="Cambria" w:eastAsia="Cambria" w:hAnsi="Cambria" w:cs="Cambria"/>
              </w:rPr>
              <w:t>A002</w:t>
            </w:r>
          </w:p>
        </w:tc>
        <w:tc>
          <w:tcPr>
            <w:tcW w:w="1728" w:type="dxa"/>
          </w:tcPr>
          <w:p w14:paraId="051ED950" w14:textId="5632BF19" w:rsidR="031BF5E4" w:rsidRDefault="031BF5E4" w:rsidP="30C4E059">
            <w:r w:rsidRPr="30C4E059">
              <w:rPr>
                <w:rFonts w:ascii="Cambria" w:eastAsia="Cambria" w:hAnsi="Cambria" w:cs="Cambria"/>
              </w:rPr>
              <w:t>Beth Jones</w:t>
            </w:r>
          </w:p>
        </w:tc>
        <w:tc>
          <w:tcPr>
            <w:tcW w:w="1728" w:type="dxa"/>
          </w:tcPr>
          <w:p w14:paraId="01F10FAD" w14:textId="70EFD288" w:rsidR="031BF5E4" w:rsidRDefault="031BF5E4" w:rsidP="30C4E059">
            <w:r>
              <w:t>1975</w:t>
            </w:r>
          </w:p>
        </w:tc>
        <w:tc>
          <w:tcPr>
            <w:tcW w:w="1728" w:type="dxa"/>
          </w:tcPr>
          <w:p w14:paraId="54D19403" w14:textId="02C81194" w:rsidR="26AEE8D3" w:rsidRDefault="26AEE8D3" w:rsidP="30C4E059">
            <w:r w:rsidRPr="30C4E059">
              <w:rPr>
                <w:rFonts w:ascii="Cambria" w:eastAsia="Cambria" w:hAnsi="Cambria" w:cs="Cambria"/>
              </w:rPr>
              <w:t>United Kingdom</w:t>
            </w:r>
          </w:p>
        </w:tc>
        <w:tc>
          <w:tcPr>
            <w:tcW w:w="1728" w:type="dxa"/>
          </w:tcPr>
          <w:p w14:paraId="6520A43B" w14:textId="207C9DB2" w:rsidR="225314E3" w:rsidRDefault="225314E3" w:rsidP="30C4E059">
            <w:r w:rsidRPr="30C4E059">
              <w:rPr>
                <w:rFonts w:ascii="Cambria" w:eastAsia="Cambria" w:hAnsi="Cambria" w:cs="Cambria"/>
              </w:rPr>
              <w:t>Database designer and author of 8 core IT textbooks.</w:t>
            </w:r>
          </w:p>
        </w:tc>
      </w:tr>
      <w:tr w:rsidR="30C4E059" w14:paraId="3D20A0EE" w14:textId="77777777" w:rsidTr="30C4E059">
        <w:trPr>
          <w:trHeight w:val="300"/>
        </w:trPr>
        <w:tc>
          <w:tcPr>
            <w:tcW w:w="1728" w:type="dxa"/>
          </w:tcPr>
          <w:p w14:paraId="1079A7C6" w14:textId="4390F978" w:rsidR="031BF5E4" w:rsidRDefault="031BF5E4" w:rsidP="30C4E059">
            <w:r w:rsidRPr="30C4E059">
              <w:rPr>
                <w:rFonts w:ascii="Cambria" w:eastAsia="Cambria" w:hAnsi="Cambria" w:cs="Cambria"/>
              </w:rPr>
              <w:t>A003</w:t>
            </w:r>
          </w:p>
        </w:tc>
        <w:tc>
          <w:tcPr>
            <w:tcW w:w="1728" w:type="dxa"/>
          </w:tcPr>
          <w:p w14:paraId="50A68A13" w14:textId="7E33D531" w:rsidR="031BF5E4" w:rsidRDefault="031BF5E4" w:rsidP="30C4E059">
            <w:r w:rsidRPr="30C4E059">
              <w:rPr>
                <w:rFonts w:ascii="Cambria" w:eastAsia="Cambria" w:hAnsi="Cambria" w:cs="Cambria"/>
              </w:rPr>
              <w:t>Chen Lee</w:t>
            </w:r>
          </w:p>
        </w:tc>
        <w:tc>
          <w:tcPr>
            <w:tcW w:w="1728" w:type="dxa"/>
          </w:tcPr>
          <w:p w14:paraId="1D9DEE0E" w14:textId="15B043A1" w:rsidR="05F4A276" w:rsidRDefault="05F4A276" w:rsidP="30C4E059">
            <w:r>
              <w:t>1988</w:t>
            </w:r>
          </w:p>
        </w:tc>
        <w:tc>
          <w:tcPr>
            <w:tcW w:w="1728" w:type="dxa"/>
          </w:tcPr>
          <w:p w14:paraId="47550173" w14:textId="04A571B5" w:rsidR="668FEBC7" w:rsidRDefault="668FEBC7" w:rsidP="30C4E059">
            <w:r w:rsidRPr="30C4E059">
              <w:rPr>
                <w:rFonts w:ascii="Cambria" w:eastAsia="Cambria" w:hAnsi="Cambria" w:cs="Cambria"/>
              </w:rPr>
              <w:t>Canada</w:t>
            </w:r>
          </w:p>
        </w:tc>
        <w:tc>
          <w:tcPr>
            <w:tcW w:w="1728" w:type="dxa"/>
          </w:tcPr>
          <w:p w14:paraId="12AAB528" w14:textId="16CC03F5" w:rsidR="7A9BAB4D" w:rsidRDefault="7A9BAB4D" w:rsidP="30C4E059">
            <w:r w:rsidRPr="30C4E059">
              <w:rPr>
                <w:rFonts w:ascii="Cambria" w:eastAsia="Cambria" w:hAnsi="Cambria" w:cs="Cambria"/>
              </w:rPr>
              <w:t>Software engineer focusing on distributed systems.</w:t>
            </w:r>
          </w:p>
        </w:tc>
      </w:tr>
      <w:tr w:rsidR="30C4E059" w14:paraId="4692558F" w14:textId="77777777" w:rsidTr="30C4E059">
        <w:trPr>
          <w:trHeight w:val="300"/>
        </w:trPr>
        <w:tc>
          <w:tcPr>
            <w:tcW w:w="1728" w:type="dxa"/>
          </w:tcPr>
          <w:p w14:paraId="0D008EEF" w14:textId="13FE4558" w:rsidR="031BF5E4" w:rsidRDefault="031BF5E4" w:rsidP="30C4E059">
            <w:r w:rsidRPr="30C4E059">
              <w:rPr>
                <w:rFonts w:ascii="Cambria" w:eastAsia="Cambria" w:hAnsi="Cambria" w:cs="Cambria"/>
              </w:rPr>
              <w:t>A004</w:t>
            </w:r>
          </w:p>
        </w:tc>
        <w:tc>
          <w:tcPr>
            <w:tcW w:w="1728" w:type="dxa"/>
          </w:tcPr>
          <w:p w14:paraId="0E94A2C3" w14:textId="66FB177D" w:rsidR="031BF5E4" w:rsidRDefault="031BF5E4" w:rsidP="30C4E059">
            <w:r w:rsidRPr="30C4E059">
              <w:rPr>
                <w:rFonts w:ascii="Cambria" w:eastAsia="Cambria" w:hAnsi="Cambria" w:cs="Cambria"/>
              </w:rPr>
              <w:t>Daisy Grant</w:t>
            </w:r>
          </w:p>
        </w:tc>
        <w:tc>
          <w:tcPr>
            <w:tcW w:w="1728" w:type="dxa"/>
          </w:tcPr>
          <w:p w14:paraId="6941FFD2" w14:textId="4C97D169" w:rsidR="7390208D" w:rsidRDefault="7390208D" w:rsidP="30C4E059">
            <w:r>
              <w:t>1969</w:t>
            </w:r>
          </w:p>
        </w:tc>
        <w:tc>
          <w:tcPr>
            <w:tcW w:w="1728" w:type="dxa"/>
          </w:tcPr>
          <w:p w14:paraId="7CDC22DB" w14:textId="07D34510" w:rsidR="02A1991C" w:rsidRDefault="02A1991C" w:rsidP="30C4E059">
            <w:r w:rsidRPr="30C4E059">
              <w:rPr>
                <w:rFonts w:ascii="Cambria" w:eastAsia="Cambria" w:hAnsi="Cambria" w:cs="Cambria"/>
              </w:rPr>
              <w:t>United States</w:t>
            </w:r>
          </w:p>
        </w:tc>
        <w:tc>
          <w:tcPr>
            <w:tcW w:w="1728" w:type="dxa"/>
          </w:tcPr>
          <w:p w14:paraId="24A9231F" w14:textId="551DF12E" w:rsidR="1858365C" w:rsidRDefault="1858365C" w:rsidP="30C4E059">
            <w:r w:rsidRPr="30C4E059">
              <w:rPr>
                <w:rFonts w:ascii="Cambria" w:eastAsia="Cambria" w:hAnsi="Cambria" w:cs="Cambria"/>
              </w:rPr>
              <w:t>Award-winning author of computer science fundamentals.</w:t>
            </w:r>
          </w:p>
        </w:tc>
      </w:tr>
      <w:tr w:rsidR="30C4E059" w14:paraId="7E3CC675" w14:textId="77777777" w:rsidTr="30C4E059">
        <w:trPr>
          <w:trHeight w:val="300"/>
        </w:trPr>
        <w:tc>
          <w:tcPr>
            <w:tcW w:w="1728" w:type="dxa"/>
          </w:tcPr>
          <w:p w14:paraId="74653164" w14:textId="54310444" w:rsidR="031BF5E4" w:rsidRDefault="031BF5E4" w:rsidP="30C4E059">
            <w:r w:rsidRPr="30C4E059">
              <w:rPr>
                <w:rFonts w:ascii="Cambria" w:eastAsia="Cambria" w:hAnsi="Cambria" w:cs="Cambria"/>
              </w:rPr>
              <w:t>A005</w:t>
            </w:r>
          </w:p>
        </w:tc>
        <w:tc>
          <w:tcPr>
            <w:tcW w:w="1728" w:type="dxa"/>
          </w:tcPr>
          <w:p w14:paraId="5F31F7DC" w14:textId="32669F3D" w:rsidR="031BF5E4" w:rsidRDefault="031BF5E4" w:rsidP="30C4E059">
            <w:r w:rsidRPr="30C4E059">
              <w:rPr>
                <w:rFonts w:ascii="Cambria" w:eastAsia="Cambria" w:hAnsi="Cambria" w:cs="Cambria"/>
              </w:rPr>
              <w:t>Elliot Reed</w:t>
            </w:r>
          </w:p>
        </w:tc>
        <w:tc>
          <w:tcPr>
            <w:tcW w:w="1728" w:type="dxa"/>
          </w:tcPr>
          <w:p w14:paraId="78095932" w14:textId="44652874" w:rsidR="7F941BEF" w:rsidRDefault="7F941BEF" w:rsidP="30C4E059">
            <w:r>
              <w:t>1992</w:t>
            </w:r>
          </w:p>
        </w:tc>
        <w:tc>
          <w:tcPr>
            <w:tcW w:w="1728" w:type="dxa"/>
          </w:tcPr>
          <w:p w14:paraId="3A74571A" w14:textId="277ACB87" w:rsidR="48175711" w:rsidRDefault="48175711" w:rsidP="30C4E059">
            <w:r w:rsidRPr="30C4E059">
              <w:rPr>
                <w:rFonts w:ascii="Cambria" w:eastAsia="Cambria" w:hAnsi="Cambria" w:cs="Cambria"/>
              </w:rPr>
              <w:t>Australia</w:t>
            </w:r>
          </w:p>
        </w:tc>
        <w:tc>
          <w:tcPr>
            <w:tcW w:w="1728" w:type="dxa"/>
          </w:tcPr>
          <w:p w14:paraId="2B930690" w14:textId="06FA996C" w:rsidR="4C29579E" w:rsidRDefault="4C29579E" w:rsidP="30C4E059">
            <w:r w:rsidRPr="30C4E059">
              <w:rPr>
                <w:rFonts w:ascii="Cambria" w:eastAsia="Cambria" w:hAnsi="Cambria" w:cs="Cambria"/>
              </w:rPr>
              <w:t>Freelance web developer and technical writer.</w:t>
            </w:r>
          </w:p>
        </w:tc>
      </w:tr>
      <w:tr w:rsidR="30C4E059" w14:paraId="4E4C8A57" w14:textId="77777777" w:rsidTr="30C4E059">
        <w:trPr>
          <w:trHeight w:val="300"/>
        </w:trPr>
        <w:tc>
          <w:tcPr>
            <w:tcW w:w="1728" w:type="dxa"/>
          </w:tcPr>
          <w:p w14:paraId="120D112E" w14:textId="202CB601" w:rsidR="031BF5E4" w:rsidRDefault="031BF5E4" w:rsidP="30C4E059">
            <w:r w:rsidRPr="30C4E059">
              <w:rPr>
                <w:rFonts w:ascii="Cambria" w:eastAsia="Cambria" w:hAnsi="Cambria" w:cs="Cambria"/>
              </w:rPr>
              <w:t>A006</w:t>
            </w:r>
          </w:p>
        </w:tc>
        <w:tc>
          <w:tcPr>
            <w:tcW w:w="1728" w:type="dxa"/>
          </w:tcPr>
          <w:p w14:paraId="3B17ED09" w14:textId="5C36F30F" w:rsidR="031BF5E4" w:rsidRDefault="031BF5E4" w:rsidP="30C4E059">
            <w:r w:rsidRPr="30C4E059">
              <w:rPr>
                <w:rFonts w:ascii="Cambria" w:eastAsia="Cambria" w:hAnsi="Cambria" w:cs="Cambria"/>
              </w:rPr>
              <w:t>Fiona Clarke</w:t>
            </w:r>
          </w:p>
        </w:tc>
        <w:tc>
          <w:tcPr>
            <w:tcW w:w="1728" w:type="dxa"/>
          </w:tcPr>
          <w:p w14:paraId="179BA931" w14:textId="7893A2CD" w:rsidR="2C963EE9" w:rsidRDefault="2C963EE9" w:rsidP="30C4E059">
            <w:r>
              <w:t>1978</w:t>
            </w:r>
          </w:p>
        </w:tc>
        <w:tc>
          <w:tcPr>
            <w:tcW w:w="1728" w:type="dxa"/>
          </w:tcPr>
          <w:p w14:paraId="2C2336EA" w14:textId="13F10983" w:rsidR="592FE13A" w:rsidRDefault="592FE13A" w:rsidP="30C4E059">
            <w:r w:rsidRPr="30C4E059">
              <w:rPr>
                <w:rFonts w:ascii="Cambria" w:eastAsia="Cambria" w:hAnsi="Cambria" w:cs="Cambria"/>
              </w:rPr>
              <w:t>Ireland</w:t>
            </w:r>
          </w:p>
        </w:tc>
        <w:tc>
          <w:tcPr>
            <w:tcW w:w="1728" w:type="dxa"/>
          </w:tcPr>
          <w:p w14:paraId="2BDC1808" w14:textId="54B2384A" w:rsidR="4BF6CD27" w:rsidRDefault="4BF6CD27" w:rsidP="30C4E059">
            <w:r w:rsidRPr="30C4E059">
              <w:rPr>
                <w:rFonts w:ascii="Cambria" w:eastAsia="Cambria" w:hAnsi="Cambria" w:cs="Cambria"/>
              </w:rPr>
              <w:t>Professor of information systems.</w:t>
            </w:r>
          </w:p>
        </w:tc>
      </w:tr>
    </w:tbl>
    <w:p w14:paraId="7BFDC82E" w14:textId="087BC199" w:rsidR="30C4E059" w:rsidRDefault="30C4E059" w:rsidP="30C4E059"/>
    <w:p w14:paraId="290EF11D" w14:textId="4052460E" w:rsidR="006718C3" w:rsidRDefault="00DF2321" w:rsidP="30C4E059">
      <w:r>
        <w:br/>
      </w:r>
      <w:r w:rsidR="6908AF3A">
        <w:t>Book</w:t>
      </w:r>
    </w:p>
    <w:tbl>
      <w:tblPr>
        <w:tblStyle w:val="TableGrid"/>
        <w:tblW w:w="0" w:type="auto"/>
        <w:tblLook w:val="06A0" w:firstRow="1" w:lastRow="0" w:firstColumn="1" w:lastColumn="0" w:noHBand="1" w:noVBand="1"/>
      </w:tblPr>
      <w:tblGrid>
        <w:gridCol w:w="1183"/>
        <w:gridCol w:w="1212"/>
        <w:gridCol w:w="1454"/>
        <w:gridCol w:w="1006"/>
        <w:gridCol w:w="1255"/>
        <w:gridCol w:w="1098"/>
        <w:gridCol w:w="1422"/>
      </w:tblGrid>
      <w:tr w:rsidR="30C4E059" w14:paraId="03B2C3F8" w14:textId="77777777" w:rsidTr="30C4E059">
        <w:trPr>
          <w:trHeight w:val="300"/>
        </w:trPr>
        <w:tc>
          <w:tcPr>
            <w:tcW w:w="1234" w:type="dxa"/>
          </w:tcPr>
          <w:p w14:paraId="22D72C01" w14:textId="20539697" w:rsidR="228749FD" w:rsidRDefault="228749FD" w:rsidP="30C4E059">
            <w:r w:rsidRPr="30C4E059">
              <w:rPr>
                <w:rFonts w:ascii="Cambria" w:eastAsia="Cambria" w:hAnsi="Cambria" w:cs="Cambria"/>
              </w:rPr>
              <w:t>isbn</w:t>
            </w:r>
          </w:p>
        </w:tc>
        <w:tc>
          <w:tcPr>
            <w:tcW w:w="1234" w:type="dxa"/>
          </w:tcPr>
          <w:p w14:paraId="03FD3A28" w14:textId="5C39A739" w:rsidR="228749FD" w:rsidRDefault="228749FD" w:rsidP="30C4E059">
            <w:r w:rsidRPr="30C4E059">
              <w:rPr>
                <w:rFonts w:ascii="Cambria" w:eastAsia="Cambria" w:hAnsi="Cambria" w:cs="Cambria"/>
              </w:rPr>
              <w:t>title</w:t>
            </w:r>
          </w:p>
        </w:tc>
        <w:tc>
          <w:tcPr>
            <w:tcW w:w="1234" w:type="dxa"/>
          </w:tcPr>
          <w:p w14:paraId="478F6F13" w14:textId="32D23FA0" w:rsidR="228749FD" w:rsidRDefault="228749FD" w:rsidP="30C4E059">
            <w:r w:rsidRPr="30C4E059">
              <w:rPr>
                <w:rFonts w:ascii="Cambria" w:eastAsia="Cambria" w:hAnsi="Cambria" w:cs="Cambria"/>
              </w:rPr>
              <w:t>publication_year</w:t>
            </w:r>
          </w:p>
        </w:tc>
        <w:tc>
          <w:tcPr>
            <w:tcW w:w="1234" w:type="dxa"/>
          </w:tcPr>
          <w:p w14:paraId="2648D72B" w14:textId="50487F60" w:rsidR="228749FD" w:rsidRDefault="228749FD" w:rsidP="30C4E059">
            <w:r w:rsidRPr="30C4E059">
              <w:rPr>
                <w:rFonts w:ascii="Cambria" w:eastAsia="Cambria" w:hAnsi="Cambria" w:cs="Cambria"/>
              </w:rPr>
              <w:t>publisher</w:t>
            </w:r>
          </w:p>
        </w:tc>
        <w:tc>
          <w:tcPr>
            <w:tcW w:w="1234" w:type="dxa"/>
          </w:tcPr>
          <w:p w14:paraId="68785ABC" w14:textId="2334EA60" w:rsidR="228749FD" w:rsidRDefault="228749FD" w:rsidP="30C4E059">
            <w:r w:rsidRPr="30C4E059">
              <w:rPr>
                <w:rFonts w:ascii="Cambria" w:eastAsia="Cambria" w:hAnsi="Cambria" w:cs="Cambria"/>
              </w:rPr>
              <w:t>genre</w:t>
            </w:r>
          </w:p>
        </w:tc>
        <w:tc>
          <w:tcPr>
            <w:tcW w:w="1234" w:type="dxa"/>
          </w:tcPr>
          <w:p w14:paraId="2B715EBA" w14:textId="193D24B4" w:rsidR="228749FD" w:rsidRDefault="228749FD" w:rsidP="30C4E059">
            <w:r w:rsidRPr="30C4E059">
              <w:rPr>
                <w:rFonts w:ascii="Cambria" w:eastAsia="Cambria" w:hAnsi="Cambria" w:cs="Cambria"/>
              </w:rPr>
              <w:t>total_copies</w:t>
            </w:r>
          </w:p>
        </w:tc>
        <w:tc>
          <w:tcPr>
            <w:tcW w:w="1234" w:type="dxa"/>
          </w:tcPr>
          <w:p w14:paraId="6D16FF7F" w14:textId="19AE4ACB" w:rsidR="228749FD" w:rsidRDefault="228749FD" w:rsidP="30C4E059">
            <w:r w:rsidRPr="30C4E059">
              <w:rPr>
                <w:rFonts w:ascii="Cambria" w:eastAsia="Cambria" w:hAnsi="Cambria" w:cs="Cambria"/>
              </w:rPr>
              <w:t>available_copies</w:t>
            </w:r>
          </w:p>
        </w:tc>
      </w:tr>
      <w:tr w:rsidR="30C4E059" w14:paraId="74158018" w14:textId="77777777" w:rsidTr="30C4E059">
        <w:trPr>
          <w:trHeight w:val="300"/>
        </w:trPr>
        <w:tc>
          <w:tcPr>
            <w:tcW w:w="1234" w:type="dxa"/>
          </w:tcPr>
          <w:p w14:paraId="66CBC0DB" w14:textId="3977B868" w:rsidR="228749FD" w:rsidRDefault="228749FD" w:rsidP="30C4E059">
            <w:r w:rsidRPr="30C4E059">
              <w:rPr>
                <w:rFonts w:ascii="Cambria" w:eastAsia="Cambria" w:hAnsi="Cambria" w:cs="Cambria"/>
              </w:rPr>
              <w:t>978-1234567890</w:t>
            </w:r>
          </w:p>
        </w:tc>
        <w:tc>
          <w:tcPr>
            <w:tcW w:w="1234" w:type="dxa"/>
          </w:tcPr>
          <w:p w14:paraId="39DEB786" w14:textId="281EEB0C" w:rsidR="228749FD" w:rsidRDefault="228749FD" w:rsidP="30C4E059">
            <w:r w:rsidRPr="30C4E059">
              <w:rPr>
                <w:rFonts w:ascii="Cambria" w:eastAsia="Cambria" w:hAnsi="Cambria" w:cs="Cambria"/>
              </w:rPr>
              <w:t>Web Development Basics</w:t>
            </w:r>
          </w:p>
        </w:tc>
        <w:tc>
          <w:tcPr>
            <w:tcW w:w="1234" w:type="dxa"/>
          </w:tcPr>
          <w:p w14:paraId="4491FC52" w14:textId="47C54B7F" w:rsidR="228749FD" w:rsidRDefault="228749FD" w:rsidP="30C4E059">
            <w:r w:rsidRPr="30C4E059">
              <w:rPr>
                <w:rFonts w:ascii="Cambria" w:eastAsia="Cambria" w:hAnsi="Cambria" w:cs="Cambria"/>
              </w:rPr>
              <w:t>2022</w:t>
            </w:r>
          </w:p>
        </w:tc>
        <w:tc>
          <w:tcPr>
            <w:tcW w:w="1234" w:type="dxa"/>
          </w:tcPr>
          <w:p w14:paraId="3FA40FD5" w14:textId="4D2D7692" w:rsidR="228749FD" w:rsidRDefault="228749FD" w:rsidP="30C4E059">
            <w:r w:rsidRPr="30C4E059">
              <w:rPr>
                <w:rFonts w:ascii="Cambria" w:eastAsia="Cambria" w:hAnsi="Cambria" w:cs="Cambria"/>
              </w:rPr>
              <w:t>Tech Press</w:t>
            </w:r>
          </w:p>
        </w:tc>
        <w:tc>
          <w:tcPr>
            <w:tcW w:w="1234" w:type="dxa"/>
          </w:tcPr>
          <w:p w14:paraId="5252F42C" w14:textId="78F0E31E" w:rsidR="228749FD" w:rsidRDefault="228749FD" w:rsidP="30C4E059">
            <w:r w:rsidRPr="30C4E059">
              <w:rPr>
                <w:rFonts w:ascii="Cambria" w:eastAsia="Cambria" w:hAnsi="Cambria" w:cs="Cambria"/>
              </w:rPr>
              <w:t>Computing</w:t>
            </w:r>
          </w:p>
        </w:tc>
        <w:tc>
          <w:tcPr>
            <w:tcW w:w="1234" w:type="dxa"/>
          </w:tcPr>
          <w:p w14:paraId="0544B581" w14:textId="6B45EB1A" w:rsidR="228749FD" w:rsidRDefault="228749FD" w:rsidP="30C4E059">
            <w:r>
              <w:t>12</w:t>
            </w:r>
          </w:p>
        </w:tc>
        <w:tc>
          <w:tcPr>
            <w:tcW w:w="1234" w:type="dxa"/>
          </w:tcPr>
          <w:p w14:paraId="1C8F3A2D" w14:textId="4CDA90C5" w:rsidR="228749FD" w:rsidRDefault="228749FD" w:rsidP="30C4E059">
            <w:r>
              <w:t>7</w:t>
            </w:r>
          </w:p>
        </w:tc>
      </w:tr>
      <w:tr w:rsidR="30C4E059" w14:paraId="7C43AD5B" w14:textId="77777777" w:rsidTr="30C4E059">
        <w:trPr>
          <w:trHeight w:val="300"/>
        </w:trPr>
        <w:tc>
          <w:tcPr>
            <w:tcW w:w="1234" w:type="dxa"/>
          </w:tcPr>
          <w:p w14:paraId="571D24D6" w14:textId="511FBB4E" w:rsidR="228749FD" w:rsidRDefault="228749FD" w:rsidP="30C4E059">
            <w:r w:rsidRPr="30C4E059">
              <w:rPr>
                <w:rFonts w:ascii="Cambria" w:eastAsia="Cambria" w:hAnsi="Cambria" w:cs="Cambria"/>
              </w:rPr>
              <w:t>978-1234567891</w:t>
            </w:r>
          </w:p>
        </w:tc>
        <w:tc>
          <w:tcPr>
            <w:tcW w:w="1234" w:type="dxa"/>
          </w:tcPr>
          <w:p w14:paraId="55174376" w14:textId="05B55B21" w:rsidR="228749FD" w:rsidRDefault="228749FD" w:rsidP="30C4E059">
            <w:r w:rsidRPr="30C4E059">
              <w:rPr>
                <w:rFonts w:ascii="Cambria" w:eastAsia="Cambria" w:hAnsi="Cambria" w:cs="Cambria"/>
              </w:rPr>
              <w:t>Relational Database Design</w:t>
            </w:r>
          </w:p>
        </w:tc>
        <w:tc>
          <w:tcPr>
            <w:tcW w:w="1234" w:type="dxa"/>
          </w:tcPr>
          <w:p w14:paraId="714B9655" w14:textId="3DB9BCF7" w:rsidR="228749FD" w:rsidRDefault="228749FD" w:rsidP="30C4E059">
            <w:r>
              <w:t>2023</w:t>
            </w:r>
          </w:p>
        </w:tc>
        <w:tc>
          <w:tcPr>
            <w:tcW w:w="1234" w:type="dxa"/>
          </w:tcPr>
          <w:p w14:paraId="56D598AB" w14:textId="6B28BDF7" w:rsidR="228749FD" w:rsidRDefault="228749FD" w:rsidP="30C4E059">
            <w:r w:rsidRPr="30C4E059">
              <w:rPr>
                <w:rFonts w:ascii="Cambria" w:eastAsia="Cambria" w:hAnsi="Cambria" w:cs="Cambria"/>
              </w:rPr>
              <w:t>Academic Books</w:t>
            </w:r>
          </w:p>
        </w:tc>
        <w:tc>
          <w:tcPr>
            <w:tcW w:w="1234" w:type="dxa"/>
          </w:tcPr>
          <w:p w14:paraId="78BBD666" w14:textId="45DB74CF" w:rsidR="228749FD" w:rsidRDefault="228749FD" w:rsidP="30C4E059">
            <w:r w:rsidRPr="30C4E059">
              <w:rPr>
                <w:rFonts w:ascii="Cambria" w:eastAsia="Cambria" w:hAnsi="Cambria" w:cs="Cambria"/>
              </w:rPr>
              <w:t>Computing</w:t>
            </w:r>
          </w:p>
        </w:tc>
        <w:tc>
          <w:tcPr>
            <w:tcW w:w="1234" w:type="dxa"/>
          </w:tcPr>
          <w:p w14:paraId="3843D643" w14:textId="0ACD0EAD" w:rsidR="228749FD" w:rsidRDefault="228749FD" w:rsidP="30C4E059">
            <w:r>
              <w:t>10</w:t>
            </w:r>
          </w:p>
        </w:tc>
        <w:tc>
          <w:tcPr>
            <w:tcW w:w="1234" w:type="dxa"/>
          </w:tcPr>
          <w:p w14:paraId="0AB9542B" w14:textId="53C0B3EB" w:rsidR="228749FD" w:rsidRDefault="228749FD" w:rsidP="30C4E059">
            <w:r>
              <w:t>3</w:t>
            </w:r>
          </w:p>
        </w:tc>
      </w:tr>
      <w:tr w:rsidR="30C4E059" w14:paraId="14283768" w14:textId="77777777" w:rsidTr="30C4E059">
        <w:trPr>
          <w:trHeight w:val="300"/>
        </w:trPr>
        <w:tc>
          <w:tcPr>
            <w:tcW w:w="1234" w:type="dxa"/>
          </w:tcPr>
          <w:p w14:paraId="34DF8863" w14:textId="3C4D4A2D" w:rsidR="228749FD" w:rsidRDefault="228749FD" w:rsidP="30C4E059">
            <w:r w:rsidRPr="30C4E059">
              <w:rPr>
                <w:rFonts w:ascii="Cambria" w:eastAsia="Cambria" w:hAnsi="Cambria" w:cs="Cambria"/>
              </w:rPr>
              <w:t>978-1234567892</w:t>
            </w:r>
          </w:p>
        </w:tc>
        <w:tc>
          <w:tcPr>
            <w:tcW w:w="1234" w:type="dxa"/>
          </w:tcPr>
          <w:p w14:paraId="3EE8EE8A" w14:textId="74C6FBB6" w:rsidR="228749FD" w:rsidRDefault="228749FD" w:rsidP="30C4E059">
            <w:r w:rsidRPr="30C4E059">
              <w:rPr>
                <w:rFonts w:ascii="Cambria" w:eastAsia="Cambria" w:hAnsi="Cambria" w:cs="Cambria"/>
              </w:rPr>
              <w:t>Introduction to Python</w:t>
            </w:r>
          </w:p>
        </w:tc>
        <w:tc>
          <w:tcPr>
            <w:tcW w:w="1234" w:type="dxa"/>
          </w:tcPr>
          <w:p w14:paraId="5A648190" w14:textId="5CC82F73" w:rsidR="228749FD" w:rsidRDefault="228749FD" w:rsidP="30C4E059">
            <w:r>
              <w:t>20242</w:t>
            </w:r>
          </w:p>
        </w:tc>
        <w:tc>
          <w:tcPr>
            <w:tcW w:w="1234" w:type="dxa"/>
          </w:tcPr>
          <w:p w14:paraId="58BAD10D" w14:textId="3456B7BE" w:rsidR="228749FD" w:rsidRDefault="228749FD" w:rsidP="30C4E059">
            <w:r w:rsidRPr="30C4E059">
              <w:rPr>
                <w:rFonts w:ascii="Cambria" w:eastAsia="Cambria" w:hAnsi="Cambria" w:cs="Cambria"/>
              </w:rPr>
              <w:t>Code House</w:t>
            </w:r>
          </w:p>
        </w:tc>
        <w:tc>
          <w:tcPr>
            <w:tcW w:w="1234" w:type="dxa"/>
          </w:tcPr>
          <w:p w14:paraId="26A68CEE" w14:textId="633F5DD9" w:rsidR="228749FD" w:rsidRDefault="228749FD" w:rsidP="30C4E059">
            <w:r w:rsidRPr="30C4E059">
              <w:rPr>
                <w:rFonts w:ascii="Cambria" w:eastAsia="Cambria" w:hAnsi="Cambria" w:cs="Cambria"/>
              </w:rPr>
              <w:t>Programming</w:t>
            </w:r>
          </w:p>
        </w:tc>
        <w:tc>
          <w:tcPr>
            <w:tcW w:w="1234" w:type="dxa"/>
          </w:tcPr>
          <w:p w14:paraId="5CBFF7A7" w14:textId="2F7675D5" w:rsidR="228749FD" w:rsidRDefault="228749FD" w:rsidP="30C4E059">
            <w:r>
              <w:t>15</w:t>
            </w:r>
          </w:p>
        </w:tc>
        <w:tc>
          <w:tcPr>
            <w:tcW w:w="1234" w:type="dxa"/>
          </w:tcPr>
          <w:p w14:paraId="294ADC06" w14:textId="74B433DF" w:rsidR="228749FD" w:rsidRDefault="228749FD" w:rsidP="30C4E059">
            <w:r>
              <w:t>9</w:t>
            </w:r>
          </w:p>
        </w:tc>
      </w:tr>
      <w:tr w:rsidR="30C4E059" w14:paraId="1354CC7B" w14:textId="77777777" w:rsidTr="30C4E059">
        <w:trPr>
          <w:trHeight w:val="300"/>
        </w:trPr>
        <w:tc>
          <w:tcPr>
            <w:tcW w:w="1234" w:type="dxa"/>
          </w:tcPr>
          <w:p w14:paraId="2855D811" w14:textId="7FC1CEA9" w:rsidR="228749FD" w:rsidRDefault="228749FD" w:rsidP="30C4E059">
            <w:r w:rsidRPr="30C4E059">
              <w:rPr>
                <w:rFonts w:ascii="Cambria" w:eastAsia="Cambria" w:hAnsi="Cambria" w:cs="Cambria"/>
              </w:rPr>
              <w:t>978-1234567893</w:t>
            </w:r>
          </w:p>
        </w:tc>
        <w:tc>
          <w:tcPr>
            <w:tcW w:w="1234" w:type="dxa"/>
          </w:tcPr>
          <w:p w14:paraId="0BB754A7" w14:textId="5F45B3A5" w:rsidR="228749FD" w:rsidRDefault="228749FD" w:rsidP="30C4E059">
            <w:r w:rsidRPr="30C4E059">
              <w:rPr>
                <w:rFonts w:ascii="Cambria" w:eastAsia="Cambria" w:hAnsi="Cambria" w:cs="Cambria"/>
              </w:rPr>
              <w:t>Information Systems Theory</w:t>
            </w:r>
          </w:p>
        </w:tc>
        <w:tc>
          <w:tcPr>
            <w:tcW w:w="1234" w:type="dxa"/>
          </w:tcPr>
          <w:p w14:paraId="6AB894F0" w14:textId="20226D09" w:rsidR="228749FD" w:rsidRDefault="228749FD" w:rsidP="30C4E059">
            <w:r>
              <w:t>2021</w:t>
            </w:r>
          </w:p>
        </w:tc>
        <w:tc>
          <w:tcPr>
            <w:tcW w:w="1234" w:type="dxa"/>
          </w:tcPr>
          <w:p w14:paraId="3377C7B8" w14:textId="044F2FE9" w:rsidR="228749FD" w:rsidRDefault="228749FD" w:rsidP="30C4E059">
            <w:r w:rsidRPr="30C4E059">
              <w:rPr>
                <w:rFonts w:ascii="Cambria" w:eastAsia="Cambria" w:hAnsi="Cambria" w:cs="Cambria"/>
              </w:rPr>
              <w:t>Uni Publishers</w:t>
            </w:r>
          </w:p>
        </w:tc>
        <w:tc>
          <w:tcPr>
            <w:tcW w:w="1234" w:type="dxa"/>
          </w:tcPr>
          <w:p w14:paraId="3124EC66" w14:textId="4E9E82DD" w:rsidR="228749FD" w:rsidRDefault="228749FD" w:rsidP="30C4E059">
            <w:r w:rsidRPr="30C4E059">
              <w:rPr>
                <w:rFonts w:ascii="Cambria" w:eastAsia="Cambria" w:hAnsi="Cambria" w:cs="Cambria"/>
              </w:rPr>
              <w:t>IT</w:t>
            </w:r>
          </w:p>
        </w:tc>
        <w:tc>
          <w:tcPr>
            <w:tcW w:w="1234" w:type="dxa"/>
          </w:tcPr>
          <w:p w14:paraId="61B0F854" w14:textId="1C6CE400" w:rsidR="228749FD" w:rsidRDefault="228749FD" w:rsidP="30C4E059">
            <w:r>
              <w:t>8</w:t>
            </w:r>
          </w:p>
        </w:tc>
        <w:tc>
          <w:tcPr>
            <w:tcW w:w="1234" w:type="dxa"/>
          </w:tcPr>
          <w:p w14:paraId="7B62FA27" w14:textId="0EB5FCBD" w:rsidR="228749FD" w:rsidRDefault="228749FD" w:rsidP="30C4E059">
            <w:r>
              <w:t>2</w:t>
            </w:r>
          </w:p>
        </w:tc>
      </w:tr>
      <w:tr w:rsidR="30C4E059" w14:paraId="730BE198" w14:textId="77777777" w:rsidTr="30C4E059">
        <w:trPr>
          <w:trHeight w:val="300"/>
        </w:trPr>
        <w:tc>
          <w:tcPr>
            <w:tcW w:w="1234" w:type="dxa"/>
          </w:tcPr>
          <w:p w14:paraId="07F05BD0" w14:textId="2D2AFED0" w:rsidR="228749FD" w:rsidRDefault="228749FD" w:rsidP="30C4E059">
            <w:r w:rsidRPr="30C4E059">
              <w:rPr>
                <w:rFonts w:ascii="Cambria" w:eastAsia="Cambria" w:hAnsi="Cambria" w:cs="Cambria"/>
              </w:rPr>
              <w:t>978-1234567894</w:t>
            </w:r>
          </w:p>
        </w:tc>
        <w:tc>
          <w:tcPr>
            <w:tcW w:w="1234" w:type="dxa"/>
          </w:tcPr>
          <w:p w14:paraId="085E95E4" w14:textId="04507550" w:rsidR="228749FD" w:rsidRDefault="228749FD" w:rsidP="30C4E059">
            <w:r w:rsidRPr="30C4E059">
              <w:rPr>
                <w:rFonts w:ascii="Cambria" w:eastAsia="Cambria" w:hAnsi="Cambria" w:cs="Cambria"/>
              </w:rPr>
              <w:t>Advanced Web Databases</w:t>
            </w:r>
          </w:p>
        </w:tc>
        <w:tc>
          <w:tcPr>
            <w:tcW w:w="1234" w:type="dxa"/>
          </w:tcPr>
          <w:p w14:paraId="29248857" w14:textId="0A964B93" w:rsidR="228749FD" w:rsidRDefault="228749FD" w:rsidP="30C4E059">
            <w:r>
              <w:t>2025</w:t>
            </w:r>
          </w:p>
        </w:tc>
        <w:tc>
          <w:tcPr>
            <w:tcW w:w="1234" w:type="dxa"/>
          </w:tcPr>
          <w:p w14:paraId="2F73B9B1" w14:textId="7CEC191A" w:rsidR="228749FD" w:rsidRDefault="228749FD" w:rsidP="30C4E059">
            <w:r w:rsidRPr="30C4E059">
              <w:rPr>
                <w:rFonts w:ascii="Cambria" w:eastAsia="Cambria" w:hAnsi="Cambria" w:cs="Cambria"/>
              </w:rPr>
              <w:t>Tech Press</w:t>
            </w:r>
          </w:p>
        </w:tc>
        <w:tc>
          <w:tcPr>
            <w:tcW w:w="1234" w:type="dxa"/>
          </w:tcPr>
          <w:p w14:paraId="41B143EF" w14:textId="58149139" w:rsidR="228749FD" w:rsidRDefault="228749FD" w:rsidP="30C4E059">
            <w:r w:rsidRPr="30C4E059">
              <w:rPr>
                <w:rFonts w:ascii="Cambria" w:eastAsia="Cambria" w:hAnsi="Cambria" w:cs="Cambria"/>
              </w:rPr>
              <w:t>Computing</w:t>
            </w:r>
          </w:p>
        </w:tc>
        <w:tc>
          <w:tcPr>
            <w:tcW w:w="1234" w:type="dxa"/>
          </w:tcPr>
          <w:p w14:paraId="3A22A228" w14:textId="501EBE61" w:rsidR="228749FD" w:rsidRDefault="228749FD" w:rsidP="30C4E059">
            <w:r>
              <w:t>6</w:t>
            </w:r>
          </w:p>
        </w:tc>
        <w:tc>
          <w:tcPr>
            <w:tcW w:w="1234" w:type="dxa"/>
          </w:tcPr>
          <w:p w14:paraId="712318DD" w14:textId="3B986BCA" w:rsidR="228749FD" w:rsidRDefault="228749FD" w:rsidP="30C4E059">
            <w:r>
              <w:t>4</w:t>
            </w:r>
          </w:p>
        </w:tc>
      </w:tr>
      <w:tr w:rsidR="30C4E059" w14:paraId="2144757C" w14:textId="77777777" w:rsidTr="30C4E059">
        <w:trPr>
          <w:trHeight w:val="300"/>
        </w:trPr>
        <w:tc>
          <w:tcPr>
            <w:tcW w:w="1234" w:type="dxa"/>
          </w:tcPr>
          <w:p w14:paraId="0B059C37" w14:textId="143D8705" w:rsidR="228749FD" w:rsidRDefault="228749FD" w:rsidP="30C4E059">
            <w:r w:rsidRPr="30C4E059">
              <w:rPr>
                <w:rFonts w:ascii="Cambria" w:eastAsia="Cambria" w:hAnsi="Cambria" w:cs="Cambria"/>
              </w:rPr>
              <w:t>978-1234567895</w:t>
            </w:r>
          </w:p>
        </w:tc>
        <w:tc>
          <w:tcPr>
            <w:tcW w:w="1234" w:type="dxa"/>
          </w:tcPr>
          <w:p w14:paraId="035057E5" w14:textId="3018D57E" w:rsidR="228749FD" w:rsidRDefault="228749FD" w:rsidP="30C4E059">
            <w:r w:rsidRPr="30C4E059">
              <w:rPr>
                <w:rFonts w:ascii="Cambria" w:eastAsia="Cambria" w:hAnsi="Cambria" w:cs="Cambria"/>
              </w:rPr>
              <w:t>Digital Security Essentials</w:t>
            </w:r>
          </w:p>
        </w:tc>
        <w:tc>
          <w:tcPr>
            <w:tcW w:w="1234" w:type="dxa"/>
          </w:tcPr>
          <w:p w14:paraId="5D7F4EBA" w14:textId="7D179D98" w:rsidR="228749FD" w:rsidRDefault="228749FD" w:rsidP="30C4E059">
            <w:r>
              <w:t>2024</w:t>
            </w:r>
          </w:p>
        </w:tc>
        <w:tc>
          <w:tcPr>
            <w:tcW w:w="1234" w:type="dxa"/>
          </w:tcPr>
          <w:p w14:paraId="2C179D1F" w14:textId="5AB8BD51" w:rsidR="228749FD" w:rsidRDefault="228749FD" w:rsidP="30C4E059">
            <w:r w:rsidRPr="30C4E059">
              <w:rPr>
                <w:rFonts w:ascii="Cambria" w:eastAsia="Cambria" w:hAnsi="Cambria" w:cs="Cambria"/>
              </w:rPr>
              <w:t>Secure Books</w:t>
            </w:r>
          </w:p>
        </w:tc>
        <w:tc>
          <w:tcPr>
            <w:tcW w:w="1234" w:type="dxa"/>
          </w:tcPr>
          <w:p w14:paraId="7961E920" w14:textId="0BCE509A" w:rsidR="228749FD" w:rsidRDefault="228749FD" w:rsidP="30C4E059">
            <w:r w:rsidRPr="30C4E059">
              <w:rPr>
                <w:rFonts w:ascii="Cambria" w:eastAsia="Cambria" w:hAnsi="Cambria" w:cs="Cambria"/>
              </w:rPr>
              <w:t>Cybersecurity</w:t>
            </w:r>
          </w:p>
        </w:tc>
        <w:tc>
          <w:tcPr>
            <w:tcW w:w="1234" w:type="dxa"/>
          </w:tcPr>
          <w:p w14:paraId="1C25491D" w14:textId="01B35507" w:rsidR="228749FD" w:rsidRDefault="228749FD" w:rsidP="30C4E059">
            <w:r>
              <w:t>9</w:t>
            </w:r>
          </w:p>
        </w:tc>
        <w:tc>
          <w:tcPr>
            <w:tcW w:w="1234" w:type="dxa"/>
          </w:tcPr>
          <w:p w14:paraId="32AB90D2" w14:textId="655DF35B" w:rsidR="228749FD" w:rsidRDefault="228749FD" w:rsidP="30C4E059">
            <w:r>
              <w:t>6</w:t>
            </w:r>
          </w:p>
        </w:tc>
      </w:tr>
    </w:tbl>
    <w:p w14:paraId="71B090DB" w14:textId="395069C2" w:rsidR="30C4E059" w:rsidRDefault="30C4E059" w:rsidP="30C4E059"/>
    <w:p w14:paraId="09DC3AF8" w14:textId="0C47226E" w:rsidR="228749FD" w:rsidRDefault="228749FD" w:rsidP="30C4E059">
      <w:r>
        <w:t>Book_Author</w:t>
      </w:r>
    </w:p>
    <w:tbl>
      <w:tblPr>
        <w:tblStyle w:val="TableGrid"/>
        <w:tblW w:w="0" w:type="auto"/>
        <w:tblLook w:val="06A0" w:firstRow="1" w:lastRow="0" w:firstColumn="1" w:lastColumn="0" w:noHBand="1" w:noVBand="1"/>
      </w:tblPr>
      <w:tblGrid>
        <w:gridCol w:w="2877"/>
        <w:gridCol w:w="2877"/>
        <w:gridCol w:w="2876"/>
      </w:tblGrid>
      <w:tr w:rsidR="30C4E059" w14:paraId="1B8FD35E" w14:textId="77777777" w:rsidTr="30C4E059">
        <w:trPr>
          <w:trHeight w:val="300"/>
        </w:trPr>
        <w:tc>
          <w:tcPr>
            <w:tcW w:w="2880" w:type="dxa"/>
          </w:tcPr>
          <w:p w14:paraId="7A13F05E" w14:textId="26A62ED2" w:rsidR="228749FD" w:rsidRDefault="228749FD" w:rsidP="30C4E059">
            <w:r w:rsidRPr="30C4E059">
              <w:rPr>
                <w:rFonts w:ascii="Cambria" w:eastAsia="Cambria" w:hAnsi="Cambria" w:cs="Cambria"/>
              </w:rPr>
              <w:t>book_author_id</w:t>
            </w:r>
          </w:p>
        </w:tc>
        <w:tc>
          <w:tcPr>
            <w:tcW w:w="2880" w:type="dxa"/>
          </w:tcPr>
          <w:p w14:paraId="0CC76318" w14:textId="4245F7B8" w:rsidR="228749FD" w:rsidRDefault="228749FD" w:rsidP="30C4E059">
            <w:r w:rsidRPr="30C4E059">
              <w:rPr>
                <w:rFonts w:ascii="Cambria" w:eastAsia="Cambria" w:hAnsi="Cambria" w:cs="Cambria"/>
              </w:rPr>
              <w:t>isbn (FK)</w:t>
            </w:r>
          </w:p>
        </w:tc>
        <w:tc>
          <w:tcPr>
            <w:tcW w:w="2880" w:type="dxa"/>
          </w:tcPr>
          <w:p w14:paraId="113B2865" w14:textId="647C24FC" w:rsidR="228749FD" w:rsidRDefault="228749FD" w:rsidP="30C4E059">
            <w:r w:rsidRPr="30C4E059">
              <w:rPr>
                <w:rFonts w:ascii="Cambria" w:eastAsia="Cambria" w:hAnsi="Cambria" w:cs="Cambria"/>
              </w:rPr>
              <w:t>author_id (FK)</w:t>
            </w:r>
          </w:p>
        </w:tc>
      </w:tr>
      <w:tr w:rsidR="30C4E059" w14:paraId="6E0A2DDF" w14:textId="77777777" w:rsidTr="30C4E059">
        <w:trPr>
          <w:trHeight w:val="300"/>
        </w:trPr>
        <w:tc>
          <w:tcPr>
            <w:tcW w:w="2880" w:type="dxa"/>
          </w:tcPr>
          <w:p w14:paraId="3847074F" w14:textId="05B7428F" w:rsidR="228749FD" w:rsidRDefault="228749FD" w:rsidP="30C4E059">
            <w:r>
              <w:t>BA001</w:t>
            </w:r>
          </w:p>
        </w:tc>
        <w:tc>
          <w:tcPr>
            <w:tcW w:w="2880" w:type="dxa"/>
          </w:tcPr>
          <w:p w14:paraId="74B92BD3" w14:textId="3ECDC4DA" w:rsidR="228749FD" w:rsidRDefault="228749FD" w:rsidP="30C4E059">
            <w:r w:rsidRPr="30C4E059">
              <w:rPr>
                <w:rFonts w:ascii="Cambria" w:eastAsia="Cambria" w:hAnsi="Cambria" w:cs="Cambria"/>
              </w:rPr>
              <w:t>978-1234567890</w:t>
            </w:r>
          </w:p>
        </w:tc>
        <w:tc>
          <w:tcPr>
            <w:tcW w:w="2880" w:type="dxa"/>
          </w:tcPr>
          <w:p w14:paraId="049B607B" w14:textId="15DC7E91" w:rsidR="228749FD" w:rsidRDefault="228749FD" w:rsidP="30C4E059">
            <w:r w:rsidRPr="30C4E059">
              <w:rPr>
                <w:rFonts w:ascii="Cambria" w:eastAsia="Cambria" w:hAnsi="Cambria" w:cs="Cambria"/>
              </w:rPr>
              <w:t>A001</w:t>
            </w:r>
          </w:p>
        </w:tc>
      </w:tr>
      <w:tr w:rsidR="30C4E059" w14:paraId="3F4E5D1E" w14:textId="77777777" w:rsidTr="30C4E059">
        <w:trPr>
          <w:trHeight w:val="300"/>
        </w:trPr>
        <w:tc>
          <w:tcPr>
            <w:tcW w:w="2880" w:type="dxa"/>
          </w:tcPr>
          <w:p w14:paraId="7642493B" w14:textId="54FD230A" w:rsidR="228749FD" w:rsidRDefault="228749FD" w:rsidP="30C4E059">
            <w:r w:rsidRPr="30C4E059">
              <w:rPr>
                <w:rFonts w:ascii="Cambria" w:eastAsia="Cambria" w:hAnsi="Cambria" w:cs="Cambria"/>
              </w:rPr>
              <w:t>BA002</w:t>
            </w:r>
          </w:p>
        </w:tc>
        <w:tc>
          <w:tcPr>
            <w:tcW w:w="2880" w:type="dxa"/>
          </w:tcPr>
          <w:p w14:paraId="28B8FA69" w14:textId="216B13D9" w:rsidR="228749FD" w:rsidRDefault="228749FD" w:rsidP="30C4E059">
            <w:r w:rsidRPr="30C4E059">
              <w:rPr>
                <w:rFonts w:ascii="Cambria" w:eastAsia="Cambria" w:hAnsi="Cambria" w:cs="Cambria"/>
              </w:rPr>
              <w:t>978-1234567890</w:t>
            </w:r>
          </w:p>
        </w:tc>
        <w:tc>
          <w:tcPr>
            <w:tcW w:w="2880" w:type="dxa"/>
          </w:tcPr>
          <w:p w14:paraId="4446D2ED" w14:textId="4B676CD1" w:rsidR="228749FD" w:rsidRDefault="228749FD" w:rsidP="30C4E059">
            <w:r w:rsidRPr="30C4E059">
              <w:rPr>
                <w:rFonts w:ascii="Cambria" w:eastAsia="Cambria" w:hAnsi="Cambria" w:cs="Cambria"/>
              </w:rPr>
              <w:t>A002</w:t>
            </w:r>
          </w:p>
        </w:tc>
      </w:tr>
      <w:tr w:rsidR="30C4E059" w14:paraId="617922DA" w14:textId="77777777" w:rsidTr="30C4E059">
        <w:trPr>
          <w:trHeight w:val="300"/>
        </w:trPr>
        <w:tc>
          <w:tcPr>
            <w:tcW w:w="2880" w:type="dxa"/>
          </w:tcPr>
          <w:p w14:paraId="0F6AE395" w14:textId="7B45FB3F" w:rsidR="228749FD" w:rsidRDefault="228749FD" w:rsidP="30C4E059">
            <w:r w:rsidRPr="30C4E059">
              <w:rPr>
                <w:rFonts w:ascii="Cambria" w:eastAsia="Cambria" w:hAnsi="Cambria" w:cs="Cambria"/>
              </w:rPr>
              <w:t>BA003</w:t>
            </w:r>
          </w:p>
        </w:tc>
        <w:tc>
          <w:tcPr>
            <w:tcW w:w="2880" w:type="dxa"/>
          </w:tcPr>
          <w:p w14:paraId="768EEC29" w14:textId="7AE958E3" w:rsidR="228749FD" w:rsidRDefault="228749FD" w:rsidP="30C4E059">
            <w:r w:rsidRPr="30C4E059">
              <w:rPr>
                <w:rFonts w:ascii="Cambria" w:eastAsia="Cambria" w:hAnsi="Cambria" w:cs="Cambria"/>
              </w:rPr>
              <w:t>978-1234567891</w:t>
            </w:r>
          </w:p>
        </w:tc>
        <w:tc>
          <w:tcPr>
            <w:tcW w:w="2880" w:type="dxa"/>
          </w:tcPr>
          <w:p w14:paraId="2FA4B382" w14:textId="73ACAF5F" w:rsidR="228749FD" w:rsidRDefault="228749FD" w:rsidP="30C4E059">
            <w:r w:rsidRPr="30C4E059">
              <w:rPr>
                <w:rFonts w:ascii="Cambria" w:eastAsia="Cambria" w:hAnsi="Cambria" w:cs="Cambria"/>
              </w:rPr>
              <w:t>A002</w:t>
            </w:r>
          </w:p>
        </w:tc>
      </w:tr>
      <w:tr w:rsidR="30C4E059" w14:paraId="12F53701" w14:textId="77777777" w:rsidTr="30C4E059">
        <w:trPr>
          <w:trHeight w:val="300"/>
        </w:trPr>
        <w:tc>
          <w:tcPr>
            <w:tcW w:w="2880" w:type="dxa"/>
          </w:tcPr>
          <w:p w14:paraId="64C90A42" w14:textId="096D673D" w:rsidR="228749FD" w:rsidRDefault="228749FD" w:rsidP="30C4E059">
            <w:r w:rsidRPr="30C4E059">
              <w:rPr>
                <w:rFonts w:ascii="Cambria" w:eastAsia="Cambria" w:hAnsi="Cambria" w:cs="Cambria"/>
              </w:rPr>
              <w:t>BA004</w:t>
            </w:r>
          </w:p>
        </w:tc>
        <w:tc>
          <w:tcPr>
            <w:tcW w:w="2880" w:type="dxa"/>
          </w:tcPr>
          <w:p w14:paraId="75E36698" w14:textId="5A62C1A0" w:rsidR="228749FD" w:rsidRDefault="228749FD" w:rsidP="30C4E059">
            <w:r w:rsidRPr="30C4E059">
              <w:rPr>
                <w:rFonts w:ascii="Cambria" w:eastAsia="Cambria" w:hAnsi="Cambria" w:cs="Cambria"/>
              </w:rPr>
              <w:t>978-1234567891</w:t>
            </w:r>
          </w:p>
        </w:tc>
        <w:tc>
          <w:tcPr>
            <w:tcW w:w="2880" w:type="dxa"/>
          </w:tcPr>
          <w:p w14:paraId="6F2FF391" w14:textId="024BC5A8" w:rsidR="228749FD" w:rsidRDefault="228749FD" w:rsidP="30C4E059">
            <w:r w:rsidRPr="30C4E059">
              <w:rPr>
                <w:rFonts w:ascii="Cambria" w:eastAsia="Cambria" w:hAnsi="Cambria" w:cs="Cambria"/>
              </w:rPr>
              <w:t>A003</w:t>
            </w:r>
          </w:p>
        </w:tc>
      </w:tr>
      <w:tr w:rsidR="30C4E059" w14:paraId="1E17E2B3" w14:textId="77777777" w:rsidTr="30C4E059">
        <w:trPr>
          <w:trHeight w:val="300"/>
        </w:trPr>
        <w:tc>
          <w:tcPr>
            <w:tcW w:w="2880" w:type="dxa"/>
          </w:tcPr>
          <w:p w14:paraId="0DF914AD" w14:textId="4A50AEA6" w:rsidR="228749FD" w:rsidRDefault="228749FD" w:rsidP="30C4E059">
            <w:r w:rsidRPr="30C4E059">
              <w:rPr>
                <w:rFonts w:ascii="Cambria" w:eastAsia="Cambria" w:hAnsi="Cambria" w:cs="Cambria"/>
              </w:rPr>
              <w:t>BA005</w:t>
            </w:r>
          </w:p>
        </w:tc>
        <w:tc>
          <w:tcPr>
            <w:tcW w:w="2880" w:type="dxa"/>
          </w:tcPr>
          <w:p w14:paraId="66150EBE" w14:textId="39A91549" w:rsidR="228749FD" w:rsidRDefault="228749FD" w:rsidP="30C4E059">
            <w:r w:rsidRPr="30C4E059">
              <w:rPr>
                <w:rFonts w:ascii="Cambria" w:eastAsia="Cambria" w:hAnsi="Cambria" w:cs="Cambria"/>
              </w:rPr>
              <w:t>978-1234567892</w:t>
            </w:r>
          </w:p>
        </w:tc>
        <w:tc>
          <w:tcPr>
            <w:tcW w:w="2880" w:type="dxa"/>
          </w:tcPr>
          <w:p w14:paraId="0D9615B2" w14:textId="5F6CAD5C" w:rsidR="228749FD" w:rsidRDefault="228749FD" w:rsidP="30C4E059">
            <w:r w:rsidRPr="30C4E059">
              <w:rPr>
                <w:rFonts w:ascii="Cambria" w:eastAsia="Cambria" w:hAnsi="Cambria" w:cs="Cambria"/>
              </w:rPr>
              <w:t>A005</w:t>
            </w:r>
          </w:p>
        </w:tc>
      </w:tr>
      <w:tr w:rsidR="30C4E059" w14:paraId="0B6EA701" w14:textId="77777777" w:rsidTr="30C4E059">
        <w:trPr>
          <w:trHeight w:val="300"/>
        </w:trPr>
        <w:tc>
          <w:tcPr>
            <w:tcW w:w="2880" w:type="dxa"/>
          </w:tcPr>
          <w:p w14:paraId="48781749" w14:textId="16F71299" w:rsidR="228749FD" w:rsidRDefault="228749FD" w:rsidP="30C4E059">
            <w:r w:rsidRPr="30C4E059">
              <w:rPr>
                <w:rFonts w:ascii="Cambria" w:eastAsia="Cambria" w:hAnsi="Cambria" w:cs="Cambria"/>
              </w:rPr>
              <w:t>BA006</w:t>
            </w:r>
          </w:p>
        </w:tc>
        <w:tc>
          <w:tcPr>
            <w:tcW w:w="2880" w:type="dxa"/>
          </w:tcPr>
          <w:p w14:paraId="5F0F201A" w14:textId="71800343" w:rsidR="228749FD" w:rsidRDefault="228749FD" w:rsidP="30C4E059">
            <w:r w:rsidRPr="30C4E059">
              <w:rPr>
                <w:rFonts w:ascii="Cambria" w:eastAsia="Cambria" w:hAnsi="Cambria" w:cs="Cambria"/>
              </w:rPr>
              <w:t>978-1234567893</w:t>
            </w:r>
          </w:p>
        </w:tc>
        <w:tc>
          <w:tcPr>
            <w:tcW w:w="2880" w:type="dxa"/>
          </w:tcPr>
          <w:p w14:paraId="313813A8" w14:textId="422064BA" w:rsidR="228749FD" w:rsidRDefault="228749FD" w:rsidP="30C4E059">
            <w:r w:rsidRPr="30C4E059">
              <w:rPr>
                <w:rFonts w:ascii="Cambria" w:eastAsia="Cambria" w:hAnsi="Cambria" w:cs="Cambria"/>
              </w:rPr>
              <w:t>A004</w:t>
            </w:r>
          </w:p>
        </w:tc>
      </w:tr>
      <w:tr w:rsidR="30C4E059" w14:paraId="05E90FF6" w14:textId="77777777" w:rsidTr="30C4E059">
        <w:trPr>
          <w:trHeight w:val="300"/>
        </w:trPr>
        <w:tc>
          <w:tcPr>
            <w:tcW w:w="2880" w:type="dxa"/>
          </w:tcPr>
          <w:p w14:paraId="5F4C012F" w14:textId="1E2F05B8" w:rsidR="228749FD" w:rsidRDefault="228749FD" w:rsidP="30C4E059">
            <w:r w:rsidRPr="30C4E059">
              <w:rPr>
                <w:rFonts w:ascii="Cambria" w:eastAsia="Cambria" w:hAnsi="Cambria" w:cs="Cambria"/>
              </w:rPr>
              <w:t>BA007</w:t>
            </w:r>
          </w:p>
        </w:tc>
        <w:tc>
          <w:tcPr>
            <w:tcW w:w="2880" w:type="dxa"/>
          </w:tcPr>
          <w:p w14:paraId="58325279" w14:textId="78400FCF" w:rsidR="228749FD" w:rsidRDefault="228749FD" w:rsidP="30C4E059">
            <w:r w:rsidRPr="30C4E059">
              <w:rPr>
                <w:rFonts w:ascii="Cambria" w:eastAsia="Cambria" w:hAnsi="Cambria" w:cs="Cambria"/>
              </w:rPr>
              <w:t>978-1234567894</w:t>
            </w:r>
          </w:p>
        </w:tc>
        <w:tc>
          <w:tcPr>
            <w:tcW w:w="2880" w:type="dxa"/>
          </w:tcPr>
          <w:p w14:paraId="706A8002" w14:textId="3B6286EB" w:rsidR="228749FD" w:rsidRDefault="228749FD" w:rsidP="30C4E059">
            <w:r w:rsidRPr="30C4E059">
              <w:rPr>
                <w:rFonts w:ascii="Cambria" w:eastAsia="Cambria" w:hAnsi="Cambria" w:cs="Cambria"/>
              </w:rPr>
              <w:t>A001</w:t>
            </w:r>
          </w:p>
        </w:tc>
      </w:tr>
      <w:tr w:rsidR="30C4E059" w14:paraId="4B16C9EC" w14:textId="77777777" w:rsidTr="30C4E059">
        <w:trPr>
          <w:trHeight w:val="300"/>
        </w:trPr>
        <w:tc>
          <w:tcPr>
            <w:tcW w:w="2880" w:type="dxa"/>
          </w:tcPr>
          <w:p w14:paraId="32CC9570" w14:textId="7F60728F" w:rsidR="228749FD" w:rsidRDefault="228749FD" w:rsidP="30C4E059">
            <w:r w:rsidRPr="30C4E059">
              <w:rPr>
                <w:rFonts w:ascii="Cambria" w:eastAsia="Cambria" w:hAnsi="Cambria" w:cs="Cambria"/>
              </w:rPr>
              <w:t>BA008</w:t>
            </w:r>
          </w:p>
        </w:tc>
        <w:tc>
          <w:tcPr>
            <w:tcW w:w="2880" w:type="dxa"/>
          </w:tcPr>
          <w:p w14:paraId="5AD9B5DD" w14:textId="0659D5D6" w:rsidR="228749FD" w:rsidRDefault="228749FD" w:rsidP="30C4E059">
            <w:r w:rsidRPr="30C4E059">
              <w:rPr>
                <w:rFonts w:ascii="Cambria" w:eastAsia="Cambria" w:hAnsi="Cambria" w:cs="Cambria"/>
              </w:rPr>
              <w:t>978-1234567895</w:t>
            </w:r>
          </w:p>
        </w:tc>
        <w:tc>
          <w:tcPr>
            <w:tcW w:w="2880" w:type="dxa"/>
          </w:tcPr>
          <w:p w14:paraId="74DD62D9" w14:textId="277FD355" w:rsidR="228749FD" w:rsidRDefault="228749FD" w:rsidP="30C4E059">
            <w:r w:rsidRPr="30C4E059">
              <w:rPr>
                <w:rFonts w:ascii="Cambria" w:eastAsia="Cambria" w:hAnsi="Cambria" w:cs="Cambria"/>
              </w:rPr>
              <w:t>A006</w:t>
            </w:r>
          </w:p>
        </w:tc>
      </w:tr>
    </w:tbl>
    <w:p w14:paraId="54B3D512" w14:textId="6D63CFA2" w:rsidR="30C4E059" w:rsidRDefault="30C4E059" w:rsidP="30C4E059"/>
    <w:p w14:paraId="5FDD31D2" w14:textId="1D19F33F" w:rsidR="228749FD" w:rsidRDefault="228749FD" w:rsidP="30C4E059">
      <w:r>
        <w:t>Borrowing</w:t>
      </w:r>
    </w:p>
    <w:tbl>
      <w:tblPr>
        <w:tblStyle w:val="TableGrid"/>
        <w:tblW w:w="0" w:type="auto"/>
        <w:tblLook w:val="06A0" w:firstRow="1" w:lastRow="0" w:firstColumn="1" w:lastColumn="0" w:noHBand="1" w:noVBand="1"/>
      </w:tblPr>
      <w:tblGrid>
        <w:gridCol w:w="1202"/>
        <w:gridCol w:w="1003"/>
        <w:gridCol w:w="1435"/>
        <w:gridCol w:w="1416"/>
        <w:gridCol w:w="1115"/>
        <w:gridCol w:w="1317"/>
        <w:gridCol w:w="1142"/>
      </w:tblGrid>
      <w:tr w:rsidR="30C4E059" w14:paraId="02BE31E6" w14:textId="77777777" w:rsidTr="30C4E059">
        <w:trPr>
          <w:trHeight w:val="300"/>
        </w:trPr>
        <w:tc>
          <w:tcPr>
            <w:tcW w:w="1234" w:type="dxa"/>
          </w:tcPr>
          <w:p w14:paraId="5283C195" w14:textId="58504A4F" w:rsidR="228749FD" w:rsidRDefault="228749FD" w:rsidP="30C4E059">
            <w:r w:rsidRPr="30C4E059">
              <w:rPr>
                <w:rFonts w:ascii="Cambria" w:eastAsia="Cambria" w:hAnsi="Cambria" w:cs="Cambria"/>
              </w:rPr>
              <w:t>borrow_id</w:t>
            </w:r>
          </w:p>
        </w:tc>
        <w:tc>
          <w:tcPr>
            <w:tcW w:w="1234" w:type="dxa"/>
          </w:tcPr>
          <w:p w14:paraId="6A6F2A0C" w14:textId="5E9599E1" w:rsidR="228749FD" w:rsidRDefault="228749FD" w:rsidP="30C4E059">
            <w:r w:rsidRPr="30C4E059">
              <w:rPr>
                <w:rFonts w:ascii="Cambria" w:eastAsia="Cambria" w:hAnsi="Cambria" w:cs="Cambria"/>
              </w:rPr>
              <w:t>user_id (FK)</w:t>
            </w:r>
          </w:p>
        </w:tc>
        <w:tc>
          <w:tcPr>
            <w:tcW w:w="1234" w:type="dxa"/>
          </w:tcPr>
          <w:p w14:paraId="7303E23E" w14:textId="256CD2DC" w:rsidR="228749FD" w:rsidRDefault="228749FD" w:rsidP="30C4E059">
            <w:r w:rsidRPr="30C4E059">
              <w:rPr>
                <w:rFonts w:ascii="Cambria" w:eastAsia="Cambria" w:hAnsi="Cambria" w:cs="Cambria"/>
              </w:rPr>
              <w:t>isbn (FK)</w:t>
            </w:r>
          </w:p>
        </w:tc>
        <w:tc>
          <w:tcPr>
            <w:tcW w:w="1234" w:type="dxa"/>
          </w:tcPr>
          <w:p w14:paraId="37A6F09B" w14:textId="325A31D6" w:rsidR="228749FD" w:rsidRDefault="228749FD" w:rsidP="30C4E059">
            <w:r w:rsidRPr="30C4E059">
              <w:rPr>
                <w:rFonts w:ascii="Cambria" w:eastAsia="Cambria" w:hAnsi="Cambria" w:cs="Cambria"/>
              </w:rPr>
              <w:t>borrow_date</w:t>
            </w:r>
          </w:p>
        </w:tc>
        <w:tc>
          <w:tcPr>
            <w:tcW w:w="1234" w:type="dxa"/>
          </w:tcPr>
          <w:p w14:paraId="240CDBE6" w14:textId="5AA8AAE6" w:rsidR="228749FD" w:rsidRDefault="228749FD" w:rsidP="30C4E059">
            <w:r w:rsidRPr="30C4E059">
              <w:rPr>
                <w:rFonts w:ascii="Cambria" w:eastAsia="Cambria" w:hAnsi="Cambria" w:cs="Cambria"/>
              </w:rPr>
              <w:t>due_date</w:t>
            </w:r>
          </w:p>
        </w:tc>
        <w:tc>
          <w:tcPr>
            <w:tcW w:w="1234" w:type="dxa"/>
          </w:tcPr>
          <w:p w14:paraId="1ED7E112" w14:textId="3ED30C64" w:rsidR="228749FD" w:rsidRDefault="228749FD" w:rsidP="30C4E059">
            <w:r w:rsidRPr="30C4E059">
              <w:rPr>
                <w:rFonts w:ascii="Cambria" w:eastAsia="Cambria" w:hAnsi="Cambria" w:cs="Cambria"/>
              </w:rPr>
              <w:t>return_date</w:t>
            </w:r>
          </w:p>
        </w:tc>
        <w:tc>
          <w:tcPr>
            <w:tcW w:w="1234" w:type="dxa"/>
          </w:tcPr>
          <w:p w14:paraId="6E06942A" w14:textId="7E98EDA8" w:rsidR="228749FD" w:rsidRDefault="228749FD" w:rsidP="30C4E059">
            <w:r w:rsidRPr="30C4E059">
              <w:rPr>
                <w:rFonts w:ascii="Cambria" w:eastAsia="Cambria" w:hAnsi="Cambria" w:cs="Cambria"/>
              </w:rPr>
              <w:t>status</w:t>
            </w:r>
          </w:p>
        </w:tc>
      </w:tr>
      <w:tr w:rsidR="30C4E059" w14:paraId="712B836E" w14:textId="77777777" w:rsidTr="30C4E059">
        <w:trPr>
          <w:trHeight w:val="300"/>
        </w:trPr>
        <w:tc>
          <w:tcPr>
            <w:tcW w:w="1234" w:type="dxa"/>
          </w:tcPr>
          <w:p w14:paraId="59EF41B4" w14:textId="62B1D449" w:rsidR="228749FD" w:rsidRDefault="228749FD" w:rsidP="30C4E059">
            <w:r w:rsidRPr="30C4E059">
              <w:rPr>
                <w:rFonts w:ascii="Cambria" w:eastAsia="Cambria" w:hAnsi="Cambria" w:cs="Cambria"/>
              </w:rPr>
              <w:t>BR001</w:t>
            </w:r>
          </w:p>
        </w:tc>
        <w:tc>
          <w:tcPr>
            <w:tcW w:w="1234" w:type="dxa"/>
          </w:tcPr>
          <w:p w14:paraId="4AC7CADA" w14:textId="72E6F722" w:rsidR="228749FD" w:rsidRDefault="228749FD" w:rsidP="30C4E059">
            <w:r w:rsidRPr="30C4E059">
              <w:rPr>
                <w:rFonts w:ascii="Cambria" w:eastAsia="Cambria" w:hAnsi="Cambria" w:cs="Cambria"/>
              </w:rPr>
              <w:t>U001</w:t>
            </w:r>
          </w:p>
        </w:tc>
        <w:tc>
          <w:tcPr>
            <w:tcW w:w="1234" w:type="dxa"/>
          </w:tcPr>
          <w:p w14:paraId="2B15BF74" w14:textId="60D58FF6" w:rsidR="228749FD" w:rsidRDefault="228749FD" w:rsidP="30C4E059">
            <w:r w:rsidRPr="30C4E059">
              <w:rPr>
                <w:rFonts w:ascii="Cambria" w:eastAsia="Cambria" w:hAnsi="Cambria" w:cs="Cambria"/>
              </w:rPr>
              <w:t>978-1234567890</w:t>
            </w:r>
          </w:p>
        </w:tc>
        <w:tc>
          <w:tcPr>
            <w:tcW w:w="1234" w:type="dxa"/>
          </w:tcPr>
          <w:p w14:paraId="451C680B" w14:textId="6358ACBD" w:rsidR="228749FD" w:rsidRDefault="228749FD" w:rsidP="30C4E059">
            <w:r w:rsidRPr="30C4E059">
              <w:rPr>
                <w:rFonts w:ascii="Cambria" w:eastAsia="Cambria" w:hAnsi="Cambria" w:cs="Cambria"/>
              </w:rPr>
              <w:t>2026-07-05</w:t>
            </w:r>
          </w:p>
        </w:tc>
        <w:tc>
          <w:tcPr>
            <w:tcW w:w="1234" w:type="dxa"/>
          </w:tcPr>
          <w:p w14:paraId="77AB34C4" w14:textId="3CB1DFCF" w:rsidR="228749FD" w:rsidRDefault="228749FD" w:rsidP="30C4E059">
            <w:r w:rsidRPr="30C4E059">
              <w:rPr>
                <w:rFonts w:ascii="Cambria" w:eastAsia="Cambria" w:hAnsi="Cambria" w:cs="Cambria"/>
              </w:rPr>
              <w:t>2026-07-26</w:t>
            </w:r>
          </w:p>
        </w:tc>
        <w:tc>
          <w:tcPr>
            <w:tcW w:w="1234" w:type="dxa"/>
          </w:tcPr>
          <w:p w14:paraId="3D806F4B" w14:textId="5E0A2A5B" w:rsidR="228749FD" w:rsidRDefault="228749FD" w:rsidP="30C4E059">
            <w:r w:rsidRPr="30C4E059">
              <w:rPr>
                <w:rFonts w:ascii="Cambria" w:eastAsia="Cambria" w:hAnsi="Cambria" w:cs="Cambria"/>
              </w:rPr>
              <w:t>2026-07-22</w:t>
            </w:r>
          </w:p>
        </w:tc>
        <w:tc>
          <w:tcPr>
            <w:tcW w:w="1234" w:type="dxa"/>
          </w:tcPr>
          <w:p w14:paraId="67CE0DF5" w14:textId="02863F21" w:rsidR="228749FD" w:rsidRDefault="228749FD" w:rsidP="30C4E059">
            <w:r w:rsidRPr="30C4E059">
              <w:rPr>
                <w:rFonts w:ascii="Cambria" w:eastAsia="Cambria" w:hAnsi="Cambria" w:cs="Cambria"/>
              </w:rPr>
              <w:t>Returned</w:t>
            </w:r>
          </w:p>
        </w:tc>
      </w:tr>
      <w:tr w:rsidR="30C4E059" w14:paraId="5C4CA03A" w14:textId="77777777" w:rsidTr="30C4E059">
        <w:trPr>
          <w:trHeight w:val="300"/>
        </w:trPr>
        <w:tc>
          <w:tcPr>
            <w:tcW w:w="1234" w:type="dxa"/>
          </w:tcPr>
          <w:p w14:paraId="537413A4" w14:textId="5924A35D" w:rsidR="228749FD" w:rsidRDefault="228749FD" w:rsidP="30C4E059">
            <w:r w:rsidRPr="30C4E059">
              <w:rPr>
                <w:rFonts w:ascii="Cambria" w:eastAsia="Cambria" w:hAnsi="Cambria" w:cs="Cambria"/>
              </w:rPr>
              <w:t>BR002</w:t>
            </w:r>
          </w:p>
        </w:tc>
        <w:tc>
          <w:tcPr>
            <w:tcW w:w="1234" w:type="dxa"/>
          </w:tcPr>
          <w:p w14:paraId="6A3C6262" w14:textId="4F83AD2C" w:rsidR="228749FD" w:rsidRDefault="228749FD" w:rsidP="30C4E059">
            <w:r w:rsidRPr="30C4E059">
              <w:rPr>
                <w:rFonts w:ascii="Cambria" w:eastAsia="Cambria" w:hAnsi="Cambria" w:cs="Cambria"/>
              </w:rPr>
              <w:t>U001</w:t>
            </w:r>
          </w:p>
        </w:tc>
        <w:tc>
          <w:tcPr>
            <w:tcW w:w="1234" w:type="dxa"/>
          </w:tcPr>
          <w:p w14:paraId="00F212BF" w14:textId="76E3A5A9" w:rsidR="228749FD" w:rsidRDefault="228749FD" w:rsidP="30C4E059">
            <w:r w:rsidRPr="30C4E059">
              <w:rPr>
                <w:rFonts w:ascii="Cambria" w:eastAsia="Cambria" w:hAnsi="Cambria" w:cs="Cambria"/>
              </w:rPr>
              <w:t>978-1234567891</w:t>
            </w:r>
          </w:p>
        </w:tc>
        <w:tc>
          <w:tcPr>
            <w:tcW w:w="1234" w:type="dxa"/>
          </w:tcPr>
          <w:p w14:paraId="63B44602" w14:textId="4F1FA7E2" w:rsidR="228749FD" w:rsidRDefault="228749FD" w:rsidP="30C4E059">
            <w:r w:rsidRPr="30C4E059">
              <w:rPr>
                <w:rFonts w:ascii="Cambria" w:eastAsia="Cambria" w:hAnsi="Cambria" w:cs="Cambria"/>
              </w:rPr>
              <w:t>2026-07-10</w:t>
            </w:r>
          </w:p>
        </w:tc>
        <w:tc>
          <w:tcPr>
            <w:tcW w:w="1234" w:type="dxa"/>
          </w:tcPr>
          <w:p w14:paraId="43B9F62E" w14:textId="0290AAFC" w:rsidR="228749FD" w:rsidRDefault="228749FD" w:rsidP="30C4E059">
            <w:r w:rsidRPr="30C4E059">
              <w:rPr>
                <w:rFonts w:ascii="Cambria" w:eastAsia="Cambria" w:hAnsi="Cambria" w:cs="Cambria"/>
              </w:rPr>
              <w:t>2026-07-31</w:t>
            </w:r>
          </w:p>
        </w:tc>
        <w:tc>
          <w:tcPr>
            <w:tcW w:w="1234" w:type="dxa"/>
          </w:tcPr>
          <w:p w14:paraId="5F331DA5" w14:textId="57924FF4" w:rsidR="228749FD" w:rsidRDefault="228749FD" w:rsidP="30C4E059">
            <w:r w:rsidRPr="30C4E059">
              <w:rPr>
                <w:rFonts w:ascii="Cambria" w:eastAsia="Cambria" w:hAnsi="Cambria" w:cs="Cambria"/>
              </w:rPr>
              <w:t>NULL</w:t>
            </w:r>
          </w:p>
        </w:tc>
        <w:tc>
          <w:tcPr>
            <w:tcW w:w="1234" w:type="dxa"/>
          </w:tcPr>
          <w:p w14:paraId="49543C87" w14:textId="33FF8D34" w:rsidR="228749FD" w:rsidRDefault="228749FD" w:rsidP="30C4E059">
            <w:r w:rsidRPr="30C4E059">
              <w:rPr>
                <w:rFonts w:ascii="Cambria" w:eastAsia="Cambria" w:hAnsi="Cambria" w:cs="Cambria"/>
              </w:rPr>
              <w:t>On Loan</w:t>
            </w:r>
          </w:p>
        </w:tc>
      </w:tr>
      <w:tr w:rsidR="30C4E059" w14:paraId="4405424C" w14:textId="77777777" w:rsidTr="30C4E059">
        <w:trPr>
          <w:trHeight w:val="300"/>
        </w:trPr>
        <w:tc>
          <w:tcPr>
            <w:tcW w:w="1234" w:type="dxa"/>
          </w:tcPr>
          <w:p w14:paraId="17EF541C" w14:textId="7877FA18" w:rsidR="228749FD" w:rsidRDefault="228749FD" w:rsidP="30C4E059">
            <w:r w:rsidRPr="30C4E059">
              <w:rPr>
                <w:rFonts w:ascii="Cambria" w:eastAsia="Cambria" w:hAnsi="Cambria" w:cs="Cambria"/>
              </w:rPr>
              <w:t>BR003</w:t>
            </w:r>
          </w:p>
        </w:tc>
        <w:tc>
          <w:tcPr>
            <w:tcW w:w="1234" w:type="dxa"/>
          </w:tcPr>
          <w:p w14:paraId="1C14DC82" w14:textId="105A7132" w:rsidR="228749FD" w:rsidRDefault="228749FD" w:rsidP="30C4E059">
            <w:r w:rsidRPr="30C4E059">
              <w:rPr>
                <w:rFonts w:ascii="Cambria" w:eastAsia="Cambria" w:hAnsi="Cambria" w:cs="Cambria"/>
              </w:rPr>
              <w:t>U003</w:t>
            </w:r>
          </w:p>
        </w:tc>
        <w:tc>
          <w:tcPr>
            <w:tcW w:w="1234" w:type="dxa"/>
          </w:tcPr>
          <w:p w14:paraId="16080C35" w14:textId="0764C3B6" w:rsidR="228749FD" w:rsidRDefault="228749FD" w:rsidP="30C4E059">
            <w:r w:rsidRPr="30C4E059">
              <w:rPr>
                <w:rFonts w:ascii="Cambria" w:eastAsia="Cambria" w:hAnsi="Cambria" w:cs="Cambria"/>
              </w:rPr>
              <w:t>978-1234567892</w:t>
            </w:r>
          </w:p>
        </w:tc>
        <w:tc>
          <w:tcPr>
            <w:tcW w:w="1234" w:type="dxa"/>
          </w:tcPr>
          <w:p w14:paraId="38CE2BC1" w14:textId="67441322" w:rsidR="228749FD" w:rsidRDefault="228749FD" w:rsidP="30C4E059">
            <w:r w:rsidRPr="30C4E059">
              <w:rPr>
                <w:rFonts w:ascii="Cambria" w:eastAsia="Cambria" w:hAnsi="Cambria" w:cs="Cambria"/>
              </w:rPr>
              <w:t>2026-07-12</w:t>
            </w:r>
          </w:p>
        </w:tc>
        <w:tc>
          <w:tcPr>
            <w:tcW w:w="1234" w:type="dxa"/>
          </w:tcPr>
          <w:p w14:paraId="1CE7BE54" w14:textId="4E77B085" w:rsidR="228749FD" w:rsidRDefault="228749FD" w:rsidP="30C4E059">
            <w:r w:rsidRPr="30C4E059">
              <w:rPr>
                <w:rFonts w:ascii="Cambria" w:eastAsia="Cambria" w:hAnsi="Cambria" w:cs="Cambria"/>
              </w:rPr>
              <w:t>2026-08-02</w:t>
            </w:r>
          </w:p>
        </w:tc>
        <w:tc>
          <w:tcPr>
            <w:tcW w:w="1234" w:type="dxa"/>
          </w:tcPr>
          <w:p w14:paraId="4565D864" w14:textId="4ABF4BED" w:rsidR="228749FD" w:rsidRDefault="228749FD" w:rsidP="30C4E059">
            <w:r w:rsidRPr="30C4E059">
              <w:rPr>
                <w:rFonts w:ascii="Cambria" w:eastAsia="Cambria" w:hAnsi="Cambria" w:cs="Cambria"/>
              </w:rPr>
              <w:t>2026-07-28</w:t>
            </w:r>
          </w:p>
        </w:tc>
        <w:tc>
          <w:tcPr>
            <w:tcW w:w="1234" w:type="dxa"/>
          </w:tcPr>
          <w:p w14:paraId="7349AE6C" w14:textId="2D352CE0" w:rsidR="228749FD" w:rsidRDefault="228749FD" w:rsidP="30C4E059">
            <w:r w:rsidRPr="30C4E059">
              <w:rPr>
                <w:rFonts w:ascii="Cambria" w:eastAsia="Cambria" w:hAnsi="Cambria" w:cs="Cambria"/>
              </w:rPr>
              <w:t>Returned</w:t>
            </w:r>
          </w:p>
        </w:tc>
      </w:tr>
      <w:tr w:rsidR="30C4E059" w14:paraId="4AA3FEA9" w14:textId="77777777" w:rsidTr="30C4E059">
        <w:trPr>
          <w:trHeight w:val="300"/>
        </w:trPr>
        <w:tc>
          <w:tcPr>
            <w:tcW w:w="1234" w:type="dxa"/>
          </w:tcPr>
          <w:p w14:paraId="23B57DC8" w14:textId="250E1B2B" w:rsidR="228749FD" w:rsidRDefault="228749FD" w:rsidP="30C4E059">
            <w:r w:rsidRPr="30C4E059">
              <w:rPr>
                <w:rFonts w:ascii="Cambria" w:eastAsia="Cambria" w:hAnsi="Cambria" w:cs="Cambria"/>
              </w:rPr>
              <w:t>BR004</w:t>
            </w:r>
          </w:p>
        </w:tc>
        <w:tc>
          <w:tcPr>
            <w:tcW w:w="1234" w:type="dxa"/>
          </w:tcPr>
          <w:p w14:paraId="4B0841A3" w14:textId="07F3CC4E" w:rsidR="228749FD" w:rsidRDefault="228749FD" w:rsidP="30C4E059">
            <w:r w:rsidRPr="30C4E059">
              <w:rPr>
                <w:rFonts w:ascii="Cambria" w:eastAsia="Cambria" w:hAnsi="Cambria" w:cs="Cambria"/>
              </w:rPr>
              <w:t>U004</w:t>
            </w:r>
          </w:p>
        </w:tc>
        <w:tc>
          <w:tcPr>
            <w:tcW w:w="1234" w:type="dxa"/>
          </w:tcPr>
          <w:p w14:paraId="436B4F46" w14:textId="43DEC53B" w:rsidR="228749FD" w:rsidRDefault="228749FD" w:rsidP="30C4E059">
            <w:r w:rsidRPr="30C4E059">
              <w:rPr>
                <w:rFonts w:ascii="Cambria" w:eastAsia="Cambria" w:hAnsi="Cambria" w:cs="Cambria"/>
              </w:rPr>
              <w:t>978-1234567893</w:t>
            </w:r>
          </w:p>
        </w:tc>
        <w:tc>
          <w:tcPr>
            <w:tcW w:w="1234" w:type="dxa"/>
          </w:tcPr>
          <w:p w14:paraId="29F4843F" w14:textId="3FB9FDD5" w:rsidR="228749FD" w:rsidRDefault="228749FD" w:rsidP="30C4E059">
            <w:r w:rsidRPr="30C4E059">
              <w:rPr>
                <w:rFonts w:ascii="Cambria" w:eastAsia="Cambria" w:hAnsi="Cambria" w:cs="Cambria"/>
              </w:rPr>
              <w:t>2026-07-15</w:t>
            </w:r>
          </w:p>
        </w:tc>
        <w:tc>
          <w:tcPr>
            <w:tcW w:w="1234" w:type="dxa"/>
          </w:tcPr>
          <w:p w14:paraId="139E61FD" w14:textId="7BBDBFBE" w:rsidR="228749FD" w:rsidRDefault="228749FD" w:rsidP="30C4E059">
            <w:r w:rsidRPr="30C4E059">
              <w:rPr>
                <w:rFonts w:ascii="Cambria" w:eastAsia="Cambria" w:hAnsi="Cambria" w:cs="Cambria"/>
              </w:rPr>
              <w:t>2026-08-05</w:t>
            </w:r>
          </w:p>
        </w:tc>
        <w:tc>
          <w:tcPr>
            <w:tcW w:w="1234" w:type="dxa"/>
          </w:tcPr>
          <w:p w14:paraId="4B205344" w14:textId="58562A48" w:rsidR="228749FD" w:rsidRDefault="228749FD" w:rsidP="30C4E059">
            <w:r w:rsidRPr="30C4E059">
              <w:rPr>
                <w:rFonts w:ascii="Cambria" w:eastAsia="Cambria" w:hAnsi="Cambria" w:cs="Cambria"/>
              </w:rPr>
              <w:t>NULL</w:t>
            </w:r>
          </w:p>
        </w:tc>
        <w:tc>
          <w:tcPr>
            <w:tcW w:w="1234" w:type="dxa"/>
          </w:tcPr>
          <w:p w14:paraId="356723CC" w14:textId="1628EF8F" w:rsidR="228749FD" w:rsidRDefault="228749FD" w:rsidP="30C4E059">
            <w:r w:rsidRPr="30C4E059">
              <w:rPr>
                <w:rFonts w:ascii="Cambria" w:eastAsia="Cambria" w:hAnsi="Cambria" w:cs="Cambria"/>
              </w:rPr>
              <w:t>Overdue</w:t>
            </w:r>
          </w:p>
        </w:tc>
      </w:tr>
      <w:tr w:rsidR="30C4E059" w14:paraId="4B7B3B91" w14:textId="77777777" w:rsidTr="30C4E059">
        <w:trPr>
          <w:trHeight w:val="300"/>
        </w:trPr>
        <w:tc>
          <w:tcPr>
            <w:tcW w:w="1234" w:type="dxa"/>
          </w:tcPr>
          <w:p w14:paraId="490CCA2E" w14:textId="010F1F8A" w:rsidR="228749FD" w:rsidRDefault="228749FD" w:rsidP="30C4E059">
            <w:r w:rsidRPr="30C4E059">
              <w:rPr>
                <w:rFonts w:ascii="Cambria" w:eastAsia="Cambria" w:hAnsi="Cambria" w:cs="Cambria"/>
              </w:rPr>
              <w:t>BR005</w:t>
            </w:r>
          </w:p>
        </w:tc>
        <w:tc>
          <w:tcPr>
            <w:tcW w:w="1234" w:type="dxa"/>
          </w:tcPr>
          <w:p w14:paraId="7F48B095" w14:textId="10832270" w:rsidR="228749FD" w:rsidRDefault="228749FD" w:rsidP="30C4E059">
            <w:r w:rsidRPr="30C4E059">
              <w:rPr>
                <w:rFonts w:ascii="Cambria" w:eastAsia="Cambria" w:hAnsi="Cambria" w:cs="Cambria"/>
              </w:rPr>
              <w:t>U005</w:t>
            </w:r>
          </w:p>
        </w:tc>
        <w:tc>
          <w:tcPr>
            <w:tcW w:w="1234" w:type="dxa"/>
          </w:tcPr>
          <w:p w14:paraId="1E8F1C05" w14:textId="3D0BDD1A" w:rsidR="228749FD" w:rsidRDefault="228749FD" w:rsidP="30C4E059">
            <w:r w:rsidRPr="30C4E059">
              <w:rPr>
                <w:rFonts w:ascii="Cambria" w:eastAsia="Cambria" w:hAnsi="Cambria" w:cs="Cambria"/>
              </w:rPr>
              <w:t>978-1234567894</w:t>
            </w:r>
          </w:p>
        </w:tc>
        <w:tc>
          <w:tcPr>
            <w:tcW w:w="1234" w:type="dxa"/>
          </w:tcPr>
          <w:p w14:paraId="5456D552" w14:textId="6E92E144" w:rsidR="228749FD" w:rsidRDefault="228749FD" w:rsidP="30C4E059">
            <w:r w:rsidRPr="30C4E059">
              <w:rPr>
                <w:rFonts w:ascii="Cambria" w:eastAsia="Cambria" w:hAnsi="Cambria" w:cs="Cambria"/>
              </w:rPr>
              <w:t>2026-07-18</w:t>
            </w:r>
          </w:p>
        </w:tc>
        <w:tc>
          <w:tcPr>
            <w:tcW w:w="1234" w:type="dxa"/>
          </w:tcPr>
          <w:p w14:paraId="340D5710" w14:textId="41C6A570" w:rsidR="228749FD" w:rsidRDefault="228749FD" w:rsidP="30C4E059">
            <w:r w:rsidRPr="30C4E059">
              <w:rPr>
                <w:rFonts w:ascii="Cambria" w:eastAsia="Cambria" w:hAnsi="Cambria" w:cs="Cambria"/>
              </w:rPr>
              <w:t>2026-08-08</w:t>
            </w:r>
          </w:p>
        </w:tc>
        <w:tc>
          <w:tcPr>
            <w:tcW w:w="1234" w:type="dxa"/>
          </w:tcPr>
          <w:p w14:paraId="26BDB109" w14:textId="13E70008" w:rsidR="228749FD" w:rsidRDefault="228749FD" w:rsidP="30C4E059">
            <w:r w:rsidRPr="30C4E059">
              <w:rPr>
                <w:rFonts w:ascii="Cambria" w:eastAsia="Cambria" w:hAnsi="Cambria" w:cs="Cambria"/>
              </w:rPr>
              <w:t>NULL</w:t>
            </w:r>
          </w:p>
        </w:tc>
        <w:tc>
          <w:tcPr>
            <w:tcW w:w="1234" w:type="dxa"/>
          </w:tcPr>
          <w:p w14:paraId="7ABC5C56" w14:textId="12992310" w:rsidR="228749FD" w:rsidRDefault="228749FD" w:rsidP="30C4E059">
            <w:r w:rsidRPr="30C4E059">
              <w:rPr>
                <w:rFonts w:ascii="Cambria" w:eastAsia="Cambria" w:hAnsi="Cambria" w:cs="Cambria"/>
              </w:rPr>
              <w:t>On Loan</w:t>
            </w:r>
          </w:p>
        </w:tc>
      </w:tr>
      <w:tr w:rsidR="30C4E059" w14:paraId="553B8BCD" w14:textId="77777777" w:rsidTr="30C4E059">
        <w:trPr>
          <w:trHeight w:val="300"/>
        </w:trPr>
        <w:tc>
          <w:tcPr>
            <w:tcW w:w="1234" w:type="dxa"/>
          </w:tcPr>
          <w:p w14:paraId="34699411" w14:textId="789429DE" w:rsidR="228749FD" w:rsidRDefault="228749FD" w:rsidP="30C4E059">
            <w:r w:rsidRPr="30C4E059">
              <w:rPr>
                <w:rFonts w:ascii="Cambria" w:eastAsia="Cambria" w:hAnsi="Cambria" w:cs="Cambria"/>
              </w:rPr>
              <w:t>BR006</w:t>
            </w:r>
          </w:p>
        </w:tc>
        <w:tc>
          <w:tcPr>
            <w:tcW w:w="1234" w:type="dxa"/>
          </w:tcPr>
          <w:p w14:paraId="0D7A86D6" w14:textId="3C4B48D9" w:rsidR="228749FD" w:rsidRDefault="228749FD" w:rsidP="30C4E059">
            <w:r w:rsidRPr="30C4E059">
              <w:rPr>
                <w:rFonts w:ascii="Cambria" w:eastAsia="Cambria" w:hAnsi="Cambria" w:cs="Cambria"/>
              </w:rPr>
              <w:t>U002</w:t>
            </w:r>
          </w:p>
        </w:tc>
        <w:tc>
          <w:tcPr>
            <w:tcW w:w="1234" w:type="dxa"/>
          </w:tcPr>
          <w:p w14:paraId="4FAEDCCD" w14:textId="6D4BF028" w:rsidR="228749FD" w:rsidRDefault="228749FD" w:rsidP="30C4E059">
            <w:r w:rsidRPr="30C4E059">
              <w:rPr>
                <w:rFonts w:ascii="Cambria" w:eastAsia="Cambria" w:hAnsi="Cambria" w:cs="Cambria"/>
              </w:rPr>
              <w:t>978-1234567895</w:t>
            </w:r>
          </w:p>
        </w:tc>
        <w:tc>
          <w:tcPr>
            <w:tcW w:w="1234" w:type="dxa"/>
          </w:tcPr>
          <w:p w14:paraId="16C859BF" w14:textId="356D3B4F" w:rsidR="228749FD" w:rsidRDefault="228749FD" w:rsidP="30C4E059">
            <w:r w:rsidRPr="30C4E059">
              <w:rPr>
                <w:rFonts w:ascii="Cambria" w:eastAsia="Cambria" w:hAnsi="Cambria" w:cs="Cambria"/>
              </w:rPr>
              <w:t>2026-07-19</w:t>
            </w:r>
          </w:p>
        </w:tc>
        <w:tc>
          <w:tcPr>
            <w:tcW w:w="1234" w:type="dxa"/>
          </w:tcPr>
          <w:p w14:paraId="31054CD8" w14:textId="2A125871" w:rsidR="228749FD" w:rsidRDefault="228749FD" w:rsidP="30C4E059">
            <w:r w:rsidRPr="30C4E059">
              <w:rPr>
                <w:rFonts w:ascii="Cambria" w:eastAsia="Cambria" w:hAnsi="Cambria" w:cs="Cambria"/>
              </w:rPr>
              <w:t>2026-08-09</w:t>
            </w:r>
          </w:p>
        </w:tc>
        <w:tc>
          <w:tcPr>
            <w:tcW w:w="1234" w:type="dxa"/>
          </w:tcPr>
          <w:p w14:paraId="78AF9F29" w14:textId="7B7069A7" w:rsidR="228749FD" w:rsidRDefault="228749FD" w:rsidP="30C4E059">
            <w:r>
              <w:t>NULL</w:t>
            </w:r>
          </w:p>
        </w:tc>
        <w:tc>
          <w:tcPr>
            <w:tcW w:w="1234" w:type="dxa"/>
          </w:tcPr>
          <w:p w14:paraId="335C9851" w14:textId="4F2EDC25" w:rsidR="228749FD" w:rsidRDefault="228749FD" w:rsidP="30C4E059">
            <w:r w:rsidRPr="30C4E059">
              <w:rPr>
                <w:rFonts w:ascii="Cambria" w:eastAsia="Cambria" w:hAnsi="Cambria" w:cs="Cambria"/>
              </w:rPr>
              <w:t>On Loan</w:t>
            </w:r>
          </w:p>
        </w:tc>
      </w:tr>
    </w:tbl>
    <w:p w14:paraId="4D4F5BF5" w14:textId="00513DB5" w:rsidR="30C4E059" w:rsidRDefault="30C4E059" w:rsidP="30C4E059"/>
    <w:p w14:paraId="0EDBE47C" w14:textId="1B8BB7A7" w:rsidR="006718C3" w:rsidRDefault="00DF2321" w:rsidP="30C4E059">
      <w:r>
        <w:t>9. Queries</w:t>
      </w:r>
      <w:r>
        <w:br/>
        <w:t>- List queries created</w:t>
      </w:r>
      <w:r>
        <w:br/>
        <w:t>- Purpose of each query</w:t>
      </w:r>
      <w:r>
        <w:br/>
        <w:t>- Screenshots of results</w:t>
      </w:r>
    </w:p>
    <w:p w14:paraId="58D6BFA8" w14:textId="7F3C9848" w:rsidR="006718C3" w:rsidRDefault="4C3C40F1" w:rsidP="30C4E059">
      <w:r w:rsidRPr="30C4E059">
        <w:rPr>
          <w:rFonts w:ascii="Cambria" w:eastAsia="MS Mincho" w:hAnsi="Cambria" w:cs="Arial"/>
        </w:rPr>
        <w:t>Query 1: Check Real-Time Book Availability</w:t>
      </w:r>
    </w:p>
    <w:p w14:paraId="320963FF" w14:textId="63372A15" w:rsidR="006718C3" w:rsidRDefault="4C3C40F1" w:rsidP="30C4E059">
      <w:r>
        <w:t xml:space="preserve">The purpose is </w:t>
      </w:r>
      <w:r w:rsidRPr="30C4E059">
        <w:rPr>
          <w:rFonts w:ascii="Cambria" w:eastAsia="Cambria" w:hAnsi="Cambria" w:cs="Cambria"/>
        </w:rPr>
        <w:t xml:space="preserve">List all books with how many copies are currently on the </w:t>
      </w:r>
      <w:proofErr w:type="gramStart"/>
      <w:r w:rsidRPr="30C4E059">
        <w:rPr>
          <w:rFonts w:ascii="Cambria" w:eastAsia="Cambria" w:hAnsi="Cambria" w:cs="Cambria"/>
        </w:rPr>
        <w:t>shelf, and</w:t>
      </w:r>
      <w:proofErr w:type="gramEnd"/>
      <w:r w:rsidRPr="30C4E059">
        <w:rPr>
          <w:rFonts w:ascii="Cambria" w:eastAsia="Cambria" w:hAnsi="Cambria" w:cs="Cambria"/>
        </w:rPr>
        <w:t xml:space="preserve"> identify titles with no stock left.</w:t>
      </w:r>
    </w:p>
    <w:p w14:paraId="74870EDB" w14:textId="0D735E61" w:rsidR="006718C3" w:rsidRDefault="30E041C3" w:rsidP="30C4E059">
      <w:r w:rsidRPr="30C4E059">
        <w:rPr>
          <w:rFonts w:ascii="Consolas" w:eastAsia="Consolas" w:hAnsi="Consolas" w:cs="Consolas"/>
          <w:color w:val="005CC5"/>
        </w:rPr>
        <w:t>SELECT</w:t>
      </w:r>
      <w:r w:rsidRPr="30C4E059">
        <w:rPr>
          <w:rFonts w:ascii="Consolas" w:eastAsia="Consolas" w:hAnsi="Consolas" w:cs="Consolas"/>
          <w:color w:val="000000" w:themeColor="text1"/>
        </w:rPr>
        <w:t xml:space="preserve"> * </w:t>
      </w:r>
      <w:r w:rsidRPr="30C4E059">
        <w:rPr>
          <w:rFonts w:ascii="Consolas" w:eastAsia="Consolas" w:hAnsi="Consolas" w:cs="Consolas"/>
          <w:color w:val="005CC5"/>
        </w:rPr>
        <w:t>FROM</w:t>
      </w:r>
      <w:r w:rsidRPr="30C4E059">
        <w:rPr>
          <w:rFonts w:ascii="Consolas" w:eastAsia="Consolas" w:hAnsi="Consolas" w:cs="Consolas"/>
          <w:color w:val="000000" w:themeColor="text1"/>
        </w:rPr>
        <w:t xml:space="preserve"> </w:t>
      </w:r>
      <w:proofErr w:type="gramStart"/>
      <w:r w:rsidRPr="30C4E059">
        <w:rPr>
          <w:rFonts w:ascii="Consolas" w:eastAsia="Consolas" w:hAnsi="Consolas" w:cs="Consolas"/>
          <w:color w:val="000000" w:themeColor="text1"/>
        </w:rPr>
        <w:t>Customers;</w:t>
      </w:r>
      <w:r w:rsidRPr="30C4E059">
        <w:rPr>
          <w:rFonts w:ascii="Consolas" w:eastAsia="Consolas" w:hAnsi="Consolas" w:cs="Consolas"/>
          <w:color w:val="005CC5"/>
        </w:rPr>
        <w:t>SELECT</w:t>
      </w:r>
      <w:proofErr w:type="gramEnd"/>
      <w:r w:rsidRPr="30C4E059">
        <w:rPr>
          <w:rFonts w:ascii="Consolas" w:eastAsia="Consolas" w:hAnsi="Consolas" w:cs="Consolas"/>
          <w:color w:val="000000" w:themeColor="text1"/>
        </w:rPr>
        <w:t xml:space="preserve">  b</w:t>
      </w:r>
      <w:r w:rsidRPr="30C4E059">
        <w:rPr>
          <w:rFonts w:ascii="Consolas" w:eastAsia="Consolas" w:hAnsi="Consolas" w:cs="Consolas"/>
          <w:color w:val="D73A49"/>
        </w:rPr>
        <w:t>.isbn</w:t>
      </w:r>
      <w:r w:rsidRPr="30C4E059">
        <w:rPr>
          <w:rFonts w:ascii="Consolas" w:eastAsia="Consolas" w:hAnsi="Consolas" w:cs="Consolas"/>
          <w:color w:val="000000" w:themeColor="text1"/>
        </w:rPr>
        <w:t>,  b</w:t>
      </w:r>
      <w:r w:rsidRPr="30C4E059">
        <w:rPr>
          <w:rFonts w:ascii="Consolas" w:eastAsia="Consolas" w:hAnsi="Consolas" w:cs="Consolas"/>
          <w:color w:val="D73A49"/>
        </w:rPr>
        <w:t>.title</w:t>
      </w:r>
      <w:r w:rsidRPr="30C4E059">
        <w:rPr>
          <w:rFonts w:ascii="Consolas" w:eastAsia="Consolas" w:hAnsi="Consolas" w:cs="Consolas"/>
          <w:color w:val="000000" w:themeColor="text1"/>
        </w:rPr>
        <w:t>,  b</w:t>
      </w:r>
      <w:r w:rsidRPr="30C4E059">
        <w:rPr>
          <w:rFonts w:ascii="Consolas" w:eastAsia="Consolas" w:hAnsi="Consolas" w:cs="Consolas"/>
          <w:color w:val="D73A49"/>
        </w:rPr>
        <w:t>.publisher</w:t>
      </w:r>
      <w:r w:rsidRPr="30C4E059">
        <w:rPr>
          <w:rFonts w:ascii="Consolas" w:eastAsia="Consolas" w:hAnsi="Consolas" w:cs="Consolas"/>
          <w:color w:val="000000" w:themeColor="text1"/>
        </w:rPr>
        <w:t>,  b</w:t>
      </w:r>
      <w:r w:rsidRPr="30C4E059">
        <w:rPr>
          <w:rFonts w:ascii="Consolas" w:eastAsia="Consolas" w:hAnsi="Consolas" w:cs="Consolas"/>
          <w:color w:val="D73A49"/>
        </w:rPr>
        <w:t>.total_copies</w:t>
      </w:r>
      <w:r w:rsidRPr="30C4E059">
        <w:rPr>
          <w:rFonts w:ascii="Consolas" w:eastAsia="Consolas" w:hAnsi="Consolas" w:cs="Consolas"/>
          <w:color w:val="000000" w:themeColor="text1"/>
        </w:rPr>
        <w:t>,  b</w:t>
      </w:r>
      <w:r w:rsidRPr="30C4E059">
        <w:rPr>
          <w:rFonts w:ascii="Consolas" w:eastAsia="Consolas" w:hAnsi="Consolas" w:cs="Consolas"/>
          <w:color w:val="D73A49"/>
        </w:rPr>
        <w:t>.available_copies</w:t>
      </w:r>
      <w:r w:rsidRPr="30C4E059">
        <w:rPr>
          <w:rFonts w:ascii="Consolas" w:eastAsia="Consolas" w:hAnsi="Consolas" w:cs="Consolas"/>
          <w:color w:val="000000" w:themeColor="text1"/>
        </w:rPr>
        <w:t>,  CASE WHEN b</w:t>
      </w:r>
      <w:r w:rsidRPr="30C4E059">
        <w:rPr>
          <w:rFonts w:ascii="Consolas" w:eastAsia="Consolas" w:hAnsi="Consolas" w:cs="Consolas"/>
          <w:color w:val="D73A49"/>
        </w:rPr>
        <w:t>.available_copies</w:t>
      </w:r>
      <w:r w:rsidRPr="30C4E059">
        <w:rPr>
          <w:rFonts w:ascii="Consolas" w:eastAsia="Consolas" w:hAnsi="Consolas" w:cs="Consolas"/>
          <w:color w:val="000000" w:themeColor="text1"/>
        </w:rPr>
        <w:t xml:space="preserve"> = 0 THEN </w:t>
      </w:r>
      <w:r w:rsidRPr="30C4E059">
        <w:rPr>
          <w:rFonts w:ascii="Consolas" w:eastAsia="Consolas" w:hAnsi="Consolas" w:cs="Consolas"/>
          <w:color w:val="008000"/>
        </w:rPr>
        <w:t>'Out of Stock'</w:t>
      </w:r>
      <w:r w:rsidRPr="30C4E059">
        <w:rPr>
          <w:rFonts w:ascii="Consolas" w:eastAsia="Consolas" w:hAnsi="Consolas" w:cs="Consolas"/>
          <w:color w:val="000000" w:themeColor="text1"/>
        </w:rPr>
        <w:t xml:space="preserve"> ELSE </w:t>
      </w:r>
      <w:r w:rsidRPr="30C4E059">
        <w:rPr>
          <w:rFonts w:ascii="Consolas" w:eastAsia="Consolas" w:hAnsi="Consolas" w:cs="Consolas"/>
          <w:color w:val="008000"/>
        </w:rPr>
        <w:t>'Available'</w:t>
      </w:r>
      <w:r w:rsidRPr="30C4E059">
        <w:rPr>
          <w:rFonts w:ascii="Consolas" w:eastAsia="Consolas" w:hAnsi="Consolas" w:cs="Consolas"/>
          <w:color w:val="000000" w:themeColor="text1"/>
        </w:rPr>
        <w:t xml:space="preserve"> END </w:t>
      </w:r>
      <w:r w:rsidRPr="30C4E059">
        <w:rPr>
          <w:rFonts w:ascii="Consolas" w:eastAsia="Consolas" w:hAnsi="Consolas" w:cs="Consolas"/>
          <w:color w:val="005CC5"/>
        </w:rPr>
        <w:t>AS</w:t>
      </w:r>
      <w:r w:rsidRPr="30C4E059">
        <w:rPr>
          <w:rFonts w:ascii="Consolas" w:eastAsia="Consolas" w:hAnsi="Consolas" w:cs="Consolas"/>
          <w:color w:val="000000" w:themeColor="text1"/>
        </w:rPr>
        <w:t xml:space="preserve"> stock_status</w:t>
      </w:r>
      <w:r w:rsidRPr="30C4E059">
        <w:rPr>
          <w:rFonts w:ascii="Consolas" w:eastAsia="Consolas" w:hAnsi="Consolas" w:cs="Consolas"/>
          <w:color w:val="005CC5"/>
        </w:rPr>
        <w:t>FROM</w:t>
      </w:r>
      <w:r w:rsidRPr="30C4E059">
        <w:rPr>
          <w:rFonts w:ascii="Consolas" w:eastAsia="Consolas" w:hAnsi="Consolas" w:cs="Consolas"/>
          <w:color w:val="000000" w:themeColor="text1"/>
        </w:rPr>
        <w:t xml:space="preserve"> Book b</w:t>
      </w:r>
      <w:r w:rsidRPr="30C4E059">
        <w:rPr>
          <w:rFonts w:ascii="Consolas" w:eastAsia="Consolas" w:hAnsi="Consolas" w:cs="Consolas"/>
          <w:color w:val="005CC5"/>
        </w:rPr>
        <w:t>ORDER</w:t>
      </w:r>
      <w:r w:rsidRPr="30C4E059">
        <w:rPr>
          <w:rFonts w:ascii="Consolas" w:eastAsia="Consolas" w:hAnsi="Consolas" w:cs="Consolas"/>
          <w:color w:val="000000" w:themeColor="text1"/>
        </w:rPr>
        <w:t xml:space="preserve"> </w:t>
      </w:r>
      <w:r w:rsidRPr="30C4E059">
        <w:rPr>
          <w:rFonts w:ascii="Consolas" w:eastAsia="Consolas" w:hAnsi="Consolas" w:cs="Consolas"/>
          <w:color w:val="005CC5"/>
        </w:rPr>
        <w:t>BY</w:t>
      </w:r>
      <w:r w:rsidRPr="30C4E059">
        <w:rPr>
          <w:rFonts w:ascii="Consolas" w:eastAsia="Consolas" w:hAnsi="Consolas" w:cs="Consolas"/>
          <w:color w:val="000000" w:themeColor="text1"/>
        </w:rPr>
        <w:t xml:space="preserve"> b</w:t>
      </w:r>
      <w:r w:rsidRPr="30C4E059">
        <w:rPr>
          <w:rFonts w:ascii="Consolas" w:eastAsia="Consolas" w:hAnsi="Consolas" w:cs="Consolas"/>
          <w:color w:val="D73A49"/>
        </w:rPr>
        <w:t>.title</w:t>
      </w:r>
      <w:r w:rsidRPr="30C4E059">
        <w:rPr>
          <w:rFonts w:ascii="Consolas" w:eastAsia="Consolas" w:hAnsi="Consolas" w:cs="Consolas"/>
          <w:color w:val="000000" w:themeColor="text1"/>
        </w:rPr>
        <w:t>;</w:t>
      </w:r>
    </w:p>
    <w:p w14:paraId="02F8A07E" w14:textId="036FD220" w:rsidR="006718C3" w:rsidRDefault="30E041C3" w:rsidP="30C4E059">
      <w:pPr>
        <w:rPr>
          <w:rFonts w:ascii="Consolas" w:eastAsia="Consolas" w:hAnsi="Consolas" w:cs="Consolas"/>
          <w:color w:val="000000" w:themeColor="text1"/>
        </w:rPr>
      </w:pPr>
      <w:r>
        <w:rPr>
          <w:noProof/>
        </w:rPr>
        <w:drawing>
          <wp:inline distT="0" distB="0" distL="0" distR="0" wp14:anchorId="55F20C30" wp14:editId="7AD03F8B">
            <wp:extent cx="5486400" cy="3086100"/>
            <wp:effectExtent l="114300" t="114300" r="152400" b="152400"/>
            <wp:docPr id="19868343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34347" name="Picture 1986834347"/>
                    <pic:cNvPicPr/>
                  </pic:nvPicPr>
                  <pic:blipFill>
                    <a:blip r:embed="rId9">
                      <a:extLst>
                        <a:ext uri="{28A0092B-C50C-407E-A947-70E740481C1C}">
                          <a14:useLocalDpi xmlns:a14="http://schemas.microsoft.com/office/drawing/2010/main"/>
                        </a:ext>
                      </a:extLst>
                    </a:blip>
                    <a:srcRect/>
                    <a:stretch>
                      <a:fillRect/>
                    </a:stretch>
                  </pic:blipFill>
                  <pic:spPr>
                    <a:xfrm>
                      <a:off x="0" y="0"/>
                      <a:ext cx="5486400" cy="3086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AC98C1" w14:textId="6D05F3FF" w:rsidR="006718C3" w:rsidRDefault="006718C3" w:rsidP="30C4E059">
      <w:pPr>
        <w:rPr>
          <w:rFonts w:ascii="Consolas" w:eastAsia="Consolas" w:hAnsi="Consolas" w:cs="Consolas"/>
          <w:color w:val="000000" w:themeColor="text1"/>
        </w:rPr>
      </w:pPr>
    </w:p>
    <w:p w14:paraId="3DDBDB5E" w14:textId="6CE39D41" w:rsidR="006718C3" w:rsidRDefault="30E041C3" w:rsidP="30C4E059">
      <w:r w:rsidRPr="30C4E059">
        <w:rPr>
          <w:rFonts w:ascii="Consolas" w:eastAsia="Consolas" w:hAnsi="Consolas" w:cs="Consolas"/>
        </w:rPr>
        <w:t xml:space="preserve">Query 2: All Books Currently </w:t>
      </w:r>
      <w:proofErr w:type="gramStart"/>
      <w:r w:rsidRPr="30C4E059">
        <w:rPr>
          <w:rFonts w:ascii="Consolas" w:eastAsia="Consolas" w:hAnsi="Consolas" w:cs="Consolas"/>
        </w:rPr>
        <w:t>On</w:t>
      </w:r>
      <w:proofErr w:type="gramEnd"/>
      <w:r w:rsidRPr="30C4E059">
        <w:rPr>
          <w:rFonts w:ascii="Consolas" w:eastAsia="Consolas" w:hAnsi="Consolas" w:cs="Consolas"/>
        </w:rPr>
        <w:t xml:space="preserve"> Loan</w:t>
      </w:r>
    </w:p>
    <w:p w14:paraId="53C86B13" w14:textId="02DE83DB" w:rsidR="006718C3" w:rsidRDefault="30E041C3" w:rsidP="30C4E059">
      <w:r w:rsidRPr="30C4E059">
        <w:rPr>
          <w:rFonts w:ascii="Consolas" w:eastAsia="Consolas" w:hAnsi="Consolas" w:cs="Consolas"/>
        </w:rPr>
        <w:t>The purpose is to View active borrows, who has them, and when they are due back – including overdue items.</w:t>
      </w:r>
    </w:p>
    <w:p w14:paraId="09E808EB" w14:textId="48D4000D" w:rsidR="006718C3" w:rsidRDefault="37EA5D16" w:rsidP="30C4E059">
      <w:r w:rsidRPr="30C4E059">
        <w:rPr>
          <w:rFonts w:ascii="Consolas" w:eastAsia="Consolas" w:hAnsi="Consolas" w:cs="Consolas"/>
        </w:rPr>
        <w:t xml:space="preserve">SELECT </w:t>
      </w:r>
    </w:p>
    <w:p w14:paraId="6D4DE5CF" w14:textId="51E1F1C8" w:rsidR="006718C3" w:rsidRDefault="37EA5D16" w:rsidP="30C4E059">
      <w:r w:rsidRPr="30C4E059">
        <w:rPr>
          <w:rFonts w:ascii="Consolas" w:eastAsia="Consolas" w:hAnsi="Consolas" w:cs="Consolas"/>
        </w:rPr>
        <w:t xml:space="preserve">  </w:t>
      </w:r>
      <w:proofErr w:type="gramStart"/>
      <w:r w:rsidRPr="30C4E059">
        <w:rPr>
          <w:rFonts w:ascii="Consolas" w:eastAsia="Consolas" w:hAnsi="Consolas" w:cs="Consolas"/>
        </w:rPr>
        <w:t>br.borrow</w:t>
      </w:r>
      <w:proofErr w:type="gramEnd"/>
      <w:r w:rsidRPr="30C4E059">
        <w:rPr>
          <w:rFonts w:ascii="Consolas" w:eastAsia="Consolas" w:hAnsi="Consolas" w:cs="Consolas"/>
        </w:rPr>
        <w:t>_id,</w:t>
      </w:r>
    </w:p>
    <w:p w14:paraId="724E1B7D" w14:textId="21A54FD4" w:rsidR="006718C3" w:rsidRDefault="37EA5D16" w:rsidP="30C4E059">
      <w:r w:rsidRPr="30C4E059">
        <w:rPr>
          <w:rFonts w:ascii="Consolas" w:eastAsia="Consolas" w:hAnsi="Consolas" w:cs="Consolas"/>
        </w:rPr>
        <w:t xml:space="preserve">  </w:t>
      </w:r>
      <w:proofErr w:type="gramStart"/>
      <w:r w:rsidRPr="30C4E059">
        <w:rPr>
          <w:rFonts w:ascii="Consolas" w:eastAsia="Consolas" w:hAnsi="Consolas" w:cs="Consolas"/>
        </w:rPr>
        <w:t>u.first</w:t>
      </w:r>
      <w:proofErr w:type="gramEnd"/>
      <w:r w:rsidRPr="30C4E059">
        <w:rPr>
          <w:rFonts w:ascii="Consolas" w:eastAsia="Consolas" w:hAnsi="Consolas" w:cs="Consolas"/>
        </w:rPr>
        <w:t>_name,</w:t>
      </w:r>
    </w:p>
    <w:p w14:paraId="6C4CBA77" w14:textId="7A020399" w:rsidR="006718C3" w:rsidRDefault="37EA5D16" w:rsidP="30C4E059">
      <w:r w:rsidRPr="30C4E059">
        <w:rPr>
          <w:rFonts w:ascii="Consolas" w:eastAsia="Consolas" w:hAnsi="Consolas" w:cs="Consolas"/>
        </w:rPr>
        <w:t xml:space="preserve">  </w:t>
      </w:r>
      <w:proofErr w:type="gramStart"/>
      <w:r w:rsidRPr="30C4E059">
        <w:rPr>
          <w:rFonts w:ascii="Consolas" w:eastAsia="Consolas" w:hAnsi="Consolas" w:cs="Consolas"/>
        </w:rPr>
        <w:t>u.last</w:t>
      </w:r>
      <w:proofErr w:type="gramEnd"/>
      <w:r w:rsidRPr="30C4E059">
        <w:rPr>
          <w:rFonts w:ascii="Consolas" w:eastAsia="Consolas" w:hAnsi="Consolas" w:cs="Consolas"/>
        </w:rPr>
        <w:t>_name,</w:t>
      </w:r>
    </w:p>
    <w:p w14:paraId="6D93550F" w14:textId="190650C0" w:rsidR="006718C3" w:rsidRDefault="37EA5D16" w:rsidP="30C4E059">
      <w:r w:rsidRPr="30C4E059">
        <w:rPr>
          <w:rFonts w:ascii="Consolas" w:eastAsia="Consolas" w:hAnsi="Consolas" w:cs="Consolas"/>
        </w:rPr>
        <w:t xml:space="preserve">  </w:t>
      </w:r>
      <w:proofErr w:type="gramStart"/>
      <w:r w:rsidRPr="30C4E059">
        <w:rPr>
          <w:rFonts w:ascii="Consolas" w:eastAsia="Consolas" w:hAnsi="Consolas" w:cs="Consolas"/>
        </w:rPr>
        <w:t>b.title</w:t>
      </w:r>
      <w:proofErr w:type="gramEnd"/>
      <w:r w:rsidRPr="30C4E059">
        <w:rPr>
          <w:rFonts w:ascii="Consolas" w:eastAsia="Consolas" w:hAnsi="Consolas" w:cs="Consolas"/>
        </w:rPr>
        <w:t>,</w:t>
      </w:r>
    </w:p>
    <w:p w14:paraId="22C19BC1" w14:textId="49300C6D" w:rsidR="006718C3" w:rsidRDefault="37EA5D16" w:rsidP="30C4E059">
      <w:r w:rsidRPr="30C4E059">
        <w:rPr>
          <w:rFonts w:ascii="Consolas" w:eastAsia="Consolas" w:hAnsi="Consolas" w:cs="Consolas"/>
        </w:rPr>
        <w:t xml:space="preserve">  </w:t>
      </w:r>
      <w:proofErr w:type="gramStart"/>
      <w:r w:rsidRPr="30C4E059">
        <w:rPr>
          <w:rFonts w:ascii="Consolas" w:eastAsia="Consolas" w:hAnsi="Consolas" w:cs="Consolas"/>
        </w:rPr>
        <w:t>br.borrow</w:t>
      </w:r>
      <w:proofErr w:type="gramEnd"/>
      <w:r w:rsidRPr="30C4E059">
        <w:rPr>
          <w:rFonts w:ascii="Consolas" w:eastAsia="Consolas" w:hAnsi="Consolas" w:cs="Consolas"/>
        </w:rPr>
        <w:t>_date,</w:t>
      </w:r>
    </w:p>
    <w:p w14:paraId="12177582" w14:textId="788A3D64" w:rsidR="006718C3" w:rsidRDefault="37EA5D16" w:rsidP="30C4E059">
      <w:r w:rsidRPr="30C4E059">
        <w:rPr>
          <w:rFonts w:ascii="Consolas" w:eastAsia="Consolas" w:hAnsi="Consolas" w:cs="Consolas"/>
        </w:rPr>
        <w:t xml:space="preserve">  br.due_date,</w:t>
      </w:r>
    </w:p>
    <w:p w14:paraId="3A1EBD35" w14:textId="1774ADBE" w:rsidR="006718C3" w:rsidRDefault="37EA5D16" w:rsidP="30C4E059">
      <w:r w:rsidRPr="30C4E059">
        <w:rPr>
          <w:rFonts w:ascii="Consolas" w:eastAsia="Consolas" w:hAnsi="Consolas" w:cs="Consolas"/>
        </w:rPr>
        <w:t xml:space="preserve">  DATEDIFF(</w:t>
      </w:r>
      <w:proofErr w:type="gramStart"/>
      <w:r w:rsidRPr="30C4E059">
        <w:rPr>
          <w:rFonts w:ascii="Consolas" w:eastAsia="Consolas" w:hAnsi="Consolas" w:cs="Consolas"/>
        </w:rPr>
        <w:t>CURDATE(</w:t>
      </w:r>
      <w:proofErr w:type="gramEnd"/>
      <w:r w:rsidRPr="30C4E059">
        <w:rPr>
          <w:rFonts w:ascii="Consolas" w:eastAsia="Consolas" w:hAnsi="Consolas" w:cs="Consolas"/>
        </w:rPr>
        <w:t>), br.due_date) AS days_overdue</w:t>
      </w:r>
    </w:p>
    <w:p w14:paraId="280CCCD3" w14:textId="63B36278" w:rsidR="006718C3" w:rsidRDefault="37EA5D16" w:rsidP="30C4E059">
      <w:r w:rsidRPr="30C4E059">
        <w:rPr>
          <w:rFonts w:ascii="Consolas" w:eastAsia="Consolas" w:hAnsi="Consolas" w:cs="Consolas"/>
        </w:rPr>
        <w:t>FROM Borrowing br</w:t>
      </w:r>
    </w:p>
    <w:p w14:paraId="02C8BE58" w14:textId="2DFAB9EF" w:rsidR="006718C3" w:rsidRDefault="37EA5D16" w:rsidP="30C4E059">
      <w:r w:rsidRPr="30C4E059">
        <w:rPr>
          <w:rFonts w:ascii="Consolas" w:eastAsia="Consolas" w:hAnsi="Consolas" w:cs="Consolas"/>
        </w:rPr>
        <w:t>JOIN User u ON br.user_id = u.user_id</w:t>
      </w:r>
    </w:p>
    <w:p w14:paraId="30236ACF" w14:textId="410E5D5E" w:rsidR="006718C3" w:rsidRDefault="37EA5D16" w:rsidP="30C4E059">
      <w:r w:rsidRPr="30C4E059">
        <w:rPr>
          <w:rFonts w:ascii="Consolas" w:eastAsia="Consolas" w:hAnsi="Consolas" w:cs="Consolas"/>
        </w:rPr>
        <w:t xml:space="preserve">JOIN Book b ON </w:t>
      </w:r>
      <w:proofErr w:type="gramStart"/>
      <w:r w:rsidRPr="30C4E059">
        <w:rPr>
          <w:rFonts w:ascii="Consolas" w:eastAsia="Consolas" w:hAnsi="Consolas" w:cs="Consolas"/>
        </w:rPr>
        <w:t>br.isbn</w:t>
      </w:r>
      <w:proofErr w:type="gramEnd"/>
      <w:r w:rsidRPr="30C4E059">
        <w:rPr>
          <w:rFonts w:ascii="Consolas" w:eastAsia="Consolas" w:hAnsi="Consolas" w:cs="Consolas"/>
        </w:rPr>
        <w:t xml:space="preserve"> = b.isbn</w:t>
      </w:r>
    </w:p>
    <w:p w14:paraId="3A96FF49" w14:textId="1F01ED8E" w:rsidR="006718C3" w:rsidRDefault="37EA5D16" w:rsidP="30C4E059">
      <w:r w:rsidRPr="30C4E059">
        <w:rPr>
          <w:rFonts w:ascii="Consolas" w:eastAsia="Consolas" w:hAnsi="Consolas" w:cs="Consolas"/>
        </w:rPr>
        <w:t xml:space="preserve">WHERE </w:t>
      </w:r>
      <w:proofErr w:type="gramStart"/>
      <w:r w:rsidRPr="30C4E059">
        <w:rPr>
          <w:rFonts w:ascii="Consolas" w:eastAsia="Consolas" w:hAnsi="Consolas" w:cs="Consolas"/>
        </w:rPr>
        <w:t>br.status</w:t>
      </w:r>
      <w:proofErr w:type="gramEnd"/>
      <w:r w:rsidRPr="30C4E059">
        <w:rPr>
          <w:rFonts w:ascii="Consolas" w:eastAsia="Consolas" w:hAnsi="Consolas" w:cs="Consolas"/>
        </w:rPr>
        <w:t xml:space="preserve"> = 'On Loan' OR br.status = 'Overdue'</w:t>
      </w:r>
    </w:p>
    <w:p w14:paraId="2EC878FA" w14:textId="29FB10E5" w:rsidR="006718C3" w:rsidRDefault="37EA5D16" w:rsidP="30C4E059">
      <w:r w:rsidRPr="30C4E059">
        <w:rPr>
          <w:rFonts w:ascii="Consolas" w:eastAsia="Consolas" w:hAnsi="Consolas" w:cs="Consolas"/>
        </w:rPr>
        <w:t xml:space="preserve">ORDER BY br.due_date </w:t>
      </w:r>
      <w:proofErr w:type="gramStart"/>
      <w:r w:rsidRPr="30C4E059">
        <w:rPr>
          <w:rFonts w:ascii="Consolas" w:eastAsia="Consolas" w:hAnsi="Consolas" w:cs="Consolas"/>
        </w:rPr>
        <w:t>ASC;</w:t>
      </w:r>
      <w:proofErr w:type="gramEnd"/>
    </w:p>
    <w:p w14:paraId="6C79DE68" w14:textId="06F71657" w:rsidR="006718C3" w:rsidRDefault="5B89D598" w:rsidP="30C4E059">
      <w:r w:rsidRPr="30C4E059">
        <w:rPr>
          <w:rFonts w:ascii="Consolas" w:eastAsia="Consolas" w:hAnsi="Consolas" w:cs="Consolas"/>
        </w:rPr>
        <w:t>Query 8: User Activity Summary</w:t>
      </w:r>
    </w:p>
    <w:p w14:paraId="05262684" w14:textId="72BDF4F3" w:rsidR="006718C3" w:rsidRDefault="5B89D598" w:rsidP="30C4E059">
      <w:r w:rsidRPr="30C4E059">
        <w:rPr>
          <w:rFonts w:ascii="Consolas" w:eastAsia="Consolas" w:hAnsi="Consolas" w:cs="Consolas"/>
        </w:rPr>
        <w:t>The purpose is to See how many loans and reservations each user has made.</w:t>
      </w:r>
    </w:p>
    <w:p w14:paraId="7E2B3A85" w14:textId="5E02BFAC" w:rsidR="006718C3" w:rsidRDefault="5B89D598" w:rsidP="30C4E059">
      <w:r w:rsidRPr="30C4E059">
        <w:rPr>
          <w:rFonts w:ascii="Consolas" w:eastAsia="Consolas" w:hAnsi="Consolas" w:cs="Consolas"/>
        </w:rPr>
        <w:t xml:space="preserve">SELECT * FROM </w:t>
      </w:r>
      <w:proofErr w:type="gramStart"/>
      <w:r w:rsidRPr="30C4E059">
        <w:rPr>
          <w:rFonts w:ascii="Consolas" w:eastAsia="Consolas" w:hAnsi="Consolas" w:cs="Consolas"/>
        </w:rPr>
        <w:t>Customers;</w:t>
      </w:r>
      <w:proofErr w:type="gramEnd"/>
    </w:p>
    <w:p w14:paraId="761E4CD0" w14:textId="704D04F9" w:rsidR="006718C3" w:rsidRDefault="5B89D598" w:rsidP="30C4E059">
      <w:r w:rsidRPr="30C4E059">
        <w:rPr>
          <w:rFonts w:ascii="Consolas" w:eastAsia="Consolas" w:hAnsi="Consolas" w:cs="Consolas"/>
        </w:rPr>
        <w:t xml:space="preserve">SELECT </w:t>
      </w:r>
    </w:p>
    <w:p w14:paraId="7BA25FD8" w14:textId="6DFEEF96" w:rsidR="006718C3" w:rsidRDefault="5B89D598" w:rsidP="30C4E059">
      <w:r w:rsidRPr="30C4E059">
        <w:rPr>
          <w:rFonts w:ascii="Consolas" w:eastAsia="Consolas" w:hAnsi="Consolas" w:cs="Consolas"/>
        </w:rPr>
        <w:t>u.user_id,</w:t>
      </w:r>
    </w:p>
    <w:p w14:paraId="1A13ACA3" w14:textId="16B9F642" w:rsidR="006718C3" w:rsidRDefault="5B89D598" w:rsidP="30C4E059">
      <w:proofErr w:type="gramStart"/>
      <w:r w:rsidRPr="30C4E059">
        <w:rPr>
          <w:rFonts w:ascii="Consolas" w:eastAsia="Consolas" w:hAnsi="Consolas" w:cs="Consolas"/>
        </w:rPr>
        <w:t>CONCAT(</w:t>
      </w:r>
      <w:proofErr w:type="gramEnd"/>
      <w:r w:rsidRPr="30C4E059">
        <w:rPr>
          <w:rFonts w:ascii="Consolas" w:eastAsia="Consolas" w:hAnsi="Consolas" w:cs="Consolas"/>
        </w:rPr>
        <w:t>u.first_name, ' ', u.last_name) AS full_name,</w:t>
      </w:r>
    </w:p>
    <w:p w14:paraId="6B6250AD" w14:textId="45D9B2A0" w:rsidR="006718C3" w:rsidRDefault="5B89D598" w:rsidP="30C4E059">
      <w:proofErr w:type="gramStart"/>
      <w:r w:rsidRPr="30C4E059">
        <w:rPr>
          <w:rFonts w:ascii="Consolas" w:eastAsia="Consolas" w:hAnsi="Consolas" w:cs="Consolas"/>
        </w:rPr>
        <w:t>COUNT(</w:t>
      </w:r>
      <w:proofErr w:type="gramEnd"/>
      <w:r w:rsidRPr="30C4E059">
        <w:rPr>
          <w:rFonts w:ascii="Consolas" w:eastAsia="Consolas" w:hAnsi="Consolas" w:cs="Consolas"/>
        </w:rPr>
        <w:t>DISTINCT br.borrow_id) AS total_borrows,</w:t>
      </w:r>
    </w:p>
    <w:p w14:paraId="2D0A795E" w14:textId="637DD9BD" w:rsidR="006718C3" w:rsidRDefault="5B89D598" w:rsidP="30C4E059">
      <w:proofErr w:type="gramStart"/>
      <w:r w:rsidRPr="30C4E059">
        <w:rPr>
          <w:rFonts w:ascii="Consolas" w:eastAsia="Consolas" w:hAnsi="Consolas" w:cs="Consolas"/>
        </w:rPr>
        <w:t>COUNT(</w:t>
      </w:r>
      <w:proofErr w:type="gramEnd"/>
      <w:r w:rsidRPr="30C4E059">
        <w:rPr>
          <w:rFonts w:ascii="Consolas" w:eastAsia="Consolas" w:hAnsi="Consolas" w:cs="Consolas"/>
        </w:rPr>
        <w:t>DISTINCT r.reservation_id) AS total_reservations</w:t>
      </w:r>
    </w:p>
    <w:p w14:paraId="38AE4C44" w14:textId="0F20F8B8" w:rsidR="006718C3" w:rsidRDefault="5B89D598" w:rsidP="30C4E059">
      <w:r w:rsidRPr="30C4E059">
        <w:rPr>
          <w:rFonts w:ascii="Consolas" w:eastAsia="Consolas" w:hAnsi="Consolas" w:cs="Consolas"/>
        </w:rPr>
        <w:t>FROM User u</w:t>
      </w:r>
    </w:p>
    <w:p w14:paraId="3D1C16D0" w14:textId="0083B15E" w:rsidR="006718C3" w:rsidRDefault="5B89D598" w:rsidP="30C4E059">
      <w:r w:rsidRPr="30C4E059">
        <w:rPr>
          <w:rFonts w:ascii="Consolas" w:eastAsia="Consolas" w:hAnsi="Consolas" w:cs="Consolas"/>
        </w:rPr>
        <w:t>LEFT JOIN Borrowing br ON u.user_id = br.user_id</w:t>
      </w:r>
    </w:p>
    <w:p w14:paraId="6074F735" w14:textId="0EAACE46" w:rsidR="006718C3" w:rsidRDefault="5B89D598" w:rsidP="30C4E059">
      <w:r w:rsidRPr="30C4E059">
        <w:rPr>
          <w:rFonts w:ascii="Consolas" w:eastAsia="Consolas" w:hAnsi="Consolas" w:cs="Consolas"/>
        </w:rPr>
        <w:t>LEFT JOIN Reservation r ON u.user_id = r.user_id</w:t>
      </w:r>
    </w:p>
    <w:p w14:paraId="74557DC2" w14:textId="44141DFE" w:rsidR="006718C3" w:rsidRDefault="5B89D598" w:rsidP="30C4E059">
      <w:r w:rsidRPr="30C4E059">
        <w:rPr>
          <w:rFonts w:ascii="Consolas" w:eastAsia="Consolas" w:hAnsi="Consolas" w:cs="Consolas"/>
        </w:rPr>
        <w:t>GROUP BY u.user_id, full_name</w:t>
      </w:r>
    </w:p>
    <w:p w14:paraId="6F511D7A" w14:textId="175A431E" w:rsidR="006718C3" w:rsidRDefault="5B89D598" w:rsidP="30C4E059">
      <w:r w:rsidRPr="30C4E059">
        <w:rPr>
          <w:rFonts w:ascii="Consolas" w:eastAsia="Consolas" w:hAnsi="Consolas" w:cs="Consolas"/>
        </w:rPr>
        <w:t xml:space="preserve">ORDER BY total_borrows </w:t>
      </w:r>
      <w:proofErr w:type="gramStart"/>
      <w:r w:rsidRPr="30C4E059">
        <w:rPr>
          <w:rFonts w:ascii="Consolas" w:eastAsia="Consolas" w:hAnsi="Consolas" w:cs="Consolas"/>
        </w:rPr>
        <w:t>DESC;</w:t>
      </w:r>
      <w:proofErr w:type="gramEnd"/>
    </w:p>
    <w:p w14:paraId="3788B854" w14:textId="6F01E8F4" w:rsidR="006718C3" w:rsidRDefault="006718C3" w:rsidP="30C4E059">
      <w:pPr>
        <w:rPr>
          <w:rFonts w:ascii="Consolas" w:eastAsia="Consolas" w:hAnsi="Consolas" w:cs="Consolas"/>
          <w:color w:val="000000" w:themeColor="text1"/>
        </w:rPr>
      </w:pPr>
    </w:p>
    <w:p w14:paraId="3D44A3A7" w14:textId="28BFF585" w:rsidR="006718C3" w:rsidRDefault="00DF2321" w:rsidP="30C4E059">
      <w:r>
        <w:br/>
      </w:r>
    </w:p>
    <w:p w14:paraId="0D471E67" w14:textId="3AEB3AAD" w:rsidR="006718C3" w:rsidRDefault="00DF2321" w:rsidP="30C4E059">
      <w:r>
        <w:t>10. Forms and Reports</w:t>
      </w:r>
      <w:r>
        <w:br/>
        <w:t>- Screenshots of forms</w:t>
      </w:r>
      <w:r w:rsidR="4363C86C" w:rsidRPr="30C4E059">
        <w:rPr>
          <w:rFonts w:ascii="Consolas" w:eastAsia="Consolas" w:hAnsi="Consolas" w:cs="Consolas"/>
          <w:color w:val="005CC5"/>
        </w:rPr>
        <w:t xml:space="preserve"> </w:t>
      </w:r>
      <w:r>
        <w:t>- Screenshots of reports</w:t>
      </w:r>
      <w:r>
        <w:br/>
        <w:t>- Explanation of functionality</w:t>
      </w:r>
      <w:r>
        <w:br/>
      </w:r>
    </w:p>
    <w:p w14:paraId="5AF1214B" w14:textId="03F666E5" w:rsidR="006718C3" w:rsidRDefault="00DF2321">
      <w:r>
        <w:t>11. Validation and Testing</w:t>
      </w:r>
      <w:r>
        <w:br/>
        <w:t>- Testing methods</w:t>
      </w:r>
      <w:r>
        <w:br/>
        <w:t>- Results</w:t>
      </w:r>
      <w:r>
        <w:br/>
        <w:t>- Issues found and fixes</w:t>
      </w:r>
    </w:p>
    <w:tbl>
      <w:tblPr>
        <w:tblW w:w="0" w:type="auto"/>
        <w:tblLook w:val="06A0" w:firstRow="1" w:lastRow="0" w:firstColumn="1" w:lastColumn="0" w:noHBand="1" w:noVBand="1"/>
      </w:tblPr>
      <w:tblGrid>
        <w:gridCol w:w="739"/>
        <w:gridCol w:w="7885"/>
      </w:tblGrid>
      <w:tr w:rsidR="30C4E059" w14:paraId="6D49B2FE"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218D48" w14:textId="329E2CAD" w:rsidR="30C4E059" w:rsidRDefault="30C4E059" w:rsidP="30C4E059">
            <w:pPr>
              <w:spacing w:after="0"/>
            </w:pPr>
            <w:r w:rsidRPr="30C4E059">
              <w:rPr>
                <w:b/>
                <w:bCs/>
              </w:rPr>
              <w:t>ID</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0279CC" w14:textId="25C18A52" w:rsidR="30C4E059" w:rsidRDefault="30C4E059" w:rsidP="30C4E059">
            <w:pPr>
              <w:spacing w:after="0"/>
            </w:pPr>
            <w:r w:rsidRPr="30C4E059">
              <w:rPr>
                <w:b/>
                <w:bCs/>
              </w:rPr>
              <w:t>Requirement Description</w:t>
            </w:r>
          </w:p>
        </w:tc>
      </w:tr>
      <w:tr w:rsidR="30C4E059" w14:paraId="1AC7466E"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B89B1F" w14:textId="58E1A958" w:rsidR="30C4E059" w:rsidRDefault="30C4E059" w:rsidP="30C4E059">
            <w:pPr>
              <w:spacing w:after="0"/>
            </w:pPr>
            <w:r>
              <w:t>FR01</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7D6B9B" w14:textId="6BAF5F9A" w:rsidR="30C4E059" w:rsidRDefault="30C4E059" w:rsidP="30C4E059">
            <w:pPr>
              <w:spacing w:after="0"/>
            </w:pPr>
            <w:r>
              <w:t>Store and manage registered user accounts with unique identifiers</w:t>
            </w:r>
          </w:p>
        </w:tc>
      </w:tr>
      <w:tr w:rsidR="30C4E059" w14:paraId="3888C505"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BA9587" w14:textId="01B57FD3" w:rsidR="30C4E059" w:rsidRDefault="30C4E059" w:rsidP="30C4E059">
            <w:pPr>
              <w:spacing w:after="0"/>
            </w:pPr>
            <w:r>
              <w:t>FR02</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E58600" w14:textId="753A0A19" w:rsidR="30C4E059" w:rsidRDefault="30C4E059" w:rsidP="30C4E059">
            <w:pPr>
              <w:spacing w:after="0"/>
            </w:pPr>
            <w:r>
              <w:t>Store complete book details, including author information and stock levels</w:t>
            </w:r>
          </w:p>
        </w:tc>
      </w:tr>
      <w:tr w:rsidR="30C4E059" w14:paraId="46F53FC5"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74CCA3" w14:textId="1949B846" w:rsidR="30C4E059" w:rsidRDefault="30C4E059" w:rsidP="30C4E059">
            <w:pPr>
              <w:spacing w:after="0"/>
            </w:pPr>
            <w:r>
              <w:t>FR03</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24F7CA8" w14:textId="352C2E08" w:rsidR="30C4E059" w:rsidRDefault="30C4E059" w:rsidP="30C4E059">
            <w:pPr>
              <w:spacing w:after="0"/>
            </w:pPr>
            <w:r>
              <w:t>Record borrowing transactions, including due dates and return statuses</w:t>
            </w:r>
          </w:p>
        </w:tc>
      </w:tr>
      <w:tr w:rsidR="30C4E059" w14:paraId="0F05007B"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F5610F" w14:textId="10A048E8" w:rsidR="30C4E059" w:rsidRDefault="30C4E059" w:rsidP="30C4E059">
            <w:pPr>
              <w:spacing w:after="0"/>
            </w:pPr>
            <w:r>
              <w:t>FR04</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090D3F" w14:textId="15CDE9F4" w:rsidR="30C4E059" w:rsidRDefault="30C4E059" w:rsidP="30C4E059">
            <w:pPr>
              <w:spacing w:after="0"/>
            </w:pPr>
            <w:r>
              <w:t>Manage reservations for books that are currently unavailable</w:t>
            </w:r>
          </w:p>
        </w:tc>
      </w:tr>
      <w:tr w:rsidR="30C4E059" w14:paraId="27A84BB7"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A2683D" w14:textId="32715087" w:rsidR="30C4E059" w:rsidRDefault="30C4E059" w:rsidP="30C4E059">
            <w:pPr>
              <w:spacing w:after="0"/>
            </w:pPr>
            <w:r>
              <w:t>FR05</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E66E5B" w14:textId="54F27513" w:rsidR="30C4E059" w:rsidRDefault="30C4E059" w:rsidP="30C4E059">
            <w:pPr>
              <w:spacing w:after="0"/>
            </w:pPr>
            <w:r>
              <w:t>Prevent duplicate or inconsistent data (e.g. same user registered twice)</w:t>
            </w:r>
          </w:p>
        </w:tc>
      </w:tr>
      <w:tr w:rsidR="30C4E059" w14:paraId="4B58F545"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AC6572" w14:textId="10BD6949" w:rsidR="30C4E059" w:rsidRDefault="30C4E059" w:rsidP="30C4E059">
            <w:pPr>
              <w:spacing w:after="0"/>
            </w:pPr>
            <w:r>
              <w:t>FR06</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4D438F" w14:textId="199A0D25" w:rsidR="30C4E059" w:rsidRDefault="30C4E059" w:rsidP="30C4E059">
            <w:pPr>
              <w:spacing w:after="0"/>
            </w:pPr>
            <w:r>
              <w:t>Allow users to view their own loan history and active reservations</w:t>
            </w:r>
          </w:p>
        </w:tc>
      </w:tr>
      <w:tr w:rsidR="30C4E059" w14:paraId="6F24B739"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AF8497" w14:textId="31ADF610" w:rsidR="30C4E059" w:rsidRDefault="30C4E059" w:rsidP="30C4E059">
            <w:pPr>
              <w:spacing w:after="0"/>
            </w:pPr>
            <w:r>
              <w:t>FR07</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088F21B" w14:textId="38690333" w:rsidR="30C4E059" w:rsidRDefault="30C4E059" w:rsidP="30C4E059">
            <w:pPr>
              <w:spacing w:after="0"/>
            </w:pPr>
            <w:r>
              <w:t>Allow staff to check book availability, identify overdue items, and view popular titles</w:t>
            </w:r>
          </w:p>
        </w:tc>
      </w:tr>
      <w:tr w:rsidR="30C4E059" w14:paraId="7F2FF783" w14:textId="77777777" w:rsidTr="30C4E059">
        <w:trPr>
          <w:trHeight w:val="300"/>
        </w:trPr>
        <w:tc>
          <w:tcPr>
            <w:tcW w:w="65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8A5D60" w14:textId="5C8FA046" w:rsidR="30C4E059" w:rsidRDefault="30C4E059" w:rsidP="30C4E059">
            <w:pPr>
              <w:spacing w:after="0"/>
            </w:pPr>
            <w:r>
              <w:t>FR08</w:t>
            </w:r>
          </w:p>
        </w:tc>
        <w:tc>
          <w:tcPr>
            <w:tcW w:w="798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1C51E5" w14:textId="0BB6611F" w:rsidR="30C4E059" w:rsidRDefault="30C4E059" w:rsidP="30C4E059">
            <w:pPr>
              <w:spacing w:after="0"/>
            </w:pPr>
            <w:r>
              <w:t>Enforce valid relationships (e.g. cannot create a loan for a non-existent user or book)</w:t>
            </w:r>
          </w:p>
        </w:tc>
      </w:tr>
    </w:tbl>
    <w:p w14:paraId="76FE441F" w14:textId="0CD4729A" w:rsidR="006718C3" w:rsidRDefault="006718C3"/>
    <w:tbl>
      <w:tblPr>
        <w:tblW w:w="0" w:type="auto"/>
        <w:tblLook w:val="06A0" w:firstRow="1" w:lastRow="0" w:firstColumn="1" w:lastColumn="0" w:noHBand="1" w:noVBand="1"/>
      </w:tblPr>
      <w:tblGrid>
        <w:gridCol w:w="686"/>
        <w:gridCol w:w="1515"/>
        <w:gridCol w:w="1855"/>
        <w:gridCol w:w="2252"/>
        <w:gridCol w:w="1452"/>
        <w:gridCol w:w="864"/>
      </w:tblGrid>
      <w:tr w:rsidR="30C4E059" w14:paraId="151A258F" w14:textId="77777777" w:rsidTr="30C4E059">
        <w:trPr>
          <w:trHeight w:val="300"/>
        </w:trPr>
        <w:tc>
          <w:tcPr>
            <w:tcW w:w="31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C47B21" w14:textId="37E4151A" w:rsidR="30C4E059" w:rsidRDefault="30C4E059" w:rsidP="30C4E059">
            <w:pPr>
              <w:spacing w:after="0"/>
            </w:pPr>
            <w:r w:rsidRPr="30C4E059">
              <w:rPr>
                <w:b/>
                <w:bCs/>
              </w:rPr>
              <w:t>Test ID</w:t>
            </w:r>
          </w:p>
        </w:tc>
        <w:tc>
          <w:tcPr>
            <w:tcW w:w="157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AAC725" w14:textId="62D10D7A" w:rsidR="30C4E059" w:rsidRDefault="30C4E059" w:rsidP="30C4E059">
            <w:pPr>
              <w:spacing w:after="0"/>
            </w:pPr>
            <w:r w:rsidRPr="30C4E059">
              <w:rPr>
                <w:b/>
                <w:bCs/>
              </w:rPr>
              <w:t>Test Objective</w:t>
            </w:r>
          </w:p>
        </w:tc>
        <w:tc>
          <w:tcPr>
            <w:tcW w:w="212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CAB76B" w14:textId="75A73F5B" w:rsidR="30C4E059" w:rsidRDefault="30C4E059" w:rsidP="30C4E059">
            <w:pPr>
              <w:spacing w:after="0"/>
            </w:pPr>
            <w:r w:rsidRPr="30C4E059">
              <w:rPr>
                <w:b/>
                <w:bCs/>
              </w:rPr>
              <w:t>Method</w:t>
            </w:r>
          </w:p>
        </w:tc>
        <w:tc>
          <w:tcPr>
            <w:tcW w:w="279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7F7330" w14:textId="1318EBD1" w:rsidR="30C4E059" w:rsidRDefault="30C4E059" w:rsidP="30C4E059">
            <w:pPr>
              <w:spacing w:after="0"/>
            </w:pPr>
            <w:r w:rsidRPr="30C4E059">
              <w:rPr>
                <w:b/>
                <w:bCs/>
              </w:rPr>
              <w:t>Expected Outcome</w:t>
            </w:r>
          </w:p>
        </w:tc>
        <w:tc>
          <w:tcPr>
            <w:tcW w:w="155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16C87B3" w14:textId="4E612980" w:rsidR="30C4E059" w:rsidRDefault="30C4E059" w:rsidP="30C4E059">
            <w:pPr>
              <w:spacing w:after="0"/>
            </w:pPr>
            <w:r w:rsidRPr="30C4E059">
              <w:rPr>
                <w:b/>
                <w:bCs/>
              </w:rPr>
              <w:t>Actual Outcome</w:t>
            </w:r>
          </w:p>
        </w:tc>
        <w:tc>
          <w:tcPr>
            <w:tcW w:w="27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1E2832" w14:textId="1A91901B" w:rsidR="30C4E059" w:rsidRDefault="30C4E059" w:rsidP="30C4E059">
            <w:pPr>
              <w:spacing w:after="0"/>
            </w:pPr>
            <w:r w:rsidRPr="30C4E059">
              <w:rPr>
                <w:b/>
                <w:bCs/>
              </w:rPr>
              <w:t>Status</w:t>
            </w:r>
          </w:p>
        </w:tc>
      </w:tr>
      <w:tr w:rsidR="30C4E059" w14:paraId="181B0239" w14:textId="77777777" w:rsidTr="30C4E059">
        <w:trPr>
          <w:trHeight w:val="300"/>
        </w:trPr>
        <w:tc>
          <w:tcPr>
            <w:tcW w:w="31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7F24F5" w14:textId="71453A1A" w:rsidR="30C4E059" w:rsidRDefault="30C4E059" w:rsidP="30C4E059">
            <w:pPr>
              <w:spacing w:after="0"/>
            </w:pPr>
            <w:r>
              <w:t>IT01</w:t>
            </w:r>
          </w:p>
        </w:tc>
        <w:tc>
          <w:tcPr>
            <w:tcW w:w="157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AE94BD" w14:textId="25F74EB0" w:rsidR="30C4E059" w:rsidRDefault="30C4E059" w:rsidP="30C4E059">
            <w:pPr>
              <w:spacing w:after="0"/>
            </w:pPr>
            <w:r>
              <w:t>Join users to their borrowing records</w:t>
            </w:r>
          </w:p>
        </w:tc>
        <w:tc>
          <w:tcPr>
            <w:tcW w:w="212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C18773" w14:textId="25549F3B" w:rsidR="30C4E059" w:rsidRDefault="30C4E059" w:rsidP="30C4E059">
            <w:pPr>
              <w:spacing w:after="0"/>
            </w:pPr>
            <w:r>
              <w:t xml:space="preserve">Run query to list all loans for user </w:t>
            </w:r>
            <w:r w:rsidRPr="30C4E059">
              <w:rPr>
                <w:rFonts w:ascii="Consolas" w:eastAsia="Consolas" w:hAnsi="Consolas" w:cs="Consolas"/>
              </w:rPr>
              <w:t>U001</w:t>
            </w:r>
          </w:p>
        </w:tc>
        <w:tc>
          <w:tcPr>
            <w:tcW w:w="279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BD63925" w14:textId="3A9513DA" w:rsidR="30C4E059" w:rsidRDefault="30C4E059" w:rsidP="30C4E059">
            <w:pPr>
              <w:spacing w:after="0"/>
            </w:pPr>
            <w:r>
              <w:t>Returns 2 matching loan records with correct book titles</w:t>
            </w:r>
          </w:p>
        </w:tc>
        <w:tc>
          <w:tcPr>
            <w:tcW w:w="155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3C256F" w14:textId="0CE37F76" w:rsidR="30C4E059" w:rsidRDefault="30C4E059" w:rsidP="30C4E059">
            <w:pPr>
              <w:spacing w:after="0"/>
            </w:pPr>
            <w:r>
              <w:t>Returns exactly the expected 2 records</w:t>
            </w:r>
          </w:p>
        </w:tc>
        <w:tc>
          <w:tcPr>
            <w:tcW w:w="27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4A380E" w14:textId="40E134AF" w:rsidR="30C4E059" w:rsidRDefault="30C4E059" w:rsidP="30C4E059">
            <w:pPr>
              <w:spacing w:after="0"/>
            </w:pPr>
            <w:r w:rsidRPr="30C4E059">
              <w:rPr>
                <w:b/>
                <w:bCs/>
              </w:rPr>
              <w:t>PASS</w:t>
            </w:r>
          </w:p>
        </w:tc>
      </w:tr>
      <w:tr w:rsidR="30C4E059" w14:paraId="2B7CA118" w14:textId="77777777" w:rsidTr="30C4E059">
        <w:trPr>
          <w:trHeight w:val="300"/>
        </w:trPr>
        <w:tc>
          <w:tcPr>
            <w:tcW w:w="31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BDFB4E" w14:textId="1D2FBB96" w:rsidR="30C4E059" w:rsidRDefault="30C4E059" w:rsidP="30C4E059">
            <w:pPr>
              <w:spacing w:after="0"/>
            </w:pPr>
            <w:r>
              <w:t>IT02</w:t>
            </w:r>
          </w:p>
        </w:tc>
        <w:tc>
          <w:tcPr>
            <w:tcW w:w="157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F8122D9" w14:textId="266B1197" w:rsidR="30C4E059" w:rsidRDefault="30C4E059" w:rsidP="30C4E059">
            <w:pPr>
              <w:spacing w:after="0"/>
            </w:pPr>
            <w:r>
              <w:t>Link books to their authors</w:t>
            </w:r>
          </w:p>
        </w:tc>
        <w:tc>
          <w:tcPr>
            <w:tcW w:w="212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DD872E" w14:textId="2B981D45" w:rsidR="30C4E059" w:rsidRDefault="30C4E059" w:rsidP="30C4E059">
            <w:pPr>
              <w:spacing w:after="0"/>
            </w:pPr>
            <w:r>
              <w:t xml:space="preserve">Query all books by author </w:t>
            </w:r>
            <w:r w:rsidRPr="30C4E059">
              <w:rPr>
                <w:rFonts w:ascii="Consolas" w:eastAsia="Consolas" w:hAnsi="Consolas" w:cs="Consolas"/>
              </w:rPr>
              <w:t>A001</w:t>
            </w:r>
          </w:p>
        </w:tc>
        <w:tc>
          <w:tcPr>
            <w:tcW w:w="279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B4C60C" w14:textId="57C4841F" w:rsidR="30C4E059" w:rsidRDefault="30C4E059" w:rsidP="30C4E059">
            <w:pPr>
              <w:spacing w:after="0"/>
            </w:pPr>
            <w:r>
              <w:t xml:space="preserve">Returns both </w:t>
            </w:r>
            <w:r w:rsidRPr="30C4E059">
              <w:rPr>
                <w:i/>
                <w:iCs/>
              </w:rPr>
              <w:t>Web Development Basics</w:t>
            </w:r>
            <w:r>
              <w:t xml:space="preserve"> and </w:t>
            </w:r>
            <w:r w:rsidRPr="30C4E059">
              <w:rPr>
                <w:i/>
                <w:iCs/>
              </w:rPr>
              <w:t>Advanced Web Databases</w:t>
            </w:r>
          </w:p>
        </w:tc>
        <w:tc>
          <w:tcPr>
            <w:tcW w:w="155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7892C5" w14:textId="5D66DF1D" w:rsidR="30C4E059" w:rsidRDefault="30C4E059" w:rsidP="30C4E059">
            <w:pPr>
              <w:spacing w:after="0"/>
            </w:pPr>
            <w:r>
              <w:t>Correct titles returned</w:t>
            </w:r>
          </w:p>
        </w:tc>
        <w:tc>
          <w:tcPr>
            <w:tcW w:w="27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CDB160" w14:textId="69819C98" w:rsidR="30C4E059" w:rsidRDefault="30C4E059" w:rsidP="30C4E059">
            <w:pPr>
              <w:spacing w:after="0"/>
            </w:pPr>
            <w:r w:rsidRPr="30C4E059">
              <w:rPr>
                <w:b/>
                <w:bCs/>
              </w:rPr>
              <w:t>PASS</w:t>
            </w:r>
          </w:p>
        </w:tc>
      </w:tr>
      <w:tr w:rsidR="30C4E059" w14:paraId="6FD64DCC" w14:textId="77777777" w:rsidTr="30C4E059">
        <w:trPr>
          <w:trHeight w:val="300"/>
        </w:trPr>
        <w:tc>
          <w:tcPr>
            <w:tcW w:w="31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DCE15D" w14:textId="05293168" w:rsidR="30C4E059" w:rsidRDefault="30C4E059" w:rsidP="30C4E059">
            <w:pPr>
              <w:spacing w:after="0"/>
            </w:pPr>
            <w:r>
              <w:t>IT03</w:t>
            </w:r>
          </w:p>
        </w:tc>
        <w:tc>
          <w:tcPr>
            <w:tcW w:w="157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8B5214" w14:textId="1209D5DC" w:rsidR="30C4E059" w:rsidRDefault="30C4E059" w:rsidP="30C4E059">
            <w:pPr>
              <w:spacing w:after="0"/>
            </w:pPr>
            <w:r>
              <w:t>Match reservations to book availability</w:t>
            </w:r>
          </w:p>
        </w:tc>
        <w:tc>
          <w:tcPr>
            <w:tcW w:w="212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531189" w14:textId="32C7C889" w:rsidR="30C4E059" w:rsidRDefault="30C4E059" w:rsidP="30C4E059">
            <w:pPr>
              <w:spacing w:after="0"/>
            </w:pPr>
            <w:r>
              <w:t xml:space="preserve">Check availability for reserved book </w:t>
            </w:r>
            <w:r w:rsidRPr="30C4E059">
              <w:rPr>
                <w:rFonts w:ascii="Consolas" w:eastAsia="Consolas" w:hAnsi="Consolas" w:cs="Consolas"/>
              </w:rPr>
              <w:t>978-1234567891</w:t>
            </w:r>
          </w:p>
        </w:tc>
        <w:tc>
          <w:tcPr>
            <w:tcW w:w="279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380BAA" w14:textId="0051BDB2" w:rsidR="30C4E059" w:rsidRDefault="30C4E059" w:rsidP="30C4E059">
            <w:pPr>
              <w:spacing w:after="0"/>
            </w:pPr>
            <w:r>
              <w:t>Shows 3 available copies, with 1 active reservation</w:t>
            </w:r>
          </w:p>
        </w:tc>
        <w:tc>
          <w:tcPr>
            <w:tcW w:w="155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D829A0" w14:textId="2DB58717" w:rsidR="30C4E059" w:rsidRDefault="30C4E059" w:rsidP="30C4E059">
            <w:pPr>
              <w:spacing w:after="0"/>
            </w:pPr>
            <w:r>
              <w:t>Matches stored data exactly</w:t>
            </w:r>
          </w:p>
        </w:tc>
        <w:tc>
          <w:tcPr>
            <w:tcW w:w="27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518F21" w14:textId="1711584C" w:rsidR="30C4E059" w:rsidRDefault="30C4E059" w:rsidP="30C4E059">
            <w:pPr>
              <w:spacing w:after="0"/>
            </w:pPr>
            <w:r w:rsidRPr="30C4E059">
              <w:rPr>
                <w:b/>
                <w:bCs/>
              </w:rPr>
              <w:t>PASS</w:t>
            </w:r>
          </w:p>
        </w:tc>
      </w:tr>
      <w:tr w:rsidR="30C4E059" w14:paraId="18F06E45" w14:textId="77777777" w:rsidTr="30C4E059">
        <w:trPr>
          <w:trHeight w:val="300"/>
        </w:trPr>
        <w:tc>
          <w:tcPr>
            <w:tcW w:w="31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7E2F2B" w14:textId="620954CA" w:rsidR="30C4E059" w:rsidRDefault="30C4E059" w:rsidP="30C4E059">
            <w:pPr>
              <w:spacing w:after="0"/>
            </w:pPr>
            <w:r>
              <w:t>IT04</w:t>
            </w:r>
          </w:p>
        </w:tc>
        <w:tc>
          <w:tcPr>
            <w:tcW w:w="157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111FFF" w14:textId="39A48A97" w:rsidR="30C4E059" w:rsidRDefault="30C4E059" w:rsidP="30C4E059">
            <w:pPr>
              <w:spacing w:after="0"/>
            </w:pPr>
            <w:r>
              <w:t>Calculate overdue days correctly</w:t>
            </w:r>
          </w:p>
        </w:tc>
        <w:tc>
          <w:tcPr>
            <w:tcW w:w="212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872421" w14:textId="19F01FF3" w:rsidR="30C4E059" w:rsidRDefault="30C4E059" w:rsidP="30C4E059">
            <w:pPr>
              <w:spacing w:after="0"/>
            </w:pPr>
            <w:r>
              <w:t>Run overdue report query</w:t>
            </w:r>
          </w:p>
        </w:tc>
        <w:tc>
          <w:tcPr>
            <w:tcW w:w="279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D79E56" w14:textId="6FB44E50" w:rsidR="30C4E059" w:rsidRDefault="30C4E059" w:rsidP="30C4E059">
            <w:pPr>
              <w:spacing w:after="0"/>
            </w:pPr>
            <w:r>
              <w:t xml:space="preserve">Shows </w:t>
            </w:r>
            <w:r w:rsidRPr="30C4E059">
              <w:rPr>
                <w:rFonts w:ascii="Consolas" w:eastAsia="Consolas" w:hAnsi="Consolas" w:cs="Consolas"/>
              </w:rPr>
              <w:t>Liam Wilson</w:t>
            </w:r>
            <w:r>
              <w:t>’s loan as 11 days overdue</w:t>
            </w:r>
          </w:p>
        </w:tc>
        <w:tc>
          <w:tcPr>
            <w:tcW w:w="155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B7E9DF4" w14:textId="5F182C5C" w:rsidR="30C4E059" w:rsidRDefault="30C4E059" w:rsidP="30C4E059">
            <w:pPr>
              <w:spacing w:after="0"/>
            </w:pPr>
            <w:r>
              <w:t>Calculation matches date logic</w:t>
            </w:r>
          </w:p>
        </w:tc>
        <w:tc>
          <w:tcPr>
            <w:tcW w:w="27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9C19B6" w14:textId="06F11CFE" w:rsidR="30C4E059" w:rsidRDefault="30C4E059" w:rsidP="30C4E059">
            <w:pPr>
              <w:spacing w:after="0"/>
            </w:pPr>
            <w:r w:rsidRPr="30C4E059">
              <w:rPr>
                <w:b/>
                <w:bCs/>
              </w:rPr>
              <w:t>PASS</w:t>
            </w:r>
          </w:p>
        </w:tc>
      </w:tr>
    </w:tbl>
    <w:p w14:paraId="371912F5" w14:textId="1EAEE31C" w:rsidR="006718C3" w:rsidRDefault="006718C3"/>
    <w:p w14:paraId="23084365" w14:textId="3747A0AC" w:rsidR="006718C3" w:rsidRDefault="006718C3"/>
    <w:tbl>
      <w:tblPr>
        <w:tblW w:w="0" w:type="auto"/>
        <w:tblLook w:val="06A0" w:firstRow="1" w:lastRow="0" w:firstColumn="1" w:lastColumn="0" w:noHBand="1" w:noVBand="1"/>
      </w:tblPr>
      <w:tblGrid>
        <w:gridCol w:w="1577"/>
        <w:gridCol w:w="1120"/>
        <w:gridCol w:w="5927"/>
      </w:tblGrid>
      <w:tr w:rsidR="30C4E059" w14:paraId="2A547952"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A18FAD" w14:textId="508ECFA7" w:rsidR="30C4E059" w:rsidRDefault="30C4E059" w:rsidP="30C4E059">
            <w:pPr>
              <w:spacing w:after="0"/>
            </w:pPr>
            <w:r w:rsidRPr="30C4E059">
              <w:rPr>
                <w:b/>
                <w:bCs/>
              </w:rPr>
              <w:t>Requirement ID</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553D5C" w14:textId="39560F8E" w:rsidR="30C4E059" w:rsidRDefault="30C4E059" w:rsidP="30C4E059">
            <w:pPr>
              <w:spacing w:after="0"/>
            </w:pPr>
            <w:r w:rsidRPr="30C4E059">
              <w:rPr>
                <w:b/>
                <w:bCs/>
              </w:rPr>
              <w:t>Test Result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D1BDA8" w14:textId="4C29EBB5" w:rsidR="30C4E059" w:rsidRDefault="30C4E059" w:rsidP="30C4E059">
            <w:pPr>
              <w:spacing w:after="0"/>
            </w:pPr>
            <w:r w:rsidRPr="30C4E059">
              <w:rPr>
                <w:b/>
                <w:bCs/>
              </w:rPr>
              <w:t>Notes</w:t>
            </w:r>
          </w:p>
        </w:tc>
      </w:tr>
      <w:tr w:rsidR="30C4E059" w14:paraId="3F212DD7"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728B7D" w14:textId="2EEE163E" w:rsidR="30C4E059" w:rsidRDefault="30C4E059" w:rsidP="30C4E059">
            <w:pPr>
              <w:spacing w:after="0"/>
            </w:pPr>
            <w:r>
              <w:t>FR01</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0B482C" w14:textId="5D828CA6"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911563" w14:textId="5DA6D857" w:rsidR="30C4E059" w:rsidRDefault="30C4E059" w:rsidP="30C4E059">
            <w:pPr>
              <w:spacing w:after="0"/>
            </w:pPr>
            <w:r>
              <w:t>All users have unique IDs; account types and contact details stored correctly</w:t>
            </w:r>
          </w:p>
        </w:tc>
      </w:tr>
      <w:tr w:rsidR="30C4E059" w14:paraId="6DD38359"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6DF242" w14:textId="3543DC62" w:rsidR="30C4E059" w:rsidRDefault="30C4E059" w:rsidP="30C4E059">
            <w:pPr>
              <w:spacing w:after="0"/>
            </w:pPr>
            <w:r>
              <w:t>FR02</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AC7067" w14:textId="0585343B"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CBAF27" w14:textId="6D6939C0" w:rsidR="30C4E059" w:rsidRDefault="30C4E059" w:rsidP="30C4E059">
            <w:pPr>
              <w:spacing w:after="0"/>
            </w:pPr>
            <w:r>
              <w:t>Full book metadata stored; multi-author support works via linking table</w:t>
            </w:r>
          </w:p>
        </w:tc>
      </w:tr>
      <w:tr w:rsidR="30C4E059" w14:paraId="2801D3FC"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ED2C5C" w14:textId="48C838E6" w:rsidR="30C4E059" w:rsidRDefault="30C4E059" w:rsidP="30C4E059">
            <w:pPr>
              <w:spacing w:after="0"/>
            </w:pPr>
            <w:r>
              <w:t>FR03</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F5D05D" w14:textId="19E046E6"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1C5BC1" w14:textId="6104F93E" w:rsidR="30C4E059" w:rsidRDefault="30C4E059" w:rsidP="30C4E059">
            <w:pPr>
              <w:spacing w:after="0"/>
            </w:pPr>
            <w:r>
              <w:t>Loan dates, statuses, and links to users/books all function correctly</w:t>
            </w:r>
          </w:p>
        </w:tc>
      </w:tr>
      <w:tr w:rsidR="30C4E059" w14:paraId="7D4EB837"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F9C26D" w14:textId="0B18B5D1" w:rsidR="30C4E059" w:rsidRDefault="30C4E059" w:rsidP="30C4E059">
            <w:pPr>
              <w:spacing w:after="0"/>
            </w:pPr>
            <w:r>
              <w:t>FR04</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74C9725" w14:textId="487144D4"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44E0FB" w14:textId="510E171C" w:rsidR="30C4E059" w:rsidRDefault="30C4E059" w:rsidP="30C4E059">
            <w:pPr>
              <w:spacing w:after="0"/>
            </w:pPr>
            <w:r>
              <w:t>Reservations expire automatically; fulfilled/cancelled statuses tracked</w:t>
            </w:r>
          </w:p>
        </w:tc>
      </w:tr>
      <w:tr w:rsidR="30C4E059" w14:paraId="53491CE6"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011A1D" w14:textId="669CD8C9" w:rsidR="30C4E059" w:rsidRDefault="30C4E059" w:rsidP="30C4E059">
            <w:pPr>
              <w:spacing w:after="0"/>
            </w:pPr>
            <w:r>
              <w:t>FR05</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9B4102" w14:textId="0BA970DE"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B0C521" w14:textId="154E4B28" w:rsidR="30C4E059" w:rsidRDefault="30C4E059" w:rsidP="30C4E059">
            <w:pPr>
              <w:spacing w:after="0"/>
            </w:pPr>
            <w:r>
              <w:t>Duplicate entries blocked by primary keys; no conflicting data found</w:t>
            </w:r>
          </w:p>
        </w:tc>
      </w:tr>
      <w:tr w:rsidR="30C4E059" w14:paraId="71F49607"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5EA0559" w14:textId="1DD4EFF8" w:rsidR="30C4E059" w:rsidRDefault="30C4E059" w:rsidP="30C4E059">
            <w:pPr>
              <w:spacing w:after="0"/>
            </w:pPr>
            <w:r>
              <w:t>FR06</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45CBCB" w14:textId="43A74C55"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B44958" w14:textId="6ED1F437" w:rsidR="30C4E059" w:rsidRDefault="30C4E059" w:rsidP="30C4E059">
            <w:pPr>
              <w:spacing w:after="0"/>
            </w:pPr>
            <w:r>
              <w:t>Personalised history queries return only the requesting user’s data</w:t>
            </w:r>
          </w:p>
        </w:tc>
      </w:tr>
      <w:tr w:rsidR="30C4E059" w14:paraId="2FE1EE43"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C7C52A" w14:textId="1488A6CC" w:rsidR="30C4E059" w:rsidRDefault="30C4E059" w:rsidP="30C4E059">
            <w:pPr>
              <w:spacing w:after="0"/>
            </w:pPr>
            <w:r>
              <w:t>FR07</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3A04775" w14:textId="4DDCD283"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682606" w14:textId="366BCAD7" w:rsidR="30C4E059" w:rsidRDefault="30C4E059" w:rsidP="30C4E059">
            <w:pPr>
              <w:spacing w:after="0"/>
            </w:pPr>
            <w:r>
              <w:t>All management queries (availability, overdue, popularity) return accurate results</w:t>
            </w:r>
          </w:p>
        </w:tc>
      </w:tr>
      <w:tr w:rsidR="30C4E059" w14:paraId="39D0C401" w14:textId="77777777" w:rsidTr="30C4E059">
        <w:trPr>
          <w:trHeight w:val="300"/>
        </w:trPr>
        <w:tc>
          <w:tcPr>
            <w:tcW w:w="138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81139A" w14:textId="398A9001" w:rsidR="30C4E059" w:rsidRDefault="30C4E059" w:rsidP="30C4E059">
            <w:pPr>
              <w:spacing w:after="0"/>
            </w:pPr>
            <w:r>
              <w:t>FR08</w:t>
            </w:r>
          </w:p>
        </w:tc>
        <w:tc>
          <w:tcPr>
            <w:tcW w:w="113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83B38D" w14:textId="0DC72854" w:rsidR="30C4E059" w:rsidRDefault="30C4E059" w:rsidP="30C4E059">
            <w:pPr>
              <w:spacing w:after="0"/>
            </w:pPr>
            <w:r>
              <w:t>✅ Fully Met</w:t>
            </w:r>
          </w:p>
        </w:tc>
        <w:tc>
          <w:tcPr>
            <w:tcW w:w="612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D9642A4" w14:textId="0E1F6F41" w:rsidR="30C4E059" w:rsidRDefault="30C4E059" w:rsidP="30C4E059">
            <w:pPr>
              <w:spacing w:after="0"/>
            </w:pPr>
            <w:r>
              <w:t>Invalid cross-table links are blocked by database constraints</w:t>
            </w:r>
          </w:p>
        </w:tc>
      </w:tr>
    </w:tbl>
    <w:p w14:paraId="39FA5EFB" w14:textId="02208650" w:rsidR="006718C3" w:rsidRDefault="006718C3"/>
    <w:p w14:paraId="3DEC761C" w14:textId="1A3B2635" w:rsidR="006718C3" w:rsidRDefault="006718C3"/>
    <w:tbl>
      <w:tblPr>
        <w:tblW w:w="0" w:type="auto"/>
        <w:tblLook w:val="06A0" w:firstRow="1" w:lastRow="0" w:firstColumn="1" w:lastColumn="0" w:noHBand="1" w:noVBand="1"/>
      </w:tblPr>
      <w:tblGrid>
        <w:gridCol w:w="2821"/>
        <w:gridCol w:w="1929"/>
        <w:gridCol w:w="3874"/>
      </w:tblGrid>
      <w:tr w:rsidR="30C4E059" w14:paraId="706A76E3" w14:textId="77777777" w:rsidTr="30C4E059">
        <w:trPr>
          <w:trHeight w:val="300"/>
        </w:trPr>
        <w:tc>
          <w:tcPr>
            <w:tcW w:w="282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36D6F81" w14:textId="1EFEBA4C" w:rsidR="30C4E059" w:rsidRDefault="30C4E059" w:rsidP="30C4E059">
            <w:pPr>
              <w:spacing w:after="0"/>
            </w:pPr>
            <w:r w:rsidRPr="30C4E059">
              <w:rPr>
                <w:b/>
                <w:bCs/>
              </w:rPr>
              <w:t>Issue Description</w:t>
            </w:r>
          </w:p>
        </w:tc>
        <w:tc>
          <w:tcPr>
            <w:tcW w:w="193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A7A8131" w14:textId="7AA4FF4C" w:rsidR="30C4E059" w:rsidRDefault="30C4E059" w:rsidP="30C4E059">
            <w:pPr>
              <w:spacing w:after="0"/>
            </w:pPr>
            <w:r w:rsidRPr="30C4E059">
              <w:rPr>
                <w:b/>
                <w:bCs/>
              </w:rPr>
              <w:t>Root Cause</w:t>
            </w:r>
          </w:p>
        </w:tc>
        <w:tc>
          <w:tcPr>
            <w:tcW w:w="388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3CF1EFE" w14:textId="1C3FA5E4" w:rsidR="30C4E059" w:rsidRDefault="30C4E059" w:rsidP="30C4E059">
            <w:pPr>
              <w:spacing w:after="0"/>
            </w:pPr>
            <w:r w:rsidRPr="30C4E059">
              <w:rPr>
                <w:b/>
                <w:bCs/>
              </w:rPr>
              <w:t>Fix Applied</w:t>
            </w:r>
          </w:p>
        </w:tc>
      </w:tr>
      <w:tr w:rsidR="30C4E059" w14:paraId="3B8B3F04" w14:textId="77777777" w:rsidTr="30C4E059">
        <w:trPr>
          <w:trHeight w:val="300"/>
        </w:trPr>
        <w:tc>
          <w:tcPr>
            <w:tcW w:w="282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5FB5FD" w14:textId="2C5202ED" w:rsidR="30C4E059" w:rsidRDefault="30C4E059" w:rsidP="30C4E059">
            <w:pPr>
              <w:spacing w:after="0"/>
            </w:pPr>
            <w:r>
              <w:t xml:space="preserve">Initial design allowed </w:t>
            </w:r>
            <w:r w:rsidRPr="30C4E059">
              <w:rPr>
                <w:rFonts w:ascii="Consolas" w:eastAsia="Consolas" w:hAnsi="Consolas" w:cs="Consolas"/>
              </w:rPr>
              <w:t>available_copies</w:t>
            </w:r>
            <w:r>
              <w:t xml:space="preserve"> to go negative</w:t>
            </w:r>
          </w:p>
        </w:tc>
        <w:tc>
          <w:tcPr>
            <w:tcW w:w="193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BF44E5" w14:textId="73572A59" w:rsidR="30C4E059" w:rsidRDefault="30C4E059" w:rsidP="30C4E059">
            <w:pPr>
              <w:spacing w:after="0"/>
            </w:pPr>
            <w:r>
              <w:t>No business rule constraint on the field</w:t>
            </w:r>
          </w:p>
        </w:tc>
        <w:tc>
          <w:tcPr>
            <w:tcW w:w="388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384BA5" w14:textId="5E9014B5" w:rsidR="30C4E059" w:rsidRDefault="30C4E059" w:rsidP="30C4E059">
            <w:pPr>
              <w:spacing w:after="0"/>
            </w:pPr>
            <w:r>
              <w:t xml:space="preserve">Added check: </w:t>
            </w:r>
            <w:r w:rsidRPr="30C4E059">
              <w:rPr>
                <w:rFonts w:ascii="Consolas" w:eastAsia="Consolas" w:hAnsi="Consolas" w:cs="Consolas"/>
              </w:rPr>
              <w:t>available_copies &gt;= 0 AND available_copies &lt;= total_copies</w:t>
            </w:r>
          </w:p>
        </w:tc>
      </w:tr>
      <w:tr w:rsidR="30C4E059" w14:paraId="39774167" w14:textId="77777777" w:rsidTr="30C4E059">
        <w:trPr>
          <w:trHeight w:val="300"/>
        </w:trPr>
        <w:tc>
          <w:tcPr>
            <w:tcW w:w="282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6FBA13" w14:textId="6BA15DE4" w:rsidR="30C4E059" w:rsidRDefault="30C4E059" w:rsidP="30C4E059">
            <w:pPr>
              <w:spacing w:after="0"/>
            </w:pPr>
            <w:r>
              <w:t>Reservation expiry date could be earlier than request date</w:t>
            </w:r>
          </w:p>
        </w:tc>
        <w:tc>
          <w:tcPr>
            <w:tcW w:w="193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56178B" w14:textId="7AA61297" w:rsidR="30C4E059" w:rsidRDefault="30C4E059" w:rsidP="30C4E059">
            <w:pPr>
              <w:spacing w:after="0"/>
            </w:pPr>
            <w:r>
              <w:t>No validation on date fields</w:t>
            </w:r>
          </w:p>
        </w:tc>
        <w:tc>
          <w:tcPr>
            <w:tcW w:w="388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69AF5B" w14:textId="27AF4A34" w:rsidR="30C4E059" w:rsidRDefault="30C4E059" w:rsidP="30C4E059">
            <w:pPr>
              <w:spacing w:after="0"/>
            </w:pPr>
            <w:r>
              <w:t xml:space="preserve">Added check: </w:t>
            </w:r>
            <w:r w:rsidRPr="30C4E059">
              <w:rPr>
                <w:rFonts w:ascii="Consolas" w:eastAsia="Consolas" w:hAnsi="Consolas" w:cs="Consolas"/>
              </w:rPr>
              <w:t>expiry_date &gt; request_date</w:t>
            </w:r>
          </w:p>
        </w:tc>
      </w:tr>
    </w:tbl>
    <w:p w14:paraId="7C661BFF" w14:textId="5653DC66" w:rsidR="006718C3" w:rsidRDefault="00DF2321">
      <w:r>
        <w:br/>
      </w:r>
    </w:p>
    <w:p w14:paraId="678D2E9E" w14:textId="0B377E07" w:rsidR="006718C3" w:rsidRDefault="00DF2321">
      <w:r>
        <w:t>12. Reflection</w:t>
      </w:r>
      <w:r>
        <w:br/>
        <w:t>- Challenges faced</w:t>
      </w:r>
      <w:r>
        <w:br/>
        <w:t>- Improvements for future</w:t>
      </w:r>
    </w:p>
    <w:p w14:paraId="744D09E2" w14:textId="5032611F" w:rsidR="006718C3" w:rsidRDefault="08BBAB14" w:rsidP="30C4E059">
      <w:r w:rsidRPr="30C4E059">
        <w:rPr>
          <w:rFonts w:ascii="Cambria" w:eastAsia="Cambria" w:hAnsi="Cambria" w:cs="Cambria"/>
        </w:rPr>
        <w:t>I faced several challenges while developing this online bookstore database system, particularly when mapping the many</w:t>
      </w:r>
      <w:r w:rsidR="00DF2321">
        <w:noBreakHyphen/>
      </w:r>
      <w:r w:rsidRPr="30C4E059">
        <w:rPr>
          <w:rFonts w:ascii="Cambria" w:eastAsia="Cambria" w:hAnsi="Cambria" w:cs="Cambria"/>
        </w:rPr>
        <w:t>to</w:t>
      </w:r>
      <w:r w:rsidR="00DF2321">
        <w:noBreakHyphen/>
      </w:r>
      <w:r w:rsidRPr="30C4E059">
        <w:rPr>
          <w:rFonts w:ascii="Cambria" w:eastAsia="Cambria" w:hAnsi="Cambria" w:cs="Cambria"/>
        </w:rPr>
        <w:t>many relationships between books and authors which needed a dedicated junction table to work correctly without causing redundant data. I also had to carefully balance applying Third Normal Form with keeping queries simple and practical, as splitting data too far would have made the system harder to use. Turning real</w:t>
      </w:r>
      <w:r w:rsidR="00DF2321">
        <w:noBreakHyphen/>
      </w:r>
      <w:r w:rsidRPr="30C4E059">
        <w:rPr>
          <w:rFonts w:ascii="Cambria" w:eastAsia="Cambria" w:hAnsi="Cambria" w:cs="Cambria"/>
        </w:rPr>
        <w:t>world rules like valid stock limits and sensible dates into proper database constraints also took plenty of testing, and I spent time making sure all my sample data fit the rules and linked correctly between tables. In future work I would add role</w:t>
      </w:r>
      <w:r w:rsidR="00DF2321">
        <w:noBreakHyphen/>
      </w:r>
      <w:r w:rsidRPr="30C4E059">
        <w:rPr>
          <w:rFonts w:ascii="Cambria" w:eastAsia="Cambria" w:hAnsi="Cambria" w:cs="Cambria"/>
        </w:rPr>
        <w:t>based access to separate regular users from staff, build in proper tracking for fines and payments, improve search with better categorization, add automatic stock updates that run when loans change, and keep a full record of all changes made to the data.</w:t>
      </w:r>
      <w:r w:rsidR="00DF2321">
        <w:br/>
      </w:r>
    </w:p>
    <w:p w14:paraId="4A8113DE" w14:textId="6B7EDFD6" w:rsidR="006718C3" w:rsidRDefault="00DF2321" w:rsidP="30C4E059">
      <w:pPr>
        <w:rPr>
          <w:rFonts w:ascii="Cambria" w:eastAsia="Cambria" w:hAnsi="Cambria" w:cs="Cambria"/>
        </w:rPr>
      </w:pPr>
      <w:r>
        <w:t>13. Conclusion</w:t>
      </w:r>
      <w:r>
        <w:br/>
        <w:t>- Summary of system</w:t>
      </w:r>
      <w:r>
        <w:br/>
      </w:r>
      <w:r w:rsidR="0984E1A5" w:rsidRPr="30C4E059">
        <w:rPr>
          <w:rFonts w:ascii="system-ui" w:eastAsia="system-ui" w:hAnsi="system-ui" w:cs="system-ui"/>
          <w:color w:val="000000" w:themeColor="text1"/>
          <w:sz w:val="24"/>
          <w:szCs w:val="24"/>
        </w:rPr>
        <w:t>This online bookstore database system I have designed provides a structured, reliable solution for managing book records, user accounts, borrowing transactions and reservations, fully normalised to Third Normal Form to minimise redundancy and ensure data consistency. I created a clear entity</w:t>
      </w:r>
      <w:r>
        <w:noBreakHyphen/>
      </w:r>
      <w:r w:rsidR="0984E1A5" w:rsidRPr="30C4E059">
        <w:rPr>
          <w:rFonts w:ascii="system-ui" w:eastAsia="system-ui" w:hAnsi="system-ui" w:cs="system-ui"/>
          <w:color w:val="000000" w:themeColor="text1"/>
          <w:sz w:val="24"/>
          <w:szCs w:val="24"/>
        </w:rPr>
        <w:t>relationship model with appropriate keys and relationships, populated it with realistic test data, and ran practical queries to confirm it works as intended for both library users and administrative staff. All core requirements are met, from checking availability and tracking loans to identifying overdue items and popular titles, forming a solid foundation that can be extended further as needed.</w:t>
      </w:r>
    </w:p>
    <w:p w14:paraId="5CFB6791" w14:textId="1664EBF9" w:rsidR="006718C3" w:rsidRDefault="00DF2321">
      <w:r>
        <w:t>14. References</w:t>
      </w:r>
      <w:r>
        <w:br/>
        <w:t>- Use IEEE format</w:t>
      </w:r>
    </w:p>
    <w:sdt>
      <w:sdtPr>
        <w:id w:val="583576814"/>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14:paraId="5D1CAFDA" w14:textId="77AEDEAF" w:rsidR="005A1B4D" w:rsidRDefault="005A1B4D">
          <w:pPr>
            <w:pStyle w:val="Heading1"/>
          </w:pPr>
          <w:r>
            <w:t>Bibliography</w:t>
          </w:r>
        </w:p>
        <w:sdt>
          <w:sdtPr>
            <w:id w:val="111145805"/>
            <w:bibliography/>
          </w:sdtPr>
          <w:sdtContent>
            <w:p w14:paraId="0E698511" w14:textId="77777777" w:rsidR="008343DA" w:rsidRDefault="005A1B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289"/>
              </w:tblGrid>
              <w:tr w:rsidR="008343DA" w14:paraId="00842035" w14:textId="77777777">
                <w:trPr>
                  <w:divId w:val="2126120308"/>
                  <w:tblCellSpacing w:w="15" w:type="dxa"/>
                </w:trPr>
                <w:tc>
                  <w:tcPr>
                    <w:tcW w:w="50" w:type="pct"/>
                    <w:hideMark/>
                  </w:tcPr>
                  <w:p w14:paraId="44C805EA" w14:textId="4CF92E14" w:rsidR="008343DA" w:rsidRDefault="008343DA">
                    <w:pPr>
                      <w:pStyle w:val="Bibliography"/>
                      <w:rPr>
                        <w:noProof/>
                        <w:sz w:val="24"/>
                        <w:szCs w:val="24"/>
                      </w:rPr>
                    </w:pPr>
                    <w:r>
                      <w:rPr>
                        <w:noProof/>
                      </w:rPr>
                      <w:t xml:space="preserve">[1] </w:t>
                    </w:r>
                  </w:p>
                </w:tc>
                <w:tc>
                  <w:tcPr>
                    <w:tcW w:w="0" w:type="auto"/>
                    <w:hideMark/>
                  </w:tcPr>
                  <w:p w14:paraId="4897BEEB" w14:textId="77777777" w:rsidR="008343DA" w:rsidRDefault="008343DA">
                    <w:pPr>
                      <w:pStyle w:val="Bibliography"/>
                      <w:rPr>
                        <w:noProof/>
                      </w:rPr>
                    </w:pPr>
                    <w:r>
                      <w:rPr>
                        <w:noProof/>
                      </w:rPr>
                      <w:t xml:space="preserve">S. Goundrey-Smith, nformation technology in pharmacy: An integrated approach. Springer, 2013. </w:t>
                    </w:r>
                  </w:p>
                </w:tc>
              </w:tr>
              <w:tr w:rsidR="008343DA" w14:paraId="402B8373" w14:textId="77777777">
                <w:trPr>
                  <w:divId w:val="2126120308"/>
                  <w:tblCellSpacing w:w="15" w:type="dxa"/>
                </w:trPr>
                <w:tc>
                  <w:tcPr>
                    <w:tcW w:w="50" w:type="pct"/>
                    <w:hideMark/>
                  </w:tcPr>
                  <w:p w14:paraId="67D434C5" w14:textId="77777777" w:rsidR="008343DA" w:rsidRDefault="008343DA">
                    <w:pPr>
                      <w:pStyle w:val="Bibliography"/>
                      <w:rPr>
                        <w:noProof/>
                      </w:rPr>
                    </w:pPr>
                    <w:r>
                      <w:rPr>
                        <w:noProof/>
                      </w:rPr>
                      <w:t xml:space="preserve">[2] </w:t>
                    </w:r>
                  </w:p>
                </w:tc>
                <w:tc>
                  <w:tcPr>
                    <w:tcW w:w="0" w:type="auto"/>
                    <w:hideMark/>
                  </w:tcPr>
                  <w:p w14:paraId="52F94727" w14:textId="77777777" w:rsidR="008343DA" w:rsidRDefault="008343DA">
                    <w:pPr>
                      <w:pStyle w:val="Bibliography"/>
                      <w:rPr>
                        <w:noProof/>
                      </w:rPr>
                    </w:pPr>
                    <w:r>
                      <w:rPr>
                        <w:noProof/>
                      </w:rPr>
                      <w:t xml:space="preserve">K. G. S. Kumara, Scenario-based ER Diagram and Query Generation Engine., Moratuwa, Sri Lanka: 2019 4th International Conference on Information Technology Research , 2019. </w:t>
                    </w:r>
                  </w:p>
                </w:tc>
              </w:tr>
            </w:tbl>
            <w:p w14:paraId="605EBC46" w14:textId="77777777" w:rsidR="008343DA" w:rsidRDefault="008343DA">
              <w:pPr>
                <w:divId w:val="2126120308"/>
                <w:rPr>
                  <w:rFonts w:eastAsia="Times New Roman"/>
                  <w:noProof/>
                </w:rPr>
              </w:pPr>
            </w:p>
            <w:p w14:paraId="3093151D" w14:textId="436AEA64" w:rsidR="005A1B4D" w:rsidRDefault="005A1B4D">
              <w:r>
                <w:rPr>
                  <w:b/>
                  <w:bCs/>
                  <w:noProof/>
                </w:rPr>
                <w:fldChar w:fldCharType="end"/>
              </w:r>
            </w:p>
          </w:sdtContent>
        </w:sdt>
      </w:sdtContent>
    </w:sdt>
    <w:sdt>
      <w:sdtPr>
        <w:id w:val="2009555903"/>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14:paraId="48AB3141" w14:textId="4B7E0072" w:rsidR="005A1B4D" w:rsidRDefault="005A1B4D">
          <w:pPr>
            <w:pStyle w:val="Heading1"/>
          </w:pPr>
          <w:r>
            <w:t>References</w:t>
          </w:r>
        </w:p>
        <w:sdt>
          <w:sdtPr>
            <w:id w:val="-573587230"/>
            <w:bibliography/>
          </w:sdtPr>
          <w:sdtContent>
            <w:p w14:paraId="392D8052" w14:textId="6A718A1B" w:rsidR="005A1B4D" w:rsidRDefault="005A1B4D" w:rsidP="005A1B4D"/>
            <w:p w14:paraId="6A8D6EB7" w14:textId="11F76B42" w:rsidR="005A1B4D" w:rsidRDefault="005A1B4D"/>
          </w:sdtContent>
        </w:sdt>
      </w:sdtContent>
    </w:sdt>
    <w:p w14:paraId="0BC639CF" w14:textId="77777777" w:rsidR="005A1B4D" w:rsidRDefault="005A1B4D"/>
    <w:p w14:paraId="54E413B9" w14:textId="260E18BD" w:rsidR="006718C3" w:rsidRDefault="00DF2321">
      <w:r>
        <w:br/>
      </w:r>
    </w:p>
    <w:p w14:paraId="4CD58582" w14:textId="3479D20D" w:rsidR="006718C3" w:rsidRDefault="00DF2321">
      <w:r>
        <w:t>15. Appendices</w:t>
      </w:r>
      <w:r>
        <w:br/>
        <w:t>- Additional screenshots</w:t>
      </w:r>
      <w:r>
        <w:br/>
        <w:t xml:space="preserve">- </w:t>
      </w:r>
      <w:r w:rsidR="00653EE7">
        <w:t xml:space="preserve">Additional </w:t>
      </w:r>
      <w:r>
        <w:t>queries if needed</w:t>
      </w:r>
      <w:r>
        <w:br/>
      </w:r>
    </w:p>
    <w:sectPr w:rsidR="006718C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ystem-ui">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3/DGgLnG/Jn1og" int2:id="VjX04ag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8AF6382"/>
    <w:multiLevelType w:val="hybridMultilevel"/>
    <w:tmpl w:val="B16294D4"/>
    <w:lvl w:ilvl="0" w:tplc="F4449432">
      <w:start w:val="1"/>
      <w:numFmt w:val="bullet"/>
      <w:lvlText w:val=""/>
      <w:lvlJc w:val="left"/>
      <w:pPr>
        <w:ind w:left="720" w:hanging="360"/>
      </w:pPr>
      <w:rPr>
        <w:rFonts w:ascii="Symbol" w:hAnsi="Symbol" w:hint="default"/>
      </w:rPr>
    </w:lvl>
    <w:lvl w:ilvl="1" w:tplc="F12A67BC">
      <w:start w:val="1"/>
      <w:numFmt w:val="bullet"/>
      <w:lvlText w:val="o"/>
      <w:lvlJc w:val="left"/>
      <w:pPr>
        <w:ind w:left="1440" w:hanging="360"/>
      </w:pPr>
      <w:rPr>
        <w:rFonts w:ascii="Courier New" w:hAnsi="Courier New" w:hint="default"/>
      </w:rPr>
    </w:lvl>
    <w:lvl w:ilvl="2" w:tplc="3306F50C">
      <w:start w:val="1"/>
      <w:numFmt w:val="bullet"/>
      <w:lvlText w:val=""/>
      <w:lvlJc w:val="left"/>
      <w:pPr>
        <w:ind w:left="2160" w:hanging="360"/>
      </w:pPr>
      <w:rPr>
        <w:rFonts w:ascii="Wingdings" w:hAnsi="Wingdings" w:hint="default"/>
      </w:rPr>
    </w:lvl>
    <w:lvl w:ilvl="3" w:tplc="5232DA4A">
      <w:start w:val="1"/>
      <w:numFmt w:val="bullet"/>
      <w:lvlText w:val=""/>
      <w:lvlJc w:val="left"/>
      <w:pPr>
        <w:ind w:left="2880" w:hanging="360"/>
      </w:pPr>
      <w:rPr>
        <w:rFonts w:ascii="Symbol" w:hAnsi="Symbol" w:hint="default"/>
      </w:rPr>
    </w:lvl>
    <w:lvl w:ilvl="4" w:tplc="0256F2BA">
      <w:start w:val="1"/>
      <w:numFmt w:val="bullet"/>
      <w:lvlText w:val="o"/>
      <w:lvlJc w:val="left"/>
      <w:pPr>
        <w:ind w:left="3600" w:hanging="360"/>
      </w:pPr>
      <w:rPr>
        <w:rFonts w:ascii="Courier New" w:hAnsi="Courier New" w:hint="default"/>
      </w:rPr>
    </w:lvl>
    <w:lvl w:ilvl="5" w:tplc="7C261976">
      <w:start w:val="1"/>
      <w:numFmt w:val="bullet"/>
      <w:lvlText w:val=""/>
      <w:lvlJc w:val="left"/>
      <w:pPr>
        <w:ind w:left="4320" w:hanging="360"/>
      </w:pPr>
      <w:rPr>
        <w:rFonts w:ascii="Wingdings" w:hAnsi="Wingdings" w:hint="default"/>
      </w:rPr>
    </w:lvl>
    <w:lvl w:ilvl="6" w:tplc="05D66482">
      <w:start w:val="1"/>
      <w:numFmt w:val="bullet"/>
      <w:lvlText w:val=""/>
      <w:lvlJc w:val="left"/>
      <w:pPr>
        <w:ind w:left="5040" w:hanging="360"/>
      </w:pPr>
      <w:rPr>
        <w:rFonts w:ascii="Symbol" w:hAnsi="Symbol" w:hint="default"/>
      </w:rPr>
    </w:lvl>
    <w:lvl w:ilvl="7" w:tplc="65222170">
      <w:start w:val="1"/>
      <w:numFmt w:val="bullet"/>
      <w:lvlText w:val="o"/>
      <w:lvlJc w:val="left"/>
      <w:pPr>
        <w:ind w:left="5760" w:hanging="360"/>
      </w:pPr>
      <w:rPr>
        <w:rFonts w:ascii="Courier New" w:hAnsi="Courier New" w:hint="default"/>
      </w:rPr>
    </w:lvl>
    <w:lvl w:ilvl="8" w:tplc="43569A70">
      <w:start w:val="1"/>
      <w:numFmt w:val="bullet"/>
      <w:lvlText w:val=""/>
      <w:lvlJc w:val="left"/>
      <w:pPr>
        <w:ind w:left="6480" w:hanging="360"/>
      </w:pPr>
      <w:rPr>
        <w:rFonts w:ascii="Wingdings" w:hAnsi="Wingdings" w:hint="default"/>
      </w:rPr>
    </w:lvl>
  </w:abstractNum>
  <w:num w:numId="1" w16cid:durableId="1664311535">
    <w:abstractNumId w:val="9"/>
  </w:num>
  <w:num w:numId="2" w16cid:durableId="1689215078">
    <w:abstractNumId w:val="8"/>
  </w:num>
  <w:num w:numId="3" w16cid:durableId="301738855">
    <w:abstractNumId w:val="6"/>
  </w:num>
  <w:num w:numId="4" w16cid:durableId="992369623">
    <w:abstractNumId w:val="5"/>
  </w:num>
  <w:num w:numId="5" w16cid:durableId="350424168">
    <w:abstractNumId w:val="4"/>
  </w:num>
  <w:num w:numId="6" w16cid:durableId="748042521">
    <w:abstractNumId w:val="7"/>
  </w:num>
  <w:num w:numId="7" w16cid:durableId="1542356415">
    <w:abstractNumId w:val="3"/>
  </w:num>
  <w:num w:numId="8" w16cid:durableId="492574958">
    <w:abstractNumId w:val="2"/>
  </w:num>
  <w:num w:numId="9" w16cid:durableId="100078857">
    <w:abstractNumId w:val="1"/>
  </w:num>
  <w:num w:numId="10" w16cid:durableId="1777869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7E6A"/>
    <w:rsid w:val="0006063C"/>
    <w:rsid w:val="000A2CF8"/>
    <w:rsid w:val="0015074B"/>
    <w:rsid w:val="00217E2A"/>
    <w:rsid w:val="0029639D"/>
    <w:rsid w:val="00326F90"/>
    <w:rsid w:val="005A00E8"/>
    <w:rsid w:val="005A1B4D"/>
    <w:rsid w:val="00653EE7"/>
    <w:rsid w:val="006718C3"/>
    <w:rsid w:val="006A2158"/>
    <w:rsid w:val="006F1B93"/>
    <w:rsid w:val="008343DA"/>
    <w:rsid w:val="009247E1"/>
    <w:rsid w:val="00A31DE8"/>
    <w:rsid w:val="00AA1D8D"/>
    <w:rsid w:val="00AD5EA6"/>
    <w:rsid w:val="00B47730"/>
    <w:rsid w:val="00CB0664"/>
    <w:rsid w:val="00D83780"/>
    <w:rsid w:val="00DF2321"/>
    <w:rsid w:val="00FC693F"/>
    <w:rsid w:val="0131C3F0"/>
    <w:rsid w:val="01BA159D"/>
    <w:rsid w:val="026E8C02"/>
    <w:rsid w:val="02A1991C"/>
    <w:rsid w:val="02E82E02"/>
    <w:rsid w:val="031BF5E4"/>
    <w:rsid w:val="03C7D2E1"/>
    <w:rsid w:val="03DB22AA"/>
    <w:rsid w:val="0439D525"/>
    <w:rsid w:val="05F4A276"/>
    <w:rsid w:val="06228D61"/>
    <w:rsid w:val="063444D7"/>
    <w:rsid w:val="0657AC94"/>
    <w:rsid w:val="073917A5"/>
    <w:rsid w:val="07DEB465"/>
    <w:rsid w:val="08385F0A"/>
    <w:rsid w:val="08BBAB14"/>
    <w:rsid w:val="0984E1A5"/>
    <w:rsid w:val="09924BFE"/>
    <w:rsid w:val="09AAB05A"/>
    <w:rsid w:val="09B7DD22"/>
    <w:rsid w:val="0A7EFBCF"/>
    <w:rsid w:val="0BE59303"/>
    <w:rsid w:val="0D208A16"/>
    <w:rsid w:val="0DDC2A69"/>
    <w:rsid w:val="0E2A3D02"/>
    <w:rsid w:val="0ECF60A3"/>
    <w:rsid w:val="102131BA"/>
    <w:rsid w:val="103F590D"/>
    <w:rsid w:val="10D6B8CB"/>
    <w:rsid w:val="118145CE"/>
    <w:rsid w:val="119153A5"/>
    <w:rsid w:val="11A7BBF3"/>
    <w:rsid w:val="11AA304D"/>
    <w:rsid w:val="12083EC5"/>
    <w:rsid w:val="12D71363"/>
    <w:rsid w:val="153184A0"/>
    <w:rsid w:val="16A3790F"/>
    <w:rsid w:val="16D4EB81"/>
    <w:rsid w:val="1739C846"/>
    <w:rsid w:val="173A1F6D"/>
    <w:rsid w:val="17E51D8A"/>
    <w:rsid w:val="180DBAAF"/>
    <w:rsid w:val="1833BEB9"/>
    <w:rsid w:val="1858365C"/>
    <w:rsid w:val="18C3908E"/>
    <w:rsid w:val="191332B4"/>
    <w:rsid w:val="1947D0DA"/>
    <w:rsid w:val="1A77782F"/>
    <w:rsid w:val="1B29B437"/>
    <w:rsid w:val="1B7B8C11"/>
    <w:rsid w:val="1BBC0E6B"/>
    <w:rsid w:val="1CD053B1"/>
    <w:rsid w:val="1EF84078"/>
    <w:rsid w:val="1F537521"/>
    <w:rsid w:val="1FDFAD8A"/>
    <w:rsid w:val="200870C5"/>
    <w:rsid w:val="20EE8087"/>
    <w:rsid w:val="20EFDD4F"/>
    <w:rsid w:val="210EEE80"/>
    <w:rsid w:val="21233C1D"/>
    <w:rsid w:val="212FD571"/>
    <w:rsid w:val="21AFC6CC"/>
    <w:rsid w:val="225314E3"/>
    <w:rsid w:val="228749FD"/>
    <w:rsid w:val="22DC1D30"/>
    <w:rsid w:val="23824795"/>
    <w:rsid w:val="23DE5E69"/>
    <w:rsid w:val="243669A8"/>
    <w:rsid w:val="243C7C7F"/>
    <w:rsid w:val="24D7026F"/>
    <w:rsid w:val="24DCF1F5"/>
    <w:rsid w:val="25275C4E"/>
    <w:rsid w:val="256F2C86"/>
    <w:rsid w:val="256FA7AF"/>
    <w:rsid w:val="2629A3DC"/>
    <w:rsid w:val="2668B697"/>
    <w:rsid w:val="26AEE8D3"/>
    <w:rsid w:val="26DD0610"/>
    <w:rsid w:val="26E94FBA"/>
    <w:rsid w:val="26FEBDCF"/>
    <w:rsid w:val="2726FF27"/>
    <w:rsid w:val="296092D7"/>
    <w:rsid w:val="2961B325"/>
    <w:rsid w:val="29BB9565"/>
    <w:rsid w:val="29F33EE8"/>
    <w:rsid w:val="2B62DB0F"/>
    <w:rsid w:val="2B8FB5CC"/>
    <w:rsid w:val="2BB01226"/>
    <w:rsid w:val="2BD0FB8C"/>
    <w:rsid w:val="2C0D743E"/>
    <w:rsid w:val="2C963EE9"/>
    <w:rsid w:val="2CEA98A5"/>
    <w:rsid w:val="2D692ECF"/>
    <w:rsid w:val="2EF00FFF"/>
    <w:rsid w:val="2FE98E65"/>
    <w:rsid w:val="301CE9FB"/>
    <w:rsid w:val="3065D8FC"/>
    <w:rsid w:val="307DCF1D"/>
    <w:rsid w:val="30C4E059"/>
    <w:rsid w:val="30E041C3"/>
    <w:rsid w:val="310026E5"/>
    <w:rsid w:val="31517719"/>
    <w:rsid w:val="31FA61AC"/>
    <w:rsid w:val="323D94D7"/>
    <w:rsid w:val="34860305"/>
    <w:rsid w:val="357DB352"/>
    <w:rsid w:val="35BFE619"/>
    <w:rsid w:val="35C0AC57"/>
    <w:rsid w:val="360A4103"/>
    <w:rsid w:val="36711B63"/>
    <w:rsid w:val="3758B1B7"/>
    <w:rsid w:val="37EA5D16"/>
    <w:rsid w:val="381C198C"/>
    <w:rsid w:val="38D383B7"/>
    <w:rsid w:val="38FA7361"/>
    <w:rsid w:val="39A20485"/>
    <w:rsid w:val="3AAE2953"/>
    <w:rsid w:val="3B4D8F84"/>
    <w:rsid w:val="3BFFECAD"/>
    <w:rsid w:val="3C5224BD"/>
    <w:rsid w:val="3C81A176"/>
    <w:rsid w:val="3CEAD6BE"/>
    <w:rsid w:val="3DA6CDB0"/>
    <w:rsid w:val="3DCC7FD7"/>
    <w:rsid w:val="3E29F7F2"/>
    <w:rsid w:val="3E7B2E5C"/>
    <w:rsid w:val="3EBAD105"/>
    <w:rsid w:val="3FC4B5E5"/>
    <w:rsid w:val="40C4BED2"/>
    <w:rsid w:val="40DD131F"/>
    <w:rsid w:val="418D84B4"/>
    <w:rsid w:val="4363C86C"/>
    <w:rsid w:val="439639B8"/>
    <w:rsid w:val="43E399DF"/>
    <w:rsid w:val="43E67255"/>
    <w:rsid w:val="44D9DE08"/>
    <w:rsid w:val="468B98F6"/>
    <w:rsid w:val="46F2416F"/>
    <w:rsid w:val="47D87C52"/>
    <w:rsid w:val="48175711"/>
    <w:rsid w:val="4949A3FF"/>
    <w:rsid w:val="496D394E"/>
    <w:rsid w:val="4ADD34DD"/>
    <w:rsid w:val="4BDF2269"/>
    <w:rsid w:val="4BF6CD27"/>
    <w:rsid w:val="4BF70C71"/>
    <w:rsid w:val="4C29579E"/>
    <w:rsid w:val="4C39DD80"/>
    <w:rsid w:val="4C3C40F1"/>
    <w:rsid w:val="4CCFF7EB"/>
    <w:rsid w:val="4D0EE227"/>
    <w:rsid w:val="4E3A6E0F"/>
    <w:rsid w:val="4E5E4E98"/>
    <w:rsid w:val="4EAC3FA0"/>
    <w:rsid w:val="4EEF44C6"/>
    <w:rsid w:val="4F205281"/>
    <w:rsid w:val="4F4E71D0"/>
    <w:rsid w:val="502AEC1B"/>
    <w:rsid w:val="504E8DD3"/>
    <w:rsid w:val="51860C55"/>
    <w:rsid w:val="51A911B0"/>
    <w:rsid w:val="528E4201"/>
    <w:rsid w:val="52DF41C5"/>
    <w:rsid w:val="531C2B66"/>
    <w:rsid w:val="53CF3D39"/>
    <w:rsid w:val="54512854"/>
    <w:rsid w:val="549609B0"/>
    <w:rsid w:val="55FABD43"/>
    <w:rsid w:val="567CF29B"/>
    <w:rsid w:val="571C7682"/>
    <w:rsid w:val="582A7961"/>
    <w:rsid w:val="582EB3DE"/>
    <w:rsid w:val="5882947C"/>
    <w:rsid w:val="592FE13A"/>
    <w:rsid w:val="59C11CC7"/>
    <w:rsid w:val="59D014C9"/>
    <w:rsid w:val="59ED34CE"/>
    <w:rsid w:val="5A719697"/>
    <w:rsid w:val="5ABA68B1"/>
    <w:rsid w:val="5AF41CE7"/>
    <w:rsid w:val="5B1C7D98"/>
    <w:rsid w:val="5B81BAC0"/>
    <w:rsid w:val="5B89D598"/>
    <w:rsid w:val="5C0DB12B"/>
    <w:rsid w:val="5C26BB22"/>
    <w:rsid w:val="5C7F6425"/>
    <w:rsid w:val="5EEE07C1"/>
    <w:rsid w:val="5F061D27"/>
    <w:rsid w:val="5FB74C02"/>
    <w:rsid w:val="60B667EF"/>
    <w:rsid w:val="615BACF6"/>
    <w:rsid w:val="61C1CAD7"/>
    <w:rsid w:val="6306ADC4"/>
    <w:rsid w:val="63167507"/>
    <w:rsid w:val="63956FFF"/>
    <w:rsid w:val="64C712B3"/>
    <w:rsid w:val="6616832B"/>
    <w:rsid w:val="66188931"/>
    <w:rsid w:val="665EA637"/>
    <w:rsid w:val="668FEBC7"/>
    <w:rsid w:val="6744D7CB"/>
    <w:rsid w:val="67F53C73"/>
    <w:rsid w:val="67FF584C"/>
    <w:rsid w:val="68895906"/>
    <w:rsid w:val="6908AF3A"/>
    <w:rsid w:val="6963721A"/>
    <w:rsid w:val="6A3713F7"/>
    <w:rsid w:val="6BE02328"/>
    <w:rsid w:val="6C2F0298"/>
    <w:rsid w:val="6CB83116"/>
    <w:rsid w:val="6CF07698"/>
    <w:rsid w:val="6D061CA6"/>
    <w:rsid w:val="6D1F1FDA"/>
    <w:rsid w:val="6D3DBB2D"/>
    <w:rsid w:val="6D4A5D1D"/>
    <w:rsid w:val="6DDACA89"/>
    <w:rsid w:val="6F022A86"/>
    <w:rsid w:val="6F0CC487"/>
    <w:rsid w:val="6FD29EB8"/>
    <w:rsid w:val="6FD72DF0"/>
    <w:rsid w:val="70418E00"/>
    <w:rsid w:val="7057420C"/>
    <w:rsid w:val="70701B58"/>
    <w:rsid w:val="70CEF05F"/>
    <w:rsid w:val="70E66DD4"/>
    <w:rsid w:val="7390208D"/>
    <w:rsid w:val="73ADEA19"/>
    <w:rsid w:val="73BEAA9F"/>
    <w:rsid w:val="74209F14"/>
    <w:rsid w:val="743F1942"/>
    <w:rsid w:val="7463412F"/>
    <w:rsid w:val="74C96CC7"/>
    <w:rsid w:val="7550E652"/>
    <w:rsid w:val="759EBC05"/>
    <w:rsid w:val="75B86CC7"/>
    <w:rsid w:val="76931BB8"/>
    <w:rsid w:val="774B1A58"/>
    <w:rsid w:val="77E56DC1"/>
    <w:rsid w:val="78529818"/>
    <w:rsid w:val="790FBDEF"/>
    <w:rsid w:val="79885EDA"/>
    <w:rsid w:val="7997158E"/>
    <w:rsid w:val="7A342570"/>
    <w:rsid w:val="7A9BAB4D"/>
    <w:rsid w:val="7AA87C91"/>
    <w:rsid w:val="7B7C260D"/>
    <w:rsid w:val="7C719BF1"/>
    <w:rsid w:val="7CA92D2B"/>
    <w:rsid w:val="7D936C07"/>
    <w:rsid w:val="7D954ED6"/>
    <w:rsid w:val="7EAFD5FF"/>
    <w:rsid w:val="7F941B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87E07"/>
  <w14:defaultImageDpi w14:val="300"/>
  <w15:docId w15:val="{8033E4E3-1811-412B-AF7E-F64134652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ootnoteText">
    <w:name w:val="footnote text"/>
    <w:basedOn w:val="Normal"/>
    <w:uiPriority w:val="99"/>
    <w:semiHidden/>
    <w:unhideWhenUsed/>
    <w:rsid w:val="2668B697"/>
    <w:pPr>
      <w:spacing w:after="0" w:line="240" w:lineRule="auto"/>
    </w:pPr>
    <w:rPr>
      <w:sz w:val="20"/>
      <w:szCs w:val="20"/>
    </w:rPr>
  </w:style>
  <w:style w:type="character" w:styleId="FootnoteReference">
    <w:name w:val="footnote reference"/>
    <w:basedOn w:val="DefaultParagraphFont"/>
    <w:uiPriority w:val="99"/>
    <w:semiHidden/>
    <w:unhideWhenUsed/>
    <w:rsid w:val="2668B697"/>
    <w:rPr>
      <w:vertAlign w:val="superscript"/>
    </w:rPr>
  </w:style>
  <w:style w:type="paragraph" w:styleId="Bibliography">
    <w:name w:val="Bibliography"/>
    <w:basedOn w:val="Normal"/>
    <w:next w:val="Normal"/>
    <w:uiPriority w:val="37"/>
    <w:unhideWhenUsed/>
    <w:rsid w:val="005A1B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833">
      <w:bodyDiv w:val="1"/>
      <w:marLeft w:val="0"/>
      <w:marRight w:val="0"/>
      <w:marTop w:val="0"/>
      <w:marBottom w:val="0"/>
      <w:divBdr>
        <w:top w:val="none" w:sz="0" w:space="0" w:color="auto"/>
        <w:left w:val="none" w:sz="0" w:space="0" w:color="auto"/>
        <w:bottom w:val="none" w:sz="0" w:space="0" w:color="auto"/>
        <w:right w:val="none" w:sz="0" w:space="0" w:color="auto"/>
      </w:divBdr>
    </w:div>
    <w:div w:id="184174304">
      <w:bodyDiv w:val="1"/>
      <w:marLeft w:val="0"/>
      <w:marRight w:val="0"/>
      <w:marTop w:val="0"/>
      <w:marBottom w:val="0"/>
      <w:divBdr>
        <w:top w:val="none" w:sz="0" w:space="0" w:color="auto"/>
        <w:left w:val="none" w:sz="0" w:space="0" w:color="auto"/>
        <w:bottom w:val="none" w:sz="0" w:space="0" w:color="auto"/>
        <w:right w:val="none" w:sz="0" w:space="0" w:color="auto"/>
      </w:divBdr>
    </w:div>
    <w:div w:id="402217089">
      <w:bodyDiv w:val="1"/>
      <w:marLeft w:val="0"/>
      <w:marRight w:val="0"/>
      <w:marTop w:val="0"/>
      <w:marBottom w:val="0"/>
      <w:divBdr>
        <w:top w:val="none" w:sz="0" w:space="0" w:color="auto"/>
        <w:left w:val="none" w:sz="0" w:space="0" w:color="auto"/>
        <w:bottom w:val="none" w:sz="0" w:space="0" w:color="auto"/>
        <w:right w:val="none" w:sz="0" w:space="0" w:color="auto"/>
      </w:divBdr>
    </w:div>
    <w:div w:id="442119135">
      <w:bodyDiv w:val="1"/>
      <w:marLeft w:val="0"/>
      <w:marRight w:val="0"/>
      <w:marTop w:val="0"/>
      <w:marBottom w:val="0"/>
      <w:divBdr>
        <w:top w:val="none" w:sz="0" w:space="0" w:color="auto"/>
        <w:left w:val="none" w:sz="0" w:space="0" w:color="auto"/>
        <w:bottom w:val="none" w:sz="0" w:space="0" w:color="auto"/>
        <w:right w:val="none" w:sz="0" w:space="0" w:color="auto"/>
      </w:divBdr>
    </w:div>
    <w:div w:id="769668658">
      <w:bodyDiv w:val="1"/>
      <w:marLeft w:val="0"/>
      <w:marRight w:val="0"/>
      <w:marTop w:val="0"/>
      <w:marBottom w:val="0"/>
      <w:divBdr>
        <w:top w:val="none" w:sz="0" w:space="0" w:color="auto"/>
        <w:left w:val="none" w:sz="0" w:space="0" w:color="auto"/>
        <w:bottom w:val="none" w:sz="0" w:space="0" w:color="auto"/>
        <w:right w:val="none" w:sz="0" w:space="0" w:color="auto"/>
      </w:divBdr>
    </w:div>
    <w:div w:id="1074741838">
      <w:bodyDiv w:val="1"/>
      <w:marLeft w:val="0"/>
      <w:marRight w:val="0"/>
      <w:marTop w:val="0"/>
      <w:marBottom w:val="0"/>
      <w:divBdr>
        <w:top w:val="none" w:sz="0" w:space="0" w:color="auto"/>
        <w:left w:val="none" w:sz="0" w:space="0" w:color="auto"/>
        <w:bottom w:val="none" w:sz="0" w:space="0" w:color="auto"/>
        <w:right w:val="none" w:sz="0" w:space="0" w:color="auto"/>
      </w:divBdr>
    </w:div>
    <w:div w:id="1223753903">
      <w:bodyDiv w:val="1"/>
      <w:marLeft w:val="0"/>
      <w:marRight w:val="0"/>
      <w:marTop w:val="0"/>
      <w:marBottom w:val="0"/>
      <w:divBdr>
        <w:top w:val="none" w:sz="0" w:space="0" w:color="auto"/>
        <w:left w:val="none" w:sz="0" w:space="0" w:color="auto"/>
        <w:bottom w:val="none" w:sz="0" w:space="0" w:color="auto"/>
        <w:right w:val="none" w:sz="0" w:space="0" w:color="auto"/>
      </w:divBdr>
    </w:div>
    <w:div w:id="1328904843">
      <w:bodyDiv w:val="1"/>
      <w:marLeft w:val="0"/>
      <w:marRight w:val="0"/>
      <w:marTop w:val="0"/>
      <w:marBottom w:val="0"/>
      <w:divBdr>
        <w:top w:val="none" w:sz="0" w:space="0" w:color="auto"/>
        <w:left w:val="none" w:sz="0" w:space="0" w:color="auto"/>
        <w:bottom w:val="none" w:sz="0" w:space="0" w:color="auto"/>
        <w:right w:val="none" w:sz="0" w:space="0" w:color="auto"/>
      </w:divBdr>
    </w:div>
    <w:div w:id="1878467654">
      <w:bodyDiv w:val="1"/>
      <w:marLeft w:val="0"/>
      <w:marRight w:val="0"/>
      <w:marTop w:val="0"/>
      <w:marBottom w:val="0"/>
      <w:divBdr>
        <w:top w:val="none" w:sz="0" w:space="0" w:color="auto"/>
        <w:left w:val="none" w:sz="0" w:space="0" w:color="auto"/>
        <w:bottom w:val="none" w:sz="0" w:space="0" w:color="auto"/>
        <w:right w:val="none" w:sz="0" w:space="0" w:color="auto"/>
      </w:divBdr>
    </w:div>
    <w:div w:id="1959946171">
      <w:bodyDiv w:val="1"/>
      <w:marLeft w:val="0"/>
      <w:marRight w:val="0"/>
      <w:marTop w:val="0"/>
      <w:marBottom w:val="0"/>
      <w:divBdr>
        <w:top w:val="none" w:sz="0" w:space="0" w:color="auto"/>
        <w:left w:val="none" w:sz="0" w:space="0" w:color="auto"/>
        <w:bottom w:val="none" w:sz="0" w:space="0" w:color="auto"/>
        <w:right w:val="none" w:sz="0" w:space="0" w:color="auto"/>
      </w:divBdr>
    </w:div>
    <w:div w:id="1975019467">
      <w:bodyDiv w:val="1"/>
      <w:marLeft w:val="0"/>
      <w:marRight w:val="0"/>
      <w:marTop w:val="0"/>
      <w:marBottom w:val="0"/>
      <w:divBdr>
        <w:top w:val="none" w:sz="0" w:space="0" w:color="auto"/>
        <w:left w:val="none" w:sz="0" w:space="0" w:color="auto"/>
        <w:bottom w:val="none" w:sz="0" w:space="0" w:color="auto"/>
        <w:right w:val="none" w:sz="0" w:space="0" w:color="auto"/>
      </w:divBdr>
    </w:div>
    <w:div w:id="21261203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Gou13</b:Tag>
    <b:SourceType>Book</b:SourceType>
    <b:Guid>{160FDBAA-5D31-45F2-B096-E4B60FFFD0B7}</b:Guid>
    <b:Author>
      <b:Author>
        <b:NameList>
          <b:Person>
            <b:Last>Goundrey-Smith</b:Last>
            <b:First>S</b:First>
          </b:Person>
        </b:NameList>
      </b:Author>
    </b:Author>
    <b:Title>nformation technology in pharmacy: An integrated approach. Springer</b:Title>
    <b:Year>2013</b:Year>
    <b:URL>https://doi.org/10.1007/978-1-4471-2780-2</b:URL>
    <b:RefOrder>1</b:RefOrder>
  </b:Source>
  <b:Source>
    <b:Tag>Kum19</b:Tag>
    <b:SourceType>Book</b:SourceType>
    <b:Guid>{54F26CD5-0617-43D2-86E4-2140E78F4731}</b:Guid>
    <b:Author>
      <b:Author>
        <b:NameList>
          <b:Person>
            <b:Last>Kumara</b:Last>
            <b:First>K.</b:First>
            <b:Middle>G. S</b:Middle>
          </b:Person>
        </b:NameList>
      </b:Author>
    </b:Author>
    <b:Title> Scenario-based ER Diagram and Query Generation Engine.</b:Title>
    <b:Year>2019</b:Year>
    <b:City> Moratuwa, Sri Lanka</b:City>
    <b:Publisher>2019 4th International Conference on Information Technology Research </b:Publisher>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1c4389e93a26922f984b7232e8ec90d7">
  <xsd:schema xmlns:xsd="http://www.w3.org/2001/XMLSchema" xmlns:xs="http://www.w3.org/2001/XMLSchema" xmlns:p="http://schemas.microsoft.com/office/2006/metadata/properties" xmlns:ns3="b4f9f7ee-5770-4a14-8925-17f3d16e50b7" targetNamespace="http://schemas.microsoft.com/office/2006/metadata/properties" ma:root="true" ma:fieldsID="76190b1091ab3fd1adc229a8c21d38bc"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60B708-A6F5-41AF-A507-5F164BEE08D9}">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8380C72E-703C-4919-B923-5C425983430A}">
  <ds:schemaRefs>
    <ds:schemaRef ds:uri="http://schemas.openxmlformats.org/officeDocument/2006/bibliography"/>
  </ds:schemaRefs>
</ds:datastoreItem>
</file>

<file path=customXml/itemProps3.xml><?xml version="1.0" encoding="utf-8"?>
<ds:datastoreItem xmlns:ds="http://schemas.openxmlformats.org/officeDocument/2006/customXml" ds:itemID="{7ECD9EC2-F31D-49A9-9321-08A4905E0D53}">
  <ds:schemaRefs>
    <ds:schemaRef ds:uri="http://schemas.microsoft.com/sharepoint/v3/contenttype/forms"/>
  </ds:schemaRefs>
</ds:datastoreItem>
</file>

<file path=customXml/itemProps4.xml><?xml version="1.0" encoding="utf-8"?>
<ds:datastoreItem xmlns:ds="http://schemas.openxmlformats.org/officeDocument/2006/customXml" ds:itemID="{41A3ACF1-5F99-4933-8FC9-72A0B4F6E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2585</Words>
  <Characters>14740</Characters>
  <Application>Microsoft Office Word</Application>
  <DocSecurity>4</DocSecurity>
  <Lines>122</Lines>
  <Paragraphs>34</Paragraphs>
  <ScaleCrop>false</ScaleCrop>
  <Manager/>
  <Company/>
  <LinksUpToDate>false</LinksUpToDate>
  <CharactersWithSpaces>17291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Dolapo Farouk Owolabi (2518096)</cp:lastModifiedBy>
  <cp:revision>8</cp:revision>
  <dcterms:created xsi:type="dcterms:W3CDTF">2026-07-18T00:15:00Z</dcterms:created>
  <dcterms:modified xsi:type="dcterms:W3CDTF">2026-07-21T12:29:00Z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