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69C4C" w14:textId="77777777" w:rsidR="00303D3E" w:rsidRDefault="00000000">
      <w:pPr>
        <w:pStyle w:val="Heading1"/>
      </w:pPr>
      <w:r>
        <w:t>How to Record and Share a Presentation in Microsoft Teams</w:t>
      </w:r>
    </w:p>
    <w:p w14:paraId="20F6C556" w14:textId="5C3A395A" w:rsidR="00303D3E" w:rsidRDefault="00000000">
      <w:r>
        <w:t>1. Join your meeting in Microsoft Teams.</w:t>
      </w:r>
      <w:r>
        <w:br/>
        <w:t>2. Click the More actions (•••) button.</w:t>
      </w:r>
      <w:r>
        <w:br/>
        <w:t>3. Select 'Record and transcribe' → 'Start recording'.</w:t>
      </w:r>
      <w:r>
        <w:br/>
        <w:t xml:space="preserve">4. </w:t>
      </w:r>
      <w:r w:rsidR="00894CA2">
        <w:t>Click on ‘Share’ to p</w:t>
      </w:r>
      <w:r>
        <w:t>resent your slides or screen.</w:t>
      </w:r>
      <w:r>
        <w:br/>
        <w:t>5. When finished, return to the More actions menu and choose 'Stop recording'.</w:t>
      </w:r>
      <w:r>
        <w:br/>
        <w:t>6. Find your recording in the meeting chat or your OneDrive &gt; Recordings folder.</w:t>
      </w:r>
      <w:r>
        <w:br/>
        <w:t>7. Click 'Share' or 'Copy link' to send the recording to your lecturer via email or Teams</w:t>
      </w:r>
      <w:r w:rsidR="00894CA2">
        <w:t xml:space="preserve"> (s.ainsworth@uwtsd.ac.uk)</w:t>
      </w:r>
    </w:p>
    <w:sectPr w:rsidR="00303D3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75821763">
    <w:abstractNumId w:val="8"/>
  </w:num>
  <w:num w:numId="2" w16cid:durableId="1266765562">
    <w:abstractNumId w:val="6"/>
  </w:num>
  <w:num w:numId="3" w16cid:durableId="1288967151">
    <w:abstractNumId w:val="5"/>
  </w:num>
  <w:num w:numId="4" w16cid:durableId="416168826">
    <w:abstractNumId w:val="4"/>
  </w:num>
  <w:num w:numId="5" w16cid:durableId="222760594">
    <w:abstractNumId w:val="7"/>
  </w:num>
  <w:num w:numId="6" w16cid:durableId="1262883202">
    <w:abstractNumId w:val="3"/>
  </w:num>
  <w:num w:numId="7" w16cid:durableId="1327973407">
    <w:abstractNumId w:val="2"/>
  </w:num>
  <w:num w:numId="8" w16cid:durableId="1431855522">
    <w:abstractNumId w:val="1"/>
  </w:num>
  <w:num w:numId="9" w16cid:durableId="1528911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03D3E"/>
    <w:rsid w:val="00326F90"/>
    <w:rsid w:val="00894CA2"/>
    <w:rsid w:val="00AA1D8D"/>
    <w:rsid w:val="00B47730"/>
    <w:rsid w:val="00CB0664"/>
    <w:rsid w:val="00DF55B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E0AABB"/>
  <w14:defaultImageDpi w14:val="300"/>
  <w15:docId w15:val="{A8973481-B47C-457E-B6F8-E41BF5F28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433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Sue Ainsworth</cp:lastModifiedBy>
  <cp:revision>2</cp:revision>
  <dcterms:created xsi:type="dcterms:W3CDTF">2026-01-20T08:55:00Z</dcterms:created>
  <dcterms:modified xsi:type="dcterms:W3CDTF">2026-01-20T08:55:00Z</dcterms:modified>
  <cp:category/>
</cp:coreProperties>
</file>