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A2C74" w14:textId="77777777" w:rsidR="001F024D" w:rsidRPr="00B52543" w:rsidRDefault="00000000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  <w:r w:rsidRPr="00B52543">
        <w:rPr>
          <w:rFonts w:ascii="Arial" w:hAnsi="Arial" w:cs="Arial"/>
          <w:color w:val="000000" w:themeColor="text1"/>
          <w:sz w:val="22"/>
          <w:szCs w:val="22"/>
        </w:rPr>
        <w:t>Reflective Activity</w:t>
      </w:r>
    </w:p>
    <w:p w14:paraId="63D82219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Student Name: Shadia Alfadeen Vassell Luyoyo</w:t>
      </w:r>
      <w:r w:rsidRPr="00B52543">
        <w:rPr>
          <w:rFonts w:cs="Arial"/>
        </w:rPr>
        <w:br/>
        <w:t>Student ID: 2540742</w:t>
      </w:r>
      <w:r w:rsidRPr="00B52543">
        <w:rPr>
          <w:rFonts w:cs="Arial"/>
        </w:rPr>
        <w:br/>
        <w:t>Module: LCHS4001 Academic and Employability Skills</w:t>
      </w:r>
      <w:r w:rsidRPr="00B52543">
        <w:rPr>
          <w:rFonts w:cs="Arial"/>
        </w:rPr>
        <w:br/>
        <w:t>Lecturer: Oluwadamilola Tayo</w:t>
      </w:r>
      <w:r w:rsidRPr="00B52543">
        <w:rPr>
          <w:rFonts w:cs="Arial"/>
        </w:rPr>
        <w:br/>
        <w:t>Assignment: Task 2 – Reflective Activity</w:t>
      </w:r>
    </w:p>
    <w:p w14:paraId="75A10F9E" w14:textId="77777777" w:rsidR="001F024D" w:rsidRPr="00B52543" w:rsidRDefault="00000000">
      <w:pPr>
        <w:pStyle w:val="Heading2"/>
        <w:rPr>
          <w:rFonts w:ascii="Arial" w:hAnsi="Arial" w:cs="Arial"/>
          <w:color w:val="000000" w:themeColor="text1"/>
          <w:sz w:val="22"/>
          <w:szCs w:val="22"/>
        </w:rPr>
      </w:pPr>
      <w:r w:rsidRPr="00B52543">
        <w:rPr>
          <w:rFonts w:ascii="Arial" w:hAnsi="Arial" w:cs="Arial"/>
          <w:color w:val="000000" w:themeColor="text1"/>
          <w:sz w:val="22"/>
          <w:szCs w:val="22"/>
        </w:rPr>
        <w:t>What? – Description</w:t>
      </w:r>
    </w:p>
    <w:p w14:paraId="3EE107E0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1. What was your presentation about?</w:t>
      </w:r>
    </w:p>
    <w:p w14:paraId="59F7F05E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My presentation was about the role of a Dental Nurse. I explained why I chose this role, how I researched it, the reliable websites I used, how I evaluated the NHS Careers website using the CRAAP test, the challenges I faced during my research, and the next steps for completing my Task 3 report.</w:t>
      </w:r>
    </w:p>
    <w:p w14:paraId="17CD37BE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2. What went well?</w:t>
      </w:r>
    </w:p>
    <w:p w14:paraId="36E03596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was pleased that I covered the main points in a logical order. I explained my research clearly, used reliable sources and completed the presentation within the time allowed.</w:t>
      </w:r>
    </w:p>
    <w:p w14:paraId="527492DC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3. What was difficult?</w:t>
      </w:r>
    </w:p>
    <w:p w14:paraId="5D32D3D1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felt nervous before presenting and found it difficult to decide which information was most useful because different websites sometimes gave different details, especially about salary and career progression.</w:t>
      </w:r>
    </w:p>
    <w:p w14:paraId="01F4E739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4. How did you feel before, during and after the presentation?</w:t>
      </w:r>
    </w:p>
    <w:p w14:paraId="2B573792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Before the presentation I felt anxious. During the presentation I became more confident, and afterwards I felt relieved because I had completed it successfully.</w:t>
      </w:r>
    </w:p>
    <w:p w14:paraId="4BFBA8EB" w14:textId="77777777" w:rsidR="001F024D" w:rsidRPr="00B52543" w:rsidRDefault="00000000">
      <w:pPr>
        <w:pStyle w:val="Heading2"/>
        <w:rPr>
          <w:rFonts w:ascii="Arial" w:hAnsi="Arial" w:cs="Arial"/>
          <w:color w:val="000000" w:themeColor="text1"/>
          <w:sz w:val="22"/>
          <w:szCs w:val="22"/>
        </w:rPr>
      </w:pPr>
      <w:r w:rsidRPr="00B52543">
        <w:rPr>
          <w:rFonts w:ascii="Arial" w:hAnsi="Arial" w:cs="Arial"/>
          <w:color w:val="000000" w:themeColor="text1"/>
          <w:sz w:val="22"/>
          <w:szCs w:val="22"/>
        </w:rPr>
        <w:t>So What? – The Implications of the Situation</w:t>
      </w:r>
    </w:p>
    <w:p w14:paraId="108C17CA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1. What did you learn about your presentation skills?</w:t>
      </w:r>
    </w:p>
    <w:p w14:paraId="697960BE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learned that good preparation and reliable research helped me present with more confidence. I also realised that I need to improve my eye contact and rely less on my notes.</w:t>
      </w:r>
    </w:p>
    <w:p w14:paraId="70815A59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2. What would you do differently next time?</w:t>
      </w:r>
    </w:p>
    <w:p w14:paraId="2D73F5CE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would practise more, slow down my speaking and include more examples to support my explanations.</w:t>
      </w:r>
    </w:p>
    <w:p w14:paraId="54A9A1D9" w14:textId="77777777" w:rsidR="001F024D" w:rsidRPr="00B52543" w:rsidRDefault="00000000">
      <w:pPr>
        <w:pStyle w:val="Heading3"/>
        <w:rPr>
          <w:rFonts w:ascii="Arial" w:hAnsi="Arial" w:cs="Arial"/>
          <w:color w:val="000000" w:themeColor="text1"/>
        </w:rPr>
      </w:pPr>
      <w:r w:rsidRPr="00B52543">
        <w:rPr>
          <w:rFonts w:ascii="Arial" w:hAnsi="Arial" w:cs="Arial"/>
          <w:color w:val="000000" w:themeColor="text1"/>
        </w:rPr>
        <w:t>3. What does this experience tell you about how you work or prepare?</w:t>
      </w:r>
    </w:p>
    <w:p w14:paraId="0AB2DCA6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It showed me that I work best when I organise my research early and practise before presenting.</w:t>
      </w:r>
    </w:p>
    <w:p w14:paraId="0AC7857B" w14:textId="77777777" w:rsidR="001F024D" w:rsidRPr="00B52543" w:rsidRDefault="00000000">
      <w:pPr>
        <w:pStyle w:val="Heading2"/>
        <w:rPr>
          <w:rFonts w:ascii="Arial" w:hAnsi="Arial" w:cs="Arial"/>
          <w:sz w:val="22"/>
          <w:szCs w:val="22"/>
        </w:rPr>
      </w:pPr>
      <w:r w:rsidRPr="00B52543">
        <w:rPr>
          <w:rFonts w:ascii="Arial" w:hAnsi="Arial" w:cs="Arial"/>
          <w:sz w:val="22"/>
          <w:szCs w:val="22"/>
        </w:rPr>
        <w:lastRenderedPageBreak/>
        <w:t>Now What? – Action Plan</w:t>
      </w:r>
    </w:p>
    <w:p w14:paraId="23586380" w14:textId="77777777" w:rsidR="001F024D" w:rsidRPr="00B52543" w:rsidRDefault="00000000">
      <w:pPr>
        <w:pStyle w:val="Heading3"/>
        <w:rPr>
          <w:rFonts w:ascii="Arial" w:hAnsi="Arial" w:cs="Arial"/>
        </w:rPr>
      </w:pPr>
      <w:r w:rsidRPr="00B52543">
        <w:rPr>
          <w:rFonts w:ascii="Arial" w:hAnsi="Arial" w:cs="Arial"/>
        </w:rPr>
        <w:t>1. What will you do as your next steps for Task 3?</w:t>
      </w:r>
    </w:p>
    <w:p w14:paraId="10EDF899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will continue researching the Dental Nurse role, identify the essential skills, organise my notes, use reliable sources and reference everything correctly using Harvard Referencing.</w:t>
      </w:r>
    </w:p>
    <w:p w14:paraId="1466C9EB" w14:textId="77777777" w:rsidR="001F024D" w:rsidRPr="00B52543" w:rsidRDefault="00000000">
      <w:pPr>
        <w:pStyle w:val="Heading3"/>
        <w:rPr>
          <w:rFonts w:ascii="Arial" w:hAnsi="Arial" w:cs="Arial"/>
        </w:rPr>
      </w:pPr>
      <w:r w:rsidRPr="00B52543">
        <w:rPr>
          <w:rFonts w:ascii="Arial" w:hAnsi="Arial" w:cs="Arial"/>
        </w:rPr>
        <w:t>2. What will help you stick to your plan?</w:t>
      </w:r>
    </w:p>
    <w:p w14:paraId="465D0906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I will set weekly goals, complete one section at a time, review my work and ask my lecturer for guidance if needed.</w:t>
      </w:r>
    </w:p>
    <w:p w14:paraId="7A2FFE0C" w14:textId="77777777" w:rsidR="001F024D" w:rsidRPr="00B52543" w:rsidRDefault="00000000">
      <w:pPr>
        <w:pStyle w:val="Heading2"/>
        <w:rPr>
          <w:rFonts w:ascii="Arial" w:hAnsi="Arial" w:cs="Arial"/>
          <w:sz w:val="22"/>
          <w:szCs w:val="22"/>
        </w:rPr>
      </w:pPr>
      <w:r w:rsidRPr="00B52543">
        <w:rPr>
          <w:rFonts w:ascii="Arial" w:hAnsi="Arial" w:cs="Arial"/>
          <w:sz w:val="22"/>
          <w:szCs w:val="22"/>
        </w:rPr>
        <w:t>Any other thoughts?</w:t>
      </w:r>
    </w:p>
    <w:p w14:paraId="1E320E85" w14:textId="77777777" w:rsidR="001F024D" w:rsidRPr="00B52543" w:rsidRDefault="00000000">
      <w:pPr>
        <w:rPr>
          <w:rFonts w:cs="Arial"/>
        </w:rPr>
      </w:pPr>
      <w:r w:rsidRPr="00B52543">
        <w:rPr>
          <w:rFonts w:cs="Arial"/>
        </w:rPr>
        <w:t>Completing this presentation has improved my confidence in researching and presenting information. It has also shown me the importance of preparing thoroughly and using reliable sources.</w:t>
      </w:r>
    </w:p>
    <w:sectPr w:rsidR="001F024D" w:rsidRPr="00B5254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1000105">
    <w:abstractNumId w:val="8"/>
  </w:num>
  <w:num w:numId="2" w16cid:durableId="1465855677">
    <w:abstractNumId w:val="6"/>
  </w:num>
  <w:num w:numId="3" w16cid:durableId="1559438167">
    <w:abstractNumId w:val="5"/>
  </w:num>
  <w:num w:numId="4" w16cid:durableId="299267942">
    <w:abstractNumId w:val="4"/>
  </w:num>
  <w:num w:numId="5" w16cid:durableId="178545416">
    <w:abstractNumId w:val="7"/>
  </w:num>
  <w:num w:numId="6" w16cid:durableId="1553423946">
    <w:abstractNumId w:val="3"/>
  </w:num>
  <w:num w:numId="7" w16cid:durableId="804932728">
    <w:abstractNumId w:val="2"/>
  </w:num>
  <w:num w:numId="8" w16cid:durableId="1600528307">
    <w:abstractNumId w:val="1"/>
  </w:num>
  <w:num w:numId="9" w16cid:durableId="126996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024D"/>
    <w:rsid w:val="0029639D"/>
    <w:rsid w:val="00326F90"/>
    <w:rsid w:val="009760F4"/>
    <w:rsid w:val="00AA1D8D"/>
    <w:rsid w:val="00B47730"/>
    <w:rsid w:val="00B5254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C5401"/>
  <w14:defaultImageDpi w14:val="300"/>
  <w15:docId w15:val="{F6C27483-BDAC-B84F-BCC5-3A52870C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2026</Characters>
  <Application>Microsoft Office Word</Application>
  <DocSecurity>0</DocSecurity>
  <Lines>46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Sojib Ahmed Raj</cp:lastModifiedBy>
  <cp:revision>2</cp:revision>
  <dcterms:created xsi:type="dcterms:W3CDTF">2013-12-23T23:15:00Z</dcterms:created>
  <dcterms:modified xsi:type="dcterms:W3CDTF">2026-08-07T09:25:00Z</dcterms:modified>
  <cp:category/>
</cp:coreProperties>
</file>