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B791F" w14:textId="77777777" w:rsidR="00B80861" w:rsidRDefault="00B80861" w:rsidP="00B80861">
      <w:r>
        <w:t>Job Advertisement</w:t>
      </w:r>
    </w:p>
    <w:p w14:paraId="31125DD9" w14:textId="77777777" w:rsidR="00B80861" w:rsidRPr="00BF644E" w:rsidRDefault="00B80861" w:rsidP="00B80861">
      <w:pPr>
        <w:rPr>
          <w:b/>
          <w:bCs/>
          <w:lang w:val="en"/>
        </w:rPr>
      </w:pPr>
      <w:r w:rsidRPr="00BF644E">
        <w:rPr>
          <w:b/>
          <w:bCs/>
          <w:lang w:val="en"/>
        </w:rPr>
        <w:t>Part time chauffeur driver- job post</w:t>
      </w:r>
    </w:p>
    <w:p w14:paraId="28A72187" w14:textId="77777777" w:rsidR="00B80861" w:rsidRPr="00BF644E" w:rsidRDefault="00B80861" w:rsidP="00B80861">
      <w:pPr>
        <w:rPr>
          <w:lang w:val="en-GB"/>
        </w:rPr>
      </w:pPr>
      <w:hyperlink r:id="rId6" w:tgtFrame="_blank" w:history="1">
        <w:r w:rsidRPr="00BF644E">
          <w:rPr>
            <w:rStyle w:val="Hyperlink"/>
            <w:lang w:val="en-GB"/>
          </w:rPr>
          <w:t>HCD Developments Ltd</w:t>
        </w:r>
      </w:hyperlink>
    </w:p>
    <w:p w14:paraId="2EBE0DC3" w14:textId="77777777" w:rsidR="00B80861" w:rsidRPr="00BF644E" w:rsidRDefault="00B80861" w:rsidP="00B80861">
      <w:pPr>
        <w:rPr>
          <w:lang w:val="en-GB"/>
        </w:rPr>
      </w:pPr>
      <w:r w:rsidRPr="00BF644E">
        <w:rPr>
          <w:lang w:val="en-GB"/>
        </w:rPr>
        <w:t>Solihull B93</w:t>
      </w:r>
    </w:p>
    <w:p w14:paraId="4C22C3E3" w14:textId="77777777" w:rsidR="00B80861" w:rsidRPr="00BF644E" w:rsidRDefault="00B80861" w:rsidP="00B80861">
      <w:pPr>
        <w:rPr>
          <w:lang w:val="en-GB"/>
        </w:rPr>
      </w:pPr>
      <w:r w:rsidRPr="00BF644E">
        <w:rPr>
          <w:lang w:val="en-GB"/>
        </w:rPr>
        <w:t>£13 - £16 an hour - Part-time, Zero hours contract</w:t>
      </w:r>
    </w:p>
    <w:p w14:paraId="6CC1B155" w14:textId="77777777" w:rsidR="00B80861" w:rsidRPr="0019711B" w:rsidRDefault="00B80861" w:rsidP="00B80861">
      <w:pPr>
        <w:rPr>
          <w:b/>
          <w:bCs/>
          <w:lang w:val="en-GB"/>
        </w:rPr>
      </w:pPr>
      <w:r w:rsidRPr="0019711B">
        <w:rPr>
          <w:b/>
          <w:bCs/>
          <w:lang w:val="en-GB"/>
        </w:rPr>
        <w:t>Job details</w:t>
      </w:r>
    </w:p>
    <w:p w14:paraId="5DBCE9DC" w14:textId="77777777" w:rsidR="00B80861" w:rsidRPr="0019711B" w:rsidRDefault="00B80861" w:rsidP="00B80861">
      <w:pPr>
        <w:rPr>
          <w:b/>
          <w:bCs/>
          <w:lang w:val="en-GB"/>
        </w:rPr>
      </w:pPr>
      <w:r w:rsidRPr="0019711B">
        <w:rPr>
          <w:b/>
          <w:bCs/>
          <w:lang w:val="en-GB"/>
        </w:rPr>
        <w:t>Pay</w:t>
      </w:r>
    </w:p>
    <w:p w14:paraId="336490FD" w14:textId="77777777" w:rsidR="00B80861" w:rsidRPr="0019711B" w:rsidRDefault="00B80861" w:rsidP="00B80861">
      <w:pPr>
        <w:numPr>
          <w:ilvl w:val="0"/>
          <w:numId w:val="10"/>
        </w:numPr>
        <w:rPr>
          <w:b/>
          <w:bCs/>
          <w:lang w:val="en-GB"/>
        </w:rPr>
      </w:pPr>
      <w:r w:rsidRPr="0019711B">
        <w:rPr>
          <w:b/>
          <w:bCs/>
          <w:lang w:val="en-GB"/>
        </w:rPr>
        <w:t>£13 - £16 an hour</w:t>
      </w:r>
    </w:p>
    <w:p w14:paraId="341AFB40" w14:textId="77777777" w:rsidR="00B80861" w:rsidRPr="0019711B" w:rsidRDefault="00B80861" w:rsidP="00B80861">
      <w:pPr>
        <w:rPr>
          <w:b/>
          <w:bCs/>
          <w:lang w:val="en-GB"/>
        </w:rPr>
      </w:pPr>
      <w:r w:rsidRPr="0019711B">
        <w:rPr>
          <w:b/>
          <w:bCs/>
          <w:lang w:val="en-GB"/>
        </w:rPr>
        <w:t>Job type</w:t>
      </w:r>
    </w:p>
    <w:p w14:paraId="0A2588B7" w14:textId="77777777" w:rsidR="00B80861" w:rsidRPr="0019711B" w:rsidRDefault="00B80861" w:rsidP="00B80861">
      <w:pPr>
        <w:numPr>
          <w:ilvl w:val="0"/>
          <w:numId w:val="11"/>
        </w:numPr>
        <w:rPr>
          <w:b/>
          <w:bCs/>
          <w:lang w:val="en-GB"/>
        </w:rPr>
      </w:pPr>
      <w:r w:rsidRPr="0019711B">
        <w:rPr>
          <w:b/>
          <w:bCs/>
          <w:lang w:val="en-GB"/>
        </w:rPr>
        <w:t>Zero hours contract</w:t>
      </w:r>
    </w:p>
    <w:p w14:paraId="5CFA8C60" w14:textId="77777777" w:rsidR="00B80861" w:rsidRPr="0019711B" w:rsidRDefault="00B80861" w:rsidP="00B80861">
      <w:pPr>
        <w:numPr>
          <w:ilvl w:val="0"/>
          <w:numId w:val="11"/>
        </w:numPr>
        <w:rPr>
          <w:b/>
          <w:bCs/>
          <w:lang w:val="en-GB"/>
        </w:rPr>
      </w:pPr>
      <w:r w:rsidRPr="0019711B">
        <w:rPr>
          <w:b/>
          <w:bCs/>
          <w:lang w:val="en-GB"/>
        </w:rPr>
        <w:t>Part-time</w:t>
      </w:r>
    </w:p>
    <w:p w14:paraId="12E82C0C" w14:textId="77777777" w:rsidR="00B80861" w:rsidRPr="0019711B" w:rsidRDefault="00B80861" w:rsidP="00B80861">
      <w:pPr>
        <w:rPr>
          <w:b/>
          <w:bCs/>
          <w:lang w:val="en-GB"/>
        </w:rPr>
      </w:pPr>
      <w:r w:rsidRPr="0019711B">
        <w:rPr>
          <w:b/>
          <w:bCs/>
          <w:lang w:val="en-GB"/>
        </w:rPr>
        <w:t>Shift and schedule</w:t>
      </w:r>
    </w:p>
    <w:p w14:paraId="6FEE94C9" w14:textId="77777777" w:rsidR="00B80861" w:rsidRPr="0019711B" w:rsidRDefault="00B80861" w:rsidP="00B80861">
      <w:pPr>
        <w:numPr>
          <w:ilvl w:val="0"/>
          <w:numId w:val="12"/>
        </w:numPr>
        <w:rPr>
          <w:b/>
          <w:bCs/>
          <w:lang w:val="en-GB"/>
        </w:rPr>
      </w:pPr>
      <w:r w:rsidRPr="0019711B">
        <w:rPr>
          <w:b/>
          <w:bCs/>
          <w:lang w:val="en-GB"/>
        </w:rPr>
        <w:t>Weekend availability</w:t>
      </w:r>
    </w:p>
    <w:p w14:paraId="4DC28390" w14:textId="77777777" w:rsidR="00B80861" w:rsidRPr="0019711B" w:rsidRDefault="00B80861" w:rsidP="00B80861">
      <w:pPr>
        <w:rPr>
          <w:b/>
          <w:bCs/>
          <w:lang w:val="en-GB"/>
        </w:rPr>
      </w:pPr>
      <w:r w:rsidRPr="0019711B">
        <w:rPr>
          <w:b/>
          <w:bCs/>
          <w:lang w:val="en-GB"/>
        </w:rPr>
        <w:t>Location</w:t>
      </w:r>
    </w:p>
    <w:p w14:paraId="3A3E0A2C" w14:textId="77777777" w:rsidR="00B80861" w:rsidRPr="0019711B" w:rsidRDefault="00B80861" w:rsidP="00B80861">
      <w:pPr>
        <w:rPr>
          <w:lang w:val="en-GB"/>
        </w:rPr>
      </w:pPr>
      <w:r w:rsidRPr="0019711B">
        <w:rPr>
          <w:lang w:val="en-GB"/>
        </w:rPr>
        <w:t>Solihull B93</w:t>
      </w:r>
    </w:p>
    <w:p w14:paraId="51DB1A2B" w14:textId="77777777" w:rsidR="00B80861" w:rsidRPr="0019711B" w:rsidRDefault="00B80861" w:rsidP="00B80861">
      <w:pPr>
        <w:rPr>
          <w:b/>
          <w:bCs/>
          <w:lang w:val="en-GB"/>
        </w:rPr>
      </w:pPr>
      <w:r w:rsidRPr="0019711B">
        <w:rPr>
          <w:b/>
          <w:bCs/>
          <w:lang w:val="en-GB"/>
        </w:rPr>
        <w:t>Full job description</w:t>
      </w:r>
    </w:p>
    <w:p w14:paraId="5D87CAF2" w14:textId="77777777" w:rsidR="00B80861" w:rsidRPr="0019711B" w:rsidRDefault="00B80861" w:rsidP="00B80861">
      <w:pPr>
        <w:rPr>
          <w:lang w:val="en-GB"/>
        </w:rPr>
      </w:pPr>
      <w:r w:rsidRPr="0019711B">
        <w:rPr>
          <w:lang w:val="en-GB"/>
        </w:rPr>
        <w:t>Job Title: Part-Time Chauffeur / Personal Driver (Zero Hours Contract)</w:t>
      </w:r>
    </w:p>
    <w:p w14:paraId="3D819243" w14:textId="77777777" w:rsidR="00B80861" w:rsidRPr="0019711B" w:rsidRDefault="00B80861" w:rsidP="00B80861">
      <w:pPr>
        <w:rPr>
          <w:lang w:val="en-GB"/>
        </w:rPr>
      </w:pPr>
      <w:r w:rsidRPr="0019711B">
        <w:rPr>
          <w:lang w:val="en-GB"/>
        </w:rPr>
        <w:t>Location: Solihull &amp; Surrounding Areas</w:t>
      </w:r>
    </w:p>
    <w:p w14:paraId="2ED4E0D8" w14:textId="77777777" w:rsidR="00B80861" w:rsidRPr="0019711B" w:rsidRDefault="00B80861" w:rsidP="00B80861">
      <w:pPr>
        <w:rPr>
          <w:lang w:val="en-GB"/>
        </w:rPr>
      </w:pPr>
      <w:r w:rsidRPr="0019711B">
        <w:rPr>
          <w:lang w:val="en-GB"/>
        </w:rPr>
        <w:t>Contract Type: Zero Hours, Part-Time</w:t>
      </w:r>
    </w:p>
    <w:p w14:paraId="37C28367" w14:textId="77777777" w:rsidR="00B80861" w:rsidRPr="0019711B" w:rsidRDefault="00B80861" w:rsidP="00B80861">
      <w:pPr>
        <w:rPr>
          <w:lang w:val="en-GB"/>
        </w:rPr>
      </w:pPr>
      <w:r w:rsidRPr="0019711B">
        <w:rPr>
          <w:lang w:val="en-GB"/>
        </w:rPr>
        <w:t>Salary: Competitive, dependent on experience</w:t>
      </w:r>
    </w:p>
    <w:p w14:paraId="3C37E474" w14:textId="77777777" w:rsidR="00B80861" w:rsidRPr="0019711B" w:rsidRDefault="00B80861" w:rsidP="00B80861">
      <w:pPr>
        <w:rPr>
          <w:lang w:val="en-GB"/>
        </w:rPr>
      </w:pPr>
      <w:r w:rsidRPr="0019711B">
        <w:rPr>
          <w:lang w:val="en-GB"/>
        </w:rPr>
        <w:t>Role Overview</w:t>
      </w:r>
    </w:p>
    <w:p w14:paraId="47440E68" w14:textId="77777777" w:rsidR="00B80861" w:rsidRPr="0019711B" w:rsidRDefault="00B80861" w:rsidP="00B80861">
      <w:pPr>
        <w:rPr>
          <w:lang w:val="en-GB"/>
        </w:rPr>
      </w:pPr>
      <w:r w:rsidRPr="0019711B">
        <w:rPr>
          <w:lang w:val="en-GB"/>
        </w:rPr>
        <w:t>We are seeking a professional, reliable, and highly discreet part-time chauffeur to provide luxury driving services for a private household. The successful candidate will be responsible for safely and comfortably transporting the principal and family to social events, business engagements, dinners, and other commitments as required.</w:t>
      </w:r>
    </w:p>
    <w:p w14:paraId="18E98493" w14:textId="77777777" w:rsidR="00B80861" w:rsidRPr="0019711B" w:rsidRDefault="00B80861" w:rsidP="00B80861">
      <w:pPr>
        <w:rPr>
          <w:lang w:val="en-GB"/>
        </w:rPr>
      </w:pPr>
      <w:r w:rsidRPr="0019711B">
        <w:rPr>
          <w:lang w:val="en-GB"/>
        </w:rPr>
        <w:t xml:space="preserve">This is a flexible, zero-hours role, ideal for an experienced driver who can adapt to changing schedules, short-notice requests, and extended working hours when necessary. The role </w:t>
      </w:r>
      <w:r w:rsidRPr="0019711B">
        <w:rPr>
          <w:lang w:val="en-GB"/>
        </w:rPr>
        <w:lastRenderedPageBreak/>
        <w:t>requires a high level of professionalism, excellent presentation, and exceptional interpersonal skills.</w:t>
      </w:r>
    </w:p>
    <w:p w14:paraId="518FB83E" w14:textId="77777777" w:rsidR="00B80861" w:rsidRPr="0019711B" w:rsidRDefault="00B80861" w:rsidP="00B80861">
      <w:pPr>
        <w:rPr>
          <w:lang w:val="en-GB"/>
        </w:rPr>
      </w:pPr>
      <w:r w:rsidRPr="0019711B">
        <w:rPr>
          <w:rFonts w:ascii="Segoe UI Symbol" w:hAnsi="Segoe UI Symbol" w:cs="Segoe UI Symbol"/>
          <w:lang w:val="en-GB"/>
        </w:rPr>
        <w:t>⸻</w:t>
      </w:r>
    </w:p>
    <w:p w14:paraId="119C0F3F" w14:textId="77777777" w:rsidR="00B80861" w:rsidRPr="0019711B" w:rsidRDefault="00B80861" w:rsidP="00B80861">
      <w:pPr>
        <w:rPr>
          <w:lang w:val="en-GB"/>
        </w:rPr>
      </w:pPr>
      <w:r w:rsidRPr="0019711B">
        <w:rPr>
          <w:lang w:val="en-GB"/>
        </w:rPr>
        <w:t>Key Responsibilities</w:t>
      </w:r>
    </w:p>
    <w:p w14:paraId="2B01ACDE" w14:textId="77777777" w:rsidR="00B80861" w:rsidRPr="0019711B" w:rsidRDefault="00B80861" w:rsidP="00B80861">
      <w:pPr>
        <w:numPr>
          <w:ilvl w:val="0"/>
          <w:numId w:val="13"/>
        </w:numPr>
        <w:rPr>
          <w:lang w:val="en-GB"/>
        </w:rPr>
      </w:pPr>
      <w:r w:rsidRPr="0019711B">
        <w:rPr>
          <w:lang w:val="en-GB"/>
        </w:rPr>
        <w:t>Provide safe, smooth, and discreet chauffeur services using high-value luxury vehicles</w:t>
      </w:r>
    </w:p>
    <w:p w14:paraId="7A519756" w14:textId="77777777" w:rsidR="00B80861" w:rsidRPr="0019711B" w:rsidRDefault="00B80861" w:rsidP="00B80861">
      <w:pPr>
        <w:numPr>
          <w:ilvl w:val="0"/>
          <w:numId w:val="13"/>
        </w:numPr>
        <w:rPr>
          <w:lang w:val="en-GB"/>
        </w:rPr>
      </w:pPr>
      <w:r w:rsidRPr="0019711B">
        <w:rPr>
          <w:lang w:val="en-GB"/>
        </w:rPr>
        <w:t>Transport the principal and their spouse to and from events, dinners, meetings, airports, and private appointments</w:t>
      </w:r>
    </w:p>
    <w:p w14:paraId="2727C484" w14:textId="77777777" w:rsidR="00B80861" w:rsidRPr="0019711B" w:rsidRDefault="00B80861" w:rsidP="00B80861">
      <w:pPr>
        <w:numPr>
          <w:ilvl w:val="0"/>
          <w:numId w:val="13"/>
        </w:numPr>
        <w:rPr>
          <w:lang w:val="en-GB"/>
        </w:rPr>
      </w:pPr>
      <w:r w:rsidRPr="0019711B">
        <w:rPr>
          <w:lang w:val="en-GB"/>
        </w:rPr>
        <w:t xml:space="preserve">Maintain a high standard of driving, ensuring passenger comfort, safety, and confidentiality </w:t>
      </w:r>
      <w:proofErr w:type="gramStart"/>
      <w:r w:rsidRPr="0019711B">
        <w:rPr>
          <w:lang w:val="en-GB"/>
        </w:rPr>
        <w:t>at all times</w:t>
      </w:r>
      <w:proofErr w:type="gramEnd"/>
    </w:p>
    <w:p w14:paraId="3BAAC29C" w14:textId="77777777" w:rsidR="00B80861" w:rsidRPr="0019711B" w:rsidRDefault="00B80861" w:rsidP="00B80861">
      <w:pPr>
        <w:numPr>
          <w:ilvl w:val="0"/>
          <w:numId w:val="13"/>
        </w:numPr>
        <w:rPr>
          <w:lang w:val="en-GB"/>
        </w:rPr>
      </w:pPr>
      <w:r w:rsidRPr="0019711B">
        <w:rPr>
          <w:lang w:val="en-GB"/>
        </w:rPr>
        <w:t>Plan routes in advance, considering traffic, weather, and time constraints to ensure punctuality</w:t>
      </w:r>
    </w:p>
    <w:p w14:paraId="20F8BF87" w14:textId="77777777" w:rsidR="00B80861" w:rsidRPr="0019711B" w:rsidRDefault="00B80861" w:rsidP="00B80861">
      <w:pPr>
        <w:numPr>
          <w:ilvl w:val="0"/>
          <w:numId w:val="13"/>
        </w:numPr>
        <w:rPr>
          <w:lang w:val="en-GB"/>
        </w:rPr>
      </w:pPr>
      <w:r w:rsidRPr="0019711B">
        <w:rPr>
          <w:lang w:val="en-GB"/>
        </w:rPr>
        <w:t>Demonstrate flexibility to accommodate last-minute changes, schedule extensions, and varying shift lengths</w:t>
      </w:r>
    </w:p>
    <w:p w14:paraId="01D86441" w14:textId="77777777" w:rsidR="00B80861" w:rsidRPr="0019711B" w:rsidRDefault="00B80861" w:rsidP="00B80861">
      <w:pPr>
        <w:numPr>
          <w:ilvl w:val="0"/>
          <w:numId w:val="13"/>
        </w:numPr>
        <w:rPr>
          <w:lang w:val="en-GB"/>
        </w:rPr>
      </w:pPr>
      <w:r w:rsidRPr="0019711B">
        <w:rPr>
          <w:lang w:val="en-GB"/>
        </w:rPr>
        <w:t>Maintain the cleanliness, presentation, and readiness of the vehicles</w:t>
      </w:r>
    </w:p>
    <w:p w14:paraId="658ACCA8" w14:textId="77777777" w:rsidR="00B80861" w:rsidRPr="0019711B" w:rsidRDefault="00B80861" w:rsidP="00B80861">
      <w:pPr>
        <w:numPr>
          <w:ilvl w:val="0"/>
          <w:numId w:val="13"/>
        </w:numPr>
        <w:rPr>
          <w:lang w:val="en-GB"/>
        </w:rPr>
      </w:pPr>
      <w:r w:rsidRPr="0019711B">
        <w:rPr>
          <w:lang w:val="en-GB"/>
        </w:rPr>
        <w:t>Conduct routine vehicle checks and coordinate refuelling, and valeting when required</w:t>
      </w:r>
    </w:p>
    <w:p w14:paraId="18DA27F8" w14:textId="77777777" w:rsidR="00B80861" w:rsidRPr="0019711B" w:rsidRDefault="00B80861" w:rsidP="00B80861">
      <w:pPr>
        <w:numPr>
          <w:ilvl w:val="0"/>
          <w:numId w:val="13"/>
        </w:numPr>
        <w:rPr>
          <w:lang w:val="en-GB"/>
        </w:rPr>
      </w:pPr>
      <w:proofErr w:type="gramStart"/>
      <w:r w:rsidRPr="0019711B">
        <w:rPr>
          <w:lang w:val="en-GB"/>
        </w:rPr>
        <w:t>Act professionally and courteously at all times</w:t>
      </w:r>
      <w:proofErr w:type="gramEnd"/>
      <w:r w:rsidRPr="0019711B">
        <w:rPr>
          <w:lang w:val="en-GB"/>
        </w:rPr>
        <w:t>, representing the household to the highest standard</w:t>
      </w:r>
    </w:p>
    <w:p w14:paraId="043C24E5" w14:textId="77777777" w:rsidR="00B80861" w:rsidRPr="0019711B" w:rsidRDefault="00B80861" w:rsidP="00B80861">
      <w:pPr>
        <w:rPr>
          <w:lang w:val="en-GB"/>
        </w:rPr>
      </w:pPr>
      <w:r w:rsidRPr="0019711B">
        <w:rPr>
          <w:rFonts w:ascii="Segoe UI Symbol" w:hAnsi="Segoe UI Symbol" w:cs="Segoe UI Symbol"/>
          <w:lang w:val="en-GB"/>
        </w:rPr>
        <w:t>⸻</w:t>
      </w:r>
    </w:p>
    <w:p w14:paraId="126029D4" w14:textId="77777777" w:rsidR="00B80861" w:rsidRPr="0019711B" w:rsidRDefault="00B80861" w:rsidP="00B80861">
      <w:pPr>
        <w:rPr>
          <w:lang w:val="en-GB"/>
        </w:rPr>
      </w:pPr>
      <w:r w:rsidRPr="0019711B">
        <w:rPr>
          <w:lang w:val="en-GB"/>
        </w:rPr>
        <w:t>Key Requirements</w:t>
      </w:r>
    </w:p>
    <w:p w14:paraId="0E316C2E" w14:textId="77777777" w:rsidR="00B80861" w:rsidRPr="0019711B" w:rsidRDefault="00B80861" w:rsidP="00B80861">
      <w:pPr>
        <w:rPr>
          <w:lang w:val="en-GB"/>
        </w:rPr>
      </w:pPr>
      <w:r w:rsidRPr="0019711B">
        <w:rPr>
          <w:lang w:val="en-GB"/>
        </w:rPr>
        <w:t>Experience &amp; Licensing</w:t>
      </w:r>
    </w:p>
    <w:p w14:paraId="190FE31A" w14:textId="77777777" w:rsidR="00B80861" w:rsidRPr="0019711B" w:rsidRDefault="00B80861" w:rsidP="00B80861">
      <w:pPr>
        <w:numPr>
          <w:ilvl w:val="0"/>
          <w:numId w:val="14"/>
        </w:numPr>
        <w:rPr>
          <w:lang w:val="en-GB"/>
        </w:rPr>
      </w:pPr>
      <w:r w:rsidRPr="0019711B">
        <w:rPr>
          <w:lang w:val="en-GB"/>
        </w:rPr>
        <w:t>Full, clean UK driving licence</w:t>
      </w:r>
    </w:p>
    <w:p w14:paraId="11880D60" w14:textId="77777777" w:rsidR="00B80861" w:rsidRPr="0019711B" w:rsidRDefault="00B80861" w:rsidP="00B80861">
      <w:pPr>
        <w:numPr>
          <w:ilvl w:val="0"/>
          <w:numId w:val="14"/>
        </w:numPr>
        <w:rPr>
          <w:lang w:val="en-GB"/>
        </w:rPr>
      </w:pPr>
      <w:r w:rsidRPr="0019711B">
        <w:rPr>
          <w:lang w:val="en-GB"/>
        </w:rPr>
        <w:t>Minimum 10 years of professional driving experience</w:t>
      </w:r>
    </w:p>
    <w:p w14:paraId="2B75E6CE" w14:textId="77777777" w:rsidR="00B80861" w:rsidRPr="0019711B" w:rsidRDefault="00B80861" w:rsidP="00B80861">
      <w:pPr>
        <w:numPr>
          <w:ilvl w:val="0"/>
          <w:numId w:val="14"/>
        </w:numPr>
        <w:rPr>
          <w:lang w:val="en-GB"/>
        </w:rPr>
      </w:pPr>
      <w:r w:rsidRPr="0019711B">
        <w:rPr>
          <w:lang w:val="en-GB"/>
        </w:rPr>
        <w:t>Proven experience in chauffeur, executive transport, or private household driving roles preferred</w:t>
      </w:r>
    </w:p>
    <w:p w14:paraId="652438E3" w14:textId="77777777" w:rsidR="00B80861" w:rsidRPr="0019711B" w:rsidRDefault="00B80861" w:rsidP="00B80861">
      <w:pPr>
        <w:numPr>
          <w:ilvl w:val="0"/>
          <w:numId w:val="14"/>
        </w:numPr>
        <w:rPr>
          <w:lang w:val="en-GB"/>
        </w:rPr>
      </w:pPr>
      <w:r w:rsidRPr="0019711B">
        <w:rPr>
          <w:lang w:val="en-GB"/>
        </w:rPr>
        <w:t>Advanced or close protection training is highly desirable</w:t>
      </w:r>
    </w:p>
    <w:p w14:paraId="39A74451" w14:textId="77777777" w:rsidR="00B80861" w:rsidRPr="0019711B" w:rsidRDefault="00B80861" w:rsidP="00B80861">
      <w:pPr>
        <w:rPr>
          <w:lang w:val="en-GB"/>
        </w:rPr>
      </w:pPr>
      <w:r w:rsidRPr="0019711B">
        <w:rPr>
          <w:lang w:val="en-GB"/>
        </w:rPr>
        <w:t>Professional Presentation</w:t>
      </w:r>
    </w:p>
    <w:p w14:paraId="60F4A7D2" w14:textId="77777777" w:rsidR="00B80861" w:rsidRPr="0019711B" w:rsidRDefault="00B80861" w:rsidP="00B80861">
      <w:pPr>
        <w:numPr>
          <w:ilvl w:val="0"/>
          <w:numId w:val="15"/>
        </w:numPr>
        <w:rPr>
          <w:lang w:val="en-GB"/>
        </w:rPr>
      </w:pPr>
      <w:r w:rsidRPr="0019711B">
        <w:rPr>
          <w:lang w:val="en-GB"/>
        </w:rPr>
        <w:t>Impeccable personal grooming and presentation</w:t>
      </w:r>
    </w:p>
    <w:p w14:paraId="24D71FAC" w14:textId="77777777" w:rsidR="00B80861" w:rsidRPr="0019711B" w:rsidRDefault="00B80861" w:rsidP="00B80861">
      <w:pPr>
        <w:numPr>
          <w:ilvl w:val="0"/>
          <w:numId w:val="15"/>
        </w:numPr>
        <w:rPr>
          <w:lang w:val="en-GB"/>
        </w:rPr>
      </w:pPr>
      <w:r w:rsidRPr="0019711B">
        <w:rPr>
          <w:lang w:val="en-GB"/>
        </w:rPr>
        <w:t xml:space="preserve">Smart, formal attire </w:t>
      </w:r>
      <w:proofErr w:type="gramStart"/>
      <w:r w:rsidRPr="0019711B">
        <w:rPr>
          <w:lang w:val="en-GB"/>
        </w:rPr>
        <w:t>required at all times</w:t>
      </w:r>
      <w:proofErr w:type="gramEnd"/>
      <w:r w:rsidRPr="0019711B">
        <w:rPr>
          <w:lang w:val="en-GB"/>
        </w:rPr>
        <w:t xml:space="preserve"> (suit, tie, and polished footwear)</w:t>
      </w:r>
    </w:p>
    <w:p w14:paraId="6BE6D10A" w14:textId="77777777" w:rsidR="00B80861" w:rsidRPr="0019711B" w:rsidRDefault="00B80861" w:rsidP="00B80861">
      <w:pPr>
        <w:numPr>
          <w:ilvl w:val="0"/>
          <w:numId w:val="15"/>
        </w:numPr>
        <w:rPr>
          <w:lang w:val="en-GB"/>
        </w:rPr>
      </w:pPr>
      <w:r w:rsidRPr="0019711B">
        <w:rPr>
          <w:lang w:val="en-GB"/>
        </w:rPr>
        <w:t>Confident, calm, and polished demeanour</w:t>
      </w:r>
    </w:p>
    <w:p w14:paraId="10EE5862" w14:textId="77777777" w:rsidR="00B80861" w:rsidRPr="0019711B" w:rsidRDefault="00B80861" w:rsidP="00B80861">
      <w:pPr>
        <w:rPr>
          <w:lang w:val="en-GB"/>
        </w:rPr>
      </w:pPr>
      <w:r w:rsidRPr="0019711B">
        <w:rPr>
          <w:lang w:val="en-GB"/>
        </w:rPr>
        <w:t>Flexibility &amp; Availability</w:t>
      </w:r>
    </w:p>
    <w:p w14:paraId="22C162DF" w14:textId="77777777" w:rsidR="00B80861" w:rsidRPr="0019711B" w:rsidRDefault="00B80861" w:rsidP="00B80861">
      <w:pPr>
        <w:numPr>
          <w:ilvl w:val="0"/>
          <w:numId w:val="16"/>
        </w:numPr>
        <w:rPr>
          <w:lang w:val="en-GB"/>
        </w:rPr>
      </w:pPr>
      <w:r w:rsidRPr="0019711B">
        <w:rPr>
          <w:lang w:val="en-GB"/>
        </w:rPr>
        <w:t>Must be highly flexible, with the ability to work evenings, weekends, and late-night hours</w:t>
      </w:r>
    </w:p>
    <w:p w14:paraId="6FFAD27C" w14:textId="77777777" w:rsidR="00B80861" w:rsidRPr="0019711B" w:rsidRDefault="00B80861" w:rsidP="00B80861">
      <w:pPr>
        <w:numPr>
          <w:ilvl w:val="0"/>
          <w:numId w:val="16"/>
        </w:numPr>
        <w:rPr>
          <w:lang w:val="en-GB"/>
        </w:rPr>
      </w:pPr>
      <w:r w:rsidRPr="0019711B">
        <w:rPr>
          <w:lang w:val="en-GB"/>
        </w:rPr>
        <w:t>Comfortable adapting to last-minute schedule changes and extended shifts</w:t>
      </w:r>
    </w:p>
    <w:p w14:paraId="0469D836" w14:textId="77777777" w:rsidR="00B80861" w:rsidRPr="0019711B" w:rsidRDefault="00B80861" w:rsidP="00B80861">
      <w:pPr>
        <w:numPr>
          <w:ilvl w:val="0"/>
          <w:numId w:val="16"/>
        </w:numPr>
        <w:rPr>
          <w:lang w:val="en-GB"/>
        </w:rPr>
      </w:pPr>
      <w:r w:rsidRPr="0019711B">
        <w:rPr>
          <w:lang w:val="en-GB"/>
        </w:rPr>
        <w:t>Willing to respond to short-notice requests when required</w:t>
      </w:r>
    </w:p>
    <w:p w14:paraId="6B983827" w14:textId="77777777" w:rsidR="00B80861" w:rsidRPr="0019711B" w:rsidRDefault="00B80861" w:rsidP="00B80861">
      <w:pPr>
        <w:rPr>
          <w:lang w:val="en-GB"/>
        </w:rPr>
      </w:pPr>
      <w:r w:rsidRPr="0019711B">
        <w:rPr>
          <w:lang w:val="en-GB"/>
        </w:rPr>
        <w:t>Communication &amp; Personal Skills</w:t>
      </w:r>
    </w:p>
    <w:p w14:paraId="49AF1446" w14:textId="77777777" w:rsidR="00B80861" w:rsidRPr="0019711B" w:rsidRDefault="00B80861" w:rsidP="00B80861">
      <w:pPr>
        <w:numPr>
          <w:ilvl w:val="0"/>
          <w:numId w:val="17"/>
        </w:numPr>
        <w:rPr>
          <w:lang w:val="en-GB"/>
        </w:rPr>
      </w:pPr>
      <w:r w:rsidRPr="0019711B">
        <w:rPr>
          <w:lang w:val="en-GB"/>
        </w:rPr>
        <w:t>Excellent communication skills, with a polite, professional, and discreet manner</w:t>
      </w:r>
    </w:p>
    <w:p w14:paraId="5CA98EAE" w14:textId="77777777" w:rsidR="00B80861" w:rsidRPr="0019711B" w:rsidRDefault="00B80861" w:rsidP="00B80861">
      <w:pPr>
        <w:numPr>
          <w:ilvl w:val="0"/>
          <w:numId w:val="17"/>
        </w:numPr>
        <w:rPr>
          <w:lang w:val="en-GB"/>
        </w:rPr>
      </w:pPr>
      <w:r w:rsidRPr="0019711B">
        <w:rPr>
          <w:lang w:val="en-GB"/>
        </w:rPr>
        <w:t>Strong interpersonal skills and the ability to interact comfortably with high-profile individuals</w:t>
      </w:r>
    </w:p>
    <w:p w14:paraId="6FD38D76" w14:textId="77777777" w:rsidR="00B80861" w:rsidRPr="0019711B" w:rsidRDefault="00B80861" w:rsidP="00B80861">
      <w:pPr>
        <w:numPr>
          <w:ilvl w:val="0"/>
          <w:numId w:val="17"/>
        </w:numPr>
        <w:rPr>
          <w:lang w:val="en-GB"/>
        </w:rPr>
      </w:pPr>
      <w:r w:rsidRPr="0019711B">
        <w:rPr>
          <w:lang w:val="en-GB"/>
        </w:rPr>
        <w:t xml:space="preserve">Absolute discretion and confidentiality </w:t>
      </w:r>
      <w:proofErr w:type="gramStart"/>
      <w:r w:rsidRPr="0019711B">
        <w:rPr>
          <w:lang w:val="en-GB"/>
        </w:rPr>
        <w:t>at all times</w:t>
      </w:r>
      <w:proofErr w:type="gramEnd"/>
    </w:p>
    <w:p w14:paraId="21E6E96C" w14:textId="77777777" w:rsidR="00B80861" w:rsidRPr="0019711B" w:rsidRDefault="00B80861" w:rsidP="00B80861">
      <w:pPr>
        <w:numPr>
          <w:ilvl w:val="0"/>
          <w:numId w:val="17"/>
        </w:numPr>
        <w:rPr>
          <w:lang w:val="en-GB"/>
        </w:rPr>
      </w:pPr>
      <w:r w:rsidRPr="0019711B">
        <w:rPr>
          <w:lang w:val="en-GB"/>
        </w:rPr>
        <w:t>Calm under pressure, adaptable, and proactive</w:t>
      </w:r>
    </w:p>
    <w:p w14:paraId="329589F6" w14:textId="77777777" w:rsidR="00B80861" w:rsidRPr="0019711B" w:rsidRDefault="00B80861" w:rsidP="00B80861">
      <w:pPr>
        <w:rPr>
          <w:lang w:val="en-GB"/>
        </w:rPr>
      </w:pPr>
      <w:r w:rsidRPr="0019711B">
        <w:rPr>
          <w:lang w:val="en-GB"/>
        </w:rPr>
        <w:t>Personal Attributes</w:t>
      </w:r>
    </w:p>
    <w:p w14:paraId="2DDA5EE9" w14:textId="77777777" w:rsidR="00B80861" w:rsidRPr="0019711B" w:rsidRDefault="00B80861" w:rsidP="00B80861">
      <w:pPr>
        <w:numPr>
          <w:ilvl w:val="0"/>
          <w:numId w:val="18"/>
        </w:numPr>
        <w:rPr>
          <w:lang w:val="en-GB"/>
        </w:rPr>
      </w:pPr>
      <w:r w:rsidRPr="0019711B">
        <w:rPr>
          <w:lang w:val="en-GB"/>
        </w:rPr>
        <w:t>Reliable, punctual, and highly trustworthy</w:t>
      </w:r>
    </w:p>
    <w:p w14:paraId="2D77E17E" w14:textId="77777777" w:rsidR="00B80861" w:rsidRPr="0019711B" w:rsidRDefault="00B80861" w:rsidP="00B80861">
      <w:pPr>
        <w:numPr>
          <w:ilvl w:val="0"/>
          <w:numId w:val="18"/>
        </w:numPr>
        <w:rPr>
          <w:lang w:val="en-GB"/>
        </w:rPr>
      </w:pPr>
      <w:r w:rsidRPr="0019711B">
        <w:rPr>
          <w:lang w:val="en-GB"/>
        </w:rPr>
        <w:t>Strong attention to detail</w:t>
      </w:r>
    </w:p>
    <w:p w14:paraId="6B12783C" w14:textId="77777777" w:rsidR="00B80861" w:rsidRPr="0019711B" w:rsidRDefault="00B80861" w:rsidP="00B80861">
      <w:pPr>
        <w:numPr>
          <w:ilvl w:val="0"/>
          <w:numId w:val="18"/>
        </w:numPr>
        <w:rPr>
          <w:lang w:val="en-GB"/>
        </w:rPr>
      </w:pPr>
      <w:r w:rsidRPr="0019711B">
        <w:rPr>
          <w:lang w:val="en-GB"/>
        </w:rPr>
        <w:t>Professional, courteous, and service-oriented</w:t>
      </w:r>
    </w:p>
    <w:p w14:paraId="3E9B915B" w14:textId="77777777" w:rsidR="00B80861" w:rsidRPr="0019711B" w:rsidRDefault="00B80861" w:rsidP="00B80861">
      <w:pPr>
        <w:numPr>
          <w:ilvl w:val="0"/>
          <w:numId w:val="18"/>
        </w:numPr>
        <w:rPr>
          <w:lang w:val="en-GB"/>
        </w:rPr>
      </w:pPr>
      <w:r w:rsidRPr="0019711B">
        <w:rPr>
          <w:lang w:val="en-GB"/>
        </w:rPr>
        <w:t>High standards of integrity and confidentiality</w:t>
      </w:r>
    </w:p>
    <w:p w14:paraId="712417C3" w14:textId="77777777" w:rsidR="00B80861" w:rsidRPr="0019711B" w:rsidRDefault="00B80861" w:rsidP="00B80861">
      <w:pPr>
        <w:rPr>
          <w:lang w:val="en-GB"/>
        </w:rPr>
      </w:pPr>
      <w:r w:rsidRPr="0019711B">
        <w:rPr>
          <w:rFonts w:ascii="Segoe UI Symbol" w:hAnsi="Segoe UI Symbol" w:cs="Segoe UI Symbol"/>
          <w:lang w:val="en-GB"/>
        </w:rPr>
        <w:t>⸻</w:t>
      </w:r>
    </w:p>
    <w:p w14:paraId="10B08D87" w14:textId="77777777" w:rsidR="00B80861" w:rsidRPr="0019711B" w:rsidRDefault="00B80861" w:rsidP="00B80861">
      <w:pPr>
        <w:rPr>
          <w:lang w:val="en-GB"/>
        </w:rPr>
      </w:pPr>
      <w:r w:rsidRPr="0019711B">
        <w:rPr>
          <w:lang w:val="en-GB"/>
        </w:rPr>
        <w:t>Desirable Skills &amp; Training</w:t>
      </w:r>
    </w:p>
    <w:p w14:paraId="603226EB" w14:textId="77777777" w:rsidR="00B80861" w:rsidRPr="0019711B" w:rsidRDefault="00B80861" w:rsidP="00B80861">
      <w:pPr>
        <w:numPr>
          <w:ilvl w:val="0"/>
          <w:numId w:val="19"/>
        </w:numPr>
        <w:rPr>
          <w:lang w:val="en-GB"/>
        </w:rPr>
      </w:pPr>
      <w:r w:rsidRPr="0019711B">
        <w:rPr>
          <w:lang w:val="en-GB"/>
        </w:rPr>
        <w:t>Close protection or advanced security driving training</w:t>
      </w:r>
    </w:p>
    <w:p w14:paraId="7F0BEC05" w14:textId="77777777" w:rsidR="00B80861" w:rsidRPr="0019711B" w:rsidRDefault="00B80861" w:rsidP="00B80861">
      <w:pPr>
        <w:numPr>
          <w:ilvl w:val="0"/>
          <w:numId w:val="19"/>
        </w:numPr>
        <w:rPr>
          <w:lang w:val="en-GB"/>
        </w:rPr>
      </w:pPr>
      <w:r w:rsidRPr="0019711B">
        <w:rPr>
          <w:lang w:val="en-GB"/>
        </w:rPr>
        <w:t>Experience working within private households, executive environments, or VIP transport</w:t>
      </w:r>
    </w:p>
    <w:p w14:paraId="076A762E" w14:textId="77777777" w:rsidR="00B80861" w:rsidRPr="0019711B" w:rsidRDefault="00B80861" w:rsidP="00B80861">
      <w:pPr>
        <w:numPr>
          <w:ilvl w:val="0"/>
          <w:numId w:val="19"/>
        </w:numPr>
        <w:rPr>
          <w:lang w:val="en-GB"/>
        </w:rPr>
      </w:pPr>
      <w:r w:rsidRPr="0019711B">
        <w:rPr>
          <w:lang w:val="en-GB"/>
        </w:rPr>
        <w:t>Knowledge of local area Solihull as well as London, traffic patterns, and premium venues</w:t>
      </w:r>
    </w:p>
    <w:p w14:paraId="1A4467A7" w14:textId="77777777" w:rsidR="00B80861" w:rsidRPr="0019711B" w:rsidRDefault="00B80861" w:rsidP="00B80861">
      <w:pPr>
        <w:rPr>
          <w:lang w:val="en-GB"/>
        </w:rPr>
      </w:pPr>
      <w:r w:rsidRPr="0019711B">
        <w:rPr>
          <w:lang w:val="en-GB"/>
        </w:rPr>
        <w:t>Job Types: Part-time, Zero hours contract</w:t>
      </w:r>
    </w:p>
    <w:p w14:paraId="4D493A33" w14:textId="77777777" w:rsidR="00B80861" w:rsidRPr="0019711B" w:rsidRDefault="00B80861" w:rsidP="00B80861">
      <w:pPr>
        <w:rPr>
          <w:lang w:val="en-GB"/>
        </w:rPr>
      </w:pPr>
      <w:r w:rsidRPr="0019711B">
        <w:rPr>
          <w:lang w:val="en-GB"/>
        </w:rPr>
        <w:t>Pay: £13.00-£16.00 per hour</w:t>
      </w:r>
    </w:p>
    <w:p w14:paraId="0D4A89C7" w14:textId="77777777" w:rsidR="00B80861" w:rsidRPr="0019711B" w:rsidRDefault="00B80861" w:rsidP="00B80861">
      <w:pPr>
        <w:rPr>
          <w:lang w:val="en-GB"/>
        </w:rPr>
      </w:pPr>
      <w:r w:rsidRPr="0019711B">
        <w:rPr>
          <w:lang w:val="en-GB"/>
        </w:rPr>
        <w:t>Expected hours: 10 – 20 per week</w:t>
      </w:r>
    </w:p>
    <w:p w14:paraId="0BD6F7F5" w14:textId="5288D72C" w:rsidR="00B80861" w:rsidRPr="00217945" w:rsidRDefault="00B80861" w:rsidP="003C16D8">
      <w:pPr>
        <w:rPr>
          <w:lang w:val="en-GB"/>
        </w:rPr>
      </w:pPr>
      <w:r w:rsidRPr="0019711B">
        <w:rPr>
          <w:lang w:val="en-GB"/>
        </w:rPr>
        <w:t>Work Location: In person</w:t>
      </w:r>
      <w:r w:rsidR="00AC4C63">
        <w:t xml:space="preserve">                         </w:t>
      </w:r>
    </w:p>
    <w:p w14:paraId="1627DB2C" w14:textId="02C99E9F" w:rsidR="003C16D8" w:rsidRDefault="003C16D8" w:rsidP="00B80861">
      <w:pPr>
        <w:jc w:val="center"/>
      </w:pPr>
      <w:r>
        <w:t>Zaffar Hussain</w:t>
      </w:r>
    </w:p>
    <w:p w14:paraId="120FE195" w14:textId="77777777" w:rsidR="003C16D8" w:rsidRDefault="003C16D8" w:rsidP="003C16D8">
      <w:r>
        <w:t>Birmingham, England</w:t>
      </w:r>
    </w:p>
    <w:p w14:paraId="064DC642" w14:textId="77777777" w:rsidR="003C16D8" w:rsidRDefault="003C16D8" w:rsidP="003C16D8">
      <w:r>
        <w:t>01217209145</w:t>
      </w:r>
    </w:p>
    <w:p w14:paraId="70BB7D22" w14:textId="77777777" w:rsidR="003C16D8" w:rsidRDefault="003C16D8" w:rsidP="003C16D8">
      <w:hyperlink r:id="rId7" w:history="1">
        <w:r w:rsidRPr="005B22D4">
          <w:rPr>
            <w:rStyle w:val="Hyperlink"/>
          </w:rPr>
          <w:t>2436275@student.uwstd,ac.uk</w:t>
        </w:r>
      </w:hyperlink>
    </w:p>
    <w:p w14:paraId="63BC732A" w14:textId="77777777" w:rsidR="003C16D8" w:rsidRDefault="003C16D8" w:rsidP="003C16D8">
      <w:r>
        <w:t>13 February 2026</w:t>
      </w:r>
    </w:p>
    <w:p w14:paraId="4F9B0F2A" w14:textId="77777777" w:rsidR="003C16D8" w:rsidRDefault="003C16D8" w:rsidP="003C16D8"/>
    <w:p w14:paraId="0AA1903C" w14:textId="77777777" w:rsidR="003C16D8" w:rsidRDefault="003C16D8" w:rsidP="003C16D8">
      <w:r>
        <w:t>HCD Developments Ltd</w:t>
      </w:r>
    </w:p>
    <w:p w14:paraId="7326F655" w14:textId="77777777" w:rsidR="003C16D8" w:rsidRDefault="003C16D8" w:rsidP="003C16D8">
      <w:r>
        <w:t xml:space="preserve">15 </w:t>
      </w:r>
      <w:proofErr w:type="spellStart"/>
      <w:r>
        <w:t>Sharmans</w:t>
      </w:r>
      <w:proofErr w:type="spellEnd"/>
      <w:r>
        <w:t xml:space="preserve"> Cross </w:t>
      </w:r>
      <w:proofErr w:type="gramStart"/>
      <w:r>
        <w:t>road</w:t>
      </w:r>
      <w:proofErr w:type="gramEnd"/>
    </w:p>
    <w:p w14:paraId="38C4FEFC" w14:textId="77777777" w:rsidR="003C16D8" w:rsidRDefault="003C16D8" w:rsidP="003C16D8">
      <w:r>
        <w:t>Solihull</w:t>
      </w:r>
    </w:p>
    <w:p w14:paraId="7876D6CB" w14:textId="77777777" w:rsidR="003C16D8" w:rsidRDefault="003C16D8" w:rsidP="003C16D8">
      <w:r>
        <w:t>B91 1RG</w:t>
      </w:r>
    </w:p>
    <w:p w14:paraId="021B345E" w14:textId="77777777" w:rsidR="003C16D8" w:rsidRDefault="003C16D8" w:rsidP="003C16D8"/>
    <w:p w14:paraId="68B4AF1F" w14:textId="77777777" w:rsidR="003C16D8" w:rsidRDefault="003C16D8" w:rsidP="003C16D8"/>
    <w:p w14:paraId="76AF2236" w14:textId="77777777" w:rsidR="003C16D8" w:rsidRDefault="003C16D8" w:rsidP="003C16D8"/>
    <w:p w14:paraId="37C05C51" w14:textId="77777777" w:rsidR="003C16D8" w:rsidRDefault="003C16D8" w:rsidP="003C16D8">
      <w:r>
        <w:t>Dear Hiring Manager,</w:t>
      </w:r>
    </w:p>
    <w:p w14:paraId="69A25C13" w14:textId="77777777" w:rsidR="003C16D8" w:rsidRDefault="003C16D8" w:rsidP="003C16D8"/>
    <w:p w14:paraId="14B33E24" w14:textId="77777777" w:rsidR="003C16D8" w:rsidRDefault="003C16D8" w:rsidP="003C16D8">
      <w:r>
        <w:t xml:space="preserve">I am writing to apply for the Chauffeur position within your </w:t>
      </w:r>
      <w:proofErr w:type="spellStart"/>
      <w:r>
        <w:t>organisation</w:t>
      </w:r>
      <w:proofErr w:type="spellEnd"/>
      <w:r>
        <w:t>. With over 35 years of driving experience, including 32 years as a licensed Hackney Carriage Driver in Birmingham and Solihull, I offer extensive local knowledge, reliability, and a strong commitment to passenger safety.</w:t>
      </w:r>
    </w:p>
    <w:p w14:paraId="404A7136" w14:textId="33C14093" w:rsidR="001167EA" w:rsidRDefault="005E017A" w:rsidP="003C16D8">
      <w:r>
        <w:t xml:space="preserve">I have </w:t>
      </w:r>
      <w:r w:rsidR="00D70A92">
        <w:t xml:space="preserve">taken </w:t>
      </w:r>
      <w:r w:rsidR="006442DC">
        <w:t>VIP</w:t>
      </w:r>
      <w:r w:rsidR="00D70A92">
        <w:t xml:space="preserve"> pass</w:t>
      </w:r>
      <w:r w:rsidR="008435CE">
        <w:t>engers</w:t>
      </w:r>
      <w:r w:rsidR="00957683">
        <w:t xml:space="preserve"> to</w:t>
      </w:r>
      <w:r w:rsidR="00F1303B">
        <w:t xml:space="preserve"> all the </w:t>
      </w:r>
      <w:proofErr w:type="gramStart"/>
      <w:r w:rsidR="00F1303B">
        <w:t xml:space="preserve">different </w:t>
      </w:r>
      <w:r w:rsidR="00957683">
        <w:t xml:space="preserve"> venues</w:t>
      </w:r>
      <w:proofErr w:type="gramEnd"/>
      <w:r w:rsidR="008435CE">
        <w:t xml:space="preserve"> during the commonwe</w:t>
      </w:r>
      <w:r w:rsidR="00360355">
        <w:t>alth</w:t>
      </w:r>
      <w:r w:rsidR="000D4698">
        <w:t xml:space="preserve"> gam</w:t>
      </w:r>
      <w:r w:rsidR="00F66C49">
        <w:t>es which were held in B</w:t>
      </w:r>
      <w:r w:rsidR="0025058E">
        <w:t>irmingham</w:t>
      </w:r>
      <w:r w:rsidR="00003617">
        <w:t xml:space="preserve"> 20</w:t>
      </w:r>
      <w:r w:rsidR="00791AEE">
        <w:t>22</w:t>
      </w:r>
      <w:r w:rsidR="00D41F20">
        <w:t>.</w:t>
      </w:r>
    </w:p>
    <w:p w14:paraId="3B639A82" w14:textId="77777777" w:rsidR="003C16D8" w:rsidRDefault="003C16D8" w:rsidP="003C16D8">
      <w:r>
        <w:t xml:space="preserve">I hold both Birmingham and Solihull Hackney Carriage badges and a full UK driving </w:t>
      </w:r>
      <w:proofErr w:type="spellStart"/>
      <w:r>
        <w:t>licence</w:t>
      </w:r>
      <w:proofErr w:type="spellEnd"/>
      <w:r>
        <w:t xml:space="preserve">. Throughout my career, I have maintained </w:t>
      </w:r>
      <w:proofErr w:type="gramStart"/>
      <w:r>
        <w:t>a professional manner</w:t>
      </w:r>
      <w:proofErr w:type="gramEnd"/>
      <w:r>
        <w:t>, punctual service, and high vehicle standards. I am confident I would be a valuable addition to your team.</w:t>
      </w:r>
    </w:p>
    <w:p w14:paraId="772B463D" w14:textId="77777777" w:rsidR="003C16D8" w:rsidRDefault="003C16D8" w:rsidP="003C16D8">
      <w:r>
        <w:t>Thank you for considering my application. I look forward to the opportunity to discuss my suitability for the role.</w:t>
      </w:r>
    </w:p>
    <w:p w14:paraId="52328A45" w14:textId="77777777" w:rsidR="003C16D8" w:rsidRDefault="003C16D8" w:rsidP="003C16D8"/>
    <w:p w14:paraId="77EF597F" w14:textId="77777777" w:rsidR="003C16D8" w:rsidRDefault="003C16D8" w:rsidP="003C16D8">
      <w:r>
        <w:t>Yours faithfully</w:t>
      </w:r>
    </w:p>
    <w:p w14:paraId="338328AE" w14:textId="24C4F086" w:rsidR="00B76E5E" w:rsidRPr="00B80861" w:rsidRDefault="003C16D8">
      <w:r>
        <w:t>Zaffar Hussain</w:t>
      </w:r>
    </w:p>
    <w:p w14:paraId="52FC0FAF" w14:textId="1D828709" w:rsidR="00F50ED3" w:rsidRPr="003C16D8" w:rsidRDefault="00603B0F" w:rsidP="003C16D8">
      <w:pPr>
        <w:jc w:val="center"/>
        <w:rPr>
          <w:rFonts w:asciiTheme="majorHAnsi" w:eastAsiaTheme="majorEastAsia" w:hAnsiTheme="majorHAnsi" w:cstheme="majorBidi"/>
          <w:b/>
          <w:bCs/>
          <w:color w:val="4F81BD" w:themeColor="accent1"/>
          <w:sz w:val="36"/>
          <w:szCs w:val="36"/>
        </w:rPr>
      </w:pPr>
      <w:r w:rsidRPr="003C16D8">
        <w:rPr>
          <w:color w:val="4F81BD" w:themeColor="accent1"/>
          <w:sz w:val="28"/>
          <w:szCs w:val="28"/>
        </w:rPr>
        <w:t>Zaff</w:t>
      </w:r>
      <w:r w:rsidR="00466004" w:rsidRPr="003C16D8">
        <w:rPr>
          <w:color w:val="4F81BD" w:themeColor="accent1"/>
          <w:sz w:val="28"/>
          <w:szCs w:val="28"/>
        </w:rPr>
        <w:t xml:space="preserve">ar </w:t>
      </w:r>
      <w:proofErr w:type="spellStart"/>
      <w:r w:rsidR="00466004" w:rsidRPr="003C16D8">
        <w:rPr>
          <w:color w:val="4F81BD" w:themeColor="accent1"/>
          <w:sz w:val="28"/>
          <w:szCs w:val="28"/>
        </w:rPr>
        <w:t>Husssain</w:t>
      </w:r>
      <w:proofErr w:type="spellEnd"/>
    </w:p>
    <w:p w14:paraId="2AF28DE8" w14:textId="5E7E0808" w:rsidR="00F50ED3" w:rsidRDefault="00C9007F">
      <w:pPr>
        <w:jc w:val="center"/>
      </w:pPr>
      <w:r>
        <w:t>Birmingham, England</w:t>
      </w:r>
      <w:r>
        <w:br/>
        <w:t xml:space="preserve">Phone: </w:t>
      </w:r>
      <w:r w:rsidR="004948B8">
        <w:t>0121</w:t>
      </w:r>
      <w:r w:rsidR="00CC34A5">
        <w:t>720</w:t>
      </w:r>
      <w:r w:rsidR="007F6019">
        <w:t>9145</w:t>
      </w:r>
      <w:r>
        <w:br/>
        <w:t xml:space="preserve">Email: </w:t>
      </w:r>
      <w:r w:rsidR="00283BB1">
        <w:t>243</w:t>
      </w:r>
      <w:r w:rsidR="002D6D26">
        <w:t>6275</w:t>
      </w:r>
      <w:r w:rsidR="00B752CD">
        <w:t>@student</w:t>
      </w:r>
      <w:r w:rsidR="008C566F">
        <w:t>.uwtsd.</w:t>
      </w:r>
      <w:r w:rsidR="00A2467E">
        <w:t>ac.uk</w:t>
      </w:r>
    </w:p>
    <w:p w14:paraId="363AD53F" w14:textId="77777777" w:rsidR="00F50ED3" w:rsidRDefault="00F50ED3"/>
    <w:p w14:paraId="0A13B52C" w14:textId="77777777" w:rsidR="00F50ED3" w:rsidRDefault="00C9007F">
      <w:pPr>
        <w:pStyle w:val="Heading2"/>
      </w:pPr>
      <w:r>
        <w:t>Professional Summary</w:t>
      </w:r>
    </w:p>
    <w:p w14:paraId="3119FFF3" w14:textId="72A45498" w:rsidR="00F50ED3" w:rsidRDefault="00C9007F">
      <w:r>
        <w:t>Highly experienced and professional  Licensed Hackney Carriage Driver with over 35 years of driving experience, including 32 years serving the public across Birmingham and Solihull. Known for reliability, punctuality, excellent local knowledge, and outstanding customer service. Fully licensed, safety-focused, and experienced in working with a wide range of clients including business professionals and airport passengers.</w:t>
      </w:r>
    </w:p>
    <w:p w14:paraId="4D7CD223" w14:textId="77777777" w:rsidR="00F50ED3" w:rsidRDefault="00C9007F">
      <w:pPr>
        <w:pStyle w:val="Heading2"/>
      </w:pPr>
      <w:r>
        <w:t>Key Skills</w:t>
      </w:r>
    </w:p>
    <w:p w14:paraId="48965FC8" w14:textId="77777777" w:rsidR="00F50ED3" w:rsidRDefault="00C9007F">
      <w:pPr>
        <w:pStyle w:val="ListBullet"/>
      </w:pPr>
      <w:r>
        <w:t>Full UK Driving Licence</w:t>
      </w:r>
    </w:p>
    <w:p w14:paraId="4BE5580B" w14:textId="77777777" w:rsidR="00F50ED3" w:rsidRDefault="00C9007F">
      <w:pPr>
        <w:pStyle w:val="ListBullet"/>
      </w:pPr>
      <w:r>
        <w:t>Birmingham Hackney Carriage Driver Badge</w:t>
      </w:r>
    </w:p>
    <w:p w14:paraId="386F766A" w14:textId="77777777" w:rsidR="00F50ED3" w:rsidRDefault="00C9007F">
      <w:pPr>
        <w:pStyle w:val="ListBullet"/>
      </w:pPr>
      <w:r>
        <w:t>Solihull Hackney Carriage Driver Badge</w:t>
      </w:r>
    </w:p>
    <w:p w14:paraId="271E80E0" w14:textId="77777777" w:rsidR="00F50ED3" w:rsidRDefault="00C9007F">
      <w:pPr>
        <w:pStyle w:val="ListBullet"/>
      </w:pPr>
      <w:r>
        <w:t>Excellent knowledge of Birmingham, Solihull and West Midlands routes</w:t>
      </w:r>
    </w:p>
    <w:p w14:paraId="5842C5F9" w14:textId="77777777" w:rsidR="00F50ED3" w:rsidRDefault="00C9007F">
      <w:pPr>
        <w:pStyle w:val="ListBullet"/>
      </w:pPr>
      <w:r>
        <w:t>Airport transfers and long-distance journeys</w:t>
      </w:r>
    </w:p>
    <w:p w14:paraId="14B1CEEE" w14:textId="77777777" w:rsidR="00F50ED3" w:rsidRDefault="00C9007F">
      <w:pPr>
        <w:pStyle w:val="ListBullet"/>
      </w:pPr>
      <w:r>
        <w:t>Professional and courteous manner</w:t>
      </w:r>
    </w:p>
    <w:p w14:paraId="045C4267" w14:textId="77777777" w:rsidR="00F50ED3" w:rsidRDefault="00C9007F">
      <w:pPr>
        <w:pStyle w:val="ListBullet"/>
      </w:pPr>
      <w:r>
        <w:t>Defensive and safe driving</w:t>
      </w:r>
    </w:p>
    <w:p w14:paraId="626C16E6" w14:textId="77777777" w:rsidR="00F50ED3" w:rsidRDefault="00C9007F">
      <w:pPr>
        <w:pStyle w:val="ListBullet"/>
      </w:pPr>
      <w:r>
        <w:t>Strong time management and route planning</w:t>
      </w:r>
    </w:p>
    <w:p w14:paraId="67B75935" w14:textId="77777777" w:rsidR="00F50ED3" w:rsidRDefault="00C9007F">
      <w:pPr>
        <w:pStyle w:val="ListBullet"/>
      </w:pPr>
      <w:r>
        <w:t>Vehicle cleanliness and maintenance</w:t>
      </w:r>
    </w:p>
    <w:p w14:paraId="7FE6366B" w14:textId="77777777" w:rsidR="00F50ED3" w:rsidRDefault="00C9007F">
      <w:pPr>
        <w:pStyle w:val="ListBullet"/>
      </w:pPr>
      <w:r>
        <w:t>Cash and card payment handling</w:t>
      </w:r>
    </w:p>
    <w:p w14:paraId="3DC2A3DA" w14:textId="77777777" w:rsidR="00F50ED3" w:rsidRDefault="00C9007F">
      <w:pPr>
        <w:pStyle w:val="Heading2"/>
      </w:pPr>
      <w:r>
        <w:t>Professional Experience</w:t>
      </w:r>
    </w:p>
    <w:p w14:paraId="6F14BB22" w14:textId="77777777" w:rsidR="00F50ED3" w:rsidRDefault="00C9007F">
      <w:pPr>
        <w:pStyle w:val="Heading3"/>
      </w:pPr>
      <w:r>
        <w:t>Licensed Hackney Carriage Driver | Birmingham &amp; Solihull | 1994 – Present</w:t>
      </w:r>
    </w:p>
    <w:p w14:paraId="095BF87F" w14:textId="77777777" w:rsidR="00F50ED3" w:rsidRDefault="00C9007F">
      <w:pPr>
        <w:pStyle w:val="ListBullet"/>
      </w:pPr>
      <w:r>
        <w:t>Provided safe and dependable passenger transport services for over three decades</w:t>
      </w:r>
    </w:p>
    <w:p w14:paraId="2858DE41" w14:textId="77777777" w:rsidR="00F50ED3" w:rsidRDefault="00C9007F">
      <w:pPr>
        <w:pStyle w:val="ListBullet"/>
      </w:pPr>
      <w:r>
        <w:t>Maintained full compliance with local licensing and regulatory standards</w:t>
      </w:r>
    </w:p>
    <w:p w14:paraId="74532D57" w14:textId="77777777" w:rsidR="00F50ED3" w:rsidRDefault="00C9007F">
      <w:pPr>
        <w:pStyle w:val="ListBullet"/>
      </w:pPr>
      <w:r>
        <w:t>Developed a loyal customer base through professionalism and reliability</w:t>
      </w:r>
    </w:p>
    <w:p w14:paraId="35FF589E" w14:textId="77777777" w:rsidR="00F50ED3" w:rsidRDefault="00C9007F">
      <w:pPr>
        <w:pStyle w:val="ListBullet"/>
      </w:pPr>
      <w:r>
        <w:t>Assisted passengers with luggage and mobility needs</w:t>
      </w:r>
    </w:p>
    <w:p w14:paraId="1FF78289" w14:textId="77777777" w:rsidR="00F50ED3" w:rsidRDefault="00C9007F">
      <w:pPr>
        <w:pStyle w:val="ListBullet"/>
      </w:pPr>
      <w:r>
        <w:t>Ensured vehicle remained clean, presentable and roadworthy at all times</w:t>
      </w:r>
    </w:p>
    <w:p w14:paraId="75579324" w14:textId="77777777" w:rsidR="00F50ED3" w:rsidRDefault="00C9007F">
      <w:pPr>
        <w:pStyle w:val="ListBullet"/>
      </w:pPr>
      <w:r>
        <w:t>Managed bookings, scheduling and payments efficiently</w:t>
      </w:r>
    </w:p>
    <w:p w14:paraId="3BB4AFF5" w14:textId="77777777" w:rsidR="00F50ED3" w:rsidRDefault="00C9007F">
      <w:pPr>
        <w:pStyle w:val="ListBullet"/>
      </w:pPr>
      <w:r>
        <w:t>Completed local, regional and airport journeys</w:t>
      </w:r>
    </w:p>
    <w:p w14:paraId="1DCF28CA" w14:textId="77777777" w:rsidR="00F50ED3" w:rsidRDefault="00C9007F">
      <w:pPr>
        <w:pStyle w:val="Heading2"/>
      </w:pPr>
      <w:r>
        <w:t>Driving Experience</w:t>
      </w:r>
    </w:p>
    <w:p w14:paraId="2F5C9E9B" w14:textId="77777777" w:rsidR="00F50ED3" w:rsidRDefault="00C9007F">
      <w:pPr>
        <w:pStyle w:val="ListBullet"/>
      </w:pPr>
      <w:r>
        <w:t>Driving since age 17 (over 35 years’ experience)</w:t>
      </w:r>
    </w:p>
    <w:p w14:paraId="0F3D7641" w14:textId="77777777" w:rsidR="00F50ED3" w:rsidRDefault="00C9007F">
      <w:pPr>
        <w:pStyle w:val="ListBullet"/>
      </w:pPr>
      <w:r>
        <w:t>Extensive city, motorway and long-distance driving experience</w:t>
      </w:r>
    </w:p>
    <w:p w14:paraId="43EE5C34" w14:textId="77777777" w:rsidR="00F50ED3" w:rsidRDefault="00C9007F">
      <w:pPr>
        <w:pStyle w:val="ListBullet"/>
      </w:pPr>
      <w:r>
        <w:t>Clean driving record</w:t>
      </w:r>
    </w:p>
    <w:p w14:paraId="2A540066" w14:textId="77777777" w:rsidR="00F50ED3" w:rsidRDefault="00C9007F">
      <w:pPr>
        <w:pStyle w:val="ListBullet"/>
      </w:pPr>
      <w:r>
        <w:t>Strong knowledge of UK road safety regulations</w:t>
      </w:r>
    </w:p>
    <w:p w14:paraId="73A003CC" w14:textId="77777777" w:rsidR="00F50ED3" w:rsidRDefault="00C9007F">
      <w:pPr>
        <w:pStyle w:val="Heading2"/>
      </w:pPr>
      <w:r>
        <w:t>Licences &amp; Certifications</w:t>
      </w:r>
    </w:p>
    <w:p w14:paraId="5CBE9288" w14:textId="77777777" w:rsidR="00F50ED3" w:rsidRDefault="00C9007F">
      <w:pPr>
        <w:pStyle w:val="ListBullet"/>
      </w:pPr>
      <w:r>
        <w:t>Full UK Driving Licence</w:t>
      </w:r>
    </w:p>
    <w:p w14:paraId="16085B21" w14:textId="77777777" w:rsidR="00F50ED3" w:rsidRDefault="00C9007F">
      <w:pPr>
        <w:pStyle w:val="ListBullet"/>
      </w:pPr>
      <w:r>
        <w:t>Birmingham City Council Hackney Carriage Licence</w:t>
      </w:r>
    </w:p>
    <w:p w14:paraId="599CADCB" w14:textId="77777777" w:rsidR="00F50ED3" w:rsidRDefault="00C9007F">
      <w:pPr>
        <w:pStyle w:val="ListBullet"/>
      </w:pPr>
      <w:r>
        <w:t>Solihull Metropolitan Borough Council Hackney Carriage Badge</w:t>
      </w:r>
    </w:p>
    <w:p w14:paraId="6AC43669" w14:textId="77777777" w:rsidR="00F50ED3" w:rsidRDefault="00C9007F">
      <w:pPr>
        <w:pStyle w:val="ListBullet"/>
      </w:pPr>
      <w:r>
        <w:t>DBS Checked (if applicable)</w:t>
      </w:r>
    </w:p>
    <w:p w14:paraId="3BE74DD1" w14:textId="108655C0" w:rsidR="001277DD" w:rsidRDefault="00C9007F" w:rsidP="009E7982">
      <w:pPr>
        <w:pStyle w:val="ListBullet"/>
      </w:pPr>
      <w:r>
        <w:t>First Aid Certified (if applicable)</w:t>
      </w:r>
    </w:p>
    <w:p w14:paraId="2FC6D7E1" w14:textId="0F1F3956" w:rsidR="00F50ED3" w:rsidRDefault="00C9007F">
      <w:pPr>
        <w:pStyle w:val="Heading2"/>
      </w:pPr>
      <w:r>
        <w:t>References</w:t>
      </w:r>
    </w:p>
    <w:p w14:paraId="7A54A502" w14:textId="77777777" w:rsidR="00F50ED3" w:rsidRDefault="00C9007F">
      <w:r>
        <w:t>Available upon request.</w:t>
      </w:r>
    </w:p>
    <w:p w14:paraId="4BF2DFFA" w14:textId="02FEBE0B" w:rsidR="008522B0" w:rsidRDefault="008522B0"/>
    <w:p w14:paraId="01CD62B3" w14:textId="66B39583" w:rsidR="008522B0" w:rsidRDefault="008522B0"/>
    <w:sectPr w:rsidR="008522B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DE141D"/>
    <w:multiLevelType w:val="multilevel"/>
    <w:tmpl w:val="8A84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1B063D"/>
    <w:multiLevelType w:val="multilevel"/>
    <w:tmpl w:val="F0B6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DA53A0"/>
    <w:multiLevelType w:val="multilevel"/>
    <w:tmpl w:val="E182F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9965A7"/>
    <w:multiLevelType w:val="multilevel"/>
    <w:tmpl w:val="137A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9F1C51"/>
    <w:multiLevelType w:val="multilevel"/>
    <w:tmpl w:val="318C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42044F"/>
    <w:multiLevelType w:val="multilevel"/>
    <w:tmpl w:val="F60E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E210C0"/>
    <w:multiLevelType w:val="multilevel"/>
    <w:tmpl w:val="826E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75427F"/>
    <w:multiLevelType w:val="multilevel"/>
    <w:tmpl w:val="64C8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F51EBA"/>
    <w:multiLevelType w:val="multilevel"/>
    <w:tmpl w:val="D67CE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34133D"/>
    <w:multiLevelType w:val="multilevel"/>
    <w:tmpl w:val="831AF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3745087">
    <w:abstractNumId w:val="8"/>
  </w:num>
  <w:num w:numId="2" w16cid:durableId="1689067313">
    <w:abstractNumId w:val="6"/>
  </w:num>
  <w:num w:numId="3" w16cid:durableId="1701513125">
    <w:abstractNumId w:val="5"/>
  </w:num>
  <w:num w:numId="4" w16cid:durableId="1975981291">
    <w:abstractNumId w:val="4"/>
  </w:num>
  <w:num w:numId="5" w16cid:durableId="146242157">
    <w:abstractNumId w:val="7"/>
  </w:num>
  <w:num w:numId="6" w16cid:durableId="552425653">
    <w:abstractNumId w:val="3"/>
  </w:num>
  <w:num w:numId="7" w16cid:durableId="2055154845">
    <w:abstractNumId w:val="2"/>
  </w:num>
  <w:num w:numId="8" w16cid:durableId="1583099331">
    <w:abstractNumId w:val="1"/>
  </w:num>
  <w:num w:numId="9" w16cid:durableId="1083722355">
    <w:abstractNumId w:val="0"/>
  </w:num>
  <w:num w:numId="10" w16cid:durableId="1787968057">
    <w:abstractNumId w:val="15"/>
  </w:num>
  <w:num w:numId="11" w16cid:durableId="1482892539">
    <w:abstractNumId w:val="14"/>
  </w:num>
  <w:num w:numId="12" w16cid:durableId="1245188451">
    <w:abstractNumId w:val="18"/>
  </w:num>
  <w:num w:numId="13" w16cid:durableId="1317106125">
    <w:abstractNumId w:val="12"/>
  </w:num>
  <w:num w:numId="14" w16cid:durableId="1129201477">
    <w:abstractNumId w:val="10"/>
  </w:num>
  <w:num w:numId="15" w16cid:durableId="1659768467">
    <w:abstractNumId w:val="17"/>
  </w:num>
  <w:num w:numId="16" w16cid:durableId="271548117">
    <w:abstractNumId w:val="13"/>
  </w:num>
  <w:num w:numId="17" w16cid:durableId="1410226301">
    <w:abstractNumId w:val="16"/>
  </w:num>
  <w:num w:numId="18" w16cid:durableId="1357736681">
    <w:abstractNumId w:val="9"/>
  </w:num>
  <w:num w:numId="19" w16cid:durableId="4948855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3617"/>
    <w:rsid w:val="00034616"/>
    <w:rsid w:val="0006063C"/>
    <w:rsid w:val="000D4698"/>
    <w:rsid w:val="000E19A7"/>
    <w:rsid w:val="001167EA"/>
    <w:rsid w:val="001277DD"/>
    <w:rsid w:val="0015074B"/>
    <w:rsid w:val="0019711B"/>
    <w:rsid w:val="00217945"/>
    <w:rsid w:val="0025058E"/>
    <w:rsid w:val="00283BB1"/>
    <w:rsid w:val="0029639D"/>
    <w:rsid w:val="002D6D26"/>
    <w:rsid w:val="00326F90"/>
    <w:rsid w:val="00360355"/>
    <w:rsid w:val="003C16D8"/>
    <w:rsid w:val="00405E8F"/>
    <w:rsid w:val="00466004"/>
    <w:rsid w:val="004948B8"/>
    <w:rsid w:val="005E017A"/>
    <w:rsid w:val="00603B0F"/>
    <w:rsid w:val="006442DC"/>
    <w:rsid w:val="0069572E"/>
    <w:rsid w:val="006A63E3"/>
    <w:rsid w:val="00791AEE"/>
    <w:rsid w:val="007F6019"/>
    <w:rsid w:val="008435CE"/>
    <w:rsid w:val="008522B0"/>
    <w:rsid w:val="008C566F"/>
    <w:rsid w:val="00957683"/>
    <w:rsid w:val="009E7982"/>
    <w:rsid w:val="00A2467E"/>
    <w:rsid w:val="00AA1D8D"/>
    <w:rsid w:val="00AC4C63"/>
    <w:rsid w:val="00B47730"/>
    <w:rsid w:val="00B752CD"/>
    <w:rsid w:val="00B76E5E"/>
    <w:rsid w:val="00B80861"/>
    <w:rsid w:val="00BF644E"/>
    <w:rsid w:val="00C25677"/>
    <w:rsid w:val="00C9007F"/>
    <w:rsid w:val="00CB0664"/>
    <w:rsid w:val="00CC34A5"/>
    <w:rsid w:val="00D35F58"/>
    <w:rsid w:val="00D37DA3"/>
    <w:rsid w:val="00D41F20"/>
    <w:rsid w:val="00D70A92"/>
    <w:rsid w:val="00E10D7D"/>
    <w:rsid w:val="00F1303B"/>
    <w:rsid w:val="00F50ED3"/>
    <w:rsid w:val="00F66C49"/>
    <w:rsid w:val="00F74841"/>
    <w:rsid w:val="00F93FC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363127"/>
  <w14:defaultImageDpi w14:val="300"/>
  <w15:docId w15:val="{1AACB0C1-A284-924E-8DA5-D2F664A97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F644E"/>
    <w:rPr>
      <w:color w:val="0000FF" w:themeColor="hyperlink"/>
      <w:u w:val="single"/>
    </w:rPr>
  </w:style>
  <w:style w:type="character" w:styleId="UnresolvedMention">
    <w:name w:val="Unresolved Mention"/>
    <w:basedOn w:val="DefaultParagraphFont"/>
    <w:uiPriority w:val="99"/>
    <w:semiHidden/>
    <w:unhideWhenUsed/>
    <w:rsid w:val="00BF6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2436275@student.uwst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k.indeed.com/cmp/Hcd-Developments-Ltd?campaignid=mobvjcmp&amp;from=mobviewjob&amp;tk=1jhr074cagfuk802&amp;fromjk=a0539cb43348905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Pages>
  <Words>998</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Zaffar Hussain (2436275)</cp:lastModifiedBy>
  <cp:revision>41</cp:revision>
  <dcterms:created xsi:type="dcterms:W3CDTF">2026-02-13T21:35:00Z</dcterms:created>
  <dcterms:modified xsi:type="dcterms:W3CDTF">2026-02-20T11:13:00Z</dcterms:modified>
  <cp:category/>
</cp:coreProperties>
</file>