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BF986" w14:textId="77777777" w:rsidR="001B6E80" w:rsidRPr="002A0E8B" w:rsidRDefault="001B6E80" w:rsidP="007B4904">
      <w:pPr>
        <w:spacing w:line="360" w:lineRule="auto"/>
        <w:jc w:val="both"/>
        <w:rPr>
          <w:rFonts w:ascii="Arial" w:hAnsi="Arial" w:cs="Arial"/>
        </w:rPr>
      </w:pPr>
    </w:p>
    <w:p w14:paraId="700E0CF9" w14:textId="7E838A76" w:rsidR="001B6E80" w:rsidRPr="002A0E8B" w:rsidRDefault="001B6E80" w:rsidP="007B4904">
      <w:pPr>
        <w:spacing w:line="360" w:lineRule="auto"/>
        <w:jc w:val="both"/>
        <w:rPr>
          <w:rFonts w:ascii="Arial" w:hAnsi="Arial" w:cs="Arial"/>
        </w:rPr>
      </w:pPr>
    </w:p>
    <w:p w14:paraId="3DE0D2CE" w14:textId="405AD600" w:rsidR="001B6E80" w:rsidRPr="002A0E8B" w:rsidRDefault="001B6E80" w:rsidP="007B4904">
      <w:pPr>
        <w:spacing w:line="360" w:lineRule="auto"/>
        <w:jc w:val="both"/>
        <w:rPr>
          <w:rFonts w:ascii="Arial" w:hAnsi="Arial" w:cs="Arial"/>
        </w:rPr>
      </w:pPr>
    </w:p>
    <w:p w14:paraId="3291BEEE" w14:textId="1A5EFAE9" w:rsidR="001B6E80" w:rsidRPr="002A0E8B" w:rsidRDefault="001B6E80" w:rsidP="007B4904">
      <w:pPr>
        <w:spacing w:line="360" w:lineRule="auto"/>
        <w:jc w:val="both"/>
        <w:rPr>
          <w:rFonts w:ascii="Arial" w:hAnsi="Arial" w:cs="Arial"/>
        </w:rPr>
      </w:pPr>
    </w:p>
    <w:p w14:paraId="3E6944A1" w14:textId="0AEF1CEE" w:rsidR="001B6E80" w:rsidRPr="002A0E8B" w:rsidRDefault="001B6E80" w:rsidP="007B4904">
      <w:pPr>
        <w:spacing w:line="360" w:lineRule="auto"/>
        <w:jc w:val="both"/>
        <w:rPr>
          <w:rFonts w:ascii="Arial" w:hAnsi="Arial" w:cs="Arial"/>
        </w:rPr>
      </w:pPr>
    </w:p>
    <w:p w14:paraId="67482C27" w14:textId="1763C8D5" w:rsidR="001B6E80" w:rsidRPr="002A0E8B" w:rsidRDefault="001B6E80" w:rsidP="007B4904">
      <w:pPr>
        <w:spacing w:line="360" w:lineRule="auto"/>
        <w:jc w:val="both"/>
        <w:rPr>
          <w:rFonts w:ascii="Arial" w:hAnsi="Arial" w:cs="Arial"/>
        </w:rPr>
      </w:pPr>
      <w:r w:rsidRPr="002A0E8B">
        <w:rPr>
          <w:rFonts w:ascii="Arial" w:hAnsi="Arial" w:cs="Arial"/>
        </w:rPr>
        <w:drawing>
          <wp:anchor distT="0" distB="0" distL="114300" distR="114300" simplePos="0" relativeHeight="251658267" behindDoc="1" locked="0" layoutInCell="1" allowOverlap="1" wp14:anchorId="36DE366C" wp14:editId="2CCAA104">
            <wp:simplePos x="0" y="0"/>
            <wp:positionH relativeFrom="column">
              <wp:posOffset>9525</wp:posOffset>
            </wp:positionH>
            <wp:positionV relativeFrom="paragraph">
              <wp:posOffset>252095</wp:posOffset>
            </wp:positionV>
            <wp:extent cx="5480685" cy="4126865"/>
            <wp:effectExtent l="95250" t="95250" r="100965" b="102235"/>
            <wp:wrapNone/>
            <wp:docPr id="209314792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0685" cy="412686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14:paraId="71790CA4" w14:textId="77777777" w:rsidR="001B6E80" w:rsidRPr="002A0E8B" w:rsidRDefault="001B6E80" w:rsidP="007B4904">
      <w:pPr>
        <w:spacing w:line="360" w:lineRule="auto"/>
        <w:jc w:val="both"/>
        <w:rPr>
          <w:rFonts w:ascii="Arial" w:hAnsi="Arial" w:cs="Arial"/>
        </w:rPr>
      </w:pPr>
    </w:p>
    <w:p w14:paraId="7319D98A" w14:textId="77777777" w:rsidR="001B6E80" w:rsidRPr="002A0E8B" w:rsidRDefault="001B6E80" w:rsidP="007B4904">
      <w:pPr>
        <w:spacing w:line="360" w:lineRule="auto"/>
        <w:jc w:val="both"/>
        <w:rPr>
          <w:rFonts w:ascii="Arial" w:hAnsi="Arial" w:cs="Arial"/>
        </w:rPr>
      </w:pPr>
    </w:p>
    <w:p w14:paraId="4FB90270" w14:textId="77777777" w:rsidR="001B6E80" w:rsidRPr="002A0E8B" w:rsidRDefault="001B6E80" w:rsidP="007B4904">
      <w:pPr>
        <w:spacing w:line="360" w:lineRule="auto"/>
        <w:jc w:val="both"/>
        <w:rPr>
          <w:rFonts w:ascii="Arial" w:hAnsi="Arial" w:cs="Arial"/>
        </w:rPr>
      </w:pPr>
    </w:p>
    <w:p w14:paraId="074E9CFD" w14:textId="77777777" w:rsidR="001B6E80" w:rsidRPr="002A0E8B" w:rsidRDefault="001B6E80" w:rsidP="007B4904">
      <w:pPr>
        <w:spacing w:line="360" w:lineRule="auto"/>
        <w:jc w:val="both"/>
        <w:rPr>
          <w:rFonts w:ascii="Arial" w:hAnsi="Arial" w:cs="Arial"/>
        </w:rPr>
      </w:pPr>
    </w:p>
    <w:p w14:paraId="27022B8C" w14:textId="77777777" w:rsidR="001B6E80" w:rsidRPr="002A0E8B" w:rsidRDefault="001B6E80" w:rsidP="007B4904">
      <w:pPr>
        <w:spacing w:line="360" w:lineRule="auto"/>
        <w:jc w:val="both"/>
        <w:rPr>
          <w:rFonts w:ascii="Arial" w:hAnsi="Arial" w:cs="Arial"/>
        </w:rPr>
      </w:pPr>
    </w:p>
    <w:p w14:paraId="496E01F1" w14:textId="77777777" w:rsidR="001B6E80" w:rsidRPr="002A0E8B" w:rsidRDefault="001B6E80" w:rsidP="007B4904">
      <w:pPr>
        <w:spacing w:line="360" w:lineRule="auto"/>
        <w:jc w:val="both"/>
        <w:rPr>
          <w:rFonts w:ascii="Arial" w:hAnsi="Arial" w:cs="Arial"/>
        </w:rPr>
      </w:pPr>
    </w:p>
    <w:p w14:paraId="60577338" w14:textId="77777777" w:rsidR="001B6E80" w:rsidRPr="002A0E8B" w:rsidRDefault="001B6E80" w:rsidP="007B4904">
      <w:pPr>
        <w:spacing w:line="360" w:lineRule="auto"/>
        <w:jc w:val="both"/>
        <w:rPr>
          <w:rFonts w:ascii="Arial" w:hAnsi="Arial" w:cs="Arial"/>
        </w:rPr>
      </w:pPr>
    </w:p>
    <w:p w14:paraId="1CFC91D0" w14:textId="77777777" w:rsidR="001B6E80" w:rsidRPr="002A0E8B" w:rsidRDefault="001B6E80" w:rsidP="007B4904">
      <w:pPr>
        <w:spacing w:line="360" w:lineRule="auto"/>
        <w:jc w:val="both"/>
        <w:rPr>
          <w:rFonts w:ascii="Arial" w:hAnsi="Arial" w:cs="Arial"/>
        </w:rPr>
      </w:pPr>
    </w:p>
    <w:p w14:paraId="69F6B950" w14:textId="77777777" w:rsidR="001B6E80" w:rsidRPr="002A0E8B" w:rsidRDefault="001B6E80" w:rsidP="007B4904">
      <w:pPr>
        <w:spacing w:line="360" w:lineRule="auto"/>
        <w:jc w:val="both"/>
        <w:rPr>
          <w:rFonts w:ascii="Arial" w:hAnsi="Arial" w:cs="Arial"/>
        </w:rPr>
      </w:pPr>
    </w:p>
    <w:p w14:paraId="07E5B950" w14:textId="77777777" w:rsidR="001B6E80" w:rsidRPr="002A0E8B" w:rsidRDefault="001B6E80" w:rsidP="007B4904">
      <w:pPr>
        <w:spacing w:line="360" w:lineRule="auto"/>
        <w:jc w:val="both"/>
        <w:rPr>
          <w:rFonts w:ascii="Arial" w:hAnsi="Arial" w:cs="Arial"/>
        </w:rPr>
      </w:pPr>
    </w:p>
    <w:p w14:paraId="6FA002A6" w14:textId="77777777" w:rsidR="001B6E80" w:rsidRPr="002A0E8B" w:rsidRDefault="001B6E80" w:rsidP="007B4904">
      <w:pPr>
        <w:spacing w:line="360" w:lineRule="auto"/>
        <w:jc w:val="both"/>
        <w:rPr>
          <w:rFonts w:ascii="Arial" w:hAnsi="Arial" w:cs="Arial"/>
        </w:rPr>
      </w:pPr>
    </w:p>
    <w:p w14:paraId="5A2A4B63" w14:textId="77777777" w:rsidR="001B6E80" w:rsidRPr="002A0E8B" w:rsidRDefault="001B6E80" w:rsidP="007B4904">
      <w:pPr>
        <w:spacing w:line="360" w:lineRule="auto"/>
        <w:jc w:val="both"/>
        <w:rPr>
          <w:rFonts w:ascii="Arial" w:hAnsi="Arial" w:cs="Arial"/>
        </w:rPr>
      </w:pPr>
    </w:p>
    <w:p w14:paraId="0C8E2691" w14:textId="77777777" w:rsidR="001B6E80" w:rsidRPr="002A0E8B" w:rsidRDefault="001B6E80" w:rsidP="007B4904">
      <w:pPr>
        <w:spacing w:line="360" w:lineRule="auto"/>
        <w:jc w:val="both"/>
        <w:rPr>
          <w:rFonts w:ascii="Arial" w:hAnsi="Arial" w:cs="Arial"/>
        </w:rPr>
      </w:pPr>
    </w:p>
    <w:p w14:paraId="3D3037B5" w14:textId="77777777" w:rsidR="001B6E80" w:rsidRPr="002A0E8B" w:rsidRDefault="001B6E80" w:rsidP="007B4904">
      <w:pPr>
        <w:spacing w:line="360" w:lineRule="auto"/>
        <w:jc w:val="both"/>
        <w:rPr>
          <w:rFonts w:ascii="Arial" w:hAnsi="Arial" w:cs="Arial"/>
        </w:rPr>
      </w:pPr>
    </w:p>
    <w:p w14:paraId="13D8DF9C" w14:textId="77777777" w:rsidR="001B6E80" w:rsidRPr="002A0E8B" w:rsidRDefault="001B6E80" w:rsidP="007B4904">
      <w:pPr>
        <w:spacing w:line="360" w:lineRule="auto"/>
        <w:jc w:val="both"/>
        <w:rPr>
          <w:rFonts w:ascii="Arial" w:hAnsi="Arial" w:cs="Arial"/>
        </w:rPr>
      </w:pPr>
    </w:p>
    <w:p w14:paraId="667A0E2E" w14:textId="77777777" w:rsidR="001B6E80" w:rsidRPr="002A0E8B" w:rsidRDefault="001B6E80" w:rsidP="007B4904">
      <w:pPr>
        <w:spacing w:line="360" w:lineRule="auto"/>
        <w:jc w:val="both"/>
        <w:rPr>
          <w:rFonts w:ascii="Arial" w:hAnsi="Arial" w:cs="Arial"/>
        </w:rPr>
      </w:pPr>
    </w:p>
    <w:sdt>
      <w:sdtPr>
        <w:rPr>
          <w:rFonts w:asciiTheme="minorHAnsi" w:eastAsiaTheme="minorEastAsia" w:hAnsiTheme="minorHAnsi" w:cstheme="minorBidi"/>
          <w:b w:val="0"/>
          <w:bCs w:val="0"/>
          <w:color w:val="auto"/>
          <w:sz w:val="22"/>
          <w:szCs w:val="22"/>
        </w:rPr>
        <w:id w:val="1990749567"/>
        <w:docPartObj>
          <w:docPartGallery w:val="Table of Contents"/>
          <w:docPartUnique/>
        </w:docPartObj>
      </w:sdtPr>
      <w:sdtEndPr/>
      <w:sdtContent>
        <w:p w14:paraId="51B08CE2" w14:textId="3263D7A5" w:rsidR="00AE4F5D" w:rsidRPr="002A0E8B" w:rsidRDefault="00AE4F5D">
          <w:pPr>
            <w:pStyle w:val="TOCHeading"/>
            <w:rPr>
              <w:rFonts w:ascii="Arial Black" w:hAnsi="Arial Black"/>
              <w:color w:val="000000" w:themeColor="text1"/>
              <w:sz w:val="32"/>
              <w:szCs w:val="32"/>
            </w:rPr>
          </w:pPr>
          <w:r w:rsidRPr="002A0E8B">
            <w:rPr>
              <w:rFonts w:ascii="Arial Black" w:hAnsi="Arial Black"/>
              <w:color w:val="000000" w:themeColor="text1"/>
              <w:sz w:val="32"/>
              <w:szCs w:val="32"/>
            </w:rPr>
            <w:t>Contents</w:t>
          </w:r>
        </w:p>
        <w:p w14:paraId="7A7843A7" w14:textId="23873190" w:rsidR="00806262" w:rsidRDefault="00AE4F5D">
          <w:pPr>
            <w:pStyle w:val="TOC1"/>
            <w:tabs>
              <w:tab w:val="right" w:leader="dot" w:pos="8630"/>
            </w:tabs>
            <w:rPr>
              <w:rFonts w:eastAsiaTheme="minorEastAsia"/>
              <w:noProof/>
              <w:lang w:eastAsia="en-GB"/>
            </w:rPr>
          </w:pPr>
          <w:r w:rsidRPr="002A0E8B">
            <w:fldChar w:fldCharType="begin"/>
          </w:r>
          <w:r w:rsidRPr="002A0E8B">
            <w:instrText xml:space="preserve"> TOC \o "1-3" \h \z \u </w:instrText>
          </w:r>
          <w:r w:rsidRPr="002A0E8B">
            <w:fldChar w:fldCharType="separate"/>
          </w:r>
          <w:hyperlink w:anchor="_Toc225201696" w:history="1">
            <w:r w:rsidR="00806262" w:rsidRPr="0059799D">
              <w:rPr>
                <w:rStyle w:val="Hyperlink"/>
                <w:rFonts w:ascii="Arial Black" w:hAnsi="Arial Black" w:cs="Arial"/>
                <w:noProof/>
              </w:rPr>
              <w:t>Introduction</w:t>
            </w:r>
            <w:r w:rsidR="00806262">
              <w:rPr>
                <w:noProof/>
                <w:webHidden/>
              </w:rPr>
              <w:tab/>
            </w:r>
            <w:r w:rsidR="00806262">
              <w:rPr>
                <w:noProof/>
                <w:webHidden/>
              </w:rPr>
              <w:fldChar w:fldCharType="begin"/>
            </w:r>
            <w:r w:rsidR="00806262">
              <w:rPr>
                <w:noProof/>
                <w:webHidden/>
              </w:rPr>
              <w:instrText xml:space="preserve"> PAGEREF _Toc225201696 \h </w:instrText>
            </w:r>
            <w:r w:rsidR="00806262">
              <w:rPr>
                <w:noProof/>
                <w:webHidden/>
              </w:rPr>
            </w:r>
            <w:r w:rsidR="00806262">
              <w:rPr>
                <w:noProof/>
                <w:webHidden/>
              </w:rPr>
              <w:fldChar w:fldCharType="separate"/>
            </w:r>
            <w:r w:rsidR="00806262">
              <w:rPr>
                <w:noProof/>
                <w:webHidden/>
              </w:rPr>
              <w:t>3</w:t>
            </w:r>
            <w:r w:rsidR="00806262">
              <w:rPr>
                <w:noProof/>
                <w:webHidden/>
              </w:rPr>
              <w:fldChar w:fldCharType="end"/>
            </w:r>
          </w:hyperlink>
        </w:p>
        <w:p w14:paraId="72C864FC" w14:textId="55F33C12" w:rsidR="00806262" w:rsidRDefault="00806262">
          <w:pPr>
            <w:pStyle w:val="TOC1"/>
            <w:tabs>
              <w:tab w:val="left" w:pos="720"/>
              <w:tab w:val="right" w:leader="dot" w:pos="8630"/>
            </w:tabs>
            <w:rPr>
              <w:rFonts w:eastAsiaTheme="minorEastAsia"/>
              <w:noProof/>
              <w:lang w:eastAsia="en-GB"/>
            </w:rPr>
          </w:pPr>
          <w:hyperlink w:anchor="_Toc225201697" w:history="1">
            <w:r w:rsidRPr="0059799D">
              <w:rPr>
                <w:rStyle w:val="Hyperlink"/>
                <w:rFonts w:ascii="Arial Black" w:hAnsi="Arial Black" w:cs="Arial"/>
                <w:noProof/>
              </w:rPr>
              <w:t>1.0</w:t>
            </w:r>
            <w:r>
              <w:rPr>
                <w:rFonts w:eastAsiaTheme="minorEastAsia"/>
                <w:noProof/>
                <w:lang w:eastAsia="en-GB"/>
              </w:rPr>
              <w:tab/>
            </w:r>
            <w:r w:rsidRPr="0059799D">
              <w:rPr>
                <w:rStyle w:val="Hyperlink"/>
                <w:rFonts w:ascii="Arial Black" w:hAnsi="Arial Black" w:cs="Arial"/>
                <w:noProof/>
              </w:rPr>
              <w:t>Scenario Analysis</w:t>
            </w:r>
            <w:r>
              <w:rPr>
                <w:noProof/>
                <w:webHidden/>
              </w:rPr>
              <w:tab/>
            </w:r>
            <w:r>
              <w:rPr>
                <w:noProof/>
                <w:webHidden/>
              </w:rPr>
              <w:fldChar w:fldCharType="begin"/>
            </w:r>
            <w:r>
              <w:rPr>
                <w:noProof/>
                <w:webHidden/>
              </w:rPr>
              <w:instrText xml:space="preserve"> PAGEREF _Toc225201697 \h </w:instrText>
            </w:r>
            <w:r>
              <w:rPr>
                <w:noProof/>
                <w:webHidden/>
              </w:rPr>
            </w:r>
            <w:r>
              <w:rPr>
                <w:noProof/>
                <w:webHidden/>
              </w:rPr>
              <w:fldChar w:fldCharType="separate"/>
            </w:r>
            <w:r>
              <w:rPr>
                <w:noProof/>
                <w:webHidden/>
              </w:rPr>
              <w:t>3</w:t>
            </w:r>
            <w:r>
              <w:rPr>
                <w:noProof/>
                <w:webHidden/>
              </w:rPr>
              <w:fldChar w:fldCharType="end"/>
            </w:r>
          </w:hyperlink>
        </w:p>
        <w:p w14:paraId="0CD7198D" w14:textId="15AF064C" w:rsidR="00806262" w:rsidRDefault="00806262">
          <w:pPr>
            <w:pStyle w:val="TOC2"/>
            <w:tabs>
              <w:tab w:val="right" w:leader="dot" w:pos="8630"/>
            </w:tabs>
            <w:rPr>
              <w:rFonts w:eastAsiaTheme="minorEastAsia"/>
              <w:noProof/>
              <w:lang w:eastAsia="en-GB"/>
            </w:rPr>
          </w:pPr>
          <w:hyperlink w:anchor="_Toc225201698" w:history="1">
            <w:r w:rsidRPr="0059799D">
              <w:rPr>
                <w:rStyle w:val="Hyperlink"/>
                <w:rFonts w:ascii="Arial Black" w:hAnsi="Arial Black"/>
                <w:noProof/>
              </w:rPr>
              <w:t>1.1 Summary of Task 1 Development Work</w:t>
            </w:r>
            <w:r>
              <w:rPr>
                <w:noProof/>
                <w:webHidden/>
              </w:rPr>
              <w:tab/>
            </w:r>
            <w:r>
              <w:rPr>
                <w:noProof/>
                <w:webHidden/>
              </w:rPr>
              <w:fldChar w:fldCharType="begin"/>
            </w:r>
            <w:r>
              <w:rPr>
                <w:noProof/>
                <w:webHidden/>
              </w:rPr>
              <w:instrText xml:space="preserve"> PAGEREF _Toc225201698 \h </w:instrText>
            </w:r>
            <w:r>
              <w:rPr>
                <w:noProof/>
                <w:webHidden/>
              </w:rPr>
            </w:r>
            <w:r>
              <w:rPr>
                <w:noProof/>
                <w:webHidden/>
              </w:rPr>
              <w:fldChar w:fldCharType="separate"/>
            </w:r>
            <w:r>
              <w:rPr>
                <w:noProof/>
                <w:webHidden/>
              </w:rPr>
              <w:t>4</w:t>
            </w:r>
            <w:r>
              <w:rPr>
                <w:noProof/>
                <w:webHidden/>
              </w:rPr>
              <w:fldChar w:fldCharType="end"/>
            </w:r>
          </w:hyperlink>
        </w:p>
        <w:p w14:paraId="32FBEF65" w14:textId="3DACB352" w:rsidR="00806262" w:rsidRDefault="00806262">
          <w:pPr>
            <w:pStyle w:val="TOC2"/>
            <w:tabs>
              <w:tab w:val="right" w:leader="dot" w:pos="8630"/>
            </w:tabs>
            <w:rPr>
              <w:rFonts w:eastAsiaTheme="minorEastAsia"/>
              <w:noProof/>
              <w:lang w:eastAsia="en-GB"/>
            </w:rPr>
          </w:pPr>
          <w:hyperlink w:anchor="_Toc225201699" w:history="1">
            <w:r w:rsidRPr="0059799D">
              <w:rPr>
                <w:rStyle w:val="Hyperlink"/>
                <w:rFonts w:ascii="Arial Black" w:hAnsi="Arial Black"/>
                <w:noProof/>
              </w:rPr>
              <w:t>1.2 Relationships between entities</w:t>
            </w:r>
            <w:r>
              <w:rPr>
                <w:noProof/>
                <w:webHidden/>
              </w:rPr>
              <w:tab/>
            </w:r>
            <w:r>
              <w:rPr>
                <w:noProof/>
                <w:webHidden/>
              </w:rPr>
              <w:fldChar w:fldCharType="begin"/>
            </w:r>
            <w:r>
              <w:rPr>
                <w:noProof/>
                <w:webHidden/>
              </w:rPr>
              <w:instrText xml:space="preserve"> PAGEREF _Toc225201699 \h </w:instrText>
            </w:r>
            <w:r>
              <w:rPr>
                <w:noProof/>
                <w:webHidden/>
              </w:rPr>
            </w:r>
            <w:r>
              <w:rPr>
                <w:noProof/>
                <w:webHidden/>
              </w:rPr>
              <w:fldChar w:fldCharType="separate"/>
            </w:r>
            <w:r>
              <w:rPr>
                <w:noProof/>
                <w:webHidden/>
              </w:rPr>
              <w:t>5</w:t>
            </w:r>
            <w:r>
              <w:rPr>
                <w:noProof/>
                <w:webHidden/>
              </w:rPr>
              <w:fldChar w:fldCharType="end"/>
            </w:r>
          </w:hyperlink>
        </w:p>
        <w:p w14:paraId="061BBFE0" w14:textId="27693D79" w:rsidR="00806262" w:rsidRDefault="00806262">
          <w:pPr>
            <w:pStyle w:val="TOC2"/>
            <w:tabs>
              <w:tab w:val="right" w:leader="dot" w:pos="8630"/>
            </w:tabs>
            <w:rPr>
              <w:rFonts w:eastAsiaTheme="minorEastAsia"/>
              <w:noProof/>
              <w:lang w:eastAsia="en-GB"/>
            </w:rPr>
          </w:pPr>
          <w:hyperlink w:anchor="_Toc225201700" w:history="1">
            <w:r w:rsidRPr="0059799D">
              <w:rPr>
                <w:rStyle w:val="Hyperlink"/>
                <w:rFonts w:ascii="Arial Black" w:hAnsi="Arial Black"/>
                <w:noProof/>
              </w:rPr>
              <w:t>1.3 Entity Relationship Diagram (ERD)</w:t>
            </w:r>
            <w:r>
              <w:rPr>
                <w:noProof/>
                <w:webHidden/>
              </w:rPr>
              <w:tab/>
            </w:r>
            <w:r>
              <w:rPr>
                <w:noProof/>
                <w:webHidden/>
              </w:rPr>
              <w:fldChar w:fldCharType="begin"/>
            </w:r>
            <w:r>
              <w:rPr>
                <w:noProof/>
                <w:webHidden/>
              </w:rPr>
              <w:instrText xml:space="preserve"> PAGEREF _Toc225201700 \h </w:instrText>
            </w:r>
            <w:r>
              <w:rPr>
                <w:noProof/>
                <w:webHidden/>
              </w:rPr>
            </w:r>
            <w:r>
              <w:rPr>
                <w:noProof/>
                <w:webHidden/>
              </w:rPr>
              <w:fldChar w:fldCharType="separate"/>
            </w:r>
            <w:r>
              <w:rPr>
                <w:noProof/>
                <w:webHidden/>
              </w:rPr>
              <w:t>6</w:t>
            </w:r>
            <w:r>
              <w:rPr>
                <w:noProof/>
                <w:webHidden/>
              </w:rPr>
              <w:fldChar w:fldCharType="end"/>
            </w:r>
          </w:hyperlink>
        </w:p>
        <w:p w14:paraId="719CA11B" w14:textId="33C04A26" w:rsidR="00806262" w:rsidRDefault="00806262">
          <w:pPr>
            <w:pStyle w:val="TOC2"/>
            <w:tabs>
              <w:tab w:val="right" w:leader="dot" w:pos="8630"/>
            </w:tabs>
            <w:rPr>
              <w:rFonts w:eastAsiaTheme="minorEastAsia"/>
              <w:noProof/>
              <w:lang w:eastAsia="en-GB"/>
            </w:rPr>
          </w:pPr>
          <w:hyperlink w:anchor="_Toc225201701" w:history="1">
            <w:r w:rsidRPr="0059799D">
              <w:rPr>
                <w:rStyle w:val="Hyperlink"/>
                <w:rFonts w:ascii="Arial Black" w:hAnsi="Arial Black"/>
                <w:noProof/>
              </w:rPr>
              <w:t>1.4 Normalised Entity Relationship Diagram (ERD)</w:t>
            </w:r>
            <w:r>
              <w:rPr>
                <w:noProof/>
                <w:webHidden/>
              </w:rPr>
              <w:tab/>
            </w:r>
            <w:r>
              <w:rPr>
                <w:noProof/>
                <w:webHidden/>
              </w:rPr>
              <w:fldChar w:fldCharType="begin"/>
            </w:r>
            <w:r>
              <w:rPr>
                <w:noProof/>
                <w:webHidden/>
              </w:rPr>
              <w:instrText xml:space="preserve"> PAGEREF _Toc225201701 \h </w:instrText>
            </w:r>
            <w:r>
              <w:rPr>
                <w:noProof/>
                <w:webHidden/>
              </w:rPr>
            </w:r>
            <w:r>
              <w:rPr>
                <w:noProof/>
                <w:webHidden/>
              </w:rPr>
              <w:fldChar w:fldCharType="separate"/>
            </w:r>
            <w:r>
              <w:rPr>
                <w:noProof/>
                <w:webHidden/>
              </w:rPr>
              <w:t>7</w:t>
            </w:r>
            <w:r>
              <w:rPr>
                <w:noProof/>
                <w:webHidden/>
              </w:rPr>
              <w:fldChar w:fldCharType="end"/>
            </w:r>
          </w:hyperlink>
        </w:p>
        <w:p w14:paraId="20DD7382" w14:textId="7BC4D6CA" w:rsidR="00806262" w:rsidRDefault="00806262">
          <w:pPr>
            <w:pStyle w:val="TOC2"/>
            <w:tabs>
              <w:tab w:val="right" w:leader="dot" w:pos="8630"/>
            </w:tabs>
            <w:rPr>
              <w:rFonts w:eastAsiaTheme="minorEastAsia"/>
              <w:noProof/>
              <w:lang w:eastAsia="en-GB"/>
            </w:rPr>
          </w:pPr>
          <w:hyperlink w:anchor="_Toc225201702" w:history="1">
            <w:r w:rsidRPr="0059799D">
              <w:rPr>
                <w:rStyle w:val="Hyperlink"/>
                <w:rFonts w:ascii="Arial Black" w:hAnsi="Arial Black"/>
                <w:noProof/>
              </w:rPr>
              <w:t>1.5 Tables created</w:t>
            </w:r>
            <w:r>
              <w:rPr>
                <w:noProof/>
                <w:webHidden/>
              </w:rPr>
              <w:tab/>
            </w:r>
            <w:r>
              <w:rPr>
                <w:noProof/>
                <w:webHidden/>
              </w:rPr>
              <w:fldChar w:fldCharType="begin"/>
            </w:r>
            <w:r>
              <w:rPr>
                <w:noProof/>
                <w:webHidden/>
              </w:rPr>
              <w:instrText xml:space="preserve"> PAGEREF _Toc225201702 \h </w:instrText>
            </w:r>
            <w:r>
              <w:rPr>
                <w:noProof/>
                <w:webHidden/>
              </w:rPr>
            </w:r>
            <w:r>
              <w:rPr>
                <w:noProof/>
                <w:webHidden/>
              </w:rPr>
              <w:fldChar w:fldCharType="separate"/>
            </w:r>
            <w:r>
              <w:rPr>
                <w:noProof/>
                <w:webHidden/>
              </w:rPr>
              <w:t>7</w:t>
            </w:r>
            <w:r>
              <w:rPr>
                <w:noProof/>
                <w:webHidden/>
              </w:rPr>
              <w:fldChar w:fldCharType="end"/>
            </w:r>
          </w:hyperlink>
        </w:p>
        <w:p w14:paraId="6AA50EE0" w14:textId="0DC078F8" w:rsidR="00806262" w:rsidRDefault="00806262">
          <w:pPr>
            <w:pStyle w:val="TOC1"/>
            <w:tabs>
              <w:tab w:val="right" w:leader="dot" w:pos="8630"/>
            </w:tabs>
            <w:rPr>
              <w:rFonts w:eastAsiaTheme="minorEastAsia"/>
              <w:noProof/>
              <w:lang w:eastAsia="en-GB"/>
            </w:rPr>
          </w:pPr>
          <w:hyperlink w:anchor="_Toc225201703" w:history="1">
            <w:r w:rsidRPr="0059799D">
              <w:rPr>
                <w:rStyle w:val="Hyperlink"/>
                <w:rFonts w:ascii="Arial Black" w:hAnsi="Arial Black"/>
                <w:noProof/>
              </w:rPr>
              <w:t>2.0 Normalisation (Up to 3NF)</w:t>
            </w:r>
            <w:r>
              <w:rPr>
                <w:noProof/>
                <w:webHidden/>
              </w:rPr>
              <w:tab/>
            </w:r>
            <w:r>
              <w:rPr>
                <w:noProof/>
                <w:webHidden/>
              </w:rPr>
              <w:fldChar w:fldCharType="begin"/>
            </w:r>
            <w:r>
              <w:rPr>
                <w:noProof/>
                <w:webHidden/>
              </w:rPr>
              <w:instrText xml:space="preserve"> PAGEREF _Toc225201703 \h </w:instrText>
            </w:r>
            <w:r>
              <w:rPr>
                <w:noProof/>
                <w:webHidden/>
              </w:rPr>
            </w:r>
            <w:r>
              <w:rPr>
                <w:noProof/>
                <w:webHidden/>
              </w:rPr>
              <w:fldChar w:fldCharType="separate"/>
            </w:r>
            <w:r>
              <w:rPr>
                <w:noProof/>
                <w:webHidden/>
              </w:rPr>
              <w:t>9</w:t>
            </w:r>
            <w:r>
              <w:rPr>
                <w:noProof/>
                <w:webHidden/>
              </w:rPr>
              <w:fldChar w:fldCharType="end"/>
            </w:r>
          </w:hyperlink>
        </w:p>
        <w:p w14:paraId="5938A09C" w14:textId="5103455B" w:rsidR="00806262" w:rsidRDefault="00806262">
          <w:pPr>
            <w:pStyle w:val="TOC2"/>
            <w:tabs>
              <w:tab w:val="right" w:leader="dot" w:pos="8630"/>
            </w:tabs>
            <w:rPr>
              <w:rFonts w:eastAsiaTheme="minorEastAsia"/>
              <w:noProof/>
              <w:lang w:eastAsia="en-GB"/>
            </w:rPr>
          </w:pPr>
          <w:hyperlink w:anchor="_Toc225201704" w:history="1">
            <w:r w:rsidRPr="0059799D">
              <w:rPr>
                <w:rStyle w:val="Hyperlink"/>
                <w:rFonts w:ascii="Arial Black" w:hAnsi="Arial Black"/>
                <w:noProof/>
              </w:rPr>
              <w:t>2.1 Explaining decisions</w:t>
            </w:r>
            <w:r>
              <w:rPr>
                <w:noProof/>
                <w:webHidden/>
              </w:rPr>
              <w:tab/>
            </w:r>
            <w:r>
              <w:rPr>
                <w:noProof/>
                <w:webHidden/>
              </w:rPr>
              <w:fldChar w:fldCharType="begin"/>
            </w:r>
            <w:r>
              <w:rPr>
                <w:noProof/>
                <w:webHidden/>
              </w:rPr>
              <w:instrText xml:space="preserve"> PAGEREF _Toc225201704 \h </w:instrText>
            </w:r>
            <w:r>
              <w:rPr>
                <w:noProof/>
                <w:webHidden/>
              </w:rPr>
            </w:r>
            <w:r>
              <w:rPr>
                <w:noProof/>
                <w:webHidden/>
              </w:rPr>
              <w:fldChar w:fldCharType="separate"/>
            </w:r>
            <w:r>
              <w:rPr>
                <w:noProof/>
                <w:webHidden/>
              </w:rPr>
              <w:t>10</w:t>
            </w:r>
            <w:r>
              <w:rPr>
                <w:noProof/>
                <w:webHidden/>
              </w:rPr>
              <w:fldChar w:fldCharType="end"/>
            </w:r>
          </w:hyperlink>
        </w:p>
        <w:p w14:paraId="6C765676" w14:textId="63175DF5" w:rsidR="00806262" w:rsidRDefault="00806262">
          <w:pPr>
            <w:pStyle w:val="TOC2"/>
            <w:tabs>
              <w:tab w:val="right" w:leader="dot" w:pos="8630"/>
            </w:tabs>
            <w:rPr>
              <w:rFonts w:eastAsiaTheme="minorEastAsia"/>
              <w:noProof/>
              <w:lang w:eastAsia="en-GB"/>
            </w:rPr>
          </w:pPr>
          <w:hyperlink w:anchor="_Toc225201705" w:history="1">
            <w:r w:rsidRPr="0059799D">
              <w:rPr>
                <w:rStyle w:val="Hyperlink"/>
                <w:rFonts w:ascii="Arial Black" w:hAnsi="Arial Black"/>
                <w:noProof/>
              </w:rPr>
              <w:t>2.2 Sample Data</w:t>
            </w:r>
            <w:r>
              <w:rPr>
                <w:noProof/>
                <w:webHidden/>
              </w:rPr>
              <w:tab/>
            </w:r>
            <w:r>
              <w:rPr>
                <w:noProof/>
                <w:webHidden/>
              </w:rPr>
              <w:fldChar w:fldCharType="begin"/>
            </w:r>
            <w:r>
              <w:rPr>
                <w:noProof/>
                <w:webHidden/>
              </w:rPr>
              <w:instrText xml:space="preserve"> PAGEREF _Toc225201705 \h </w:instrText>
            </w:r>
            <w:r>
              <w:rPr>
                <w:noProof/>
                <w:webHidden/>
              </w:rPr>
            </w:r>
            <w:r>
              <w:rPr>
                <w:noProof/>
                <w:webHidden/>
              </w:rPr>
              <w:fldChar w:fldCharType="separate"/>
            </w:r>
            <w:r>
              <w:rPr>
                <w:noProof/>
                <w:webHidden/>
              </w:rPr>
              <w:t>11</w:t>
            </w:r>
            <w:r>
              <w:rPr>
                <w:noProof/>
                <w:webHidden/>
              </w:rPr>
              <w:fldChar w:fldCharType="end"/>
            </w:r>
          </w:hyperlink>
        </w:p>
        <w:p w14:paraId="12DFEC40" w14:textId="4A1C07C9" w:rsidR="00806262" w:rsidRDefault="00806262">
          <w:pPr>
            <w:pStyle w:val="TOC2"/>
            <w:tabs>
              <w:tab w:val="right" w:leader="dot" w:pos="8630"/>
            </w:tabs>
            <w:rPr>
              <w:rFonts w:eastAsiaTheme="minorEastAsia"/>
              <w:noProof/>
              <w:lang w:eastAsia="en-GB"/>
            </w:rPr>
          </w:pPr>
          <w:hyperlink w:anchor="_Toc225201706" w:history="1">
            <w:r w:rsidRPr="0059799D">
              <w:rPr>
                <w:rStyle w:val="Hyperlink"/>
                <w:rFonts w:ascii="Arial Black" w:hAnsi="Arial Black"/>
                <w:noProof/>
              </w:rPr>
              <w:t xml:space="preserve">2.3 </w:t>
            </w:r>
            <w:r w:rsidRPr="0059799D">
              <w:rPr>
                <w:rStyle w:val="Hyperlink"/>
                <w:rFonts w:ascii="Arial Black" w:hAnsi="Arial Black" w:cs="Arial"/>
                <w:noProof/>
              </w:rPr>
              <w:t>Query Development</w:t>
            </w:r>
            <w:r>
              <w:rPr>
                <w:noProof/>
                <w:webHidden/>
              </w:rPr>
              <w:tab/>
            </w:r>
            <w:r>
              <w:rPr>
                <w:noProof/>
                <w:webHidden/>
              </w:rPr>
              <w:fldChar w:fldCharType="begin"/>
            </w:r>
            <w:r>
              <w:rPr>
                <w:noProof/>
                <w:webHidden/>
              </w:rPr>
              <w:instrText xml:space="preserve"> PAGEREF _Toc225201706 \h </w:instrText>
            </w:r>
            <w:r>
              <w:rPr>
                <w:noProof/>
                <w:webHidden/>
              </w:rPr>
            </w:r>
            <w:r>
              <w:rPr>
                <w:noProof/>
                <w:webHidden/>
              </w:rPr>
              <w:fldChar w:fldCharType="separate"/>
            </w:r>
            <w:r>
              <w:rPr>
                <w:noProof/>
                <w:webHidden/>
              </w:rPr>
              <w:t>14</w:t>
            </w:r>
            <w:r>
              <w:rPr>
                <w:noProof/>
                <w:webHidden/>
              </w:rPr>
              <w:fldChar w:fldCharType="end"/>
            </w:r>
          </w:hyperlink>
        </w:p>
        <w:p w14:paraId="3376FEA2" w14:textId="727EDAD8" w:rsidR="00806262" w:rsidRDefault="00806262">
          <w:pPr>
            <w:pStyle w:val="TOC1"/>
            <w:tabs>
              <w:tab w:val="right" w:leader="dot" w:pos="8630"/>
            </w:tabs>
            <w:rPr>
              <w:rFonts w:eastAsiaTheme="minorEastAsia"/>
              <w:noProof/>
              <w:lang w:eastAsia="en-GB"/>
            </w:rPr>
          </w:pPr>
          <w:hyperlink w:anchor="_Toc225201707" w:history="1">
            <w:r w:rsidRPr="0059799D">
              <w:rPr>
                <w:rStyle w:val="Hyperlink"/>
                <w:rFonts w:ascii="Arial Black" w:hAnsi="Arial Black"/>
                <w:noProof/>
              </w:rPr>
              <w:t>3.0 Validation and Testing</w:t>
            </w:r>
            <w:r>
              <w:rPr>
                <w:noProof/>
                <w:webHidden/>
              </w:rPr>
              <w:tab/>
            </w:r>
            <w:r>
              <w:rPr>
                <w:noProof/>
                <w:webHidden/>
              </w:rPr>
              <w:fldChar w:fldCharType="begin"/>
            </w:r>
            <w:r>
              <w:rPr>
                <w:noProof/>
                <w:webHidden/>
              </w:rPr>
              <w:instrText xml:space="preserve"> PAGEREF _Toc225201707 \h </w:instrText>
            </w:r>
            <w:r>
              <w:rPr>
                <w:noProof/>
                <w:webHidden/>
              </w:rPr>
            </w:r>
            <w:r>
              <w:rPr>
                <w:noProof/>
                <w:webHidden/>
              </w:rPr>
              <w:fldChar w:fldCharType="separate"/>
            </w:r>
            <w:r>
              <w:rPr>
                <w:noProof/>
                <w:webHidden/>
              </w:rPr>
              <w:t>23</w:t>
            </w:r>
            <w:r>
              <w:rPr>
                <w:noProof/>
                <w:webHidden/>
              </w:rPr>
              <w:fldChar w:fldCharType="end"/>
            </w:r>
          </w:hyperlink>
        </w:p>
        <w:p w14:paraId="77136D35" w14:textId="67F315E2" w:rsidR="00806262" w:rsidRDefault="00806262">
          <w:pPr>
            <w:pStyle w:val="TOC2"/>
            <w:tabs>
              <w:tab w:val="right" w:leader="dot" w:pos="8630"/>
            </w:tabs>
            <w:rPr>
              <w:rFonts w:eastAsiaTheme="minorEastAsia"/>
              <w:noProof/>
              <w:lang w:eastAsia="en-GB"/>
            </w:rPr>
          </w:pPr>
          <w:hyperlink w:anchor="_Toc225201708" w:history="1">
            <w:r w:rsidRPr="0059799D">
              <w:rPr>
                <w:rStyle w:val="Hyperlink"/>
                <w:rFonts w:ascii="Arial Black" w:hAnsi="Arial Black"/>
                <w:noProof/>
              </w:rPr>
              <w:t>3.1 Summary of Testing Approach</w:t>
            </w:r>
            <w:r>
              <w:rPr>
                <w:noProof/>
                <w:webHidden/>
              </w:rPr>
              <w:tab/>
            </w:r>
            <w:r>
              <w:rPr>
                <w:noProof/>
                <w:webHidden/>
              </w:rPr>
              <w:fldChar w:fldCharType="begin"/>
            </w:r>
            <w:r>
              <w:rPr>
                <w:noProof/>
                <w:webHidden/>
              </w:rPr>
              <w:instrText xml:space="preserve"> PAGEREF _Toc225201708 \h </w:instrText>
            </w:r>
            <w:r>
              <w:rPr>
                <w:noProof/>
                <w:webHidden/>
              </w:rPr>
            </w:r>
            <w:r>
              <w:rPr>
                <w:noProof/>
                <w:webHidden/>
              </w:rPr>
              <w:fldChar w:fldCharType="separate"/>
            </w:r>
            <w:r>
              <w:rPr>
                <w:noProof/>
                <w:webHidden/>
              </w:rPr>
              <w:t>23</w:t>
            </w:r>
            <w:r>
              <w:rPr>
                <w:noProof/>
                <w:webHidden/>
              </w:rPr>
              <w:fldChar w:fldCharType="end"/>
            </w:r>
          </w:hyperlink>
        </w:p>
        <w:p w14:paraId="3F517AB9" w14:textId="2D505D74" w:rsidR="00806262" w:rsidRDefault="00806262">
          <w:pPr>
            <w:pStyle w:val="TOC2"/>
            <w:tabs>
              <w:tab w:val="right" w:leader="dot" w:pos="8630"/>
            </w:tabs>
            <w:rPr>
              <w:rFonts w:eastAsiaTheme="minorEastAsia"/>
              <w:noProof/>
              <w:lang w:eastAsia="en-GB"/>
            </w:rPr>
          </w:pPr>
          <w:hyperlink w:anchor="_Toc225201709" w:history="1">
            <w:r w:rsidRPr="0059799D">
              <w:rPr>
                <w:rStyle w:val="Hyperlink"/>
                <w:rFonts w:ascii="Arial Black" w:hAnsi="Arial Black"/>
                <w:noProof/>
              </w:rPr>
              <w:t>3.2 Field-Level Validation</w:t>
            </w:r>
            <w:r>
              <w:rPr>
                <w:noProof/>
                <w:webHidden/>
              </w:rPr>
              <w:tab/>
            </w:r>
            <w:r>
              <w:rPr>
                <w:noProof/>
                <w:webHidden/>
              </w:rPr>
              <w:fldChar w:fldCharType="begin"/>
            </w:r>
            <w:r>
              <w:rPr>
                <w:noProof/>
                <w:webHidden/>
              </w:rPr>
              <w:instrText xml:space="preserve"> PAGEREF _Toc225201709 \h </w:instrText>
            </w:r>
            <w:r>
              <w:rPr>
                <w:noProof/>
                <w:webHidden/>
              </w:rPr>
            </w:r>
            <w:r>
              <w:rPr>
                <w:noProof/>
                <w:webHidden/>
              </w:rPr>
              <w:fldChar w:fldCharType="separate"/>
            </w:r>
            <w:r>
              <w:rPr>
                <w:noProof/>
                <w:webHidden/>
              </w:rPr>
              <w:t>23</w:t>
            </w:r>
            <w:r>
              <w:rPr>
                <w:noProof/>
                <w:webHidden/>
              </w:rPr>
              <w:fldChar w:fldCharType="end"/>
            </w:r>
          </w:hyperlink>
        </w:p>
        <w:p w14:paraId="33DDD769" w14:textId="39A151AC" w:rsidR="00806262" w:rsidRDefault="00806262">
          <w:pPr>
            <w:pStyle w:val="TOC2"/>
            <w:tabs>
              <w:tab w:val="right" w:leader="dot" w:pos="8630"/>
            </w:tabs>
            <w:rPr>
              <w:rFonts w:eastAsiaTheme="minorEastAsia"/>
              <w:noProof/>
              <w:lang w:eastAsia="en-GB"/>
            </w:rPr>
          </w:pPr>
          <w:hyperlink w:anchor="_Toc225201710" w:history="1">
            <w:r w:rsidRPr="0059799D">
              <w:rPr>
                <w:rStyle w:val="Hyperlink"/>
                <w:rFonts w:ascii="Arial Black" w:hAnsi="Arial Black"/>
                <w:noProof/>
              </w:rPr>
              <w:t>3.3 Relationship and Referential Integrity Testing</w:t>
            </w:r>
            <w:r>
              <w:rPr>
                <w:noProof/>
                <w:webHidden/>
              </w:rPr>
              <w:tab/>
            </w:r>
            <w:r>
              <w:rPr>
                <w:noProof/>
                <w:webHidden/>
              </w:rPr>
              <w:fldChar w:fldCharType="begin"/>
            </w:r>
            <w:r>
              <w:rPr>
                <w:noProof/>
                <w:webHidden/>
              </w:rPr>
              <w:instrText xml:space="preserve"> PAGEREF _Toc225201710 \h </w:instrText>
            </w:r>
            <w:r>
              <w:rPr>
                <w:noProof/>
                <w:webHidden/>
              </w:rPr>
            </w:r>
            <w:r>
              <w:rPr>
                <w:noProof/>
                <w:webHidden/>
              </w:rPr>
              <w:fldChar w:fldCharType="separate"/>
            </w:r>
            <w:r>
              <w:rPr>
                <w:noProof/>
                <w:webHidden/>
              </w:rPr>
              <w:t>23</w:t>
            </w:r>
            <w:r>
              <w:rPr>
                <w:noProof/>
                <w:webHidden/>
              </w:rPr>
              <w:fldChar w:fldCharType="end"/>
            </w:r>
          </w:hyperlink>
        </w:p>
        <w:p w14:paraId="609DA691" w14:textId="7A9F0319" w:rsidR="00806262" w:rsidRDefault="00806262">
          <w:pPr>
            <w:pStyle w:val="TOC2"/>
            <w:tabs>
              <w:tab w:val="right" w:leader="dot" w:pos="8630"/>
            </w:tabs>
            <w:rPr>
              <w:rFonts w:eastAsiaTheme="minorEastAsia"/>
              <w:noProof/>
              <w:lang w:eastAsia="en-GB"/>
            </w:rPr>
          </w:pPr>
          <w:hyperlink w:anchor="_Toc225201711" w:history="1">
            <w:r w:rsidRPr="0059799D">
              <w:rPr>
                <w:rStyle w:val="Hyperlink"/>
                <w:rFonts w:ascii="Arial Black" w:hAnsi="Arial Black"/>
                <w:noProof/>
              </w:rPr>
              <w:t>3.4 Query Testing</w:t>
            </w:r>
            <w:r>
              <w:rPr>
                <w:noProof/>
                <w:webHidden/>
              </w:rPr>
              <w:tab/>
            </w:r>
            <w:r>
              <w:rPr>
                <w:noProof/>
                <w:webHidden/>
              </w:rPr>
              <w:fldChar w:fldCharType="begin"/>
            </w:r>
            <w:r>
              <w:rPr>
                <w:noProof/>
                <w:webHidden/>
              </w:rPr>
              <w:instrText xml:space="preserve"> PAGEREF _Toc225201711 \h </w:instrText>
            </w:r>
            <w:r>
              <w:rPr>
                <w:noProof/>
                <w:webHidden/>
              </w:rPr>
            </w:r>
            <w:r>
              <w:rPr>
                <w:noProof/>
                <w:webHidden/>
              </w:rPr>
              <w:fldChar w:fldCharType="separate"/>
            </w:r>
            <w:r>
              <w:rPr>
                <w:noProof/>
                <w:webHidden/>
              </w:rPr>
              <w:t>24</w:t>
            </w:r>
            <w:r>
              <w:rPr>
                <w:noProof/>
                <w:webHidden/>
              </w:rPr>
              <w:fldChar w:fldCharType="end"/>
            </w:r>
          </w:hyperlink>
        </w:p>
        <w:p w14:paraId="1B0BF733" w14:textId="54D4090F" w:rsidR="00806262" w:rsidRDefault="00806262">
          <w:pPr>
            <w:pStyle w:val="TOC2"/>
            <w:tabs>
              <w:tab w:val="right" w:leader="dot" w:pos="8630"/>
            </w:tabs>
            <w:rPr>
              <w:rFonts w:eastAsiaTheme="minorEastAsia"/>
              <w:noProof/>
              <w:lang w:eastAsia="en-GB"/>
            </w:rPr>
          </w:pPr>
          <w:hyperlink w:anchor="_Toc225201712" w:history="1">
            <w:r w:rsidRPr="0059799D">
              <w:rPr>
                <w:rStyle w:val="Hyperlink"/>
                <w:rFonts w:ascii="Arial Black" w:hAnsi="Arial Black" w:cs="Arial"/>
                <w:noProof/>
              </w:rPr>
              <w:t>3.5 Results</w:t>
            </w:r>
            <w:r>
              <w:rPr>
                <w:noProof/>
                <w:webHidden/>
              </w:rPr>
              <w:tab/>
            </w:r>
            <w:r>
              <w:rPr>
                <w:noProof/>
                <w:webHidden/>
              </w:rPr>
              <w:fldChar w:fldCharType="begin"/>
            </w:r>
            <w:r>
              <w:rPr>
                <w:noProof/>
                <w:webHidden/>
              </w:rPr>
              <w:instrText xml:space="preserve"> PAGEREF _Toc225201712 \h </w:instrText>
            </w:r>
            <w:r>
              <w:rPr>
                <w:noProof/>
                <w:webHidden/>
              </w:rPr>
            </w:r>
            <w:r>
              <w:rPr>
                <w:noProof/>
                <w:webHidden/>
              </w:rPr>
              <w:fldChar w:fldCharType="separate"/>
            </w:r>
            <w:r>
              <w:rPr>
                <w:noProof/>
                <w:webHidden/>
              </w:rPr>
              <w:t>25</w:t>
            </w:r>
            <w:r>
              <w:rPr>
                <w:noProof/>
                <w:webHidden/>
              </w:rPr>
              <w:fldChar w:fldCharType="end"/>
            </w:r>
          </w:hyperlink>
        </w:p>
        <w:p w14:paraId="35170FEF" w14:textId="0C248F22" w:rsidR="00806262" w:rsidRDefault="00806262">
          <w:pPr>
            <w:pStyle w:val="TOC2"/>
            <w:tabs>
              <w:tab w:val="right" w:leader="dot" w:pos="8630"/>
            </w:tabs>
            <w:rPr>
              <w:rFonts w:eastAsiaTheme="minorEastAsia"/>
              <w:noProof/>
              <w:lang w:eastAsia="en-GB"/>
            </w:rPr>
          </w:pPr>
          <w:hyperlink w:anchor="_Toc225201713" w:history="1">
            <w:r w:rsidRPr="0059799D">
              <w:rPr>
                <w:rStyle w:val="Hyperlink"/>
                <w:rFonts w:ascii="Arial Black" w:hAnsi="Arial Black" w:cs="Arial"/>
                <w:noProof/>
              </w:rPr>
              <w:t>3.6 Issues Identified and Fixes Applied</w:t>
            </w:r>
            <w:r>
              <w:rPr>
                <w:noProof/>
                <w:webHidden/>
              </w:rPr>
              <w:tab/>
            </w:r>
            <w:r>
              <w:rPr>
                <w:noProof/>
                <w:webHidden/>
              </w:rPr>
              <w:fldChar w:fldCharType="begin"/>
            </w:r>
            <w:r>
              <w:rPr>
                <w:noProof/>
                <w:webHidden/>
              </w:rPr>
              <w:instrText xml:space="preserve"> PAGEREF _Toc225201713 \h </w:instrText>
            </w:r>
            <w:r>
              <w:rPr>
                <w:noProof/>
                <w:webHidden/>
              </w:rPr>
            </w:r>
            <w:r>
              <w:rPr>
                <w:noProof/>
                <w:webHidden/>
              </w:rPr>
              <w:fldChar w:fldCharType="separate"/>
            </w:r>
            <w:r>
              <w:rPr>
                <w:noProof/>
                <w:webHidden/>
              </w:rPr>
              <w:t>25</w:t>
            </w:r>
            <w:r>
              <w:rPr>
                <w:noProof/>
                <w:webHidden/>
              </w:rPr>
              <w:fldChar w:fldCharType="end"/>
            </w:r>
          </w:hyperlink>
        </w:p>
        <w:p w14:paraId="50CB0456" w14:textId="4B630451" w:rsidR="00806262" w:rsidRDefault="00806262">
          <w:pPr>
            <w:pStyle w:val="TOC1"/>
            <w:tabs>
              <w:tab w:val="right" w:leader="dot" w:pos="8630"/>
            </w:tabs>
            <w:rPr>
              <w:rFonts w:eastAsiaTheme="minorEastAsia"/>
              <w:noProof/>
              <w:lang w:eastAsia="en-GB"/>
            </w:rPr>
          </w:pPr>
          <w:hyperlink w:anchor="_Toc225201714" w:history="1">
            <w:r w:rsidRPr="0059799D">
              <w:rPr>
                <w:rStyle w:val="Hyperlink"/>
                <w:rFonts w:ascii="Arial Black" w:hAnsi="Arial Black"/>
                <w:noProof/>
              </w:rPr>
              <w:t>4.0 Design Decisions, System Summary, and Reflection</w:t>
            </w:r>
            <w:r>
              <w:rPr>
                <w:noProof/>
                <w:webHidden/>
              </w:rPr>
              <w:tab/>
            </w:r>
            <w:r>
              <w:rPr>
                <w:noProof/>
                <w:webHidden/>
              </w:rPr>
              <w:fldChar w:fldCharType="begin"/>
            </w:r>
            <w:r>
              <w:rPr>
                <w:noProof/>
                <w:webHidden/>
              </w:rPr>
              <w:instrText xml:space="preserve"> PAGEREF _Toc225201714 \h </w:instrText>
            </w:r>
            <w:r>
              <w:rPr>
                <w:noProof/>
                <w:webHidden/>
              </w:rPr>
            </w:r>
            <w:r>
              <w:rPr>
                <w:noProof/>
                <w:webHidden/>
              </w:rPr>
              <w:fldChar w:fldCharType="separate"/>
            </w:r>
            <w:r>
              <w:rPr>
                <w:noProof/>
                <w:webHidden/>
              </w:rPr>
              <w:t>26</w:t>
            </w:r>
            <w:r>
              <w:rPr>
                <w:noProof/>
                <w:webHidden/>
              </w:rPr>
              <w:fldChar w:fldCharType="end"/>
            </w:r>
          </w:hyperlink>
        </w:p>
        <w:p w14:paraId="17724025" w14:textId="714DF9A5" w:rsidR="00806262" w:rsidRDefault="00806262">
          <w:pPr>
            <w:pStyle w:val="TOC2"/>
            <w:tabs>
              <w:tab w:val="right" w:leader="dot" w:pos="8630"/>
            </w:tabs>
            <w:rPr>
              <w:rFonts w:eastAsiaTheme="minorEastAsia"/>
              <w:noProof/>
              <w:lang w:eastAsia="en-GB"/>
            </w:rPr>
          </w:pPr>
          <w:hyperlink w:anchor="_Toc225201715" w:history="1">
            <w:r w:rsidRPr="0059799D">
              <w:rPr>
                <w:rStyle w:val="Hyperlink"/>
                <w:rFonts w:ascii="Arial Black" w:hAnsi="Arial Black"/>
                <w:noProof/>
              </w:rPr>
              <w:t>4.1 Challenges faced</w:t>
            </w:r>
            <w:r>
              <w:rPr>
                <w:noProof/>
                <w:webHidden/>
              </w:rPr>
              <w:tab/>
            </w:r>
            <w:r>
              <w:rPr>
                <w:noProof/>
                <w:webHidden/>
              </w:rPr>
              <w:fldChar w:fldCharType="begin"/>
            </w:r>
            <w:r>
              <w:rPr>
                <w:noProof/>
                <w:webHidden/>
              </w:rPr>
              <w:instrText xml:space="preserve"> PAGEREF _Toc225201715 \h </w:instrText>
            </w:r>
            <w:r>
              <w:rPr>
                <w:noProof/>
                <w:webHidden/>
              </w:rPr>
            </w:r>
            <w:r>
              <w:rPr>
                <w:noProof/>
                <w:webHidden/>
              </w:rPr>
              <w:fldChar w:fldCharType="separate"/>
            </w:r>
            <w:r>
              <w:rPr>
                <w:noProof/>
                <w:webHidden/>
              </w:rPr>
              <w:t>26</w:t>
            </w:r>
            <w:r>
              <w:rPr>
                <w:noProof/>
                <w:webHidden/>
              </w:rPr>
              <w:fldChar w:fldCharType="end"/>
            </w:r>
          </w:hyperlink>
        </w:p>
        <w:p w14:paraId="15138A4F" w14:textId="5F1A3411" w:rsidR="00806262" w:rsidRDefault="00806262">
          <w:pPr>
            <w:pStyle w:val="TOC2"/>
            <w:tabs>
              <w:tab w:val="right" w:leader="dot" w:pos="8630"/>
            </w:tabs>
            <w:rPr>
              <w:rFonts w:eastAsiaTheme="minorEastAsia"/>
              <w:noProof/>
              <w:lang w:eastAsia="en-GB"/>
            </w:rPr>
          </w:pPr>
          <w:hyperlink w:anchor="_Toc225201716" w:history="1">
            <w:r w:rsidRPr="0059799D">
              <w:rPr>
                <w:rStyle w:val="Hyperlink"/>
                <w:rFonts w:ascii="Arial Black" w:hAnsi="Arial Black" w:cs="Arial"/>
                <w:noProof/>
              </w:rPr>
              <w:t xml:space="preserve">4.2 </w:t>
            </w:r>
            <w:r w:rsidRPr="0059799D">
              <w:rPr>
                <w:rStyle w:val="Hyperlink"/>
                <w:rFonts w:ascii="Arial Black" w:hAnsi="Arial Black"/>
                <w:noProof/>
              </w:rPr>
              <w:t>Improvements for Future Development</w:t>
            </w:r>
            <w:r>
              <w:rPr>
                <w:noProof/>
                <w:webHidden/>
              </w:rPr>
              <w:tab/>
            </w:r>
            <w:r>
              <w:rPr>
                <w:noProof/>
                <w:webHidden/>
              </w:rPr>
              <w:fldChar w:fldCharType="begin"/>
            </w:r>
            <w:r>
              <w:rPr>
                <w:noProof/>
                <w:webHidden/>
              </w:rPr>
              <w:instrText xml:space="preserve"> PAGEREF _Toc225201716 \h </w:instrText>
            </w:r>
            <w:r>
              <w:rPr>
                <w:noProof/>
                <w:webHidden/>
              </w:rPr>
            </w:r>
            <w:r>
              <w:rPr>
                <w:noProof/>
                <w:webHidden/>
              </w:rPr>
              <w:fldChar w:fldCharType="separate"/>
            </w:r>
            <w:r>
              <w:rPr>
                <w:noProof/>
                <w:webHidden/>
              </w:rPr>
              <w:t>27</w:t>
            </w:r>
            <w:r>
              <w:rPr>
                <w:noProof/>
                <w:webHidden/>
              </w:rPr>
              <w:fldChar w:fldCharType="end"/>
            </w:r>
          </w:hyperlink>
        </w:p>
        <w:p w14:paraId="29ADBB63" w14:textId="0B021322" w:rsidR="00806262" w:rsidRDefault="00806262">
          <w:pPr>
            <w:pStyle w:val="TOC1"/>
            <w:tabs>
              <w:tab w:val="right" w:leader="dot" w:pos="8630"/>
            </w:tabs>
            <w:rPr>
              <w:rFonts w:eastAsiaTheme="minorEastAsia"/>
              <w:noProof/>
              <w:lang w:eastAsia="en-GB"/>
            </w:rPr>
          </w:pPr>
          <w:hyperlink w:anchor="_Toc225201717" w:history="1">
            <w:r w:rsidRPr="0059799D">
              <w:rPr>
                <w:rStyle w:val="Hyperlink"/>
                <w:rFonts w:ascii="Arial Black" w:hAnsi="Arial Black"/>
                <w:noProof/>
              </w:rPr>
              <w:t>5.0 Conclusion</w:t>
            </w:r>
            <w:r>
              <w:rPr>
                <w:noProof/>
                <w:webHidden/>
              </w:rPr>
              <w:tab/>
            </w:r>
            <w:r>
              <w:rPr>
                <w:noProof/>
                <w:webHidden/>
              </w:rPr>
              <w:fldChar w:fldCharType="begin"/>
            </w:r>
            <w:r>
              <w:rPr>
                <w:noProof/>
                <w:webHidden/>
              </w:rPr>
              <w:instrText xml:space="preserve"> PAGEREF _Toc225201717 \h </w:instrText>
            </w:r>
            <w:r>
              <w:rPr>
                <w:noProof/>
                <w:webHidden/>
              </w:rPr>
            </w:r>
            <w:r>
              <w:rPr>
                <w:noProof/>
                <w:webHidden/>
              </w:rPr>
              <w:fldChar w:fldCharType="separate"/>
            </w:r>
            <w:r>
              <w:rPr>
                <w:noProof/>
                <w:webHidden/>
              </w:rPr>
              <w:t>28</w:t>
            </w:r>
            <w:r>
              <w:rPr>
                <w:noProof/>
                <w:webHidden/>
              </w:rPr>
              <w:fldChar w:fldCharType="end"/>
            </w:r>
          </w:hyperlink>
        </w:p>
        <w:p w14:paraId="08FA91C5" w14:textId="70B4C66F" w:rsidR="00806262" w:rsidRDefault="00806262">
          <w:pPr>
            <w:pStyle w:val="TOC1"/>
            <w:tabs>
              <w:tab w:val="right" w:leader="dot" w:pos="8630"/>
            </w:tabs>
            <w:rPr>
              <w:rFonts w:eastAsiaTheme="minorEastAsia"/>
              <w:noProof/>
              <w:lang w:eastAsia="en-GB"/>
            </w:rPr>
          </w:pPr>
          <w:hyperlink w:anchor="_Toc225201718" w:history="1">
            <w:r w:rsidRPr="0059799D">
              <w:rPr>
                <w:rStyle w:val="Hyperlink"/>
                <w:rFonts w:ascii="Arial Black" w:hAnsi="Arial Black"/>
                <w:noProof/>
              </w:rPr>
              <w:t>References</w:t>
            </w:r>
            <w:r>
              <w:rPr>
                <w:noProof/>
                <w:webHidden/>
              </w:rPr>
              <w:tab/>
            </w:r>
            <w:r>
              <w:rPr>
                <w:noProof/>
                <w:webHidden/>
              </w:rPr>
              <w:fldChar w:fldCharType="begin"/>
            </w:r>
            <w:r>
              <w:rPr>
                <w:noProof/>
                <w:webHidden/>
              </w:rPr>
              <w:instrText xml:space="preserve"> PAGEREF _Toc225201718 \h </w:instrText>
            </w:r>
            <w:r>
              <w:rPr>
                <w:noProof/>
                <w:webHidden/>
              </w:rPr>
            </w:r>
            <w:r>
              <w:rPr>
                <w:noProof/>
                <w:webHidden/>
              </w:rPr>
              <w:fldChar w:fldCharType="separate"/>
            </w:r>
            <w:r>
              <w:rPr>
                <w:noProof/>
                <w:webHidden/>
              </w:rPr>
              <w:t>30</w:t>
            </w:r>
            <w:r>
              <w:rPr>
                <w:noProof/>
                <w:webHidden/>
              </w:rPr>
              <w:fldChar w:fldCharType="end"/>
            </w:r>
          </w:hyperlink>
        </w:p>
        <w:p w14:paraId="0FB6ED04" w14:textId="0459F2E8" w:rsidR="00806262" w:rsidRDefault="00806262">
          <w:pPr>
            <w:pStyle w:val="TOC1"/>
            <w:tabs>
              <w:tab w:val="right" w:leader="dot" w:pos="8630"/>
            </w:tabs>
            <w:rPr>
              <w:rFonts w:eastAsiaTheme="minorEastAsia"/>
              <w:noProof/>
              <w:lang w:eastAsia="en-GB"/>
            </w:rPr>
          </w:pPr>
          <w:hyperlink w:anchor="_Toc225201719" w:history="1">
            <w:r w:rsidRPr="0059799D">
              <w:rPr>
                <w:rStyle w:val="Hyperlink"/>
                <w:rFonts w:ascii="Arial Black" w:hAnsi="Arial Black"/>
                <w:noProof/>
              </w:rPr>
              <w:t>Appendices:</w:t>
            </w:r>
            <w:r>
              <w:rPr>
                <w:noProof/>
                <w:webHidden/>
              </w:rPr>
              <w:tab/>
            </w:r>
            <w:r>
              <w:rPr>
                <w:noProof/>
                <w:webHidden/>
              </w:rPr>
              <w:fldChar w:fldCharType="begin"/>
            </w:r>
            <w:r>
              <w:rPr>
                <w:noProof/>
                <w:webHidden/>
              </w:rPr>
              <w:instrText xml:space="preserve"> PAGEREF _Toc225201719 \h </w:instrText>
            </w:r>
            <w:r>
              <w:rPr>
                <w:noProof/>
                <w:webHidden/>
              </w:rPr>
            </w:r>
            <w:r>
              <w:rPr>
                <w:noProof/>
                <w:webHidden/>
              </w:rPr>
              <w:fldChar w:fldCharType="separate"/>
            </w:r>
            <w:r>
              <w:rPr>
                <w:noProof/>
                <w:webHidden/>
              </w:rPr>
              <w:t>31</w:t>
            </w:r>
            <w:r>
              <w:rPr>
                <w:noProof/>
                <w:webHidden/>
              </w:rPr>
              <w:fldChar w:fldCharType="end"/>
            </w:r>
          </w:hyperlink>
        </w:p>
        <w:p w14:paraId="7D199416" w14:textId="77AF59A3" w:rsidR="00AE4F5D" w:rsidRPr="002A0E8B" w:rsidRDefault="00AE4F5D">
          <w:r w:rsidRPr="002A0E8B">
            <w:rPr>
              <w:b/>
              <w:bCs/>
            </w:rPr>
            <w:fldChar w:fldCharType="end"/>
          </w:r>
        </w:p>
      </w:sdtContent>
    </w:sdt>
    <w:p w14:paraId="312CE8E2" w14:textId="61D96EEB" w:rsidR="00D06FA7" w:rsidRPr="002A0E8B" w:rsidRDefault="00F47D72" w:rsidP="008323D3">
      <w:pPr>
        <w:pStyle w:val="Heading1"/>
        <w:spacing w:line="360" w:lineRule="auto"/>
        <w:jc w:val="both"/>
        <w:rPr>
          <w:rFonts w:ascii="Arial Black" w:hAnsi="Arial Black" w:cs="Arial"/>
          <w:b w:val="0"/>
          <w:bCs w:val="0"/>
          <w:color w:val="000000" w:themeColor="text1"/>
          <w:sz w:val="32"/>
          <w:szCs w:val="32"/>
        </w:rPr>
      </w:pPr>
      <w:bookmarkStart w:id="0" w:name="_Toc225201696"/>
      <w:r w:rsidRPr="002A0E8B">
        <w:rPr>
          <w:rFonts w:ascii="Arial Black" w:hAnsi="Arial Black" w:cs="Arial"/>
          <w:b w:val="0"/>
          <w:bCs w:val="0"/>
          <w:color w:val="000000" w:themeColor="text1"/>
          <w:sz w:val="32"/>
          <w:szCs w:val="32"/>
        </w:rPr>
        <w:lastRenderedPageBreak/>
        <w:t>Introduction</w:t>
      </w:r>
      <w:bookmarkEnd w:id="0"/>
      <w:r w:rsidRPr="002A0E8B">
        <w:rPr>
          <w:rFonts w:ascii="Arial Black" w:hAnsi="Arial Black" w:cs="Arial"/>
          <w:b w:val="0"/>
          <w:bCs w:val="0"/>
          <w:color w:val="000000" w:themeColor="text1"/>
          <w:sz w:val="32"/>
          <w:szCs w:val="32"/>
        </w:rPr>
        <w:t xml:space="preserve"> </w:t>
      </w:r>
    </w:p>
    <w:p w14:paraId="717BFBC2" w14:textId="44360579" w:rsidR="005B7965" w:rsidRPr="002A0E8B" w:rsidRDefault="00843533" w:rsidP="008323D3">
      <w:pPr>
        <w:spacing w:line="360" w:lineRule="auto"/>
        <w:jc w:val="both"/>
        <w:rPr>
          <w:rFonts w:ascii="Arial" w:hAnsi="Arial" w:cs="Arial"/>
          <w:sz w:val="24"/>
          <w:szCs w:val="24"/>
        </w:rPr>
      </w:pPr>
      <w:r w:rsidRPr="00843533">
        <w:t xml:space="preserve"> </w:t>
      </w:r>
      <w:r w:rsidRPr="00843533">
        <w:rPr>
          <w:rFonts w:ascii="Arial" w:hAnsi="Arial" w:cs="Arial"/>
          <w:sz w:val="24"/>
          <w:szCs w:val="24"/>
        </w:rPr>
        <w:t>MediLink Pharmacy's reliance on manual stock management, manual customer record management, manual prescription processing, manual sales tracking for stock management, and manual data collection results in errors due to the need to produce duplicate records and information collection problems, making management processes more complex. These constraints only become more prominent as the business expands, and the requirements for accurate data maintenance get more convoluted. The pharmacy needs a database system that will have digital records of its entire operation. Through well-defined relationship mapping, its essential parts connect suppliers, medicines, customers, doctors, prescriptions, and sales records. Just like real prescription or sales performance of pharmaceutical operations, it supports accurate inventory management, prescription tracking, and client operations tracking. The relational database of the system obviates all additional manual operations, less repetition in data creation, better data accuracy, and improved data storage. The database system enables three major processes associated with how inventory and prescriptions get managed, sales are tracked, and so on. The toolkit is, in turn, a reporting capability, which means that upper management can supervise the processes as they happen and monitor the business processes. The system supports the organization for process management and accurate data, allowing for flexible storage for the future expansion of such facilities in current pharmacy operations.</w:t>
      </w:r>
    </w:p>
    <w:p w14:paraId="498622CB" w14:textId="57964939" w:rsidR="005B7965" w:rsidRPr="002A0E8B" w:rsidRDefault="00AF4E6D" w:rsidP="008323D3">
      <w:pPr>
        <w:pStyle w:val="Heading1"/>
        <w:numPr>
          <w:ilvl w:val="0"/>
          <w:numId w:val="50"/>
        </w:numPr>
        <w:spacing w:line="360" w:lineRule="auto"/>
        <w:jc w:val="both"/>
        <w:rPr>
          <w:rFonts w:ascii="Arial Black" w:hAnsi="Arial Black" w:cs="Arial"/>
          <w:color w:val="000000" w:themeColor="text1"/>
          <w:sz w:val="32"/>
          <w:szCs w:val="32"/>
        </w:rPr>
      </w:pPr>
      <w:bookmarkStart w:id="1" w:name="_Toc225201697"/>
      <w:r w:rsidRPr="002A0E8B">
        <w:rPr>
          <w:rFonts w:ascii="Arial Black" w:hAnsi="Arial Black" w:cs="Arial"/>
          <w:color w:val="000000" w:themeColor="text1"/>
          <w:sz w:val="32"/>
          <w:szCs w:val="32"/>
        </w:rPr>
        <w:t>Scenario</w:t>
      </w:r>
      <w:r w:rsidR="00F47D72" w:rsidRPr="002A0E8B">
        <w:rPr>
          <w:rFonts w:ascii="Arial Black" w:hAnsi="Arial Black" w:cs="Arial"/>
          <w:color w:val="000000" w:themeColor="text1"/>
          <w:sz w:val="32"/>
          <w:szCs w:val="32"/>
        </w:rPr>
        <w:t xml:space="preserve"> Analysis</w:t>
      </w:r>
      <w:bookmarkEnd w:id="1"/>
      <w:r w:rsidR="008F7046" w:rsidRPr="002A0E8B">
        <w:rPr>
          <w:rFonts w:ascii="Arial Black" w:hAnsi="Arial Black" w:cs="Arial"/>
          <w:color w:val="000000" w:themeColor="text1"/>
          <w:sz w:val="32"/>
          <w:szCs w:val="32"/>
        </w:rPr>
        <w:t xml:space="preserve"> </w:t>
      </w:r>
    </w:p>
    <w:p w14:paraId="7197AFA0" w14:textId="77777777" w:rsidR="00711A9F" w:rsidRPr="00711A9F" w:rsidRDefault="00711A9F" w:rsidP="008323D3">
      <w:pPr>
        <w:spacing w:line="360" w:lineRule="auto"/>
        <w:jc w:val="both"/>
        <w:rPr>
          <w:rFonts w:ascii="Arial" w:hAnsi="Arial" w:cs="Arial"/>
          <w:sz w:val="24"/>
          <w:szCs w:val="24"/>
        </w:rPr>
      </w:pPr>
      <w:r w:rsidRPr="00711A9F">
        <w:rPr>
          <w:rFonts w:ascii="Arial" w:hAnsi="Arial" w:cs="Arial"/>
          <w:b/>
          <w:bCs/>
          <w:sz w:val="24"/>
          <w:szCs w:val="24"/>
        </w:rPr>
        <w:t>Medi Link Pharmacy</w:t>
      </w:r>
      <w:r w:rsidRPr="00711A9F">
        <w:rPr>
          <w:rFonts w:ascii="Arial" w:hAnsi="Arial" w:cs="Arial"/>
          <w:sz w:val="24"/>
          <w:szCs w:val="24"/>
        </w:rPr>
        <w:t xml:space="preserve"> is an expanding community pharmacy that currently processes prescriptions, medicines, customer records and sales through paper-based, manual systems. The document uploaded also states that manual operations result in “data entry errors, misplaced records, slow reporting, and limited visibility of stock levels.”  </w:t>
      </w:r>
    </w:p>
    <w:p w14:paraId="63398742" w14:textId="77777777" w:rsidR="00711A9F" w:rsidRPr="00711A9F" w:rsidRDefault="00711A9F" w:rsidP="008323D3">
      <w:pPr>
        <w:spacing w:line="360" w:lineRule="auto"/>
        <w:jc w:val="both"/>
        <w:rPr>
          <w:rFonts w:ascii="Arial" w:hAnsi="Arial" w:cs="Arial"/>
          <w:sz w:val="24"/>
          <w:szCs w:val="24"/>
        </w:rPr>
      </w:pPr>
      <w:r w:rsidRPr="00711A9F">
        <w:rPr>
          <w:rFonts w:ascii="Arial" w:hAnsi="Arial" w:cs="Arial"/>
          <w:sz w:val="24"/>
          <w:szCs w:val="24"/>
        </w:rPr>
        <w:t xml:space="preserve">To address these issues, the CEO has put forward a relational database to:  </w:t>
      </w:r>
    </w:p>
    <w:p w14:paraId="3106CBD0" w14:textId="6941C933" w:rsidR="00711A9F" w:rsidRPr="003F0E94" w:rsidRDefault="00711A9F" w:rsidP="008323D3">
      <w:pPr>
        <w:pStyle w:val="ListParagraph"/>
        <w:numPr>
          <w:ilvl w:val="0"/>
          <w:numId w:val="51"/>
        </w:numPr>
        <w:spacing w:line="360" w:lineRule="auto"/>
        <w:jc w:val="both"/>
        <w:rPr>
          <w:rFonts w:ascii="Arial" w:hAnsi="Arial" w:cs="Arial"/>
          <w:sz w:val="24"/>
          <w:szCs w:val="24"/>
        </w:rPr>
      </w:pPr>
      <w:r w:rsidRPr="003F0E94">
        <w:rPr>
          <w:rFonts w:ascii="Arial" w:hAnsi="Arial" w:cs="Arial"/>
          <w:sz w:val="24"/>
          <w:szCs w:val="24"/>
        </w:rPr>
        <w:lastRenderedPageBreak/>
        <w:t xml:space="preserve">Ensure data accuracy  </w:t>
      </w:r>
    </w:p>
    <w:p w14:paraId="6CC5C66C" w14:textId="2EA4C143" w:rsidR="00711A9F" w:rsidRPr="003F0E94" w:rsidRDefault="00711A9F" w:rsidP="008323D3">
      <w:pPr>
        <w:pStyle w:val="ListParagraph"/>
        <w:numPr>
          <w:ilvl w:val="0"/>
          <w:numId w:val="51"/>
        </w:numPr>
        <w:spacing w:line="360" w:lineRule="auto"/>
        <w:jc w:val="both"/>
        <w:rPr>
          <w:rFonts w:ascii="Arial" w:hAnsi="Arial" w:cs="Arial"/>
          <w:sz w:val="24"/>
          <w:szCs w:val="24"/>
        </w:rPr>
      </w:pPr>
      <w:r w:rsidRPr="003F0E94">
        <w:rPr>
          <w:rFonts w:ascii="Arial" w:hAnsi="Arial" w:cs="Arial"/>
          <w:sz w:val="24"/>
          <w:szCs w:val="24"/>
        </w:rPr>
        <w:t xml:space="preserve">Automate record keeping  </w:t>
      </w:r>
    </w:p>
    <w:p w14:paraId="7A5A1198" w14:textId="783AD414" w:rsidR="00711A9F" w:rsidRPr="003F0E94" w:rsidRDefault="00711A9F" w:rsidP="008323D3">
      <w:pPr>
        <w:pStyle w:val="ListParagraph"/>
        <w:numPr>
          <w:ilvl w:val="0"/>
          <w:numId w:val="51"/>
        </w:numPr>
        <w:spacing w:line="360" w:lineRule="auto"/>
        <w:jc w:val="both"/>
        <w:rPr>
          <w:rFonts w:ascii="Arial" w:hAnsi="Arial" w:cs="Arial"/>
          <w:sz w:val="24"/>
          <w:szCs w:val="24"/>
        </w:rPr>
      </w:pPr>
      <w:r w:rsidRPr="003F0E94">
        <w:rPr>
          <w:rFonts w:ascii="Arial" w:hAnsi="Arial" w:cs="Arial"/>
          <w:sz w:val="24"/>
          <w:szCs w:val="24"/>
        </w:rPr>
        <w:t xml:space="preserve">Enhance reporting and decision making  </w:t>
      </w:r>
    </w:p>
    <w:p w14:paraId="6C61F7DE" w14:textId="5210C222" w:rsidR="00711A9F" w:rsidRPr="003F0E94" w:rsidRDefault="00711A9F" w:rsidP="008323D3">
      <w:pPr>
        <w:pStyle w:val="ListParagraph"/>
        <w:numPr>
          <w:ilvl w:val="0"/>
          <w:numId w:val="51"/>
        </w:numPr>
        <w:spacing w:line="360" w:lineRule="auto"/>
        <w:jc w:val="both"/>
        <w:rPr>
          <w:rFonts w:ascii="Arial" w:hAnsi="Arial" w:cs="Arial"/>
          <w:sz w:val="24"/>
          <w:szCs w:val="24"/>
        </w:rPr>
      </w:pPr>
      <w:r w:rsidRPr="003F0E94">
        <w:rPr>
          <w:rFonts w:ascii="Arial" w:hAnsi="Arial" w:cs="Arial"/>
          <w:sz w:val="24"/>
          <w:szCs w:val="24"/>
        </w:rPr>
        <w:t xml:space="preserve">Support inventory and prescription management  </w:t>
      </w:r>
    </w:p>
    <w:p w14:paraId="77018BEB" w14:textId="056EDF09" w:rsidR="00711A9F" w:rsidRPr="00711A9F" w:rsidRDefault="00711A9F" w:rsidP="008323D3">
      <w:pPr>
        <w:spacing w:line="360" w:lineRule="auto"/>
        <w:jc w:val="both"/>
        <w:rPr>
          <w:rFonts w:ascii="Arial" w:hAnsi="Arial" w:cs="Arial"/>
          <w:sz w:val="24"/>
          <w:szCs w:val="24"/>
        </w:rPr>
      </w:pPr>
      <w:r w:rsidRPr="00711A9F">
        <w:rPr>
          <w:rFonts w:ascii="Arial" w:hAnsi="Arial" w:cs="Arial"/>
          <w:sz w:val="24"/>
          <w:szCs w:val="24"/>
        </w:rPr>
        <w:t xml:space="preserve">Data created in Task One includes core components such as </w:t>
      </w:r>
      <w:r w:rsidRPr="003F0E94">
        <w:rPr>
          <w:rFonts w:ascii="Arial" w:hAnsi="Arial" w:cs="Arial"/>
          <w:b/>
          <w:bCs/>
          <w:sz w:val="24"/>
          <w:szCs w:val="24"/>
        </w:rPr>
        <w:t>Supplier, Customer, Medicine, Doctor, Prescription, Sales Transaction,</w:t>
      </w:r>
      <w:r w:rsidRPr="00711A9F">
        <w:rPr>
          <w:rFonts w:ascii="Arial" w:hAnsi="Arial" w:cs="Arial"/>
          <w:sz w:val="24"/>
          <w:szCs w:val="24"/>
        </w:rPr>
        <w:t xml:space="preserve"> and has junction tables to track many-to-many relationships.</w:t>
      </w:r>
    </w:p>
    <w:p w14:paraId="5A239036" w14:textId="7D664DDB" w:rsidR="004B4D96" w:rsidRDefault="006E0338" w:rsidP="008323D3">
      <w:pPr>
        <w:pStyle w:val="Heading2"/>
        <w:spacing w:line="360" w:lineRule="auto"/>
        <w:rPr>
          <w:rFonts w:ascii="Arial Black" w:hAnsi="Arial Black"/>
          <w:b w:val="0"/>
          <w:bCs w:val="0"/>
          <w:color w:val="000000" w:themeColor="text1"/>
          <w:sz w:val="28"/>
          <w:szCs w:val="28"/>
        </w:rPr>
      </w:pPr>
      <w:bookmarkStart w:id="2" w:name="_Toc225201698"/>
      <w:r>
        <w:rPr>
          <w:rFonts w:ascii="Arial Black" w:hAnsi="Arial Black"/>
          <w:b w:val="0"/>
          <w:bCs w:val="0"/>
          <w:color w:val="000000" w:themeColor="text1"/>
          <w:sz w:val="28"/>
          <w:szCs w:val="28"/>
        </w:rPr>
        <w:t xml:space="preserve">1.1 </w:t>
      </w:r>
      <w:r w:rsidR="004B4D96" w:rsidRPr="008A0D44">
        <w:rPr>
          <w:rFonts w:ascii="Arial Black" w:hAnsi="Arial Black"/>
          <w:b w:val="0"/>
          <w:bCs w:val="0"/>
          <w:color w:val="000000" w:themeColor="text1"/>
          <w:sz w:val="28"/>
          <w:szCs w:val="28"/>
        </w:rPr>
        <w:t>Summary of Task 1 Development Work</w:t>
      </w:r>
      <w:bookmarkEnd w:id="2"/>
    </w:p>
    <w:p w14:paraId="0EB0C3FE" w14:textId="77777777" w:rsidR="006E0338" w:rsidRPr="006E0338" w:rsidRDefault="006E0338" w:rsidP="008323D3">
      <w:pPr>
        <w:pStyle w:val="ListParagraph"/>
        <w:spacing w:line="360" w:lineRule="auto"/>
        <w:ind w:left="1440"/>
      </w:pPr>
    </w:p>
    <w:p w14:paraId="16EED333" w14:textId="77777777" w:rsidR="00657309" w:rsidRPr="006E0338" w:rsidRDefault="00657309" w:rsidP="008323D3">
      <w:pPr>
        <w:pStyle w:val="ListParagraph"/>
        <w:numPr>
          <w:ilvl w:val="0"/>
          <w:numId w:val="52"/>
        </w:numPr>
        <w:spacing w:line="360" w:lineRule="auto"/>
        <w:rPr>
          <w:rFonts w:ascii="Arial" w:hAnsi="Arial" w:cs="Arial"/>
          <w:b/>
          <w:bCs/>
          <w:sz w:val="28"/>
          <w:szCs w:val="28"/>
        </w:rPr>
      </w:pPr>
      <w:r w:rsidRPr="006E0338">
        <w:rPr>
          <w:rFonts w:ascii="Arial" w:hAnsi="Arial" w:cs="Arial"/>
          <w:b/>
          <w:bCs/>
          <w:sz w:val="28"/>
          <w:szCs w:val="28"/>
        </w:rPr>
        <w:t>Entity Identification</w:t>
      </w:r>
    </w:p>
    <w:p w14:paraId="294DF047" w14:textId="7E1C9E72" w:rsidR="00023AA3" w:rsidRDefault="00657309" w:rsidP="008323D3">
      <w:pPr>
        <w:spacing w:line="360" w:lineRule="auto"/>
        <w:jc w:val="both"/>
        <w:rPr>
          <w:rFonts w:ascii="Arial" w:hAnsi="Arial" w:cs="Arial"/>
          <w:sz w:val="24"/>
          <w:szCs w:val="24"/>
        </w:rPr>
      </w:pPr>
      <w:r w:rsidRPr="006E0338">
        <w:rPr>
          <w:rFonts w:ascii="Arial" w:hAnsi="Arial" w:cs="Arial"/>
          <w:sz w:val="24"/>
          <w:szCs w:val="24"/>
        </w:rPr>
        <w:t>Entities and attributes identified include:</w:t>
      </w:r>
    </w:p>
    <w:tbl>
      <w:tblPr>
        <w:tblStyle w:val="TableGrid"/>
        <w:tblW w:w="0" w:type="auto"/>
        <w:jc w:val="center"/>
        <w:tblLook w:val="04A0" w:firstRow="1" w:lastRow="0" w:firstColumn="1" w:lastColumn="0" w:noHBand="0" w:noVBand="1"/>
      </w:tblPr>
      <w:tblGrid>
        <w:gridCol w:w="4315"/>
        <w:gridCol w:w="4315"/>
      </w:tblGrid>
      <w:tr w:rsidR="00EA0BA4" w14:paraId="4BB61A03" w14:textId="77777777" w:rsidTr="00E07704">
        <w:trPr>
          <w:jc w:val="center"/>
        </w:trPr>
        <w:tc>
          <w:tcPr>
            <w:tcW w:w="4315" w:type="dxa"/>
          </w:tcPr>
          <w:p w14:paraId="7637EB6F" w14:textId="0709A3B4" w:rsidR="00EA0BA4" w:rsidRPr="007A6D9F" w:rsidRDefault="004D44F2" w:rsidP="008323D3">
            <w:pPr>
              <w:spacing w:line="360" w:lineRule="auto"/>
              <w:jc w:val="center"/>
              <w:rPr>
                <w:rFonts w:ascii="Arial" w:hAnsi="Arial" w:cs="Arial"/>
                <w:b/>
                <w:bCs/>
                <w:sz w:val="28"/>
                <w:szCs w:val="28"/>
              </w:rPr>
            </w:pPr>
            <w:r w:rsidRPr="007A6D9F">
              <w:rPr>
                <w:rFonts w:ascii="Arial" w:hAnsi="Arial" w:cs="Arial"/>
                <w:b/>
                <w:bCs/>
                <w:sz w:val="28"/>
                <w:szCs w:val="28"/>
              </w:rPr>
              <w:t>Entity</w:t>
            </w:r>
          </w:p>
        </w:tc>
        <w:tc>
          <w:tcPr>
            <w:tcW w:w="4315" w:type="dxa"/>
          </w:tcPr>
          <w:p w14:paraId="5A500AAB" w14:textId="78EC1D55" w:rsidR="00EA0BA4" w:rsidRPr="007A6D9F" w:rsidRDefault="004D44F2" w:rsidP="008323D3">
            <w:pPr>
              <w:spacing w:line="360" w:lineRule="auto"/>
              <w:jc w:val="center"/>
              <w:rPr>
                <w:rFonts w:ascii="Arial" w:hAnsi="Arial" w:cs="Arial"/>
                <w:b/>
                <w:bCs/>
                <w:sz w:val="28"/>
                <w:szCs w:val="28"/>
              </w:rPr>
            </w:pPr>
            <w:r w:rsidRPr="007A6D9F">
              <w:rPr>
                <w:rFonts w:ascii="Arial" w:hAnsi="Arial" w:cs="Arial"/>
                <w:b/>
                <w:bCs/>
                <w:sz w:val="28"/>
                <w:szCs w:val="28"/>
              </w:rPr>
              <w:t>Attributes</w:t>
            </w:r>
          </w:p>
        </w:tc>
      </w:tr>
      <w:tr w:rsidR="00EA0BA4" w14:paraId="5495D222" w14:textId="77777777" w:rsidTr="00E07704">
        <w:trPr>
          <w:jc w:val="center"/>
        </w:trPr>
        <w:tc>
          <w:tcPr>
            <w:tcW w:w="4315" w:type="dxa"/>
            <w:vAlign w:val="center"/>
          </w:tcPr>
          <w:p w14:paraId="14E06013" w14:textId="77777777" w:rsidR="007A6D9F" w:rsidRPr="009640E7" w:rsidRDefault="007A6D9F" w:rsidP="008323D3">
            <w:pPr>
              <w:spacing w:line="360" w:lineRule="auto"/>
              <w:jc w:val="center"/>
              <w:rPr>
                <w:rFonts w:ascii="Arial" w:hAnsi="Arial" w:cs="Arial"/>
                <w:b/>
                <w:bCs/>
                <w:sz w:val="24"/>
                <w:szCs w:val="24"/>
              </w:rPr>
            </w:pPr>
            <w:r w:rsidRPr="009640E7">
              <w:rPr>
                <w:rFonts w:ascii="Arial" w:hAnsi="Arial" w:cs="Arial"/>
                <w:b/>
                <w:bCs/>
                <w:sz w:val="24"/>
                <w:szCs w:val="24"/>
              </w:rPr>
              <w:t>Supplier</w:t>
            </w:r>
          </w:p>
          <w:p w14:paraId="2410C167" w14:textId="77777777" w:rsidR="00EA0BA4" w:rsidRPr="009640E7" w:rsidRDefault="00EA0BA4" w:rsidP="008323D3">
            <w:pPr>
              <w:spacing w:line="360" w:lineRule="auto"/>
              <w:jc w:val="center"/>
              <w:rPr>
                <w:rFonts w:ascii="Arial" w:hAnsi="Arial" w:cs="Arial"/>
                <w:b/>
                <w:bCs/>
                <w:sz w:val="24"/>
                <w:szCs w:val="24"/>
              </w:rPr>
            </w:pPr>
          </w:p>
        </w:tc>
        <w:tc>
          <w:tcPr>
            <w:tcW w:w="4315" w:type="dxa"/>
            <w:vAlign w:val="center"/>
          </w:tcPr>
          <w:p w14:paraId="31D85DDE" w14:textId="5F74E6A4" w:rsidR="00EA0BA4" w:rsidRDefault="007A6D9F" w:rsidP="008323D3">
            <w:pPr>
              <w:spacing w:line="360" w:lineRule="auto"/>
              <w:jc w:val="both"/>
              <w:rPr>
                <w:rFonts w:ascii="Arial" w:hAnsi="Arial" w:cs="Arial"/>
                <w:sz w:val="24"/>
                <w:szCs w:val="24"/>
              </w:rPr>
            </w:pPr>
            <w:r w:rsidRPr="002F7B3C">
              <w:rPr>
                <w:rFonts w:ascii="Arial" w:hAnsi="Arial" w:cs="Arial"/>
                <w:b/>
                <w:bCs/>
                <w:sz w:val="24"/>
                <w:szCs w:val="24"/>
              </w:rPr>
              <w:t>Supplier ID (</w:t>
            </w:r>
            <w:r w:rsidR="002F7B3C" w:rsidRPr="002F7B3C">
              <w:rPr>
                <w:rFonts w:ascii="Arial" w:hAnsi="Arial" w:cs="Arial"/>
                <w:b/>
                <w:bCs/>
                <w:sz w:val="24"/>
                <w:szCs w:val="24"/>
              </w:rPr>
              <w:t>PK</w:t>
            </w:r>
            <w:r w:rsidRPr="002F7B3C">
              <w:rPr>
                <w:rFonts w:ascii="Arial" w:hAnsi="Arial" w:cs="Arial"/>
                <w:b/>
                <w:bCs/>
                <w:sz w:val="24"/>
                <w:szCs w:val="24"/>
              </w:rPr>
              <w:t>)</w:t>
            </w:r>
            <w:r w:rsidRPr="002A0E8B">
              <w:rPr>
                <w:rFonts w:ascii="Arial" w:hAnsi="Arial" w:cs="Arial"/>
                <w:sz w:val="24"/>
                <w:szCs w:val="24"/>
              </w:rPr>
              <w:t>, Supplier Name, Contact Number, Email, Address</w:t>
            </w:r>
          </w:p>
        </w:tc>
      </w:tr>
      <w:tr w:rsidR="00EA0BA4" w14:paraId="16061F42" w14:textId="77777777" w:rsidTr="00E07704">
        <w:trPr>
          <w:jc w:val="center"/>
        </w:trPr>
        <w:tc>
          <w:tcPr>
            <w:tcW w:w="4315" w:type="dxa"/>
            <w:vAlign w:val="center"/>
          </w:tcPr>
          <w:p w14:paraId="12AB3CF1" w14:textId="1E3FDCE7" w:rsidR="00EA0BA4" w:rsidRPr="009640E7" w:rsidRDefault="007A6D9F" w:rsidP="008323D3">
            <w:pPr>
              <w:spacing w:line="360" w:lineRule="auto"/>
              <w:jc w:val="center"/>
              <w:rPr>
                <w:rFonts w:ascii="Arial" w:hAnsi="Arial" w:cs="Arial"/>
                <w:b/>
                <w:bCs/>
                <w:sz w:val="24"/>
                <w:szCs w:val="24"/>
              </w:rPr>
            </w:pPr>
            <w:r w:rsidRPr="009640E7">
              <w:rPr>
                <w:rFonts w:ascii="Arial" w:hAnsi="Arial" w:cs="Arial"/>
                <w:b/>
                <w:bCs/>
                <w:sz w:val="24"/>
                <w:szCs w:val="24"/>
              </w:rPr>
              <w:t>Customer</w:t>
            </w:r>
          </w:p>
        </w:tc>
        <w:tc>
          <w:tcPr>
            <w:tcW w:w="4315" w:type="dxa"/>
            <w:vAlign w:val="center"/>
          </w:tcPr>
          <w:p w14:paraId="7FD30874" w14:textId="26336D65" w:rsidR="00EA0275" w:rsidRPr="002A0E8B" w:rsidRDefault="00EA0275" w:rsidP="008323D3">
            <w:pPr>
              <w:spacing w:line="360" w:lineRule="auto"/>
              <w:jc w:val="both"/>
              <w:rPr>
                <w:rFonts w:ascii="Arial" w:hAnsi="Arial" w:cs="Arial"/>
                <w:b/>
                <w:bCs/>
                <w:sz w:val="24"/>
                <w:szCs w:val="24"/>
              </w:rPr>
            </w:pPr>
            <w:r w:rsidRPr="002F7B3C">
              <w:rPr>
                <w:rFonts w:ascii="Arial" w:eastAsia="Times New Roman" w:hAnsi="Arial" w:cs="Arial"/>
                <w:b/>
                <w:bCs/>
                <w:sz w:val="24"/>
                <w:szCs w:val="24"/>
                <w:lang w:eastAsia="en-GB"/>
              </w:rPr>
              <w:t>Customer ID (</w:t>
            </w:r>
            <w:r w:rsidR="002F7B3C" w:rsidRPr="002F7B3C">
              <w:rPr>
                <w:rFonts w:ascii="Arial" w:eastAsia="Times New Roman" w:hAnsi="Arial" w:cs="Arial"/>
                <w:b/>
                <w:bCs/>
                <w:sz w:val="24"/>
                <w:szCs w:val="24"/>
                <w:lang w:eastAsia="en-GB"/>
              </w:rPr>
              <w:t>PK</w:t>
            </w:r>
            <w:r w:rsidRPr="002F7B3C">
              <w:rPr>
                <w:rFonts w:ascii="Arial" w:eastAsia="Times New Roman" w:hAnsi="Arial" w:cs="Arial"/>
                <w:b/>
                <w:bCs/>
                <w:sz w:val="24"/>
                <w:szCs w:val="24"/>
                <w:lang w:eastAsia="en-GB"/>
              </w:rPr>
              <w:t>)</w:t>
            </w:r>
            <w:r w:rsidRPr="002A0E8B">
              <w:rPr>
                <w:rFonts w:ascii="Arial" w:eastAsia="Times New Roman" w:hAnsi="Arial" w:cs="Arial"/>
                <w:sz w:val="24"/>
                <w:szCs w:val="24"/>
                <w:lang w:eastAsia="en-GB"/>
              </w:rPr>
              <w:t>, Full Name, Date of Birth, Contact Number, Address</w:t>
            </w:r>
          </w:p>
          <w:p w14:paraId="4E4DB42E" w14:textId="77777777" w:rsidR="00EA0BA4" w:rsidRDefault="00EA0BA4" w:rsidP="008323D3">
            <w:pPr>
              <w:spacing w:line="360" w:lineRule="auto"/>
              <w:jc w:val="both"/>
              <w:rPr>
                <w:rFonts w:ascii="Arial" w:hAnsi="Arial" w:cs="Arial"/>
                <w:sz w:val="24"/>
                <w:szCs w:val="24"/>
              </w:rPr>
            </w:pPr>
          </w:p>
        </w:tc>
      </w:tr>
      <w:tr w:rsidR="00EA0BA4" w14:paraId="1463476F" w14:textId="77777777" w:rsidTr="00E07704">
        <w:trPr>
          <w:jc w:val="center"/>
        </w:trPr>
        <w:tc>
          <w:tcPr>
            <w:tcW w:w="4315" w:type="dxa"/>
            <w:vAlign w:val="center"/>
          </w:tcPr>
          <w:p w14:paraId="39F706A1" w14:textId="77777777" w:rsidR="00EA0275" w:rsidRPr="009640E7" w:rsidRDefault="00EA0275" w:rsidP="008323D3">
            <w:pPr>
              <w:spacing w:line="360" w:lineRule="auto"/>
              <w:jc w:val="center"/>
              <w:rPr>
                <w:rFonts w:ascii="Arial" w:eastAsia="Times New Roman" w:hAnsi="Arial" w:cs="Arial"/>
                <w:b/>
                <w:bCs/>
                <w:sz w:val="24"/>
                <w:szCs w:val="24"/>
                <w:lang w:eastAsia="en-GB"/>
              </w:rPr>
            </w:pPr>
            <w:r w:rsidRPr="009640E7">
              <w:rPr>
                <w:rFonts w:ascii="Arial" w:eastAsia="Times New Roman" w:hAnsi="Arial" w:cs="Arial"/>
                <w:b/>
                <w:bCs/>
                <w:sz w:val="24"/>
                <w:szCs w:val="24"/>
                <w:lang w:eastAsia="en-GB"/>
              </w:rPr>
              <w:t>Medicine</w:t>
            </w:r>
          </w:p>
          <w:p w14:paraId="03E9D297" w14:textId="77777777" w:rsidR="00EA0BA4" w:rsidRPr="009640E7" w:rsidRDefault="00EA0BA4" w:rsidP="008323D3">
            <w:pPr>
              <w:spacing w:line="360" w:lineRule="auto"/>
              <w:jc w:val="center"/>
              <w:rPr>
                <w:rFonts w:ascii="Arial" w:hAnsi="Arial" w:cs="Arial"/>
                <w:b/>
                <w:bCs/>
                <w:sz w:val="24"/>
                <w:szCs w:val="24"/>
              </w:rPr>
            </w:pPr>
          </w:p>
        </w:tc>
        <w:tc>
          <w:tcPr>
            <w:tcW w:w="4315" w:type="dxa"/>
            <w:vAlign w:val="center"/>
          </w:tcPr>
          <w:p w14:paraId="65E9546B" w14:textId="4C39A994" w:rsidR="00EA0275" w:rsidRPr="002A0E8B" w:rsidRDefault="00EA0275" w:rsidP="008323D3">
            <w:pPr>
              <w:spacing w:line="360" w:lineRule="auto"/>
              <w:jc w:val="both"/>
              <w:rPr>
                <w:rFonts w:ascii="Arial" w:eastAsia="Times New Roman" w:hAnsi="Arial" w:cs="Arial"/>
                <w:sz w:val="24"/>
                <w:szCs w:val="24"/>
                <w:lang w:eastAsia="en-GB"/>
              </w:rPr>
            </w:pPr>
            <w:r w:rsidRPr="002F7B3C">
              <w:rPr>
                <w:rFonts w:ascii="Arial" w:eastAsia="Times New Roman" w:hAnsi="Arial" w:cs="Arial"/>
                <w:b/>
                <w:bCs/>
                <w:sz w:val="24"/>
                <w:szCs w:val="24"/>
                <w:lang w:eastAsia="en-GB"/>
              </w:rPr>
              <w:t>Medicine ID (</w:t>
            </w:r>
            <w:r w:rsidR="002F7B3C" w:rsidRPr="002F7B3C">
              <w:rPr>
                <w:rFonts w:ascii="Arial" w:eastAsia="Times New Roman" w:hAnsi="Arial" w:cs="Arial"/>
                <w:b/>
                <w:bCs/>
                <w:sz w:val="24"/>
                <w:szCs w:val="24"/>
                <w:lang w:eastAsia="en-GB"/>
              </w:rPr>
              <w:t>PK</w:t>
            </w:r>
            <w:r w:rsidRPr="002F7B3C">
              <w:rPr>
                <w:rFonts w:ascii="Arial" w:eastAsia="Times New Roman" w:hAnsi="Arial" w:cs="Arial"/>
                <w:b/>
                <w:bCs/>
                <w:sz w:val="24"/>
                <w:szCs w:val="24"/>
                <w:lang w:eastAsia="en-GB"/>
              </w:rPr>
              <w:t>)</w:t>
            </w:r>
            <w:r w:rsidRPr="002A0E8B">
              <w:rPr>
                <w:rFonts w:ascii="Arial" w:eastAsia="Times New Roman" w:hAnsi="Arial" w:cs="Arial"/>
                <w:sz w:val="24"/>
                <w:szCs w:val="24"/>
                <w:lang w:eastAsia="en-GB"/>
              </w:rPr>
              <w:t xml:space="preserve">, Medicine Name, Category, Unit Price, Stock Quantity, Reorder Level, </w:t>
            </w:r>
            <w:r w:rsidRPr="002F7B3C">
              <w:rPr>
                <w:rFonts w:ascii="Arial" w:eastAsia="Times New Roman" w:hAnsi="Arial" w:cs="Arial"/>
                <w:b/>
                <w:bCs/>
                <w:sz w:val="24"/>
                <w:szCs w:val="24"/>
                <w:lang w:eastAsia="en-GB"/>
              </w:rPr>
              <w:t>Supplier ID(FK)</w:t>
            </w:r>
          </w:p>
          <w:p w14:paraId="3C409364" w14:textId="77777777" w:rsidR="00EA0BA4" w:rsidRDefault="00EA0BA4" w:rsidP="008323D3">
            <w:pPr>
              <w:spacing w:line="360" w:lineRule="auto"/>
              <w:jc w:val="both"/>
              <w:rPr>
                <w:rFonts w:ascii="Arial" w:hAnsi="Arial" w:cs="Arial"/>
                <w:sz w:val="24"/>
                <w:szCs w:val="24"/>
              </w:rPr>
            </w:pPr>
          </w:p>
        </w:tc>
      </w:tr>
      <w:tr w:rsidR="00EA0BA4" w14:paraId="762EF137" w14:textId="77777777" w:rsidTr="00E07704">
        <w:trPr>
          <w:jc w:val="center"/>
        </w:trPr>
        <w:tc>
          <w:tcPr>
            <w:tcW w:w="4315" w:type="dxa"/>
            <w:vAlign w:val="center"/>
          </w:tcPr>
          <w:p w14:paraId="544EBAB6" w14:textId="77777777" w:rsidR="00EA0275" w:rsidRPr="009640E7" w:rsidRDefault="00EA0275" w:rsidP="008323D3">
            <w:pPr>
              <w:spacing w:line="360" w:lineRule="auto"/>
              <w:jc w:val="center"/>
              <w:rPr>
                <w:rFonts w:ascii="Arial" w:hAnsi="Arial" w:cs="Arial"/>
                <w:b/>
                <w:bCs/>
                <w:sz w:val="24"/>
                <w:szCs w:val="24"/>
              </w:rPr>
            </w:pPr>
            <w:r w:rsidRPr="009640E7">
              <w:rPr>
                <w:rFonts w:ascii="Arial" w:hAnsi="Arial" w:cs="Arial"/>
                <w:b/>
                <w:bCs/>
                <w:sz w:val="24"/>
                <w:szCs w:val="24"/>
              </w:rPr>
              <w:t>Doctor</w:t>
            </w:r>
          </w:p>
          <w:p w14:paraId="3FB83A93" w14:textId="77777777" w:rsidR="00EA0BA4" w:rsidRPr="009640E7" w:rsidRDefault="00EA0BA4" w:rsidP="008323D3">
            <w:pPr>
              <w:spacing w:line="360" w:lineRule="auto"/>
              <w:jc w:val="center"/>
              <w:rPr>
                <w:rFonts w:ascii="Arial" w:hAnsi="Arial" w:cs="Arial"/>
                <w:b/>
                <w:bCs/>
                <w:sz w:val="24"/>
                <w:szCs w:val="24"/>
              </w:rPr>
            </w:pPr>
          </w:p>
        </w:tc>
        <w:tc>
          <w:tcPr>
            <w:tcW w:w="4315" w:type="dxa"/>
            <w:vAlign w:val="center"/>
          </w:tcPr>
          <w:p w14:paraId="39E0C0F5" w14:textId="022CD85D" w:rsidR="00EA0275" w:rsidRPr="002A0E8B" w:rsidRDefault="00EA0275" w:rsidP="008323D3">
            <w:pPr>
              <w:spacing w:line="360" w:lineRule="auto"/>
              <w:jc w:val="both"/>
              <w:rPr>
                <w:rFonts w:ascii="Arial" w:hAnsi="Arial" w:cs="Arial"/>
                <w:sz w:val="24"/>
                <w:szCs w:val="24"/>
              </w:rPr>
            </w:pPr>
            <w:r w:rsidRPr="002F7B3C">
              <w:rPr>
                <w:rFonts w:ascii="Arial" w:hAnsi="Arial" w:cs="Arial"/>
                <w:b/>
                <w:bCs/>
                <w:sz w:val="24"/>
                <w:szCs w:val="24"/>
              </w:rPr>
              <w:t>Doctor ID (</w:t>
            </w:r>
            <w:r w:rsidR="002F7B3C" w:rsidRPr="002F7B3C">
              <w:rPr>
                <w:rFonts w:ascii="Arial" w:hAnsi="Arial" w:cs="Arial"/>
                <w:b/>
                <w:bCs/>
                <w:sz w:val="24"/>
                <w:szCs w:val="24"/>
              </w:rPr>
              <w:t>PK</w:t>
            </w:r>
            <w:r w:rsidRPr="002F7B3C">
              <w:rPr>
                <w:rFonts w:ascii="Arial" w:hAnsi="Arial" w:cs="Arial"/>
                <w:b/>
                <w:bCs/>
                <w:sz w:val="24"/>
                <w:szCs w:val="24"/>
              </w:rPr>
              <w:t>)</w:t>
            </w:r>
            <w:r w:rsidR="002F7B3C">
              <w:rPr>
                <w:rFonts w:ascii="Arial" w:hAnsi="Arial" w:cs="Arial"/>
                <w:sz w:val="24"/>
                <w:szCs w:val="24"/>
              </w:rPr>
              <w:t>,</w:t>
            </w:r>
            <w:r w:rsidRPr="002A0E8B">
              <w:rPr>
                <w:rFonts w:ascii="Arial" w:hAnsi="Arial" w:cs="Arial"/>
                <w:sz w:val="24"/>
                <w:szCs w:val="24"/>
              </w:rPr>
              <w:t xml:space="preserve"> Doctor Name, Contact Number, Email, Registration Number</w:t>
            </w:r>
          </w:p>
          <w:p w14:paraId="19ABFDA9" w14:textId="77777777" w:rsidR="00EA0BA4" w:rsidRDefault="00EA0BA4" w:rsidP="008323D3">
            <w:pPr>
              <w:spacing w:line="360" w:lineRule="auto"/>
              <w:jc w:val="both"/>
              <w:rPr>
                <w:rFonts w:ascii="Arial" w:hAnsi="Arial" w:cs="Arial"/>
                <w:sz w:val="24"/>
                <w:szCs w:val="24"/>
              </w:rPr>
            </w:pPr>
          </w:p>
        </w:tc>
      </w:tr>
      <w:tr w:rsidR="00EA0BA4" w14:paraId="34A8C69C" w14:textId="77777777" w:rsidTr="00E07704">
        <w:trPr>
          <w:jc w:val="center"/>
        </w:trPr>
        <w:tc>
          <w:tcPr>
            <w:tcW w:w="4315" w:type="dxa"/>
            <w:vAlign w:val="center"/>
          </w:tcPr>
          <w:p w14:paraId="16A2C0F4" w14:textId="77777777" w:rsidR="00EA0275" w:rsidRPr="009640E7" w:rsidRDefault="00EA0275" w:rsidP="008323D3">
            <w:pPr>
              <w:spacing w:line="360" w:lineRule="auto"/>
              <w:jc w:val="center"/>
              <w:rPr>
                <w:rFonts w:ascii="Arial" w:hAnsi="Arial" w:cs="Arial"/>
                <w:b/>
                <w:bCs/>
                <w:sz w:val="24"/>
                <w:szCs w:val="24"/>
              </w:rPr>
            </w:pPr>
            <w:r w:rsidRPr="009640E7">
              <w:rPr>
                <w:rFonts w:ascii="Arial" w:hAnsi="Arial" w:cs="Arial"/>
                <w:b/>
                <w:bCs/>
                <w:sz w:val="24"/>
                <w:szCs w:val="24"/>
              </w:rPr>
              <w:t>Prescription</w:t>
            </w:r>
          </w:p>
          <w:p w14:paraId="01E8CD5C" w14:textId="77777777" w:rsidR="00EA0BA4" w:rsidRPr="009640E7" w:rsidRDefault="00EA0BA4" w:rsidP="008323D3">
            <w:pPr>
              <w:spacing w:line="360" w:lineRule="auto"/>
              <w:jc w:val="center"/>
              <w:rPr>
                <w:rFonts w:ascii="Arial" w:hAnsi="Arial" w:cs="Arial"/>
                <w:b/>
                <w:bCs/>
                <w:sz w:val="24"/>
                <w:szCs w:val="24"/>
              </w:rPr>
            </w:pPr>
          </w:p>
        </w:tc>
        <w:tc>
          <w:tcPr>
            <w:tcW w:w="4315" w:type="dxa"/>
            <w:vAlign w:val="center"/>
          </w:tcPr>
          <w:p w14:paraId="02EE1F3A" w14:textId="74962386" w:rsidR="00EA0275" w:rsidRPr="002A0E8B" w:rsidRDefault="00EA0275" w:rsidP="008323D3">
            <w:pPr>
              <w:spacing w:line="360" w:lineRule="auto"/>
              <w:jc w:val="both"/>
              <w:rPr>
                <w:rFonts w:ascii="Arial" w:hAnsi="Arial" w:cs="Arial"/>
                <w:sz w:val="24"/>
                <w:szCs w:val="24"/>
              </w:rPr>
            </w:pPr>
            <w:r w:rsidRPr="002F7B3C">
              <w:rPr>
                <w:rFonts w:ascii="Arial" w:hAnsi="Arial" w:cs="Arial"/>
                <w:b/>
                <w:bCs/>
                <w:sz w:val="24"/>
                <w:szCs w:val="24"/>
              </w:rPr>
              <w:t>Prescription ID (</w:t>
            </w:r>
            <w:r w:rsidR="002F7B3C" w:rsidRPr="002F7B3C">
              <w:rPr>
                <w:rFonts w:ascii="Arial" w:hAnsi="Arial" w:cs="Arial"/>
                <w:b/>
                <w:bCs/>
                <w:sz w:val="24"/>
                <w:szCs w:val="24"/>
              </w:rPr>
              <w:t>PK</w:t>
            </w:r>
            <w:r w:rsidRPr="002F7B3C">
              <w:rPr>
                <w:rFonts w:ascii="Arial" w:hAnsi="Arial" w:cs="Arial"/>
                <w:b/>
                <w:bCs/>
                <w:sz w:val="24"/>
                <w:szCs w:val="24"/>
              </w:rPr>
              <w:t>)</w:t>
            </w:r>
            <w:r>
              <w:rPr>
                <w:rFonts w:ascii="Arial" w:hAnsi="Arial" w:cs="Arial"/>
                <w:sz w:val="24"/>
                <w:szCs w:val="24"/>
              </w:rPr>
              <w:t>,</w:t>
            </w:r>
            <w:r w:rsidRPr="002A0E8B">
              <w:rPr>
                <w:rFonts w:ascii="Arial" w:hAnsi="Arial" w:cs="Arial"/>
                <w:sz w:val="24"/>
                <w:szCs w:val="24"/>
              </w:rPr>
              <w:t xml:space="preserve"> Prescribe Date, </w:t>
            </w:r>
            <w:r w:rsidRPr="00A46D94">
              <w:rPr>
                <w:rFonts w:ascii="Arial" w:hAnsi="Arial" w:cs="Arial"/>
                <w:b/>
                <w:bCs/>
                <w:sz w:val="24"/>
                <w:szCs w:val="24"/>
              </w:rPr>
              <w:t>Customer ID(FK)</w:t>
            </w:r>
            <w:r w:rsidRPr="002A0E8B">
              <w:rPr>
                <w:rFonts w:ascii="Arial" w:hAnsi="Arial" w:cs="Arial"/>
                <w:sz w:val="24"/>
                <w:szCs w:val="24"/>
              </w:rPr>
              <w:t xml:space="preserve">, </w:t>
            </w:r>
            <w:r w:rsidRPr="002F7B3C">
              <w:rPr>
                <w:rFonts w:ascii="Arial" w:hAnsi="Arial" w:cs="Arial"/>
                <w:b/>
                <w:bCs/>
                <w:sz w:val="24"/>
                <w:szCs w:val="24"/>
              </w:rPr>
              <w:t>Doctor ID(FK)</w:t>
            </w:r>
            <w:r w:rsidRPr="002A0E8B">
              <w:rPr>
                <w:rFonts w:ascii="Arial" w:hAnsi="Arial" w:cs="Arial"/>
                <w:sz w:val="24"/>
                <w:szCs w:val="24"/>
              </w:rPr>
              <w:t>, Notes, Prescription</w:t>
            </w:r>
            <w:r w:rsidR="00FF189E">
              <w:rPr>
                <w:rFonts w:ascii="Arial" w:hAnsi="Arial" w:cs="Arial"/>
                <w:sz w:val="24"/>
                <w:szCs w:val="24"/>
              </w:rPr>
              <w:t xml:space="preserve"> </w:t>
            </w:r>
            <w:r w:rsidRPr="002A0E8B">
              <w:rPr>
                <w:rFonts w:ascii="Arial" w:hAnsi="Arial" w:cs="Arial"/>
                <w:sz w:val="24"/>
                <w:szCs w:val="24"/>
              </w:rPr>
              <w:t>Details</w:t>
            </w:r>
          </w:p>
          <w:p w14:paraId="5B1AF7FF" w14:textId="77777777" w:rsidR="00EA0BA4" w:rsidRDefault="00EA0BA4" w:rsidP="008323D3">
            <w:pPr>
              <w:spacing w:line="360" w:lineRule="auto"/>
              <w:jc w:val="both"/>
              <w:rPr>
                <w:rFonts w:ascii="Arial" w:hAnsi="Arial" w:cs="Arial"/>
                <w:sz w:val="24"/>
                <w:szCs w:val="24"/>
              </w:rPr>
            </w:pPr>
          </w:p>
        </w:tc>
      </w:tr>
      <w:tr w:rsidR="00EA0275" w14:paraId="4165359D" w14:textId="77777777" w:rsidTr="00E07704">
        <w:trPr>
          <w:jc w:val="center"/>
        </w:trPr>
        <w:tc>
          <w:tcPr>
            <w:tcW w:w="4315" w:type="dxa"/>
            <w:vAlign w:val="center"/>
          </w:tcPr>
          <w:p w14:paraId="1202ED67" w14:textId="79D53930" w:rsidR="00EA0275" w:rsidRPr="009640E7" w:rsidRDefault="00EA0275" w:rsidP="008323D3">
            <w:pPr>
              <w:spacing w:line="360" w:lineRule="auto"/>
              <w:jc w:val="center"/>
              <w:rPr>
                <w:rFonts w:ascii="Arial" w:hAnsi="Arial" w:cs="Arial"/>
                <w:b/>
                <w:bCs/>
                <w:sz w:val="24"/>
                <w:szCs w:val="24"/>
              </w:rPr>
            </w:pPr>
            <w:r w:rsidRPr="009640E7">
              <w:rPr>
                <w:rFonts w:ascii="Arial" w:hAnsi="Arial" w:cs="Arial"/>
                <w:b/>
                <w:bCs/>
                <w:sz w:val="24"/>
                <w:szCs w:val="24"/>
              </w:rPr>
              <w:lastRenderedPageBreak/>
              <w:t>Sales Transaction</w:t>
            </w:r>
          </w:p>
        </w:tc>
        <w:tc>
          <w:tcPr>
            <w:tcW w:w="4315" w:type="dxa"/>
            <w:vAlign w:val="center"/>
          </w:tcPr>
          <w:p w14:paraId="3AF1ECDF" w14:textId="4D96A432" w:rsidR="00EA0275" w:rsidRDefault="00EA0275" w:rsidP="008323D3">
            <w:pPr>
              <w:spacing w:line="360" w:lineRule="auto"/>
              <w:jc w:val="both"/>
              <w:rPr>
                <w:rFonts w:ascii="Arial" w:hAnsi="Arial" w:cs="Arial"/>
                <w:sz w:val="24"/>
                <w:szCs w:val="24"/>
              </w:rPr>
            </w:pPr>
            <w:r w:rsidRPr="00A46D94">
              <w:rPr>
                <w:rFonts w:ascii="Arial" w:hAnsi="Arial" w:cs="Arial"/>
                <w:b/>
                <w:bCs/>
                <w:sz w:val="24"/>
                <w:szCs w:val="24"/>
              </w:rPr>
              <w:t>Sales Transaction ID (</w:t>
            </w:r>
            <w:r w:rsidR="00A46D94" w:rsidRPr="00A46D94">
              <w:rPr>
                <w:rFonts w:ascii="Arial" w:hAnsi="Arial" w:cs="Arial"/>
                <w:b/>
                <w:bCs/>
                <w:sz w:val="24"/>
                <w:szCs w:val="24"/>
              </w:rPr>
              <w:t>P</w:t>
            </w:r>
            <w:r w:rsidR="009640E7">
              <w:rPr>
                <w:rFonts w:ascii="Arial" w:hAnsi="Arial" w:cs="Arial"/>
                <w:b/>
                <w:bCs/>
                <w:sz w:val="24"/>
                <w:szCs w:val="24"/>
              </w:rPr>
              <w:t>K)</w:t>
            </w:r>
            <w:r w:rsidR="00A46D94">
              <w:rPr>
                <w:rFonts w:ascii="Arial" w:hAnsi="Arial" w:cs="Arial"/>
                <w:sz w:val="24"/>
                <w:szCs w:val="24"/>
              </w:rPr>
              <w:t>,</w:t>
            </w:r>
            <w:r w:rsidRPr="002A0E8B">
              <w:rPr>
                <w:rFonts w:ascii="Arial" w:hAnsi="Arial" w:cs="Arial"/>
                <w:sz w:val="24"/>
                <w:szCs w:val="24"/>
              </w:rPr>
              <w:t xml:space="preserve"> </w:t>
            </w:r>
            <w:r w:rsidRPr="009640E7">
              <w:rPr>
                <w:rFonts w:ascii="Arial" w:hAnsi="Arial" w:cs="Arial"/>
                <w:b/>
                <w:bCs/>
                <w:sz w:val="24"/>
                <w:szCs w:val="24"/>
              </w:rPr>
              <w:t>Customer ID</w:t>
            </w:r>
            <w:r w:rsidR="009640E7" w:rsidRPr="009640E7">
              <w:rPr>
                <w:rFonts w:ascii="Arial" w:hAnsi="Arial" w:cs="Arial"/>
                <w:b/>
                <w:bCs/>
                <w:sz w:val="24"/>
                <w:szCs w:val="24"/>
              </w:rPr>
              <w:t xml:space="preserve"> </w:t>
            </w:r>
            <w:r w:rsidRPr="009640E7">
              <w:rPr>
                <w:rFonts w:ascii="Arial" w:hAnsi="Arial" w:cs="Arial"/>
                <w:b/>
                <w:bCs/>
                <w:sz w:val="24"/>
                <w:szCs w:val="24"/>
              </w:rPr>
              <w:t>(FK),</w:t>
            </w:r>
            <w:r w:rsidRPr="002A0E8B">
              <w:rPr>
                <w:rFonts w:ascii="Arial" w:hAnsi="Arial" w:cs="Arial"/>
                <w:sz w:val="24"/>
                <w:szCs w:val="24"/>
              </w:rPr>
              <w:t xml:space="preserve"> Sale Date, Payment Method, Total Amount</w:t>
            </w:r>
          </w:p>
          <w:p w14:paraId="155A39B9" w14:textId="77777777" w:rsidR="00EA0275" w:rsidRPr="002A0E8B" w:rsidRDefault="00EA0275" w:rsidP="008323D3">
            <w:pPr>
              <w:spacing w:line="360" w:lineRule="auto"/>
              <w:jc w:val="both"/>
              <w:rPr>
                <w:rFonts w:ascii="Arial" w:hAnsi="Arial" w:cs="Arial"/>
                <w:sz w:val="24"/>
                <w:szCs w:val="24"/>
              </w:rPr>
            </w:pPr>
          </w:p>
        </w:tc>
      </w:tr>
    </w:tbl>
    <w:p w14:paraId="737B211D" w14:textId="77777777" w:rsidR="00023AA3" w:rsidRPr="002A0E8B" w:rsidRDefault="00023AA3" w:rsidP="008323D3">
      <w:pPr>
        <w:spacing w:line="360" w:lineRule="auto"/>
        <w:jc w:val="both"/>
        <w:rPr>
          <w:rFonts w:ascii="Arial" w:hAnsi="Arial" w:cs="Arial"/>
          <w:sz w:val="24"/>
          <w:szCs w:val="24"/>
        </w:rPr>
      </w:pPr>
    </w:p>
    <w:p w14:paraId="249D83AC" w14:textId="7FBE436E" w:rsidR="009269A8" w:rsidRDefault="00461DBE" w:rsidP="008323D3">
      <w:pPr>
        <w:pStyle w:val="Heading2"/>
        <w:spacing w:line="360" w:lineRule="auto"/>
        <w:rPr>
          <w:rFonts w:ascii="Arial Black" w:hAnsi="Arial Black"/>
          <w:b w:val="0"/>
          <w:bCs w:val="0"/>
          <w:color w:val="000000" w:themeColor="text1"/>
          <w:sz w:val="32"/>
          <w:szCs w:val="32"/>
        </w:rPr>
      </w:pPr>
      <w:bookmarkStart w:id="3" w:name="_Toc225201699"/>
      <w:r w:rsidRPr="002A0E8B">
        <w:rPr>
          <w:rFonts w:ascii="Arial Black" w:hAnsi="Arial Black"/>
          <w:b w:val="0"/>
          <w:bCs w:val="0"/>
          <w:color w:val="000000" w:themeColor="text1"/>
          <w:sz w:val="32"/>
          <w:szCs w:val="32"/>
        </w:rPr>
        <w:t>1.2 Relationships</w:t>
      </w:r>
      <w:r w:rsidR="00D34369" w:rsidRPr="002A0E8B">
        <w:rPr>
          <w:rFonts w:ascii="Arial Black" w:hAnsi="Arial Black"/>
          <w:b w:val="0"/>
          <w:bCs w:val="0"/>
          <w:color w:val="000000" w:themeColor="text1"/>
          <w:sz w:val="32"/>
          <w:szCs w:val="32"/>
        </w:rPr>
        <w:t xml:space="preserve"> between entities</w:t>
      </w:r>
      <w:bookmarkEnd w:id="3"/>
    </w:p>
    <w:p w14:paraId="04224223" w14:textId="77777777" w:rsidR="002248A3" w:rsidRPr="002248A3" w:rsidRDefault="002248A3" w:rsidP="008323D3">
      <w:pPr>
        <w:spacing w:line="360" w:lineRule="auto"/>
      </w:pPr>
    </w:p>
    <w:p w14:paraId="7613A796" w14:textId="5CF408B7" w:rsidR="000737C0" w:rsidRPr="002A0E8B" w:rsidRDefault="00E216AA" w:rsidP="008323D3">
      <w:pPr>
        <w:pStyle w:val="ListParagraph"/>
        <w:numPr>
          <w:ilvl w:val="0"/>
          <w:numId w:val="40"/>
        </w:numPr>
        <w:spacing w:line="360" w:lineRule="auto"/>
        <w:jc w:val="both"/>
        <w:rPr>
          <w:rFonts w:ascii="Arial" w:hAnsi="Arial" w:cs="Arial"/>
          <w:sz w:val="24"/>
          <w:szCs w:val="24"/>
        </w:rPr>
      </w:pPr>
      <w:r w:rsidRPr="002A0E8B">
        <w:rPr>
          <w:rFonts w:ascii="Arial" w:hAnsi="Arial" w:cs="Arial"/>
          <w:sz w:val="24"/>
          <w:szCs w:val="24"/>
        </w:rPr>
        <w:t>One</w:t>
      </w:r>
      <w:r w:rsidR="000737C0" w:rsidRPr="002A0E8B">
        <w:rPr>
          <w:rFonts w:ascii="Arial" w:hAnsi="Arial" w:cs="Arial"/>
          <w:sz w:val="24"/>
          <w:szCs w:val="24"/>
        </w:rPr>
        <w:t xml:space="preserve"> Supplier supplies many Medicines, but each medicine is supplied by only one supplier (1:M).</w:t>
      </w:r>
    </w:p>
    <w:p w14:paraId="5B3F05AC" w14:textId="5E851218" w:rsidR="00E216AA" w:rsidRPr="002A0E8B" w:rsidRDefault="00E216AA" w:rsidP="008323D3">
      <w:pPr>
        <w:pStyle w:val="ListParagraph"/>
        <w:numPr>
          <w:ilvl w:val="0"/>
          <w:numId w:val="40"/>
        </w:numPr>
        <w:spacing w:line="360" w:lineRule="auto"/>
        <w:jc w:val="both"/>
        <w:rPr>
          <w:rFonts w:ascii="Arial" w:hAnsi="Arial" w:cs="Arial"/>
          <w:sz w:val="24"/>
          <w:szCs w:val="24"/>
        </w:rPr>
      </w:pPr>
      <w:r w:rsidRPr="002A0E8B">
        <w:rPr>
          <w:rFonts w:ascii="Arial" w:hAnsi="Arial" w:cs="Arial"/>
          <w:sz w:val="24"/>
          <w:szCs w:val="24"/>
        </w:rPr>
        <w:t>One</w:t>
      </w:r>
      <w:r w:rsidR="000737C0" w:rsidRPr="002A0E8B">
        <w:rPr>
          <w:rFonts w:ascii="Arial" w:hAnsi="Arial" w:cs="Arial"/>
          <w:sz w:val="24"/>
          <w:szCs w:val="24"/>
        </w:rPr>
        <w:t xml:space="preserve"> Customer can have multiple Prescriptions, but each prescription belongs to one customer (1:M).</w:t>
      </w:r>
    </w:p>
    <w:p w14:paraId="56D0786D" w14:textId="65748B44" w:rsidR="000737C0" w:rsidRPr="002A0E8B" w:rsidRDefault="00E216AA" w:rsidP="008323D3">
      <w:pPr>
        <w:pStyle w:val="ListParagraph"/>
        <w:numPr>
          <w:ilvl w:val="0"/>
          <w:numId w:val="40"/>
        </w:numPr>
        <w:spacing w:line="360" w:lineRule="auto"/>
        <w:jc w:val="both"/>
        <w:rPr>
          <w:rFonts w:ascii="Arial" w:hAnsi="Arial" w:cs="Arial"/>
          <w:sz w:val="24"/>
          <w:szCs w:val="24"/>
        </w:rPr>
      </w:pPr>
      <w:r w:rsidRPr="002A0E8B">
        <w:rPr>
          <w:rFonts w:ascii="Arial" w:hAnsi="Arial" w:cs="Arial"/>
          <w:sz w:val="24"/>
          <w:szCs w:val="24"/>
        </w:rPr>
        <w:t>One Doctor</w:t>
      </w:r>
      <w:r w:rsidR="000737C0" w:rsidRPr="002A0E8B">
        <w:rPr>
          <w:rFonts w:ascii="Arial" w:hAnsi="Arial" w:cs="Arial"/>
          <w:sz w:val="24"/>
          <w:szCs w:val="24"/>
        </w:rPr>
        <w:t xml:space="preserve"> can issue many Prescriptions, but each prescription is issued by one doctor (1:M).</w:t>
      </w:r>
    </w:p>
    <w:p w14:paraId="68647267" w14:textId="2AC1FB7A" w:rsidR="000737C0" w:rsidRPr="002A0E8B" w:rsidRDefault="00E216AA" w:rsidP="008323D3">
      <w:pPr>
        <w:pStyle w:val="ListParagraph"/>
        <w:numPr>
          <w:ilvl w:val="0"/>
          <w:numId w:val="40"/>
        </w:numPr>
        <w:spacing w:line="360" w:lineRule="auto"/>
        <w:jc w:val="both"/>
        <w:rPr>
          <w:rFonts w:ascii="Arial" w:hAnsi="Arial" w:cs="Arial"/>
          <w:sz w:val="24"/>
          <w:szCs w:val="24"/>
        </w:rPr>
      </w:pPr>
      <w:r w:rsidRPr="002A0E8B">
        <w:rPr>
          <w:rFonts w:ascii="Arial" w:hAnsi="Arial" w:cs="Arial"/>
          <w:sz w:val="24"/>
          <w:szCs w:val="24"/>
        </w:rPr>
        <w:t>One</w:t>
      </w:r>
      <w:r w:rsidR="000737C0" w:rsidRPr="002A0E8B">
        <w:rPr>
          <w:rFonts w:ascii="Arial" w:hAnsi="Arial" w:cs="Arial"/>
          <w:sz w:val="24"/>
          <w:szCs w:val="24"/>
        </w:rPr>
        <w:t xml:space="preserve"> Prescription can include multiple Prescription Details, but each prescription detail belongs to one prescription (1:M).</w:t>
      </w:r>
    </w:p>
    <w:p w14:paraId="580C10AD" w14:textId="1C573F33" w:rsidR="000737C0" w:rsidRPr="002A0E8B" w:rsidRDefault="000737C0" w:rsidP="008323D3">
      <w:pPr>
        <w:pStyle w:val="ListParagraph"/>
        <w:numPr>
          <w:ilvl w:val="0"/>
          <w:numId w:val="40"/>
        </w:numPr>
        <w:spacing w:line="360" w:lineRule="auto"/>
        <w:jc w:val="both"/>
        <w:rPr>
          <w:rFonts w:ascii="Arial" w:hAnsi="Arial" w:cs="Arial"/>
          <w:sz w:val="24"/>
          <w:szCs w:val="24"/>
        </w:rPr>
      </w:pPr>
      <w:r w:rsidRPr="002A0E8B">
        <w:rPr>
          <w:rFonts w:ascii="Arial" w:hAnsi="Arial" w:cs="Arial"/>
          <w:sz w:val="24"/>
          <w:szCs w:val="24"/>
        </w:rPr>
        <w:t>Medicine can appear in many Prescription Details, but each prescription detail refers to one medicine (1:M).</w:t>
      </w:r>
    </w:p>
    <w:p w14:paraId="61E8A8AB" w14:textId="2EB6D202" w:rsidR="000737C0" w:rsidRPr="002A0E8B" w:rsidRDefault="00E216AA" w:rsidP="008323D3">
      <w:pPr>
        <w:pStyle w:val="ListParagraph"/>
        <w:numPr>
          <w:ilvl w:val="0"/>
          <w:numId w:val="40"/>
        </w:numPr>
        <w:spacing w:line="360" w:lineRule="auto"/>
        <w:jc w:val="both"/>
        <w:rPr>
          <w:rFonts w:ascii="Arial" w:hAnsi="Arial" w:cs="Arial"/>
          <w:sz w:val="24"/>
          <w:szCs w:val="24"/>
        </w:rPr>
      </w:pPr>
      <w:r w:rsidRPr="002A0E8B">
        <w:rPr>
          <w:rFonts w:ascii="Arial" w:hAnsi="Arial" w:cs="Arial"/>
          <w:sz w:val="24"/>
          <w:szCs w:val="24"/>
        </w:rPr>
        <w:t>One</w:t>
      </w:r>
      <w:r w:rsidR="000737C0" w:rsidRPr="002A0E8B">
        <w:rPr>
          <w:rFonts w:ascii="Arial" w:hAnsi="Arial" w:cs="Arial"/>
          <w:sz w:val="24"/>
          <w:szCs w:val="24"/>
        </w:rPr>
        <w:t xml:space="preserve"> Customer can have multiple Sales Transactions, but each sales transaction is linked to one customer (1:M).</w:t>
      </w:r>
    </w:p>
    <w:p w14:paraId="2C0612D2" w14:textId="0929E948" w:rsidR="000737C0" w:rsidRPr="002A0E8B" w:rsidRDefault="00A50D35" w:rsidP="008323D3">
      <w:pPr>
        <w:pStyle w:val="ListParagraph"/>
        <w:numPr>
          <w:ilvl w:val="0"/>
          <w:numId w:val="40"/>
        </w:numPr>
        <w:spacing w:line="360" w:lineRule="auto"/>
        <w:jc w:val="both"/>
        <w:rPr>
          <w:rFonts w:ascii="Arial" w:hAnsi="Arial" w:cs="Arial"/>
          <w:sz w:val="24"/>
          <w:szCs w:val="24"/>
        </w:rPr>
      </w:pPr>
      <w:r w:rsidRPr="002A0E8B">
        <w:rPr>
          <w:rFonts w:ascii="Arial" w:hAnsi="Arial" w:cs="Arial"/>
          <w:sz w:val="24"/>
          <w:szCs w:val="24"/>
        </w:rPr>
        <w:t xml:space="preserve">One </w:t>
      </w:r>
      <w:r w:rsidR="000737C0" w:rsidRPr="002A0E8B">
        <w:rPr>
          <w:rFonts w:ascii="Arial" w:hAnsi="Arial" w:cs="Arial"/>
          <w:sz w:val="24"/>
          <w:szCs w:val="24"/>
        </w:rPr>
        <w:t>Sales Transaction can include multiple Sales Details, but each sales detail belongs to one transaction (1:M).</w:t>
      </w:r>
    </w:p>
    <w:p w14:paraId="14BFBD93" w14:textId="73E9D373" w:rsidR="00F076D1" w:rsidRPr="002A0E8B" w:rsidRDefault="00F076D1" w:rsidP="008323D3">
      <w:pPr>
        <w:pStyle w:val="ListParagraph"/>
        <w:numPr>
          <w:ilvl w:val="0"/>
          <w:numId w:val="40"/>
        </w:numPr>
        <w:spacing w:line="360" w:lineRule="auto"/>
        <w:jc w:val="both"/>
        <w:rPr>
          <w:rFonts w:ascii="Arial" w:hAnsi="Arial" w:cs="Arial"/>
          <w:sz w:val="24"/>
          <w:szCs w:val="24"/>
        </w:rPr>
      </w:pPr>
      <w:r w:rsidRPr="002A0E8B">
        <w:rPr>
          <w:rFonts w:ascii="Arial" w:hAnsi="Arial" w:cs="Arial"/>
          <w:spacing w:val="8"/>
          <w:sz w:val="24"/>
          <w:szCs w:val="24"/>
          <w:shd w:val="clear" w:color="auto" w:fill="FFFFFF"/>
        </w:rPr>
        <w:t xml:space="preserve">One Prescription can contain many </w:t>
      </w:r>
      <w:r w:rsidR="00A56F76" w:rsidRPr="002A0E8B">
        <w:rPr>
          <w:rFonts w:ascii="Arial" w:hAnsi="Arial" w:cs="Arial"/>
          <w:spacing w:val="8"/>
          <w:sz w:val="24"/>
          <w:szCs w:val="24"/>
          <w:shd w:val="clear" w:color="auto" w:fill="FFFFFF"/>
        </w:rPr>
        <w:t>Medicines. one</w:t>
      </w:r>
      <w:r w:rsidRPr="002A0E8B">
        <w:rPr>
          <w:rFonts w:ascii="Arial" w:hAnsi="Arial" w:cs="Arial"/>
          <w:spacing w:val="8"/>
          <w:sz w:val="24"/>
          <w:szCs w:val="24"/>
          <w:shd w:val="clear" w:color="auto" w:fill="FFFFFF"/>
        </w:rPr>
        <w:t xml:space="preserve"> Medicine can appear in many </w:t>
      </w:r>
      <w:r w:rsidR="00BA5DBC" w:rsidRPr="002A0E8B">
        <w:rPr>
          <w:rFonts w:ascii="Arial" w:hAnsi="Arial" w:cs="Arial"/>
          <w:spacing w:val="8"/>
          <w:sz w:val="24"/>
          <w:szCs w:val="24"/>
          <w:shd w:val="clear" w:color="auto" w:fill="FFFFFF"/>
        </w:rPr>
        <w:t>Prescriptions. (</w:t>
      </w:r>
      <w:r w:rsidR="000E36B8" w:rsidRPr="002A0E8B">
        <w:rPr>
          <w:rFonts w:ascii="Arial" w:hAnsi="Arial" w:cs="Arial"/>
          <w:spacing w:val="8"/>
          <w:sz w:val="24"/>
          <w:szCs w:val="24"/>
          <w:shd w:val="clear" w:color="auto" w:fill="FFFFFF"/>
        </w:rPr>
        <w:t>M: N)</w:t>
      </w:r>
    </w:p>
    <w:p w14:paraId="4DB26205" w14:textId="340FFE6E" w:rsidR="00F076D1" w:rsidRPr="002A0E8B" w:rsidRDefault="00C4266E" w:rsidP="008323D3">
      <w:pPr>
        <w:pStyle w:val="ListParagraph"/>
        <w:numPr>
          <w:ilvl w:val="0"/>
          <w:numId w:val="40"/>
        </w:numPr>
        <w:spacing w:line="360" w:lineRule="auto"/>
        <w:jc w:val="both"/>
        <w:rPr>
          <w:rFonts w:ascii="Arial" w:hAnsi="Arial" w:cs="Arial"/>
          <w:sz w:val="24"/>
          <w:szCs w:val="24"/>
        </w:rPr>
      </w:pPr>
      <w:r w:rsidRPr="002A0E8B">
        <w:rPr>
          <w:rFonts w:ascii="Arial" w:hAnsi="Arial" w:cs="Arial"/>
          <w:sz w:val="24"/>
          <w:szCs w:val="24"/>
        </w:rPr>
        <w:t xml:space="preserve">Many medicines can </w:t>
      </w:r>
      <w:r w:rsidR="00A56F76" w:rsidRPr="002A0E8B">
        <w:rPr>
          <w:rFonts w:ascii="Arial" w:hAnsi="Arial" w:cs="Arial"/>
          <w:sz w:val="24"/>
          <w:szCs w:val="24"/>
        </w:rPr>
        <w:t>contain</w:t>
      </w:r>
      <w:r w:rsidRPr="002A0E8B">
        <w:rPr>
          <w:rFonts w:ascii="Arial" w:hAnsi="Arial" w:cs="Arial"/>
          <w:sz w:val="24"/>
          <w:szCs w:val="24"/>
        </w:rPr>
        <w:t xml:space="preserve"> one prescription. One medicine can appear in many </w:t>
      </w:r>
      <w:r w:rsidR="003F7DB3" w:rsidRPr="002A0E8B">
        <w:rPr>
          <w:rFonts w:ascii="Arial" w:hAnsi="Arial" w:cs="Arial"/>
          <w:sz w:val="24"/>
          <w:szCs w:val="24"/>
        </w:rPr>
        <w:t>prescriptions. (M: N)</w:t>
      </w:r>
    </w:p>
    <w:p w14:paraId="71DC71B3" w14:textId="00880988" w:rsidR="00E178AF" w:rsidRPr="002A0E8B" w:rsidRDefault="00C4266E" w:rsidP="008323D3">
      <w:pPr>
        <w:spacing w:line="360" w:lineRule="auto"/>
        <w:jc w:val="both"/>
        <w:rPr>
          <w:rFonts w:ascii="Arial" w:hAnsi="Arial" w:cs="Arial"/>
          <w:sz w:val="24"/>
          <w:szCs w:val="24"/>
        </w:rPr>
      </w:pPr>
      <w:r w:rsidRPr="002A0E8B">
        <w:rPr>
          <w:rFonts w:ascii="Arial" w:hAnsi="Arial" w:cs="Arial"/>
          <w:sz w:val="24"/>
          <w:szCs w:val="24"/>
        </w:rPr>
        <w:t xml:space="preserve"> A sales transaction can consist of several medicines. One medicine may be sold in numerous transactions</w:t>
      </w:r>
      <w:r w:rsidR="0032005B" w:rsidRPr="002A0E8B">
        <w:rPr>
          <w:rFonts w:ascii="Arial" w:hAnsi="Arial" w:cs="Arial"/>
          <w:sz w:val="24"/>
          <w:szCs w:val="24"/>
        </w:rPr>
        <w:t>.</w:t>
      </w:r>
    </w:p>
    <w:p w14:paraId="640EAD0E" w14:textId="42C9CBA0" w:rsidR="0032005B" w:rsidRDefault="00902548" w:rsidP="008323D3">
      <w:pPr>
        <w:pStyle w:val="Heading2"/>
        <w:spacing w:line="360" w:lineRule="auto"/>
        <w:rPr>
          <w:rFonts w:ascii="Arial Black" w:hAnsi="Arial Black"/>
          <w:b w:val="0"/>
          <w:bCs w:val="0"/>
          <w:color w:val="000000" w:themeColor="text1"/>
          <w:sz w:val="32"/>
          <w:szCs w:val="32"/>
        </w:rPr>
      </w:pPr>
      <w:bookmarkStart w:id="4" w:name="_Toc225201700"/>
      <w:r w:rsidRPr="002A0E8B">
        <w:rPr>
          <w:rFonts w:ascii="Arial Black" w:hAnsi="Arial Black"/>
          <w:b w:val="0"/>
          <w:bCs w:val="0"/>
          <w:color w:val="000000" w:themeColor="text1"/>
          <w:sz w:val="32"/>
          <w:szCs w:val="32"/>
        </w:rPr>
        <w:lastRenderedPageBreak/>
        <w:t xml:space="preserve">1.3 </w:t>
      </w:r>
      <w:r w:rsidR="00F47D72" w:rsidRPr="002A0E8B">
        <w:rPr>
          <w:rFonts w:ascii="Arial Black" w:hAnsi="Arial Black"/>
          <w:b w:val="0"/>
          <w:bCs w:val="0"/>
          <w:color w:val="000000" w:themeColor="text1"/>
          <w:sz w:val="32"/>
          <w:szCs w:val="32"/>
        </w:rPr>
        <w:t>Entity Relationship Diagram (ERD)</w:t>
      </w:r>
      <w:bookmarkEnd w:id="4"/>
    </w:p>
    <w:p w14:paraId="3DD39E17" w14:textId="77777777" w:rsidR="00801FEA" w:rsidRPr="00801FEA" w:rsidRDefault="00801FEA" w:rsidP="008323D3">
      <w:pPr>
        <w:spacing w:line="360" w:lineRule="auto"/>
      </w:pPr>
    </w:p>
    <w:p w14:paraId="7BE3D835" w14:textId="77777777" w:rsidR="00801FEA" w:rsidRPr="00801FEA" w:rsidRDefault="00801FEA" w:rsidP="008323D3">
      <w:pPr>
        <w:spacing w:line="360" w:lineRule="auto"/>
        <w:jc w:val="both"/>
        <w:rPr>
          <w:rFonts w:ascii="Arial" w:hAnsi="Arial" w:cs="Arial"/>
          <w:sz w:val="24"/>
          <w:szCs w:val="24"/>
        </w:rPr>
      </w:pPr>
      <w:r w:rsidRPr="00801FEA">
        <w:rPr>
          <w:rFonts w:ascii="Arial" w:hAnsi="Arial" w:cs="Arial"/>
          <w:sz w:val="24"/>
          <w:szCs w:val="24"/>
        </w:rPr>
        <w:t>The ERD illustrates all relationships, including:</w:t>
      </w:r>
    </w:p>
    <w:p w14:paraId="6EEA68DB" w14:textId="77777777" w:rsidR="00801FEA" w:rsidRPr="00801FEA" w:rsidRDefault="00801FEA" w:rsidP="008323D3">
      <w:pPr>
        <w:pStyle w:val="ListParagraph"/>
        <w:numPr>
          <w:ilvl w:val="0"/>
          <w:numId w:val="53"/>
        </w:numPr>
        <w:spacing w:after="160" w:line="360" w:lineRule="auto"/>
        <w:jc w:val="both"/>
        <w:rPr>
          <w:rFonts w:ascii="Arial" w:hAnsi="Arial" w:cs="Arial"/>
          <w:sz w:val="24"/>
          <w:szCs w:val="24"/>
        </w:rPr>
      </w:pPr>
      <w:r w:rsidRPr="00801FEA">
        <w:rPr>
          <w:rFonts w:ascii="Arial" w:hAnsi="Arial" w:cs="Arial"/>
          <w:sz w:val="24"/>
          <w:szCs w:val="24"/>
        </w:rPr>
        <w:t>Supplier → Medicine (1:M)</w:t>
      </w:r>
    </w:p>
    <w:p w14:paraId="31C58049" w14:textId="77777777" w:rsidR="00801FEA" w:rsidRPr="00801FEA" w:rsidRDefault="00801FEA" w:rsidP="008323D3">
      <w:pPr>
        <w:pStyle w:val="ListParagraph"/>
        <w:numPr>
          <w:ilvl w:val="0"/>
          <w:numId w:val="53"/>
        </w:numPr>
        <w:spacing w:after="160" w:line="360" w:lineRule="auto"/>
        <w:jc w:val="both"/>
        <w:rPr>
          <w:rFonts w:ascii="Arial" w:hAnsi="Arial" w:cs="Arial"/>
          <w:sz w:val="24"/>
          <w:szCs w:val="24"/>
        </w:rPr>
      </w:pPr>
      <w:r w:rsidRPr="00801FEA">
        <w:rPr>
          <w:rFonts w:ascii="Arial" w:hAnsi="Arial" w:cs="Arial"/>
          <w:sz w:val="24"/>
          <w:szCs w:val="24"/>
        </w:rPr>
        <w:t>Customer → Prescription (1:M)</w:t>
      </w:r>
    </w:p>
    <w:p w14:paraId="00D74B90" w14:textId="77777777" w:rsidR="00801FEA" w:rsidRPr="00801FEA" w:rsidRDefault="00801FEA" w:rsidP="008323D3">
      <w:pPr>
        <w:pStyle w:val="ListParagraph"/>
        <w:numPr>
          <w:ilvl w:val="0"/>
          <w:numId w:val="53"/>
        </w:numPr>
        <w:spacing w:after="160" w:line="360" w:lineRule="auto"/>
        <w:jc w:val="both"/>
        <w:rPr>
          <w:rFonts w:ascii="Arial" w:hAnsi="Arial" w:cs="Arial"/>
          <w:sz w:val="24"/>
          <w:szCs w:val="24"/>
        </w:rPr>
      </w:pPr>
      <w:r w:rsidRPr="00801FEA">
        <w:rPr>
          <w:rFonts w:ascii="Arial" w:hAnsi="Arial" w:cs="Arial"/>
          <w:sz w:val="24"/>
          <w:szCs w:val="24"/>
        </w:rPr>
        <w:t>Doctor → Prescription (1:M)</w:t>
      </w:r>
    </w:p>
    <w:p w14:paraId="5E7A7B06" w14:textId="77777777" w:rsidR="00801FEA" w:rsidRPr="00801FEA" w:rsidRDefault="00801FEA" w:rsidP="008323D3">
      <w:pPr>
        <w:pStyle w:val="ListParagraph"/>
        <w:numPr>
          <w:ilvl w:val="0"/>
          <w:numId w:val="53"/>
        </w:numPr>
        <w:spacing w:after="160" w:line="360" w:lineRule="auto"/>
        <w:jc w:val="both"/>
        <w:rPr>
          <w:rFonts w:ascii="Arial" w:hAnsi="Arial" w:cs="Arial"/>
          <w:sz w:val="24"/>
          <w:szCs w:val="24"/>
        </w:rPr>
      </w:pPr>
      <w:r w:rsidRPr="00801FEA">
        <w:rPr>
          <w:rFonts w:ascii="Arial" w:hAnsi="Arial" w:cs="Arial"/>
          <w:sz w:val="24"/>
          <w:szCs w:val="24"/>
        </w:rPr>
        <w:t>Prescription → Prescription Details (1:M)</w:t>
      </w:r>
    </w:p>
    <w:p w14:paraId="1BCE795D" w14:textId="77777777" w:rsidR="00801FEA" w:rsidRPr="00801FEA" w:rsidRDefault="00801FEA" w:rsidP="008323D3">
      <w:pPr>
        <w:pStyle w:val="ListParagraph"/>
        <w:numPr>
          <w:ilvl w:val="0"/>
          <w:numId w:val="53"/>
        </w:numPr>
        <w:spacing w:after="160" w:line="360" w:lineRule="auto"/>
        <w:jc w:val="both"/>
        <w:rPr>
          <w:rFonts w:ascii="Arial" w:hAnsi="Arial" w:cs="Arial"/>
          <w:sz w:val="24"/>
          <w:szCs w:val="24"/>
        </w:rPr>
      </w:pPr>
      <w:r w:rsidRPr="00801FEA">
        <w:rPr>
          <w:rFonts w:ascii="Arial" w:hAnsi="Arial" w:cs="Arial"/>
          <w:sz w:val="24"/>
          <w:szCs w:val="24"/>
        </w:rPr>
        <w:t>Sales Transaction → Sales Details (1:M)</w:t>
      </w:r>
    </w:p>
    <w:p w14:paraId="7C3D26A0" w14:textId="77777777" w:rsidR="002E40AB" w:rsidRPr="002A0E8B" w:rsidRDefault="002E40AB" w:rsidP="008323D3">
      <w:pPr>
        <w:spacing w:line="360" w:lineRule="auto"/>
      </w:pPr>
    </w:p>
    <w:p w14:paraId="7ECE0CEE" w14:textId="205B45AA" w:rsidR="003F7DB3" w:rsidRPr="002A0E8B" w:rsidRDefault="00F47D72" w:rsidP="008323D3">
      <w:pPr>
        <w:spacing w:line="360" w:lineRule="auto"/>
        <w:jc w:val="both"/>
        <w:rPr>
          <w:rFonts w:ascii="Arial" w:hAnsi="Arial" w:cs="Arial"/>
        </w:rPr>
      </w:pPr>
      <w:r w:rsidRPr="002A0E8B">
        <w:rPr>
          <w:rFonts w:ascii="Arial" w:hAnsi="Arial" w:cs="Arial"/>
          <w:b/>
          <w:bCs/>
        </w:rPr>
        <w:br/>
        <w:t xml:space="preserve"> </w:t>
      </w:r>
      <w:r w:rsidR="001F11BB" w:rsidRPr="002A0E8B">
        <w:rPr>
          <w:rFonts w:ascii="Arial" w:hAnsi="Arial" w:cs="Arial"/>
          <w:b/>
          <w:bCs/>
        </w:rPr>
        <w:drawing>
          <wp:anchor distT="0" distB="0" distL="114300" distR="114300" simplePos="0" relativeHeight="251658246" behindDoc="1" locked="0" layoutInCell="1" allowOverlap="1" wp14:anchorId="58A91B70" wp14:editId="0E07C0A9">
            <wp:simplePos x="0" y="0"/>
            <wp:positionH relativeFrom="column">
              <wp:posOffset>-809625</wp:posOffset>
            </wp:positionH>
            <wp:positionV relativeFrom="paragraph">
              <wp:posOffset>76201</wp:posOffset>
            </wp:positionV>
            <wp:extent cx="7086600" cy="3733800"/>
            <wp:effectExtent l="76200" t="76200" r="133350" b="133350"/>
            <wp:wrapNone/>
            <wp:docPr id="9238002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800211" name="Picture 923800211"/>
                    <pic:cNvPicPr/>
                  </pic:nvPicPr>
                  <pic:blipFill>
                    <a:blip r:embed="rId9" cstate="print">
                      <a:extLst>
                        <a:ext uri="{28A0092B-C50C-407E-A947-70E740481C1C}">
                          <a14:useLocalDpi xmlns:a14="http://schemas.microsoft.com/office/drawing/2010/main" val="0"/>
                        </a:ext>
                      </a:extLst>
                    </a:blip>
                    <a:stretch>
                      <a:fillRect/>
                    </a:stretch>
                  </pic:blipFill>
                  <pic:spPr>
                    <a:xfrm>
                      <a:off x="0" y="0"/>
                      <a:ext cx="7086600" cy="3733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54637F94" w14:textId="77777777" w:rsidR="003F7DB3" w:rsidRPr="002A0E8B" w:rsidRDefault="003F7DB3" w:rsidP="008323D3">
      <w:pPr>
        <w:spacing w:line="360" w:lineRule="auto"/>
        <w:jc w:val="both"/>
        <w:rPr>
          <w:rFonts w:ascii="Arial" w:hAnsi="Arial" w:cs="Arial"/>
        </w:rPr>
      </w:pPr>
    </w:p>
    <w:p w14:paraId="25AEC11B" w14:textId="77777777" w:rsidR="003F7DB3" w:rsidRPr="002A0E8B" w:rsidRDefault="003F7DB3" w:rsidP="008323D3">
      <w:pPr>
        <w:spacing w:line="360" w:lineRule="auto"/>
        <w:jc w:val="both"/>
        <w:rPr>
          <w:rFonts w:ascii="Arial" w:hAnsi="Arial" w:cs="Arial"/>
        </w:rPr>
      </w:pPr>
    </w:p>
    <w:p w14:paraId="0A52DEFE" w14:textId="77777777" w:rsidR="003F7DB3" w:rsidRPr="002A0E8B" w:rsidRDefault="003F7DB3" w:rsidP="008323D3">
      <w:pPr>
        <w:spacing w:line="360" w:lineRule="auto"/>
        <w:jc w:val="both"/>
        <w:rPr>
          <w:rFonts w:ascii="Arial" w:hAnsi="Arial" w:cs="Arial"/>
        </w:rPr>
      </w:pPr>
    </w:p>
    <w:p w14:paraId="6F3DEB08" w14:textId="77777777" w:rsidR="003F7DB3" w:rsidRPr="002A0E8B" w:rsidRDefault="003F7DB3" w:rsidP="008323D3">
      <w:pPr>
        <w:spacing w:line="360" w:lineRule="auto"/>
        <w:jc w:val="both"/>
        <w:rPr>
          <w:rFonts w:ascii="Arial" w:hAnsi="Arial" w:cs="Arial"/>
        </w:rPr>
      </w:pPr>
    </w:p>
    <w:p w14:paraId="6EA2E56F" w14:textId="77777777" w:rsidR="003F7DB3" w:rsidRPr="002A0E8B" w:rsidRDefault="003F7DB3" w:rsidP="008323D3">
      <w:pPr>
        <w:spacing w:line="360" w:lineRule="auto"/>
        <w:jc w:val="both"/>
        <w:rPr>
          <w:rFonts w:ascii="Arial" w:hAnsi="Arial" w:cs="Arial"/>
        </w:rPr>
      </w:pPr>
    </w:p>
    <w:p w14:paraId="56F0537A" w14:textId="77777777" w:rsidR="003F7DB3" w:rsidRPr="002A0E8B" w:rsidRDefault="003F7DB3" w:rsidP="008323D3">
      <w:pPr>
        <w:spacing w:line="360" w:lineRule="auto"/>
        <w:jc w:val="both"/>
        <w:rPr>
          <w:rFonts w:ascii="Arial" w:hAnsi="Arial" w:cs="Arial"/>
        </w:rPr>
      </w:pPr>
    </w:p>
    <w:p w14:paraId="6D352D4D" w14:textId="77777777" w:rsidR="003F7DB3" w:rsidRPr="002A0E8B" w:rsidRDefault="003F7DB3" w:rsidP="008323D3">
      <w:pPr>
        <w:spacing w:line="360" w:lineRule="auto"/>
        <w:jc w:val="both"/>
        <w:rPr>
          <w:rFonts w:ascii="Arial" w:hAnsi="Arial" w:cs="Arial"/>
        </w:rPr>
      </w:pPr>
    </w:p>
    <w:p w14:paraId="2756F66E" w14:textId="77777777" w:rsidR="003F7DB3" w:rsidRPr="002A0E8B" w:rsidRDefault="003F7DB3" w:rsidP="008323D3">
      <w:pPr>
        <w:spacing w:line="360" w:lineRule="auto"/>
        <w:jc w:val="both"/>
        <w:rPr>
          <w:rFonts w:ascii="Arial" w:hAnsi="Arial" w:cs="Arial"/>
        </w:rPr>
      </w:pPr>
    </w:p>
    <w:p w14:paraId="6D629328" w14:textId="77777777" w:rsidR="003F7DB3" w:rsidRPr="002A0E8B" w:rsidRDefault="003F7DB3" w:rsidP="008323D3">
      <w:pPr>
        <w:spacing w:line="360" w:lineRule="auto"/>
        <w:jc w:val="both"/>
        <w:rPr>
          <w:rFonts w:ascii="Arial" w:hAnsi="Arial" w:cs="Arial"/>
        </w:rPr>
      </w:pPr>
    </w:p>
    <w:p w14:paraId="29BBED0D" w14:textId="3AA3BCB4" w:rsidR="003F7DB3" w:rsidRDefault="00CD2076" w:rsidP="008323D3">
      <w:pPr>
        <w:spacing w:line="360" w:lineRule="auto"/>
        <w:jc w:val="center"/>
        <w:rPr>
          <w:rFonts w:ascii="Arial" w:hAnsi="Arial" w:cs="Arial"/>
          <w:sz w:val="24"/>
          <w:szCs w:val="24"/>
        </w:rPr>
      </w:pPr>
      <w:r w:rsidRPr="002A0E8B">
        <w:rPr>
          <w:rFonts w:ascii="Arial" w:hAnsi="Arial" w:cs="Arial"/>
          <w:b/>
          <w:bCs/>
          <w:sz w:val="24"/>
          <w:szCs w:val="24"/>
        </w:rPr>
        <w:t xml:space="preserve">Figure: </w:t>
      </w:r>
      <w:r w:rsidRPr="002A0E8B">
        <w:rPr>
          <w:rFonts w:ascii="Arial" w:hAnsi="Arial" w:cs="Arial"/>
          <w:sz w:val="24"/>
          <w:szCs w:val="24"/>
        </w:rPr>
        <w:t>Entity</w:t>
      </w:r>
      <w:r w:rsidR="005C09A6" w:rsidRPr="002A0E8B">
        <w:rPr>
          <w:rFonts w:ascii="Arial" w:hAnsi="Arial" w:cs="Arial"/>
          <w:sz w:val="24"/>
          <w:szCs w:val="24"/>
        </w:rPr>
        <w:t xml:space="preserve"> Rel</w:t>
      </w:r>
      <w:r w:rsidRPr="002A0E8B">
        <w:rPr>
          <w:rFonts w:ascii="Arial" w:hAnsi="Arial" w:cs="Arial"/>
          <w:sz w:val="24"/>
          <w:szCs w:val="24"/>
        </w:rPr>
        <w:t>ationships Diagram (ERD)</w:t>
      </w:r>
    </w:p>
    <w:p w14:paraId="0E541AD1" w14:textId="77777777" w:rsidR="00F30B73" w:rsidRDefault="00F30B73" w:rsidP="008323D3">
      <w:pPr>
        <w:spacing w:line="360" w:lineRule="auto"/>
        <w:jc w:val="center"/>
        <w:rPr>
          <w:rFonts w:ascii="Arial" w:hAnsi="Arial" w:cs="Arial"/>
          <w:sz w:val="24"/>
          <w:szCs w:val="24"/>
        </w:rPr>
      </w:pPr>
    </w:p>
    <w:p w14:paraId="7084A5DB" w14:textId="77777777" w:rsidR="00290507" w:rsidRDefault="00290507" w:rsidP="008323D3">
      <w:pPr>
        <w:spacing w:line="360" w:lineRule="auto"/>
        <w:jc w:val="center"/>
        <w:rPr>
          <w:rFonts w:ascii="Arial" w:hAnsi="Arial" w:cs="Arial"/>
          <w:sz w:val="24"/>
          <w:szCs w:val="24"/>
        </w:rPr>
      </w:pPr>
    </w:p>
    <w:p w14:paraId="4423CAB5" w14:textId="6C0EAE0A" w:rsidR="00164679" w:rsidRPr="002A0E8B" w:rsidRDefault="0093369C" w:rsidP="008323D3">
      <w:pPr>
        <w:pStyle w:val="Heading2"/>
        <w:spacing w:line="360" w:lineRule="auto"/>
        <w:rPr>
          <w:rFonts w:ascii="Arial Black" w:hAnsi="Arial Black"/>
          <w:b w:val="0"/>
          <w:bCs w:val="0"/>
          <w:color w:val="000000" w:themeColor="text1"/>
          <w:sz w:val="32"/>
          <w:szCs w:val="32"/>
        </w:rPr>
      </w:pPr>
      <w:bookmarkStart w:id="5" w:name="_Toc225201701"/>
      <w:r w:rsidRPr="002A0E8B">
        <w:rPr>
          <w:rFonts w:ascii="Arial Black" w:hAnsi="Arial Black"/>
          <w:b w:val="0"/>
          <w:bCs w:val="0"/>
          <w:color w:val="000000" w:themeColor="text1"/>
          <w:sz w:val="32"/>
          <w:szCs w:val="32"/>
        </w:rPr>
        <w:lastRenderedPageBreak/>
        <w:t xml:space="preserve">1.4 </w:t>
      </w:r>
      <w:r w:rsidR="000D311F">
        <w:rPr>
          <w:rFonts w:ascii="Arial Black" w:hAnsi="Arial Black"/>
          <w:b w:val="0"/>
          <w:bCs w:val="0"/>
          <w:color w:val="000000" w:themeColor="text1"/>
          <w:sz w:val="32"/>
          <w:szCs w:val="32"/>
        </w:rPr>
        <w:t xml:space="preserve">Normalised </w:t>
      </w:r>
      <w:r w:rsidR="000D311F" w:rsidRPr="002A0E8B">
        <w:rPr>
          <w:rFonts w:ascii="Arial Black" w:hAnsi="Arial Black"/>
          <w:b w:val="0"/>
          <w:bCs w:val="0"/>
          <w:color w:val="000000" w:themeColor="text1"/>
          <w:sz w:val="32"/>
          <w:szCs w:val="32"/>
        </w:rPr>
        <w:t>Entity Relationship Diagram (ERD)</w:t>
      </w:r>
      <w:bookmarkEnd w:id="5"/>
    </w:p>
    <w:p w14:paraId="0A05C5F4" w14:textId="34B700EE" w:rsidR="00164679" w:rsidRPr="002A0E8B" w:rsidRDefault="00F7384A" w:rsidP="008323D3">
      <w:pPr>
        <w:spacing w:line="360" w:lineRule="auto"/>
        <w:jc w:val="both"/>
        <w:rPr>
          <w:rFonts w:ascii="Arial" w:hAnsi="Arial" w:cs="Arial"/>
        </w:rPr>
      </w:pPr>
      <w:r w:rsidRPr="002A0E8B">
        <w:rPr>
          <w:rFonts w:ascii="Arial" w:hAnsi="Arial" w:cs="Arial"/>
        </w:rPr>
        <w:drawing>
          <wp:anchor distT="0" distB="0" distL="114300" distR="114300" simplePos="0" relativeHeight="251658240" behindDoc="1" locked="0" layoutInCell="1" allowOverlap="1" wp14:anchorId="54B457B0" wp14:editId="3EDDC7B4">
            <wp:simplePos x="0" y="0"/>
            <wp:positionH relativeFrom="margin">
              <wp:posOffset>-647701</wp:posOffset>
            </wp:positionH>
            <wp:positionV relativeFrom="paragraph">
              <wp:posOffset>405765</wp:posOffset>
            </wp:positionV>
            <wp:extent cx="6829425" cy="3027045"/>
            <wp:effectExtent l="76200" t="76200" r="142875" b="135255"/>
            <wp:wrapNone/>
            <wp:docPr id="776330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330051" name="Picture 77633005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29425" cy="30270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p>
    <w:p w14:paraId="6A32789C" w14:textId="6995D91C" w:rsidR="00164679" w:rsidRPr="002A0E8B" w:rsidRDefault="00164679" w:rsidP="008323D3">
      <w:pPr>
        <w:spacing w:line="360" w:lineRule="auto"/>
        <w:jc w:val="both"/>
        <w:rPr>
          <w:rFonts w:ascii="Arial" w:hAnsi="Arial" w:cs="Arial"/>
        </w:rPr>
      </w:pPr>
    </w:p>
    <w:p w14:paraId="05964C53" w14:textId="77777777" w:rsidR="00164679" w:rsidRPr="002A0E8B" w:rsidRDefault="00164679" w:rsidP="008323D3">
      <w:pPr>
        <w:spacing w:line="360" w:lineRule="auto"/>
        <w:jc w:val="both"/>
        <w:rPr>
          <w:rFonts w:ascii="Arial" w:hAnsi="Arial" w:cs="Arial"/>
        </w:rPr>
      </w:pPr>
    </w:p>
    <w:p w14:paraId="3B1ABAB9" w14:textId="77777777" w:rsidR="00164679" w:rsidRPr="002A0E8B" w:rsidRDefault="00164679" w:rsidP="008323D3">
      <w:pPr>
        <w:spacing w:line="360" w:lineRule="auto"/>
        <w:jc w:val="both"/>
        <w:rPr>
          <w:rFonts w:ascii="Arial" w:hAnsi="Arial" w:cs="Arial"/>
        </w:rPr>
      </w:pPr>
    </w:p>
    <w:p w14:paraId="243EF3E9" w14:textId="77777777" w:rsidR="00546D13" w:rsidRPr="002A0E8B" w:rsidRDefault="00546D13" w:rsidP="008323D3">
      <w:pPr>
        <w:spacing w:line="360" w:lineRule="auto"/>
        <w:jc w:val="both"/>
        <w:rPr>
          <w:rFonts w:ascii="Arial" w:hAnsi="Arial" w:cs="Arial"/>
        </w:rPr>
      </w:pPr>
    </w:p>
    <w:p w14:paraId="4D938F29" w14:textId="77777777" w:rsidR="00546D13" w:rsidRPr="002A0E8B" w:rsidRDefault="00546D13" w:rsidP="008323D3">
      <w:pPr>
        <w:spacing w:line="360" w:lineRule="auto"/>
        <w:jc w:val="both"/>
        <w:rPr>
          <w:rFonts w:ascii="Arial" w:hAnsi="Arial" w:cs="Arial"/>
        </w:rPr>
      </w:pPr>
    </w:p>
    <w:p w14:paraId="4C377638" w14:textId="77777777" w:rsidR="00546D13" w:rsidRPr="002A0E8B" w:rsidRDefault="00546D13" w:rsidP="008323D3">
      <w:pPr>
        <w:spacing w:line="360" w:lineRule="auto"/>
        <w:jc w:val="both"/>
        <w:rPr>
          <w:rFonts w:ascii="Arial" w:hAnsi="Arial" w:cs="Arial"/>
        </w:rPr>
      </w:pPr>
    </w:p>
    <w:p w14:paraId="6E9492A1" w14:textId="77777777" w:rsidR="00546D13" w:rsidRPr="002A0E8B" w:rsidRDefault="00546D13" w:rsidP="008323D3">
      <w:pPr>
        <w:spacing w:line="360" w:lineRule="auto"/>
        <w:jc w:val="both"/>
        <w:rPr>
          <w:rFonts w:ascii="Arial" w:hAnsi="Arial" w:cs="Arial"/>
        </w:rPr>
      </w:pPr>
    </w:p>
    <w:p w14:paraId="68A41330" w14:textId="77777777" w:rsidR="00546D13" w:rsidRPr="002A0E8B" w:rsidRDefault="00546D13" w:rsidP="008323D3">
      <w:pPr>
        <w:spacing w:line="360" w:lineRule="auto"/>
        <w:jc w:val="both"/>
        <w:rPr>
          <w:rFonts w:ascii="Arial" w:hAnsi="Arial" w:cs="Arial"/>
        </w:rPr>
      </w:pPr>
    </w:p>
    <w:p w14:paraId="683C4184" w14:textId="77777777" w:rsidR="00546D13" w:rsidRPr="002A0E8B" w:rsidRDefault="00546D13" w:rsidP="008323D3">
      <w:pPr>
        <w:spacing w:line="360" w:lineRule="auto"/>
        <w:jc w:val="both"/>
        <w:rPr>
          <w:rFonts w:ascii="Arial" w:hAnsi="Arial" w:cs="Arial"/>
        </w:rPr>
      </w:pPr>
    </w:p>
    <w:p w14:paraId="37C1600F" w14:textId="3EEC7F0F" w:rsidR="00546D13" w:rsidRPr="002A0E8B" w:rsidRDefault="004D7169" w:rsidP="008323D3">
      <w:pPr>
        <w:spacing w:line="360" w:lineRule="auto"/>
        <w:jc w:val="center"/>
        <w:rPr>
          <w:rFonts w:ascii="Arial" w:hAnsi="Arial" w:cs="Arial"/>
        </w:rPr>
      </w:pPr>
      <w:r w:rsidRPr="002A0E8B">
        <w:rPr>
          <w:rFonts w:ascii="Arial" w:hAnsi="Arial" w:cs="Arial"/>
          <w:b/>
          <w:bCs/>
          <w:sz w:val="24"/>
          <w:szCs w:val="24"/>
        </w:rPr>
        <w:t xml:space="preserve">Figure: </w:t>
      </w:r>
      <w:r w:rsidR="00EB1144">
        <w:rPr>
          <w:rFonts w:ascii="Arial" w:hAnsi="Arial" w:cs="Arial"/>
          <w:sz w:val="24"/>
          <w:szCs w:val="24"/>
        </w:rPr>
        <w:t>Normalised Entity Relationship Diagram</w:t>
      </w:r>
      <w:r w:rsidR="00370EF5">
        <w:rPr>
          <w:rFonts w:ascii="Arial" w:hAnsi="Arial" w:cs="Arial"/>
          <w:sz w:val="24"/>
          <w:szCs w:val="24"/>
        </w:rPr>
        <w:t xml:space="preserve"> (ERD)</w:t>
      </w:r>
    </w:p>
    <w:p w14:paraId="3C3DE003" w14:textId="3562ECAE" w:rsidR="008D74A0" w:rsidRPr="002A0E8B" w:rsidRDefault="00F47D72" w:rsidP="008323D3">
      <w:pPr>
        <w:pStyle w:val="Heading2"/>
        <w:spacing w:line="360" w:lineRule="auto"/>
        <w:rPr>
          <w:rFonts w:ascii="Arial Black" w:hAnsi="Arial Black"/>
          <w:b w:val="0"/>
          <w:bCs w:val="0"/>
          <w:sz w:val="32"/>
          <w:szCs w:val="32"/>
        </w:rPr>
      </w:pPr>
      <w:r w:rsidRPr="002A0E8B">
        <w:br/>
      </w:r>
      <w:bookmarkStart w:id="6" w:name="_Toc225201702"/>
      <w:r w:rsidR="007412EE" w:rsidRPr="002A0E8B">
        <w:rPr>
          <w:rFonts w:ascii="Arial Black" w:hAnsi="Arial Black"/>
          <w:b w:val="0"/>
          <w:bCs w:val="0"/>
          <w:color w:val="000000" w:themeColor="text1"/>
          <w:sz w:val="32"/>
          <w:szCs w:val="32"/>
        </w:rPr>
        <w:t>1.5</w:t>
      </w:r>
      <w:r w:rsidRPr="002A0E8B">
        <w:rPr>
          <w:rFonts w:ascii="Arial Black" w:hAnsi="Arial Black"/>
          <w:b w:val="0"/>
          <w:bCs w:val="0"/>
          <w:color w:val="000000" w:themeColor="text1"/>
          <w:sz w:val="32"/>
          <w:szCs w:val="32"/>
        </w:rPr>
        <w:t xml:space="preserve"> Tables created</w:t>
      </w:r>
      <w:bookmarkEnd w:id="6"/>
    </w:p>
    <w:p w14:paraId="68D37659" w14:textId="5F534B29" w:rsidR="008E5D0D" w:rsidRPr="002A0E8B" w:rsidRDefault="00F47D72" w:rsidP="008323D3">
      <w:pPr>
        <w:spacing w:line="360" w:lineRule="auto"/>
        <w:jc w:val="both"/>
        <w:rPr>
          <w:rFonts w:ascii="Arial" w:hAnsi="Arial" w:cs="Arial"/>
          <w:b/>
          <w:bCs/>
        </w:rPr>
      </w:pPr>
      <w:r w:rsidRPr="002A0E8B">
        <w:rPr>
          <w:rFonts w:ascii="Arial" w:hAnsi="Arial" w:cs="Arial"/>
          <w:b/>
          <w:bCs/>
        </w:rPr>
        <w:br/>
      </w:r>
    </w:p>
    <w:tbl>
      <w:tblPr>
        <w:tblW w:w="9923" w:type="dxa"/>
        <w:tblCellSpacing w:w="1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560"/>
        <w:gridCol w:w="1701"/>
        <w:gridCol w:w="1701"/>
        <w:gridCol w:w="1559"/>
        <w:gridCol w:w="1276"/>
        <w:gridCol w:w="2126"/>
      </w:tblGrid>
      <w:tr w:rsidR="00642853" w:rsidRPr="002A0E8B" w14:paraId="79713174" w14:textId="77777777" w:rsidTr="00FC57C4">
        <w:trPr>
          <w:tblHeader/>
          <w:tblCellSpacing w:w="15" w:type="dxa"/>
        </w:trPr>
        <w:tc>
          <w:tcPr>
            <w:tcW w:w="1515" w:type="dxa"/>
            <w:vAlign w:val="center"/>
            <w:hideMark/>
          </w:tcPr>
          <w:p w14:paraId="137025A0" w14:textId="77777777" w:rsidR="00642853" w:rsidRPr="002A0E8B" w:rsidRDefault="00642853" w:rsidP="008323D3">
            <w:pPr>
              <w:spacing w:line="360" w:lineRule="auto"/>
              <w:jc w:val="center"/>
              <w:rPr>
                <w:rFonts w:ascii="Arial" w:hAnsi="Arial" w:cs="Arial"/>
                <w:b/>
                <w:bCs/>
                <w:sz w:val="24"/>
                <w:szCs w:val="24"/>
              </w:rPr>
            </w:pPr>
            <w:r w:rsidRPr="002A0E8B">
              <w:rPr>
                <w:rFonts w:ascii="Arial" w:hAnsi="Arial" w:cs="Arial"/>
                <w:b/>
                <w:bCs/>
                <w:sz w:val="24"/>
                <w:szCs w:val="24"/>
              </w:rPr>
              <w:t>Table Name</w:t>
            </w:r>
          </w:p>
        </w:tc>
        <w:tc>
          <w:tcPr>
            <w:tcW w:w="1671" w:type="dxa"/>
            <w:vAlign w:val="center"/>
            <w:hideMark/>
          </w:tcPr>
          <w:p w14:paraId="6FDA3AC0" w14:textId="77777777" w:rsidR="002F4835" w:rsidRDefault="00642853" w:rsidP="008323D3">
            <w:pPr>
              <w:spacing w:line="360" w:lineRule="auto"/>
              <w:jc w:val="center"/>
              <w:rPr>
                <w:rFonts w:ascii="Arial" w:hAnsi="Arial" w:cs="Arial"/>
                <w:b/>
                <w:bCs/>
                <w:sz w:val="24"/>
                <w:szCs w:val="24"/>
              </w:rPr>
            </w:pPr>
            <w:r w:rsidRPr="002A0E8B">
              <w:rPr>
                <w:rFonts w:ascii="Arial" w:hAnsi="Arial" w:cs="Arial"/>
                <w:b/>
                <w:bCs/>
                <w:sz w:val="24"/>
                <w:szCs w:val="24"/>
              </w:rPr>
              <w:t xml:space="preserve">Field </w:t>
            </w:r>
          </w:p>
          <w:p w14:paraId="5060372D" w14:textId="2862C2DC" w:rsidR="00642853" w:rsidRPr="002A0E8B" w:rsidRDefault="00642853" w:rsidP="008323D3">
            <w:pPr>
              <w:spacing w:line="360" w:lineRule="auto"/>
              <w:jc w:val="center"/>
              <w:rPr>
                <w:rFonts w:ascii="Arial" w:hAnsi="Arial" w:cs="Arial"/>
                <w:b/>
                <w:bCs/>
                <w:sz w:val="24"/>
                <w:szCs w:val="24"/>
              </w:rPr>
            </w:pPr>
            <w:r w:rsidRPr="002A0E8B">
              <w:rPr>
                <w:rFonts w:ascii="Arial" w:hAnsi="Arial" w:cs="Arial"/>
                <w:b/>
                <w:bCs/>
                <w:sz w:val="24"/>
                <w:szCs w:val="24"/>
              </w:rPr>
              <w:t>Names</w:t>
            </w:r>
          </w:p>
        </w:tc>
        <w:tc>
          <w:tcPr>
            <w:tcW w:w="1671" w:type="dxa"/>
            <w:vAlign w:val="center"/>
            <w:hideMark/>
          </w:tcPr>
          <w:p w14:paraId="247144A2" w14:textId="77777777" w:rsidR="002F4835" w:rsidRDefault="00642853" w:rsidP="008323D3">
            <w:pPr>
              <w:spacing w:line="360" w:lineRule="auto"/>
              <w:jc w:val="center"/>
              <w:rPr>
                <w:rFonts w:ascii="Arial" w:hAnsi="Arial" w:cs="Arial"/>
                <w:b/>
                <w:bCs/>
                <w:sz w:val="24"/>
                <w:szCs w:val="24"/>
              </w:rPr>
            </w:pPr>
            <w:r w:rsidRPr="002A0E8B">
              <w:rPr>
                <w:rFonts w:ascii="Arial" w:hAnsi="Arial" w:cs="Arial"/>
                <w:b/>
                <w:bCs/>
                <w:sz w:val="24"/>
                <w:szCs w:val="24"/>
              </w:rPr>
              <w:t xml:space="preserve">Data </w:t>
            </w:r>
          </w:p>
          <w:p w14:paraId="1631A133" w14:textId="7F6A19EB" w:rsidR="00642853" w:rsidRPr="002A0E8B" w:rsidRDefault="00642853" w:rsidP="008323D3">
            <w:pPr>
              <w:spacing w:line="360" w:lineRule="auto"/>
              <w:jc w:val="center"/>
              <w:rPr>
                <w:rFonts w:ascii="Arial" w:hAnsi="Arial" w:cs="Arial"/>
                <w:b/>
                <w:bCs/>
                <w:sz w:val="24"/>
                <w:szCs w:val="24"/>
              </w:rPr>
            </w:pPr>
            <w:r w:rsidRPr="002A0E8B">
              <w:rPr>
                <w:rFonts w:ascii="Arial" w:hAnsi="Arial" w:cs="Arial"/>
                <w:b/>
                <w:bCs/>
                <w:sz w:val="24"/>
                <w:szCs w:val="24"/>
              </w:rPr>
              <w:t>Types</w:t>
            </w:r>
          </w:p>
        </w:tc>
        <w:tc>
          <w:tcPr>
            <w:tcW w:w="1529" w:type="dxa"/>
            <w:vAlign w:val="center"/>
            <w:hideMark/>
          </w:tcPr>
          <w:p w14:paraId="188347E7" w14:textId="77777777" w:rsidR="002F4835" w:rsidRDefault="00642853" w:rsidP="008323D3">
            <w:pPr>
              <w:spacing w:line="360" w:lineRule="auto"/>
              <w:jc w:val="center"/>
              <w:rPr>
                <w:rFonts w:ascii="Arial" w:hAnsi="Arial" w:cs="Arial"/>
                <w:b/>
                <w:bCs/>
                <w:sz w:val="24"/>
                <w:szCs w:val="24"/>
              </w:rPr>
            </w:pPr>
            <w:r w:rsidRPr="002A0E8B">
              <w:rPr>
                <w:rFonts w:ascii="Arial" w:hAnsi="Arial" w:cs="Arial"/>
                <w:b/>
                <w:bCs/>
                <w:sz w:val="24"/>
                <w:szCs w:val="24"/>
              </w:rPr>
              <w:t xml:space="preserve">Primary </w:t>
            </w:r>
          </w:p>
          <w:p w14:paraId="0901F1EE" w14:textId="57FCCE4D" w:rsidR="00642853" w:rsidRPr="002A0E8B" w:rsidRDefault="00642853" w:rsidP="008323D3">
            <w:pPr>
              <w:spacing w:line="360" w:lineRule="auto"/>
              <w:jc w:val="center"/>
              <w:rPr>
                <w:rFonts w:ascii="Arial" w:hAnsi="Arial" w:cs="Arial"/>
                <w:b/>
                <w:bCs/>
                <w:sz w:val="24"/>
                <w:szCs w:val="24"/>
              </w:rPr>
            </w:pPr>
            <w:r w:rsidRPr="002A0E8B">
              <w:rPr>
                <w:rFonts w:ascii="Arial" w:hAnsi="Arial" w:cs="Arial"/>
                <w:b/>
                <w:bCs/>
                <w:sz w:val="24"/>
                <w:szCs w:val="24"/>
              </w:rPr>
              <w:t>Key</w:t>
            </w:r>
          </w:p>
        </w:tc>
        <w:tc>
          <w:tcPr>
            <w:tcW w:w="1246" w:type="dxa"/>
          </w:tcPr>
          <w:p w14:paraId="48EACAB1" w14:textId="77777777" w:rsidR="004C77ED" w:rsidRDefault="004C77ED" w:rsidP="008323D3">
            <w:pPr>
              <w:spacing w:line="360" w:lineRule="auto"/>
              <w:jc w:val="center"/>
              <w:rPr>
                <w:rFonts w:ascii="Arial" w:hAnsi="Arial" w:cs="Arial"/>
                <w:b/>
                <w:bCs/>
                <w:sz w:val="24"/>
                <w:szCs w:val="24"/>
              </w:rPr>
            </w:pPr>
            <w:r>
              <w:rPr>
                <w:rFonts w:ascii="Arial" w:hAnsi="Arial" w:cs="Arial"/>
                <w:b/>
                <w:bCs/>
                <w:sz w:val="24"/>
                <w:szCs w:val="24"/>
              </w:rPr>
              <w:t>Foreign</w:t>
            </w:r>
          </w:p>
          <w:p w14:paraId="6034932F" w14:textId="65232F33" w:rsidR="00642853" w:rsidRPr="002A0E8B" w:rsidRDefault="004C77ED" w:rsidP="008323D3">
            <w:pPr>
              <w:spacing w:line="360" w:lineRule="auto"/>
              <w:jc w:val="center"/>
              <w:rPr>
                <w:rFonts w:ascii="Arial" w:hAnsi="Arial" w:cs="Arial"/>
                <w:b/>
                <w:bCs/>
                <w:sz w:val="24"/>
                <w:szCs w:val="24"/>
              </w:rPr>
            </w:pPr>
            <w:r w:rsidRPr="002A0E8B">
              <w:rPr>
                <w:rFonts w:ascii="Arial" w:hAnsi="Arial" w:cs="Arial"/>
                <w:b/>
                <w:bCs/>
                <w:sz w:val="24"/>
                <w:szCs w:val="24"/>
              </w:rPr>
              <w:t>Key</w:t>
            </w:r>
          </w:p>
        </w:tc>
        <w:tc>
          <w:tcPr>
            <w:tcW w:w="2081" w:type="dxa"/>
            <w:vAlign w:val="center"/>
            <w:hideMark/>
          </w:tcPr>
          <w:p w14:paraId="2AAAE71E" w14:textId="0718DF20" w:rsidR="00642853" w:rsidRPr="002A0E8B" w:rsidRDefault="00642853" w:rsidP="008323D3">
            <w:pPr>
              <w:spacing w:line="360" w:lineRule="auto"/>
              <w:jc w:val="center"/>
              <w:rPr>
                <w:rFonts w:ascii="Arial" w:hAnsi="Arial" w:cs="Arial"/>
                <w:b/>
                <w:bCs/>
                <w:sz w:val="24"/>
                <w:szCs w:val="24"/>
              </w:rPr>
            </w:pPr>
            <w:r w:rsidRPr="002A0E8B">
              <w:rPr>
                <w:rFonts w:ascii="Arial" w:hAnsi="Arial" w:cs="Arial"/>
                <w:b/>
                <w:bCs/>
                <w:sz w:val="24"/>
                <w:szCs w:val="24"/>
              </w:rPr>
              <w:t>Relationships &amp; Constraints</w:t>
            </w:r>
          </w:p>
        </w:tc>
      </w:tr>
      <w:tr w:rsidR="00642853" w:rsidRPr="002A0E8B" w14:paraId="762492AE" w14:textId="77777777" w:rsidTr="00FC57C4">
        <w:trPr>
          <w:tblCellSpacing w:w="15" w:type="dxa"/>
        </w:trPr>
        <w:tc>
          <w:tcPr>
            <w:tcW w:w="1515" w:type="dxa"/>
            <w:vAlign w:val="center"/>
            <w:hideMark/>
          </w:tcPr>
          <w:p w14:paraId="06831AE4" w14:textId="77777777" w:rsidR="00642853" w:rsidRPr="00FC57C4" w:rsidRDefault="00642853" w:rsidP="008323D3">
            <w:pPr>
              <w:spacing w:line="360" w:lineRule="auto"/>
              <w:jc w:val="center"/>
              <w:rPr>
                <w:rFonts w:ascii="Arial" w:hAnsi="Arial" w:cs="Arial"/>
                <w:b/>
                <w:bCs/>
                <w:sz w:val="24"/>
                <w:szCs w:val="24"/>
              </w:rPr>
            </w:pPr>
            <w:r w:rsidRPr="00FC57C4">
              <w:rPr>
                <w:rFonts w:ascii="Arial" w:hAnsi="Arial" w:cs="Arial"/>
                <w:b/>
                <w:bCs/>
                <w:sz w:val="24"/>
                <w:szCs w:val="24"/>
              </w:rPr>
              <w:t>Supplier</w:t>
            </w:r>
          </w:p>
        </w:tc>
        <w:tc>
          <w:tcPr>
            <w:tcW w:w="1671" w:type="dxa"/>
            <w:vAlign w:val="center"/>
            <w:hideMark/>
          </w:tcPr>
          <w:p w14:paraId="6EAB5818" w14:textId="77777777" w:rsidR="00642853" w:rsidRPr="002A0E8B" w:rsidRDefault="00642853" w:rsidP="008323D3">
            <w:pPr>
              <w:spacing w:line="360" w:lineRule="auto"/>
              <w:rPr>
                <w:rFonts w:ascii="Arial" w:hAnsi="Arial" w:cs="Arial"/>
                <w:sz w:val="24"/>
                <w:szCs w:val="24"/>
              </w:rPr>
            </w:pPr>
            <w:r w:rsidRPr="002A0E8B">
              <w:rPr>
                <w:rFonts w:ascii="Arial" w:hAnsi="Arial" w:cs="Arial"/>
                <w:sz w:val="24"/>
                <w:szCs w:val="24"/>
              </w:rPr>
              <w:t xml:space="preserve">Supplier ID, Supplier Name, Contact </w:t>
            </w:r>
            <w:r w:rsidRPr="002A0E8B">
              <w:rPr>
                <w:rFonts w:ascii="Arial" w:hAnsi="Arial" w:cs="Arial"/>
                <w:sz w:val="24"/>
                <w:szCs w:val="24"/>
              </w:rPr>
              <w:lastRenderedPageBreak/>
              <w:t>Number, Email, Address</w:t>
            </w:r>
          </w:p>
        </w:tc>
        <w:tc>
          <w:tcPr>
            <w:tcW w:w="1671" w:type="dxa"/>
            <w:vAlign w:val="center"/>
            <w:hideMark/>
          </w:tcPr>
          <w:p w14:paraId="3E5F848F" w14:textId="77777777" w:rsidR="00642853" w:rsidRPr="002A0E8B" w:rsidRDefault="00642853" w:rsidP="008323D3">
            <w:pPr>
              <w:spacing w:line="360" w:lineRule="auto"/>
              <w:rPr>
                <w:rFonts w:ascii="Arial" w:hAnsi="Arial" w:cs="Arial"/>
                <w:sz w:val="24"/>
                <w:szCs w:val="24"/>
              </w:rPr>
            </w:pPr>
            <w:r w:rsidRPr="002A0E8B">
              <w:rPr>
                <w:rFonts w:ascii="Arial" w:hAnsi="Arial" w:cs="Arial"/>
                <w:sz w:val="24"/>
                <w:szCs w:val="24"/>
              </w:rPr>
              <w:lastRenderedPageBreak/>
              <w:t xml:space="preserve">AutoNumber, Short Text, Short Text, </w:t>
            </w:r>
            <w:r w:rsidRPr="002A0E8B">
              <w:rPr>
                <w:rFonts w:ascii="Arial" w:hAnsi="Arial" w:cs="Arial"/>
                <w:sz w:val="24"/>
                <w:szCs w:val="24"/>
              </w:rPr>
              <w:lastRenderedPageBreak/>
              <w:t>Short Text, Short Text</w:t>
            </w:r>
          </w:p>
        </w:tc>
        <w:tc>
          <w:tcPr>
            <w:tcW w:w="1529" w:type="dxa"/>
            <w:vAlign w:val="center"/>
            <w:hideMark/>
          </w:tcPr>
          <w:p w14:paraId="1819B852" w14:textId="77777777" w:rsidR="00295A60" w:rsidRDefault="00642853" w:rsidP="008323D3">
            <w:pPr>
              <w:spacing w:line="360" w:lineRule="auto"/>
              <w:jc w:val="center"/>
              <w:rPr>
                <w:rFonts w:ascii="Arial" w:hAnsi="Arial" w:cs="Arial"/>
                <w:b/>
                <w:bCs/>
                <w:sz w:val="24"/>
                <w:szCs w:val="24"/>
              </w:rPr>
            </w:pPr>
            <w:r w:rsidRPr="00FB00D9">
              <w:rPr>
                <w:rFonts w:ascii="Arial" w:hAnsi="Arial" w:cs="Arial"/>
                <w:b/>
                <w:bCs/>
                <w:sz w:val="24"/>
                <w:szCs w:val="24"/>
              </w:rPr>
              <w:lastRenderedPageBreak/>
              <w:t>Supplier</w:t>
            </w:r>
          </w:p>
          <w:p w14:paraId="716D34E4" w14:textId="5D6F7649" w:rsidR="00642853" w:rsidRPr="00FB00D9" w:rsidRDefault="00642853" w:rsidP="008323D3">
            <w:pPr>
              <w:spacing w:line="360" w:lineRule="auto"/>
              <w:jc w:val="center"/>
              <w:rPr>
                <w:rFonts w:ascii="Arial" w:hAnsi="Arial" w:cs="Arial"/>
                <w:b/>
                <w:bCs/>
                <w:sz w:val="24"/>
                <w:szCs w:val="24"/>
              </w:rPr>
            </w:pPr>
            <w:r w:rsidRPr="00FB00D9">
              <w:rPr>
                <w:rFonts w:ascii="Arial" w:hAnsi="Arial" w:cs="Arial"/>
                <w:b/>
                <w:bCs/>
                <w:sz w:val="24"/>
                <w:szCs w:val="24"/>
              </w:rPr>
              <w:t xml:space="preserve"> ID</w:t>
            </w:r>
          </w:p>
        </w:tc>
        <w:tc>
          <w:tcPr>
            <w:tcW w:w="1246" w:type="dxa"/>
            <w:vAlign w:val="center"/>
          </w:tcPr>
          <w:p w14:paraId="730ACC0D" w14:textId="77777777" w:rsidR="00642853" w:rsidRPr="002A0E8B" w:rsidRDefault="00642853" w:rsidP="008323D3">
            <w:pPr>
              <w:spacing w:line="360" w:lineRule="auto"/>
              <w:jc w:val="center"/>
              <w:rPr>
                <w:rFonts w:ascii="Arial" w:hAnsi="Arial" w:cs="Arial"/>
                <w:sz w:val="24"/>
                <w:szCs w:val="24"/>
              </w:rPr>
            </w:pPr>
          </w:p>
        </w:tc>
        <w:tc>
          <w:tcPr>
            <w:tcW w:w="2081" w:type="dxa"/>
            <w:vAlign w:val="center"/>
            <w:hideMark/>
          </w:tcPr>
          <w:p w14:paraId="059311F5" w14:textId="203D8457" w:rsidR="00642853" w:rsidRPr="002A0E8B" w:rsidRDefault="00642853" w:rsidP="008323D3">
            <w:pPr>
              <w:spacing w:line="360" w:lineRule="auto"/>
              <w:rPr>
                <w:rFonts w:ascii="Arial" w:hAnsi="Arial" w:cs="Arial"/>
                <w:sz w:val="24"/>
                <w:szCs w:val="24"/>
              </w:rPr>
            </w:pPr>
            <w:r w:rsidRPr="002A0E8B">
              <w:rPr>
                <w:rFonts w:ascii="Arial" w:hAnsi="Arial" w:cs="Arial"/>
                <w:sz w:val="24"/>
                <w:szCs w:val="24"/>
              </w:rPr>
              <w:t xml:space="preserve">One supplier supplies many medicines (1:M). </w:t>
            </w:r>
            <w:r w:rsidRPr="002A0E8B">
              <w:rPr>
                <w:rFonts w:ascii="Arial" w:hAnsi="Arial" w:cs="Arial"/>
                <w:sz w:val="24"/>
                <w:szCs w:val="24"/>
              </w:rPr>
              <w:lastRenderedPageBreak/>
              <w:t>Referential integrity enforced.</w:t>
            </w:r>
          </w:p>
        </w:tc>
      </w:tr>
      <w:tr w:rsidR="00642853" w:rsidRPr="002A0E8B" w14:paraId="61052234" w14:textId="77777777" w:rsidTr="00FC57C4">
        <w:trPr>
          <w:tblCellSpacing w:w="15" w:type="dxa"/>
        </w:trPr>
        <w:tc>
          <w:tcPr>
            <w:tcW w:w="1515" w:type="dxa"/>
            <w:vAlign w:val="center"/>
            <w:hideMark/>
          </w:tcPr>
          <w:p w14:paraId="741C23A1" w14:textId="77777777" w:rsidR="00642853" w:rsidRPr="00FC57C4" w:rsidRDefault="00642853" w:rsidP="008323D3">
            <w:pPr>
              <w:spacing w:line="360" w:lineRule="auto"/>
              <w:jc w:val="center"/>
              <w:rPr>
                <w:rFonts w:ascii="Arial" w:hAnsi="Arial" w:cs="Arial"/>
                <w:b/>
                <w:bCs/>
                <w:sz w:val="24"/>
                <w:szCs w:val="24"/>
              </w:rPr>
            </w:pPr>
            <w:r w:rsidRPr="00FC57C4">
              <w:rPr>
                <w:rFonts w:ascii="Arial" w:hAnsi="Arial" w:cs="Arial"/>
                <w:b/>
                <w:bCs/>
                <w:sz w:val="24"/>
                <w:szCs w:val="24"/>
              </w:rPr>
              <w:lastRenderedPageBreak/>
              <w:t>Medicine</w:t>
            </w:r>
          </w:p>
        </w:tc>
        <w:tc>
          <w:tcPr>
            <w:tcW w:w="1671" w:type="dxa"/>
            <w:vAlign w:val="center"/>
            <w:hideMark/>
          </w:tcPr>
          <w:p w14:paraId="768FD298" w14:textId="77777777" w:rsidR="00642853" w:rsidRPr="002A0E8B" w:rsidRDefault="00642853" w:rsidP="008323D3">
            <w:pPr>
              <w:spacing w:line="360" w:lineRule="auto"/>
              <w:rPr>
                <w:rFonts w:ascii="Arial" w:hAnsi="Arial" w:cs="Arial"/>
                <w:sz w:val="24"/>
                <w:szCs w:val="24"/>
              </w:rPr>
            </w:pPr>
            <w:r w:rsidRPr="002A0E8B">
              <w:rPr>
                <w:rFonts w:ascii="Arial" w:hAnsi="Arial" w:cs="Arial"/>
                <w:sz w:val="24"/>
                <w:szCs w:val="24"/>
              </w:rPr>
              <w:t>Medicine ID, Medicine Name, Category, Unit Price, Stock Quantity, Reorder Level, Supplier ID</w:t>
            </w:r>
          </w:p>
        </w:tc>
        <w:tc>
          <w:tcPr>
            <w:tcW w:w="1671" w:type="dxa"/>
            <w:vAlign w:val="center"/>
            <w:hideMark/>
          </w:tcPr>
          <w:p w14:paraId="068EFBD8" w14:textId="77777777" w:rsidR="00642853" w:rsidRPr="002A0E8B" w:rsidRDefault="00642853" w:rsidP="008323D3">
            <w:pPr>
              <w:spacing w:line="360" w:lineRule="auto"/>
              <w:rPr>
                <w:rFonts w:ascii="Arial" w:hAnsi="Arial" w:cs="Arial"/>
                <w:sz w:val="24"/>
                <w:szCs w:val="24"/>
              </w:rPr>
            </w:pPr>
            <w:r w:rsidRPr="002A0E8B">
              <w:rPr>
                <w:rFonts w:ascii="Arial" w:hAnsi="Arial" w:cs="Arial"/>
                <w:sz w:val="24"/>
                <w:szCs w:val="24"/>
              </w:rPr>
              <w:t>AutoNumber, Short Text, Short Text, Currency, Number, Number, Number (Long Integer)</w:t>
            </w:r>
          </w:p>
        </w:tc>
        <w:tc>
          <w:tcPr>
            <w:tcW w:w="1529" w:type="dxa"/>
            <w:vAlign w:val="center"/>
            <w:hideMark/>
          </w:tcPr>
          <w:p w14:paraId="3FC5C726" w14:textId="77777777" w:rsidR="00FB00D9" w:rsidRDefault="00642853" w:rsidP="008323D3">
            <w:pPr>
              <w:spacing w:line="360" w:lineRule="auto"/>
              <w:jc w:val="center"/>
              <w:rPr>
                <w:rFonts w:ascii="Arial" w:hAnsi="Arial" w:cs="Arial"/>
                <w:b/>
                <w:bCs/>
                <w:sz w:val="24"/>
                <w:szCs w:val="24"/>
              </w:rPr>
            </w:pPr>
            <w:r w:rsidRPr="00FB00D9">
              <w:rPr>
                <w:rFonts w:ascii="Arial" w:hAnsi="Arial" w:cs="Arial"/>
                <w:b/>
                <w:bCs/>
                <w:sz w:val="24"/>
                <w:szCs w:val="24"/>
              </w:rPr>
              <w:t xml:space="preserve">Medicine </w:t>
            </w:r>
          </w:p>
          <w:p w14:paraId="3660533A" w14:textId="20B0F578" w:rsidR="00642853" w:rsidRPr="00FB00D9" w:rsidRDefault="00642853" w:rsidP="008323D3">
            <w:pPr>
              <w:spacing w:line="360" w:lineRule="auto"/>
              <w:jc w:val="center"/>
              <w:rPr>
                <w:rFonts w:ascii="Arial" w:hAnsi="Arial" w:cs="Arial"/>
                <w:b/>
                <w:bCs/>
                <w:sz w:val="24"/>
                <w:szCs w:val="24"/>
              </w:rPr>
            </w:pPr>
            <w:r w:rsidRPr="00FB00D9">
              <w:rPr>
                <w:rFonts w:ascii="Arial" w:hAnsi="Arial" w:cs="Arial"/>
                <w:b/>
                <w:bCs/>
                <w:sz w:val="24"/>
                <w:szCs w:val="24"/>
              </w:rPr>
              <w:t>ID</w:t>
            </w:r>
          </w:p>
        </w:tc>
        <w:tc>
          <w:tcPr>
            <w:tcW w:w="1246" w:type="dxa"/>
            <w:vAlign w:val="center"/>
          </w:tcPr>
          <w:p w14:paraId="2D2A12DA" w14:textId="610D582E" w:rsidR="00642853" w:rsidRPr="002A0E8B" w:rsidRDefault="002F4835" w:rsidP="008323D3">
            <w:pPr>
              <w:spacing w:line="360" w:lineRule="auto"/>
              <w:jc w:val="center"/>
              <w:rPr>
                <w:rFonts w:ascii="Arial" w:hAnsi="Arial" w:cs="Arial"/>
                <w:sz w:val="24"/>
                <w:szCs w:val="24"/>
              </w:rPr>
            </w:pPr>
            <w:r w:rsidRPr="002F7B3C">
              <w:rPr>
                <w:rFonts w:ascii="Arial" w:eastAsia="Times New Roman" w:hAnsi="Arial" w:cs="Arial"/>
                <w:b/>
                <w:bCs/>
                <w:sz w:val="24"/>
                <w:szCs w:val="24"/>
                <w:lang w:eastAsia="en-GB"/>
              </w:rPr>
              <w:t>Supplier ID</w:t>
            </w:r>
          </w:p>
        </w:tc>
        <w:tc>
          <w:tcPr>
            <w:tcW w:w="2081" w:type="dxa"/>
            <w:vAlign w:val="center"/>
            <w:hideMark/>
          </w:tcPr>
          <w:p w14:paraId="2865B608" w14:textId="0360A1C1" w:rsidR="00642853" w:rsidRPr="002A0E8B" w:rsidRDefault="00642853" w:rsidP="008323D3">
            <w:pPr>
              <w:spacing w:line="360" w:lineRule="auto"/>
              <w:rPr>
                <w:rFonts w:ascii="Arial" w:hAnsi="Arial" w:cs="Arial"/>
                <w:sz w:val="24"/>
                <w:szCs w:val="24"/>
              </w:rPr>
            </w:pPr>
            <w:r w:rsidRPr="002A0E8B">
              <w:rPr>
                <w:rFonts w:ascii="Arial" w:hAnsi="Arial" w:cs="Arial"/>
                <w:sz w:val="24"/>
                <w:szCs w:val="24"/>
              </w:rPr>
              <w:t>One medicine can be supplies by many suppliers(1:M). Referential integrity Enforced.</w:t>
            </w:r>
          </w:p>
        </w:tc>
      </w:tr>
      <w:tr w:rsidR="00642853" w:rsidRPr="002A0E8B" w14:paraId="720FB328" w14:textId="77777777" w:rsidTr="00FC57C4">
        <w:trPr>
          <w:tblCellSpacing w:w="15" w:type="dxa"/>
        </w:trPr>
        <w:tc>
          <w:tcPr>
            <w:tcW w:w="1515" w:type="dxa"/>
            <w:vAlign w:val="center"/>
            <w:hideMark/>
          </w:tcPr>
          <w:p w14:paraId="1CFE01CE" w14:textId="77777777" w:rsidR="00642853" w:rsidRPr="00FC57C4" w:rsidRDefault="00642853" w:rsidP="008323D3">
            <w:pPr>
              <w:spacing w:line="360" w:lineRule="auto"/>
              <w:jc w:val="center"/>
              <w:rPr>
                <w:rFonts w:ascii="Arial" w:hAnsi="Arial" w:cs="Arial"/>
                <w:b/>
                <w:bCs/>
                <w:sz w:val="24"/>
                <w:szCs w:val="24"/>
              </w:rPr>
            </w:pPr>
            <w:r w:rsidRPr="00FC57C4">
              <w:rPr>
                <w:rFonts w:ascii="Arial" w:hAnsi="Arial" w:cs="Arial"/>
                <w:b/>
                <w:bCs/>
                <w:sz w:val="24"/>
                <w:szCs w:val="24"/>
              </w:rPr>
              <w:t>Customer</w:t>
            </w:r>
          </w:p>
        </w:tc>
        <w:tc>
          <w:tcPr>
            <w:tcW w:w="1671" w:type="dxa"/>
            <w:vAlign w:val="center"/>
            <w:hideMark/>
          </w:tcPr>
          <w:p w14:paraId="5797F84D" w14:textId="77777777" w:rsidR="00642853" w:rsidRPr="002A0E8B" w:rsidRDefault="00642853" w:rsidP="008323D3">
            <w:pPr>
              <w:spacing w:line="360" w:lineRule="auto"/>
              <w:rPr>
                <w:rFonts w:ascii="Arial" w:hAnsi="Arial" w:cs="Arial"/>
                <w:sz w:val="24"/>
                <w:szCs w:val="24"/>
              </w:rPr>
            </w:pPr>
            <w:r w:rsidRPr="002A0E8B">
              <w:rPr>
                <w:rFonts w:ascii="Arial" w:hAnsi="Arial" w:cs="Arial"/>
                <w:sz w:val="24"/>
                <w:szCs w:val="24"/>
              </w:rPr>
              <w:t>Customer ID, Full Name, Date of Birth, Contact Number, Address</w:t>
            </w:r>
          </w:p>
        </w:tc>
        <w:tc>
          <w:tcPr>
            <w:tcW w:w="1671" w:type="dxa"/>
            <w:vAlign w:val="center"/>
            <w:hideMark/>
          </w:tcPr>
          <w:p w14:paraId="7C1D9236" w14:textId="77777777" w:rsidR="00642853" w:rsidRPr="002A0E8B" w:rsidRDefault="00642853" w:rsidP="008323D3">
            <w:pPr>
              <w:spacing w:line="360" w:lineRule="auto"/>
              <w:rPr>
                <w:rFonts w:ascii="Arial" w:hAnsi="Arial" w:cs="Arial"/>
                <w:sz w:val="24"/>
                <w:szCs w:val="24"/>
              </w:rPr>
            </w:pPr>
            <w:r w:rsidRPr="002A0E8B">
              <w:rPr>
                <w:rFonts w:ascii="Arial" w:hAnsi="Arial" w:cs="Arial"/>
                <w:sz w:val="24"/>
                <w:szCs w:val="24"/>
              </w:rPr>
              <w:t>AutoNumber, Short Text, Date/Time, Short Text, Short Text</w:t>
            </w:r>
          </w:p>
        </w:tc>
        <w:tc>
          <w:tcPr>
            <w:tcW w:w="1529" w:type="dxa"/>
            <w:vAlign w:val="center"/>
            <w:hideMark/>
          </w:tcPr>
          <w:p w14:paraId="157F2592" w14:textId="77777777" w:rsidR="00642853" w:rsidRPr="00FB00D9" w:rsidRDefault="00642853" w:rsidP="008323D3">
            <w:pPr>
              <w:spacing w:line="360" w:lineRule="auto"/>
              <w:jc w:val="center"/>
              <w:rPr>
                <w:rFonts w:ascii="Arial" w:hAnsi="Arial" w:cs="Arial"/>
                <w:b/>
                <w:bCs/>
                <w:sz w:val="24"/>
                <w:szCs w:val="24"/>
              </w:rPr>
            </w:pPr>
            <w:r w:rsidRPr="00FB00D9">
              <w:rPr>
                <w:rFonts w:ascii="Arial" w:hAnsi="Arial" w:cs="Arial"/>
                <w:b/>
                <w:bCs/>
                <w:sz w:val="24"/>
                <w:szCs w:val="24"/>
              </w:rPr>
              <w:t>Customer ID</w:t>
            </w:r>
          </w:p>
        </w:tc>
        <w:tc>
          <w:tcPr>
            <w:tcW w:w="1246" w:type="dxa"/>
            <w:vAlign w:val="center"/>
          </w:tcPr>
          <w:p w14:paraId="19E90902" w14:textId="77777777" w:rsidR="00642853" w:rsidRPr="002A0E8B" w:rsidRDefault="00642853" w:rsidP="008323D3">
            <w:pPr>
              <w:spacing w:line="360" w:lineRule="auto"/>
              <w:jc w:val="center"/>
              <w:rPr>
                <w:rFonts w:ascii="Arial" w:hAnsi="Arial" w:cs="Arial"/>
                <w:sz w:val="24"/>
                <w:szCs w:val="24"/>
              </w:rPr>
            </w:pPr>
          </w:p>
        </w:tc>
        <w:tc>
          <w:tcPr>
            <w:tcW w:w="2081" w:type="dxa"/>
            <w:vAlign w:val="center"/>
            <w:hideMark/>
          </w:tcPr>
          <w:p w14:paraId="49D10092" w14:textId="160A0831" w:rsidR="00642853" w:rsidRPr="002A0E8B" w:rsidRDefault="00642853" w:rsidP="008323D3">
            <w:pPr>
              <w:spacing w:line="360" w:lineRule="auto"/>
              <w:rPr>
                <w:rFonts w:ascii="Arial" w:hAnsi="Arial" w:cs="Arial"/>
                <w:sz w:val="24"/>
                <w:szCs w:val="24"/>
              </w:rPr>
            </w:pPr>
            <w:r w:rsidRPr="002A0E8B">
              <w:rPr>
                <w:rFonts w:ascii="Arial" w:hAnsi="Arial" w:cs="Arial"/>
                <w:sz w:val="24"/>
                <w:szCs w:val="24"/>
              </w:rPr>
              <w:t>One customer can have many prescriptions and sales (1:M). Referential integrity Enforced.</w:t>
            </w:r>
          </w:p>
        </w:tc>
      </w:tr>
      <w:tr w:rsidR="00642853" w:rsidRPr="002A0E8B" w14:paraId="57EC7375" w14:textId="77777777" w:rsidTr="00FC57C4">
        <w:trPr>
          <w:tblCellSpacing w:w="15" w:type="dxa"/>
        </w:trPr>
        <w:tc>
          <w:tcPr>
            <w:tcW w:w="1515" w:type="dxa"/>
            <w:vAlign w:val="center"/>
            <w:hideMark/>
          </w:tcPr>
          <w:p w14:paraId="5F5908BB" w14:textId="77777777" w:rsidR="00642853" w:rsidRPr="00FC57C4" w:rsidRDefault="00642853" w:rsidP="008323D3">
            <w:pPr>
              <w:spacing w:line="360" w:lineRule="auto"/>
              <w:jc w:val="center"/>
              <w:rPr>
                <w:rFonts w:ascii="Arial" w:hAnsi="Arial" w:cs="Arial"/>
                <w:b/>
                <w:bCs/>
                <w:sz w:val="24"/>
                <w:szCs w:val="24"/>
              </w:rPr>
            </w:pPr>
            <w:r w:rsidRPr="00FC57C4">
              <w:rPr>
                <w:rFonts w:ascii="Arial" w:hAnsi="Arial" w:cs="Arial"/>
                <w:b/>
                <w:bCs/>
                <w:sz w:val="24"/>
                <w:szCs w:val="24"/>
              </w:rPr>
              <w:t>Doctor</w:t>
            </w:r>
          </w:p>
        </w:tc>
        <w:tc>
          <w:tcPr>
            <w:tcW w:w="1671" w:type="dxa"/>
            <w:vAlign w:val="center"/>
            <w:hideMark/>
          </w:tcPr>
          <w:p w14:paraId="75B0C9DE" w14:textId="77777777" w:rsidR="00642853" w:rsidRPr="002A0E8B" w:rsidRDefault="00642853" w:rsidP="008323D3">
            <w:pPr>
              <w:spacing w:line="360" w:lineRule="auto"/>
              <w:rPr>
                <w:rFonts w:ascii="Arial" w:hAnsi="Arial" w:cs="Arial"/>
                <w:sz w:val="24"/>
                <w:szCs w:val="24"/>
              </w:rPr>
            </w:pPr>
            <w:r w:rsidRPr="002A0E8B">
              <w:rPr>
                <w:rFonts w:ascii="Arial" w:hAnsi="Arial" w:cs="Arial"/>
                <w:sz w:val="24"/>
                <w:szCs w:val="24"/>
              </w:rPr>
              <w:t>Doctor ID, Doctor Name, Contact Number, Email, Registration Number</w:t>
            </w:r>
          </w:p>
        </w:tc>
        <w:tc>
          <w:tcPr>
            <w:tcW w:w="1671" w:type="dxa"/>
            <w:vAlign w:val="center"/>
            <w:hideMark/>
          </w:tcPr>
          <w:p w14:paraId="1A3D44FC" w14:textId="77777777" w:rsidR="00642853" w:rsidRPr="002A0E8B" w:rsidRDefault="00642853" w:rsidP="008323D3">
            <w:pPr>
              <w:spacing w:line="360" w:lineRule="auto"/>
              <w:rPr>
                <w:rFonts w:ascii="Arial" w:hAnsi="Arial" w:cs="Arial"/>
                <w:sz w:val="24"/>
                <w:szCs w:val="24"/>
              </w:rPr>
            </w:pPr>
            <w:r w:rsidRPr="002A0E8B">
              <w:rPr>
                <w:rFonts w:ascii="Arial" w:hAnsi="Arial" w:cs="Arial"/>
                <w:sz w:val="24"/>
                <w:szCs w:val="24"/>
              </w:rPr>
              <w:t>AutoNumber, Short Text, Short Text, Short Text, Short Text</w:t>
            </w:r>
          </w:p>
        </w:tc>
        <w:tc>
          <w:tcPr>
            <w:tcW w:w="1529" w:type="dxa"/>
            <w:vAlign w:val="center"/>
            <w:hideMark/>
          </w:tcPr>
          <w:p w14:paraId="1BC8E31D" w14:textId="77777777" w:rsidR="00295A60" w:rsidRPr="00295A60" w:rsidRDefault="00642853" w:rsidP="008323D3">
            <w:pPr>
              <w:spacing w:line="360" w:lineRule="auto"/>
              <w:jc w:val="center"/>
              <w:rPr>
                <w:rFonts w:ascii="Arial" w:hAnsi="Arial" w:cs="Arial"/>
                <w:b/>
                <w:bCs/>
                <w:sz w:val="24"/>
                <w:szCs w:val="24"/>
              </w:rPr>
            </w:pPr>
            <w:r w:rsidRPr="00295A60">
              <w:rPr>
                <w:rFonts w:ascii="Arial" w:hAnsi="Arial" w:cs="Arial"/>
                <w:b/>
                <w:bCs/>
                <w:sz w:val="24"/>
                <w:szCs w:val="24"/>
              </w:rPr>
              <w:t>Doctor</w:t>
            </w:r>
          </w:p>
          <w:p w14:paraId="3B8C2A6C" w14:textId="1D0D2172" w:rsidR="00642853" w:rsidRPr="002A0E8B" w:rsidRDefault="00642853" w:rsidP="008323D3">
            <w:pPr>
              <w:spacing w:line="360" w:lineRule="auto"/>
              <w:jc w:val="center"/>
              <w:rPr>
                <w:rFonts w:ascii="Arial" w:hAnsi="Arial" w:cs="Arial"/>
                <w:sz w:val="24"/>
                <w:szCs w:val="24"/>
              </w:rPr>
            </w:pPr>
            <w:r w:rsidRPr="00295A60">
              <w:rPr>
                <w:rFonts w:ascii="Arial" w:hAnsi="Arial" w:cs="Arial"/>
                <w:b/>
                <w:bCs/>
                <w:sz w:val="24"/>
                <w:szCs w:val="24"/>
              </w:rPr>
              <w:t xml:space="preserve"> ID</w:t>
            </w:r>
          </w:p>
        </w:tc>
        <w:tc>
          <w:tcPr>
            <w:tcW w:w="1246" w:type="dxa"/>
            <w:vAlign w:val="center"/>
          </w:tcPr>
          <w:p w14:paraId="37F875D2" w14:textId="77777777" w:rsidR="00642853" w:rsidRPr="002A0E8B" w:rsidRDefault="00642853" w:rsidP="008323D3">
            <w:pPr>
              <w:spacing w:line="360" w:lineRule="auto"/>
              <w:jc w:val="center"/>
              <w:rPr>
                <w:rFonts w:ascii="Arial" w:hAnsi="Arial" w:cs="Arial"/>
                <w:sz w:val="24"/>
                <w:szCs w:val="24"/>
              </w:rPr>
            </w:pPr>
          </w:p>
        </w:tc>
        <w:tc>
          <w:tcPr>
            <w:tcW w:w="2081" w:type="dxa"/>
            <w:vAlign w:val="center"/>
            <w:hideMark/>
          </w:tcPr>
          <w:p w14:paraId="0B4457E4" w14:textId="69C14EC9" w:rsidR="00642853" w:rsidRPr="002A0E8B" w:rsidRDefault="00642853" w:rsidP="008323D3">
            <w:pPr>
              <w:spacing w:line="360" w:lineRule="auto"/>
              <w:rPr>
                <w:rFonts w:ascii="Arial" w:hAnsi="Arial" w:cs="Arial"/>
                <w:sz w:val="24"/>
                <w:szCs w:val="24"/>
              </w:rPr>
            </w:pPr>
            <w:r w:rsidRPr="002A0E8B">
              <w:rPr>
                <w:rFonts w:ascii="Arial" w:hAnsi="Arial" w:cs="Arial"/>
                <w:sz w:val="24"/>
                <w:szCs w:val="24"/>
              </w:rPr>
              <w:t>One doctor can issue many prescriptions (1:M). Referential integrity Enforced.</w:t>
            </w:r>
          </w:p>
        </w:tc>
      </w:tr>
      <w:tr w:rsidR="00642853" w:rsidRPr="002A0E8B" w14:paraId="11B094B0" w14:textId="77777777" w:rsidTr="00FC57C4">
        <w:trPr>
          <w:tblCellSpacing w:w="15" w:type="dxa"/>
        </w:trPr>
        <w:tc>
          <w:tcPr>
            <w:tcW w:w="1515" w:type="dxa"/>
            <w:vAlign w:val="center"/>
            <w:hideMark/>
          </w:tcPr>
          <w:p w14:paraId="25164119" w14:textId="77777777" w:rsidR="00642853" w:rsidRPr="00FC57C4" w:rsidRDefault="00642853" w:rsidP="008323D3">
            <w:pPr>
              <w:spacing w:line="360" w:lineRule="auto"/>
              <w:jc w:val="center"/>
              <w:rPr>
                <w:rFonts w:ascii="Arial" w:hAnsi="Arial" w:cs="Arial"/>
                <w:b/>
                <w:bCs/>
                <w:sz w:val="24"/>
                <w:szCs w:val="24"/>
              </w:rPr>
            </w:pPr>
            <w:r w:rsidRPr="00FC57C4">
              <w:rPr>
                <w:rFonts w:ascii="Arial" w:hAnsi="Arial" w:cs="Arial"/>
                <w:b/>
                <w:bCs/>
                <w:sz w:val="24"/>
                <w:szCs w:val="24"/>
              </w:rPr>
              <w:lastRenderedPageBreak/>
              <w:t>Prescription</w:t>
            </w:r>
          </w:p>
        </w:tc>
        <w:tc>
          <w:tcPr>
            <w:tcW w:w="1671" w:type="dxa"/>
            <w:vAlign w:val="center"/>
            <w:hideMark/>
          </w:tcPr>
          <w:p w14:paraId="61CC1DA4" w14:textId="77777777" w:rsidR="00642853" w:rsidRPr="002A0E8B" w:rsidRDefault="00642853" w:rsidP="008323D3">
            <w:pPr>
              <w:spacing w:line="360" w:lineRule="auto"/>
              <w:rPr>
                <w:rFonts w:ascii="Arial" w:hAnsi="Arial" w:cs="Arial"/>
                <w:sz w:val="24"/>
                <w:szCs w:val="24"/>
              </w:rPr>
            </w:pPr>
            <w:r w:rsidRPr="002A0E8B">
              <w:rPr>
                <w:rFonts w:ascii="Arial" w:hAnsi="Arial" w:cs="Arial"/>
                <w:sz w:val="24"/>
                <w:szCs w:val="24"/>
              </w:rPr>
              <w:t>Prescription ID, Prescribe Date, Customer ID, Doctor ID, Notes</w:t>
            </w:r>
          </w:p>
        </w:tc>
        <w:tc>
          <w:tcPr>
            <w:tcW w:w="1671" w:type="dxa"/>
            <w:vAlign w:val="center"/>
            <w:hideMark/>
          </w:tcPr>
          <w:p w14:paraId="6E9A1A4E" w14:textId="77777777" w:rsidR="00642853" w:rsidRPr="002A0E8B" w:rsidRDefault="00642853" w:rsidP="008323D3">
            <w:pPr>
              <w:spacing w:line="360" w:lineRule="auto"/>
              <w:rPr>
                <w:rFonts w:ascii="Arial" w:hAnsi="Arial" w:cs="Arial"/>
                <w:sz w:val="24"/>
                <w:szCs w:val="24"/>
              </w:rPr>
            </w:pPr>
            <w:r w:rsidRPr="002A0E8B">
              <w:rPr>
                <w:rFonts w:ascii="Arial" w:hAnsi="Arial" w:cs="Arial"/>
                <w:sz w:val="24"/>
                <w:szCs w:val="24"/>
              </w:rPr>
              <w:t>AutoNumber, Date/Time, Number, Number, Long Text</w:t>
            </w:r>
          </w:p>
        </w:tc>
        <w:tc>
          <w:tcPr>
            <w:tcW w:w="1529" w:type="dxa"/>
            <w:vAlign w:val="center"/>
            <w:hideMark/>
          </w:tcPr>
          <w:p w14:paraId="6737C179" w14:textId="77777777" w:rsidR="008032BB" w:rsidRDefault="00642853" w:rsidP="008323D3">
            <w:pPr>
              <w:spacing w:line="360" w:lineRule="auto"/>
              <w:jc w:val="center"/>
              <w:rPr>
                <w:rFonts w:ascii="Arial" w:hAnsi="Arial" w:cs="Arial"/>
                <w:b/>
                <w:bCs/>
                <w:sz w:val="24"/>
                <w:szCs w:val="24"/>
              </w:rPr>
            </w:pPr>
            <w:r w:rsidRPr="00295A60">
              <w:rPr>
                <w:rFonts w:ascii="Arial" w:hAnsi="Arial" w:cs="Arial"/>
                <w:b/>
                <w:bCs/>
                <w:sz w:val="24"/>
                <w:szCs w:val="24"/>
              </w:rPr>
              <w:t>Prescription</w:t>
            </w:r>
          </w:p>
          <w:p w14:paraId="28F01A99" w14:textId="3DEDCF55" w:rsidR="00642853" w:rsidRPr="00295A60" w:rsidRDefault="00642853" w:rsidP="008323D3">
            <w:pPr>
              <w:spacing w:line="360" w:lineRule="auto"/>
              <w:jc w:val="center"/>
              <w:rPr>
                <w:rFonts w:ascii="Arial" w:hAnsi="Arial" w:cs="Arial"/>
                <w:b/>
                <w:bCs/>
                <w:sz w:val="24"/>
                <w:szCs w:val="24"/>
              </w:rPr>
            </w:pPr>
            <w:r w:rsidRPr="00295A60">
              <w:rPr>
                <w:rFonts w:ascii="Arial" w:hAnsi="Arial" w:cs="Arial"/>
                <w:b/>
                <w:bCs/>
                <w:sz w:val="24"/>
                <w:szCs w:val="24"/>
              </w:rPr>
              <w:t xml:space="preserve"> ID</w:t>
            </w:r>
          </w:p>
        </w:tc>
        <w:tc>
          <w:tcPr>
            <w:tcW w:w="1246" w:type="dxa"/>
            <w:vAlign w:val="center"/>
          </w:tcPr>
          <w:p w14:paraId="492AA4EC" w14:textId="11D69EC8" w:rsidR="00F82FCB" w:rsidRDefault="005371BC" w:rsidP="008323D3">
            <w:pPr>
              <w:spacing w:line="360" w:lineRule="auto"/>
              <w:jc w:val="center"/>
              <w:rPr>
                <w:rFonts w:ascii="Arial" w:hAnsi="Arial" w:cs="Arial"/>
                <w:sz w:val="24"/>
                <w:szCs w:val="24"/>
              </w:rPr>
            </w:pPr>
            <w:r w:rsidRPr="00A46D94">
              <w:rPr>
                <w:rFonts w:ascii="Arial" w:hAnsi="Arial" w:cs="Arial"/>
                <w:b/>
                <w:bCs/>
                <w:sz w:val="24"/>
                <w:szCs w:val="24"/>
              </w:rPr>
              <w:t>Customer ID</w:t>
            </w:r>
            <w:r w:rsidRPr="002A0E8B">
              <w:rPr>
                <w:rFonts w:ascii="Arial" w:hAnsi="Arial" w:cs="Arial"/>
                <w:sz w:val="24"/>
                <w:szCs w:val="24"/>
              </w:rPr>
              <w:t>,</w:t>
            </w:r>
          </w:p>
          <w:p w14:paraId="6F59814F" w14:textId="71961DAB" w:rsidR="00F82FCB" w:rsidRDefault="005371BC" w:rsidP="008323D3">
            <w:pPr>
              <w:spacing w:line="360" w:lineRule="auto"/>
              <w:jc w:val="center"/>
              <w:rPr>
                <w:rFonts w:ascii="Arial" w:hAnsi="Arial" w:cs="Arial"/>
                <w:b/>
                <w:bCs/>
                <w:sz w:val="24"/>
                <w:szCs w:val="24"/>
              </w:rPr>
            </w:pPr>
            <w:r w:rsidRPr="002F7B3C">
              <w:rPr>
                <w:rFonts w:ascii="Arial" w:hAnsi="Arial" w:cs="Arial"/>
                <w:b/>
                <w:bCs/>
                <w:sz w:val="24"/>
                <w:szCs w:val="24"/>
              </w:rPr>
              <w:t>Doctor</w:t>
            </w:r>
          </w:p>
          <w:p w14:paraId="19FCAC30" w14:textId="0405D8C4" w:rsidR="00642853" w:rsidRPr="002A0E8B" w:rsidRDefault="005371BC" w:rsidP="008323D3">
            <w:pPr>
              <w:spacing w:line="360" w:lineRule="auto"/>
              <w:jc w:val="center"/>
              <w:rPr>
                <w:rFonts w:ascii="Arial" w:hAnsi="Arial" w:cs="Arial"/>
                <w:sz w:val="24"/>
                <w:szCs w:val="24"/>
              </w:rPr>
            </w:pPr>
            <w:r w:rsidRPr="002F7B3C">
              <w:rPr>
                <w:rFonts w:ascii="Arial" w:hAnsi="Arial" w:cs="Arial"/>
                <w:b/>
                <w:bCs/>
                <w:sz w:val="24"/>
                <w:szCs w:val="24"/>
              </w:rPr>
              <w:t>ID</w:t>
            </w:r>
          </w:p>
        </w:tc>
        <w:tc>
          <w:tcPr>
            <w:tcW w:w="2081" w:type="dxa"/>
            <w:vAlign w:val="center"/>
            <w:hideMark/>
          </w:tcPr>
          <w:p w14:paraId="1E392797" w14:textId="6DF98F55" w:rsidR="00642853" w:rsidRPr="002A0E8B" w:rsidRDefault="00642853" w:rsidP="008323D3">
            <w:pPr>
              <w:spacing w:line="360" w:lineRule="auto"/>
              <w:rPr>
                <w:rFonts w:ascii="Arial" w:hAnsi="Arial" w:cs="Arial"/>
                <w:sz w:val="24"/>
                <w:szCs w:val="24"/>
              </w:rPr>
            </w:pPr>
            <w:r w:rsidRPr="002A0E8B">
              <w:rPr>
                <w:rFonts w:ascii="Arial" w:hAnsi="Arial" w:cs="Arial"/>
                <w:sz w:val="24"/>
                <w:szCs w:val="24"/>
              </w:rPr>
              <w:t>Linked to Customer and Doctor. Referential integrity enforced.</w:t>
            </w:r>
          </w:p>
        </w:tc>
      </w:tr>
      <w:tr w:rsidR="00642853" w:rsidRPr="002A0E8B" w14:paraId="250DDD76" w14:textId="77777777" w:rsidTr="00FC57C4">
        <w:trPr>
          <w:tblCellSpacing w:w="15" w:type="dxa"/>
        </w:trPr>
        <w:tc>
          <w:tcPr>
            <w:tcW w:w="1515" w:type="dxa"/>
            <w:vAlign w:val="center"/>
            <w:hideMark/>
          </w:tcPr>
          <w:p w14:paraId="3E44ECB1" w14:textId="77777777" w:rsidR="00642853" w:rsidRPr="00FC57C4" w:rsidRDefault="00642853" w:rsidP="008323D3">
            <w:pPr>
              <w:spacing w:line="360" w:lineRule="auto"/>
              <w:jc w:val="center"/>
              <w:rPr>
                <w:rFonts w:ascii="Arial" w:hAnsi="Arial" w:cs="Arial"/>
                <w:b/>
                <w:bCs/>
                <w:sz w:val="24"/>
                <w:szCs w:val="24"/>
              </w:rPr>
            </w:pPr>
            <w:r w:rsidRPr="00FC57C4">
              <w:rPr>
                <w:rFonts w:ascii="Arial" w:hAnsi="Arial" w:cs="Arial"/>
                <w:b/>
                <w:bCs/>
                <w:sz w:val="24"/>
                <w:szCs w:val="24"/>
              </w:rPr>
              <w:t>Sales Transaction</w:t>
            </w:r>
          </w:p>
        </w:tc>
        <w:tc>
          <w:tcPr>
            <w:tcW w:w="1671" w:type="dxa"/>
            <w:vAlign w:val="center"/>
            <w:hideMark/>
          </w:tcPr>
          <w:p w14:paraId="75392A73" w14:textId="77777777" w:rsidR="00642853" w:rsidRPr="002A0E8B" w:rsidRDefault="00642853" w:rsidP="008323D3">
            <w:pPr>
              <w:spacing w:line="360" w:lineRule="auto"/>
              <w:rPr>
                <w:rFonts w:ascii="Arial" w:hAnsi="Arial" w:cs="Arial"/>
                <w:sz w:val="24"/>
                <w:szCs w:val="24"/>
              </w:rPr>
            </w:pPr>
            <w:r w:rsidRPr="002A0E8B">
              <w:rPr>
                <w:rFonts w:ascii="Arial" w:hAnsi="Arial" w:cs="Arial"/>
                <w:sz w:val="24"/>
                <w:szCs w:val="24"/>
              </w:rPr>
              <w:t>Sales Transaction ID, Customer ID, Sale Date, Payment Method, Total Amount</w:t>
            </w:r>
          </w:p>
        </w:tc>
        <w:tc>
          <w:tcPr>
            <w:tcW w:w="1671" w:type="dxa"/>
            <w:vAlign w:val="center"/>
            <w:hideMark/>
          </w:tcPr>
          <w:p w14:paraId="2D1E6A0D" w14:textId="77777777" w:rsidR="00642853" w:rsidRPr="002A0E8B" w:rsidRDefault="00642853" w:rsidP="008323D3">
            <w:pPr>
              <w:spacing w:line="360" w:lineRule="auto"/>
              <w:rPr>
                <w:rFonts w:ascii="Arial" w:hAnsi="Arial" w:cs="Arial"/>
                <w:sz w:val="24"/>
                <w:szCs w:val="24"/>
              </w:rPr>
            </w:pPr>
            <w:r w:rsidRPr="002A0E8B">
              <w:rPr>
                <w:rFonts w:ascii="Arial" w:hAnsi="Arial" w:cs="Arial"/>
                <w:sz w:val="24"/>
                <w:szCs w:val="24"/>
              </w:rPr>
              <w:t>AutoNumber, Number, Date/Time, Short Text, Currency</w:t>
            </w:r>
          </w:p>
        </w:tc>
        <w:tc>
          <w:tcPr>
            <w:tcW w:w="1529" w:type="dxa"/>
            <w:vAlign w:val="center"/>
            <w:hideMark/>
          </w:tcPr>
          <w:p w14:paraId="02D73A56" w14:textId="67EEE690" w:rsidR="00642853" w:rsidRPr="00295A60" w:rsidRDefault="00642853" w:rsidP="008323D3">
            <w:pPr>
              <w:spacing w:line="360" w:lineRule="auto"/>
              <w:jc w:val="center"/>
              <w:rPr>
                <w:rFonts w:ascii="Arial" w:hAnsi="Arial" w:cs="Arial"/>
                <w:b/>
                <w:bCs/>
                <w:sz w:val="24"/>
                <w:szCs w:val="24"/>
              </w:rPr>
            </w:pPr>
            <w:r w:rsidRPr="008032BB">
              <w:rPr>
                <w:rFonts w:ascii="Arial" w:hAnsi="Arial" w:cs="Arial"/>
                <w:b/>
                <w:bCs/>
                <w:sz w:val="24"/>
                <w:szCs w:val="24"/>
              </w:rPr>
              <w:t>Sales Transaction S</w:t>
            </w:r>
            <w:r w:rsidR="00295A60" w:rsidRPr="008032BB">
              <w:rPr>
                <w:rFonts w:ascii="Arial" w:hAnsi="Arial" w:cs="Arial"/>
                <w:b/>
                <w:bCs/>
                <w:sz w:val="24"/>
                <w:szCs w:val="24"/>
              </w:rPr>
              <w:t xml:space="preserve"> </w:t>
            </w:r>
            <w:r w:rsidRPr="008032BB">
              <w:rPr>
                <w:rFonts w:ascii="Arial" w:hAnsi="Arial" w:cs="Arial"/>
                <w:b/>
                <w:bCs/>
                <w:sz w:val="24"/>
                <w:szCs w:val="24"/>
              </w:rPr>
              <w:t>ID</w:t>
            </w:r>
          </w:p>
        </w:tc>
        <w:tc>
          <w:tcPr>
            <w:tcW w:w="1246" w:type="dxa"/>
            <w:vAlign w:val="center"/>
          </w:tcPr>
          <w:p w14:paraId="323913DC" w14:textId="506E9786" w:rsidR="00642853" w:rsidRPr="002A0E8B" w:rsidRDefault="00F82FCB" w:rsidP="008323D3">
            <w:pPr>
              <w:spacing w:line="360" w:lineRule="auto"/>
              <w:jc w:val="center"/>
              <w:rPr>
                <w:rFonts w:ascii="Arial" w:hAnsi="Arial" w:cs="Arial"/>
                <w:sz w:val="24"/>
                <w:szCs w:val="24"/>
              </w:rPr>
            </w:pPr>
            <w:r w:rsidRPr="009640E7">
              <w:rPr>
                <w:rFonts w:ascii="Arial" w:hAnsi="Arial" w:cs="Arial"/>
                <w:b/>
                <w:bCs/>
                <w:sz w:val="24"/>
                <w:szCs w:val="24"/>
              </w:rPr>
              <w:t>Customer ID</w:t>
            </w:r>
          </w:p>
        </w:tc>
        <w:tc>
          <w:tcPr>
            <w:tcW w:w="2081" w:type="dxa"/>
            <w:vAlign w:val="center"/>
            <w:hideMark/>
          </w:tcPr>
          <w:p w14:paraId="15E59EE8" w14:textId="21C2335C" w:rsidR="00642853" w:rsidRPr="002A0E8B" w:rsidRDefault="00642853" w:rsidP="008323D3">
            <w:pPr>
              <w:spacing w:line="360" w:lineRule="auto"/>
              <w:rPr>
                <w:rFonts w:ascii="Arial" w:hAnsi="Arial" w:cs="Arial"/>
                <w:sz w:val="24"/>
                <w:szCs w:val="24"/>
              </w:rPr>
            </w:pPr>
            <w:r w:rsidRPr="002A0E8B">
              <w:rPr>
                <w:rFonts w:ascii="Arial" w:hAnsi="Arial" w:cs="Arial"/>
                <w:sz w:val="24"/>
                <w:szCs w:val="24"/>
              </w:rPr>
              <w:t>One customer can have many transactions (1:M).</w:t>
            </w:r>
          </w:p>
        </w:tc>
      </w:tr>
    </w:tbl>
    <w:p w14:paraId="193FFC59" w14:textId="77777777" w:rsidR="00C6444B" w:rsidRPr="002A0E8B" w:rsidRDefault="00C6444B" w:rsidP="008323D3">
      <w:pPr>
        <w:spacing w:line="360" w:lineRule="auto"/>
        <w:jc w:val="both"/>
        <w:rPr>
          <w:rFonts w:ascii="Arial" w:hAnsi="Arial" w:cs="Arial"/>
        </w:rPr>
      </w:pPr>
    </w:p>
    <w:p w14:paraId="0A9BF164" w14:textId="52D02092" w:rsidR="00855641" w:rsidRPr="002A0E8B" w:rsidRDefault="0057713F" w:rsidP="008323D3">
      <w:pPr>
        <w:pStyle w:val="Heading1"/>
        <w:spacing w:line="360" w:lineRule="auto"/>
        <w:rPr>
          <w:rFonts w:ascii="Arial Black" w:hAnsi="Arial Black"/>
          <w:b w:val="0"/>
          <w:bCs w:val="0"/>
          <w:color w:val="000000" w:themeColor="text1"/>
          <w:sz w:val="32"/>
          <w:szCs w:val="32"/>
        </w:rPr>
      </w:pPr>
      <w:bookmarkStart w:id="7" w:name="_Toc225201703"/>
      <w:r>
        <w:rPr>
          <w:rFonts w:ascii="Arial Black" w:hAnsi="Arial Black"/>
          <w:b w:val="0"/>
          <w:bCs w:val="0"/>
          <w:color w:val="000000" w:themeColor="text1"/>
          <w:sz w:val="32"/>
          <w:szCs w:val="32"/>
        </w:rPr>
        <w:t>2.</w:t>
      </w:r>
      <w:r w:rsidR="00BE3626" w:rsidRPr="002A0E8B">
        <w:rPr>
          <w:rFonts w:ascii="Arial Black" w:hAnsi="Arial Black"/>
          <w:b w:val="0"/>
          <w:bCs w:val="0"/>
          <w:color w:val="000000" w:themeColor="text1"/>
          <w:sz w:val="32"/>
          <w:szCs w:val="32"/>
        </w:rPr>
        <w:t xml:space="preserve">0 </w:t>
      </w:r>
      <w:r w:rsidR="00F47D72" w:rsidRPr="002A0E8B">
        <w:rPr>
          <w:rFonts w:ascii="Arial Black" w:hAnsi="Arial Black"/>
          <w:b w:val="0"/>
          <w:bCs w:val="0"/>
          <w:color w:val="000000" w:themeColor="text1"/>
          <w:sz w:val="32"/>
          <w:szCs w:val="32"/>
        </w:rPr>
        <w:t>Normalisation (Up to 3NF)</w:t>
      </w:r>
      <w:bookmarkEnd w:id="7"/>
    </w:p>
    <w:p w14:paraId="7BE2D0F7" w14:textId="0D684398" w:rsidR="001D4A3C" w:rsidRPr="002A0E8B" w:rsidRDefault="00F47D72" w:rsidP="008323D3">
      <w:pPr>
        <w:spacing w:line="360" w:lineRule="auto"/>
        <w:jc w:val="both"/>
        <w:rPr>
          <w:rFonts w:ascii="Arial" w:hAnsi="Arial" w:cs="Arial"/>
          <w:b/>
          <w:bCs/>
          <w:sz w:val="24"/>
          <w:szCs w:val="24"/>
        </w:rPr>
      </w:pPr>
      <w:r w:rsidRPr="002A0E8B">
        <w:rPr>
          <w:rFonts w:ascii="Arial" w:hAnsi="Arial" w:cs="Arial"/>
          <w:b/>
          <w:bCs/>
        </w:rPr>
        <w:br/>
      </w:r>
      <w:r w:rsidR="001D4A3C" w:rsidRPr="002A0E8B">
        <w:rPr>
          <w:rFonts w:ascii="Arial" w:hAnsi="Arial" w:cs="Arial"/>
          <w:b/>
          <w:bCs/>
          <w:sz w:val="24"/>
          <w:szCs w:val="24"/>
        </w:rPr>
        <w:t>Normalisation Compliance (Up to Third Normal Form)</w:t>
      </w:r>
    </w:p>
    <w:p w14:paraId="47777DC1" w14:textId="77777777" w:rsidR="001D4A3C" w:rsidRPr="002A0E8B" w:rsidRDefault="001D4A3C" w:rsidP="008323D3">
      <w:pPr>
        <w:spacing w:line="360" w:lineRule="auto"/>
        <w:jc w:val="both"/>
        <w:rPr>
          <w:rFonts w:ascii="Arial" w:hAnsi="Arial" w:cs="Arial"/>
          <w:sz w:val="24"/>
          <w:szCs w:val="24"/>
        </w:rPr>
      </w:pPr>
      <w:r w:rsidRPr="002A0E8B">
        <w:rPr>
          <w:rFonts w:ascii="Arial" w:hAnsi="Arial" w:cs="Arial"/>
          <w:sz w:val="24"/>
          <w:szCs w:val="24"/>
        </w:rPr>
        <w:t>The database has been normalised to Third Normal Form (3NF), which improves efficiency and reduces redundancy.</w:t>
      </w:r>
    </w:p>
    <w:p w14:paraId="4E202FDA" w14:textId="77777777" w:rsidR="001D4A3C" w:rsidRPr="002A0E8B" w:rsidRDefault="001D4A3C" w:rsidP="008323D3">
      <w:pPr>
        <w:pStyle w:val="ListParagraph"/>
        <w:numPr>
          <w:ilvl w:val="0"/>
          <w:numId w:val="42"/>
        </w:numPr>
        <w:spacing w:line="360" w:lineRule="auto"/>
        <w:jc w:val="both"/>
        <w:rPr>
          <w:rFonts w:ascii="Arial" w:hAnsi="Arial" w:cs="Arial"/>
          <w:b/>
          <w:bCs/>
          <w:sz w:val="24"/>
          <w:szCs w:val="24"/>
        </w:rPr>
      </w:pPr>
      <w:r w:rsidRPr="002A0E8B">
        <w:rPr>
          <w:rFonts w:ascii="Arial" w:hAnsi="Arial" w:cs="Arial"/>
          <w:b/>
          <w:bCs/>
          <w:sz w:val="24"/>
          <w:szCs w:val="24"/>
        </w:rPr>
        <w:t>First Normal Form (1NF)</w:t>
      </w:r>
    </w:p>
    <w:p w14:paraId="43D896C3" w14:textId="77777777" w:rsidR="001D4A3C" w:rsidRPr="002A0E8B" w:rsidRDefault="001D4A3C" w:rsidP="008323D3">
      <w:pPr>
        <w:pStyle w:val="ListParagraph"/>
        <w:numPr>
          <w:ilvl w:val="0"/>
          <w:numId w:val="43"/>
        </w:numPr>
        <w:spacing w:line="360" w:lineRule="auto"/>
        <w:jc w:val="both"/>
        <w:rPr>
          <w:rFonts w:ascii="Arial" w:hAnsi="Arial" w:cs="Arial"/>
          <w:sz w:val="24"/>
          <w:szCs w:val="24"/>
        </w:rPr>
      </w:pPr>
      <w:r w:rsidRPr="002A0E8B">
        <w:rPr>
          <w:rFonts w:ascii="Arial" w:hAnsi="Arial" w:cs="Arial"/>
          <w:sz w:val="24"/>
          <w:szCs w:val="24"/>
        </w:rPr>
        <w:t>All tables contain atomic values.</w:t>
      </w:r>
    </w:p>
    <w:p w14:paraId="671C8523" w14:textId="77777777" w:rsidR="001D4A3C" w:rsidRPr="002A0E8B" w:rsidRDefault="001D4A3C" w:rsidP="008323D3">
      <w:pPr>
        <w:pStyle w:val="ListParagraph"/>
        <w:numPr>
          <w:ilvl w:val="0"/>
          <w:numId w:val="43"/>
        </w:numPr>
        <w:spacing w:line="360" w:lineRule="auto"/>
        <w:jc w:val="both"/>
        <w:rPr>
          <w:rFonts w:ascii="Arial" w:hAnsi="Arial" w:cs="Arial"/>
          <w:sz w:val="24"/>
          <w:szCs w:val="24"/>
        </w:rPr>
      </w:pPr>
      <w:r w:rsidRPr="002A0E8B">
        <w:rPr>
          <w:rFonts w:ascii="Arial" w:hAnsi="Arial" w:cs="Arial"/>
          <w:sz w:val="24"/>
          <w:szCs w:val="24"/>
        </w:rPr>
        <w:t>No repeating groups or multi-valued attributes exist.</w:t>
      </w:r>
    </w:p>
    <w:p w14:paraId="4C2C88CC" w14:textId="77777777" w:rsidR="001D4A3C" w:rsidRPr="002A0E8B" w:rsidRDefault="001D4A3C" w:rsidP="008323D3">
      <w:pPr>
        <w:pStyle w:val="ListParagraph"/>
        <w:numPr>
          <w:ilvl w:val="0"/>
          <w:numId w:val="43"/>
        </w:numPr>
        <w:spacing w:line="360" w:lineRule="auto"/>
        <w:jc w:val="both"/>
        <w:rPr>
          <w:rFonts w:ascii="Arial" w:hAnsi="Arial" w:cs="Arial"/>
          <w:sz w:val="24"/>
          <w:szCs w:val="24"/>
        </w:rPr>
      </w:pPr>
      <w:r w:rsidRPr="002A0E8B">
        <w:rPr>
          <w:rFonts w:ascii="Arial" w:hAnsi="Arial" w:cs="Arial"/>
          <w:sz w:val="24"/>
          <w:szCs w:val="24"/>
        </w:rPr>
        <w:t>Each record is uniquely identifiable via a primary key.</w:t>
      </w:r>
    </w:p>
    <w:p w14:paraId="2428089E" w14:textId="77777777" w:rsidR="00C90739" w:rsidRPr="002A0E8B" w:rsidRDefault="00C90739" w:rsidP="008323D3">
      <w:pPr>
        <w:pStyle w:val="ListParagraph"/>
        <w:spacing w:line="360" w:lineRule="auto"/>
        <w:ind w:left="1080"/>
        <w:jc w:val="both"/>
        <w:rPr>
          <w:rFonts w:ascii="Arial" w:hAnsi="Arial" w:cs="Arial"/>
          <w:sz w:val="24"/>
          <w:szCs w:val="24"/>
        </w:rPr>
      </w:pPr>
    </w:p>
    <w:p w14:paraId="6388E854" w14:textId="77777777" w:rsidR="001D4A3C" w:rsidRPr="002A0E8B" w:rsidRDefault="001D4A3C" w:rsidP="008323D3">
      <w:pPr>
        <w:pStyle w:val="ListParagraph"/>
        <w:numPr>
          <w:ilvl w:val="0"/>
          <w:numId w:val="42"/>
        </w:numPr>
        <w:spacing w:line="360" w:lineRule="auto"/>
        <w:jc w:val="both"/>
        <w:rPr>
          <w:rFonts w:ascii="Arial" w:hAnsi="Arial" w:cs="Arial"/>
          <w:b/>
          <w:bCs/>
          <w:sz w:val="24"/>
          <w:szCs w:val="24"/>
        </w:rPr>
      </w:pPr>
      <w:r w:rsidRPr="002A0E8B">
        <w:rPr>
          <w:rFonts w:ascii="Arial" w:hAnsi="Arial" w:cs="Arial"/>
          <w:b/>
          <w:bCs/>
          <w:sz w:val="24"/>
          <w:szCs w:val="24"/>
        </w:rPr>
        <w:lastRenderedPageBreak/>
        <w:t>Second Normal Form (2NF)</w:t>
      </w:r>
    </w:p>
    <w:p w14:paraId="1645BFC7" w14:textId="77777777" w:rsidR="001D4A3C" w:rsidRPr="002A0E8B" w:rsidRDefault="001D4A3C" w:rsidP="008323D3">
      <w:pPr>
        <w:pStyle w:val="ListParagraph"/>
        <w:numPr>
          <w:ilvl w:val="0"/>
          <w:numId w:val="44"/>
        </w:numPr>
        <w:spacing w:line="360" w:lineRule="auto"/>
        <w:jc w:val="both"/>
        <w:rPr>
          <w:rFonts w:ascii="Arial" w:hAnsi="Arial" w:cs="Arial"/>
          <w:sz w:val="24"/>
          <w:szCs w:val="24"/>
        </w:rPr>
      </w:pPr>
      <w:r w:rsidRPr="002A0E8B">
        <w:rPr>
          <w:rFonts w:ascii="Arial" w:hAnsi="Arial" w:cs="Arial"/>
          <w:sz w:val="24"/>
          <w:szCs w:val="24"/>
        </w:rPr>
        <w:t>All non-key attributes fully depend on the entire primary key.</w:t>
      </w:r>
    </w:p>
    <w:p w14:paraId="0CDADFEE" w14:textId="77777777" w:rsidR="001D4A3C" w:rsidRPr="002A0E8B" w:rsidRDefault="001D4A3C" w:rsidP="008323D3">
      <w:pPr>
        <w:pStyle w:val="ListParagraph"/>
        <w:numPr>
          <w:ilvl w:val="0"/>
          <w:numId w:val="44"/>
        </w:numPr>
        <w:spacing w:line="360" w:lineRule="auto"/>
        <w:jc w:val="both"/>
        <w:rPr>
          <w:rFonts w:ascii="Arial" w:hAnsi="Arial" w:cs="Arial"/>
          <w:sz w:val="24"/>
          <w:szCs w:val="24"/>
        </w:rPr>
      </w:pPr>
      <w:r w:rsidRPr="002A0E8B">
        <w:rPr>
          <w:rFonts w:ascii="Arial" w:hAnsi="Arial" w:cs="Arial"/>
          <w:sz w:val="24"/>
          <w:szCs w:val="24"/>
        </w:rPr>
        <w:t>Composite dependency issues are removed through junction tables.</w:t>
      </w:r>
    </w:p>
    <w:p w14:paraId="29CA961A" w14:textId="07C1487C" w:rsidR="00C90739" w:rsidRPr="002A0E8B" w:rsidRDefault="001D4A3C" w:rsidP="008323D3">
      <w:pPr>
        <w:spacing w:line="360" w:lineRule="auto"/>
        <w:jc w:val="both"/>
        <w:rPr>
          <w:rFonts w:ascii="Arial" w:hAnsi="Arial" w:cs="Arial"/>
          <w:sz w:val="24"/>
          <w:szCs w:val="24"/>
        </w:rPr>
      </w:pPr>
      <w:r w:rsidRPr="002A0E8B">
        <w:rPr>
          <w:rFonts w:ascii="Arial" w:hAnsi="Arial" w:cs="Arial"/>
          <w:sz w:val="24"/>
          <w:szCs w:val="24"/>
        </w:rPr>
        <w:t>For example, Sales Details depends on Sale ID and Medicine ID rather than duplicating sale data.</w:t>
      </w:r>
    </w:p>
    <w:p w14:paraId="3B14F174" w14:textId="77777777" w:rsidR="001D4A3C" w:rsidRPr="002A0E8B" w:rsidRDefault="001D4A3C" w:rsidP="008323D3">
      <w:pPr>
        <w:pStyle w:val="ListParagraph"/>
        <w:numPr>
          <w:ilvl w:val="0"/>
          <w:numId w:val="42"/>
        </w:numPr>
        <w:spacing w:line="360" w:lineRule="auto"/>
        <w:jc w:val="both"/>
        <w:rPr>
          <w:rFonts w:ascii="Arial" w:hAnsi="Arial" w:cs="Arial"/>
          <w:b/>
          <w:bCs/>
          <w:sz w:val="24"/>
          <w:szCs w:val="24"/>
        </w:rPr>
      </w:pPr>
      <w:r w:rsidRPr="002A0E8B">
        <w:rPr>
          <w:rFonts w:ascii="Arial" w:hAnsi="Arial" w:cs="Arial"/>
          <w:b/>
          <w:bCs/>
          <w:sz w:val="24"/>
          <w:szCs w:val="24"/>
        </w:rPr>
        <w:t>Third Normal Form (3NF)</w:t>
      </w:r>
    </w:p>
    <w:p w14:paraId="2D7FB786" w14:textId="77777777" w:rsidR="001D4A3C" w:rsidRPr="002A0E8B" w:rsidRDefault="001D4A3C" w:rsidP="008323D3">
      <w:pPr>
        <w:pStyle w:val="ListParagraph"/>
        <w:numPr>
          <w:ilvl w:val="0"/>
          <w:numId w:val="45"/>
        </w:numPr>
        <w:spacing w:line="360" w:lineRule="auto"/>
        <w:jc w:val="both"/>
        <w:rPr>
          <w:rFonts w:ascii="Arial" w:hAnsi="Arial" w:cs="Arial"/>
          <w:sz w:val="24"/>
          <w:szCs w:val="24"/>
        </w:rPr>
      </w:pPr>
      <w:r w:rsidRPr="002A0E8B">
        <w:rPr>
          <w:rFonts w:ascii="Arial" w:hAnsi="Arial" w:cs="Arial"/>
          <w:sz w:val="24"/>
          <w:szCs w:val="24"/>
        </w:rPr>
        <w:t>No transitive dependencies remain.</w:t>
      </w:r>
    </w:p>
    <w:p w14:paraId="17B054FE" w14:textId="77777777" w:rsidR="001D4A3C" w:rsidRPr="002A0E8B" w:rsidRDefault="001D4A3C" w:rsidP="008323D3">
      <w:pPr>
        <w:pStyle w:val="ListParagraph"/>
        <w:numPr>
          <w:ilvl w:val="0"/>
          <w:numId w:val="45"/>
        </w:numPr>
        <w:spacing w:line="360" w:lineRule="auto"/>
        <w:jc w:val="both"/>
        <w:rPr>
          <w:rFonts w:ascii="Arial" w:hAnsi="Arial" w:cs="Arial"/>
          <w:sz w:val="24"/>
          <w:szCs w:val="24"/>
        </w:rPr>
      </w:pPr>
      <w:r w:rsidRPr="002A0E8B">
        <w:rPr>
          <w:rFonts w:ascii="Arial" w:hAnsi="Arial" w:cs="Arial"/>
          <w:sz w:val="24"/>
          <w:szCs w:val="24"/>
        </w:rPr>
        <w:t>Supplier details are separated from Medicine.</w:t>
      </w:r>
    </w:p>
    <w:p w14:paraId="62B9486C" w14:textId="77777777" w:rsidR="001D4A3C" w:rsidRDefault="001D4A3C" w:rsidP="008323D3">
      <w:pPr>
        <w:pStyle w:val="ListParagraph"/>
        <w:numPr>
          <w:ilvl w:val="0"/>
          <w:numId w:val="45"/>
        </w:numPr>
        <w:spacing w:line="360" w:lineRule="auto"/>
        <w:jc w:val="both"/>
        <w:rPr>
          <w:rFonts w:ascii="Arial" w:hAnsi="Arial" w:cs="Arial"/>
          <w:sz w:val="24"/>
          <w:szCs w:val="24"/>
        </w:rPr>
      </w:pPr>
      <w:r w:rsidRPr="002A0E8B">
        <w:rPr>
          <w:rFonts w:ascii="Arial" w:hAnsi="Arial" w:cs="Arial"/>
          <w:sz w:val="24"/>
          <w:szCs w:val="24"/>
        </w:rPr>
        <w:t>Customer information is stored once and referenced elsewhere.</w:t>
      </w:r>
    </w:p>
    <w:p w14:paraId="5969806F" w14:textId="0F3DB6EE" w:rsidR="00C36154" w:rsidRPr="00117E2B" w:rsidRDefault="00C36154" w:rsidP="00117E2B">
      <w:pPr>
        <w:spacing w:line="360" w:lineRule="auto"/>
        <w:jc w:val="both"/>
        <w:rPr>
          <w:rFonts w:ascii="Arial" w:hAnsi="Arial" w:cs="Arial"/>
          <w:sz w:val="24"/>
          <w:szCs w:val="24"/>
        </w:rPr>
      </w:pPr>
      <w:r w:rsidRPr="00117E2B">
        <w:rPr>
          <w:rFonts w:ascii="Arial" w:hAnsi="Arial" w:cs="Arial"/>
          <w:sz w:val="24"/>
          <w:szCs w:val="24"/>
        </w:rPr>
        <w:t>According to Relational Database Design (RDB), it follows best</w:t>
      </w:r>
      <w:r w:rsidR="00117E2B" w:rsidRPr="00117E2B">
        <w:rPr>
          <w:rFonts w:ascii="Arial" w:hAnsi="Arial" w:cs="Arial"/>
          <w:sz w:val="24"/>
          <w:szCs w:val="24"/>
        </w:rPr>
        <w:t xml:space="preserve"> </w:t>
      </w:r>
      <w:r w:rsidRPr="00117E2B">
        <w:rPr>
          <w:rFonts w:ascii="Arial" w:hAnsi="Arial" w:cs="Arial"/>
          <w:sz w:val="24"/>
          <w:szCs w:val="24"/>
        </w:rPr>
        <w:t>practices</w:t>
      </w:r>
    </w:p>
    <w:p w14:paraId="791C4141" w14:textId="51B2FADC" w:rsidR="001D4A3C" w:rsidRPr="002A0E8B" w:rsidRDefault="00F24BFC" w:rsidP="008323D3">
      <w:pPr>
        <w:spacing w:line="360" w:lineRule="auto"/>
        <w:jc w:val="both"/>
        <w:rPr>
          <w:rFonts w:ascii="Arial" w:hAnsi="Arial" w:cs="Arial"/>
          <w:sz w:val="24"/>
          <w:szCs w:val="24"/>
        </w:rPr>
      </w:pPr>
      <w:sdt>
        <w:sdtPr>
          <w:rPr>
            <w:rFonts w:ascii="Arial" w:hAnsi="Arial" w:cs="Arial"/>
            <w:sz w:val="24"/>
            <w:szCs w:val="24"/>
          </w:rPr>
          <w:id w:val="-123466094"/>
          <w:citation/>
        </w:sdtPr>
        <w:sdtContent>
          <w:r>
            <w:rPr>
              <w:rFonts w:ascii="Arial" w:hAnsi="Arial" w:cs="Arial"/>
              <w:sz w:val="24"/>
              <w:szCs w:val="24"/>
            </w:rPr>
            <w:fldChar w:fldCharType="begin"/>
          </w:r>
          <w:r>
            <w:rPr>
              <w:rFonts w:ascii="Arial" w:hAnsi="Arial" w:cs="Arial"/>
              <w:sz w:val="24"/>
              <w:szCs w:val="24"/>
            </w:rPr>
            <w:instrText xml:space="preserve"> CITATION Tho15 \l 2057 </w:instrText>
          </w:r>
          <w:r>
            <w:rPr>
              <w:rFonts w:ascii="Arial" w:hAnsi="Arial" w:cs="Arial"/>
              <w:sz w:val="24"/>
              <w:szCs w:val="24"/>
            </w:rPr>
            <w:fldChar w:fldCharType="separate"/>
          </w:r>
          <w:r>
            <w:rPr>
              <w:rFonts w:ascii="Arial" w:hAnsi="Arial" w:cs="Arial"/>
              <w:noProof/>
              <w:sz w:val="24"/>
              <w:szCs w:val="24"/>
            </w:rPr>
            <w:t xml:space="preserve"> </w:t>
          </w:r>
          <w:r w:rsidRPr="00F24BFC">
            <w:rPr>
              <w:rFonts w:ascii="Arial" w:hAnsi="Arial" w:cs="Arial"/>
              <w:noProof/>
              <w:sz w:val="24"/>
              <w:szCs w:val="24"/>
            </w:rPr>
            <w:t>[</w:t>
          </w:r>
          <w:hyperlink w:anchor="Tho15" w:history="1">
            <w:r w:rsidRPr="00F24BFC">
              <w:rPr>
                <w:rStyle w:val="Footer"/>
                <w:rFonts w:ascii="Arial" w:hAnsi="Arial" w:cs="Arial"/>
                <w:noProof/>
                <w:sz w:val="24"/>
                <w:szCs w:val="24"/>
              </w:rPr>
              <w:t>1</w:t>
            </w:r>
          </w:hyperlink>
          <w:r w:rsidRPr="00F24BFC">
            <w:rPr>
              <w:rFonts w:ascii="Arial" w:hAnsi="Arial" w:cs="Arial"/>
              <w:noProof/>
              <w:sz w:val="24"/>
              <w:szCs w:val="24"/>
            </w:rPr>
            <w:t>]</w:t>
          </w:r>
          <w:r>
            <w:rPr>
              <w:rFonts w:ascii="Arial" w:hAnsi="Arial" w:cs="Arial"/>
              <w:sz w:val="24"/>
              <w:szCs w:val="24"/>
            </w:rPr>
            <w:fldChar w:fldCharType="end"/>
          </w:r>
        </w:sdtContent>
      </w:sdt>
      <w:r>
        <w:rPr>
          <w:rFonts w:ascii="Arial" w:hAnsi="Arial" w:cs="Arial"/>
          <w:sz w:val="24"/>
          <w:szCs w:val="24"/>
        </w:rPr>
        <w:t>.</w:t>
      </w:r>
    </w:p>
    <w:p w14:paraId="6A8C8B6C" w14:textId="77777777" w:rsidR="001D4A3C" w:rsidRPr="002A0E8B" w:rsidRDefault="001D4A3C" w:rsidP="008323D3">
      <w:pPr>
        <w:spacing w:line="360" w:lineRule="auto"/>
        <w:jc w:val="both"/>
        <w:rPr>
          <w:rFonts w:ascii="Arial" w:hAnsi="Arial" w:cs="Arial"/>
        </w:rPr>
      </w:pPr>
    </w:p>
    <w:p w14:paraId="694DD47F" w14:textId="2A463F97" w:rsidR="001D4A3C" w:rsidRPr="002A0E8B" w:rsidRDefault="00D74DE7" w:rsidP="008323D3">
      <w:pPr>
        <w:pStyle w:val="Heading2"/>
        <w:spacing w:line="360" w:lineRule="auto"/>
        <w:rPr>
          <w:rFonts w:ascii="Arial Black" w:hAnsi="Arial Black"/>
          <w:b w:val="0"/>
          <w:bCs w:val="0"/>
          <w:color w:val="000000" w:themeColor="text1"/>
          <w:sz w:val="32"/>
          <w:szCs w:val="32"/>
        </w:rPr>
      </w:pPr>
      <w:bookmarkStart w:id="8" w:name="_Toc225201704"/>
      <w:r w:rsidRPr="002A0E8B">
        <w:rPr>
          <w:rFonts w:ascii="Arial Black" w:hAnsi="Arial Black"/>
          <w:b w:val="0"/>
          <w:bCs w:val="0"/>
          <w:color w:val="000000" w:themeColor="text1"/>
          <w:sz w:val="32"/>
          <w:szCs w:val="32"/>
        </w:rPr>
        <w:t xml:space="preserve">2.1 </w:t>
      </w:r>
      <w:r w:rsidR="009764AA" w:rsidRPr="002A0E8B">
        <w:rPr>
          <w:rFonts w:ascii="Arial Black" w:hAnsi="Arial Black"/>
          <w:b w:val="0"/>
          <w:bCs w:val="0"/>
          <w:color w:val="000000" w:themeColor="text1"/>
          <w:sz w:val="32"/>
          <w:szCs w:val="32"/>
        </w:rPr>
        <w:t>Explaining</w:t>
      </w:r>
      <w:r w:rsidR="001D4A3C" w:rsidRPr="002A0E8B">
        <w:rPr>
          <w:rFonts w:ascii="Arial Black" w:hAnsi="Arial Black"/>
          <w:b w:val="0"/>
          <w:bCs w:val="0"/>
          <w:color w:val="000000" w:themeColor="text1"/>
          <w:sz w:val="32"/>
          <w:szCs w:val="32"/>
        </w:rPr>
        <w:t xml:space="preserve"> decisions</w:t>
      </w:r>
      <w:bookmarkEnd w:id="8"/>
    </w:p>
    <w:p w14:paraId="55A842DC" w14:textId="77777777" w:rsidR="00D74DE7" w:rsidRPr="002A0E8B" w:rsidRDefault="00D74DE7" w:rsidP="008323D3">
      <w:pPr>
        <w:spacing w:line="360" w:lineRule="auto"/>
        <w:jc w:val="both"/>
        <w:rPr>
          <w:sz w:val="24"/>
          <w:szCs w:val="24"/>
        </w:rPr>
      </w:pPr>
    </w:p>
    <w:p w14:paraId="4C005BA4" w14:textId="7BF04861" w:rsidR="001D4A3C" w:rsidRPr="002A0E8B" w:rsidRDefault="001D4A3C" w:rsidP="008323D3">
      <w:pPr>
        <w:spacing w:line="360" w:lineRule="auto"/>
        <w:jc w:val="both"/>
        <w:rPr>
          <w:rFonts w:ascii="Arial" w:hAnsi="Arial" w:cs="Arial"/>
          <w:sz w:val="24"/>
          <w:szCs w:val="24"/>
        </w:rPr>
      </w:pPr>
      <w:r w:rsidRPr="002A0E8B">
        <w:rPr>
          <w:rFonts w:ascii="Arial" w:hAnsi="Arial" w:cs="Arial"/>
          <w:sz w:val="24"/>
          <w:szCs w:val="24"/>
        </w:rPr>
        <w:t>It is one of the basic methods to organi</w:t>
      </w:r>
      <w:r w:rsidR="00D74DE7" w:rsidRPr="002A0E8B">
        <w:rPr>
          <w:rFonts w:ascii="Arial" w:hAnsi="Arial" w:cs="Arial"/>
          <w:sz w:val="24"/>
          <w:szCs w:val="24"/>
        </w:rPr>
        <w:t>s</w:t>
      </w:r>
      <w:r w:rsidRPr="002A0E8B">
        <w:rPr>
          <w:rFonts w:ascii="Arial" w:hAnsi="Arial" w:cs="Arial"/>
          <w:sz w:val="24"/>
          <w:szCs w:val="24"/>
        </w:rPr>
        <w:t xml:space="preserve">e the structure of the database fields using First Normal Form (1NF), Second Normal Form (2NF) and Third Normal Form (3NF). You eliminate redundancy and increase the integrity of the information with these implementations. First Normal Form (1NF) defines every column to contain only atomic (single) values, and no repeating groups. First Normal Form (1NF) retains each value in a single column entity. In other words, a field cannot hold more than a single value in its own record. You are also presented with 1NF structured data, and this makes it clearer. 2NF merely puts 1NF in the picture and eliminates partial dependence. All non-key attributes depend not just on a certain key but on all this primary key. When a table possesses composite key, all other columns need to depend exclusively on the whole key. This rules out duplicating and storing unnecessary data. Transitive dependency is not maintaining Third Normal Form (3NF). In this case, non-key attributes must be dependent only on </w:t>
      </w:r>
      <w:r w:rsidRPr="002A0E8B">
        <w:rPr>
          <w:rFonts w:ascii="Arial" w:hAnsi="Arial" w:cs="Arial"/>
          <w:sz w:val="24"/>
          <w:szCs w:val="24"/>
        </w:rPr>
        <w:lastRenderedPageBreak/>
        <w:t xml:space="preserve">the primary key and not on any other non-key attributes. Thus, if supplier detail is solely related to Supplier ID, we should not list those in the medicine table. This separation ensures consistency and reduces update issues. This is how 1NF makes data </w:t>
      </w:r>
      <w:r w:rsidR="00F1064B" w:rsidRPr="002A0E8B">
        <w:rPr>
          <w:rFonts w:ascii="Arial" w:hAnsi="Arial" w:cs="Arial"/>
          <w:sz w:val="24"/>
          <w:szCs w:val="24"/>
        </w:rPr>
        <w:t>organised</w:t>
      </w:r>
      <w:r w:rsidRPr="002A0E8B">
        <w:rPr>
          <w:rFonts w:ascii="Arial" w:hAnsi="Arial" w:cs="Arial"/>
          <w:sz w:val="24"/>
          <w:szCs w:val="24"/>
        </w:rPr>
        <w:t>, 2NF prevents data from being partially duplicated, 3NF ensures consistency of logic. Combined, these provide a clean, effective and reliable database structure.</w:t>
      </w:r>
    </w:p>
    <w:p w14:paraId="02DB105A" w14:textId="3B14A719" w:rsidR="006718C3" w:rsidRPr="002A0E8B" w:rsidRDefault="00F47D72" w:rsidP="008323D3">
      <w:pPr>
        <w:pStyle w:val="Heading2"/>
        <w:spacing w:line="360" w:lineRule="auto"/>
        <w:rPr>
          <w:rFonts w:ascii="Arial Black" w:hAnsi="Arial Black"/>
          <w:b w:val="0"/>
          <w:bCs w:val="0"/>
          <w:sz w:val="32"/>
          <w:szCs w:val="32"/>
        </w:rPr>
      </w:pPr>
      <w:r w:rsidRPr="002A0E8B">
        <w:br/>
      </w:r>
      <w:bookmarkStart w:id="9" w:name="_Toc225201705"/>
      <w:r w:rsidR="00CF743E" w:rsidRPr="002A0E8B">
        <w:rPr>
          <w:rFonts w:ascii="Arial Black" w:hAnsi="Arial Black"/>
          <w:b w:val="0"/>
          <w:bCs w:val="0"/>
          <w:color w:val="000000" w:themeColor="text1"/>
          <w:sz w:val="32"/>
          <w:szCs w:val="32"/>
        </w:rPr>
        <w:t xml:space="preserve">2.2 </w:t>
      </w:r>
      <w:r w:rsidR="00CE6FF5" w:rsidRPr="002A0E8B">
        <w:rPr>
          <w:rFonts w:ascii="Arial Black" w:hAnsi="Arial Black"/>
          <w:b w:val="0"/>
          <w:bCs w:val="0"/>
          <w:color w:val="000000" w:themeColor="text1"/>
          <w:sz w:val="32"/>
          <w:szCs w:val="32"/>
        </w:rPr>
        <w:t>Sample</w:t>
      </w:r>
      <w:r w:rsidR="00591757" w:rsidRPr="002A0E8B">
        <w:rPr>
          <w:rFonts w:ascii="Arial Black" w:hAnsi="Arial Black"/>
          <w:b w:val="0"/>
          <w:bCs w:val="0"/>
          <w:color w:val="000000" w:themeColor="text1"/>
          <w:sz w:val="32"/>
          <w:szCs w:val="32"/>
        </w:rPr>
        <w:t xml:space="preserve"> Data</w:t>
      </w:r>
      <w:bookmarkEnd w:id="9"/>
    </w:p>
    <w:p w14:paraId="1C079932" w14:textId="0B5B93E9" w:rsidR="00BF5A7A" w:rsidRPr="002A0E8B" w:rsidRDefault="00635487" w:rsidP="008323D3">
      <w:pPr>
        <w:spacing w:line="360" w:lineRule="auto"/>
        <w:jc w:val="both"/>
        <w:rPr>
          <w:rFonts w:ascii="Arial" w:hAnsi="Arial" w:cs="Arial"/>
          <w:b/>
          <w:bCs/>
          <w:sz w:val="24"/>
          <w:szCs w:val="24"/>
        </w:rPr>
      </w:pPr>
      <w:r w:rsidRPr="002A0E8B">
        <w:rPr>
          <w:rFonts w:ascii="Arial" w:hAnsi="Arial" w:cs="Arial"/>
          <w:sz w:val="24"/>
          <w:szCs w:val="24"/>
        </w:rPr>
        <w:t>We use sample data from Microsoft Access for database analysis, and it helps end users in the database testing process to test the database system effectively. The database demonstrates its functionality through populated tables that link Supplier and Medicine, Doctor and Customer to Prescription, and Customer to Sales Transaction. This data should be used as it is a prerequisite for practical evaluation of the ERD</w:t>
      </w:r>
      <w:r w:rsidR="00CE6FF5" w:rsidRPr="002A0E8B">
        <w:rPr>
          <w:rFonts w:ascii="Arial" w:hAnsi="Arial" w:cs="Arial"/>
          <w:b/>
          <w:bCs/>
          <w:sz w:val="24"/>
          <w:szCs w:val="24"/>
        </w:rPr>
        <w:t>.</w:t>
      </w:r>
    </w:p>
    <w:p w14:paraId="5B7FF970" w14:textId="51580F88" w:rsidR="002E21A3" w:rsidRPr="002A0E8B" w:rsidRDefault="00F47D72" w:rsidP="008323D3">
      <w:pPr>
        <w:spacing w:line="360" w:lineRule="auto"/>
        <w:jc w:val="both"/>
        <w:rPr>
          <w:rFonts w:ascii="Arial" w:hAnsi="Arial" w:cs="Arial"/>
          <w:b/>
          <w:bCs/>
        </w:rPr>
      </w:pPr>
      <w:r w:rsidRPr="002A0E8B">
        <w:rPr>
          <w:rFonts w:ascii="Arial" w:hAnsi="Arial" w:cs="Arial"/>
          <w:b/>
          <w:bCs/>
        </w:rPr>
        <w:t xml:space="preserve"> </w:t>
      </w:r>
    </w:p>
    <w:p w14:paraId="6350505A" w14:textId="2C036F1F" w:rsidR="005E6916" w:rsidRPr="002A0E8B" w:rsidRDefault="005E6916" w:rsidP="008323D3">
      <w:pPr>
        <w:spacing w:line="360" w:lineRule="auto"/>
        <w:jc w:val="both"/>
        <w:rPr>
          <w:rFonts w:ascii="Arial" w:hAnsi="Arial" w:cs="Arial"/>
          <w:b/>
          <w:bCs/>
        </w:rPr>
      </w:pPr>
    </w:p>
    <w:p w14:paraId="53FF6BA3" w14:textId="1ACACB0F" w:rsidR="005E6916" w:rsidRPr="002A0E8B" w:rsidRDefault="00F95ED7" w:rsidP="008323D3">
      <w:pPr>
        <w:spacing w:line="360" w:lineRule="auto"/>
        <w:jc w:val="both"/>
        <w:rPr>
          <w:rFonts w:ascii="Arial" w:hAnsi="Arial" w:cs="Arial"/>
          <w:b/>
          <w:bCs/>
        </w:rPr>
      </w:pPr>
      <w:r w:rsidRPr="002A0E8B">
        <w:rPr>
          <w:rFonts w:ascii="Arial" w:hAnsi="Arial" w:cs="Arial"/>
        </w:rPr>
        <w:drawing>
          <wp:anchor distT="0" distB="0" distL="114300" distR="114300" simplePos="0" relativeHeight="251658241" behindDoc="1" locked="0" layoutInCell="1" allowOverlap="1" wp14:anchorId="6EE83FCD" wp14:editId="5D432A24">
            <wp:simplePos x="0" y="0"/>
            <wp:positionH relativeFrom="column">
              <wp:posOffset>-381000</wp:posOffset>
            </wp:positionH>
            <wp:positionV relativeFrom="paragraph">
              <wp:posOffset>-465455</wp:posOffset>
            </wp:positionV>
            <wp:extent cx="6036310" cy="2057400"/>
            <wp:effectExtent l="76200" t="76200" r="135890" b="133350"/>
            <wp:wrapNone/>
            <wp:docPr id="11037344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734407" name="Picture 1103734407"/>
                    <pic:cNvPicPr/>
                  </pic:nvPicPr>
                  <pic:blipFill>
                    <a:blip r:embed="rId11">
                      <a:extLst>
                        <a:ext uri="{28A0092B-C50C-407E-A947-70E740481C1C}">
                          <a14:useLocalDpi xmlns:a14="http://schemas.microsoft.com/office/drawing/2010/main" val="0"/>
                        </a:ext>
                      </a:extLst>
                    </a:blip>
                    <a:stretch>
                      <a:fillRect/>
                    </a:stretch>
                  </pic:blipFill>
                  <pic:spPr>
                    <a:xfrm>
                      <a:off x="0" y="0"/>
                      <a:ext cx="6036310" cy="2057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5A0F9FDF" w14:textId="77777777" w:rsidR="005E6916" w:rsidRPr="002A0E8B" w:rsidRDefault="005E6916" w:rsidP="008323D3">
      <w:pPr>
        <w:spacing w:line="360" w:lineRule="auto"/>
        <w:jc w:val="both"/>
        <w:rPr>
          <w:rFonts w:ascii="Arial" w:hAnsi="Arial" w:cs="Arial"/>
          <w:b/>
          <w:bCs/>
        </w:rPr>
      </w:pPr>
    </w:p>
    <w:p w14:paraId="3822AEB9" w14:textId="40DA2A48" w:rsidR="005E6916" w:rsidRPr="002A0E8B" w:rsidRDefault="005E6916" w:rsidP="008323D3">
      <w:pPr>
        <w:spacing w:line="360" w:lineRule="auto"/>
        <w:jc w:val="both"/>
        <w:rPr>
          <w:rFonts w:ascii="Arial" w:hAnsi="Arial" w:cs="Arial"/>
          <w:b/>
          <w:bCs/>
        </w:rPr>
      </w:pPr>
    </w:p>
    <w:p w14:paraId="189A9E95" w14:textId="77777777" w:rsidR="00BF5A7A" w:rsidRPr="002A0E8B" w:rsidRDefault="00BF5A7A" w:rsidP="008323D3">
      <w:pPr>
        <w:spacing w:line="360" w:lineRule="auto"/>
        <w:jc w:val="both"/>
        <w:rPr>
          <w:rFonts w:ascii="Arial" w:hAnsi="Arial" w:cs="Arial"/>
          <w:b/>
          <w:bCs/>
        </w:rPr>
      </w:pPr>
    </w:p>
    <w:p w14:paraId="6CC95FF7" w14:textId="77777777" w:rsidR="002E21A3" w:rsidRPr="002A0E8B" w:rsidRDefault="002E21A3" w:rsidP="008323D3">
      <w:pPr>
        <w:spacing w:line="360" w:lineRule="auto"/>
        <w:jc w:val="both"/>
        <w:rPr>
          <w:rFonts w:ascii="Arial" w:hAnsi="Arial" w:cs="Arial"/>
          <w:b/>
          <w:bCs/>
        </w:rPr>
      </w:pPr>
    </w:p>
    <w:p w14:paraId="037DCA49" w14:textId="2DC04692" w:rsidR="00BF5A7A" w:rsidRPr="002A0E8B" w:rsidRDefault="00EC2E75" w:rsidP="008323D3">
      <w:pPr>
        <w:spacing w:line="360" w:lineRule="auto"/>
        <w:jc w:val="center"/>
        <w:rPr>
          <w:rFonts w:ascii="Arial" w:hAnsi="Arial" w:cs="Arial"/>
          <w:b/>
          <w:bCs/>
          <w:sz w:val="24"/>
          <w:szCs w:val="24"/>
        </w:rPr>
      </w:pPr>
      <w:r w:rsidRPr="002A0E8B">
        <w:rPr>
          <w:rFonts w:ascii="Arial" w:hAnsi="Arial" w:cs="Arial"/>
          <w:b/>
          <w:bCs/>
          <w:sz w:val="24"/>
          <w:szCs w:val="24"/>
        </w:rPr>
        <w:t>Figure:</w:t>
      </w:r>
      <w:r w:rsidR="009C2617" w:rsidRPr="002A0E8B">
        <w:rPr>
          <w:rFonts w:ascii="Arial" w:hAnsi="Arial" w:cs="Arial"/>
          <w:b/>
          <w:bCs/>
          <w:sz w:val="24"/>
          <w:szCs w:val="24"/>
        </w:rPr>
        <w:t xml:space="preserve"> </w:t>
      </w:r>
      <w:r w:rsidR="009C2617" w:rsidRPr="002A0E8B">
        <w:rPr>
          <w:rFonts w:ascii="Arial" w:hAnsi="Arial" w:cs="Arial"/>
          <w:sz w:val="24"/>
          <w:szCs w:val="24"/>
        </w:rPr>
        <w:t>Supplier Table</w:t>
      </w:r>
    </w:p>
    <w:p w14:paraId="5FD743DD" w14:textId="0BC61522" w:rsidR="005E6916" w:rsidRPr="002A0E8B" w:rsidRDefault="00D532C6" w:rsidP="008323D3">
      <w:pPr>
        <w:spacing w:line="360" w:lineRule="auto"/>
        <w:jc w:val="both"/>
        <w:rPr>
          <w:rFonts w:ascii="Arial" w:hAnsi="Arial" w:cs="Arial"/>
          <w:b/>
          <w:bCs/>
        </w:rPr>
      </w:pPr>
      <w:r w:rsidRPr="002A0E8B">
        <w:rPr>
          <w:rFonts w:ascii="Arial" w:hAnsi="Arial" w:cs="Arial"/>
        </w:rPr>
        <w:drawing>
          <wp:anchor distT="0" distB="0" distL="114300" distR="114300" simplePos="0" relativeHeight="251658247" behindDoc="1" locked="0" layoutInCell="1" allowOverlap="1" wp14:anchorId="5E56F301" wp14:editId="61145580">
            <wp:simplePos x="0" y="0"/>
            <wp:positionH relativeFrom="column">
              <wp:posOffset>-333375</wp:posOffset>
            </wp:positionH>
            <wp:positionV relativeFrom="paragraph">
              <wp:posOffset>83185</wp:posOffset>
            </wp:positionV>
            <wp:extent cx="6181725" cy="1857375"/>
            <wp:effectExtent l="76200" t="76200" r="142875" b="142875"/>
            <wp:wrapNone/>
            <wp:docPr id="151091789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917895" name="Picture 1510917895"/>
                    <pic:cNvPicPr/>
                  </pic:nvPicPr>
                  <pic:blipFill>
                    <a:blip r:embed="rId12">
                      <a:extLst>
                        <a:ext uri="{28A0092B-C50C-407E-A947-70E740481C1C}">
                          <a14:useLocalDpi xmlns:a14="http://schemas.microsoft.com/office/drawing/2010/main" val="0"/>
                        </a:ext>
                      </a:extLst>
                    </a:blip>
                    <a:stretch>
                      <a:fillRect/>
                    </a:stretch>
                  </pic:blipFill>
                  <pic:spPr>
                    <a:xfrm>
                      <a:off x="0" y="0"/>
                      <a:ext cx="6181725" cy="18573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79C13141" w14:textId="77777777" w:rsidR="005E6916" w:rsidRDefault="005E6916" w:rsidP="008323D3">
      <w:pPr>
        <w:spacing w:line="360" w:lineRule="auto"/>
        <w:jc w:val="both"/>
        <w:rPr>
          <w:rFonts w:ascii="Arial" w:hAnsi="Arial" w:cs="Arial"/>
          <w:b/>
          <w:bCs/>
        </w:rPr>
      </w:pPr>
    </w:p>
    <w:p w14:paraId="21A3D83E" w14:textId="77777777" w:rsidR="009752B9" w:rsidRDefault="009752B9" w:rsidP="008323D3">
      <w:pPr>
        <w:spacing w:line="360" w:lineRule="auto"/>
        <w:jc w:val="both"/>
        <w:rPr>
          <w:rFonts w:ascii="Arial" w:hAnsi="Arial" w:cs="Arial"/>
          <w:b/>
          <w:bCs/>
        </w:rPr>
      </w:pPr>
    </w:p>
    <w:p w14:paraId="02FB254F" w14:textId="77777777" w:rsidR="009752B9" w:rsidRPr="002A0E8B" w:rsidRDefault="009752B9" w:rsidP="008323D3">
      <w:pPr>
        <w:spacing w:line="360" w:lineRule="auto"/>
        <w:jc w:val="both"/>
        <w:rPr>
          <w:rFonts w:ascii="Arial" w:hAnsi="Arial" w:cs="Arial"/>
          <w:b/>
          <w:bCs/>
        </w:rPr>
      </w:pPr>
    </w:p>
    <w:p w14:paraId="6C274682" w14:textId="0FCEC77A" w:rsidR="005E6916" w:rsidRPr="002A0E8B" w:rsidRDefault="006A57A9" w:rsidP="008323D3">
      <w:pPr>
        <w:spacing w:line="360" w:lineRule="auto"/>
        <w:jc w:val="center"/>
        <w:rPr>
          <w:rFonts w:ascii="Arial" w:hAnsi="Arial" w:cs="Arial"/>
          <w:b/>
          <w:bCs/>
        </w:rPr>
      </w:pPr>
      <w:r w:rsidRPr="002A0E8B">
        <w:rPr>
          <w:rFonts w:ascii="Arial" w:hAnsi="Arial" w:cs="Arial"/>
          <w:b/>
          <w:bCs/>
          <w:sz w:val="24"/>
          <w:szCs w:val="24"/>
        </w:rPr>
        <w:t>Figure:</w:t>
      </w:r>
      <w:r w:rsidRPr="002A0E8B">
        <w:rPr>
          <w:rFonts w:ascii="Arial" w:hAnsi="Arial" w:cs="Arial"/>
          <w:sz w:val="24"/>
          <w:szCs w:val="24"/>
        </w:rPr>
        <w:t xml:space="preserve"> Customer Table</w:t>
      </w:r>
    </w:p>
    <w:p w14:paraId="52ADFC81" w14:textId="0BE8754D" w:rsidR="006A57A9" w:rsidRPr="002A0E8B" w:rsidRDefault="00236EE9" w:rsidP="008323D3">
      <w:pPr>
        <w:spacing w:line="360" w:lineRule="auto"/>
        <w:jc w:val="both"/>
        <w:rPr>
          <w:rFonts w:ascii="Arial" w:hAnsi="Arial" w:cs="Arial"/>
          <w:b/>
          <w:bCs/>
        </w:rPr>
      </w:pPr>
      <w:r w:rsidRPr="002A0E8B">
        <w:rPr>
          <w:rFonts w:ascii="Arial" w:hAnsi="Arial" w:cs="Arial"/>
        </w:rPr>
        <w:drawing>
          <wp:anchor distT="0" distB="0" distL="114300" distR="114300" simplePos="0" relativeHeight="251658248" behindDoc="1" locked="0" layoutInCell="1" allowOverlap="1" wp14:anchorId="6FE8BC7F" wp14:editId="7A7B4490">
            <wp:simplePos x="0" y="0"/>
            <wp:positionH relativeFrom="column">
              <wp:posOffset>-361951</wp:posOffset>
            </wp:positionH>
            <wp:positionV relativeFrom="paragraph">
              <wp:posOffset>76200</wp:posOffset>
            </wp:positionV>
            <wp:extent cx="6257925" cy="2276475"/>
            <wp:effectExtent l="76200" t="76200" r="142875" b="142875"/>
            <wp:wrapNone/>
            <wp:docPr id="159520964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209649" name="Picture 1595209649"/>
                    <pic:cNvPicPr/>
                  </pic:nvPicPr>
                  <pic:blipFill>
                    <a:blip r:embed="rId13">
                      <a:extLst>
                        <a:ext uri="{28A0092B-C50C-407E-A947-70E740481C1C}">
                          <a14:useLocalDpi xmlns:a14="http://schemas.microsoft.com/office/drawing/2010/main" val="0"/>
                        </a:ext>
                      </a:extLst>
                    </a:blip>
                    <a:stretch>
                      <a:fillRect/>
                    </a:stretch>
                  </pic:blipFill>
                  <pic:spPr>
                    <a:xfrm>
                      <a:off x="0" y="0"/>
                      <a:ext cx="6257925" cy="22764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673AC61F" w14:textId="77777777" w:rsidR="005E6916" w:rsidRPr="002A0E8B" w:rsidRDefault="005E6916" w:rsidP="008323D3">
      <w:pPr>
        <w:spacing w:line="360" w:lineRule="auto"/>
        <w:jc w:val="both"/>
        <w:rPr>
          <w:rFonts w:ascii="Arial" w:hAnsi="Arial" w:cs="Arial"/>
          <w:b/>
          <w:bCs/>
        </w:rPr>
      </w:pPr>
    </w:p>
    <w:p w14:paraId="3A562E08" w14:textId="77777777" w:rsidR="005E6916" w:rsidRPr="002A0E8B" w:rsidRDefault="005E6916" w:rsidP="008323D3">
      <w:pPr>
        <w:spacing w:line="360" w:lineRule="auto"/>
        <w:jc w:val="both"/>
        <w:rPr>
          <w:rFonts w:ascii="Arial" w:hAnsi="Arial" w:cs="Arial"/>
          <w:b/>
          <w:bCs/>
        </w:rPr>
      </w:pPr>
    </w:p>
    <w:p w14:paraId="4538C4B9" w14:textId="77777777" w:rsidR="005E6916" w:rsidRPr="002A0E8B" w:rsidRDefault="005E6916" w:rsidP="008323D3">
      <w:pPr>
        <w:spacing w:line="360" w:lineRule="auto"/>
        <w:jc w:val="both"/>
        <w:rPr>
          <w:rFonts w:ascii="Arial" w:hAnsi="Arial" w:cs="Arial"/>
          <w:b/>
          <w:bCs/>
        </w:rPr>
      </w:pPr>
    </w:p>
    <w:p w14:paraId="7B4E9B43" w14:textId="77777777" w:rsidR="005E6916" w:rsidRPr="002A0E8B" w:rsidRDefault="005E6916" w:rsidP="008323D3">
      <w:pPr>
        <w:spacing w:line="360" w:lineRule="auto"/>
        <w:jc w:val="both"/>
        <w:rPr>
          <w:rFonts w:ascii="Arial" w:hAnsi="Arial" w:cs="Arial"/>
          <w:b/>
          <w:bCs/>
        </w:rPr>
      </w:pPr>
    </w:p>
    <w:p w14:paraId="5CE9523E" w14:textId="77777777" w:rsidR="005E6916" w:rsidRPr="002A0E8B" w:rsidRDefault="005E6916" w:rsidP="008323D3">
      <w:pPr>
        <w:spacing w:line="360" w:lineRule="auto"/>
        <w:jc w:val="both"/>
        <w:rPr>
          <w:rFonts w:ascii="Arial" w:hAnsi="Arial" w:cs="Arial"/>
          <w:b/>
          <w:bCs/>
        </w:rPr>
      </w:pPr>
    </w:p>
    <w:p w14:paraId="3FCE5A15" w14:textId="77777777" w:rsidR="009C2617" w:rsidRPr="002A0E8B" w:rsidRDefault="009C2617" w:rsidP="008323D3">
      <w:pPr>
        <w:spacing w:line="360" w:lineRule="auto"/>
        <w:jc w:val="both"/>
        <w:rPr>
          <w:rFonts w:ascii="Arial" w:hAnsi="Arial" w:cs="Arial"/>
          <w:b/>
          <w:bCs/>
        </w:rPr>
      </w:pPr>
    </w:p>
    <w:p w14:paraId="55BFB623" w14:textId="2D86C00E" w:rsidR="00BB2F6B" w:rsidRPr="002A0E8B" w:rsidRDefault="00236EE9" w:rsidP="008323D3">
      <w:pPr>
        <w:spacing w:line="360" w:lineRule="auto"/>
        <w:jc w:val="center"/>
        <w:rPr>
          <w:rFonts w:ascii="Arial" w:hAnsi="Arial" w:cs="Arial"/>
          <w:sz w:val="24"/>
          <w:szCs w:val="24"/>
        </w:rPr>
      </w:pPr>
      <w:r w:rsidRPr="002A0E8B">
        <w:rPr>
          <w:rFonts w:ascii="Arial" w:hAnsi="Arial" w:cs="Arial"/>
          <w:b/>
          <w:bCs/>
          <w:sz w:val="24"/>
          <w:szCs w:val="24"/>
        </w:rPr>
        <w:t>Figure</w:t>
      </w:r>
      <w:r w:rsidRPr="002A0E8B">
        <w:rPr>
          <w:rFonts w:ascii="Arial" w:hAnsi="Arial" w:cs="Arial"/>
          <w:sz w:val="24"/>
          <w:szCs w:val="24"/>
        </w:rPr>
        <w:t>: Medicine Tab</w:t>
      </w:r>
      <w:r w:rsidR="00A177C1">
        <w:rPr>
          <w:rFonts w:ascii="Arial" w:hAnsi="Arial" w:cs="Arial"/>
          <w:sz w:val="24"/>
          <w:szCs w:val="24"/>
        </w:rPr>
        <w:t>le</w:t>
      </w:r>
    </w:p>
    <w:p w14:paraId="598B2A02" w14:textId="32369F92" w:rsidR="00875417" w:rsidRPr="002A0E8B" w:rsidRDefault="00D63144" w:rsidP="008323D3">
      <w:pPr>
        <w:spacing w:line="360" w:lineRule="auto"/>
        <w:jc w:val="both"/>
        <w:rPr>
          <w:rFonts w:ascii="Arial" w:hAnsi="Arial" w:cs="Arial"/>
          <w:b/>
          <w:bCs/>
        </w:rPr>
      </w:pPr>
      <w:r w:rsidRPr="002A0E8B">
        <w:rPr>
          <w:rFonts w:ascii="Arial" w:hAnsi="Arial" w:cs="Arial"/>
        </w:rPr>
        <w:drawing>
          <wp:anchor distT="0" distB="0" distL="114300" distR="114300" simplePos="0" relativeHeight="251658242" behindDoc="1" locked="0" layoutInCell="1" allowOverlap="1" wp14:anchorId="7D92CA8E" wp14:editId="2557D820">
            <wp:simplePos x="0" y="0"/>
            <wp:positionH relativeFrom="column">
              <wp:posOffset>-371475</wp:posOffset>
            </wp:positionH>
            <wp:positionV relativeFrom="paragraph">
              <wp:posOffset>262255</wp:posOffset>
            </wp:positionV>
            <wp:extent cx="6362700" cy="2009775"/>
            <wp:effectExtent l="76200" t="76200" r="133350" b="142875"/>
            <wp:wrapNone/>
            <wp:docPr id="13238995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899543" name="Picture 1323899543"/>
                    <pic:cNvPicPr/>
                  </pic:nvPicPr>
                  <pic:blipFill>
                    <a:blip r:embed="rId14">
                      <a:extLst>
                        <a:ext uri="{28A0092B-C50C-407E-A947-70E740481C1C}">
                          <a14:useLocalDpi xmlns:a14="http://schemas.microsoft.com/office/drawing/2010/main" val="0"/>
                        </a:ext>
                      </a:extLst>
                    </a:blip>
                    <a:stretch>
                      <a:fillRect/>
                    </a:stretch>
                  </pic:blipFill>
                  <pic:spPr>
                    <a:xfrm>
                      <a:off x="0" y="0"/>
                      <a:ext cx="6362700" cy="20097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2059D8B6" w14:textId="1925554E" w:rsidR="009C2617" w:rsidRPr="002A0E8B" w:rsidRDefault="009C2617" w:rsidP="008323D3">
      <w:pPr>
        <w:spacing w:line="360" w:lineRule="auto"/>
        <w:jc w:val="both"/>
        <w:rPr>
          <w:rFonts w:ascii="Arial" w:hAnsi="Arial" w:cs="Arial"/>
          <w:b/>
          <w:bCs/>
        </w:rPr>
      </w:pPr>
    </w:p>
    <w:p w14:paraId="4B1D4054" w14:textId="040AE5DC" w:rsidR="009C2617" w:rsidRPr="002A0E8B" w:rsidRDefault="009C2617" w:rsidP="008323D3">
      <w:pPr>
        <w:spacing w:line="360" w:lineRule="auto"/>
        <w:jc w:val="both"/>
        <w:rPr>
          <w:rFonts w:ascii="Arial" w:hAnsi="Arial" w:cs="Arial"/>
          <w:b/>
          <w:bCs/>
        </w:rPr>
      </w:pPr>
    </w:p>
    <w:p w14:paraId="0E4EAC4B" w14:textId="10268E88" w:rsidR="009C2617" w:rsidRPr="002A0E8B" w:rsidRDefault="009C2617" w:rsidP="008323D3">
      <w:pPr>
        <w:spacing w:line="360" w:lineRule="auto"/>
        <w:jc w:val="both"/>
        <w:rPr>
          <w:rFonts w:ascii="Arial" w:hAnsi="Arial" w:cs="Arial"/>
          <w:b/>
          <w:bCs/>
        </w:rPr>
      </w:pPr>
    </w:p>
    <w:p w14:paraId="236CFBB4" w14:textId="77777777" w:rsidR="009C2617" w:rsidRPr="002A0E8B" w:rsidRDefault="009C2617" w:rsidP="008323D3">
      <w:pPr>
        <w:spacing w:line="360" w:lineRule="auto"/>
        <w:jc w:val="both"/>
        <w:rPr>
          <w:rFonts w:ascii="Arial" w:hAnsi="Arial" w:cs="Arial"/>
          <w:b/>
          <w:bCs/>
        </w:rPr>
      </w:pPr>
    </w:p>
    <w:p w14:paraId="68A35270" w14:textId="77777777" w:rsidR="009C2617" w:rsidRPr="002A0E8B" w:rsidRDefault="009C2617" w:rsidP="008323D3">
      <w:pPr>
        <w:spacing w:line="360" w:lineRule="auto"/>
        <w:jc w:val="both"/>
        <w:rPr>
          <w:rFonts w:ascii="Arial" w:hAnsi="Arial" w:cs="Arial"/>
          <w:b/>
          <w:bCs/>
        </w:rPr>
      </w:pPr>
    </w:p>
    <w:p w14:paraId="3306478A" w14:textId="77777777" w:rsidR="002E21A3" w:rsidRPr="002A0E8B" w:rsidRDefault="002E21A3" w:rsidP="008323D3">
      <w:pPr>
        <w:spacing w:line="360" w:lineRule="auto"/>
        <w:jc w:val="both"/>
        <w:rPr>
          <w:rFonts w:ascii="Arial" w:hAnsi="Arial" w:cs="Arial"/>
          <w:b/>
          <w:bCs/>
        </w:rPr>
      </w:pPr>
    </w:p>
    <w:p w14:paraId="7138FD4B" w14:textId="58039BA4" w:rsidR="00F04F6C" w:rsidRPr="002A0E8B" w:rsidRDefault="00D63144" w:rsidP="008323D3">
      <w:pPr>
        <w:spacing w:line="360" w:lineRule="auto"/>
        <w:jc w:val="center"/>
        <w:rPr>
          <w:rFonts w:ascii="Arial" w:hAnsi="Arial" w:cs="Arial"/>
          <w:b/>
          <w:bCs/>
        </w:rPr>
      </w:pPr>
      <w:r w:rsidRPr="002A0E8B">
        <w:rPr>
          <w:rFonts w:ascii="Arial" w:hAnsi="Arial" w:cs="Arial"/>
        </w:rPr>
        <w:drawing>
          <wp:anchor distT="0" distB="0" distL="114300" distR="114300" simplePos="0" relativeHeight="251658243" behindDoc="1" locked="0" layoutInCell="1" allowOverlap="1" wp14:anchorId="58954A02" wp14:editId="7885CB53">
            <wp:simplePos x="0" y="0"/>
            <wp:positionH relativeFrom="column">
              <wp:posOffset>-314325</wp:posOffset>
            </wp:positionH>
            <wp:positionV relativeFrom="paragraph">
              <wp:posOffset>401955</wp:posOffset>
            </wp:positionV>
            <wp:extent cx="6274435" cy="1381125"/>
            <wp:effectExtent l="76200" t="76200" r="126365" b="142875"/>
            <wp:wrapNone/>
            <wp:docPr id="72692016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920163" name="Picture 726920163"/>
                    <pic:cNvPicPr/>
                  </pic:nvPicPr>
                  <pic:blipFill>
                    <a:blip r:embed="rId15">
                      <a:extLst>
                        <a:ext uri="{28A0092B-C50C-407E-A947-70E740481C1C}">
                          <a14:useLocalDpi xmlns:a14="http://schemas.microsoft.com/office/drawing/2010/main" val="0"/>
                        </a:ext>
                      </a:extLst>
                    </a:blip>
                    <a:stretch>
                      <a:fillRect/>
                    </a:stretch>
                  </pic:blipFill>
                  <pic:spPr>
                    <a:xfrm>
                      <a:off x="0" y="0"/>
                      <a:ext cx="6274435" cy="13811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2A0E8B">
        <w:rPr>
          <w:rFonts w:ascii="Arial" w:hAnsi="Arial" w:cs="Arial"/>
          <w:b/>
          <w:bCs/>
          <w:sz w:val="24"/>
          <w:szCs w:val="24"/>
        </w:rPr>
        <w:t>Figure:</w:t>
      </w:r>
      <w:r w:rsidR="00F04F6C" w:rsidRPr="002A0E8B">
        <w:rPr>
          <w:rFonts w:ascii="Arial" w:hAnsi="Arial" w:cs="Arial"/>
          <w:sz w:val="24"/>
          <w:szCs w:val="24"/>
        </w:rPr>
        <w:t xml:space="preserve"> Doctor Table</w:t>
      </w:r>
    </w:p>
    <w:p w14:paraId="070A548A" w14:textId="355B63C4" w:rsidR="00F04F6C" w:rsidRPr="002A0E8B" w:rsidRDefault="00F04F6C" w:rsidP="008323D3">
      <w:pPr>
        <w:spacing w:line="360" w:lineRule="auto"/>
        <w:jc w:val="both"/>
        <w:rPr>
          <w:rFonts w:ascii="Arial" w:hAnsi="Arial" w:cs="Arial"/>
          <w:b/>
          <w:bCs/>
        </w:rPr>
      </w:pPr>
    </w:p>
    <w:p w14:paraId="33D4B1DF" w14:textId="77777777" w:rsidR="009C2617" w:rsidRDefault="009C2617" w:rsidP="008323D3">
      <w:pPr>
        <w:spacing w:line="360" w:lineRule="auto"/>
        <w:jc w:val="both"/>
        <w:rPr>
          <w:rFonts w:ascii="Arial" w:hAnsi="Arial" w:cs="Arial"/>
          <w:b/>
          <w:bCs/>
        </w:rPr>
      </w:pPr>
    </w:p>
    <w:p w14:paraId="0AFF3182" w14:textId="77777777" w:rsidR="009022D2" w:rsidRDefault="009022D2" w:rsidP="008323D3">
      <w:pPr>
        <w:spacing w:line="360" w:lineRule="auto"/>
        <w:jc w:val="both"/>
        <w:rPr>
          <w:rFonts w:ascii="Arial" w:hAnsi="Arial" w:cs="Arial"/>
          <w:b/>
          <w:bCs/>
        </w:rPr>
      </w:pPr>
    </w:p>
    <w:p w14:paraId="582AF80C" w14:textId="77777777" w:rsidR="009022D2" w:rsidRDefault="009022D2" w:rsidP="008323D3">
      <w:pPr>
        <w:spacing w:line="360" w:lineRule="auto"/>
        <w:jc w:val="both"/>
        <w:rPr>
          <w:rFonts w:ascii="Arial" w:hAnsi="Arial" w:cs="Arial"/>
          <w:b/>
          <w:bCs/>
        </w:rPr>
      </w:pPr>
    </w:p>
    <w:p w14:paraId="1B1E0B51" w14:textId="77777777" w:rsidR="009022D2" w:rsidRPr="002A0E8B" w:rsidRDefault="009022D2" w:rsidP="008323D3">
      <w:pPr>
        <w:spacing w:line="360" w:lineRule="auto"/>
        <w:jc w:val="both"/>
        <w:rPr>
          <w:rFonts w:ascii="Arial" w:hAnsi="Arial" w:cs="Arial"/>
          <w:b/>
          <w:bCs/>
        </w:rPr>
      </w:pPr>
    </w:p>
    <w:p w14:paraId="2B5ABA6D" w14:textId="6601019C" w:rsidR="009C2617" w:rsidRPr="002A0E8B" w:rsidRDefault="009110B1" w:rsidP="008323D3">
      <w:pPr>
        <w:spacing w:line="360" w:lineRule="auto"/>
        <w:jc w:val="center"/>
        <w:rPr>
          <w:rFonts w:ascii="Arial" w:hAnsi="Arial" w:cs="Arial"/>
          <w:sz w:val="24"/>
          <w:szCs w:val="24"/>
        </w:rPr>
      </w:pPr>
      <w:r w:rsidRPr="002A0E8B">
        <w:rPr>
          <w:rFonts w:ascii="Arial" w:hAnsi="Arial" w:cs="Arial"/>
          <w:b/>
          <w:bCs/>
          <w:sz w:val="24"/>
          <w:szCs w:val="24"/>
        </w:rPr>
        <w:t>Figure:</w:t>
      </w:r>
      <w:r w:rsidR="000C6D65" w:rsidRPr="002A0E8B">
        <w:rPr>
          <w:rFonts w:ascii="Arial" w:hAnsi="Arial" w:cs="Arial"/>
          <w:sz w:val="24"/>
          <w:szCs w:val="24"/>
        </w:rPr>
        <w:t xml:space="preserve"> Prescription Table</w:t>
      </w:r>
    </w:p>
    <w:p w14:paraId="37DD3625" w14:textId="3458D7D7" w:rsidR="009A0C3F" w:rsidRPr="002A0E8B" w:rsidRDefault="00C365FC" w:rsidP="008323D3">
      <w:pPr>
        <w:spacing w:line="360" w:lineRule="auto"/>
        <w:jc w:val="both"/>
        <w:rPr>
          <w:rFonts w:ascii="Arial" w:hAnsi="Arial" w:cs="Arial"/>
          <w:b/>
          <w:bCs/>
        </w:rPr>
      </w:pPr>
      <w:r w:rsidRPr="002A0E8B">
        <w:rPr>
          <w:rFonts w:ascii="Arial" w:hAnsi="Arial" w:cs="Arial"/>
        </w:rPr>
        <w:drawing>
          <wp:anchor distT="0" distB="0" distL="114300" distR="114300" simplePos="0" relativeHeight="251658249" behindDoc="1" locked="0" layoutInCell="1" allowOverlap="1" wp14:anchorId="4F5D2035" wp14:editId="2C16491D">
            <wp:simplePos x="0" y="0"/>
            <wp:positionH relativeFrom="margin">
              <wp:posOffset>-95250</wp:posOffset>
            </wp:positionH>
            <wp:positionV relativeFrom="paragraph">
              <wp:posOffset>76200</wp:posOffset>
            </wp:positionV>
            <wp:extent cx="6217285" cy="1819275"/>
            <wp:effectExtent l="76200" t="76200" r="126365" b="142875"/>
            <wp:wrapNone/>
            <wp:docPr id="154648942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489420" name="Picture 1546489420"/>
                    <pic:cNvPicPr/>
                  </pic:nvPicPr>
                  <pic:blipFill>
                    <a:blip r:embed="rId16">
                      <a:extLst>
                        <a:ext uri="{28A0092B-C50C-407E-A947-70E740481C1C}">
                          <a14:useLocalDpi xmlns:a14="http://schemas.microsoft.com/office/drawing/2010/main" val="0"/>
                        </a:ext>
                      </a:extLst>
                    </a:blip>
                    <a:stretch>
                      <a:fillRect/>
                    </a:stretch>
                  </pic:blipFill>
                  <pic:spPr>
                    <a:xfrm>
                      <a:off x="0" y="0"/>
                      <a:ext cx="6217285" cy="1819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23F58B75" w14:textId="77777777" w:rsidR="009A0C3F" w:rsidRPr="002A0E8B" w:rsidRDefault="009A0C3F" w:rsidP="008323D3">
      <w:pPr>
        <w:spacing w:line="360" w:lineRule="auto"/>
        <w:jc w:val="both"/>
        <w:rPr>
          <w:rFonts w:ascii="Arial" w:hAnsi="Arial" w:cs="Arial"/>
          <w:b/>
          <w:bCs/>
        </w:rPr>
      </w:pPr>
    </w:p>
    <w:p w14:paraId="2F526791" w14:textId="77777777" w:rsidR="009A0C3F" w:rsidRPr="002A0E8B" w:rsidRDefault="009A0C3F" w:rsidP="008323D3">
      <w:pPr>
        <w:spacing w:line="360" w:lineRule="auto"/>
        <w:jc w:val="both"/>
        <w:rPr>
          <w:rFonts w:ascii="Arial" w:hAnsi="Arial" w:cs="Arial"/>
          <w:b/>
          <w:bCs/>
        </w:rPr>
      </w:pPr>
    </w:p>
    <w:p w14:paraId="6BF3C453" w14:textId="77777777" w:rsidR="009A0C3F" w:rsidRPr="002A0E8B" w:rsidRDefault="009A0C3F" w:rsidP="008323D3">
      <w:pPr>
        <w:spacing w:line="360" w:lineRule="auto"/>
        <w:jc w:val="both"/>
        <w:rPr>
          <w:rFonts w:ascii="Arial" w:hAnsi="Arial" w:cs="Arial"/>
          <w:b/>
          <w:bCs/>
        </w:rPr>
      </w:pPr>
    </w:p>
    <w:p w14:paraId="2FE02B15" w14:textId="77777777" w:rsidR="009A0C3F" w:rsidRPr="002A0E8B" w:rsidRDefault="009A0C3F" w:rsidP="008323D3">
      <w:pPr>
        <w:spacing w:line="360" w:lineRule="auto"/>
        <w:jc w:val="both"/>
        <w:rPr>
          <w:rFonts w:ascii="Arial" w:hAnsi="Arial" w:cs="Arial"/>
          <w:b/>
          <w:bCs/>
        </w:rPr>
      </w:pPr>
    </w:p>
    <w:p w14:paraId="76CF20B6" w14:textId="77777777" w:rsidR="009A0C3F" w:rsidRPr="002A0E8B" w:rsidRDefault="009A0C3F" w:rsidP="008323D3">
      <w:pPr>
        <w:spacing w:line="360" w:lineRule="auto"/>
        <w:jc w:val="both"/>
        <w:rPr>
          <w:rFonts w:ascii="Arial" w:hAnsi="Arial" w:cs="Arial"/>
          <w:sz w:val="24"/>
          <w:szCs w:val="24"/>
        </w:rPr>
      </w:pPr>
    </w:p>
    <w:p w14:paraId="063C2B17" w14:textId="504AC400" w:rsidR="009A0C3F" w:rsidRPr="002A0E8B" w:rsidRDefault="00C365FC" w:rsidP="008323D3">
      <w:pPr>
        <w:spacing w:line="360" w:lineRule="auto"/>
        <w:jc w:val="center"/>
        <w:rPr>
          <w:rFonts w:ascii="Arial" w:hAnsi="Arial" w:cs="Arial"/>
          <w:sz w:val="24"/>
          <w:szCs w:val="24"/>
        </w:rPr>
      </w:pPr>
      <w:r w:rsidRPr="002A0E8B">
        <w:rPr>
          <w:rFonts w:ascii="Arial" w:hAnsi="Arial" w:cs="Arial"/>
          <w:b/>
          <w:bCs/>
          <w:sz w:val="24"/>
          <w:szCs w:val="24"/>
        </w:rPr>
        <w:t>Figure</w:t>
      </w:r>
      <w:r w:rsidR="00017514" w:rsidRPr="002A0E8B">
        <w:rPr>
          <w:rFonts w:ascii="Arial" w:hAnsi="Arial" w:cs="Arial"/>
          <w:b/>
          <w:bCs/>
          <w:sz w:val="24"/>
          <w:szCs w:val="24"/>
        </w:rPr>
        <w:t>:</w:t>
      </w:r>
      <w:r w:rsidR="00017514" w:rsidRPr="002A0E8B">
        <w:rPr>
          <w:rFonts w:ascii="Arial" w:hAnsi="Arial" w:cs="Arial"/>
          <w:sz w:val="24"/>
          <w:szCs w:val="24"/>
        </w:rPr>
        <w:t xml:space="preserve"> Sales</w:t>
      </w:r>
      <w:r w:rsidR="00D13BF3" w:rsidRPr="002A0E8B">
        <w:rPr>
          <w:rFonts w:ascii="Arial" w:hAnsi="Arial" w:cs="Arial"/>
          <w:sz w:val="24"/>
          <w:szCs w:val="24"/>
        </w:rPr>
        <w:t xml:space="preserve"> Transaction Table</w:t>
      </w:r>
    </w:p>
    <w:p w14:paraId="1F3B0828" w14:textId="72A3B8B0" w:rsidR="00017514" w:rsidRPr="002A0E8B" w:rsidRDefault="007024DC" w:rsidP="008323D3">
      <w:pPr>
        <w:spacing w:line="360" w:lineRule="auto"/>
        <w:jc w:val="both"/>
        <w:rPr>
          <w:rFonts w:ascii="Arial" w:hAnsi="Arial" w:cs="Arial"/>
          <w:b/>
          <w:bCs/>
        </w:rPr>
      </w:pPr>
      <w:r w:rsidRPr="002A0E8B">
        <w:rPr>
          <w:rFonts w:ascii="Arial" w:hAnsi="Arial" w:cs="Arial"/>
        </w:rPr>
        <w:drawing>
          <wp:anchor distT="0" distB="0" distL="114300" distR="114300" simplePos="0" relativeHeight="251658244" behindDoc="1" locked="0" layoutInCell="1" allowOverlap="1" wp14:anchorId="7A283AF2" wp14:editId="4EF1751C">
            <wp:simplePos x="0" y="0"/>
            <wp:positionH relativeFrom="margin">
              <wp:posOffset>-209550</wp:posOffset>
            </wp:positionH>
            <wp:positionV relativeFrom="paragraph">
              <wp:posOffset>210820</wp:posOffset>
            </wp:positionV>
            <wp:extent cx="6274435" cy="2124075"/>
            <wp:effectExtent l="76200" t="76200" r="126365" b="142875"/>
            <wp:wrapNone/>
            <wp:docPr id="159387766"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87766" name="Picture 159387766"/>
                    <pic:cNvPicPr/>
                  </pic:nvPicPr>
                  <pic:blipFill>
                    <a:blip r:embed="rId17">
                      <a:extLst>
                        <a:ext uri="{28A0092B-C50C-407E-A947-70E740481C1C}">
                          <a14:useLocalDpi xmlns:a14="http://schemas.microsoft.com/office/drawing/2010/main" val="0"/>
                        </a:ext>
                      </a:extLst>
                    </a:blip>
                    <a:stretch>
                      <a:fillRect/>
                    </a:stretch>
                  </pic:blipFill>
                  <pic:spPr>
                    <a:xfrm>
                      <a:off x="0" y="0"/>
                      <a:ext cx="6274435" cy="21240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2F38E69C" w14:textId="7BADC083" w:rsidR="00017514" w:rsidRPr="002A0E8B" w:rsidRDefault="00017514" w:rsidP="008323D3">
      <w:pPr>
        <w:spacing w:line="360" w:lineRule="auto"/>
        <w:jc w:val="both"/>
        <w:rPr>
          <w:rFonts w:ascii="Arial" w:hAnsi="Arial" w:cs="Arial"/>
          <w:b/>
          <w:bCs/>
        </w:rPr>
      </w:pPr>
    </w:p>
    <w:p w14:paraId="3E2889A7" w14:textId="64F6FF0E" w:rsidR="009A0C3F" w:rsidRPr="002A0E8B" w:rsidRDefault="009A0C3F" w:rsidP="008323D3">
      <w:pPr>
        <w:spacing w:line="360" w:lineRule="auto"/>
        <w:jc w:val="both"/>
        <w:rPr>
          <w:rFonts w:ascii="Arial" w:hAnsi="Arial" w:cs="Arial"/>
          <w:b/>
          <w:bCs/>
        </w:rPr>
      </w:pPr>
    </w:p>
    <w:p w14:paraId="09BC36A9" w14:textId="77777777" w:rsidR="009A0C3F" w:rsidRPr="002A0E8B" w:rsidRDefault="009A0C3F" w:rsidP="008323D3">
      <w:pPr>
        <w:spacing w:line="360" w:lineRule="auto"/>
        <w:jc w:val="both"/>
        <w:rPr>
          <w:rFonts w:ascii="Arial" w:hAnsi="Arial" w:cs="Arial"/>
          <w:b/>
          <w:bCs/>
        </w:rPr>
      </w:pPr>
    </w:p>
    <w:p w14:paraId="7F5E927E" w14:textId="77777777" w:rsidR="009A0C3F" w:rsidRPr="002A0E8B" w:rsidRDefault="009A0C3F" w:rsidP="008323D3">
      <w:pPr>
        <w:spacing w:line="360" w:lineRule="auto"/>
        <w:jc w:val="both"/>
        <w:rPr>
          <w:rFonts w:ascii="Arial" w:hAnsi="Arial" w:cs="Arial"/>
          <w:b/>
          <w:bCs/>
        </w:rPr>
      </w:pPr>
    </w:p>
    <w:p w14:paraId="6F4C4930" w14:textId="77777777" w:rsidR="009A0C3F" w:rsidRPr="002A0E8B" w:rsidRDefault="009A0C3F" w:rsidP="008323D3">
      <w:pPr>
        <w:spacing w:line="360" w:lineRule="auto"/>
        <w:jc w:val="both"/>
        <w:rPr>
          <w:rFonts w:ascii="Arial" w:hAnsi="Arial" w:cs="Arial"/>
          <w:b/>
          <w:bCs/>
        </w:rPr>
      </w:pPr>
    </w:p>
    <w:p w14:paraId="1D1E1CCF" w14:textId="77777777" w:rsidR="009A0C3F" w:rsidRPr="002A0E8B" w:rsidRDefault="009A0C3F" w:rsidP="008323D3">
      <w:pPr>
        <w:spacing w:line="360" w:lineRule="auto"/>
        <w:jc w:val="both"/>
        <w:rPr>
          <w:rFonts w:ascii="Arial" w:hAnsi="Arial" w:cs="Arial"/>
          <w:b/>
          <w:bCs/>
        </w:rPr>
      </w:pPr>
    </w:p>
    <w:p w14:paraId="7DDEF10E" w14:textId="2573910E" w:rsidR="00D40044" w:rsidRPr="001050BD" w:rsidRDefault="00A27908" w:rsidP="008323D3">
      <w:pPr>
        <w:spacing w:line="360" w:lineRule="auto"/>
        <w:jc w:val="center"/>
        <w:rPr>
          <w:rFonts w:ascii="Arial" w:hAnsi="Arial" w:cs="Arial"/>
          <w:sz w:val="24"/>
          <w:szCs w:val="24"/>
        </w:rPr>
      </w:pPr>
      <w:r w:rsidRPr="002A0E8B">
        <w:rPr>
          <w:rFonts w:ascii="Arial" w:hAnsi="Arial" w:cs="Arial"/>
          <w:b/>
          <w:bCs/>
          <w:sz w:val="24"/>
          <w:szCs w:val="24"/>
        </w:rPr>
        <w:t>Figure</w:t>
      </w:r>
      <w:r w:rsidR="00DF7879" w:rsidRPr="002A0E8B">
        <w:rPr>
          <w:rFonts w:ascii="Arial" w:hAnsi="Arial" w:cs="Arial"/>
          <w:b/>
          <w:bCs/>
          <w:sz w:val="24"/>
          <w:szCs w:val="24"/>
        </w:rPr>
        <w:t>:</w:t>
      </w:r>
      <w:r w:rsidR="00DF7879" w:rsidRPr="002A0E8B">
        <w:rPr>
          <w:rFonts w:ascii="Arial" w:hAnsi="Arial" w:cs="Arial"/>
          <w:sz w:val="24"/>
          <w:szCs w:val="24"/>
        </w:rPr>
        <w:t xml:space="preserve"> Relationships Table</w:t>
      </w:r>
    </w:p>
    <w:p w14:paraId="3749749F" w14:textId="77777777" w:rsidR="001050BD" w:rsidRDefault="001050BD" w:rsidP="008323D3">
      <w:pPr>
        <w:pStyle w:val="Heading2"/>
        <w:spacing w:line="360" w:lineRule="auto"/>
        <w:rPr>
          <w:rFonts w:ascii="Arial Black" w:hAnsi="Arial Black"/>
          <w:b w:val="0"/>
          <w:bCs w:val="0"/>
          <w:color w:val="000000" w:themeColor="text1"/>
          <w:sz w:val="32"/>
          <w:szCs w:val="32"/>
        </w:rPr>
      </w:pPr>
    </w:p>
    <w:p w14:paraId="4F94BDF7" w14:textId="77777777" w:rsidR="00B20498" w:rsidRDefault="00B20498" w:rsidP="008323D3">
      <w:pPr>
        <w:spacing w:line="360" w:lineRule="auto"/>
      </w:pPr>
    </w:p>
    <w:p w14:paraId="304B6D21" w14:textId="77777777" w:rsidR="00B20498" w:rsidRDefault="00B20498" w:rsidP="008323D3">
      <w:pPr>
        <w:spacing w:line="360" w:lineRule="auto"/>
      </w:pPr>
    </w:p>
    <w:p w14:paraId="7E71D8FC" w14:textId="77777777" w:rsidR="00B20498" w:rsidRDefault="00B20498" w:rsidP="008323D3">
      <w:pPr>
        <w:spacing w:line="360" w:lineRule="auto"/>
      </w:pPr>
    </w:p>
    <w:p w14:paraId="7E36AB39" w14:textId="77777777" w:rsidR="00B20498" w:rsidRDefault="00B20498" w:rsidP="008323D3">
      <w:pPr>
        <w:spacing w:line="360" w:lineRule="auto"/>
      </w:pPr>
    </w:p>
    <w:p w14:paraId="6355BE69" w14:textId="21B852B4" w:rsidR="007B36A9" w:rsidRPr="00F848C4" w:rsidRDefault="007024DC" w:rsidP="008323D3">
      <w:pPr>
        <w:pStyle w:val="Heading2"/>
        <w:spacing w:line="360" w:lineRule="auto"/>
        <w:rPr>
          <w:rFonts w:ascii="Arial Black" w:hAnsi="Arial Black" w:cs="Arial"/>
          <w:color w:val="000000" w:themeColor="text1"/>
          <w:sz w:val="32"/>
          <w:szCs w:val="32"/>
        </w:rPr>
      </w:pPr>
      <w:bookmarkStart w:id="10" w:name="_Toc225201706"/>
      <w:r w:rsidRPr="00F848C4">
        <w:rPr>
          <w:rFonts w:ascii="Arial Black" w:hAnsi="Arial Black"/>
          <w:b w:val="0"/>
          <w:bCs w:val="0"/>
          <w:color w:val="000000" w:themeColor="text1"/>
          <w:sz w:val="32"/>
          <w:szCs w:val="32"/>
        </w:rPr>
        <w:lastRenderedPageBreak/>
        <w:t xml:space="preserve">2.3 </w:t>
      </w:r>
      <w:r w:rsidR="00787754" w:rsidRPr="00F848C4">
        <w:rPr>
          <w:rFonts w:ascii="Arial Black" w:hAnsi="Arial Black" w:cs="Arial"/>
          <w:color w:val="000000" w:themeColor="text1"/>
          <w:sz w:val="32"/>
          <w:szCs w:val="32"/>
        </w:rPr>
        <w:t>Query Development</w:t>
      </w:r>
      <w:bookmarkEnd w:id="10"/>
    </w:p>
    <w:p w14:paraId="4E833181" w14:textId="77777777" w:rsidR="00D40044" w:rsidRPr="00D40044" w:rsidRDefault="00D40044" w:rsidP="008323D3">
      <w:pPr>
        <w:spacing w:line="360" w:lineRule="auto"/>
      </w:pPr>
    </w:p>
    <w:p w14:paraId="4A3E5A34" w14:textId="47781524" w:rsidR="0075707A" w:rsidRPr="0075707A" w:rsidRDefault="00D40044" w:rsidP="00AB772B">
      <w:pPr>
        <w:spacing w:line="360" w:lineRule="auto"/>
        <w:jc w:val="both"/>
      </w:pPr>
      <w:r w:rsidRPr="00D40044">
        <w:rPr>
          <w:rFonts w:ascii="Arial" w:hAnsi="Arial" w:cs="Arial"/>
          <w:sz w:val="24"/>
          <w:szCs w:val="24"/>
        </w:rPr>
        <w:t>Six queries were created:</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31"/>
        <w:gridCol w:w="4599"/>
      </w:tblGrid>
      <w:tr w:rsidR="00F34E8F" w:rsidRPr="00BF61C4" w14:paraId="41CA4E56" w14:textId="77777777" w:rsidTr="00A44EC2">
        <w:trPr>
          <w:tblHeader/>
          <w:tblCellSpacing w:w="15" w:type="dxa"/>
        </w:trPr>
        <w:tc>
          <w:tcPr>
            <w:tcW w:w="0" w:type="auto"/>
            <w:vAlign w:val="center"/>
            <w:hideMark/>
          </w:tcPr>
          <w:p w14:paraId="3FFCB6C0" w14:textId="77777777" w:rsidR="00F34E8F" w:rsidRPr="00241887" w:rsidRDefault="00F34E8F" w:rsidP="008323D3">
            <w:pPr>
              <w:spacing w:line="360" w:lineRule="auto"/>
              <w:jc w:val="center"/>
              <w:rPr>
                <w:rFonts w:ascii="Arial" w:hAnsi="Arial" w:cs="Arial"/>
                <w:b/>
                <w:bCs/>
                <w:sz w:val="28"/>
                <w:szCs w:val="28"/>
              </w:rPr>
            </w:pPr>
            <w:r w:rsidRPr="00241887">
              <w:rPr>
                <w:rFonts w:ascii="Arial" w:hAnsi="Arial" w:cs="Arial"/>
                <w:b/>
                <w:bCs/>
                <w:sz w:val="28"/>
                <w:szCs w:val="28"/>
              </w:rPr>
              <w:t>Query Name</w:t>
            </w:r>
          </w:p>
        </w:tc>
        <w:tc>
          <w:tcPr>
            <w:tcW w:w="0" w:type="auto"/>
            <w:vAlign w:val="center"/>
            <w:hideMark/>
          </w:tcPr>
          <w:p w14:paraId="5CFBC53B" w14:textId="77777777" w:rsidR="00F34E8F" w:rsidRPr="00241887" w:rsidRDefault="00F34E8F" w:rsidP="008323D3">
            <w:pPr>
              <w:spacing w:line="360" w:lineRule="auto"/>
              <w:jc w:val="center"/>
              <w:rPr>
                <w:rFonts w:ascii="Arial" w:hAnsi="Arial" w:cs="Arial"/>
                <w:b/>
                <w:bCs/>
                <w:sz w:val="28"/>
                <w:szCs w:val="28"/>
              </w:rPr>
            </w:pPr>
            <w:r w:rsidRPr="00241887">
              <w:rPr>
                <w:rFonts w:ascii="Arial" w:hAnsi="Arial" w:cs="Arial"/>
                <w:b/>
                <w:bCs/>
                <w:sz w:val="28"/>
                <w:szCs w:val="28"/>
              </w:rPr>
              <w:t>Purpose</w:t>
            </w:r>
          </w:p>
        </w:tc>
      </w:tr>
      <w:tr w:rsidR="00F34E8F" w:rsidRPr="00BF61C4" w14:paraId="1D97A79D" w14:textId="77777777" w:rsidTr="00A44EC2">
        <w:trPr>
          <w:tblCellSpacing w:w="15" w:type="dxa"/>
        </w:trPr>
        <w:tc>
          <w:tcPr>
            <w:tcW w:w="0" w:type="auto"/>
            <w:vAlign w:val="center"/>
            <w:hideMark/>
          </w:tcPr>
          <w:p w14:paraId="092C1449" w14:textId="77777777" w:rsidR="00F34E8F" w:rsidRPr="00241887" w:rsidRDefault="00F34E8F" w:rsidP="008323D3">
            <w:pPr>
              <w:spacing w:line="360" w:lineRule="auto"/>
              <w:jc w:val="both"/>
              <w:rPr>
                <w:rFonts w:ascii="Arial" w:hAnsi="Arial" w:cs="Arial"/>
                <w:sz w:val="24"/>
                <w:szCs w:val="24"/>
              </w:rPr>
            </w:pPr>
            <w:proofErr w:type="spellStart"/>
            <w:r w:rsidRPr="00241887">
              <w:rPr>
                <w:rFonts w:ascii="Arial" w:hAnsi="Arial" w:cs="Arial"/>
                <w:sz w:val="24"/>
                <w:szCs w:val="24"/>
              </w:rPr>
              <w:t>Customer_Prescription_query</w:t>
            </w:r>
            <w:proofErr w:type="spellEnd"/>
          </w:p>
        </w:tc>
        <w:tc>
          <w:tcPr>
            <w:tcW w:w="0" w:type="auto"/>
            <w:vAlign w:val="center"/>
            <w:hideMark/>
          </w:tcPr>
          <w:p w14:paraId="7B12DC3A" w14:textId="66EE36B8" w:rsidR="00F34E8F" w:rsidRPr="00241887" w:rsidRDefault="00FC38D0" w:rsidP="008323D3">
            <w:pPr>
              <w:spacing w:line="360" w:lineRule="auto"/>
              <w:jc w:val="both"/>
              <w:rPr>
                <w:rFonts w:ascii="Arial" w:hAnsi="Arial" w:cs="Arial"/>
                <w:sz w:val="24"/>
                <w:szCs w:val="24"/>
              </w:rPr>
            </w:pPr>
            <w:r>
              <w:rPr>
                <w:rFonts w:ascii="Arial" w:hAnsi="Arial" w:cs="Arial"/>
                <w:sz w:val="24"/>
                <w:szCs w:val="24"/>
              </w:rPr>
              <w:t>To v</w:t>
            </w:r>
            <w:r w:rsidR="00F34E8F" w:rsidRPr="00241887">
              <w:rPr>
                <w:rFonts w:ascii="Arial" w:hAnsi="Arial" w:cs="Arial"/>
                <w:sz w:val="24"/>
                <w:szCs w:val="24"/>
              </w:rPr>
              <w:t>iew prescription history for a customer</w:t>
            </w:r>
          </w:p>
        </w:tc>
      </w:tr>
      <w:tr w:rsidR="00F34E8F" w:rsidRPr="00BF61C4" w14:paraId="7B1DA3D6" w14:textId="77777777" w:rsidTr="00A44EC2">
        <w:trPr>
          <w:tblCellSpacing w:w="15" w:type="dxa"/>
        </w:trPr>
        <w:tc>
          <w:tcPr>
            <w:tcW w:w="0" w:type="auto"/>
            <w:vAlign w:val="center"/>
            <w:hideMark/>
          </w:tcPr>
          <w:p w14:paraId="5E060654" w14:textId="77777777" w:rsidR="00F34E8F" w:rsidRPr="00241887" w:rsidRDefault="00F34E8F" w:rsidP="008323D3">
            <w:pPr>
              <w:spacing w:line="360" w:lineRule="auto"/>
              <w:jc w:val="both"/>
              <w:rPr>
                <w:rFonts w:ascii="Arial" w:hAnsi="Arial" w:cs="Arial"/>
                <w:sz w:val="24"/>
                <w:szCs w:val="24"/>
              </w:rPr>
            </w:pPr>
            <w:proofErr w:type="spellStart"/>
            <w:r w:rsidRPr="00241887">
              <w:rPr>
                <w:rFonts w:ascii="Arial" w:hAnsi="Arial" w:cs="Arial"/>
                <w:sz w:val="24"/>
                <w:szCs w:val="24"/>
              </w:rPr>
              <w:t>Customer_Salestransaction_query</w:t>
            </w:r>
            <w:proofErr w:type="spellEnd"/>
          </w:p>
        </w:tc>
        <w:tc>
          <w:tcPr>
            <w:tcW w:w="0" w:type="auto"/>
            <w:vAlign w:val="center"/>
            <w:hideMark/>
          </w:tcPr>
          <w:p w14:paraId="282DAB9E" w14:textId="3C4B886E" w:rsidR="00F34E8F" w:rsidRPr="00241887" w:rsidRDefault="00FC38D0" w:rsidP="008323D3">
            <w:pPr>
              <w:spacing w:line="360" w:lineRule="auto"/>
              <w:jc w:val="both"/>
              <w:rPr>
                <w:rFonts w:ascii="Arial" w:hAnsi="Arial" w:cs="Arial"/>
                <w:sz w:val="24"/>
                <w:szCs w:val="24"/>
              </w:rPr>
            </w:pPr>
            <w:r>
              <w:rPr>
                <w:rFonts w:ascii="Arial" w:hAnsi="Arial" w:cs="Arial"/>
                <w:sz w:val="24"/>
                <w:szCs w:val="24"/>
              </w:rPr>
              <w:t>To t</w:t>
            </w:r>
            <w:r w:rsidR="00F34E8F" w:rsidRPr="00241887">
              <w:rPr>
                <w:rFonts w:ascii="Arial" w:hAnsi="Arial" w:cs="Arial"/>
                <w:sz w:val="24"/>
                <w:szCs w:val="24"/>
              </w:rPr>
              <w:t>rack customer sales</w:t>
            </w:r>
          </w:p>
        </w:tc>
      </w:tr>
      <w:tr w:rsidR="00F34E8F" w:rsidRPr="00BF61C4" w14:paraId="5E63DC0B" w14:textId="77777777" w:rsidTr="00A44EC2">
        <w:trPr>
          <w:tblCellSpacing w:w="15" w:type="dxa"/>
        </w:trPr>
        <w:tc>
          <w:tcPr>
            <w:tcW w:w="0" w:type="auto"/>
            <w:vAlign w:val="center"/>
            <w:hideMark/>
          </w:tcPr>
          <w:p w14:paraId="3B2347F9" w14:textId="77777777" w:rsidR="00F34E8F" w:rsidRPr="00241887" w:rsidRDefault="00F34E8F" w:rsidP="008323D3">
            <w:pPr>
              <w:spacing w:line="360" w:lineRule="auto"/>
              <w:jc w:val="both"/>
              <w:rPr>
                <w:rFonts w:ascii="Arial" w:hAnsi="Arial" w:cs="Arial"/>
                <w:sz w:val="24"/>
                <w:szCs w:val="24"/>
              </w:rPr>
            </w:pPr>
            <w:proofErr w:type="spellStart"/>
            <w:r w:rsidRPr="00241887">
              <w:rPr>
                <w:rFonts w:ascii="Arial" w:hAnsi="Arial" w:cs="Arial"/>
                <w:sz w:val="24"/>
                <w:szCs w:val="24"/>
              </w:rPr>
              <w:t>Doctor_customer_prescription_query</w:t>
            </w:r>
            <w:proofErr w:type="spellEnd"/>
          </w:p>
        </w:tc>
        <w:tc>
          <w:tcPr>
            <w:tcW w:w="0" w:type="auto"/>
            <w:vAlign w:val="center"/>
            <w:hideMark/>
          </w:tcPr>
          <w:p w14:paraId="538CDF6B" w14:textId="652379C8" w:rsidR="00F34E8F" w:rsidRPr="00241887" w:rsidRDefault="00701839" w:rsidP="008323D3">
            <w:pPr>
              <w:spacing w:line="360" w:lineRule="auto"/>
              <w:jc w:val="both"/>
              <w:rPr>
                <w:rFonts w:ascii="Arial" w:hAnsi="Arial" w:cs="Arial"/>
                <w:sz w:val="24"/>
                <w:szCs w:val="24"/>
              </w:rPr>
            </w:pPr>
            <w:r>
              <w:rPr>
                <w:rFonts w:ascii="Arial" w:hAnsi="Arial" w:cs="Arial"/>
                <w:sz w:val="24"/>
                <w:szCs w:val="24"/>
              </w:rPr>
              <w:t xml:space="preserve">To </w:t>
            </w:r>
            <w:r w:rsidR="00FC38D0">
              <w:rPr>
                <w:rFonts w:ascii="Arial" w:hAnsi="Arial" w:cs="Arial"/>
                <w:sz w:val="24"/>
                <w:szCs w:val="24"/>
              </w:rPr>
              <w:t>s</w:t>
            </w:r>
            <w:r w:rsidR="00F34E8F" w:rsidRPr="00241887">
              <w:rPr>
                <w:rFonts w:ascii="Arial" w:hAnsi="Arial" w:cs="Arial"/>
                <w:sz w:val="24"/>
                <w:szCs w:val="24"/>
              </w:rPr>
              <w:t>how which doctor issued prescriptions to which customers</w:t>
            </w:r>
          </w:p>
        </w:tc>
      </w:tr>
      <w:tr w:rsidR="00F34E8F" w:rsidRPr="00BF61C4" w14:paraId="6D247DFF" w14:textId="77777777" w:rsidTr="00A44EC2">
        <w:trPr>
          <w:tblCellSpacing w:w="15" w:type="dxa"/>
        </w:trPr>
        <w:tc>
          <w:tcPr>
            <w:tcW w:w="0" w:type="auto"/>
            <w:vAlign w:val="center"/>
            <w:hideMark/>
          </w:tcPr>
          <w:p w14:paraId="37FD7979" w14:textId="77777777" w:rsidR="00F34E8F" w:rsidRPr="00241887" w:rsidRDefault="00F34E8F" w:rsidP="008323D3">
            <w:pPr>
              <w:spacing w:line="360" w:lineRule="auto"/>
              <w:jc w:val="both"/>
              <w:rPr>
                <w:rFonts w:ascii="Arial" w:hAnsi="Arial" w:cs="Arial"/>
                <w:sz w:val="24"/>
                <w:szCs w:val="24"/>
              </w:rPr>
            </w:pPr>
            <w:proofErr w:type="spellStart"/>
            <w:r w:rsidRPr="00241887">
              <w:rPr>
                <w:rFonts w:ascii="Arial" w:hAnsi="Arial" w:cs="Arial"/>
                <w:sz w:val="24"/>
                <w:szCs w:val="24"/>
              </w:rPr>
              <w:t>Doctor_prescription_query</w:t>
            </w:r>
            <w:proofErr w:type="spellEnd"/>
          </w:p>
        </w:tc>
        <w:tc>
          <w:tcPr>
            <w:tcW w:w="0" w:type="auto"/>
            <w:vAlign w:val="center"/>
            <w:hideMark/>
          </w:tcPr>
          <w:p w14:paraId="1229EAE1" w14:textId="1827B875" w:rsidR="00F34E8F" w:rsidRPr="00241887" w:rsidRDefault="00701839" w:rsidP="008323D3">
            <w:pPr>
              <w:spacing w:line="360" w:lineRule="auto"/>
              <w:jc w:val="both"/>
              <w:rPr>
                <w:rFonts w:ascii="Arial" w:hAnsi="Arial" w:cs="Arial"/>
                <w:sz w:val="24"/>
                <w:szCs w:val="24"/>
              </w:rPr>
            </w:pPr>
            <w:r>
              <w:rPr>
                <w:rFonts w:ascii="Arial" w:hAnsi="Arial" w:cs="Arial"/>
                <w:sz w:val="24"/>
                <w:szCs w:val="24"/>
              </w:rPr>
              <w:t>To l</w:t>
            </w:r>
            <w:r w:rsidR="00F34E8F" w:rsidRPr="00241887">
              <w:rPr>
                <w:rFonts w:ascii="Arial" w:hAnsi="Arial" w:cs="Arial"/>
                <w:sz w:val="24"/>
                <w:szCs w:val="24"/>
              </w:rPr>
              <w:t>ist prescriptions issued by a doctor</w:t>
            </w:r>
          </w:p>
        </w:tc>
      </w:tr>
      <w:tr w:rsidR="00F34E8F" w:rsidRPr="00BF61C4" w14:paraId="685742D5" w14:textId="77777777" w:rsidTr="00A44EC2">
        <w:trPr>
          <w:tblCellSpacing w:w="15" w:type="dxa"/>
        </w:trPr>
        <w:tc>
          <w:tcPr>
            <w:tcW w:w="0" w:type="auto"/>
            <w:vAlign w:val="center"/>
            <w:hideMark/>
          </w:tcPr>
          <w:p w14:paraId="2C028BAF" w14:textId="77777777" w:rsidR="00F34E8F" w:rsidRPr="00241887" w:rsidRDefault="00F34E8F" w:rsidP="008323D3">
            <w:pPr>
              <w:spacing w:line="360" w:lineRule="auto"/>
              <w:jc w:val="both"/>
              <w:rPr>
                <w:rFonts w:ascii="Arial" w:hAnsi="Arial" w:cs="Arial"/>
                <w:sz w:val="24"/>
                <w:szCs w:val="24"/>
              </w:rPr>
            </w:pPr>
            <w:proofErr w:type="spellStart"/>
            <w:r w:rsidRPr="00241887">
              <w:rPr>
                <w:rFonts w:ascii="Arial" w:hAnsi="Arial" w:cs="Arial"/>
                <w:sz w:val="24"/>
                <w:szCs w:val="24"/>
              </w:rPr>
              <w:t>Medicine_supplier_query</w:t>
            </w:r>
            <w:proofErr w:type="spellEnd"/>
          </w:p>
        </w:tc>
        <w:tc>
          <w:tcPr>
            <w:tcW w:w="0" w:type="auto"/>
            <w:vAlign w:val="center"/>
            <w:hideMark/>
          </w:tcPr>
          <w:p w14:paraId="78B58FB6" w14:textId="5E09D399" w:rsidR="00F34E8F" w:rsidRPr="00241887" w:rsidRDefault="008E3299" w:rsidP="008323D3">
            <w:pPr>
              <w:spacing w:line="360" w:lineRule="auto"/>
              <w:jc w:val="both"/>
              <w:rPr>
                <w:rFonts w:ascii="Arial" w:hAnsi="Arial" w:cs="Arial"/>
                <w:sz w:val="24"/>
                <w:szCs w:val="24"/>
              </w:rPr>
            </w:pPr>
            <w:r>
              <w:rPr>
                <w:rFonts w:ascii="Arial" w:hAnsi="Arial" w:cs="Arial"/>
                <w:sz w:val="24"/>
                <w:szCs w:val="24"/>
              </w:rPr>
              <w:t>To d</w:t>
            </w:r>
            <w:r w:rsidR="00F34E8F" w:rsidRPr="00241887">
              <w:rPr>
                <w:rFonts w:ascii="Arial" w:hAnsi="Arial" w:cs="Arial"/>
                <w:sz w:val="24"/>
                <w:szCs w:val="24"/>
              </w:rPr>
              <w:t>isplay medicines with their suppliers</w:t>
            </w:r>
          </w:p>
        </w:tc>
      </w:tr>
      <w:tr w:rsidR="00F34E8F" w:rsidRPr="00BF61C4" w14:paraId="1AA807E3" w14:textId="77777777" w:rsidTr="00A44EC2">
        <w:trPr>
          <w:tblCellSpacing w:w="15" w:type="dxa"/>
        </w:trPr>
        <w:tc>
          <w:tcPr>
            <w:tcW w:w="0" w:type="auto"/>
            <w:vAlign w:val="center"/>
            <w:hideMark/>
          </w:tcPr>
          <w:p w14:paraId="76ABE02F" w14:textId="77777777" w:rsidR="00F34E8F" w:rsidRPr="00241887" w:rsidRDefault="00F34E8F" w:rsidP="008323D3">
            <w:pPr>
              <w:spacing w:line="360" w:lineRule="auto"/>
              <w:jc w:val="both"/>
              <w:rPr>
                <w:rFonts w:ascii="Arial" w:hAnsi="Arial" w:cs="Arial"/>
                <w:sz w:val="24"/>
                <w:szCs w:val="24"/>
              </w:rPr>
            </w:pPr>
            <w:proofErr w:type="spellStart"/>
            <w:r w:rsidRPr="00241887">
              <w:rPr>
                <w:rFonts w:ascii="Arial" w:hAnsi="Arial" w:cs="Arial"/>
                <w:sz w:val="24"/>
                <w:szCs w:val="24"/>
              </w:rPr>
              <w:t>Stock_quantity_query</w:t>
            </w:r>
            <w:proofErr w:type="spellEnd"/>
          </w:p>
        </w:tc>
        <w:tc>
          <w:tcPr>
            <w:tcW w:w="0" w:type="auto"/>
            <w:vAlign w:val="center"/>
            <w:hideMark/>
          </w:tcPr>
          <w:p w14:paraId="3AC4601D" w14:textId="4D0F5548" w:rsidR="00F34E8F" w:rsidRPr="00241887" w:rsidRDefault="008E3299" w:rsidP="008323D3">
            <w:pPr>
              <w:spacing w:line="360" w:lineRule="auto"/>
              <w:jc w:val="both"/>
              <w:rPr>
                <w:rFonts w:ascii="Arial" w:hAnsi="Arial" w:cs="Arial"/>
                <w:sz w:val="24"/>
                <w:szCs w:val="24"/>
              </w:rPr>
            </w:pPr>
            <w:r>
              <w:rPr>
                <w:rFonts w:ascii="Arial" w:hAnsi="Arial" w:cs="Arial"/>
                <w:sz w:val="24"/>
                <w:szCs w:val="24"/>
              </w:rPr>
              <w:t>To i</w:t>
            </w:r>
            <w:r w:rsidR="00F34E8F" w:rsidRPr="00241887">
              <w:rPr>
                <w:rFonts w:ascii="Arial" w:hAnsi="Arial" w:cs="Arial"/>
                <w:sz w:val="24"/>
                <w:szCs w:val="24"/>
              </w:rPr>
              <w:t>dentify medicines with low stock</w:t>
            </w:r>
          </w:p>
        </w:tc>
      </w:tr>
    </w:tbl>
    <w:p w14:paraId="06097DE6" w14:textId="2A2034F1" w:rsidR="00470F70" w:rsidRPr="002A0E8B" w:rsidRDefault="00F47D72" w:rsidP="008323D3">
      <w:pPr>
        <w:spacing w:line="360" w:lineRule="auto"/>
      </w:pPr>
      <w:r w:rsidRPr="002A0E8B">
        <w:br/>
      </w:r>
      <w:r w:rsidRPr="002A0E8B">
        <w:br/>
      </w:r>
      <w:r w:rsidR="00E87C36" w:rsidRPr="002A0E8B">
        <w:rPr>
          <w:rFonts w:ascii="Arial Black" w:hAnsi="Arial Black"/>
          <w:color w:val="000000" w:themeColor="text1"/>
          <w:sz w:val="32"/>
          <w:szCs w:val="32"/>
        </w:rPr>
        <w:t xml:space="preserve">2.4 </w:t>
      </w:r>
      <w:r w:rsidRPr="002A0E8B">
        <w:rPr>
          <w:rFonts w:ascii="Arial Black" w:hAnsi="Arial Black"/>
          <w:color w:val="000000" w:themeColor="text1"/>
          <w:sz w:val="32"/>
          <w:szCs w:val="32"/>
        </w:rPr>
        <w:t xml:space="preserve">Screenshots of </w:t>
      </w:r>
      <w:r w:rsidR="00A6668A">
        <w:rPr>
          <w:rFonts w:ascii="Arial Black" w:hAnsi="Arial Black"/>
          <w:color w:val="000000" w:themeColor="text1"/>
          <w:sz w:val="32"/>
          <w:szCs w:val="32"/>
        </w:rPr>
        <w:t xml:space="preserve">query with </w:t>
      </w:r>
      <w:r w:rsidRPr="002A0E8B">
        <w:rPr>
          <w:rFonts w:ascii="Arial Black" w:hAnsi="Arial Black"/>
          <w:color w:val="000000" w:themeColor="text1"/>
          <w:sz w:val="32"/>
          <w:szCs w:val="32"/>
        </w:rPr>
        <w:t>results</w:t>
      </w:r>
    </w:p>
    <w:p w14:paraId="6B547C68" w14:textId="6EE85C82" w:rsidR="00622EE3" w:rsidRPr="002A0E8B" w:rsidRDefault="00D93A20" w:rsidP="008323D3">
      <w:pPr>
        <w:pStyle w:val="ListParagraph"/>
        <w:numPr>
          <w:ilvl w:val="0"/>
          <w:numId w:val="48"/>
        </w:numPr>
        <w:spacing w:line="360" w:lineRule="auto"/>
        <w:jc w:val="both"/>
        <w:rPr>
          <w:rFonts w:ascii="Arial" w:hAnsi="Arial" w:cs="Arial"/>
          <w:sz w:val="28"/>
          <w:szCs w:val="28"/>
        </w:rPr>
      </w:pPr>
      <w:proofErr w:type="spellStart"/>
      <w:r w:rsidRPr="002A0E8B">
        <w:rPr>
          <w:rFonts w:ascii="Arial" w:hAnsi="Arial" w:cs="Arial"/>
          <w:b/>
          <w:bCs/>
          <w:sz w:val="28"/>
          <w:szCs w:val="28"/>
        </w:rPr>
        <w:t>Customer_Prescription_query</w:t>
      </w:r>
      <w:proofErr w:type="spellEnd"/>
    </w:p>
    <w:p w14:paraId="706B8B92" w14:textId="6331DEF6" w:rsidR="005344DE" w:rsidRPr="002A0E8B" w:rsidRDefault="00F77C5C" w:rsidP="008323D3">
      <w:pPr>
        <w:spacing w:line="360" w:lineRule="auto"/>
        <w:jc w:val="both"/>
        <w:rPr>
          <w:rFonts w:ascii="Arial" w:hAnsi="Arial" w:cs="Arial"/>
          <w:b/>
          <w:bCs/>
        </w:rPr>
      </w:pPr>
      <w:r w:rsidRPr="002A0E8B">
        <w:rPr>
          <w:rFonts w:ascii="Arial" w:hAnsi="Arial" w:cs="Arial"/>
        </w:rPr>
        <w:drawing>
          <wp:anchor distT="0" distB="0" distL="114300" distR="114300" simplePos="0" relativeHeight="251658250" behindDoc="1" locked="0" layoutInCell="1" allowOverlap="1" wp14:anchorId="0F5DFF9F" wp14:editId="30EB93DB">
            <wp:simplePos x="0" y="0"/>
            <wp:positionH relativeFrom="column">
              <wp:posOffset>0</wp:posOffset>
            </wp:positionH>
            <wp:positionV relativeFrom="paragraph">
              <wp:posOffset>66675</wp:posOffset>
            </wp:positionV>
            <wp:extent cx="5731510" cy="2642235"/>
            <wp:effectExtent l="76200" t="76200" r="135890" b="139065"/>
            <wp:wrapNone/>
            <wp:docPr id="211752711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527118" name="Picture 2117527118"/>
                    <pic:cNvPicPr/>
                  </pic:nvPicPr>
                  <pic:blipFill>
                    <a:blip r:embed="rId18">
                      <a:extLst>
                        <a:ext uri="{28A0092B-C50C-407E-A947-70E740481C1C}">
                          <a14:useLocalDpi xmlns:a14="http://schemas.microsoft.com/office/drawing/2010/main" val="0"/>
                        </a:ext>
                      </a:extLst>
                    </a:blip>
                    <a:stretch>
                      <a:fillRect/>
                    </a:stretch>
                  </pic:blipFill>
                  <pic:spPr>
                    <a:xfrm>
                      <a:off x="0" y="0"/>
                      <a:ext cx="5731510" cy="26422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7ED02EF6" w14:textId="77777777" w:rsidR="005344DE" w:rsidRPr="002A0E8B" w:rsidRDefault="005344DE" w:rsidP="008323D3">
      <w:pPr>
        <w:spacing w:line="360" w:lineRule="auto"/>
        <w:jc w:val="both"/>
        <w:rPr>
          <w:rFonts w:ascii="Arial" w:hAnsi="Arial" w:cs="Arial"/>
          <w:b/>
          <w:bCs/>
        </w:rPr>
      </w:pPr>
    </w:p>
    <w:p w14:paraId="7A13275D" w14:textId="77777777" w:rsidR="005344DE" w:rsidRDefault="005344DE" w:rsidP="008323D3">
      <w:pPr>
        <w:spacing w:line="360" w:lineRule="auto"/>
        <w:jc w:val="both"/>
        <w:rPr>
          <w:rFonts w:ascii="Arial" w:hAnsi="Arial" w:cs="Arial"/>
          <w:b/>
          <w:bCs/>
        </w:rPr>
      </w:pPr>
    </w:p>
    <w:p w14:paraId="014765EA" w14:textId="77777777" w:rsidR="009022D2" w:rsidRDefault="009022D2" w:rsidP="008323D3">
      <w:pPr>
        <w:spacing w:line="360" w:lineRule="auto"/>
        <w:jc w:val="both"/>
        <w:rPr>
          <w:rFonts w:ascii="Arial" w:hAnsi="Arial" w:cs="Arial"/>
          <w:b/>
          <w:bCs/>
        </w:rPr>
      </w:pPr>
    </w:p>
    <w:p w14:paraId="22C997E3" w14:textId="77777777" w:rsidR="009022D2" w:rsidRDefault="009022D2" w:rsidP="008323D3">
      <w:pPr>
        <w:spacing w:line="360" w:lineRule="auto"/>
        <w:jc w:val="both"/>
        <w:rPr>
          <w:rFonts w:ascii="Arial" w:hAnsi="Arial" w:cs="Arial"/>
          <w:b/>
          <w:bCs/>
        </w:rPr>
      </w:pPr>
    </w:p>
    <w:p w14:paraId="3C3379D3" w14:textId="77777777" w:rsidR="009022D2" w:rsidRPr="002A0E8B" w:rsidRDefault="009022D2" w:rsidP="008323D3">
      <w:pPr>
        <w:spacing w:line="360" w:lineRule="auto"/>
        <w:jc w:val="both"/>
        <w:rPr>
          <w:rFonts w:ascii="Arial" w:hAnsi="Arial" w:cs="Arial"/>
          <w:b/>
          <w:bCs/>
        </w:rPr>
      </w:pPr>
    </w:p>
    <w:p w14:paraId="093BCE62" w14:textId="77777777" w:rsidR="005344DE" w:rsidRPr="002A0E8B" w:rsidRDefault="005344DE" w:rsidP="008323D3">
      <w:pPr>
        <w:spacing w:line="360" w:lineRule="auto"/>
        <w:jc w:val="both"/>
        <w:rPr>
          <w:rFonts w:ascii="Arial" w:hAnsi="Arial" w:cs="Arial"/>
          <w:b/>
          <w:bCs/>
        </w:rPr>
      </w:pPr>
    </w:p>
    <w:p w14:paraId="7C6104BC" w14:textId="5CCF34EA" w:rsidR="00875417" w:rsidRPr="002A0E8B" w:rsidRDefault="00D93A20" w:rsidP="008323D3">
      <w:pPr>
        <w:spacing w:line="360" w:lineRule="auto"/>
        <w:jc w:val="center"/>
        <w:rPr>
          <w:rFonts w:ascii="Arial" w:hAnsi="Arial" w:cs="Arial"/>
          <w:b/>
          <w:bCs/>
        </w:rPr>
      </w:pPr>
      <w:r w:rsidRPr="002A0E8B">
        <w:rPr>
          <w:rFonts w:ascii="Arial" w:hAnsi="Arial" w:cs="Arial"/>
          <w:b/>
          <w:bCs/>
          <w:sz w:val="24"/>
          <w:szCs w:val="24"/>
        </w:rPr>
        <w:t>Figure:</w:t>
      </w:r>
      <w:r w:rsidR="0048771A" w:rsidRPr="002A0E8B">
        <w:rPr>
          <w:rFonts w:ascii="Arial" w:hAnsi="Arial" w:cs="Arial"/>
          <w:sz w:val="26"/>
          <w:szCs w:val="26"/>
        </w:rPr>
        <w:t xml:space="preserve"> </w:t>
      </w:r>
      <w:r w:rsidR="00877EBF" w:rsidRPr="002A0E8B">
        <w:rPr>
          <w:rFonts w:ascii="Arial" w:hAnsi="Arial" w:cs="Arial"/>
          <w:sz w:val="26"/>
          <w:szCs w:val="26"/>
        </w:rPr>
        <w:t xml:space="preserve">Design view of </w:t>
      </w:r>
      <w:proofErr w:type="spellStart"/>
      <w:r w:rsidR="0048771A" w:rsidRPr="002A0E8B">
        <w:rPr>
          <w:rFonts w:ascii="Arial" w:hAnsi="Arial" w:cs="Arial"/>
          <w:sz w:val="26"/>
          <w:szCs w:val="26"/>
        </w:rPr>
        <w:t>Customer_Prescription_query</w:t>
      </w:r>
      <w:proofErr w:type="spellEnd"/>
    </w:p>
    <w:p w14:paraId="281EC92E" w14:textId="3E352A0D" w:rsidR="005344DE" w:rsidRPr="002A0E8B" w:rsidRDefault="00421A82" w:rsidP="008323D3">
      <w:pPr>
        <w:spacing w:line="360" w:lineRule="auto"/>
        <w:jc w:val="both"/>
        <w:rPr>
          <w:rFonts w:ascii="Arial" w:hAnsi="Arial" w:cs="Arial"/>
          <w:b/>
          <w:bCs/>
        </w:rPr>
      </w:pPr>
      <w:r w:rsidRPr="002A0E8B">
        <w:rPr>
          <w:rFonts w:ascii="Arial" w:hAnsi="Arial" w:cs="Arial"/>
        </w:rPr>
        <w:drawing>
          <wp:anchor distT="0" distB="0" distL="114300" distR="114300" simplePos="0" relativeHeight="251658251" behindDoc="1" locked="0" layoutInCell="1" allowOverlap="1" wp14:anchorId="189B0FEA" wp14:editId="7326FEF1">
            <wp:simplePos x="0" y="0"/>
            <wp:positionH relativeFrom="column">
              <wp:posOffset>0</wp:posOffset>
            </wp:positionH>
            <wp:positionV relativeFrom="paragraph">
              <wp:posOffset>76200</wp:posOffset>
            </wp:positionV>
            <wp:extent cx="5731510" cy="2068830"/>
            <wp:effectExtent l="76200" t="76200" r="135890" b="140970"/>
            <wp:wrapNone/>
            <wp:docPr id="168892857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928579" name="Picture 1688928579"/>
                    <pic:cNvPicPr/>
                  </pic:nvPicPr>
                  <pic:blipFill>
                    <a:blip r:embed="rId19">
                      <a:extLst>
                        <a:ext uri="{28A0092B-C50C-407E-A947-70E740481C1C}">
                          <a14:useLocalDpi xmlns:a14="http://schemas.microsoft.com/office/drawing/2010/main" val="0"/>
                        </a:ext>
                      </a:extLst>
                    </a:blip>
                    <a:stretch>
                      <a:fillRect/>
                    </a:stretch>
                  </pic:blipFill>
                  <pic:spPr>
                    <a:xfrm>
                      <a:off x="0" y="0"/>
                      <a:ext cx="5731510" cy="20688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V relativeFrom="margin">
              <wp14:pctHeight>0</wp14:pctHeight>
            </wp14:sizeRelV>
          </wp:anchor>
        </w:drawing>
      </w:r>
    </w:p>
    <w:p w14:paraId="0FA2DA74" w14:textId="77777777" w:rsidR="005344DE" w:rsidRPr="002A0E8B" w:rsidRDefault="005344DE" w:rsidP="008323D3">
      <w:pPr>
        <w:spacing w:line="360" w:lineRule="auto"/>
        <w:jc w:val="both"/>
        <w:rPr>
          <w:rFonts w:ascii="Arial" w:hAnsi="Arial" w:cs="Arial"/>
          <w:b/>
          <w:bCs/>
        </w:rPr>
      </w:pPr>
    </w:p>
    <w:p w14:paraId="127E1B67" w14:textId="77777777" w:rsidR="005344DE" w:rsidRPr="002A0E8B" w:rsidRDefault="005344DE" w:rsidP="008323D3">
      <w:pPr>
        <w:spacing w:line="360" w:lineRule="auto"/>
        <w:jc w:val="both"/>
        <w:rPr>
          <w:rFonts w:ascii="Arial" w:hAnsi="Arial" w:cs="Arial"/>
          <w:b/>
          <w:bCs/>
        </w:rPr>
      </w:pPr>
    </w:p>
    <w:p w14:paraId="67991683" w14:textId="77777777" w:rsidR="005344DE" w:rsidRPr="002A0E8B" w:rsidRDefault="005344DE" w:rsidP="008323D3">
      <w:pPr>
        <w:spacing w:line="360" w:lineRule="auto"/>
        <w:jc w:val="both"/>
        <w:rPr>
          <w:rFonts w:ascii="Arial" w:hAnsi="Arial" w:cs="Arial"/>
          <w:b/>
          <w:bCs/>
        </w:rPr>
      </w:pPr>
    </w:p>
    <w:p w14:paraId="13FA44D1" w14:textId="77777777" w:rsidR="005344DE" w:rsidRPr="002A0E8B" w:rsidRDefault="005344DE" w:rsidP="008323D3">
      <w:pPr>
        <w:spacing w:line="360" w:lineRule="auto"/>
        <w:jc w:val="both"/>
        <w:rPr>
          <w:rFonts w:ascii="Arial" w:hAnsi="Arial" w:cs="Arial"/>
          <w:b/>
          <w:bCs/>
        </w:rPr>
      </w:pPr>
    </w:p>
    <w:p w14:paraId="363A4BAC" w14:textId="77777777" w:rsidR="005344DE" w:rsidRPr="002A0E8B" w:rsidRDefault="005344DE" w:rsidP="008323D3">
      <w:pPr>
        <w:spacing w:line="360" w:lineRule="auto"/>
        <w:jc w:val="both"/>
        <w:rPr>
          <w:rFonts w:ascii="Arial" w:hAnsi="Arial" w:cs="Arial"/>
          <w:b/>
          <w:bCs/>
        </w:rPr>
      </w:pPr>
    </w:p>
    <w:p w14:paraId="263A16CF" w14:textId="3777467E" w:rsidR="005344DE" w:rsidRPr="002A0E8B" w:rsidRDefault="00421A82" w:rsidP="008323D3">
      <w:pPr>
        <w:spacing w:line="360" w:lineRule="auto"/>
        <w:jc w:val="center"/>
        <w:rPr>
          <w:rFonts w:ascii="Arial" w:hAnsi="Arial" w:cs="Arial"/>
          <w:b/>
          <w:bCs/>
        </w:rPr>
      </w:pPr>
      <w:r w:rsidRPr="002A0E8B">
        <w:rPr>
          <w:rFonts w:ascii="Arial" w:hAnsi="Arial" w:cs="Arial"/>
          <w:b/>
          <w:bCs/>
          <w:sz w:val="24"/>
          <w:szCs w:val="24"/>
        </w:rPr>
        <w:t>Figure:</w:t>
      </w:r>
      <w:r w:rsidR="0064503A" w:rsidRPr="002A0E8B">
        <w:rPr>
          <w:rFonts w:ascii="Arial" w:hAnsi="Arial" w:cs="Arial"/>
          <w:b/>
          <w:bCs/>
          <w:sz w:val="24"/>
          <w:szCs w:val="24"/>
        </w:rPr>
        <w:t xml:space="preserve"> </w:t>
      </w:r>
      <w:r w:rsidR="0064503A" w:rsidRPr="002A0E8B">
        <w:rPr>
          <w:rFonts w:ascii="Arial" w:hAnsi="Arial" w:cs="Arial"/>
          <w:sz w:val="28"/>
          <w:szCs w:val="28"/>
        </w:rPr>
        <w:t xml:space="preserve">Table view of </w:t>
      </w:r>
      <w:proofErr w:type="spellStart"/>
      <w:r w:rsidR="0064503A" w:rsidRPr="002A0E8B">
        <w:rPr>
          <w:rFonts w:ascii="Arial" w:hAnsi="Arial" w:cs="Arial"/>
          <w:sz w:val="28"/>
          <w:szCs w:val="28"/>
        </w:rPr>
        <w:t>Customer_Prescription_query</w:t>
      </w:r>
      <w:proofErr w:type="spellEnd"/>
    </w:p>
    <w:p w14:paraId="4A4858F4" w14:textId="18A4B34C" w:rsidR="005344DE" w:rsidRPr="002A0E8B" w:rsidRDefault="00D53AC7" w:rsidP="008323D3">
      <w:pPr>
        <w:spacing w:line="360" w:lineRule="auto"/>
        <w:jc w:val="both"/>
        <w:rPr>
          <w:rFonts w:ascii="Arial" w:hAnsi="Arial" w:cs="Arial"/>
          <w:b/>
          <w:bCs/>
        </w:rPr>
      </w:pPr>
      <w:r w:rsidRPr="002A0E8B">
        <w:rPr>
          <w:rFonts w:ascii="Arial" w:hAnsi="Arial" w:cs="Arial"/>
        </w:rPr>
        <w:drawing>
          <wp:anchor distT="0" distB="0" distL="114300" distR="114300" simplePos="0" relativeHeight="251658252" behindDoc="1" locked="0" layoutInCell="1" allowOverlap="1" wp14:anchorId="017F2788" wp14:editId="3A0F640E">
            <wp:simplePos x="0" y="0"/>
            <wp:positionH relativeFrom="margin">
              <wp:posOffset>0</wp:posOffset>
            </wp:positionH>
            <wp:positionV relativeFrom="paragraph">
              <wp:posOffset>-66675</wp:posOffset>
            </wp:positionV>
            <wp:extent cx="5731510" cy="1438275"/>
            <wp:effectExtent l="76200" t="76200" r="135890" b="142875"/>
            <wp:wrapNone/>
            <wp:docPr id="91029986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299863" name="Picture 910299863"/>
                    <pic:cNvPicPr/>
                  </pic:nvPicPr>
                  <pic:blipFill>
                    <a:blip r:embed="rId20">
                      <a:extLst>
                        <a:ext uri="{28A0092B-C50C-407E-A947-70E740481C1C}">
                          <a14:useLocalDpi xmlns:a14="http://schemas.microsoft.com/office/drawing/2010/main" val="0"/>
                        </a:ext>
                      </a:extLst>
                    </a:blip>
                    <a:stretch>
                      <a:fillRect/>
                    </a:stretch>
                  </pic:blipFill>
                  <pic:spPr>
                    <a:xfrm>
                      <a:off x="0" y="0"/>
                      <a:ext cx="5731510" cy="1438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V relativeFrom="margin">
              <wp14:pctHeight>0</wp14:pctHeight>
            </wp14:sizeRelV>
          </wp:anchor>
        </w:drawing>
      </w:r>
    </w:p>
    <w:p w14:paraId="38261CBE" w14:textId="77777777" w:rsidR="005344DE" w:rsidRPr="002A0E8B" w:rsidRDefault="005344DE" w:rsidP="008323D3">
      <w:pPr>
        <w:spacing w:line="360" w:lineRule="auto"/>
        <w:jc w:val="both"/>
        <w:rPr>
          <w:rFonts w:ascii="Arial" w:hAnsi="Arial" w:cs="Arial"/>
          <w:b/>
          <w:bCs/>
        </w:rPr>
      </w:pPr>
    </w:p>
    <w:p w14:paraId="3470FE70" w14:textId="77777777" w:rsidR="005344DE" w:rsidRPr="002A0E8B" w:rsidRDefault="005344DE" w:rsidP="008323D3">
      <w:pPr>
        <w:spacing w:line="360" w:lineRule="auto"/>
        <w:jc w:val="both"/>
        <w:rPr>
          <w:rFonts w:ascii="Arial" w:hAnsi="Arial" w:cs="Arial"/>
          <w:b/>
          <w:bCs/>
        </w:rPr>
      </w:pPr>
    </w:p>
    <w:p w14:paraId="72F24E73" w14:textId="77777777" w:rsidR="005344DE" w:rsidRPr="002A0E8B" w:rsidRDefault="005344DE" w:rsidP="008323D3">
      <w:pPr>
        <w:spacing w:line="360" w:lineRule="auto"/>
        <w:jc w:val="both"/>
        <w:rPr>
          <w:rFonts w:ascii="Arial" w:hAnsi="Arial" w:cs="Arial"/>
          <w:b/>
          <w:bCs/>
        </w:rPr>
      </w:pPr>
    </w:p>
    <w:p w14:paraId="42702F24" w14:textId="0AE22142" w:rsidR="00875417" w:rsidRDefault="00D53AC7" w:rsidP="008323D3">
      <w:pPr>
        <w:spacing w:line="360" w:lineRule="auto"/>
        <w:jc w:val="center"/>
        <w:rPr>
          <w:rFonts w:ascii="Arial" w:hAnsi="Arial" w:cs="Arial"/>
          <w:sz w:val="28"/>
          <w:szCs w:val="28"/>
        </w:rPr>
      </w:pPr>
      <w:r w:rsidRPr="002A0E8B">
        <w:rPr>
          <w:rFonts w:ascii="Arial" w:hAnsi="Arial" w:cs="Arial"/>
          <w:b/>
          <w:bCs/>
          <w:sz w:val="24"/>
          <w:szCs w:val="24"/>
        </w:rPr>
        <w:t>Figure:</w:t>
      </w:r>
      <w:r w:rsidR="00F05DD5" w:rsidRPr="002A0E8B">
        <w:rPr>
          <w:rFonts w:ascii="Arial" w:hAnsi="Arial" w:cs="Arial"/>
          <w:sz w:val="28"/>
          <w:szCs w:val="28"/>
        </w:rPr>
        <w:t xml:space="preserve"> SQL view of </w:t>
      </w:r>
      <w:proofErr w:type="spellStart"/>
      <w:r w:rsidR="00F05DD5" w:rsidRPr="002A0E8B">
        <w:rPr>
          <w:rFonts w:ascii="Arial" w:hAnsi="Arial" w:cs="Arial"/>
          <w:sz w:val="28"/>
          <w:szCs w:val="28"/>
        </w:rPr>
        <w:t>Customer_Prescription_query</w:t>
      </w:r>
      <w:proofErr w:type="spellEnd"/>
    </w:p>
    <w:p w14:paraId="22C48567" w14:textId="77777777" w:rsidR="00AB0AAD" w:rsidRPr="002A0E8B" w:rsidRDefault="00AB0AAD" w:rsidP="008323D3">
      <w:pPr>
        <w:spacing w:line="360" w:lineRule="auto"/>
        <w:jc w:val="center"/>
        <w:rPr>
          <w:rFonts w:ascii="Arial" w:hAnsi="Arial" w:cs="Arial"/>
          <w:b/>
          <w:bCs/>
          <w:sz w:val="28"/>
          <w:szCs w:val="28"/>
        </w:rPr>
      </w:pPr>
    </w:p>
    <w:p w14:paraId="5A694426" w14:textId="2DEF3D08" w:rsidR="00426DAB" w:rsidRPr="002A0E8B" w:rsidRDefault="00426DAB" w:rsidP="008323D3">
      <w:pPr>
        <w:pStyle w:val="ListParagraph"/>
        <w:numPr>
          <w:ilvl w:val="0"/>
          <w:numId w:val="48"/>
        </w:numPr>
        <w:spacing w:line="360" w:lineRule="auto"/>
        <w:jc w:val="both"/>
        <w:rPr>
          <w:rFonts w:ascii="Arial" w:hAnsi="Arial" w:cs="Arial"/>
          <w:sz w:val="28"/>
          <w:szCs w:val="28"/>
        </w:rPr>
      </w:pPr>
      <w:proofErr w:type="spellStart"/>
      <w:r w:rsidRPr="002A0E8B">
        <w:rPr>
          <w:rFonts w:ascii="Arial" w:hAnsi="Arial" w:cs="Arial"/>
          <w:b/>
          <w:bCs/>
          <w:sz w:val="28"/>
          <w:szCs w:val="28"/>
        </w:rPr>
        <w:t>Customer_Salestranscation_query</w:t>
      </w:r>
      <w:proofErr w:type="spellEnd"/>
      <w:r w:rsidRPr="002A0E8B">
        <w:rPr>
          <w:rFonts w:ascii="Arial" w:hAnsi="Arial" w:cs="Arial"/>
          <w:b/>
          <w:bCs/>
          <w:sz w:val="28"/>
          <w:szCs w:val="28"/>
        </w:rPr>
        <w:t xml:space="preserve"> </w:t>
      </w:r>
    </w:p>
    <w:p w14:paraId="09A1460B" w14:textId="189EAAE2" w:rsidR="00426DAB" w:rsidRPr="002A0E8B" w:rsidRDefault="007904B2" w:rsidP="008323D3">
      <w:pPr>
        <w:spacing w:line="360" w:lineRule="auto"/>
        <w:jc w:val="both"/>
        <w:rPr>
          <w:rFonts w:ascii="Arial" w:hAnsi="Arial" w:cs="Arial"/>
          <w:b/>
          <w:bCs/>
        </w:rPr>
      </w:pPr>
      <w:r w:rsidRPr="002A0E8B">
        <w:rPr>
          <w:rFonts w:ascii="Arial" w:hAnsi="Arial" w:cs="Arial"/>
        </w:rPr>
        <w:drawing>
          <wp:anchor distT="0" distB="0" distL="114300" distR="114300" simplePos="0" relativeHeight="251658253" behindDoc="1" locked="0" layoutInCell="1" allowOverlap="1" wp14:anchorId="1A0E7047" wp14:editId="7B7E3457">
            <wp:simplePos x="0" y="0"/>
            <wp:positionH relativeFrom="column">
              <wp:posOffset>0</wp:posOffset>
            </wp:positionH>
            <wp:positionV relativeFrom="paragraph">
              <wp:posOffset>76200</wp:posOffset>
            </wp:positionV>
            <wp:extent cx="5731510" cy="2124075"/>
            <wp:effectExtent l="76200" t="76200" r="135890" b="142875"/>
            <wp:wrapNone/>
            <wp:docPr id="23316877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168772" name="Picture 23316877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1240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2090AAF3" w14:textId="77777777" w:rsidR="000777B9" w:rsidRDefault="000777B9" w:rsidP="008323D3">
      <w:pPr>
        <w:pStyle w:val="ListParagraph"/>
        <w:spacing w:line="360" w:lineRule="auto"/>
        <w:jc w:val="center"/>
        <w:rPr>
          <w:rFonts w:ascii="Arial" w:hAnsi="Arial" w:cs="Arial"/>
          <w:b/>
          <w:bCs/>
          <w:sz w:val="24"/>
          <w:szCs w:val="24"/>
        </w:rPr>
      </w:pPr>
    </w:p>
    <w:p w14:paraId="00AAEFA3" w14:textId="77777777" w:rsidR="000777B9" w:rsidRDefault="000777B9" w:rsidP="008323D3">
      <w:pPr>
        <w:pStyle w:val="ListParagraph"/>
        <w:spacing w:line="360" w:lineRule="auto"/>
        <w:jc w:val="center"/>
        <w:rPr>
          <w:rFonts w:ascii="Arial" w:hAnsi="Arial" w:cs="Arial"/>
          <w:b/>
          <w:bCs/>
          <w:sz w:val="24"/>
          <w:szCs w:val="24"/>
        </w:rPr>
      </w:pPr>
    </w:p>
    <w:p w14:paraId="03FE3FA0" w14:textId="77777777" w:rsidR="000777B9" w:rsidRDefault="000777B9" w:rsidP="008323D3">
      <w:pPr>
        <w:pStyle w:val="ListParagraph"/>
        <w:spacing w:line="360" w:lineRule="auto"/>
        <w:jc w:val="center"/>
        <w:rPr>
          <w:rFonts w:ascii="Arial" w:hAnsi="Arial" w:cs="Arial"/>
          <w:b/>
          <w:bCs/>
          <w:sz w:val="24"/>
          <w:szCs w:val="24"/>
        </w:rPr>
      </w:pPr>
    </w:p>
    <w:p w14:paraId="40448142" w14:textId="77777777" w:rsidR="000777B9" w:rsidRDefault="000777B9" w:rsidP="008323D3">
      <w:pPr>
        <w:pStyle w:val="ListParagraph"/>
        <w:spacing w:line="360" w:lineRule="auto"/>
        <w:jc w:val="center"/>
        <w:rPr>
          <w:rFonts w:ascii="Arial" w:hAnsi="Arial" w:cs="Arial"/>
          <w:b/>
          <w:bCs/>
          <w:sz w:val="24"/>
          <w:szCs w:val="24"/>
        </w:rPr>
      </w:pPr>
    </w:p>
    <w:p w14:paraId="18892C5D" w14:textId="77777777" w:rsidR="000777B9" w:rsidRDefault="000777B9" w:rsidP="008323D3">
      <w:pPr>
        <w:pStyle w:val="ListParagraph"/>
        <w:spacing w:line="360" w:lineRule="auto"/>
        <w:jc w:val="center"/>
        <w:rPr>
          <w:rFonts w:ascii="Arial" w:hAnsi="Arial" w:cs="Arial"/>
          <w:b/>
          <w:bCs/>
          <w:sz w:val="24"/>
          <w:szCs w:val="24"/>
        </w:rPr>
      </w:pPr>
    </w:p>
    <w:p w14:paraId="448A65FF" w14:textId="77777777" w:rsidR="000777B9" w:rsidRDefault="000777B9" w:rsidP="008323D3">
      <w:pPr>
        <w:pStyle w:val="ListParagraph"/>
        <w:spacing w:line="360" w:lineRule="auto"/>
        <w:jc w:val="center"/>
        <w:rPr>
          <w:rFonts w:ascii="Arial" w:hAnsi="Arial" w:cs="Arial"/>
          <w:b/>
          <w:bCs/>
          <w:sz w:val="24"/>
          <w:szCs w:val="24"/>
        </w:rPr>
      </w:pPr>
    </w:p>
    <w:p w14:paraId="680FC4F5" w14:textId="77777777" w:rsidR="000777B9" w:rsidRDefault="000777B9" w:rsidP="008323D3">
      <w:pPr>
        <w:pStyle w:val="ListParagraph"/>
        <w:spacing w:line="360" w:lineRule="auto"/>
        <w:jc w:val="center"/>
        <w:rPr>
          <w:rFonts w:ascii="Arial" w:hAnsi="Arial" w:cs="Arial"/>
          <w:b/>
          <w:bCs/>
          <w:sz w:val="24"/>
          <w:szCs w:val="24"/>
        </w:rPr>
      </w:pPr>
    </w:p>
    <w:p w14:paraId="6F077D15" w14:textId="77777777" w:rsidR="000777B9" w:rsidRDefault="000777B9" w:rsidP="008323D3">
      <w:pPr>
        <w:pStyle w:val="ListParagraph"/>
        <w:spacing w:line="360" w:lineRule="auto"/>
        <w:jc w:val="center"/>
        <w:rPr>
          <w:rFonts w:ascii="Arial" w:hAnsi="Arial" w:cs="Arial"/>
          <w:b/>
          <w:bCs/>
          <w:sz w:val="24"/>
          <w:szCs w:val="24"/>
        </w:rPr>
      </w:pPr>
    </w:p>
    <w:p w14:paraId="4E62F0CD" w14:textId="4003DB79" w:rsidR="00003C7E" w:rsidRPr="002A0E8B" w:rsidRDefault="007904B2" w:rsidP="008323D3">
      <w:pPr>
        <w:pStyle w:val="ListParagraph"/>
        <w:spacing w:line="360" w:lineRule="auto"/>
        <w:jc w:val="center"/>
        <w:rPr>
          <w:rFonts w:ascii="Arial" w:hAnsi="Arial" w:cs="Arial"/>
          <w:sz w:val="24"/>
          <w:szCs w:val="24"/>
        </w:rPr>
      </w:pPr>
      <w:r w:rsidRPr="002A0E8B">
        <w:rPr>
          <w:rFonts w:ascii="Arial" w:hAnsi="Arial" w:cs="Arial"/>
          <w:b/>
          <w:bCs/>
          <w:sz w:val="24"/>
          <w:szCs w:val="24"/>
        </w:rPr>
        <w:t>Figure</w:t>
      </w:r>
      <w:r w:rsidR="00DC4BC2" w:rsidRPr="002A0E8B">
        <w:rPr>
          <w:rFonts w:ascii="Arial" w:hAnsi="Arial" w:cs="Arial"/>
          <w:b/>
          <w:bCs/>
          <w:sz w:val="24"/>
          <w:szCs w:val="24"/>
        </w:rPr>
        <w:t>:</w:t>
      </w:r>
      <w:r w:rsidR="00003C7E" w:rsidRPr="002A0E8B">
        <w:rPr>
          <w:rFonts w:ascii="Arial" w:hAnsi="Arial" w:cs="Arial"/>
          <w:sz w:val="24"/>
          <w:szCs w:val="24"/>
        </w:rPr>
        <w:t xml:space="preserve"> Design view of </w:t>
      </w:r>
      <w:proofErr w:type="spellStart"/>
      <w:r w:rsidR="00003C7E" w:rsidRPr="002A0E8B">
        <w:rPr>
          <w:rFonts w:ascii="Arial" w:hAnsi="Arial" w:cs="Arial"/>
          <w:sz w:val="24"/>
          <w:szCs w:val="24"/>
        </w:rPr>
        <w:t>Customer_Salestranscation_query</w:t>
      </w:r>
      <w:proofErr w:type="spellEnd"/>
    </w:p>
    <w:p w14:paraId="3A74D3AE" w14:textId="4133C22F" w:rsidR="00426DAB" w:rsidRPr="002A0E8B" w:rsidRDefault="00B26E43" w:rsidP="008323D3">
      <w:pPr>
        <w:spacing w:line="360" w:lineRule="auto"/>
        <w:jc w:val="both"/>
        <w:rPr>
          <w:rFonts w:ascii="Arial" w:hAnsi="Arial" w:cs="Arial"/>
          <w:b/>
          <w:bCs/>
        </w:rPr>
      </w:pPr>
      <w:r w:rsidRPr="002A0E8B">
        <w:rPr>
          <w:rFonts w:ascii="Arial" w:hAnsi="Arial" w:cs="Arial"/>
        </w:rPr>
        <w:drawing>
          <wp:anchor distT="0" distB="0" distL="114300" distR="114300" simplePos="0" relativeHeight="251658254" behindDoc="1" locked="0" layoutInCell="1" allowOverlap="1" wp14:anchorId="79AD6820" wp14:editId="33AAE3D8">
            <wp:simplePos x="0" y="0"/>
            <wp:positionH relativeFrom="column">
              <wp:posOffset>0</wp:posOffset>
            </wp:positionH>
            <wp:positionV relativeFrom="paragraph">
              <wp:posOffset>76200</wp:posOffset>
            </wp:positionV>
            <wp:extent cx="5731510" cy="1946275"/>
            <wp:effectExtent l="76200" t="76200" r="135890" b="130175"/>
            <wp:wrapNone/>
            <wp:docPr id="83241033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410339" name="Picture 832410339"/>
                    <pic:cNvPicPr/>
                  </pic:nvPicPr>
                  <pic:blipFill>
                    <a:blip r:embed="rId22">
                      <a:extLst>
                        <a:ext uri="{28A0092B-C50C-407E-A947-70E740481C1C}">
                          <a14:useLocalDpi xmlns:a14="http://schemas.microsoft.com/office/drawing/2010/main" val="0"/>
                        </a:ext>
                      </a:extLst>
                    </a:blip>
                    <a:stretch>
                      <a:fillRect/>
                    </a:stretch>
                  </pic:blipFill>
                  <pic:spPr>
                    <a:xfrm>
                      <a:off x="0" y="0"/>
                      <a:ext cx="5731510" cy="1946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V relativeFrom="margin">
              <wp14:pctHeight>0</wp14:pctHeight>
            </wp14:sizeRelV>
          </wp:anchor>
        </w:drawing>
      </w:r>
    </w:p>
    <w:p w14:paraId="52FE1B97" w14:textId="77777777" w:rsidR="00426DAB" w:rsidRPr="002A0E8B" w:rsidRDefault="00426DAB" w:rsidP="008323D3">
      <w:pPr>
        <w:spacing w:line="360" w:lineRule="auto"/>
        <w:jc w:val="both"/>
        <w:rPr>
          <w:rFonts w:ascii="Arial" w:hAnsi="Arial" w:cs="Arial"/>
          <w:b/>
          <w:bCs/>
        </w:rPr>
      </w:pPr>
    </w:p>
    <w:p w14:paraId="25A14BEE" w14:textId="77777777" w:rsidR="00426DAB" w:rsidRPr="002A0E8B" w:rsidRDefault="00426DAB" w:rsidP="008323D3">
      <w:pPr>
        <w:spacing w:line="360" w:lineRule="auto"/>
        <w:jc w:val="both"/>
        <w:rPr>
          <w:rFonts w:ascii="Arial" w:hAnsi="Arial" w:cs="Arial"/>
          <w:b/>
          <w:bCs/>
        </w:rPr>
      </w:pPr>
    </w:p>
    <w:p w14:paraId="41B850A6" w14:textId="77777777" w:rsidR="00426DAB" w:rsidRDefault="00426DAB" w:rsidP="008323D3">
      <w:pPr>
        <w:spacing w:line="360" w:lineRule="auto"/>
        <w:jc w:val="both"/>
        <w:rPr>
          <w:rFonts w:ascii="Arial" w:hAnsi="Arial" w:cs="Arial"/>
          <w:b/>
          <w:bCs/>
        </w:rPr>
      </w:pPr>
    </w:p>
    <w:p w14:paraId="4A177121" w14:textId="77777777" w:rsidR="000777B9" w:rsidRPr="002A0E8B" w:rsidRDefault="000777B9" w:rsidP="008323D3">
      <w:pPr>
        <w:spacing w:line="360" w:lineRule="auto"/>
        <w:jc w:val="both"/>
        <w:rPr>
          <w:rFonts w:ascii="Arial" w:hAnsi="Arial" w:cs="Arial"/>
          <w:b/>
          <w:bCs/>
        </w:rPr>
      </w:pPr>
    </w:p>
    <w:p w14:paraId="6DA5850F" w14:textId="77777777" w:rsidR="00426DAB" w:rsidRPr="002A0E8B" w:rsidRDefault="00426DAB" w:rsidP="008323D3">
      <w:pPr>
        <w:spacing w:line="360" w:lineRule="auto"/>
        <w:jc w:val="both"/>
        <w:rPr>
          <w:rFonts w:ascii="Arial" w:hAnsi="Arial" w:cs="Arial"/>
          <w:b/>
          <w:bCs/>
        </w:rPr>
      </w:pPr>
    </w:p>
    <w:p w14:paraId="6D08D5E8" w14:textId="6576EBE1" w:rsidR="00DC4BC2" w:rsidRPr="002A0E8B" w:rsidRDefault="00B26E43" w:rsidP="008323D3">
      <w:pPr>
        <w:spacing w:line="360" w:lineRule="auto"/>
        <w:jc w:val="center"/>
        <w:rPr>
          <w:rFonts w:ascii="Arial" w:hAnsi="Arial" w:cs="Arial"/>
          <w:b/>
          <w:bCs/>
          <w:sz w:val="24"/>
          <w:szCs w:val="24"/>
        </w:rPr>
      </w:pPr>
      <w:r w:rsidRPr="002A0E8B">
        <w:rPr>
          <w:rFonts w:ascii="Arial" w:hAnsi="Arial" w:cs="Arial"/>
          <w:b/>
          <w:bCs/>
          <w:sz w:val="24"/>
          <w:szCs w:val="24"/>
        </w:rPr>
        <w:t>Figure:</w:t>
      </w:r>
      <w:r w:rsidR="00887E6A" w:rsidRPr="002A0E8B">
        <w:rPr>
          <w:rFonts w:ascii="Arial" w:hAnsi="Arial" w:cs="Arial"/>
          <w:b/>
          <w:bCs/>
          <w:sz w:val="24"/>
          <w:szCs w:val="24"/>
        </w:rPr>
        <w:t xml:space="preserve"> </w:t>
      </w:r>
      <w:r w:rsidR="002A2D2F" w:rsidRPr="002A0E8B">
        <w:rPr>
          <w:rFonts w:ascii="Arial" w:hAnsi="Arial" w:cs="Arial"/>
          <w:sz w:val="26"/>
          <w:szCs w:val="26"/>
        </w:rPr>
        <w:t>Table</w:t>
      </w:r>
      <w:r w:rsidR="00887E6A" w:rsidRPr="002A0E8B">
        <w:rPr>
          <w:rFonts w:ascii="Arial" w:hAnsi="Arial" w:cs="Arial"/>
          <w:sz w:val="26"/>
          <w:szCs w:val="26"/>
        </w:rPr>
        <w:t xml:space="preserve"> view of </w:t>
      </w:r>
      <w:proofErr w:type="spellStart"/>
      <w:r w:rsidR="00887E6A" w:rsidRPr="002A0E8B">
        <w:rPr>
          <w:rFonts w:ascii="Arial" w:hAnsi="Arial" w:cs="Arial"/>
          <w:sz w:val="26"/>
          <w:szCs w:val="26"/>
        </w:rPr>
        <w:t>Customer_Salestranscation_query</w:t>
      </w:r>
      <w:proofErr w:type="spellEnd"/>
    </w:p>
    <w:p w14:paraId="41D84BF8" w14:textId="64C4FBC0" w:rsidR="00B26E43" w:rsidRPr="002A0E8B" w:rsidRDefault="008F591C" w:rsidP="008323D3">
      <w:pPr>
        <w:spacing w:line="360" w:lineRule="auto"/>
        <w:jc w:val="both"/>
        <w:rPr>
          <w:rFonts w:ascii="Arial" w:hAnsi="Arial" w:cs="Arial"/>
        </w:rPr>
      </w:pPr>
      <w:r w:rsidRPr="002A0E8B">
        <w:rPr>
          <w:rFonts w:ascii="Arial" w:hAnsi="Arial" w:cs="Arial"/>
        </w:rPr>
        <w:drawing>
          <wp:anchor distT="0" distB="0" distL="114300" distR="114300" simplePos="0" relativeHeight="251658255" behindDoc="1" locked="0" layoutInCell="1" allowOverlap="1" wp14:anchorId="73FAEA03" wp14:editId="3DF3A139">
            <wp:simplePos x="0" y="0"/>
            <wp:positionH relativeFrom="column">
              <wp:posOffset>0</wp:posOffset>
            </wp:positionH>
            <wp:positionV relativeFrom="paragraph">
              <wp:posOffset>76200</wp:posOffset>
            </wp:positionV>
            <wp:extent cx="5731510" cy="2514600"/>
            <wp:effectExtent l="76200" t="76200" r="135890" b="133350"/>
            <wp:wrapNone/>
            <wp:docPr id="116538153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381538" name="Picture 1165381538"/>
                    <pic:cNvPicPr/>
                  </pic:nvPicPr>
                  <pic:blipFill>
                    <a:blip r:embed="rId23">
                      <a:extLst>
                        <a:ext uri="{28A0092B-C50C-407E-A947-70E740481C1C}">
                          <a14:useLocalDpi xmlns:a14="http://schemas.microsoft.com/office/drawing/2010/main" val="0"/>
                        </a:ext>
                      </a:extLst>
                    </a:blip>
                    <a:stretch>
                      <a:fillRect/>
                    </a:stretch>
                  </pic:blipFill>
                  <pic:spPr>
                    <a:xfrm>
                      <a:off x="0" y="0"/>
                      <a:ext cx="5731510" cy="2514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V relativeFrom="margin">
              <wp14:pctHeight>0</wp14:pctHeight>
            </wp14:sizeRelV>
          </wp:anchor>
        </w:drawing>
      </w:r>
    </w:p>
    <w:p w14:paraId="3D2B3D16" w14:textId="77777777" w:rsidR="00B26E43" w:rsidRPr="002A0E8B" w:rsidRDefault="00B26E43" w:rsidP="008323D3">
      <w:pPr>
        <w:spacing w:line="360" w:lineRule="auto"/>
        <w:jc w:val="both"/>
        <w:rPr>
          <w:rFonts w:ascii="Arial" w:hAnsi="Arial" w:cs="Arial"/>
        </w:rPr>
      </w:pPr>
    </w:p>
    <w:p w14:paraId="4BDA4F2C" w14:textId="77777777" w:rsidR="00B26E43" w:rsidRPr="002A0E8B" w:rsidRDefault="00B26E43" w:rsidP="008323D3">
      <w:pPr>
        <w:spacing w:line="360" w:lineRule="auto"/>
        <w:jc w:val="both"/>
        <w:rPr>
          <w:rFonts w:ascii="Arial" w:hAnsi="Arial" w:cs="Arial"/>
        </w:rPr>
      </w:pPr>
    </w:p>
    <w:p w14:paraId="7E6493D7" w14:textId="77777777" w:rsidR="00B26E43" w:rsidRPr="002A0E8B" w:rsidRDefault="00B26E43" w:rsidP="008323D3">
      <w:pPr>
        <w:spacing w:line="360" w:lineRule="auto"/>
        <w:jc w:val="both"/>
        <w:rPr>
          <w:rFonts w:ascii="Arial" w:hAnsi="Arial" w:cs="Arial"/>
        </w:rPr>
      </w:pPr>
    </w:p>
    <w:p w14:paraId="5AA23377" w14:textId="77777777" w:rsidR="00B26E43" w:rsidRPr="002A0E8B" w:rsidRDefault="00B26E43" w:rsidP="008323D3">
      <w:pPr>
        <w:spacing w:line="360" w:lineRule="auto"/>
        <w:jc w:val="both"/>
        <w:rPr>
          <w:rFonts w:ascii="Arial" w:hAnsi="Arial" w:cs="Arial"/>
        </w:rPr>
      </w:pPr>
    </w:p>
    <w:p w14:paraId="7838ED54" w14:textId="77777777" w:rsidR="00B26E43" w:rsidRPr="002A0E8B" w:rsidRDefault="00B26E43" w:rsidP="008323D3">
      <w:pPr>
        <w:spacing w:line="360" w:lineRule="auto"/>
        <w:jc w:val="both"/>
        <w:rPr>
          <w:rFonts w:ascii="Arial" w:hAnsi="Arial" w:cs="Arial"/>
        </w:rPr>
      </w:pPr>
    </w:p>
    <w:p w14:paraId="7FB06896" w14:textId="77777777" w:rsidR="00B26E43" w:rsidRPr="002A0E8B" w:rsidRDefault="00B26E43" w:rsidP="008323D3">
      <w:pPr>
        <w:spacing w:line="360" w:lineRule="auto"/>
        <w:jc w:val="both"/>
        <w:rPr>
          <w:rFonts w:ascii="Arial" w:hAnsi="Arial" w:cs="Arial"/>
        </w:rPr>
      </w:pPr>
    </w:p>
    <w:p w14:paraId="4FC42BC1" w14:textId="77777777" w:rsidR="00B26E43" w:rsidRPr="002A0E8B" w:rsidRDefault="00B26E43" w:rsidP="008323D3">
      <w:pPr>
        <w:spacing w:line="360" w:lineRule="auto"/>
        <w:jc w:val="both"/>
        <w:rPr>
          <w:rFonts w:ascii="Arial" w:hAnsi="Arial" w:cs="Arial"/>
        </w:rPr>
      </w:pPr>
    </w:p>
    <w:p w14:paraId="60C22978" w14:textId="7677C0D0" w:rsidR="00B26E43" w:rsidRPr="002A0E8B" w:rsidRDefault="008F591C" w:rsidP="008323D3">
      <w:pPr>
        <w:spacing w:line="360" w:lineRule="auto"/>
        <w:jc w:val="center"/>
        <w:rPr>
          <w:rFonts w:ascii="Arial" w:hAnsi="Arial" w:cs="Arial"/>
          <w:sz w:val="26"/>
          <w:szCs w:val="26"/>
        </w:rPr>
      </w:pPr>
      <w:r w:rsidRPr="002A0E8B">
        <w:rPr>
          <w:rFonts w:ascii="Arial" w:hAnsi="Arial" w:cs="Arial"/>
          <w:b/>
          <w:bCs/>
          <w:sz w:val="24"/>
          <w:szCs w:val="24"/>
        </w:rPr>
        <w:t>F</w:t>
      </w:r>
      <w:r w:rsidR="00A7020C" w:rsidRPr="002A0E8B">
        <w:rPr>
          <w:rFonts w:ascii="Arial" w:hAnsi="Arial" w:cs="Arial"/>
          <w:b/>
          <w:bCs/>
          <w:sz w:val="24"/>
          <w:szCs w:val="24"/>
        </w:rPr>
        <w:t>igure:</w:t>
      </w:r>
      <w:r w:rsidR="002A2D2F" w:rsidRPr="002A0E8B">
        <w:rPr>
          <w:rFonts w:ascii="Arial" w:hAnsi="Arial" w:cs="Arial"/>
          <w:b/>
          <w:bCs/>
          <w:sz w:val="24"/>
          <w:szCs w:val="24"/>
        </w:rPr>
        <w:t xml:space="preserve"> </w:t>
      </w:r>
      <w:r w:rsidR="002A2D2F" w:rsidRPr="002A0E8B">
        <w:rPr>
          <w:rFonts w:ascii="Arial" w:hAnsi="Arial" w:cs="Arial"/>
          <w:sz w:val="26"/>
          <w:szCs w:val="26"/>
        </w:rPr>
        <w:t xml:space="preserve">SQL view of </w:t>
      </w:r>
      <w:proofErr w:type="spellStart"/>
      <w:r w:rsidR="002A2D2F" w:rsidRPr="002A0E8B">
        <w:rPr>
          <w:rFonts w:ascii="Arial" w:hAnsi="Arial" w:cs="Arial"/>
          <w:sz w:val="26"/>
          <w:szCs w:val="26"/>
        </w:rPr>
        <w:t>Customer_Salestranscation_query</w:t>
      </w:r>
      <w:proofErr w:type="spellEnd"/>
    </w:p>
    <w:p w14:paraId="31B47A1D" w14:textId="77777777" w:rsidR="002A2D2F" w:rsidRDefault="002A2D2F" w:rsidP="008323D3">
      <w:pPr>
        <w:spacing w:line="360" w:lineRule="auto"/>
        <w:jc w:val="center"/>
        <w:rPr>
          <w:rFonts w:ascii="Arial" w:hAnsi="Arial" w:cs="Arial"/>
          <w:sz w:val="26"/>
          <w:szCs w:val="26"/>
        </w:rPr>
      </w:pPr>
    </w:p>
    <w:p w14:paraId="5F21289C" w14:textId="77777777" w:rsidR="000777B9" w:rsidRDefault="000777B9" w:rsidP="008323D3">
      <w:pPr>
        <w:spacing w:line="360" w:lineRule="auto"/>
        <w:jc w:val="center"/>
        <w:rPr>
          <w:rFonts w:ascii="Arial" w:hAnsi="Arial" w:cs="Arial"/>
          <w:sz w:val="26"/>
          <w:szCs w:val="26"/>
        </w:rPr>
      </w:pPr>
    </w:p>
    <w:p w14:paraId="5B1CDFA8" w14:textId="77777777" w:rsidR="000777B9" w:rsidRDefault="000777B9" w:rsidP="008323D3">
      <w:pPr>
        <w:spacing w:line="360" w:lineRule="auto"/>
        <w:jc w:val="center"/>
        <w:rPr>
          <w:rFonts w:ascii="Arial" w:hAnsi="Arial" w:cs="Arial"/>
          <w:sz w:val="26"/>
          <w:szCs w:val="26"/>
        </w:rPr>
      </w:pPr>
    </w:p>
    <w:p w14:paraId="504F5E59" w14:textId="68AA9DC0" w:rsidR="00B26E43" w:rsidRPr="000777B9" w:rsidRDefault="00A7020C" w:rsidP="008323D3">
      <w:pPr>
        <w:pStyle w:val="ListParagraph"/>
        <w:numPr>
          <w:ilvl w:val="0"/>
          <w:numId w:val="48"/>
        </w:numPr>
        <w:spacing w:line="360" w:lineRule="auto"/>
        <w:jc w:val="both"/>
        <w:rPr>
          <w:rFonts w:ascii="Arial" w:hAnsi="Arial" w:cs="Arial"/>
        </w:rPr>
      </w:pPr>
      <w:proofErr w:type="spellStart"/>
      <w:r w:rsidRPr="000777B9">
        <w:rPr>
          <w:rFonts w:ascii="Arial" w:hAnsi="Arial" w:cs="Arial"/>
          <w:b/>
          <w:bCs/>
          <w:sz w:val="28"/>
          <w:szCs w:val="28"/>
        </w:rPr>
        <w:lastRenderedPageBreak/>
        <w:t>Doctor_customer_prescription</w:t>
      </w:r>
      <w:proofErr w:type="spellEnd"/>
      <w:r w:rsidRPr="000777B9">
        <w:rPr>
          <w:rFonts w:ascii="Arial" w:hAnsi="Arial" w:cs="Arial"/>
          <w:b/>
          <w:bCs/>
          <w:sz w:val="28"/>
          <w:szCs w:val="28"/>
        </w:rPr>
        <w:t>_ query</w:t>
      </w:r>
    </w:p>
    <w:p w14:paraId="21EEAAD2" w14:textId="705C5063" w:rsidR="00B26E43" w:rsidRPr="002A0E8B" w:rsidRDefault="00466958" w:rsidP="008323D3">
      <w:pPr>
        <w:spacing w:line="360" w:lineRule="auto"/>
        <w:jc w:val="both"/>
        <w:rPr>
          <w:rFonts w:ascii="Arial" w:hAnsi="Arial" w:cs="Arial"/>
        </w:rPr>
      </w:pPr>
      <w:r w:rsidRPr="002A0E8B">
        <w:rPr>
          <w:rFonts w:ascii="Arial" w:hAnsi="Arial" w:cs="Arial"/>
        </w:rPr>
        <w:drawing>
          <wp:anchor distT="0" distB="0" distL="114300" distR="114300" simplePos="0" relativeHeight="251658256" behindDoc="1" locked="0" layoutInCell="1" allowOverlap="1" wp14:anchorId="2084DDC7" wp14:editId="467CD3AF">
            <wp:simplePos x="0" y="0"/>
            <wp:positionH relativeFrom="column">
              <wp:posOffset>0</wp:posOffset>
            </wp:positionH>
            <wp:positionV relativeFrom="paragraph">
              <wp:posOffset>76200</wp:posOffset>
            </wp:positionV>
            <wp:extent cx="5731510" cy="2839085"/>
            <wp:effectExtent l="76200" t="76200" r="135890" b="132715"/>
            <wp:wrapNone/>
            <wp:docPr id="162151648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516488" name="Picture 1621516488"/>
                    <pic:cNvPicPr/>
                  </pic:nvPicPr>
                  <pic:blipFill>
                    <a:blip r:embed="rId24">
                      <a:extLst>
                        <a:ext uri="{28A0092B-C50C-407E-A947-70E740481C1C}">
                          <a14:useLocalDpi xmlns:a14="http://schemas.microsoft.com/office/drawing/2010/main" val="0"/>
                        </a:ext>
                      </a:extLst>
                    </a:blip>
                    <a:stretch>
                      <a:fillRect/>
                    </a:stretch>
                  </pic:blipFill>
                  <pic:spPr>
                    <a:xfrm>
                      <a:off x="0" y="0"/>
                      <a:ext cx="5731510" cy="28390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36AE27AD" w14:textId="77777777" w:rsidR="00B26E43" w:rsidRPr="002A0E8B" w:rsidRDefault="00B26E43" w:rsidP="008323D3">
      <w:pPr>
        <w:spacing w:line="360" w:lineRule="auto"/>
        <w:jc w:val="both"/>
        <w:rPr>
          <w:rFonts w:ascii="Arial" w:hAnsi="Arial" w:cs="Arial"/>
        </w:rPr>
      </w:pPr>
    </w:p>
    <w:p w14:paraId="551753E0" w14:textId="77777777" w:rsidR="00B26E43" w:rsidRPr="002A0E8B" w:rsidRDefault="00B26E43" w:rsidP="008323D3">
      <w:pPr>
        <w:spacing w:line="360" w:lineRule="auto"/>
        <w:jc w:val="both"/>
        <w:rPr>
          <w:rFonts w:ascii="Arial" w:hAnsi="Arial" w:cs="Arial"/>
        </w:rPr>
      </w:pPr>
    </w:p>
    <w:p w14:paraId="53D574DE" w14:textId="77777777" w:rsidR="00B26E43" w:rsidRPr="002A0E8B" w:rsidRDefault="00B26E43" w:rsidP="008323D3">
      <w:pPr>
        <w:spacing w:line="360" w:lineRule="auto"/>
        <w:jc w:val="both"/>
        <w:rPr>
          <w:rFonts w:ascii="Arial" w:hAnsi="Arial" w:cs="Arial"/>
        </w:rPr>
      </w:pPr>
    </w:p>
    <w:p w14:paraId="48A7860C" w14:textId="77777777" w:rsidR="00B26E43" w:rsidRPr="002A0E8B" w:rsidRDefault="00B26E43" w:rsidP="008323D3">
      <w:pPr>
        <w:spacing w:line="360" w:lineRule="auto"/>
        <w:jc w:val="both"/>
        <w:rPr>
          <w:rFonts w:ascii="Arial" w:hAnsi="Arial" w:cs="Arial"/>
        </w:rPr>
      </w:pPr>
    </w:p>
    <w:p w14:paraId="503EB1AA" w14:textId="77777777" w:rsidR="00B26E43" w:rsidRPr="002A0E8B" w:rsidRDefault="00B26E43" w:rsidP="008323D3">
      <w:pPr>
        <w:spacing w:line="360" w:lineRule="auto"/>
        <w:jc w:val="both"/>
        <w:rPr>
          <w:rFonts w:ascii="Arial" w:hAnsi="Arial" w:cs="Arial"/>
        </w:rPr>
      </w:pPr>
    </w:p>
    <w:p w14:paraId="00B265FC" w14:textId="77777777" w:rsidR="00B26E43" w:rsidRPr="002A0E8B" w:rsidRDefault="00B26E43" w:rsidP="008323D3">
      <w:pPr>
        <w:spacing w:line="360" w:lineRule="auto"/>
        <w:jc w:val="both"/>
        <w:rPr>
          <w:rFonts w:ascii="Arial" w:hAnsi="Arial" w:cs="Arial"/>
        </w:rPr>
      </w:pPr>
    </w:p>
    <w:p w14:paraId="133C9C0C" w14:textId="77777777" w:rsidR="00B26E43" w:rsidRPr="002A0E8B" w:rsidRDefault="00B26E43" w:rsidP="008323D3">
      <w:pPr>
        <w:spacing w:line="360" w:lineRule="auto"/>
        <w:jc w:val="both"/>
        <w:rPr>
          <w:rFonts w:ascii="Arial" w:hAnsi="Arial" w:cs="Arial"/>
        </w:rPr>
      </w:pPr>
    </w:p>
    <w:p w14:paraId="639C76CC" w14:textId="77777777" w:rsidR="00116E32" w:rsidRPr="002A0E8B" w:rsidRDefault="00116E32" w:rsidP="008323D3">
      <w:pPr>
        <w:spacing w:line="360" w:lineRule="auto"/>
        <w:jc w:val="both"/>
        <w:rPr>
          <w:rFonts w:ascii="Arial" w:hAnsi="Arial" w:cs="Arial"/>
        </w:rPr>
      </w:pPr>
    </w:p>
    <w:p w14:paraId="7BC47FB0" w14:textId="412F6A7C" w:rsidR="008F4620" w:rsidRPr="002A0E8B" w:rsidRDefault="00466958" w:rsidP="008323D3">
      <w:pPr>
        <w:spacing w:line="360" w:lineRule="auto"/>
        <w:jc w:val="center"/>
        <w:rPr>
          <w:rFonts w:ascii="Arial" w:hAnsi="Arial" w:cs="Arial"/>
        </w:rPr>
      </w:pPr>
      <w:r w:rsidRPr="002A0E8B">
        <w:rPr>
          <w:rFonts w:ascii="Arial" w:hAnsi="Arial" w:cs="Arial"/>
          <w:b/>
          <w:bCs/>
          <w:sz w:val="24"/>
          <w:szCs w:val="24"/>
        </w:rPr>
        <w:t>Figure:</w:t>
      </w:r>
      <w:r w:rsidR="00116E32" w:rsidRPr="002A0E8B">
        <w:rPr>
          <w:rFonts w:ascii="Arial" w:hAnsi="Arial" w:cs="Arial"/>
          <w:sz w:val="24"/>
          <w:szCs w:val="24"/>
        </w:rPr>
        <w:t xml:space="preserve"> Design view of </w:t>
      </w:r>
      <w:proofErr w:type="spellStart"/>
      <w:proofErr w:type="gramStart"/>
      <w:r w:rsidR="00116E32" w:rsidRPr="002A0E8B">
        <w:rPr>
          <w:rFonts w:ascii="Arial" w:hAnsi="Arial" w:cs="Arial"/>
          <w:sz w:val="24"/>
          <w:szCs w:val="24"/>
        </w:rPr>
        <w:t>Doctor</w:t>
      </w:r>
      <w:proofErr w:type="gramEnd"/>
      <w:r w:rsidR="00116E32" w:rsidRPr="002A0E8B">
        <w:rPr>
          <w:rFonts w:ascii="Arial" w:hAnsi="Arial" w:cs="Arial"/>
          <w:sz w:val="24"/>
          <w:szCs w:val="24"/>
        </w:rPr>
        <w:t>_customer_prescription</w:t>
      </w:r>
      <w:proofErr w:type="spellEnd"/>
      <w:r w:rsidR="00116E32" w:rsidRPr="002A0E8B">
        <w:rPr>
          <w:rFonts w:ascii="Arial" w:hAnsi="Arial" w:cs="Arial"/>
          <w:sz w:val="24"/>
          <w:szCs w:val="24"/>
        </w:rPr>
        <w:t>_ query</w:t>
      </w:r>
    </w:p>
    <w:p w14:paraId="3FCC76AF" w14:textId="3C895667" w:rsidR="00B26E43" w:rsidRPr="002A0E8B" w:rsidRDefault="00FB75D4" w:rsidP="008323D3">
      <w:pPr>
        <w:spacing w:line="360" w:lineRule="auto"/>
        <w:jc w:val="both"/>
        <w:rPr>
          <w:rFonts w:ascii="Arial" w:hAnsi="Arial" w:cs="Arial"/>
        </w:rPr>
      </w:pPr>
      <w:r w:rsidRPr="002A0E8B">
        <w:rPr>
          <w:rFonts w:ascii="Arial" w:hAnsi="Arial" w:cs="Arial"/>
        </w:rPr>
        <w:drawing>
          <wp:anchor distT="0" distB="0" distL="114300" distR="114300" simplePos="0" relativeHeight="251658257" behindDoc="1" locked="0" layoutInCell="1" allowOverlap="1" wp14:anchorId="00215931" wp14:editId="3DD1C175">
            <wp:simplePos x="0" y="0"/>
            <wp:positionH relativeFrom="column">
              <wp:posOffset>0</wp:posOffset>
            </wp:positionH>
            <wp:positionV relativeFrom="paragraph">
              <wp:posOffset>76200</wp:posOffset>
            </wp:positionV>
            <wp:extent cx="5731510" cy="1337945"/>
            <wp:effectExtent l="76200" t="76200" r="135890" b="128905"/>
            <wp:wrapNone/>
            <wp:docPr id="83967673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676735" name="Picture 839676735"/>
                    <pic:cNvPicPr/>
                  </pic:nvPicPr>
                  <pic:blipFill>
                    <a:blip r:embed="rId25">
                      <a:extLst>
                        <a:ext uri="{28A0092B-C50C-407E-A947-70E740481C1C}">
                          <a14:useLocalDpi xmlns:a14="http://schemas.microsoft.com/office/drawing/2010/main" val="0"/>
                        </a:ext>
                      </a:extLst>
                    </a:blip>
                    <a:stretch>
                      <a:fillRect/>
                    </a:stretch>
                  </pic:blipFill>
                  <pic:spPr>
                    <a:xfrm>
                      <a:off x="0" y="0"/>
                      <a:ext cx="5731510" cy="13379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45420D04" w14:textId="77777777" w:rsidR="00466958" w:rsidRPr="002A0E8B" w:rsidRDefault="00466958" w:rsidP="008323D3">
      <w:pPr>
        <w:spacing w:line="360" w:lineRule="auto"/>
        <w:jc w:val="both"/>
        <w:rPr>
          <w:rFonts w:ascii="Arial" w:hAnsi="Arial" w:cs="Arial"/>
        </w:rPr>
      </w:pPr>
    </w:p>
    <w:p w14:paraId="45E3C685" w14:textId="77777777" w:rsidR="00466958" w:rsidRPr="002A0E8B" w:rsidRDefault="00466958" w:rsidP="008323D3">
      <w:pPr>
        <w:spacing w:line="360" w:lineRule="auto"/>
        <w:jc w:val="both"/>
        <w:rPr>
          <w:rFonts w:ascii="Arial" w:hAnsi="Arial" w:cs="Arial"/>
        </w:rPr>
      </w:pPr>
    </w:p>
    <w:p w14:paraId="189E57F6" w14:textId="77777777" w:rsidR="00466958" w:rsidRPr="002A0E8B" w:rsidRDefault="00466958" w:rsidP="008323D3">
      <w:pPr>
        <w:spacing w:line="360" w:lineRule="auto"/>
        <w:jc w:val="both"/>
        <w:rPr>
          <w:rFonts w:ascii="Arial" w:hAnsi="Arial" w:cs="Arial"/>
        </w:rPr>
      </w:pPr>
    </w:p>
    <w:p w14:paraId="7E0CED41" w14:textId="77777777" w:rsidR="00466958" w:rsidRPr="002A0E8B" w:rsidRDefault="00466958" w:rsidP="008323D3">
      <w:pPr>
        <w:spacing w:line="360" w:lineRule="auto"/>
        <w:jc w:val="both"/>
        <w:rPr>
          <w:rFonts w:ascii="Arial" w:hAnsi="Arial" w:cs="Arial"/>
        </w:rPr>
      </w:pPr>
    </w:p>
    <w:p w14:paraId="03830F5B" w14:textId="47031A34" w:rsidR="00466958" w:rsidRDefault="00FB75D4" w:rsidP="008323D3">
      <w:pPr>
        <w:spacing w:line="360" w:lineRule="auto"/>
        <w:jc w:val="center"/>
        <w:rPr>
          <w:rFonts w:ascii="Arial" w:hAnsi="Arial" w:cs="Arial"/>
          <w:sz w:val="24"/>
          <w:szCs w:val="24"/>
        </w:rPr>
      </w:pPr>
      <w:r w:rsidRPr="002A0E8B">
        <w:rPr>
          <w:rFonts w:ascii="Arial" w:hAnsi="Arial" w:cs="Arial"/>
          <w:b/>
          <w:bCs/>
        </w:rPr>
        <w:t>Figure:</w:t>
      </w:r>
      <w:r w:rsidR="003D385C" w:rsidRPr="002A0E8B">
        <w:rPr>
          <w:rFonts w:ascii="Arial" w:hAnsi="Arial" w:cs="Arial"/>
          <w:b/>
          <w:bCs/>
        </w:rPr>
        <w:t xml:space="preserve"> </w:t>
      </w:r>
      <w:r w:rsidR="003D385C" w:rsidRPr="002A0E8B">
        <w:rPr>
          <w:rFonts w:ascii="Arial" w:hAnsi="Arial" w:cs="Arial"/>
          <w:sz w:val="24"/>
          <w:szCs w:val="24"/>
        </w:rPr>
        <w:t xml:space="preserve">Table view of </w:t>
      </w:r>
      <w:proofErr w:type="spellStart"/>
      <w:proofErr w:type="gramStart"/>
      <w:r w:rsidR="003D385C" w:rsidRPr="002A0E8B">
        <w:rPr>
          <w:rFonts w:ascii="Arial" w:hAnsi="Arial" w:cs="Arial"/>
          <w:sz w:val="24"/>
          <w:szCs w:val="24"/>
        </w:rPr>
        <w:t>Doctor</w:t>
      </w:r>
      <w:proofErr w:type="gramEnd"/>
      <w:r w:rsidR="003D385C" w:rsidRPr="002A0E8B">
        <w:rPr>
          <w:rFonts w:ascii="Arial" w:hAnsi="Arial" w:cs="Arial"/>
          <w:sz w:val="24"/>
          <w:szCs w:val="24"/>
        </w:rPr>
        <w:t>_customer_prescription</w:t>
      </w:r>
      <w:proofErr w:type="spellEnd"/>
      <w:r w:rsidR="003D385C" w:rsidRPr="002A0E8B">
        <w:rPr>
          <w:rFonts w:ascii="Arial" w:hAnsi="Arial" w:cs="Arial"/>
          <w:sz w:val="24"/>
          <w:szCs w:val="24"/>
        </w:rPr>
        <w:t>_ query</w:t>
      </w:r>
    </w:p>
    <w:p w14:paraId="6BF58D77" w14:textId="77777777" w:rsidR="000777B9" w:rsidRDefault="000777B9" w:rsidP="008323D3">
      <w:pPr>
        <w:spacing w:line="360" w:lineRule="auto"/>
        <w:jc w:val="center"/>
        <w:rPr>
          <w:rFonts w:ascii="Arial" w:hAnsi="Arial" w:cs="Arial"/>
          <w:sz w:val="24"/>
          <w:szCs w:val="24"/>
        </w:rPr>
      </w:pPr>
    </w:p>
    <w:p w14:paraId="46B162A5" w14:textId="77777777" w:rsidR="000777B9" w:rsidRDefault="000777B9" w:rsidP="008323D3">
      <w:pPr>
        <w:spacing w:line="360" w:lineRule="auto"/>
        <w:jc w:val="center"/>
        <w:rPr>
          <w:rFonts w:ascii="Arial" w:hAnsi="Arial" w:cs="Arial"/>
          <w:sz w:val="24"/>
          <w:szCs w:val="24"/>
        </w:rPr>
      </w:pPr>
    </w:p>
    <w:p w14:paraId="1DD91F23" w14:textId="77777777" w:rsidR="000777B9" w:rsidRDefault="000777B9" w:rsidP="008323D3">
      <w:pPr>
        <w:spacing w:line="360" w:lineRule="auto"/>
        <w:jc w:val="center"/>
        <w:rPr>
          <w:rFonts w:ascii="Arial" w:hAnsi="Arial" w:cs="Arial"/>
          <w:sz w:val="24"/>
          <w:szCs w:val="24"/>
        </w:rPr>
      </w:pPr>
    </w:p>
    <w:p w14:paraId="775D04E9" w14:textId="77777777" w:rsidR="000777B9" w:rsidRDefault="000777B9" w:rsidP="008323D3">
      <w:pPr>
        <w:spacing w:line="360" w:lineRule="auto"/>
        <w:jc w:val="center"/>
        <w:rPr>
          <w:rFonts w:ascii="Arial" w:hAnsi="Arial" w:cs="Arial"/>
          <w:sz w:val="24"/>
          <w:szCs w:val="24"/>
        </w:rPr>
      </w:pPr>
    </w:p>
    <w:p w14:paraId="74AD0646" w14:textId="77777777" w:rsidR="000777B9" w:rsidRPr="002A0E8B" w:rsidRDefault="000777B9" w:rsidP="008323D3">
      <w:pPr>
        <w:spacing w:line="360" w:lineRule="auto"/>
        <w:jc w:val="center"/>
        <w:rPr>
          <w:rFonts w:ascii="Arial" w:hAnsi="Arial" w:cs="Arial"/>
          <w:sz w:val="24"/>
          <w:szCs w:val="24"/>
        </w:rPr>
      </w:pPr>
    </w:p>
    <w:p w14:paraId="115C3F5A" w14:textId="6C9FE1D2" w:rsidR="00466958" w:rsidRPr="002A0E8B" w:rsidRDefault="002F5E2D" w:rsidP="008323D3">
      <w:pPr>
        <w:spacing w:line="360" w:lineRule="auto"/>
        <w:jc w:val="both"/>
        <w:rPr>
          <w:rFonts w:ascii="Arial" w:hAnsi="Arial" w:cs="Arial"/>
        </w:rPr>
      </w:pPr>
      <w:r w:rsidRPr="002A0E8B">
        <w:rPr>
          <w:rFonts w:ascii="Arial" w:hAnsi="Arial" w:cs="Arial"/>
        </w:rPr>
        <w:lastRenderedPageBreak/>
        <w:drawing>
          <wp:anchor distT="0" distB="0" distL="114300" distR="114300" simplePos="0" relativeHeight="251658258" behindDoc="1" locked="0" layoutInCell="1" allowOverlap="1" wp14:anchorId="4CA718A5" wp14:editId="48445847">
            <wp:simplePos x="0" y="0"/>
            <wp:positionH relativeFrom="column">
              <wp:posOffset>95250</wp:posOffset>
            </wp:positionH>
            <wp:positionV relativeFrom="paragraph">
              <wp:posOffset>75565</wp:posOffset>
            </wp:positionV>
            <wp:extent cx="5731510" cy="3371850"/>
            <wp:effectExtent l="76200" t="76200" r="135890" b="133350"/>
            <wp:wrapNone/>
            <wp:docPr id="109288414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884147" name="Picture 1092884147"/>
                    <pic:cNvPicPr/>
                  </pic:nvPicPr>
                  <pic:blipFill>
                    <a:blip r:embed="rId26">
                      <a:extLst>
                        <a:ext uri="{28A0092B-C50C-407E-A947-70E740481C1C}">
                          <a14:useLocalDpi xmlns:a14="http://schemas.microsoft.com/office/drawing/2010/main" val="0"/>
                        </a:ext>
                      </a:extLst>
                    </a:blip>
                    <a:stretch>
                      <a:fillRect/>
                    </a:stretch>
                  </pic:blipFill>
                  <pic:spPr>
                    <a:xfrm>
                      <a:off x="0" y="0"/>
                      <a:ext cx="5731510" cy="33718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V relativeFrom="margin">
              <wp14:pctHeight>0</wp14:pctHeight>
            </wp14:sizeRelV>
          </wp:anchor>
        </w:drawing>
      </w:r>
    </w:p>
    <w:p w14:paraId="122901DC" w14:textId="77777777" w:rsidR="00466958" w:rsidRPr="002A0E8B" w:rsidRDefault="00466958" w:rsidP="008323D3">
      <w:pPr>
        <w:spacing w:line="360" w:lineRule="auto"/>
        <w:jc w:val="both"/>
        <w:rPr>
          <w:rFonts w:ascii="Arial" w:hAnsi="Arial" w:cs="Arial"/>
        </w:rPr>
      </w:pPr>
    </w:p>
    <w:p w14:paraId="0A99507F" w14:textId="77777777" w:rsidR="00466958" w:rsidRPr="002A0E8B" w:rsidRDefault="00466958" w:rsidP="008323D3">
      <w:pPr>
        <w:spacing w:line="360" w:lineRule="auto"/>
        <w:jc w:val="both"/>
        <w:rPr>
          <w:rFonts w:ascii="Arial" w:hAnsi="Arial" w:cs="Arial"/>
        </w:rPr>
      </w:pPr>
    </w:p>
    <w:p w14:paraId="5CF4422E" w14:textId="77777777" w:rsidR="00466958" w:rsidRPr="002A0E8B" w:rsidRDefault="00466958" w:rsidP="008323D3">
      <w:pPr>
        <w:spacing w:line="360" w:lineRule="auto"/>
        <w:jc w:val="both"/>
        <w:rPr>
          <w:rFonts w:ascii="Arial" w:hAnsi="Arial" w:cs="Arial"/>
        </w:rPr>
      </w:pPr>
    </w:p>
    <w:p w14:paraId="71FA7D3D" w14:textId="77777777" w:rsidR="00466958" w:rsidRPr="002A0E8B" w:rsidRDefault="00466958" w:rsidP="008323D3">
      <w:pPr>
        <w:spacing w:line="360" w:lineRule="auto"/>
        <w:jc w:val="both"/>
        <w:rPr>
          <w:rFonts w:ascii="Arial" w:hAnsi="Arial" w:cs="Arial"/>
        </w:rPr>
      </w:pPr>
    </w:p>
    <w:p w14:paraId="6AD79614" w14:textId="77777777" w:rsidR="00466958" w:rsidRPr="002A0E8B" w:rsidRDefault="00466958" w:rsidP="008323D3">
      <w:pPr>
        <w:spacing w:line="360" w:lineRule="auto"/>
        <w:jc w:val="both"/>
        <w:rPr>
          <w:rFonts w:ascii="Arial" w:hAnsi="Arial" w:cs="Arial"/>
        </w:rPr>
      </w:pPr>
    </w:p>
    <w:p w14:paraId="44727172" w14:textId="77777777" w:rsidR="00466958" w:rsidRPr="002A0E8B" w:rsidRDefault="00466958" w:rsidP="008323D3">
      <w:pPr>
        <w:spacing w:line="360" w:lineRule="auto"/>
        <w:jc w:val="both"/>
        <w:rPr>
          <w:rFonts w:ascii="Arial" w:hAnsi="Arial" w:cs="Arial"/>
        </w:rPr>
      </w:pPr>
    </w:p>
    <w:p w14:paraId="6F98A837" w14:textId="77777777" w:rsidR="00466958" w:rsidRPr="002A0E8B" w:rsidRDefault="00466958" w:rsidP="008323D3">
      <w:pPr>
        <w:spacing w:line="360" w:lineRule="auto"/>
        <w:jc w:val="both"/>
        <w:rPr>
          <w:rFonts w:ascii="Arial" w:hAnsi="Arial" w:cs="Arial"/>
        </w:rPr>
      </w:pPr>
    </w:p>
    <w:p w14:paraId="425C5C69" w14:textId="77777777" w:rsidR="00466958" w:rsidRPr="002A0E8B" w:rsidRDefault="00466958" w:rsidP="008323D3">
      <w:pPr>
        <w:spacing w:line="360" w:lineRule="auto"/>
        <w:jc w:val="both"/>
        <w:rPr>
          <w:rFonts w:ascii="Arial" w:hAnsi="Arial" w:cs="Arial"/>
        </w:rPr>
      </w:pPr>
    </w:p>
    <w:p w14:paraId="1FDE20D6" w14:textId="77777777" w:rsidR="00466958" w:rsidRPr="002A0E8B" w:rsidRDefault="00466958" w:rsidP="008323D3">
      <w:pPr>
        <w:spacing w:line="360" w:lineRule="auto"/>
        <w:jc w:val="both"/>
        <w:rPr>
          <w:rFonts w:ascii="Arial" w:hAnsi="Arial" w:cs="Arial"/>
        </w:rPr>
      </w:pPr>
    </w:p>
    <w:p w14:paraId="0BC7C96B" w14:textId="35B8B8C0" w:rsidR="00466958" w:rsidRPr="002A0E8B" w:rsidRDefault="002F5E2D" w:rsidP="008323D3">
      <w:pPr>
        <w:spacing w:line="360" w:lineRule="auto"/>
        <w:jc w:val="center"/>
        <w:rPr>
          <w:rFonts w:ascii="Arial" w:hAnsi="Arial" w:cs="Arial"/>
          <w:b/>
          <w:bCs/>
          <w:sz w:val="24"/>
          <w:szCs w:val="24"/>
        </w:rPr>
      </w:pPr>
      <w:r w:rsidRPr="002A0E8B">
        <w:rPr>
          <w:rFonts w:ascii="Arial" w:hAnsi="Arial" w:cs="Arial"/>
          <w:b/>
          <w:bCs/>
          <w:sz w:val="24"/>
          <w:szCs w:val="24"/>
        </w:rPr>
        <w:t>Figure:</w:t>
      </w:r>
      <w:r w:rsidR="007D06B4" w:rsidRPr="002A0E8B">
        <w:rPr>
          <w:rFonts w:ascii="Arial" w:hAnsi="Arial" w:cs="Arial"/>
          <w:b/>
          <w:bCs/>
          <w:sz w:val="24"/>
          <w:szCs w:val="24"/>
        </w:rPr>
        <w:t xml:space="preserve"> </w:t>
      </w:r>
      <w:r w:rsidR="007D06B4" w:rsidRPr="002A0E8B">
        <w:rPr>
          <w:rFonts w:ascii="Arial" w:hAnsi="Arial" w:cs="Arial"/>
          <w:sz w:val="24"/>
          <w:szCs w:val="24"/>
        </w:rPr>
        <w:t xml:space="preserve">SQL view of </w:t>
      </w:r>
      <w:proofErr w:type="spellStart"/>
      <w:proofErr w:type="gramStart"/>
      <w:r w:rsidR="007D06B4" w:rsidRPr="002A0E8B">
        <w:rPr>
          <w:rFonts w:ascii="Arial" w:hAnsi="Arial" w:cs="Arial"/>
          <w:sz w:val="24"/>
          <w:szCs w:val="24"/>
        </w:rPr>
        <w:t>Doctor</w:t>
      </w:r>
      <w:proofErr w:type="gramEnd"/>
      <w:r w:rsidR="007D06B4" w:rsidRPr="002A0E8B">
        <w:rPr>
          <w:rFonts w:ascii="Arial" w:hAnsi="Arial" w:cs="Arial"/>
          <w:sz w:val="24"/>
          <w:szCs w:val="24"/>
        </w:rPr>
        <w:t>_customer_prescription</w:t>
      </w:r>
      <w:proofErr w:type="spellEnd"/>
      <w:r w:rsidR="007D06B4" w:rsidRPr="002A0E8B">
        <w:rPr>
          <w:rFonts w:ascii="Arial" w:hAnsi="Arial" w:cs="Arial"/>
          <w:sz w:val="24"/>
          <w:szCs w:val="24"/>
        </w:rPr>
        <w:t>_ query</w:t>
      </w:r>
    </w:p>
    <w:p w14:paraId="5228B447" w14:textId="77777777" w:rsidR="00757BA6" w:rsidRPr="002A0E8B" w:rsidRDefault="00757BA6" w:rsidP="008323D3">
      <w:pPr>
        <w:spacing w:line="360" w:lineRule="auto"/>
        <w:jc w:val="both"/>
        <w:rPr>
          <w:rFonts w:ascii="Arial" w:hAnsi="Arial" w:cs="Arial"/>
          <w:b/>
          <w:bCs/>
        </w:rPr>
      </w:pPr>
    </w:p>
    <w:p w14:paraId="2406DEB1" w14:textId="7BFEF60F" w:rsidR="00466958" w:rsidRPr="002A0E8B" w:rsidRDefault="008A3BE8" w:rsidP="008323D3">
      <w:pPr>
        <w:pStyle w:val="ListParagraph"/>
        <w:numPr>
          <w:ilvl w:val="0"/>
          <w:numId w:val="48"/>
        </w:numPr>
        <w:spacing w:line="360" w:lineRule="auto"/>
        <w:jc w:val="both"/>
        <w:rPr>
          <w:rFonts w:ascii="Arial" w:hAnsi="Arial" w:cs="Arial"/>
          <w:b/>
          <w:bCs/>
          <w:sz w:val="28"/>
          <w:szCs w:val="28"/>
        </w:rPr>
      </w:pPr>
      <w:proofErr w:type="spellStart"/>
      <w:r w:rsidRPr="002A0E8B">
        <w:rPr>
          <w:rFonts w:ascii="Arial" w:hAnsi="Arial" w:cs="Arial"/>
          <w:b/>
          <w:bCs/>
          <w:sz w:val="28"/>
          <w:szCs w:val="28"/>
        </w:rPr>
        <w:t>Doctor_prescription_query</w:t>
      </w:r>
      <w:proofErr w:type="spellEnd"/>
      <w:r w:rsidRPr="002A0E8B">
        <w:rPr>
          <w:rFonts w:ascii="Arial" w:hAnsi="Arial" w:cs="Arial"/>
          <w:b/>
          <w:bCs/>
          <w:sz w:val="28"/>
          <w:szCs w:val="28"/>
        </w:rPr>
        <w:t xml:space="preserve"> </w:t>
      </w:r>
    </w:p>
    <w:p w14:paraId="31137575" w14:textId="5E2B8CA2" w:rsidR="00F967BA" w:rsidRPr="002A0E8B" w:rsidRDefault="007D06B4" w:rsidP="008323D3">
      <w:pPr>
        <w:spacing w:line="360" w:lineRule="auto"/>
        <w:jc w:val="both"/>
        <w:rPr>
          <w:rFonts w:ascii="Arial" w:hAnsi="Arial" w:cs="Arial"/>
          <w:b/>
          <w:bCs/>
        </w:rPr>
      </w:pPr>
      <w:r w:rsidRPr="002A0E8B">
        <w:rPr>
          <w:rFonts w:ascii="Arial" w:hAnsi="Arial" w:cs="Arial"/>
        </w:rPr>
        <w:drawing>
          <wp:anchor distT="0" distB="0" distL="114300" distR="114300" simplePos="0" relativeHeight="251658260" behindDoc="1" locked="0" layoutInCell="1" allowOverlap="1" wp14:anchorId="2C63101D" wp14:editId="1B1977E9">
            <wp:simplePos x="0" y="0"/>
            <wp:positionH relativeFrom="column">
              <wp:posOffset>85725</wp:posOffset>
            </wp:positionH>
            <wp:positionV relativeFrom="paragraph">
              <wp:posOffset>91440</wp:posOffset>
            </wp:positionV>
            <wp:extent cx="5731510" cy="3209925"/>
            <wp:effectExtent l="76200" t="76200" r="135890" b="142875"/>
            <wp:wrapNone/>
            <wp:docPr id="189269852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698525" name="Picture 1892698525"/>
                    <pic:cNvPicPr/>
                  </pic:nvPicPr>
                  <pic:blipFill>
                    <a:blip r:embed="rId27">
                      <a:extLst>
                        <a:ext uri="{28A0092B-C50C-407E-A947-70E740481C1C}">
                          <a14:useLocalDpi xmlns:a14="http://schemas.microsoft.com/office/drawing/2010/main" val="0"/>
                        </a:ext>
                      </a:extLst>
                    </a:blip>
                    <a:stretch>
                      <a:fillRect/>
                    </a:stretch>
                  </pic:blipFill>
                  <pic:spPr>
                    <a:xfrm>
                      <a:off x="0" y="0"/>
                      <a:ext cx="5731510" cy="32099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V relativeFrom="margin">
              <wp14:pctHeight>0</wp14:pctHeight>
            </wp14:sizeRelV>
          </wp:anchor>
        </w:drawing>
      </w:r>
    </w:p>
    <w:p w14:paraId="25B1172A" w14:textId="470677B7" w:rsidR="00F967BA" w:rsidRPr="002A0E8B" w:rsidRDefault="00F967BA" w:rsidP="008323D3">
      <w:pPr>
        <w:spacing w:line="360" w:lineRule="auto"/>
        <w:jc w:val="both"/>
        <w:rPr>
          <w:rFonts w:ascii="Arial" w:hAnsi="Arial" w:cs="Arial"/>
          <w:b/>
          <w:bCs/>
        </w:rPr>
      </w:pPr>
    </w:p>
    <w:p w14:paraId="43BD7C77" w14:textId="77777777" w:rsidR="00F967BA" w:rsidRPr="002A0E8B" w:rsidRDefault="00F967BA" w:rsidP="008323D3">
      <w:pPr>
        <w:spacing w:line="360" w:lineRule="auto"/>
        <w:jc w:val="both"/>
        <w:rPr>
          <w:rFonts w:ascii="Arial" w:hAnsi="Arial" w:cs="Arial"/>
          <w:b/>
          <w:bCs/>
        </w:rPr>
      </w:pPr>
    </w:p>
    <w:p w14:paraId="1D365F8E" w14:textId="77777777" w:rsidR="00F967BA" w:rsidRPr="002A0E8B" w:rsidRDefault="00F967BA" w:rsidP="008323D3">
      <w:pPr>
        <w:spacing w:line="360" w:lineRule="auto"/>
        <w:jc w:val="both"/>
        <w:rPr>
          <w:rFonts w:ascii="Arial" w:hAnsi="Arial" w:cs="Arial"/>
          <w:b/>
          <w:bCs/>
        </w:rPr>
      </w:pPr>
    </w:p>
    <w:p w14:paraId="7A4891C5" w14:textId="77777777" w:rsidR="00F967BA" w:rsidRPr="002A0E8B" w:rsidRDefault="00F967BA" w:rsidP="008323D3">
      <w:pPr>
        <w:spacing w:line="360" w:lineRule="auto"/>
        <w:jc w:val="both"/>
        <w:rPr>
          <w:rFonts w:ascii="Arial" w:hAnsi="Arial" w:cs="Arial"/>
          <w:b/>
          <w:bCs/>
        </w:rPr>
      </w:pPr>
    </w:p>
    <w:p w14:paraId="0C8A1687" w14:textId="77777777" w:rsidR="00F967BA" w:rsidRPr="002A0E8B" w:rsidRDefault="00F967BA" w:rsidP="008323D3">
      <w:pPr>
        <w:spacing w:line="360" w:lineRule="auto"/>
        <w:jc w:val="both"/>
        <w:rPr>
          <w:rFonts w:ascii="Arial" w:hAnsi="Arial" w:cs="Arial"/>
          <w:b/>
          <w:bCs/>
        </w:rPr>
      </w:pPr>
    </w:p>
    <w:p w14:paraId="0CDB2A17" w14:textId="77777777" w:rsidR="00F967BA" w:rsidRPr="002A0E8B" w:rsidRDefault="00F967BA" w:rsidP="008323D3">
      <w:pPr>
        <w:spacing w:line="360" w:lineRule="auto"/>
        <w:jc w:val="both"/>
        <w:rPr>
          <w:rFonts w:ascii="Arial" w:hAnsi="Arial" w:cs="Arial"/>
          <w:b/>
          <w:bCs/>
        </w:rPr>
      </w:pPr>
    </w:p>
    <w:p w14:paraId="0FE09C19" w14:textId="77777777" w:rsidR="00F967BA" w:rsidRPr="002A0E8B" w:rsidRDefault="00F967BA" w:rsidP="008323D3">
      <w:pPr>
        <w:spacing w:line="360" w:lineRule="auto"/>
        <w:jc w:val="both"/>
        <w:rPr>
          <w:rFonts w:ascii="Arial" w:hAnsi="Arial" w:cs="Arial"/>
          <w:b/>
          <w:bCs/>
        </w:rPr>
      </w:pPr>
    </w:p>
    <w:p w14:paraId="133A1B56" w14:textId="77777777" w:rsidR="00F967BA" w:rsidRPr="002A0E8B" w:rsidRDefault="00F967BA" w:rsidP="008323D3">
      <w:pPr>
        <w:spacing w:line="360" w:lineRule="auto"/>
        <w:jc w:val="both"/>
        <w:rPr>
          <w:rFonts w:ascii="Arial" w:hAnsi="Arial" w:cs="Arial"/>
          <w:b/>
          <w:bCs/>
        </w:rPr>
      </w:pPr>
    </w:p>
    <w:p w14:paraId="026CC317" w14:textId="639B7D61" w:rsidR="00F967BA" w:rsidRPr="002A0E8B" w:rsidRDefault="00D05C42" w:rsidP="008323D3">
      <w:pPr>
        <w:spacing w:line="360" w:lineRule="auto"/>
        <w:jc w:val="center"/>
        <w:rPr>
          <w:rFonts w:ascii="Arial" w:hAnsi="Arial" w:cs="Arial"/>
          <w:b/>
          <w:bCs/>
        </w:rPr>
      </w:pPr>
      <w:r w:rsidRPr="002A0E8B">
        <w:rPr>
          <w:rFonts w:ascii="Arial" w:hAnsi="Arial" w:cs="Arial"/>
          <w:b/>
          <w:bCs/>
          <w:sz w:val="24"/>
          <w:szCs w:val="24"/>
        </w:rPr>
        <w:lastRenderedPageBreak/>
        <w:t>Figure:</w:t>
      </w:r>
      <w:r w:rsidR="00C27764" w:rsidRPr="002A0E8B">
        <w:rPr>
          <w:rFonts w:ascii="Arial" w:hAnsi="Arial" w:cs="Arial"/>
          <w:sz w:val="24"/>
          <w:szCs w:val="24"/>
        </w:rPr>
        <w:t xml:space="preserve"> Design view of </w:t>
      </w:r>
      <w:proofErr w:type="spellStart"/>
      <w:proofErr w:type="gramStart"/>
      <w:r w:rsidR="00C27764" w:rsidRPr="002A0E8B">
        <w:rPr>
          <w:rFonts w:ascii="Arial" w:hAnsi="Arial" w:cs="Arial"/>
          <w:sz w:val="24"/>
          <w:szCs w:val="24"/>
        </w:rPr>
        <w:t>Doctor</w:t>
      </w:r>
      <w:proofErr w:type="gramEnd"/>
      <w:r w:rsidR="00C27764" w:rsidRPr="002A0E8B">
        <w:rPr>
          <w:rFonts w:ascii="Arial" w:hAnsi="Arial" w:cs="Arial"/>
          <w:sz w:val="24"/>
          <w:szCs w:val="24"/>
        </w:rPr>
        <w:t>_prescription_query</w:t>
      </w:r>
      <w:proofErr w:type="spellEnd"/>
    </w:p>
    <w:p w14:paraId="1AA99074" w14:textId="1BE4992E" w:rsidR="00FF5FCB" w:rsidRPr="002A0E8B" w:rsidRDefault="008F4620" w:rsidP="008323D3">
      <w:pPr>
        <w:spacing w:line="360" w:lineRule="auto"/>
        <w:jc w:val="both"/>
        <w:rPr>
          <w:rFonts w:ascii="Arial" w:hAnsi="Arial" w:cs="Arial"/>
        </w:rPr>
      </w:pPr>
      <w:r w:rsidRPr="002A0E8B">
        <w:rPr>
          <w:rFonts w:ascii="Arial" w:hAnsi="Arial" w:cs="Arial"/>
          <w:b/>
          <w:bCs/>
        </w:rPr>
        <w:drawing>
          <wp:anchor distT="0" distB="0" distL="114300" distR="114300" simplePos="0" relativeHeight="251658245" behindDoc="1" locked="0" layoutInCell="1" allowOverlap="1" wp14:anchorId="773D0321" wp14:editId="500F7D89">
            <wp:simplePos x="0" y="0"/>
            <wp:positionH relativeFrom="column">
              <wp:posOffset>0</wp:posOffset>
            </wp:positionH>
            <wp:positionV relativeFrom="paragraph">
              <wp:posOffset>90170</wp:posOffset>
            </wp:positionV>
            <wp:extent cx="5731510" cy="2398395"/>
            <wp:effectExtent l="76200" t="76200" r="135890" b="135255"/>
            <wp:wrapNone/>
            <wp:docPr id="194000955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009554" name="Picture 1940009554"/>
                    <pic:cNvPicPr/>
                  </pic:nvPicPr>
                  <pic:blipFill>
                    <a:blip r:embed="rId28">
                      <a:extLst>
                        <a:ext uri="{28A0092B-C50C-407E-A947-70E740481C1C}">
                          <a14:useLocalDpi xmlns:a14="http://schemas.microsoft.com/office/drawing/2010/main" val="0"/>
                        </a:ext>
                      </a:extLst>
                    </a:blip>
                    <a:stretch>
                      <a:fillRect/>
                    </a:stretch>
                  </pic:blipFill>
                  <pic:spPr>
                    <a:xfrm>
                      <a:off x="0" y="0"/>
                      <a:ext cx="5731510" cy="23983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V relativeFrom="margin">
              <wp14:pctHeight>0</wp14:pctHeight>
            </wp14:sizeRelV>
          </wp:anchor>
        </w:drawing>
      </w:r>
    </w:p>
    <w:p w14:paraId="4BD0DCEF" w14:textId="0006B1EE" w:rsidR="00466958" w:rsidRPr="002A0E8B" w:rsidRDefault="00466958" w:rsidP="008323D3">
      <w:pPr>
        <w:spacing w:line="360" w:lineRule="auto"/>
        <w:jc w:val="both"/>
        <w:rPr>
          <w:rFonts w:ascii="Arial" w:hAnsi="Arial" w:cs="Arial"/>
        </w:rPr>
      </w:pPr>
    </w:p>
    <w:p w14:paraId="12E8E464" w14:textId="77777777" w:rsidR="00466958" w:rsidRPr="002A0E8B" w:rsidRDefault="00466958" w:rsidP="008323D3">
      <w:pPr>
        <w:spacing w:line="360" w:lineRule="auto"/>
        <w:jc w:val="both"/>
        <w:rPr>
          <w:rFonts w:ascii="Arial" w:hAnsi="Arial" w:cs="Arial"/>
        </w:rPr>
      </w:pPr>
    </w:p>
    <w:p w14:paraId="743B34D3" w14:textId="77777777" w:rsidR="00466958" w:rsidRPr="002A0E8B" w:rsidRDefault="00466958" w:rsidP="008323D3">
      <w:pPr>
        <w:spacing w:line="360" w:lineRule="auto"/>
        <w:jc w:val="both"/>
        <w:rPr>
          <w:rFonts w:ascii="Arial" w:hAnsi="Arial" w:cs="Arial"/>
        </w:rPr>
      </w:pPr>
    </w:p>
    <w:p w14:paraId="26BA5C6B" w14:textId="77777777" w:rsidR="002F5E2D" w:rsidRPr="002A0E8B" w:rsidRDefault="002F5E2D" w:rsidP="008323D3">
      <w:pPr>
        <w:spacing w:line="360" w:lineRule="auto"/>
        <w:jc w:val="both"/>
        <w:rPr>
          <w:rFonts w:ascii="Arial" w:hAnsi="Arial" w:cs="Arial"/>
        </w:rPr>
      </w:pPr>
    </w:p>
    <w:p w14:paraId="5D9C0E61" w14:textId="77777777" w:rsidR="002F5E2D" w:rsidRPr="002A0E8B" w:rsidRDefault="002F5E2D" w:rsidP="008323D3">
      <w:pPr>
        <w:spacing w:line="360" w:lineRule="auto"/>
        <w:jc w:val="both"/>
        <w:rPr>
          <w:rFonts w:ascii="Arial" w:hAnsi="Arial" w:cs="Arial"/>
        </w:rPr>
      </w:pPr>
    </w:p>
    <w:p w14:paraId="2CE8020F" w14:textId="7447FC43" w:rsidR="002F5E2D" w:rsidRPr="002A0E8B" w:rsidRDefault="002F5E2D" w:rsidP="008323D3">
      <w:pPr>
        <w:spacing w:line="360" w:lineRule="auto"/>
        <w:jc w:val="both"/>
        <w:rPr>
          <w:rFonts w:ascii="Arial" w:hAnsi="Arial" w:cs="Arial"/>
        </w:rPr>
      </w:pPr>
    </w:p>
    <w:p w14:paraId="35949F13" w14:textId="77777777" w:rsidR="002F5E2D" w:rsidRPr="002A0E8B" w:rsidRDefault="002F5E2D" w:rsidP="008323D3">
      <w:pPr>
        <w:spacing w:line="360" w:lineRule="auto"/>
        <w:jc w:val="both"/>
        <w:rPr>
          <w:rFonts w:ascii="Arial" w:hAnsi="Arial" w:cs="Arial"/>
        </w:rPr>
      </w:pPr>
    </w:p>
    <w:p w14:paraId="32852C1E" w14:textId="6D9793AE" w:rsidR="00AF4429" w:rsidRPr="002A0E8B" w:rsidRDefault="00757BA6" w:rsidP="008323D3">
      <w:pPr>
        <w:spacing w:line="360" w:lineRule="auto"/>
        <w:jc w:val="center"/>
        <w:rPr>
          <w:rFonts w:ascii="Arial" w:hAnsi="Arial" w:cs="Arial"/>
          <w:b/>
          <w:bCs/>
        </w:rPr>
      </w:pPr>
      <w:r w:rsidRPr="002A0E8B">
        <w:rPr>
          <w:rFonts w:ascii="Arial" w:hAnsi="Arial" w:cs="Arial"/>
          <w:b/>
          <w:bCs/>
        </w:rPr>
        <w:t>Figure:</w:t>
      </w:r>
      <w:r w:rsidR="00AF4429" w:rsidRPr="002A0E8B">
        <w:rPr>
          <w:rFonts w:ascii="Arial" w:hAnsi="Arial" w:cs="Arial"/>
          <w:b/>
          <w:bCs/>
        </w:rPr>
        <w:t xml:space="preserve"> </w:t>
      </w:r>
      <w:r w:rsidR="00AF4429" w:rsidRPr="002A0E8B">
        <w:rPr>
          <w:rFonts w:ascii="Arial" w:hAnsi="Arial" w:cs="Arial"/>
          <w:sz w:val="24"/>
          <w:szCs w:val="24"/>
        </w:rPr>
        <w:t xml:space="preserve">Table view of </w:t>
      </w:r>
      <w:proofErr w:type="spellStart"/>
      <w:proofErr w:type="gramStart"/>
      <w:r w:rsidR="00AF4429" w:rsidRPr="002A0E8B">
        <w:rPr>
          <w:rFonts w:ascii="Arial" w:hAnsi="Arial" w:cs="Arial"/>
          <w:sz w:val="24"/>
          <w:szCs w:val="24"/>
        </w:rPr>
        <w:t>Doctor</w:t>
      </w:r>
      <w:proofErr w:type="gramEnd"/>
      <w:r w:rsidR="00AF4429" w:rsidRPr="002A0E8B">
        <w:rPr>
          <w:rFonts w:ascii="Arial" w:hAnsi="Arial" w:cs="Arial"/>
          <w:sz w:val="24"/>
          <w:szCs w:val="24"/>
        </w:rPr>
        <w:t>_prescription_query</w:t>
      </w:r>
      <w:proofErr w:type="spellEnd"/>
    </w:p>
    <w:p w14:paraId="2FAA93B7" w14:textId="39FA5929" w:rsidR="002F5E2D" w:rsidRPr="002A0E8B" w:rsidRDefault="002F5E2D" w:rsidP="008323D3">
      <w:pPr>
        <w:spacing w:line="360" w:lineRule="auto"/>
        <w:jc w:val="both"/>
        <w:rPr>
          <w:rFonts w:ascii="Arial" w:hAnsi="Arial" w:cs="Arial"/>
          <w:b/>
          <w:bCs/>
        </w:rPr>
      </w:pPr>
    </w:p>
    <w:p w14:paraId="798D8BBD" w14:textId="37CF315F" w:rsidR="002F5E2D" w:rsidRPr="002A0E8B" w:rsidRDefault="00CA47F5" w:rsidP="008323D3">
      <w:pPr>
        <w:spacing w:line="360" w:lineRule="auto"/>
        <w:jc w:val="both"/>
        <w:rPr>
          <w:rFonts w:ascii="Arial" w:hAnsi="Arial" w:cs="Arial"/>
        </w:rPr>
      </w:pPr>
      <w:r w:rsidRPr="002A0E8B">
        <w:rPr>
          <w:rFonts w:ascii="Arial" w:hAnsi="Arial" w:cs="Arial"/>
          <w:b/>
          <w:bCs/>
        </w:rPr>
        <w:drawing>
          <wp:anchor distT="0" distB="0" distL="114300" distR="114300" simplePos="0" relativeHeight="251658259" behindDoc="1" locked="0" layoutInCell="1" allowOverlap="1" wp14:anchorId="22A5DB1C" wp14:editId="5B110DD2">
            <wp:simplePos x="0" y="0"/>
            <wp:positionH relativeFrom="column">
              <wp:posOffset>0</wp:posOffset>
            </wp:positionH>
            <wp:positionV relativeFrom="paragraph">
              <wp:posOffset>76200</wp:posOffset>
            </wp:positionV>
            <wp:extent cx="5731510" cy="3004185"/>
            <wp:effectExtent l="76200" t="76200" r="135890" b="139065"/>
            <wp:wrapNone/>
            <wp:docPr id="55367699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676993" name="Picture 553676993"/>
                    <pic:cNvPicPr/>
                  </pic:nvPicPr>
                  <pic:blipFill>
                    <a:blip r:embed="rId29">
                      <a:extLst>
                        <a:ext uri="{28A0092B-C50C-407E-A947-70E740481C1C}">
                          <a14:useLocalDpi xmlns:a14="http://schemas.microsoft.com/office/drawing/2010/main" val="0"/>
                        </a:ext>
                      </a:extLst>
                    </a:blip>
                    <a:stretch>
                      <a:fillRect/>
                    </a:stretch>
                  </pic:blipFill>
                  <pic:spPr>
                    <a:xfrm>
                      <a:off x="0" y="0"/>
                      <a:ext cx="5731510" cy="30041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3C3B49C7" w14:textId="77777777" w:rsidR="002F5E2D" w:rsidRPr="002A0E8B" w:rsidRDefault="002F5E2D" w:rsidP="008323D3">
      <w:pPr>
        <w:spacing w:line="360" w:lineRule="auto"/>
        <w:jc w:val="both"/>
        <w:rPr>
          <w:rFonts w:ascii="Arial" w:hAnsi="Arial" w:cs="Arial"/>
        </w:rPr>
      </w:pPr>
    </w:p>
    <w:p w14:paraId="577D00A6" w14:textId="77777777" w:rsidR="002F5E2D" w:rsidRPr="002A0E8B" w:rsidRDefault="002F5E2D" w:rsidP="008323D3">
      <w:pPr>
        <w:spacing w:line="360" w:lineRule="auto"/>
        <w:jc w:val="both"/>
        <w:rPr>
          <w:rFonts w:ascii="Arial" w:hAnsi="Arial" w:cs="Arial"/>
        </w:rPr>
      </w:pPr>
    </w:p>
    <w:p w14:paraId="0DDAF459" w14:textId="77777777" w:rsidR="002F5E2D" w:rsidRPr="002A0E8B" w:rsidRDefault="002F5E2D" w:rsidP="008323D3">
      <w:pPr>
        <w:spacing w:line="360" w:lineRule="auto"/>
        <w:jc w:val="both"/>
        <w:rPr>
          <w:rFonts w:ascii="Arial" w:hAnsi="Arial" w:cs="Arial"/>
        </w:rPr>
      </w:pPr>
    </w:p>
    <w:p w14:paraId="629A802A" w14:textId="77777777" w:rsidR="002F5E2D" w:rsidRPr="002A0E8B" w:rsidRDefault="002F5E2D" w:rsidP="008323D3">
      <w:pPr>
        <w:spacing w:line="360" w:lineRule="auto"/>
        <w:jc w:val="both"/>
        <w:rPr>
          <w:rFonts w:ascii="Arial" w:hAnsi="Arial" w:cs="Arial"/>
        </w:rPr>
      </w:pPr>
    </w:p>
    <w:p w14:paraId="4753DF18" w14:textId="77777777" w:rsidR="002F5E2D" w:rsidRPr="002A0E8B" w:rsidRDefault="002F5E2D" w:rsidP="008323D3">
      <w:pPr>
        <w:spacing w:line="360" w:lineRule="auto"/>
        <w:jc w:val="both"/>
        <w:rPr>
          <w:rFonts w:ascii="Arial" w:hAnsi="Arial" w:cs="Arial"/>
        </w:rPr>
      </w:pPr>
    </w:p>
    <w:p w14:paraId="2FA9F36E" w14:textId="77777777" w:rsidR="002F5E2D" w:rsidRPr="002A0E8B" w:rsidRDefault="002F5E2D" w:rsidP="008323D3">
      <w:pPr>
        <w:spacing w:line="360" w:lineRule="auto"/>
        <w:jc w:val="both"/>
        <w:rPr>
          <w:rFonts w:ascii="Arial" w:hAnsi="Arial" w:cs="Arial"/>
        </w:rPr>
      </w:pPr>
    </w:p>
    <w:p w14:paraId="01763414" w14:textId="77777777" w:rsidR="002F5E2D" w:rsidRPr="002A0E8B" w:rsidRDefault="002F5E2D" w:rsidP="008323D3">
      <w:pPr>
        <w:spacing w:line="360" w:lineRule="auto"/>
        <w:jc w:val="both"/>
        <w:rPr>
          <w:rFonts w:ascii="Arial" w:hAnsi="Arial" w:cs="Arial"/>
        </w:rPr>
      </w:pPr>
    </w:p>
    <w:p w14:paraId="7C0876D9" w14:textId="77777777" w:rsidR="002F5E2D" w:rsidRPr="002A0E8B" w:rsidRDefault="002F5E2D" w:rsidP="008323D3">
      <w:pPr>
        <w:spacing w:line="360" w:lineRule="auto"/>
        <w:jc w:val="both"/>
        <w:rPr>
          <w:rFonts w:ascii="Arial" w:hAnsi="Arial" w:cs="Arial"/>
        </w:rPr>
      </w:pPr>
    </w:p>
    <w:p w14:paraId="0AB8A9C0" w14:textId="3CFC82E2" w:rsidR="00AF4429" w:rsidRPr="002A0E8B" w:rsidRDefault="00CA47F5" w:rsidP="008323D3">
      <w:pPr>
        <w:spacing w:line="360" w:lineRule="auto"/>
        <w:jc w:val="center"/>
        <w:rPr>
          <w:rFonts w:ascii="Arial" w:hAnsi="Arial" w:cs="Arial"/>
          <w:b/>
          <w:bCs/>
        </w:rPr>
      </w:pPr>
      <w:r w:rsidRPr="002A0E8B">
        <w:rPr>
          <w:rFonts w:ascii="Arial" w:hAnsi="Arial" w:cs="Arial"/>
          <w:b/>
          <w:bCs/>
        </w:rPr>
        <w:t>Figure:</w:t>
      </w:r>
      <w:r w:rsidR="00AF4429" w:rsidRPr="002A0E8B">
        <w:rPr>
          <w:rFonts w:ascii="Arial" w:hAnsi="Arial" w:cs="Arial"/>
          <w:b/>
          <w:bCs/>
        </w:rPr>
        <w:t xml:space="preserve"> </w:t>
      </w:r>
      <w:r w:rsidR="00AF4429" w:rsidRPr="002A0E8B">
        <w:rPr>
          <w:rFonts w:ascii="Arial" w:hAnsi="Arial" w:cs="Arial"/>
          <w:sz w:val="24"/>
          <w:szCs w:val="24"/>
        </w:rPr>
        <w:t xml:space="preserve">SQL view of </w:t>
      </w:r>
      <w:proofErr w:type="spellStart"/>
      <w:proofErr w:type="gramStart"/>
      <w:r w:rsidR="00AF4429" w:rsidRPr="002A0E8B">
        <w:rPr>
          <w:rFonts w:ascii="Arial" w:hAnsi="Arial" w:cs="Arial"/>
          <w:sz w:val="24"/>
          <w:szCs w:val="24"/>
        </w:rPr>
        <w:t>Doctor</w:t>
      </w:r>
      <w:proofErr w:type="gramEnd"/>
      <w:r w:rsidR="00AF4429" w:rsidRPr="002A0E8B">
        <w:rPr>
          <w:rFonts w:ascii="Arial" w:hAnsi="Arial" w:cs="Arial"/>
          <w:sz w:val="24"/>
          <w:szCs w:val="24"/>
        </w:rPr>
        <w:t>_prescription_query</w:t>
      </w:r>
      <w:proofErr w:type="spellEnd"/>
    </w:p>
    <w:p w14:paraId="6F23272A" w14:textId="6954D203" w:rsidR="00166E8F" w:rsidRPr="002A0E8B" w:rsidRDefault="00166E8F" w:rsidP="008323D3">
      <w:pPr>
        <w:spacing w:line="360" w:lineRule="auto"/>
        <w:jc w:val="center"/>
        <w:rPr>
          <w:rFonts w:ascii="Arial" w:hAnsi="Arial" w:cs="Arial"/>
        </w:rPr>
      </w:pPr>
    </w:p>
    <w:p w14:paraId="05D28BE5" w14:textId="705FD815" w:rsidR="002F5E2D" w:rsidRPr="002A0E8B" w:rsidRDefault="003A5900" w:rsidP="008323D3">
      <w:pPr>
        <w:pStyle w:val="ListParagraph"/>
        <w:numPr>
          <w:ilvl w:val="0"/>
          <w:numId w:val="48"/>
        </w:numPr>
        <w:spacing w:line="360" w:lineRule="auto"/>
        <w:jc w:val="both"/>
        <w:rPr>
          <w:rFonts w:ascii="Arial" w:hAnsi="Arial" w:cs="Arial"/>
          <w:sz w:val="28"/>
          <w:szCs w:val="28"/>
        </w:rPr>
      </w:pPr>
      <w:proofErr w:type="spellStart"/>
      <w:r w:rsidRPr="002A0E8B">
        <w:rPr>
          <w:rFonts w:ascii="Arial" w:hAnsi="Arial" w:cs="Arial"/>
          <w:b/>
          <w:bCs/>
          <w:sz w:val="28"/>
          <w:szCs w:val="28"/>
        </w:rPr>
        <w:lastRenderedPageBreak/>
        <w:t>Medicine_supplier_query</w:t>
      </w:r>
      <w:proofErr w:type="spellEnd"/>
    </w:p>
    <w:p w14:paraId="2D5F4D31" w14:textId="5D55C325" w:rsidR="002F5E2D" w:rsidRPr="002A0E8B" w:rsidRDefault="009E3A92" w:rsidP="008323D3">
      <w:pPr>
        <w:spacing w:line="360" w:lineRule="auto"/>
        <w:jc w:val="both"/>
        <w:rPr>
          <w:rFonts w:ascii="Arial" w:hAnsi="Arial" w:cs="Arial"/>
        </w:rPr>
      </w:pPr>
      <w:r w:rsidRPr="002A0E8B">
        <w:rPr>
          <w:rFonts w:ascii="Arial" w:hAnsi="Arial" w:cs="Arial"/>
          <w:b/>
          <w:bCs/>
        </w:rPr>
        <w:drawing>
          <wp:anchor distT="0" distB="0" distL="114300" distR="114300" simplePos="0" relativeHeight="251658261" behindDoc="1" locked="0" layoutInCell="1" allowOverlap="1" wp14:anchorId="3E2C4AD1" wp14:editId="5BDD39EC">
            <wp:simplePos x="0" y="0"/>
            <wp:positionH relativeFrom="margin">
              <wp:posOffset>0</wp:posOffset>
            </wp:positionH>
            <wp:positionV relativeFrom="paragraph">
              <wp:posOffset>76200</wp:posOffset>
            </wp:positionV>
            <wp:extent cx="5731510" cy="2886075"/>
            <wp:effectExtent l="76200" t="76200" r="135890" b="142875"/>
            <wp:wrapNone/>
            <wp:docPr id="73164177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641778" name="Picture 731641778"/>
                    <pic:cNvPicPr/>
                  </pic:nvPicPr>
                  <pic:blipFill>
                    <a:blip r:embed="rId30">
                      <a:extLst>
                        <a:ext uri="{28A0092B-C50C-407E-A947-70E740481C1C}">
                          <a14:useLocalDpi xmlns:a14="http://schemas.microsoft.com/office/drawing/2010/main" val="0"/>
                        </a:ext>
                      </a:extLst>
                    </a:blip>
                    <a:stretch>
                      <a:fillRect/>
                    </a:stretch>
                  </pic:blipFill>
                  <pic:spPr>
                    <a:xfrm>
                      <a:off x="0" y="0"/>
                      <a:ext cx="5731510" cy="28860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V relativeFrom="margin">
              <wp14:pctHeight>0</wp14:pctHeight>
            </wp14:sizeRelV>
          </wp:anchor>
        </w:drawing>
      </w:r>
    </w:p>
    <w:p w14:paraId="5D5CBF0B" w14:textId="77777777" w:rsidR="002F5E2D" w:rsidRPr="002A0E8B" w:rsidRDefault="002F5E2D" w:rsidP="008323D3">
      <w:pPr>
        <w:spacing w:line="360" w:lineRule="auto"/>
        <w:jc w:val="both"/>
        <w:rPr>
          <w:rFonts w:ascii="Arial" w:hAnsi="Arial" w:cs="Arial"/>
        </w:rPr>
      </w:pPr>
    </w:p>
    <w:p w14:paraId="62758B7E" w14:textId="77777777" w:rsidR="002F5E2D" w:rsidRPr="002A0E8B" w:rsidRDefault="002F5E2D" w:rsidP="008323D3">
      <w:pPr>
        <w:spacing w:line="360" w:lineRule="auto"/>
        <w:jc w:val="both"/>
        <w:rPr>
          <w:rFonts w:ascii="Arial" w:hAnsi="Arial" w:cs="Arial"/>
        </w:rPr>
      </w:pPr>
    </w:p>
    <w:p w14:paraId="7958C80B" w14:textId="77777777" w:rsidR="002F5E2D" w:rsidRPr="002A0E8B" w:rsidRDefault="002F5E2D" w:rsidP="008323D3">
      <w:pPr>
        <w:spacing w:line="360" w:lineRule="auto"/>
        <w:jc w:val="both"/>
        <w:rPr>
          <w:rFonts w:ascii="Arial" w:hAnsi="Arial" w:cs="Arial"/>
        </w:rPr>
      </w:pPr>
    </w:p>
    <w:p w14:paraId="278CFF16" w14:textId="77777777" w:rsidR="002F5E2D" w:rsidRPr="002A0E8B" w:rsidRDefault="002F5E2D" w:rsidP="008323D3">
      <w:pPr>
        <w:spacing w:line="360" w:lineRule="auto"/>
        <w:jc w:val="both"/>
        <w:rPr>
          <w:rFonts w:ascii="Arial" w:hAnsi="Arial" w:cs="Arial"/>
        </w:rPr>
      </w:pPr>
    </w:p>
    <w:p w14:paraId="37F8F92B" w14:textId="77777777" w:rsidR="002F5E2D" w:rsidRPr="002A0E8B" w:rsidRDefault="002F5E2D" w:rsidP="008323D3">
      <w:pPr>
        <w:spacing w:line="360" w:lineRule="auto"/>
        <w:jc w:val="both"/>
        <w:rPr>
          <w:rFonts w:ascii="Arial" w:hAnsi="Arial" w:cs="Arial"/>
        </w:rPr>
      </w:pPr>
    </w:p>
    <w:p w14:paraId="59FEEAF5" w14:textId="77777777" w:rsidR="00A7325E" w:rsidRPr="002A0E8B" w:rsidRDefault="00A7325E" w:rsidP="008323D3">
      <w:pPr>
        <w:spacing w:line="360" w:lineRule="auto"/>
        <w:jc w:val="both"/>
        <w:rPr>
          <w:rFonts w:ascii="Arial" w:hAnsi="Arial" w:cs="Arial"/>
        </w:rPr>
      </w:pPr>
    </w:p>
    <w:p w14:paraId="592E4E0B" w14:textId="77777777" w:rsidR="002F5E2D" w:rsidRPr="002A0E8B" w:rsidRDefault="002F5E2D" w:rsidP="008323D3">
      <w:pPr>
        <w:spacing w:line="360" w:lineRule="auto"/>
        <w:jc w:val="both"/>
        <w:rPr>
          <w:rFonts w:ascii="Arial" w:hAnsi="Arial" w:cs="Arial"/>
        </w:rPr>
      </w:pPr>
    </w:p>
    <w:p w14:paraId="658F426A" w14:textId="77777777" w:rsidR="00CA47F5" w:rsidRPr="002A0E8B" w:rsidRDefault="00CA47F5" w:rsidP="008323D3">
      <w:pPr>
        <w:spacing w:line="360" w:lineRule="auto"/>
        <w:jc w:val="both"/>
        <w:rPr>
          <w:rFonts w:ascii="Arial" w:hAnsi="Arial" w:cs="Arial"/>
        </w:rPr>
      </w:pPr>
    </w:p>
    <w:p w14:paraId="79D73C27" w14:textId="2AF5FF6E" w:rsidR="00CA47F5" w:rsidRPr="002A0E8B" w:rsidRDefault="009E3A92" w:rsidP="008323D3">
      <w:pPr>
        <w:spacing w:line="360" w:lineRule="auto"/>
        <w:jc w:val="center"/>
        <w:rPr>
          <w:rFonts w:ascii="Arial" w:hAnsi="Arial" w:cs="Arial"/>
        </w:rPr>
      </w:pPr>
      <w:r w:rsidRPr="002A0E8B">
        <w:rPr>
          <w:rFonts w:ascii="Arial" w:hAnsi="Arial" w:cs="Arial"/>
          <w:b/>
          <w:bCs/>
          <w:sz w:val="24"/>
          <w:szCs w:val="24"/>
        </w:rPr>
        <w:t>Figure:</w:t>
      </w:r>
      <w:r w:rsidR="00A7325E" w:rsidRPr="002A0E8B">
        <w:rPr>
          <w:rFonts w:ascii="Arial" w:hAnsi="Arial" w:cs="Arial"/>
          <w:sz w:val="24"/>
          <w:szCs w:val="24"/>
        </w:rPr>
        <w:t xml:space="preserve"> Design view of </w:t>
      </w:r>
      <w:proofErr w:type="spellStart"/>
      <w:r w:rsidR="00FC4631" w:rsidRPr="002A0E8B">
        <w:rPr>
          <w:rFonts w:ascii="Arial" w:hAnsi="Arial" w:cs="Arial"/>
          <w:sz w:val="24"/>
          <w:szCs w:val="24"/>
        </w:rPr>
        <w:t>Medicine_supplier_query</w:t>
      </w:r>
      <w:proofErr w:type="spellEnd"/>
    </w:p>
    <w:p w14:paraId="1050D93A" w14:textId="22629BA8" w:rsidR="00CA47F5" w:rsidRPr="002A0E8B" w:rsidRDefault="004917EE" w:rsidP="008323D3">
      <w:pPr>
        <w:spacing w:line="360" w:lineRule="auto"/>
        <w:jc w:val="both"/>
        <w:rPr>
          <w:rFonts w:ascii="Arial" w:hAnsi="Arial" w:cs="Arial"/>
        </w:rPr>
      </w:pPr>
      <w:r w:rsidRPr="002A0E8B">
        <w:rPr>
          <w:rFonts w:ascii="Arial" w:hAnsi="Arial" w:cs="Arial"/>
          <w:b/>
          <w:bCs/>
        </w:rPr>
        <w:drawing>
          <wp:anchor distT="0" distB="0" distL="114300" distR="114300" simplePos="0" relativeHeight="251658262" behindDoc="1" locked="0" layoutInCell="1" allowOverlap="1" wp14:anchorId="3BFA4948" wp14:editId="5103F258">
            <wp:simplePos x="0" y="0"/>
            <wp:positionH relativeFrom="column">
              <wp:posOffset>0</wp:posOffset>
            </wp:positionH>
            <wp:positionV relativeFrom="paragraph">
              <wp:posOffset>76200</wp:posOffset>
            </wp:positionV>
            <wp:extent cx="5731510" cy="3160395"/>
            <wp:effectExtent l="76200" t="76200" r="135890" b="135255"/>
            <wp:wrapNone/>
            <wp:docPr id="175980503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805035" name="Picture 1759805035"/>
                    <pic:cNvPicPr/>
                  </pic:nvPicPr>
                  <pic:blipFill>
                    <a:blip r:embed="rId31">
                      <a:extLst>
                        <a:ext uri="{28A0092B-C50C-407E-A947-70E740481C1C}">
                          <a14:useLocalDpi xmlns:a14="http://schemas.microsoft.com/office/drawing/2010/main" val="0"/>
                        </a:ext>
                      </a:extLst>
                    </a:blip>
                    <a:stretch>
                      <a:fillRect/>
                    </a:stretch>
                  </pic:blipFill>
                  <pic:spPr>
                    <a:xfrm>
                      <a:off x="0" y="0"/>
                      <a:ext cx="5731510" cy="31603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73FBDB1B" w14:textId="77777777" w:rsidR="009E3A92" w:rsidRPr="002A0E8B" w:rsidRDefault="009E3A92" w:rsidP="008323D3">
      <w:pPr>
        <w:spacing w:line="360" w:lineRule="auto"/>
        <w:jc w:val="both"/>
        <w:rPr>
          <w:rFonts w:ascii="Arial" w:hAnsi="Arial" w:cs="Arial"/>
        </w:rPr>
      </w:pPr>
    </w:p>
    <w:p w14:paraId="5A4743F2" w14:textId="77777777" w:rsidR="009E3A92" w:rsidRPr="002A0E8B" w:rsidRDefault="009E3A92" w:rsidP="008323D3">
      <w:pPr>
        <w:spacing w:line="360" w:lineRule="auto"/>
        <w:jc w:val="both"/>
        <w:rPr>
          <w:rFonts w:ascii="Arial" w:hAnsi="Arial" w:cs="Arial"/>
        </w:rPr>
      </w:pPr>
    </w:p>
    <w:p w14:paraId="427A791F" w14:textId="77777777" w:rsidR="009E3A92" w:rsidRPr="002A0E8B" w:rsidRDefault="009E3A92" w:rsidP="008323D3">
      <w:pPr>
        <w:spacing w:line="360" w:lineRule="auto"/>
        <w:jc w:val="both"/>
        <w:rPr>
          <w:rFonts w:ascii="Arial" w:hAnsi="Arial" w:cs="Arial"/>
        </w:rPr>
      </w:pPr>
    </w:p>
    <w:p w14:paraId="6C9328D3" w14:textId="77777777" w:rsidR="009E3A92" w:rsidRPr="002A0E8B" w:rsidRDefault="009E3A92" w:rsidP="008323D3">
      <w:pPr>
        <w:spacing w:line="360" w:lineRule="auto"/>
        <w:jc w:val="both"/>
        <w:rPr>
          <w:rFonts w:ascii="Arial" w:hAnsi="Arial" w:cs="Arial"/>
        </w:rPr>
      </w:pPr>
    </w:p>
    <w:p w14:paraId="52519AB0" w14:textId="77777777" w:rsidR="009E3A92" w:rsidRPr="002A0E8B" w:rsidRDefault="009E3A92" w:rsidP="008323D3">
      <w:pPr>
        <w:spacing w:line="360" w:lineRule="auto"/>
        <w:jc w:val="both"/>
        <w:rPr>
          <w:rFonts w:ascii="Arial" w:hAnsi="Arial" w:cs="Arial"/>
        </w:rPr>
      </w:pPr>
    </w:p>
    <w:p w14:paraId="14C63EE3" w14:textId="77777777" w:rsidR="009E3A92" w:rsidRPr="002A0E8B" w:rsidRDefault="009E3A92" w:rsidP="008323D3">
      <w:pPr>
        <w:spacing w:line="360" w:lineRule="auto"/>
        <w:jc w:val="both"/>
        <w:rPr>
          <w:rFonts w:ascii="Arial" w:hAnsi="Arial" w:cs="Arial"/>
        </w:rPr>
      </w:pPr>
    </w:p>
    <w:p w14:paraId="57D9F70F" w14:textId="77777777" w:rsidR="009E3A92" w:rsidRPr="002A0E8B" w:rsidRDefault="009E3A92" w:rsidP="008323D3">
      <w:pPr>
        <w:spacing w:line="360" w:lineRule="auto"/>
        <w:jc w:val="both"/>
        <w:rPr>
          <w:rFonts w:ascii="Arial" w:hAnsi="Arial" w:cs="Arial"/>
        </w:rPr>
      </w:pPr>
    </w:p>
    <w:p w14:paraId="5BE78B21" w14:textId="77777777" w:rsidR="009E3A92" w:rsidRPr="002A0E8B" w:rsidRDefault="009E3A92" w:rsidP="008323D3">
      <w:pPr>
        <w:spacing w:line="360" w:lineRule="auto"/>
        <w:jc w:val="both"/>
        <w:rPr>
          <w:rFonts w:ascii="Arial" w:hAnsi="Arial" w:cs="Arial"/>
        </w:rPr>
      </w:pPr>
    </w:p>
    <w:p w14:paraId="1792B57C" w14:textId="77777777" w:rsidR="009E3A92" w:rsidRPr="002A0E8B" w:rsidRDefault="009E3A92" w:rsidP="008323D3">
      <w:pPr>
        <w:spacing w:line="360" w:lineRule="auto"/>
        <w:jc w:val="both"/>
        <w:rPr>
          <w:rFonts w:ascii="Arial" w:hAnsi="Arial" w:cs="Arial"/>
        </w:rPr>
      </w:pPr>
    </w:p>
    <w:p w14:paraId="7F474631" w14:textId="3FDA20A7" w:rsidR="00FC4631" w:rsidRPr="002A0E8B" w:rsidRDefault="004917EE" w:rsidP="008323D3">
      <w:pPr>
        <w:spacing w:line="360" w:lineRule="auto"/>
        <w:jc w:val="center"/>
        <w:rPr>
          <w:rFonts w:ascii="Arial" w:hAnsi="Arial" w:cs="Arial"/>
        </w:rPr>
      </w:pPr>
      <w:r w:rsidRPr="002A0E8B">
        <w:rPr>
          <w:rFonts w:ascii="Arial" w:hAnsi="Arial" w:cs="Arial"/>
          <w:b/>
          <w:bCs/>
        </w:rPr>
        <w:t>Figure:</w:t>
      </w:r>
      <w:r w:rsidR="00FC4631" w:rsidRPr="002A0E8B">
        <w:rPr>
          <w:rFonts w:ascii="Arial" w:hAnsi="Arial" w:cs="Arial"/>
          <w:sz w:val="24"/>
          <w:szCs w:val="24"/>
        </w:rPr>
        <w:t xml:space="preserve"> Table view of </w:t>
      </w:r>
      <w:proofErr w:type="spellStart"/>
      <w:r w:rsidR="00FC4631" w:rsidRPr="002A0E8B">
        <w:rPr>
          <w:rFonts w:ascii="Arial" w:hAnsi="Arial" w:cs="Arial"/>
          <w:sz w:val="24"/>
          <w:szCs w:val="24"/>
        </w:rPr>
        <w:t>Medicine_supplier_query</w:t>
      </w:r>
      <w:proofErr w:type="spellEnd"/>
    </w:p>
    <w:p w14:paraId="037F95FD" w14:textId="2791A9D9" w:rsidR="009E3A92" w:rsidRPr="002A0E8B" w:rsidRDefault="008D32C8" w:rsidP="008323D3">
      <w:pPr>
        <w:spacing w:line="360" w:lineRule="auto"/>
        <w:jc w:val="both"/>
        <w:rPr>
          <w:rFonts w:ascii="Arial" w:hAnsi="Arial" w:cs="Arial"/>
        </w:rPr>
      </w:pPr>
      <w:r w:rsidRPr="002A0E8B">
        <w:rPr>
          <w:rFonts w:ascii="Arial" w:hAnsi="Arial" w:cs="Arial"/>
          <w:b/>
          <w:bCs/>
        </w:rPr>
        <w:lastRenderedPageBreak/>
        <w:drawing>
          <wp:anchor distT="0" distB="0" distL="114300" distR="114300" simplePos="0" relativeHeight="251658263" behindDoc="1" locked="0" layoutInCell="1" allowOverlap="1" wp14:anchorId="1A2DC493" wp14:editId="1F74EB1E">
            <wp:simplePos x="0" y="0"/>
            <wp:positionH relativeFrom="margin">
              <wp:posOffset>0</wp:posOffset>
            </wp:positionH>
            <wp:positionV relativeFrom="paragraph">
              <wp:posOffset>76200</wp:posOffset>
            </wp:positionV>
            <wp:extent cx="5731510" cy="2978785"/>
            <wp:effectExtent l="76200" t="76200" r="135890" b="126365"/>
            <wp:wrapNone/>
            <wp:docPr id="26918153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181538" name="Picture 269181538"/>
                    <pic:cNvPicPr/>
                  </pic:nvPicPr>
                  <pic:blipFill>
                    <a:blip r:embed="rId32">
                      <a:extLst>
                        <a:ext uri="{28A0092B-C50C-407E-A947-70E740481C1C}">
                          <a14:useLocalDpi xmlns:a14="http://schemas.microsoft.com/office/drawing/2010/main" val="0"/>
                        </a:ext>
                      </a:extLst>
                    </a:blip>
                    <a:stretch>
                      <a:fillRect/>
                    </a:stretch>
                  </pic:blipFill>
                  <pic:spPr>
                    <a:xfrm>
                      <a:off x="0" y="0"/>
                      <a:ext cx="5731510" cy="29787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1A0558A2" w14:textId="77777777" w:rsidR="009E3A92" w:rsidRPr="002A0E8B" w:rsidRDefault="009E3A92" w:rsidP="008323D3">
      <w:pPr>
        <w:spacing w:line="360" w:lineRule="auto"/>
        <w:jc w:val="both"/>
        <w:rPr>
          <w:rFonts w:ascii="Arial" w:hAnsi="Arial" w:cs="Arial"/>
        </w:rPr>
      </w:pPr>
    </w:p>
    <w:p w14:paraId="7D7DAA4C" w14:textId="77777777" w:rsidR="009E3A92" w:rsidRPr="002A0E8B" w:rsidRDefault="009E3A92" w:rsidP="008323D3">
      <w:pPr>
        <w:spacing w:line="360" w:lineRule="auto"/>
        <w:jc w:val="both"/>
        <w:rPr>
          <w:rFonts w:ascii="Arial" w:hAnsi="Arial" w:cs="Arial"/>
        </w:rPr>
      </w:pPr>
    </w:p>
    <w:p w14:paraId="32A7B3C3" w14:textId="77777777" w:rsidR="009E3A92" w:rsidRPr="002A0E8B" w:rsidRDefault="009E3A92" w:rsidP="008323D3">
      <w:pPr>
        <w:spacing w:line="360" w:lineRule="auto"/>
        <w:jc w:val="both"/>
        <w:rPr>
          <w:rFonts w:ascii="Arial" w:hAnsi="Arial" w:cs="Arial"/>
        </w:rPr>
      </w:pPr>
    </w:p>
    <w:p w14:paraId="2FEEE192" w14:textId="77777777" w:rsidR="00FC4631" w:rsidRPr="002A0E8B" w:rsidRDefault="00FC4631" w:rsidP="008323D3">
      <w:pPr>
        <w:spacing w:line="360" w:lineRule="auto"/>
        <w:jc w:val="both"/>
        <w:rPr>
          <w:rFonts w:ascii="Arial" w:hAnsi="Arial" w:cs="Arial"/>
        </w:rPr>
      </w:pPr>
    </w:p>
    <w:p w14:paraId="5675C1D8" w14:textId="77777777" w:rsidR="009E3A92" w:rsidRPr="002A0E8B" w:rsidRDefault="009E3A92" w:rsidP="008323D3">
      <w:pPr>
        <w:spacing w:line="360" w:lineRule="auto"/>
        <w:jc w:val="both"/>
        <w:rPr>
          <w:rFonts w:ascii="Arial" w:hAnsi="Arial" w:cs="Arial"/>
        </w:rPr>
      </w:pPr>
    </w:p>
    <w:p w14:paraId="02D2DD59" w14:textId="77777777" w:rsidR="009E3A92" w:rsidRPr="002A0E8B" w:rsidRDefault="009E3A92" w:rsidP="008323D3">
      <w:pPr>
        <w:spacing w:line="360" w:lineRule="auto"/>
        <w:jc w:val="both"/>
        <w:rPr>
          <w:rFonts w:ascii="Arial" w:hAnsi="Arial" w:cs="Arial"/>
        </w:rPr>
      </w:pPr>
    </w:p>
    <w:p w14:paraId="18AFA0E0" w14:textId="77777777" w:rsidR="009E3A92" w:rsidRPr="002A0E8B" w:rsidRDefault="009E3A92" w:rsidP="008323D3">
      <w:pPr>
        <w:spacing w:line="360" w:lineRule="auto"/>
        <w:jc w:val="both"/>
        <w:rPr>
          <w:rFonts w:ascii="Arial" w:hAnsi="Arial" w:cs="Arial"/>
        </w:rPr>
      </w:pPr>
    </w:p>
    <w:p w14:paraId="477CE9D0" w14:textId="77777777" w:rsidR="009E3A92" w:rsidRPr="002A0E8B" w:rsidRDefault="009E3A92" w:rsidP="008323D3">
      <w:pPr>
        <w:spacing w:line="360" w:lineRule="auto"/>
        <w:jc w:val="both"/>
        <w:rPr>
          <w:rFonts w:ascii="Arial" w:hAnsi="Arial" w:cs="Arial"/>
        </w:rPr>
      </w:pPr>
    </w:p>
    <w:p w14:paraId="00D6FAE8" w14:textId="2FB8C100" w:rsidR="002F5E2D" w:rsidRPr="002A0E8B" w:rsidRDefault="008D32C8" w:rsidP="008323D3">
      <w:pPr>
        <w:spacing w:line="360" w:lineRule="auto"/>
        <w:jc w:val="center"/>
        <w:rPr>
          <w:rFonts w:ascii="Arial" w:hAnsi="Arial" w:cs="Arial"/>
        </w:rPr>
      </w:pPr>
      <w:r w:rsidRPr="002A0E8B">
        <w:rPr>
          <w:rFonts w:ascii="Arial" w:hAnsi="Arial" w:cs="Arial"/>
          <w:b/>
          <w:bCs/>
        </w:rPr>
        <w:t>Figure:</w:t>
      </w:r>
      <w:r w:rsidR="00FC4631" w:rsidRPr="002A0E8B">
        <w:rPr>
          <w:rFonts w:ascii="Arial" w:hAnsi="Arial" w:cs="Arial"/>
          <w:sz w:val="24"/>
          <w:szCs w:val="24"/>
        </w:rPr>
        <w:t xml:space="preserve"> SQL view of </w:t>
      </w:r>
      <w:proofErr w:type="spellStart"/>
      <w:r w:rsidR="00FC4631" w:rsidRPr="002A0E8B">
        <w:rPr>
          <w:rFonts w:ascii="Arial" w:hAnsi="Arial" w:cs="Arial"/>
          <w:sz w:val="24"/>
          <w:szCs w:val="24"/>
        </w:rPr>
        <w:t>Medicine_supplier_query</w:t>
      </w:r>
      <w:proofErr w:type="spellEnd"/>
    </w:p>
    <w:p w14:paraId="0562DF5B" w14:textId="77777777" w:rsidR="008D32C8" w:rsidRPr="002A0E8B" w:rsidRDefault="008D32C8" w:rsidP="008323D3">
      <w:pPr>
        <w:spacing w:line="360" w:lineRule="auto"/>
        <w:jc w:val="both"/>
        <w:rPr>
          <w:rFonts w:ascii="Arial" w:hAnsi="Arial" w:cs="Arial"/>
          <w:sz w:val="28"/>
          <w:szCs w:val="28"/>
        </w:rPr>
      </w:pPr>
    </w:p>
    <w:p w14:paraId="58E2EF9C" w14:textId="244CEC3E" w:rsidR="003B0459" w:rsidRPr="002A0E8B" w:rsidRDefault="003B0459" w:rsidP="008323D3">
      <w:pPr>
        <w:pStyle w:val="ListParagraph"/>
        <w:numPr>
          <w:ilvl w:val="0"/>
          <w:numId w:val="48"/>
        </w:numPr>
        <w:spacing w:line="360" w:lineRule="auto"/>
        <w:jc w:val="both"/>
        <w:rPr>
          <w:rFonts w:ascii="Arial" w:hAnsi="Arial" w:cs="Arial"/>
          <w:b/>
          <w:bCs/>
          <w:sz w:val="28"/>
          <w:szCs w:val="28"/>
        </w:rPr>
      </w:pPr>
      <w:proofErr w:type="spellStart"/>
      <w:r w:rsidRPr="002A0E8B">
        <w:rPr>
          <w:rFonts w:ascii="Arial" w:hAnsi="Arial" w:cs="Arial"/>
          <w:b/>
          <w:bCs/>
          <w:sz w:val="28"/>
          <w:szCs w:val="28"/>
        </w:rPr>
        <w:t>Stock_quantity_query</w:t>
      </w:r>
      <w:proofErr w:type="spellEnd"/>
    </w:p>
    <w:p w14:paraId="495E1E62" w14:textId="5F3175A6" w:rsidR="008D32C8" w:rsidRPr="002A0E8B" w:rsidRDefault="001F05F0" w:rsidP="008323D3">
      <w:pPr>
        <w:spacing w:line="360" w:lineRule="auto"/>
        <w:jc w:val="both"/>
        <w:rPr>
          <w:rFonts w:ascii="Arial" w:hAnsi="Arial" w:cs="Arial"/>
        </w:rPr>
      </w:pPr>
      <w:r w:rsidRPr="002A0E8B">
        <w:rPr>
          <w:rFonts w:ascii="Arial" w:hAnsi="Arial" w:cs="Arial"/>
          <w:b/>
          <w:bCs/>
        </w:rPr>
        <w:drawing>
          <wp:anchor distT="0" distB="0" distL="114300" distR="114300" simplePos="0" relativeHeight="251658264" behindDoc="1" locked="0" layoutInCell="1" allowOverlap="1" wp14:anchorId="74BED472" wp14:editId="6E12D7E3">
            <wp:simplePos x="0" y="0"/>
            <wp:positionH relativeFrom="column">
              <wp:posOffset>47625</wp:posOffset>
            </wp:positionH>
            <wp:positionV relativeFrom="paragraph">
              <wp:posOffset>186690</wp:posOffset>
            </wp:positionV>
            <wp:extent cx="5731510" cy="2828925"/>
            <wp:effectExtent l="76200" t="76200" r="135890" b="142875"/>
            <wp:wrapNone/>
            <wp:docPr id="590447579"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447579" name="Picture 590447579"/>
                    <pic:cNvPicPr/>
                  </pic:nvPicPr>
                  <pic:blipFill>
                    <a:blip r:embed="rId33">
                      <a:extLst>
                        <a:ext uri="{28A0092B-C50C-407E-A947-70E740481C1C}">
                          <a14:useLocalDpi xmlns:a14="http://schemas.microsoft.com/office/drawing/2010/main" val="0"/>
                        </a:ext>
                      </a:extLst>
                    </a:blip>
                    <a:stretch>
                      <a:fillRect/>
                    </a:stretch>
                  </pic:blipFill>
                  <pic:spPr>
                    <a:xfrm>
                      <a:off x="0" y="0"/>
                      <a:ext cx="5731510" cy="28289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V relativeFrom="margin">
              <wp14:pctHeight>0</wp14:pctHeight>
            </wp14:sizeRelV>
          </wp:anchor>
        </w:drawing>
      </w:r>
    </w:p>
    <w:p w14:paraId="01668BE9" w14:textId="6344BDC7" w:rsidR="008D32C8" w:rsidRPr="002A0E8B" w:rsidRDefault="008D32C8" w:rsidP="008323D3">
      <w:pPr>
        <w:spacing w:line="360" w:lineRule="auto"/>
        <w:jc w:val="both"/>
        <w:rPr>
          <w:rFonts w:ascii="Arial" w:hAnsi="Arial" w:cs="Arial"/>
        </w:rPr>
      </w:pPr>
    </w:p>
    <w:p w14:paraId="10641AE5" w14:textId="77777777" w:rsidR="008D32C8" w:rsidRPr="002A0E8B" w:rsidRDefault="008D32C8" w:rsidP="008323D3">
      <w:pPr>
        <w:spacing w:line="360" w:lineRule="auto"/>
        <w:jc w:val="both"/>
        <w:rPr>
          <w:rFonts w:ascii="Arial" w:hAnsi="Arial" w:cs="Arial"/>
        </w:rPr>
      </w:pPr>
    </w:p>
    <w:p w14:paraId="222D0954" w14:textId="77777777" w:rsidR="008D32C8" w:rsidRPr="002A0E8B" w:rsidRDefault="008D32C8" w:rsidP="008323D3">
      <w:pPr>
        <w:spacing w:line="360" w:lineRule="auto"/>
        <w:jc w:val="both"/>
        <w:rPr>
          <w:rFonts w:ascii="Arial" w:hAnsi="Arial" w:cs="Arial"/>
        </w:rPr>
      </w:pPr>
    </w:p>
    <w:p w14:paraId="03C5CF15" w14:textId="77777777" w:rsidR="008D32C8" w:rsidRPr="002A0E8B" w:rsidRDefault="008D32C8" w:rsidP="008323D3">
      <w:pPr>
        <w:spacing w:line="360" w:lineRule="auto"/>
        <w:jc w:val="both"/>
        <w:rPr>
          <w:rFonts w:ascii="Arial" w:hAnsi="Arial" w:cs="Arial"/>
        </w:rPr>
      </w:pPr>
    </w:p>
    <w:p w14:paraId="3B6A76A3" w14:textId="77777777" w:rsidR="008D32C8" w:rsidRPr="002A0E8B" w:rsidRDefault="008D32C8" w:rsidP="008323D3">
      <w:pPr>
        <w:spacing w:line="360" w:lineRule="auto"/>
        <w:jc w:val="both"/>
        <w:rPr>
          <w:rFonts w:ascii="Arial" w:hAnsi="Arial" w:cs="Arial"/>
        </w:rPr>
      </w:pPr>
    </w:p>
    <w:p w14:paraId="47B07497" w14:textId="77777777" w:rsidR="008D32C8" w:rsidRPr="002A0E8B" w:rsidRDefault="008D32C8" w:rsidP="008323D3">
      <w:pPr>
        <w:spacing w:line="360" w:lineRule="auto"/>
        <w:jc w:val="both"/>
        <w:rPr>
          <w:rFonts w:ascii="Arial" w:hAnsi="Arial" w:cs="Arial"/>
        </w:rPr>
      </w:pPr>
    </w:p>
    <w:p w14:paraId="54227DAF" w14:textId="77777777" w:rsidR="008D32C8" w:rsidRPr="002A0E8B" w:rsidRDefault="008D32C8" w:rsidP="008323D3">
      <w:pPr>
        <w:spacing w:line="360" w:lineRule="auto"/>
        <w:jc w:val="both"/>
        <w:rPr>
          <w:rFonts w:ascii="Arial" w:hAnsi="Arial" w:cs="Arial"/>
        </w:rPr>
      </w:pPr>
    </w:p>
    <w:p w14:paraId="358EBB15" w14:textId="0C49E9AA" w:rsidR="008D32C8" w:rsidRPr="002A0E8B" w:rsidRDefault="008D32C8" w:rsidP="008323D3">
      <w:pPr>
        <w:spacing w:line="360" w:lineRule="auto"/>
        <w:jc w:val="both"/>
        <w:rPr>
          <w:rFonts w:ascii="Arial" w:hAnsi="Arial" w:cs="Arial"/>
          <w:b/>
          <w:bCs/>
        </w:rPr>
      </w:pPr>
    </w:p>
    <w:p w14:paraId="4434F7CD" w14:textId="2301A30C" w:rsidR="001F05F0" w:rsidRPr="002A0E8B" w:rsidRDefault="00B55BBD" w:rsidP="008323D3">
      <w:pPr>
        <w:pStyle w:val="ListParagraph"/>
        <w:spacing w:line="360" w:lineRule="auto"/>
        <w:jc w:val="center"/>
        <w:rPr>
          <w:rFonts w:ascii="Arial" w:hAnsi="Arial" w:cs="Arial"/>
          <w:sz w:val="24"/>
          <w:szCs w:val="24"/>
        </w:rPr>
      </w:pPr>
      <w:r w:rsidRPr="002A0E8B">
        <w:rPr>
          <w:rFonts w:ascii="Arial" w:hAnsi="Arial" w:cs="Arial"/>
          <w:b/>
          <w:bCs/>
          <w:sz w:val="24"/>
          <w:szCs w:val="24"/>
        </w:rPr>
        <w:t>F</w:t>
      </w:r>
      <w:r w:rsidR="00F2192E" w:rsidRPr="002A0E8B">
        <w:rPr>
          <w:rFonts w:ascii="Arial" w:hAnsi="Arial" w:cs="Arial"/>
          <w:b/>
          <w:bCs/>
          <w:sz w:val="24"/>
          <w:szCs w:val="24"/>
        </w:rPr>
        <w:t>igure:</w:t>
      </w:r>
      <w:r w:rsidR="001F05F0" w:rsidRPr="002A0E8B">
        <w:rPr>
          <w:rFonts w:ascii="Arial" w:hAnsi="Arial" w:cs="Arial"/>
          <w:sz w:val="24"/>
          <w:szCs w:val="24"/>
        </w:rPr>
        <w:t xml:space="preserve"> </w:t>
      </w:r>
      <w:r w:rsidR="00D80024" w:rsidRPr="002A0E8B">
        <w:rPr>
          <w:rFonts w:ascii="Arial" w:hAnsi="Arial" w:cs="Arial"/>
          <w:sz w:val="24"/>
          <w:szCs w:val="24"/>
        </w:rPr>
        <w:t>Design</w:t>
      </w:r>
      <w:r w:rsidR="001F05F0" w:rsidRPr="002A0E8B">
        <w:rPr>
          <w:rFonts w:ascii="Arial" w:hAnsi="Arial" w:cs="Arial"/>
          <w:sz w:val="24"/>
          <w:szCs w:val="24"/>
        </w:rPr>
        <w:t xml:space="preserve"> view of </w:t>
      </w:r>
      <w:proofErr w:type="spellStart"/>
      <w:r w:rsidR="001F05F0" w:rsidRPr="002A0E8B">
        <w:rPr>
          <w:rFonts w:ascii="Arial" w:hAnsi="Arial" w:cs="Arial"/>
          <w:sz w:val="24"/>
          <w:szCs w:val="24"/>
        </w:rPr>
        <w:t>Stock_quantity_query</w:t>
      </w:r>
      <w:proofErr w:type="spellEnd"/>
    </w:p>
    <w:p w14:paraId="2E7796E5" w14:textId="0BB94D65" w:rsidR="008D32C8" w:rsidRPr="002A0E8B" w:rsidRDefault="005F2373" w:rsidP="008323D3">
      <w:pPr>
        <w:spacing w:line="360" w:lineRule="auto"/>
        <w:jc w:val="both"/>
        <w:rPr>
          <w:rFonts w:ascii="Arial" w:hAnsi="Arial" w:cs="Arial"/>
        </w:rPr>
      </w:pPr>
      <w:r w:rsidRPr="002A0E8B">
        <w:rPr>
          <w:rFonts w:ascii="Arial" w:hAnsi="Arial" w:cs="Arial"/>
          <w:b/>
          <w:bCs/>
        </w:rPr>
        <w:lastRenderedPageBreak/>
        <w:drawing>
          <wp:anchor distT="0" distB="0" distL="114300" distR="114300" simplePos="0" relativeHeight="251658265" behindDoc="1" locked="0" layoutInCell="1" allowOverlap="1" wp14:anchorId="5EDAD4C9" wp14:editId="5B30D215">
            <wp:simplePos x="0" y="0"/>
            <wp:positionH relativeFrom="margin">
              <wp:posOffset>0</wp:posOffset>
            </wp:positionH>
            <wp:positionV relativeFrom="paragraph">
              <wp:posOffset>75565</wp:posOffset>
            </wp:positionV>
            <wp:extent cx="5731510" cy="2600325"/>
            <wp:effectExtent l="76200" t="76200" r="135890" b="142875"/>
            <wp:wrapNone/>
            <wp:docPr id="130959342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593423" name="Picture 1309593423"/>
                    <pic:cNvPicPr/>
                  </pic:nvPicPr>
                  <pic:blipFill>
                    <a:blip r:embed="rId34">
                      <a:extLst>
                        <a:ext uri="{28A0092B-C50C-407E-A947-70E740481C1C}">
                          <a14:useLocalDpi xmlns:a14="http://schemas.microsoft.com/office/drawing/2010/main" val="0"/>
                        </a:ext>
                      </a:extLst>
                    </a:blip>
                    <a:stretch>
                      <a:fillRect/>
                    </a:stretch>
                  </pic:blipFill>
                  <pic:spPr>
                    <a:xfrm>
                      <a:off x="0" y="0"/>
                      <a:ext cx="5731510" cy="26003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V relativeFrom="margin">
              <wp14:pctHeight>0</wp14:pctHeight>
            </wp14:sizeRelV>
          </wp:anchor>
        </w:drawing>
      </w:r>
    </w:p>
    <w:p w14:paraId="286C89A7" w14:textId="77777777" w:rsidR="008D32C8" w:rsidRPr="002A0E8B" w:rsidRDefault="008D32C8" w:rsidP="008323D3">
      <w:pPr>
        <w:spacing w:line="360" w:lineRule="auto"/>
        <w:jc w:val="both"/>
        <w:rPr>
          <w:rFonts w:ascii="Arial" w:hAnsi="Arial" w:cs="Arial"/>
        </w:rPr>
      </w:pPr>
    </w:p>
    <w:p w14:paraId="2A5D1679" w14:textId="77777777" w:rsidR="008D32C8" w:rsidRPr="002A0E8B" w:rsidRDefault="008D32C8" w:rsidP="008323D3">
      <w:pPr>
        <w:spacing w:line="360" w:lineRule="auto"/>
        <w:jc w:val="both"/>
        <w:rPr>
          <w:rFonts w:ascii="Arial" w:hAnsi="Arial" w:cs="Arial"/>
        </w:rPr>
      </w:pPr>
    </w:p>
    <w:p w14:paraId="718D809C" w14:textId="77777777" w:rsidR="008D32C8" w:rsidRPr="002A0E8B" w:rsidRDefault="008D32C8" w:rsidP="008323D3">
      <w:pPr>
        <w:spacing w:line="360" w:lineRule="auto"/>
        <w:jc w:val="both"/>
        <w:rPr>
          <w:rFonts w:ascii="Arial" w:hAnsi="Arial" w:cs="Arial"/>
        </w:rPr>
      </w:pPr>
    </w:p>
    <w:p w14:paraId="7DABFE34" w14:textId="77777777" w:rsidR="008D32C8" w:rsidRPr="002A0E8B" w:rsidRDefault="008D32C8" w:rsidP="008323D3">
      <w:pPr>
        <w:spacing w:line="360" w:lineRule="auto"/>
        <w:jc w:val="both"/>
        <w:rPr>
          <w:rFonts w:ascii="Arial" w:hAnsi="Arial" w:cs="Arial"/>
        </w:rPr>
      </w:pPr>
    </w:p>
    <w:p w14:paraId="0B23A419" w14:textId="77777777" w:rsidR="00D80024" w:rsidRPr="002A0E8B" w:rsidRDefault="00D80024" w:rsidP="008323D3">
      <w:pPr>
        <w:spacing w:line="360" w:lineRule="auto"/>
        <w:jc w:val="both"/>
        <w:rPr>
          <w:rFonts w:ascii="Arial" w:hAnsi="Arial" w:cs="Arial"/>
        </w:rPr>
      </w:pPr>
    </w:p>
    <w:p w14:paraId="4D72BF7E" w14:textId="77777777" w:rsidR="00D80024" w:rsidRPr="002A0E8B" w:rsidRDefault="00D80024" w:rsidP="008323D3">
      <w:pPr>
        <w:spacing w:line="360" w:lineRule="auto"/>
        <w:jc w:val="both"/>
        <w:rPr>
          <w:rFonts w:ascii="Arial" w:hAnsi="Arial" w:cs="Arial"/>
        </w:rPr>
      </w:pPr>
    </w:p>
    <w:p w14:paraId="30D1F192" w14:textId="77777777" w:rsidR="008D32C8" w:rsidRPr="002A0E8B" w:rsidRDefault="008D32C8" w:rsidP="008323D3">
      <w:pPr>
        <w:spacing w:line="360" w:lineRule="auto"/>
        <w:jc w:val="both"/>
        <w:rPr>
          <w:rFonts w:ascii="Arial" w:hAnsi="Arial" w:cs="Arial"/>
        </w:rPr>
      </w:pPr>
    </w:p>
    <w:p w14:paraId="72B9E468" w14:textId="67383B90" w:rsidR="00D80024" w:rsidRPr="002A0E8B" w:rsidRDefault="005F2373" w:rsidP="008323D3">
      <w:pPr>
        <w:pStyle w:val="ListParagraph"/>
        <w:spacing w:line="360" w:lineRule="auto"/>
        <w:jc w:val="center"/>
        <w:rPr>
          <w:rFonts w:ascii="Arial" w:hAnsi="Arial" w:cs="Arial"/>
          <w:sz w:val="24"/>
          <w:szCs w:val="24"/>
        </w:rPr>
      </w:pPr>
      <w:r w:rsidRPr="002A0E8B">
        <w:rPr>
          <w:rFonts w:ascii="Arial" w:hAnsi="Arial" w:cs="Arial"/>
          <w:b/>
          <w:bCs/>
        </w:rPr>
        <w:t>Figure:</w:t>
      </w:r>
      <w:r w:rsidR="00D80024" w:rsidRPr="002A0E8B">
        <w:rPr>
          <w:rFonts w:ascii="Arial" w:hAnsi="Arial" w:cs="Arial"/>
          <w:sz w:val="24"/>
          <w:szCs w:val="24"/>
        </w:rPr>
        <w:t xml:space="preserve"> </w:t>
      </w:r>
      <w:r w:rsidR="00F01D0C" w:rsidRPr="002A0E8B">
        <w:rPr>
          <w:rFonts w:ascii="Arial" w:hAnsi="Arial" w:cs="Arial"/>
          <w:sz w:val="24"/>
          <w:szCs w:val="24"/>
        </w:rPr>
        <w:t>Table</w:t>
      </w:r>
      <w:r w:rsidR="00D80024" w:rsidRPr="002A0E8B">
        <w:rPr>
          <w:rFonts w:ascii="Arial" w:hAnsi="Arial" w:cs="Arial"/>
          <w:sz w:val="24"/>
          <w:szCs w:val="24"/>
        </w:rPr>
        <w:t xml:space="preserve"> view of </w:t>
      </w:r>
      <w:proofErr w:type="spellStart"/>
      <w:r w:rsidR="00D80024" w:rsidRPr="002A0E8B">
        <w:rPr>
          <w:rFonts w:ascii="Arial" w:hAnsi="Arial" w:cs="Arial"/>
          <w:sz w:val="24"/>
          <w:szCs w:val="24"/>
        </w:rPr>
        <w:t>Stock_quantity_query</w:t>
      </w:r>
      <w:proofErr w:type="spellEnd"/>
    </w:p>
    <w:p w14:paraId="11D5E060" w14:textId="607C5C32" w:rsidR="008D32C8" w:rsidRPr="002A0E8B" w:rsidRDefault="008D32C8" w:rsidP="008323D3">
      <w:pPr>
        <w:spacing w:line="360" w:lineRule="auto"/>
        <w:jc w:val="center"/>
        <w:rPr>
          <w:rFonts w:ascii="Arial" w:hAnsi="Arial" w:cs="Arial"/>
          <w:b/>
          <w:bCs/>
        </w:rPr>
      </w:pPr>
    </w:p>
    <w:p w14:paraId="486079BF" w14:textId="3526AC68" w:rsidR="005F2373" w:rsidRPr="002A0E8B" w:rsidRDefault="008E23A0" w:rsidP="008323D3">
      <w:pPr>
        <w:spacing w:line="360" w:lineRule="auto"/>
        <w:jc w:val="both"/>
        <w:rPr>
          <w:rFonts w:ascii="Arial" w:hAnsi="Arial" w:cs="Arial"/>
        </w:rPr>
      </w:pPr>
      <w:r w:rsidRPr="002A0E8B">
        <w:rPr>
          <w:rFonts w:ascii="Arial" w:hAnsi="Arial" w:cs="Arial"/>
          <w:b/>
          <w:bCs/>
        </w:rPr>
        <w:drawing>
          <wp:anchor distT="0" distB="0" distL="114300" distR="114300" simplePos="0" relativeHeight="251658266" behindDoc="1" locked="0" layoutInCell="1" allowOverlap="1" wp14:anchorId="27B0F404" wp14:editId="7792443D">
            <wp:simplePos x="0" y="0"/>
            <wp:positionH relativeFrom="column">
              <wp:posOffset>0</wp:posOffset>
            </wp:positionH>
            <wp:positionV relativeFrom="paragraph">
              <wp:posOffset>72390</wp:posOffset>
            </wp:positionV>
            <wp:extent cx="5867400" cy="2962275"/>
            <wp:effectExtent l="76200" t="76200" r="133350" b="142875"/>
            <wp:wrapNone/>
            <wp:docPr id="207978742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787425" name="Picture 2079787425"/>
                    <pic:cNvPicPr/>
                  </pic:nvPicPr>
                  <pic:blipFill>
                    <a:blip r:embed="rId35">
                      <a:extLst>
                        <a:ext uri="{28A0092B-C50C-407E-A947-70E740481C1C}">
                          <a14:useLocalDpi xmlns:a14="http://schemas.microsoft.com/office/drawing/2010/main" val="0"/>
                        </a:ext>
                      </a:extLst>
                    </a:blip>
                    <a:stretch>
                      <a:fillRect/>
                    </a:stretch>
                  </pic:blipFill>
                  <pic:spPr>
                    <a:xfrm>
                      <a:off x="0" y="0"/>
                      <a:ext cx="5867400" cy="2962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p>
    <w:p w14:paraId="755E8222" w14:textId="77777777" w:rsidR="005F2373" w:rsidRPr="002A0E8B" w:rsidRDefault="005F2373" w:rsidP="008323D3">
      <w:pPr>
        <w:spacing w:line="360" w:lineRule="auto"/>
        <w:jc w:val="both"/>
        <w:rPr>
          <w:rFonts w:ascii="Arial" w:hAnsi="Arial" w:cs="Arial"/>
        </w:rPr>
      </w:pPr>
    </w:p>
    <w:p w14:paraId="0BCBFF67" w14:textId="77777777" w:rsidR="005F2373" w:rsidRPr="002A0E8B" w:rsidRDefault="005F2373" w:rsidP="008323D3">
      <w:pPr>
        <w:spacing w:line="360" w:lineRule="auto"/>
        <w:jc w:val="both"/>
        <w:rPr>
          <w:rFonts w:ascii="Arial" w:hAnsi="Arial" w:cs="Arial"/>
        </w:rPr>
      </w:pPr>
    </w:p>
    <w:p w14:paraId="41015271" w14:textId="77777777" w:rsidR="005F2373" w:rsidRPr="002A0E8B" w:rsidRDefault="005F2373" w:rsidP="008323D3">
      <w:pPr>
        <w:spacing w:line="360" w:lineRule="auto"/>
        <w:jc w:val="both"/>
        <w:rPr>
          <w:rFonts w:ascii="Arial" w:hAnsi="Arial" w:cs="Arial"/>
        </w:rPr>
      </w:pPr>
    </w:p>
    <w:p w14:paraId="1127734E" w14:textId="77777777" w:rsidR="005F2373" w:rsidRPr="002A0E8B" w:rsidRDefault="005F2373" w:rsidP="008323D3">
      <w:pPr>
        <w:spacing w:line="360" w:lineRule="auto"/>
        <w:jc w:val="both"/>
        <w:rPr>
          <w:rFonts w:ascii="Arial" w:hAnsi="Arial" w:cs="Arial"/>
        </w:rPr>
      </w:pPr>
    </w:p>
    <w:p w14:paraId="00A78AB1" w14:textId="77777777" w:rsidR="008D32C8" w:rsidRPr="002A0E8B" w:rsidRDefault="008D32C8" w:rsidP="008323D3">
      <w:pPr>
        <w:spacing w:line="360" w:lineRule="auto"/>
        <w:jc w:val="both"/>
        <w:rPr>
          <w:rFonts w:ascii="Arial" w:hAnsi="Arial" w:cs="Arial"/>
        </w:rPr>
      </w:pPr>
    </w:p>
    <w:p w14:paraId="72F4EDFE" w14:textId="77777777" w:rsidR="008D32C8" w:rsidRPr="002A0E8B" w:rsidRDefault="008D32C8" w:rsidP="008323D3">
      <w:pPr>
        <w:spacing w:line="360" w:lineRule="auto"/>
        <w:jc w:val="both"/>
        <w:rPr>
          <w:rFonts w:ascii="Arial" w:hAnsi="Arial" w:cs="Arial"/>
        </w:rPr>
      </w:pPr>
    </w:p>
    <w:p w14:paraId="77D1D065" w14:textId="77777777" w:rsidR="008D32C8" w:rsidRPr="002A0E8B" w:rsidRDefault="008D32C8" w:rsidP="008323D3">
      <w:pPr>
        <w:spacing w:line="360" w:lineRule="auto"/>
        <w:jc w:val="both"/>
        <w:rPr>
          <w:rFonts w:ascii="Arial" w:hAnsi="Arial" w:cs="Arial"/>
        </w:rPr>
      </w:pPr>
    </w:p>
    <w:p w14:paraId="493EC9B4" w14:textId="77777777" w:rsidR="008D32C8" w:rsidRPr="002A0E8B" w:rsidRDefault="008D32C8" w:rsidP="008323D3">
      <w:pPr>
        <w:spacing w:line="360" w:lineRule="auto"/>
        <w:jc w:val="both"/>
        <w:rPr>
          <w:rFonts w:ascii="Arial" w:hAnsi="Arial" w:cs="Arial"/>
        </w:rPr>
      </w:pPr>
    </w:p>
    <w:p w14:paraId="6803AA96" w14:textId="4A5BAC4B" w:rsidR="00F01D0C" w:rsidRPr="002A0E8B" w:rsidRDefault="00F253A6" w:rsidP="008323D3">
      <w:pPr>
        <w:pStyle w:val="ListParagraph"/>
        <w:spacing w:line="360" w:lineRule="auto"/>
        <w:jc w:val="center"/>
        <w:rPr>
          <w:rFonts w:ascii="Arial" w:hAnsi="Arial" w:cs="Arial"/>
          <w:sz w:val="24"/>
          <w:szCs w:val="24"/>
        </w:rPr>
      </w:pPr>
      <w:r w:rsidRPr="002A0E8B">
        <w:rPr>
          <w:rFonts w:ascii="Arial" w:hAnsi="Arial" w:cs="Arial"/>
          <w:b/>
          <w:bCs/>
        </w:rPr>
        <w:t>Figure:</w:t>
      </w:r>
      <w:r w:rsidR="00F01D0C" w:rsidRPr="002A0E8B">
        <w:rPr>
          <w:rFonts w:ascii="Arial" w:hAnsi="Arial" w:cs="Arial"/>
          <w:b/>
          <w:bCs/>
        </w:rPr>
        <w:t xml:space="preserve"> </w:t>
      </w:r>
      <w:r w:rsidR="00F01D0C" w:rsidRPr="002A0E8B">
        <w:rPr>
          <w:rFonts w:ascii="Arial" w:hAnsi="Arial" w:cs="Arial"/>
          <w:sz w:val="24"/>
          <w:szCs w:val="24"/>
        </w:rPr>
        <w:t xml:space="preserve">SQL view of </w:t>
      </w:r>
      <w:proofErr w:type="spellStart"/>
      <w:r w:rsidR="00F01D0C" w:rsidRPr="002A0E8B">
        <w:rPr>
          <w:rFonts w:ascii="Arial" w:hAnsi="Arial" w:cs="Arial"/>
          <w:sz w:val="24"/>
          <w:szCs w:val="24"/>
        </w:rPr>
        <w:t>Stock_quantity_query</w:t>
      </w:r>
      <w:proofErr w:type="spellEnd"/>
    </w:p>
    <w:p w14:paraId="3EC2D356" w14:textId="6FB43B91" w:rsidR="008E23A0" w:rsidRPr="002A0E8B" w:rsidRDefault="008E23A0" w:rsidP="008323D3">
      <w:pPr>
        <w:spacing w:line="360" w:lineRule="auto"/>
        <w:jc w:val="center"/>
        <w:rPr>
          <w:rFonts w:ascii="Arial" w:hAnsi="Arial" w:cs="Arial"/>
          <w:b/>
          <w:bCs/>
        </w:rPr>
      </w:pPr>
    </w:p>
    <w:p w14:paraId="1C59ED9E" w14:textId="77777777" w:rsidR="00166E8F" w:rsidRPr="002A0E8B" w:rsidRDefault="00166E8F" w:rsidP="008323D3">
      <w:pPr>
        <w:spacing w:line="360" w:lineRule="auto"/>
        <w:jc w:val="both"/>
        <w:rPr>
          <w:rFonts w:ascii="Arial" w:hAnsi="Arial" w:cs="Arial"/>
          <w:b/>
          <w:bCs/>
        </w:rPr>
      </w:pPr>
    </w:p>
    <w:p w14:paraId="30D733D2" w14:textId="5B3A2BB6" w:rsidR="00B62B36" w:rsidRPr="002A0E8B" w:rsidRDefault="00DF075F" w:rsidP="008323D3">
      <w:pPr>
        <w:pStyle w:val="Heading1"/>
        <w:spacing w:line="360" w:lineRule="auto"/>
        <w:rPr>
          <w:rFonts w:ascii="Arial Black" w:hAnsi="Arial Black"/>
          <w:b w:val="0"/>
          <w:bCs w:val="0"/>
          <w:color w:val="000000" w:themeColor="text1"/>
          <w:sz w:val="32"/>
          <w:szCs w:val="32"/>
        </w:rPr>
      </w:pPr>
      <w:bookmarkStart w:id="11" w:name="_Toc225201707"/>
      <w:r w:rsidRPr="002A0E8B">
        <w:rPr>
          <w:rFonts w:ascii="Arial Black" w:hAnsi="Arial Black"/>
          <w:b w:val="0"/>
          <w:bCs w:val="0"/>
          <w:color w:val="000000" w:themeColor="text1"/>
          <w:sz w:val="32"/>
          <w:szCs w:val="32"/>
        </w:rPr>
        <w:lastRenderedPageBreak/>
        <w:t>3.</w:t>
      </w:r>
      <w:r w:rsidR="00BE3626" w:rsidRPr="002A0E8B">
        <w:rPr>
          <w:rFonts w:ascii="Arial Black" w:hAnsi="Arial Black"/>
          <w:b w:val="0"/>
          <w:bCs w:val="0"/>
          <w:color w:val="000000" w:themeColor="text1"/>
          <w:sz w:val="32"/>
          <w:szCs w:val="32"/>
        </w:rPr>
        <w:t>0</w:t>
      </w:r>
      <w:r w:rsidRPr="002A0E8B">
        <w:rPr>
          <w:rFonts w:ascii="Arial Black" w:hAnsi="Arial Black"/>
          <w:b w:val="0"/>
          <w:bCs w:val="0"/>
          <w:color w:val="000000" w:themeColor="text1"/>
          <w:sz w:val="32"/>
          <w:szCs w:val="32"/>
        </w:rPr>
        <w:t xml:space="preserve"> </w:t>
      </w:r>
      <w:r w:rsidR="00F47D72" w:rsidRPr="002A0E8B">
        <w:rPr>
          <w:rFonts w:ascii="Arial Black" w:hAnsi="Arial Black"/>
          <w:b w:val="0"/>
          <w:bCs w:val="0"/>
          <w:color w:val="000000" w:themeColor="text1"/>
          <w:sz w:val="32"/>
          <w:szCs w:val="32"/>
        </w:rPr>
        <w:t>Validation and Testing</w:t>
      </w:r>
      <w:bookmarkEnd w:id="11"/>
    </w:p>
    <w:p w14:paraId="3CAA5712" w14:textId="77777777" w:rsidR="00DF075F" w:rsidRDefault="00DF075F" w:rsidP="008323D3">
      <w:pPr>
        <w:spacing w:line="360" w:lineRule="auto"/>
      </w:pPr>
    </w:p>
    <w:p w14:paraId="1897AE4C" w14:textId="6E10C202" w:rsidR="00052EF0" w:rsidRDefault="007172CA" w:rsidP="008323D3">
      <w:pPr>
        <w:pStyle w:val="Heading2"/>
        <w:spacing w:line="360" w:lineRule="auto"/>
        <w:rPr>
          <w:rFonts w:ascii="Arial Black" w:hAnsi="Arial Black"/>
          <w:b w:val="0"/>
          <w:bCs w:val="0"/>
          <w:color w:val="000000" w:themeColor="text1"/>
          <w:sz w:val="28"/>
          <w:szCs w:val="28"/>
        </w:rPr>
      </w:pPr>
      <w:bookmarkStart w:id="12" w:name="_Toc225201708"/>
      <w:r>
        <w:rPr>
          <w:rFonts w:ascii="Arial Black" w:hAnsi="Arial Black"/>
          <w:b w:val="0"/>
          <w:bCs w:val="0"/>
          <w:color w:val="000000" w:themeColor="text1"/>
          <w:sz w:val="28"/>
          <w:szCs w:val="28"/>
        </w:rPr>
        <w:t xml:space="preserve">3.1 </w:t>
      </w:r>
      <w:r w:rsidR="00052EF0" w:rsidRPr="007172CA">
        <w:rPr>
          <w:rFonts w:ascii="Arial Black" w:hAnsi="Arial Black"/>
          <w:b w:val="0"/>
          <w:bCs w:val="0"/>
          <w:color w:val="000000" w:themeColor="text1"/>
          <w:sz w:val="28"/>
          <w:szCs w:val="28"/>
        </w:rPr>
        <w:t>Summary of Testing Approach</w:t>
      </w:r>
      <w:bookmarkEnd w:id="12"/>
      <w:r w:rsidR="00052EF0" w:rsidRPr="007172CA">
        <w:rPr>
          <w:rFonts w:ascii="Arial Black" w:hAnsi="Arial Black"/>
          <w:b w:val="0"/>
          <w:bCs w:val="0"/>
          <w:color w:val="000000" w:themeColor="text1"/>
          <w:sz w:val="28"/>
          <w:szCs w:val="28"/>
        </w:rPr>
        <w:t xml:space="preserve">  </w:t>
      </w:r>
    </w:p>
    <w:p w14:paraId="6F1FDC1B" w14:textId="77777777" w:rsidR="007172CA" w:rsidRPr="007172CA" w:rsidRDefault="007172CA" w:rsidP="008323D3">
      <w:pPr>
        <w:spacing w:line="360" w:lineRule="auto"/>
      </w:pPr>
    </w:p>
    <w:p w14:paraId="24E47E5A" w14:textId="3537C1EE" w:rsidR="00052EF0" w:rsidRPr="007172CA" w:rsidRDefault="00052EF0" w:rsidP="008323D3">
      <w:pPr>
        <w:spacing w:line="360" w:lineRule="auto"/>
        <w:jc w:val="both"/>
        <w:rPr>
          <w:rFonts w:ascii="Arial" w:hAnsi="Arial" w:cs="Arial"/>
          <w:sz w:val="24"/>
          <w:szCs w:val="24"/>
        </w:rPr>
      </w:pPr>
      <w:r w:rsidRPr="007172CA">
        <w:rPr>
          <w:rFonts w:ascii="Arial" w:hAnsi="Arial" w:cs="Arial"/>
          <w:sz w:val="24"/>
          <w:szCs w:val="24"/>
        </w:rPr>
        <w:t xml:space="preserve">The testing process used a structured testing plan to confirm that </w:t>
      </w:r>
      <w:r w:rsidRPr="007172CA">
        <w:rPr>
          <w:rFonts w:ascii="Arial" w:hAnsi="Arial" w:cs="Arial"/>
          <w:b/>
          <w:bCs/>
          <w:sz w:val="24"/>
          <w:szCs w:val="24"/>
        </w:rPr>
        <w:t xml:space="preserve">the MediLink Pharmacy </w:t>
      </w:r>
      <w:r w:rsidRPr="007172CA">
        <w:rPr>
          <w:rFonts w:ascii="Arial" w:hAnsi="Arial" w:cs="Arial"/>
          <w:sz w:val="24"/>
          <w:szCs w:val="24"/>
        </w:rPr>
        <w:t>database system fulfilled all its functional and technical requirements. The database development process requires validation and referential integrity and iterative testing to achieve system reliability which represents best practice standards in the field</w:t>
      </w:r>
      <w:sdt>
        <w:sdtPr>
          <w:rPr>
            <w:rFonts w:ascii="Arial" w:hAnsi="Arial" w:cs="Arial"/>
            <w:sz w:val="24"/>
            <w:szCs w:val="24"/>
          </w:rPr>
          <w:id w:val="884151073"/>
          <w:citation/>
        </w:sdtPr>
        <w:sdtContent>
          <w:r w:rsidR="00F24BFC">
            <w:rPr>
              <w:rFonts w:ascii="Arial" w:hAnsi="Arial" w:cs="Arial"/>
              <w:sz w:val="24"/>
              <w:szCs w:val="24"/>
            </w:rPr>
            <w:fldChar w:fldCharType="begin"/>
          </w:r>
          <w:r w:rsidR="00F24BFC">
            <w:rPr>
              <w:rFonts w:ascii="Arial" w:hAnsi="Arial" w:cs="Arial"/>
              <w:sz w:val="24"/>
              <w:szCs w:val="24"/>
            </w:rPr>
            <w:instrText xml:space="preserve"> CITATION Ram16 \l 2057 </w:instrText>
          </w:r>
          <w:r w:rsidR="00F24BFC">
            <w:rPr>
              <w:rFonts w:ascii="Arial" w:hAnsi="Arial" w:cs="Arial"/>
              <w:sz w:val="24"/>
              <w:szCs w:val="24"/>
            </w:rPr>
            <w:fldChar w:fldCharType="separate"/>
          </w:r>
          <w:r w:rsidR="00F24BFC">
            <w:rPr>
              <w:rFonts w:ascii="Arial" w:hAnsi="Arial" w:cs="Arial"/>
              <w:noProof/>
              <w:sz w:val="24"/>
              <w:szCs w:val="24"/>
            </w:rPr>
            <w:t xml:space="preserve"> </w:t>
          </w:r>
          <w:r w:rsidR="00F24BFC" w:rsidRPr="00F24BFC">
            <w:rPr>
              <w:rFonts w:ascii="Arial" w:hAnsi="Arial" w:cs="Arial"/>
              <w:noProof/>
              <w:sz w:val="24"/>
              <w:szCs w:val="24"/>
            </w:rPr>
            <w:t>[</w:t>
          </w:r>
          <w:hyperlink w:anchor="Ram16" w:history="1">
            <w:r w:rsidR="00F24BFC" w:rsidRPr="00F24BFC">
              <w:rPr>
                <w:rStyle w:val="Footer"/>
                <w:rFonts w:ascii="Arial" w:hAnsi="Arial" w:cs="Arial"/>
                <w:noProof/>
                <w:sz w:val="24"/>
                <w:szCs w:val="24"/>
              </w:rPr>
              <w:t>2</w:t>
            </w:r>
          </w:hyperlink>
          <w:r w:rsidR="00F24BFC" w:rsidRPr="00F24BFC">
            <w:rPr>
              <w:rFonts w:ascii="Arial" w:hAnsi="Arial" w:cs="Arial"/>
              <w:noProof/>
              <w:sz w:val="24"/>
              <w:szCs w:val="24"/>
            </w:rPr>
            <w:t>]</w:t>
          </w:r>
          <w:r w:rsidR="00F24BFC">
            <w:rPr>
              <w:rFonts w:ascii="Arial" w:hAnsi="Arial" w:cs="Arial"/>
              <w:sz w:val="24"/>
              <w:szCs w:val="24"/>
            </w:rPr>
            <w:fldChar w:fldCharType="end"/>
          </w:r>
        </w:sdtContent>
      </w:sdt>
      <w:r w:rsidR="00F24BFC">
        <w:rPr>
          <w:rFonts w:ascii="Arial" w:hAnsi="Arial" w:cs="Arial"/>
          <w:sz w:val="24"/>
          <w:szCs w:val="24"/>
        </w:rPr>
        <w:t>.</w:t>
      </w:r>
    </w:p>
    <w:p w14:paraId="6CD01497" w14:textId="41FDF4E8" w:rsidR="00052EF0" w:rsidRPr="00622E87" w:rsidRDefault="00622E87" w:rsidP="008323D3">
      <w:pPr>
        <w:pStyle w:val="Heading2"/>
        <w:spacing w:line="360" w:lineRule="auto"/>
        <w:rPr>
          <w:rFonts w:ascii="Arial Black" w:hAnsi="Arial Black"/>
          <w:b w:val="0"/>
          <w:bCs w:val="0"/>
          <w:color w:val="000000" w:themeColor="text1"/>
          <w:sz w:val="28"/>
          <w:szCs w:val="28"/>
        </w:rPr>
      </w:pPr>
      <w:bookmarkStart w:id="13" w:name="_Toc225201709"/>
      <w:r>
        <w:rPr>
          <w:rFonts w:ascii="Arial Black" w:hAnsi="Arial Black"/>
          <w:b w:val="0"/>
          <w:bCs w:val="0"/>
          <w:color w:val="000000" w:themeColor="text1"/>
          <w:sz w:val="28"/>
          <w:szCs w:val="28"/>
        </w:rPr>
        <w:t xml:space="preserve">3.2 </w:t>
      </w:r>
      <w:r w:rsidR="00052EF0" w:rsidRPr="00622E87">
        <w:rPr>
          <w:rFonts w:ascii="Arial Black" w:hAnsi="Arial Black"/>
          <w:b w:val="0"/>
          <w:bCs w:val="0"/>
          <w:color w:val="000000" w:themeColor="text1"/>
          <w:sz w:val="28"/>
          <w:szCs w:val="28"/>
        </w:rPr>
        <w:t>Field-Level Validation</w:t>
      </w:r>
      <w:bookmarkEnd w:id="13"/>
      <w:r w:rsidR="00052EF0" w:rsidRPr="00622E87">
        <w:rPr>
          <w:rFonts w:ascii="Arial Black" w:hAnsi="Arial Black"/>
          <w:b w:val="0"/>
          <w:bCs w:val="0"/>
          <w:color w:val="000000" w:themeColor="text1"/>
          <w:sz w:val="28"/>
          <w:szCs w:val="28"/>
        </w:rPr>
        <w:t xml:space="preserve">  </w:t>
      </w:r>
    </w:p>
    <w:p w14:paraId="1FDA9CC9" w14:textId="49F1D055" w:rsidR="00052EF0" w:rsidRPr="007172CA" w:rsidRDefault="00052EF0" w:rsidP="008323D3">
      <w:pPr>
        <w:spacing w:line="360" w:lineRule="auto"/>
        <w:jc w:val="both"/>
        <w:rPr>
          <w:rFonts w:ascii="Arial" w:hAnsi="Arial" w:cs="Arial"/>
          <w:sz w:val="24"/>
          <w:szCs w:val="24"/>
        </w:rPr>
      </w:pPr>
      <w:r w:rsidRPr="007172CA">
        <w:rPr>
          <w:rFonts w:ascii="Arial" w:hAnsi="Arial" w:cs="Arial"/>
          <w:sz w:val="24"/>
          <w:szCs w:val="24"/>
        </w:rPr>
        <w:t xml:space="preserve">Field-level validation rules are used to avoid errors and missing information during the data entry process. These included:  </w:t>
      </w:r>
    </w:p>
    <w:p w14:paraId="20BD8C6F" w14:textId="07FE51AC" w:rsidR="00052EF0" w:rsidRPr="00BE5D5C" w:rsidRDefault="00052EF0" w:rsidP="008323D3">
      <w:pPr>
        <w:pStyle w:val="ListParagraph"/>
        <w:numPr>
          <w:ilvl w:val="0"/>
          <w:numId w:val="54"/>
        </w:numPr>
        <w:spacing w:line="360" w:lineRule="auto"/>
        <w:jc w:val="both"/>
        <w:rPr>
          <w:rFonts w:ascii="Arial" w:hAnsi="Arial" w:cs="Arial"/>
          <w:sz w:val="24"/>
          <w:szCs w:val="24"/>
        </w:rPr>
      </w:pPr>
      <w:r w:rsidRPr="00BE5D5C">
        <w:rPr>
          <w:rFonts w:ascii="Arial" w:hAnsi="Arial" w:cs="Arial"/>
          <w:sz w:val="24"/>
          <w:szCs w:val="24"/>
        </w:rPr>
        <w:t xml:space="preserve">Essential fields: </w:t>
      </w:r>
      <w:proofErr w:type="spellStart"/>
      <w:r w:rsidRPr="00BE5D5C">
        <w:rPr>
          <w:rFonts w:ascii="Arial" w:hAnsi="Arial" w:cs="Arial"/>
          <w:sz w:val="24"/>
          <w:szCs w:val="24"/>
        </w:rPr>
        <w:t>MedicineName</w:t>
      </w:r>
      <w:proofErr w:type="spellEnd"/>
      <w:r w:rsidRPr="00BE5D5C">
        <w:rPr>
          <w:rFonts w:ascii="Arial" w:hAnsi="Arial" w:cs="Arial"/>
          <w:sz w:val="24"/>
          <w:szCs w:val="24"/>
        </w:rPr>
        <w:t xml:space="preserve">, </w:t>
      </w:r>
      <w:proofErr w:type="spellStart"/>
      <w:r w:rsidRPr="00BE5D5C">
        <w:rPr>
          <w:rFonts w:ascii="Arial" w:hAnsi="Arial" w:cs="Arial"/>
          <w:sz w:val="24"/>
          <w:szCs w:val="24"/>
        </w:rPr>
        <w:t>UnitPrice</w:t>
      </w:r>
      <w:proofErr w:type="spellEnd"/>
      <w:r w:rsidRPr="00BE5D5C">
        <w:rPr>
          <w:rFonts w:ascii="Arial" w:hAnsi="Arial" w:cs="Arial"/>
          <w:sz w:val="24"/>
          <w:szCs w:val="24"/>
        </w:rPr>
        <w:t xml:space="preserve">, </w:t>
      </w:r>
      <w:proofErr w:type="spellStart"/>
      <w:r w:rsidRPr="00BE5D5C">
        <w:rPr>
          <w:rFonts w:ascii="Arial" w:hAnsi="Arial" w:cs="Arial"/>
          <w:sz w:val="24"/>
          <w:szCs w:val="24"/>
        </w:rPr>
        <w:t>CustomerName</w:t>
      </w:r>
      <w:proofErr w:type="spellEnd"/>
      <w:r w:rsidRPr="00BE5D5C">
        <w:rPr>
          <w:rFonts w:ascii="Arial" w:hAnsi="Arial" w:cs="Arial"/>
          <w:sz w:val="24"/>
          <w:szCs w:val="24"/>
        </w:rPr>
        <w:t xml:space="preserve">, </w:t>
      </w:r>
      <w:proofErr w:type="spellStart"/>
      <w:r w:rsidRPr="00BE5D5C">
        <w:rPr>
          <w:rFonts w:ascii="Arial" w:hAnsi="Arial" w:cs="Arial"/>
          <w:sz w:val="24"/>
          <w:szCs w:val="24"/>
        </w:rPr>
        <w:t>PrescriptionID</w:t>
      </w:r>
      <w:proofErr w:type="spellEnd"/>
      <w:r w:rsidRPr="00BE5D5C">
        <w:rPr>
          <w:rFonts w:ascii="Arial" w:hAnsi="Arial" w:cs="Arial"/>
          <w:sz w:val="24"/>
          <w:szCs w:val="24"/>
        </w:rPr>
        <w:t xml:space="preserve">  </w:t>
      </w:r>
    </w:p>
    <w:p w14:paraId="22C147C2" w14:textId="23E750B3" w:rsidR="00052EF0" w:rsidRPr="00BE5D5C" w:rsidRDefault="00052EF0" w:rsidP="008323D3">
      <w:pPr>
        <w:pStyle w:val="ListParagraph"/>
        <w:numPr>
          <w:ilvl w:val="0"/>
          <w:numId w:val="54"/>
        </w:numPr>
        <w:spacing w:line="360" w:lineRule="auto"/>
        <w:jc w:val="both"/>
        <w:rPr>
          <w:rFonts w:ascii="Arial" w:hAnsi="Arial" w:cs="Arial"/>
          <w:sz w:val="24"/>
          <w:szCs w:val="24"/>
        </w:rPr>
      </w:pPr>
      <w:r w:rsidRPr="00BE5D5C">
        <w:rPr>
          <w:rFonts w:ascii="Arial" w:hAnsi="Arial" w:cs="Arial"/>
          <w:sz w:val="24"/>
          <w:szCs w:val="24"/>
        </w:rPr>
        <w:t xml:space="preserve">Data format validation for dates, currency, and numeric values.  </w:t>
      </w:r>
    </w:p>
    <w:p w14:paraId="6BEA9140" w14:textId="7EDF4F95" w:rsidR="00052EF0" w:rsidRPr="00BE5D5C" w:rsidRDefault="00052EF0" w:rsidP="008323D3">
      <w:pPr>
        <w:pStyle w:val="ListParagraph"/>
        <w:numPr>
          <w:ilvl w:val="0"/>
          <w:numId w:val="54"/>
        </w:numPr>
        <w:spacing w:line="360" w:lineRule="auto"/>
        <w:jc w:val="both"/>
        <w:rPr>
          <w:rFonts w:ascii="Arial" w:hAnsi="Arial" w:cs="Arial"/>
          <w:sz w:val="24"/>
          <w:szCs w:val="24"/>
        </w:rPr>
      </w:pPr>
      <w:r w:rsidRPr="00BE5D5C">
        <w:rPr>
          <w:rFonts w:ascii="Arial" w:hAnsi="Arial" w:cs="Arial"/>
          <w:sz w:val="24"/>
          <w:szCs w:val="24"/>
        </w:rPr>
        <w:t xml:space="preserve">Range checks, such as </w:t>
      </w:r>
      <w:proofErr w:type="spellStart"/>
      <w:r w:rsidRPr="00BE5D5C">
        <w:rPr>
          <w:rFonts w:ascii="Arial" w:hAnsi="Arial" w:cs="Arial"/>
          <w:sz w:val="24"/>
          <w:szCs w:val="24"/>
        </w:rPr>
        <w:t>QuantityIn</w:t>
      </w:r>
      <w:proofErr w:type="spellEnd"/>
      <w:r w:rsidRPr="00BE5D5C">
        <w:rPr>
          <w:rFonts w:ascii="Arial" w:hAnsi="Arial" w:cs="Arial"/>
          <w:sz w:val="24"/>
          <w:szCs w:val="24"/>
        </w:rPr>
        <w:t xml:space="preserve"> &gt; 0 and </w:t>
      </w:r>
      <w:proofErr w:type="spellStart"/>
      <w:r w:rsidRPr="00BE5D5C">
        <w:rPr>
          <w:rFonts w:ascii="Arial" w:hAnsi="Arial" w:cs="Arial"/>
          <w:sz w:val="24"/>
          <w:szCs w:val="24"/>
        </w:rPr>
        <w:t>ReorderLevel</w:t>
      </w:r>
      <w:proofErr w:type="spellEnd"/>
      <w:r w:rsidRPr="00BE5D5C">
        <w:rPr>
          <w:rFonts w:ascii="Arial" w:hAnsi="Arial" w:cs="Arial"/>
          <w:sz w:val="24"/>
          <w:szCs w:val="24"/>
        </w:rPr>
        <w:t xml:space="preserve"> ≥ 0.  </w:t>
      </w:r>
    </w:p>
    <w:p w14:paraId="20D331CC" w14:textId="1EADB50C" w:rsidR="00052EF0" w:rsidRPr="00BE5D5C" w:rsidRDefault="00052EF0" w:rsidP="008323D3">
      <w:pPr>
        <w:pStyle w:val="ListParagraph"/>
        <w:numPr>
          <w:ilvl w:val="0"/>
          <w:numId w:val="54"/>
        </w:numPr>
        <w:spacing w:line="360" w:lineRule="auto"/>
        <w:jc w:val="both"/>
        <w:rPr>
          <w:rFonts w:ascii="Arial" w:hAnsi="Arial" w:cs="Arial"/>
          <w:sz w:val="24"/>
          <w:szCs w:val="24"/>
        </w:rPr>
      </w:pPr>
      <w:r w:rsidRPr="00BE5D5C">
        <w:rPr>
          <w:rFonts w:ascii="Arial" w:hAnsi="Arial" w:cs="Arial"/>
          <w:sz w:val="24"/>
          <w:szCs w:val="24"/>
        </w:rPr>
        <w:t xml:space="preserve">Input masks for phone numbers and NHS numbers making formats consistent.  </w:t>
      </w:r>
    </w:p>
    <w:p w14:paraId="2953B0EB" w14:textId="6DB4D1C5" w:rsidR="00052EF0" w:rsidRPr="007172CA" w:rsidRDefault="00052EF0" w:rsidP="008323D3">
      <w:pPr>
        <w:spacing w:line="360" w:lineRule="auto"/>
        <w:jc w:val="both"/>
        <w:rPr>
          <w:rFonts w:ascii="Arial" w:hAnsi="Arial" w:cs="Arial"/>
          <w:sz w:val="24"/>
          <w:szCs w:val="24"/>
        </w:rPr>
      </w:pPr>
      <w:r w:rsidRPr="007172CA">
        <w:rPr>
          <w:rFonts w:ascii="Arial" w:hAnsi="Arial" w:cs="Arial"/>
          <w:sz w:val="24"/>
          <w:szCs w:val="24"/>
        </w:rPr>
        <w:t xml:space="preserve">The validation approaches implement the recommended methods described in Microsoft’s reference [3] in Access database design.  </w:t>
      </w:r>
    </w:p>
    <w:p w14:paraId="0AB70329" w14:textId="77777777" w:rsidR="00052EF0" w:rsidRPr="002364C2" w:rsidRDefault="00052EF0" w:rsidP="008323D3">
      <w:pPr>
        <w:spacing w:line="360" w:lineRule="auto"/>
        <w:rPr>
          <w:rFonts w:ascii="Arial" w:hAnsi="Arial" w:cs="Arial"/>
          <w:b/>
          <w:bCs/>
          <w:sz w:val="24"/>
          <w:szCs w:val="24"/>
        </w:rPr>
      </w:pPr>
      <w:r w:rsidRPr="002364C2">
        <w:rPr>
          <w:rFonts w:ascii="Arial" w:hAnsi="Arial" w:cs="Arial"/>
          <w:b/>
          <w:bCs/>
          <w:sz w:val="24"/>
          <w:szCs w:val="24"/>
        </w:rPr>
        <w:t xml:space="preserve">Testing outcome:  </w:t>
      </w:r>
    </w:p>
    <w:p w14:paraId="2BCDE9E8" w14:textId="2A0102EE" w:rsidR="00052EF0" w:rsidRDefault="00052EF0" w:rsidP="008323D3">
      <w:pPr>
        <w:spacing w:line="360" w:lineRule="auto"/>
        <w:jc w:val="both"/>
        <w:rPr>
          <w:rFonts w:ascii="Arial" w:hAnsi="Arial" w:cs="Arial"/>
          <w:sz w:val="24"/>
          <w:szCs w:val="24"/>
        </w:rPr>
      </w:pPr>
      <w:r w:rsidRPr="007172CA">
        <w:rPr>
          <w:rFonts w:ascii="Arial" w:hAnsi="Arial" w:cs="Arial"/>
          <w:sz w:val="24"/>
          <w:szCs w:val="24"/>
        </w:rPr>
        <w:t>Invalid entries triggered appropriate error messages, proving that validation was working properly.</w:t>
      </w:r>
    </w:p>
    <w:p w14:paraId="0E1C500C" w14:textId="77777777" w:rsidR="00D829D5" w:rsidRDefault="00D829D5" w:rsidP="008323D3">
      <w:pPr>
        <w:spacing w:line="360" w:lineRule="auto"/>
        <w:jc w:val="both"/>
        <w:rPr>
          <w:rFonts w:ascii="Arial" w:hAnsi="Arial" w:cs="Arial"/>
          <w:sz w:val="24"/>
          <w:szCs w:val="24"/>
        </w:rPr>
      </w:pPr>
    </w:p>
    <w:p w14:paraId="4600CE31" w14:textId="1AAEC47E" w:rsidR="00D829D5" w:rsidRPr="00824A5D" w:rsidRDefault="00824A5D" w:rsidP="008323D3">
      <w:pPr>
        <w:pStyle w:val="Heading2"/>
        <w:spacing w:line="360" w:lineRule="auto"/>
        <w:rPr>
          <w:rFonts w:ascii="Arial Black" w:hAnsi="Arial Black"/>
          <w:b w:val="0"/>
          <w:bCs w:val="0"/>
          <w:color w:val="000000" w:themeColor="text1"/>
          <w:sz w:val="28"/>
          <w:szCs w:val="28"/>
        </w:rPr>
      </w:pPr>
      <w:bookmarkStart w:id="14" w:name="_Toc225201710"/>
      <w:r>
        <w:rPr>
          <w:rFonts w:ascii="Arial Black" w:hAnsi="Arial Black"/>
          <w:b w:val="0"/>
          <w:bCs w:val="0"/>
          <w:color w:val="000000" w:themeColor="text1"/>
          <w:sz w:val="28"/>
          <w:szCs w:val="28"/>
        </w:rPr>
        <w:t xml:space="preserve">3.3 </w:t>
      </w:r>
      <w:r w:rsidR="00D829D5" w:rsidRPr="00824A5D">
        <w:rPr>
          <w:rFonts w:ascii="Arial Black" w:hAnsi="Arial Black"/>
          <w:b w:val="0"/>
          <w:bCs w:val="0"/>
          <w:color w:val="000000" w:themeColor="text1"/>
          <w:sz w:val="28"/>
          <w:szCs w:val="28"/>
        </w:rPr>
        <w:t>Relationship and Referential Integrity Testing</w:t>
      </w:r>
      <w:bookmarkEnd w:id="14"/>
    </w:p>
    <w:p w14:paraId="43FF7EA2" w14:textId="77777777" w:rsidR="00D829D5" w:rsidRPr="00D829D5" w:rsidRDefault="00D829D5" w:rsidP="008323D3">
      <w:pPr>
        <w:spacing w:line="360" w:lineRule="auto"/>
      </w:pPr>
    </w:p>
    <w:p w14:paraId="27F3137B" w14:textId="77777777" w:rsidR="00D829D5" w:rsidRPr="00D829D5" w:rsidRDefault="00D829D5" w:rsidP="008323D3">
      <w:pPr>
        <w:spacing w:line="360" w:lineRule="auto"/>
        <w:jc w:val="both"/>
        <w:rPr>
          <w:rFonts w:ascii="Arial" w:hAnsi="Arial" w:cs="Arial"/>
          <w:sz w:val="24"/>
          <w:szCs w:val="24"/>
        </w:rPr>
      </w:pPr>
      <w:r w:rsidRPr="00D829D5">
        <w:rPr>
          <w:rFonts w:ascii="Arial" w:hAnsi="Arial" w:cs="Arial"/>
          <w:sz w:val="24"/>
          <w:szCs w:val="24"/>
        </w:rPr>
        <w:lastRenderedPageBreak/>
        <w:t>Referential integrity was tested to ensure that:</w:t>
      </w:r>
    </w:p>
    <w:p w14:paraId="333F1BD1" w14:textId="5E4E2EC1" w:rsidR="00D829D5" w:rsidRPr="00824A5D" w:rsidRDefault="00D829D5" w:rsidP="008323D3">
      <w:pPr>
        <w:pStyle w:val="ListParagraph"/>
        <w:numPr>
          <w:ilvl w:val="0"/>
          <w:numId w:val="55"/>
        </w:numPr>
        <w:spacing w:line="360" w:lineRule="auto"/>
        <w:jc w:val="both"/>
        <w:rPr>
          <w:rFonts w:ascii="Arial" w:hAnsi="Arial" w:cs="Arial"/>
          <w:sz w:val="24"/>
          <w:szCs w:val="24"/>
        </w:rPr>
      </w:pPr>
      <w:r w:rsidRPr="00824A5D">
        <w:rPr>
          <w:rFonts w:ascii="Arial" w:hAnsi="Arial" w:cs="Arial"/>
          <w:sz w:val="24"/>
          <w:szCs w:val="24"/>
        </w:rPr>
        <w:t xml:space="preserve">Prescriptions could not be created without valid </w:t>
      </w:r>
      <w:proofErr w:type="spellStart"/>
      <w:r w:rsidRPr="00824A5D">
        <w:rPr>
          <w:rFonts w:ascii="Arial" w:hAnsi="Arial" w:cs="Arial"/>
          <w:sz w:val="24"/>
          <w:szCs w:val="24"/>
        </w:rPr>
        <w:t>CustomerID</w:t>
      </w:r>
      <w:proofErr w:type="spellEnd"/>
      <w:r w:rsidRPr="00824A5D">
        <w:rPr>
          <w:rFonts w:ascii="Arial" w:hAnsi="Arial" w:cs="Arial"/>
          <w:sz w:val="24"/>
          <w:szCs w:val="24"/>
        </w:rPr>
        <w:t xml:space="preserve"> and </w:t>
      </w:r>
      <w:proofErr w:type="spellStart"/>
      <w:r w:rsidRPr="00824A5D">
        <w:rPr>
          <w:rFonts w:ascii="Arial" w:hAnsi="Arial" w:cs="Arial"/>
          <w:sz w:val="24"/>
          <w:szCs w:val="24"/>
        </w:rPr>
        <w:t>PrescriberID</w:t>
      </w:r>
      <w:proofErr w:type="spellEnd"/>
      <w:r w:rsidRPr="00824A5D">
        <w:rPr>
          <w:rFonts w:ascii="Arial" w:hAnsi="Arial" w:cs="Arial"/>
          <w:sz w:val="24"/>
          <w:szCs w:val="24"/>
        </w:rPr>
        <w:t xml:space="preserve"> values.</w:t>
      </w:r>
    </w:p>
    <w:p w14:paraId="171AFB5E" w14:textId="4286AAB8" w:rsidR="00D829D5" w:rsidRPr="00824A5D" w:rsidRDefault="00D829D5" w:rsidP="008323D3">
      <w:pPr>
        <w:pStyle w:val="ListParagraph"/>
        <w:numPr>
          <w:ilvl w:val="0"/>
          <w:numId w:val="55"/>
        </w:numPr>
        <w:spacing w:line="360" w:lineRule="auto"/>
        <w:jc w:val="both"/>
        <w:rPr>
          <w:rFonts w:ascii="Arial" w:hAnsi="Arial" w:cs="Arial"/>
          <w:sz w:val="24"/>
          <w:szCs w:val="24"/>
        </w:rPr>
      </w:pPr>
      <w:proofErr w:type="spellStart"/>
      <w:r w:rsidRPr="00824A5D">
        <w:rPr>
          <w:rFonts w:ascii="Arial" w:hAnsi="Arial" w:cs="Arial"/>
          <w:sz w:val="24"/>
          <w:szCs w:val="24"/>
        </w:rPr>
        <w:t>SaleItems</w:t>
      </w:r>
      <w:proofErr w:type="spellEnd"/>
      <w:r w:rsidRPr="00824A5D">
        <w:rPr>
          <w:rFonts w:ascii="Arial" w:hAnsi="Arial" w:cs="Arial"/>
          <w:sz w:val="24"/>
          <w:szCs w:val="24"/>
        </w:rPr>
        <w:t xml:space="preserve"> could not be added without an existing </w:t>
      </w:r>
      <w:proofErr w:type="spellStart"/>
      <w:r w:rsidRPr="00824A5D">
        <w:rPr>
          <w:rFonts w:ascii="Arial" w:hAnsi="Arial" w:cs="Arial"/>
          <w:sz w:val="24"/>
          <w:szCs w:val="24"/>
        </w:rPr>
        <w:t>SaleID</w:t>
      </w:r>
      <w:proofErr w:type="spellEnd"/>
      <w:r w:rsidRPr="00824A5D">
        <w:rPr>
          <w:rFonts w:ascii="Arial" w:hAnsi="Arial" w:cs="Arial"/>
          <w:sz w:val="24"/>
          <w:szCs w:val="24"/>
        </w:rPr>
        <w:t>.</w:t>
      </w:r>
    </w:p>
    <w:p w14:paraId="012A01D8" w14:textId="734D2193" w:rsidR="00D829D5" w:rsidRPr="00824A5D" w:rsidRDefault="00D829D5" w:rsidP="008323D3">
      <w:pPr>
        <w:pStyle w:val="ListParagraph"/>
        <w:numPr>
          <w:ilvl w:val="0"/>
          <w:numId w:val="55"/>
        </w:numPr>
        <w:spacing w:line="360" w:lineRule="auto"/>
        <w:jc w:val="both"/>
        <w:rPr>
          <w:rFonts w:ascii="Arial" w:hAnsi="Arial" w:cs="Arial"/>
          <w:sz w:val="24"/>
          <w:szCs w:val="24"/>
        </w:rPr>
      </w:pPr>
      <w:r w:rsidRPr="00824A5D">
        <w:rPr>
          <w:rFonts w:ascii="Arial" w:hAnsi="Arial" w:cs="Arial"/>
          <w:sz w:val="24"/>
          <w:szCs w:val="24"/>
        </w:rPr>
        <w:t>Medicines referenced in prescriptions or sales could not be deleted (cascade delete disabled).</w:t>
      </w:r>
    </w:p>
    <w:p w14:paraId="439573E4" w14:textId="153BF3C2" w:rsidR="00D829D5" w:rsidRPr="00D829D5" w:rsidRDefault="00D829D5" w:rsidP="008323D3">
      <w:pPr>
        <w:spacing w:line="360" w:lineRule="auto"/>
        <w:jc w:val="both"/>
        <w:rPr>
          <w:rFonts w:ascii="Arial" w:hAnsi="Arial" w:cs="Arial"/>
          <w:sz w:val="24"/>
          <w:szCs w:val="24"/>
        </w:rPr>
      </w:pPr>
      <w:r w:rsidRPr="00D829D5">
        <w:rPr>
          <w:rFonts w:ascii="Arial" w:hAnsi="Arial" w:cs="Arial"/>
          <w:sz w:val="24"/>
          <w:szCs w:val="24"/>
        </w:rPr>
        <w:t>Maintaining referential integrity is essential for preventing orphan records and ensuring consistent relational structures</w:t>
      </w:r>
      <w:r w:rsidR="00F24BFC">
        <w:rPr>
          <w:rFonts w:ascii="Arial" w:hAnsi="Arial" w:cs="Arial"/>
          <w:sz w:val="24"/>
          <w:szCs w:val="24"/>
        </w:rPr>
        <w:t>.</w:t>
      </w:r>
    </w:p>
    <w:p w14:paraId="578BC30D" w14:textId="77777777" w:rsidR="00D829D5" w:rsidRPr="00824A5D" w:rsidRDefault="00D829D5" w:rsidP="008323D3">
      <w:pPr>
        <w:spacing w:line="360" w:lineRule="auto"/>
        <w:jc w:val="both"/>
        <w:rPr>
          <w:rFonts w:ascii="Arial" w:hAnsi="Arial" w:cs="Arial"/>
          <w:b/>
          <w:bCs/>
          <w:sz w:val="24"/>
          <w:szCs w:val="24"/>
        </w:rPr>
      </w:pPr>
      <w:r w:rsidRPr="00824A5D">
        <w:rPr>
          <w:rFonts w:ascii="Arial" w:hAnsi="Arial" w:cs="Arial"/>
          <w:b/>
          <w:bCs/>
          <w:sz w:val="24"/>
          <w:szCs w:val="24"/>
        </w:rPr>
        <w:t>Testing outcome:</w:t>
      </w:r>
    </w:p>
    <w:p w14:paraId="77E5CF60" w14:textId="27C6AB22" w:rsidR="00A87802" w:rsidRDefault="00D829D5" w:rsidP="008323D3">
      <w:pPr>
        <w:spacing w:line="360" w:lineRule="auto"/>
        <w:jc w:val="both"/>
        <w:rPr>
          <w:rFonts w:ascii="Arial" w:hAnsi="Arial" w:cs="Arial"/>
          <w:sz w:val="24"/>
          <w:szCs w:val="24"/>
        </w:rPr>
      </w:pPr>
      <w:r w:rsidRPr="00D829D5">
        <w:rPr>
          <w:rFonts w:ascii="Arial" w:hAnsi="Arial" w:cs="Arial"/>
          <w:sz w:val="24"/>
          <w:szCs w:val="24"/>
        </w:rPr>
        <w:t>All relationship constraints performed as expected.</w:t>
      </w:r>
    </w:p>
    <w:p w14:paraId="3723C3B4" w14:textId="77777777" w:rsidR="002451AD" w:rsidRDefault="002451AD" w:rsidP="008323D3">
      <w:pPr>
        <w:spacing w:line="360" w:lineRule="auto"/>
        <w:jc w:val="both"/>
        <w:rPr>
          <w:rFonts w:ascii="Arial" w:hAnsi="Arial" w:cs="Arial"/>
          <w:sz w:val="24"/>
          <w:szCs w:val="24"/>
        </w:rPr>
      </w:pPr>
    </w:p>
    <w:p w14:paraId="7C1F47AE" w14:textId="5041BF86" w:rsidR="00E42EAA" w:rsidRDefault="00E42EAA" w:rsidP="008323D3">
      <w:pPr>
        <w:pStyle w:val="Heading2"/>
        <w:spacing w:line="360" w:lineRule="auto"/>
        <w:rPr>
          <w:rFonts w:ascii="Arial Black" w:hAnsi="Arial Black"/>
          <w:b w:val="0"/>
          <w:bCs w:val="0"/>
          <w:color w:val="000000" w:themeColor="text1"/>
          <w:sz w:val="28"/>
          <w:szCs w:val="28"/>
        </w:rPr>
      </w:pPr>
      <w:bookmarkStart w:id="15" w:name="_Toc225201711"/>
      <w:r>
        <w:rPr>
          <w:rFonts w:ascii="Arial Black" w:hAnsi="Arial Black"/>
          <w:b w:val="0"/>
          <w:bCs w:val="0"/>
          <w:color w:val="000000" w:themeColor="text1"/>
          <w:sz w:val="28"/>
          <w:szCs w:val="28"/>
        </w:rPr>
        <w:t xml:space="preserve">3.4 </w:t>
      </w:r>
      <w:r w:rsidRPr="00E42EAA">
        <w:rPr>
          <w:rFonts w:ascii="Arial Black" w:hAnsi="Arial Black"/>
          <w:b w:val="0"/>
          <w:bCs w:val="0"/>
          <w:color w:val="000000" w:themeColor="text1"/>
          <w:sz w:val="28"/>
          <w:szCs w:val="28"/>
        </w:rPr>
        <w:t>Query Testing</w:t>
      </w:r>
      <w:bookmarkEnd w:id="15"/>
    </w:p>
    <w:p w14:paraId="689A06A6" w14:textId="77777777" w:rsidR="00E42EAA" w:rsidRPr="00E42EAA" w:rsidRDefault="00E42EAA" w:rsidP="008323D3">
      <w:pPr>
        <w:spacing w:line="360" w:lineRule="auto"/>
      </w:pPr>
    </w:p>
    <w:p w14:paraId="570DCFC4" w14:textId="77777777" w:rsidR="00E42EAA" w:rsidRPr="00E42EAA" w:rsidRDefault="00E42EAA" w:rsidP="008323D3">
      <w:pPr>
        <w:spacing w:line="360" w:lineRule="auto"/>
        <w:jc w:val="both"/>
        <w:rPr>
          <w:rFonts w:ascii="Arial" w:hAnsi="Arial" w:cs="Arial"/>
          <w:sz w:val="24"/>
          <w:szCs w:val="24"/>
        </w:rPr>
      </w:pPr>
      <w:r w:rsidRPr="00E42EAA">
        <w:rPr>
          <w:rFonts w:ascii="Arial" w:hAnsi="Arial" w:cs="Arial"/>
          <w:sz w:val="24"/>
          <w:szCs w:val="24"/>
        </w:rPr>
        <w:t>Queries were tested using realistic sample data to verify accuracy:</w:t>
      </w:r>
    </w:p>
    <w:p w14:paraId="47E86F0A" w14:textId="32D94ADD" w:rsidR="00E42EAA" w:rsidRPr="0049784C" w:rsidRDefault="00E42EAA" w:rsidP="008323D3">
      <w:pPr>
        <w:pStyle w:val="ListParagraph"/>
        <w:numPr>
          <w:ilvl w:val="0"/>
          <w:numId w:val="56"/>
        </w:numPr>
        <w:spacing w:line="360" w:lineRule="auto"/>
        <w:jc w:val="both"/>
        <w:rPr>
          <w:rFonts w:ascii="Arial" w:hAnsi="Arial" w:cs="Arial"/>
          <w:sz w:val="24"/>
          <w:szCs w:val="24"/>
        </w:rPr>
      </w:pPr>
      <w:r w:rsidRPr="0049784C">
        <w:rPr>
          <w:rFonts w:ascii="Arial" w:hAnsi="Arial" w:cs="Arial"/>
          <w:sz w:val="24"/>
          <w:szCs w:val="24"/>
        </w:rPr>
        <w:t>Stock Level Query: Correctly calculated available stock.</w:t>
      </w:r>
    </w:p>
    <w:p w14:paraId="3AF8AE7F" w14:textId="5ADD7A4A" w:rsidR="00E42EAA" w:rsidRPr="0049784C" w:rsidRDefault="00E42EAA" w:rsidP="008323D3">
      <w:pPr>
        <w:pStyle w:val="ListParagraph"/>
        <w:numPr>
          <w:ilvl w:val="0"/>
          <w:numId w:val="56"/>
        </w:numPr>
        <w:spacing w:line="360" w:lineRule="auto"/>
        <w:jc w:val="both"/>
        <w:rPr>
          <w:rFonts w:ascii="Arial" w:hAnsi="Arial" w:cs="Arial"/>
          <w:sz w:val="24"/>
          <w:szCs w:val="24"/>
        </w:rPr>
      </w:pPr>
      <w:r w:rsidRPr="0049784C">
        <w:rPr>
          <w:rFonts w:ascii="Arial" w:hAnsi="Arial" w:cs="Arial"/>
          <w:sz w:val="24"/>
          <w:szCs w:val="24"/>
        </w:rPr>
        <w:t>Low Stock Report: Identified medicines below reorder level.</w:t>
      </w:r>
    </w:p>
    <w:p w14:paraId="714B0C22" w14:textId="6220DCFD" w:rsidR="00E42EAA" w:rsidRPr="0049784C" w:rsidRDefault="00E42EAA" w:rsidP="008323D3">
      <w:pPr>
        <w:pStyle w:val="ListParagraph"/>
        <w:numPr>
          <w:ilvl w:val="0"/>
          <w:numId w:val="56"/>
        </w:numPr>
        <w:spacing w:line="360" w:lineRule="auto"/>
        <w:jc w:val="both"/>
        <w:rPr>
          <w:rFonts w:ascii="Arial" w:hAnsi="Arial" w:cs="Arial"/>
          <w:sz w:val="24"/>
          <w:szCs w:val="24"/>
        </w:rPr>
      </w:pPr>
      <w:r w:rsidRPr="0049784C">
        <w:rPr>
          <w:rFonts w:ascii="Arial" w:hAnsi="Arial" w:cs="Arial"/>
          <w:sz w:val="24"/>
          <w:szCs w:val="24"/>
        </w:rPr>
        <w:t>Prescription History Query: Displayed all prescriptions for a selected customer.</w:t>
      </w:r>
    </w:p>
    <w:p w14:paraId="671D77EC" w14:textId="7A490D73" w:rsidR="00E42EAA" w:rsidRPr="0049784C" w:rsidRDefault="00E42EAA" w:rsidP="008323D3">
      <w:pPr>
        <w:pStyle w:val="ListParagraph"/>
        <w:numPr>
          <w:ilvl w:val="0"/>
          <w:numId w:val="56"/>
        </w:numPr>
        <w:spacing w:line="360" w:lineRule="auto"/>
        <w:jc w:val="both"/>
        <w:rPr>
          <w:rFonts w:ascii="Arial" w:hAnsi="Arial" w:cs="Arial"/>
          <w:sz w:val="24"/>
          <w:szCs w:val="24"/>
        </w:rPr>
      </w:pPr>
      <w:r w:rsidRPr="0049784C">
        <w:rPr>
          <w:rFonts w:ascii="Arial" w:hAnsi="Arial" w:cs="Arial"/>
          <w:sz w:val="24"/>
          <w:szCs w:val="24"/>
        </w:rPr>
        <w:t>Top-Selling Medicines Query: Aggregated sales quantities accurately.</w:t>
      </w:r>
    </w:p>
    <w:p w14:paraId="113AE77D" w14:textId="54632321" w:rsidR="002451AD" w:rsidRDefault="00E42EAA" w:rsidP="008323D3">
      <w:pPr>
        <w:spacing w:line="360" w:lineRule="auto"/>
        <w:jc w:val="both"/>
        <w:rPr>
          <w:rFonts w:ascii="Arial" w:hAnsi="Arial" w:cs="Arial"/>
          <w:sz w:val="24"/>
          <w:szCs w:val="24"/>
        </w:rPr>
      </w:pPr>
      <w:r w:rsidRPr="00E42EAA">
        <w:rPr>
          <w:rFonts w:ascii="Arial" w:hAnsi="Arial" w:cs="Arial"/>
          <w:sz w:val="24"/>
          <w:szCs w:val="24"/>
        </w:rPr>
        <w:t>Query testing is a critical step in validating the usefulness and reliability of database outputs</w:t>
      </w:r>
      <w:r w:rsidR="00F24BFC">
        <w:rPr>
          <w:rFonts w:ascii="Arial" w:hAnsi="Arial" w:cs="Arial"/>
          <w:sz w:val="24"/>
          <w:szCs w:val="24"/>
        </w:rPr>
        <w:t>.</w:t>
      </w:r>
    </w:p>
    <w:p w14:paraId="78D05326" w14:textId="77777777" w:rsidR="00AE3648" w:rsidRDefault="00AE3648" w:rsidP="00AE3648"/>
    <w:p w14:paraId="490B9EA6" w14:textId="77777777" w:rsidR="00AE3648" w:rsidRDefault="00AE3648" w:rsidP="00AE3648"/>
    <w:p w14:paraId="759CA780" w14:textId="5DD2162D" w:rsidR="00AF0062" w:rsidRDefault="00F81FD4" w:rsidP="008323D3">
      <w:pPr>
        <w:pStyle w:val="Heading2"/>
        <w:spacing w:line="360" w:lineRule="auto"/>
        <w:rPr>
          <w:rFonts w:ascii="Arial Black" w:hAnsi="Arial Black" w:cs="Arial"/>
          <w:color w:val="000000" w:themeColor="text1"/>
          <w:sz w:val="28"/>
          <w:szCs w:val="28"/>
        </w:rPr>
      </w:pPr>
      <w:bookmarkStart w:id="16" w:name="_Toc225201712"/>
      <w:r w:rsidRPr="002A0E8B">
        <w:rPr>
          <w:rFonts w:ascii="Arial Black" w:hAnsi="Arial Black" w:cs="Arial"/>
          <w:color w:val="000000" w:themeColor="text1"/>
          <w:sz w:val="28"/>
          <w:szCs w:val="28"/>
        </w:rPr>
        <w:lastRenderedPageBreak/>
        <w:t>3.</w:t>
      </w:r>
      <w:r w:rsidR="00B028A0">
        <w:rPr>
          <w:rFonts w:ascii="Arial Black" w:hAnsi="Arial Black" w:cs="Arial"/>
          <w:color w:val="000000" w:themeColor="text1"/>
          <w:sz w:val="28"/>
          <w:szCs w:val="28"/>
        </w:rPr>
        <w:t>5</w:t>
      </w:r>
      <w:r w:rsidRPr="002A0E8B">
        <w:rPr>
          <w:rFonts w:ascii="Arial Black" w:hAnsi="Arial Black" w:cs="Arial"/>
          <w:color w:val="000000" w:themeColor="text1"/>
          <w:sz w:val="28"/>
          <w:szCs w:val="28"/>
        </w:rPr>
        <w:t xml:space="preserve"> </w:t>
      </w:r>
      <w:r w:rsidR="00F47D72" w:rsidRPr="002A0E8B">
        <w:rPr>
          <w:rFonts w:ascii="Arial Black" w:hAnsi="Arial Black" w:cs="Arial"/>
          <w:color w:val="000000" w:themeColor="text1"/>
          <w:sz w:val="28"/>
          <w:szCs w:val="28"/>
        </w:rPr>
        <w:t>Results</w:t>
      </w:r>
      <w:bookmarkEnd w:id="16"/>
    </w:p>
    <w:p w14:paraId="2D41AF0B" w14:textId="1D3A3DFC" w:rsidR="006A6849" w:rsidRDefault="006A6849" w:rsidP="008323D3">
      <w:pPr>
        <w:spacing w:line="360" w:lineRule="auto"/>
        <w:jc w:val="both"/>
        <w:rPr>
          <w:rFonts w:ascii="Arial" w:hAnsi="Arial" w:cs="Arial"/>
          <w:sz w:val="24"/>
          <w:szCs w:val="24"/>
        </w:rPr>
      </w:pPr>
      <w:r w:rsidRPr="006A6849">
        <w:rPr>
          <w:rFonts w:ascii="Arial" w:hAnsi="Arial" w:cs="Arial"/>
          <w:sz w:val="24"/>
          <w:szCs w:val="24"/>
        </w:rPr>
        <w:t>The data was successfully added into the system with validation rules to ensure correctness and to prevent invalid/incomplete data [3]. Foreign key violations were rejected with referential integrity constraints in place to prevent any relationships between related tables or orphan records [2]. It also processed sums and summaries that generated outputs to confirm input correctness and query logic to see if the data processing was correct or not. The low stock detection performed as anticipated, as it detected all medicines that had reached or fallen below the reorder threshold allowing for timely inventory management. All references to related tables were prevented from deleting records, ensuring integrity of the data while maintaining important relationships.</w:t>
      </w:r>
    </w:p>
    <w:p w14:paraId="40B46C7F" w14:textId="77777777" w:rsidR="000777B9" w:rsidRDefault="000777B9" w:rsidP="008323D3">
      <w:pPr>
        <w:spacing w:line="360" w:lineRule="auto"/>
        <w:jc w:val="both"/>
        <w:rPr>
          <w:rFonts w:ascii="Arial" w:hAnsi="Arial" w:cs="Arial"/>
          <w:sz w:val="24"/>
          <w:szCs w:val="24"/>
        </w:rPr>
      </w:pPr>
    </w:p>
    <w:p w14:paraId="2F963D5E" w14:textId="77777777" w:rsidR="002D1CBE" w:rsidRPr="006A6849" w:rsidRDefault="002D1CBE" w:rsidP="008323D3">
      <w:pPr>
        <w:spacing w:line="360" w:lineRule="auto"/>
        <w:jc w:val="both"/>
        <w:rPr>
          <w:rFonts w:ascii="Arial" w:hAnsi="Arial" w:cs="Arial"/>
          <w:sz w:val="24"/>
          <w:szCs w:val="24"/>
        </w:rPr>
      </w:pPr>
    </w:p>
    <w:p w14:paraId="3EC7B236" w14:textId="04917851" w:rsidR="004348A6" w:rsidRPr="002A0E8B" w:rsidRDefault="009F377B" w:rsidP="008323D3">
      <w:pPr>
        <w:pStyle w:val="Heading2"/>
        <w:spacing w:line="360" w:lineRule="auto"/>
        <w:rPr>
          <w:rFonts w:ascii="Arial Black" w:hAnsi="Arial Black" w:cs="Arial"/>
          <w:sz w:val="28"/>
          <w:szCs w:val="28"/>
        </w:rPr>
      </w:pPr>
      <w:bookmarkStart w:id="17" w:name="_Toc225201713"/>
      <w:r w:rsidRPr="002A0E8B">
        <w:rPr>
          <w:rFonts w:ascii="Arial Black" w:hAnsi="Arial Black" w:cs="Arial"/>
          <w:color w:val="000000" w:themeColor="text1"/>
          <w:sz w:val="28"/>
          <w:szCs w:val="28"/>
        </w:rPr>
        <w:t>3.</w:t>
      </w:r>
      <w:r w:rsidR="002D1CBE">
        <w:rPr>
          <w:rFonts w:ascii="Arial Black" w:hAnsi="Arial Black" w:cs="Arial"/>
          <w:color w:val="000000" w:themeColor="text1"/>
          <w:sz w:val="28"/>
          <w:szCs w:val="28"/>
        </w:rPr>
        <w:t>6</w:t>
      </w:r>
      <w:r w:rsidRPr="002A0E8B">
        <w:rPr>
          <w:rFonts w:ascii="Arial Black" w:hAnsi="Arial Black" w:cs="Arial"/>
          <w:color w:val="000000" w:themeColor="text1"/>
          <w:sz w:val="28"/>
          <w:szCs w:val="28"/>
        </w:rPr>
        <w:t xml:space="preserve"> </w:t>
      </w:r>
      <w:r w:rsidR="00F47D72" w:rsidRPr="002A0E8B">
        <w:rPr>
          <w:rFonts w:ascii="Arial Black" w:hAnsi="Arial Black" w:cs="Arial"/>
          <w:color w:val="000000" w:themeColor="text1"/>
          <w:sz w:val="28"/>
          <w:szCs w:val="28"/>
        </w:rPr>
        <w:t>Issues</w:t>
      </w:r>
      <w:r w:rsidR="00B03962" w:rsidRPr="00B03962">
        <w:rPr>
          <w:rFonts w:ascii="Arial Black" w:hAnsi="Arial Black" w:cs="Arial"/>
          <w:color w:val="000000" w:themeColor="text1"/>
          <w:sz w:val="28"/>
          <w:szCs w:val="28"/>
        </w:rPr>
        <w:t xml:space="preserve"> Identified and Fixes Applied</w:t>
      </w:r>
      <w:bookmarkEnd w:id="17"/>
    </w:p>
    <w:p w14:paraId="38A2CAE1" w14:textId="77777777" w:rsidR="00CA7226" w:rsidRDefault="00CA7226" w:rsidP="008323D3">
      <w:pPr>
        <w:spacing w:line="360" w:lineRule="auto"/>
        <w:jc w:val="both"/>
        <w:rPr>
          <w:rFonts w:ascii="Arial" w:hAnsi="Arial" w:cs="Arial"/>
          <w:b/>
          <w:bC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75"/>
        <w:gridCol w:w="2970"/>
        <w:gridCol w:w="3285"/>
      </w:tblGrid>
      <w:tr w:rsidR="0054723D" w:rsidRPr="00561660" w14:paraId="18080D3C" w14:textId="77777777" w:rsidTr="00CA7226">
        <w:trPr>
          <w:tblHeader/>
          <w:tblCellSpacing w:w="15" w:type="dxa"/>
        </w:trPr>
        <w:tc>
          <w:tcPr>
            <w:tcW w:w="0" w:type="auto"/>
            <w:vAlign w:val="center"/>
            <w:hideMark/>
          </w:tcPr>
          <w:p w14:paraId="584DE1BE" w14:textId="77777777" w:rsidR="00CA7226" w:rsidRPr="00561660" w:rsidRDefault="00CA7226" w:rsidP="008323D3">
            <w:pPr>
              <w:spacing w:after="160" w:line="360" w:lineRule="auto"/>
              <w:jc w:val="center"/>
              <w:rPr>
                <w:rFonts w:ascii="Arial" w:hAnsi="Arial" w:cs="Arial"/>
                <w:b/>
                <w:bCs/>
                <w:sz w:val="28"/>
                <w:szCs w:val="28"/>
              </w:rPr>
            </w:pPr>
            <w:r w:rsidRPr="00561660">
              <w:rPr>
                <w:rFonts w:ascii="Arial" w:hAnsi="Arial" w:cs="Arial"/>
                <w:b/>
                <w:bCs/>
                <w:sz w:val="28"/>
                <w:szCs w:val="28"/>
              </w:rPr>
              <w:t>Issue</w:t>
            </w:r>
          </w:p>
        </w:tc>
        <w:tc>
          <w:tcPr>
            <w:tcW w:w="0" w:type="auto"/>
            <w:vAlign w:val="center"/>
            <w:hideMark/>
          </w:tcPr>
          <w:p w14:paraId="3EDA2538" w14:textId="77777777" w:rsidR="00CA7226" w:rsidRPr="00561660" w:rsidRDefault="00CA7226" w:rsidP="008323D3">
            <w:pPr>
              <w:spacing w:after="160" w:line="360" w:lineRule="auto"/>
              <w:jc w:val="center"/>
              <w:rPr>
                <w:rFonts w:ascii="Arial" w:hAnsi="Arial" w:cs="Arial"/>
                <w:b/>
                <w:bCs/>
                <w:sz w:val="28"/>
                <w:szCs w:val="28"/>
              </w:rPr>
            </w:pPr>
            <w:r w:rsidRPr="00561660">
              <w:rPr>
                <w:rFonts w:ascii="Arial" w:hAnsi="Arial" w:cs="Arial"/>
                <w:b/>
                <w:bCs/>
                <w:sz w:val="28"/>
                <w:szCs w:val="28"/>
              </w:rPr>
              <w:t>Cause</w:t>
            </w:r>
          </w:p>
        </w:tc>
        <w:tc>
          <w:tcPr>
            <w:tcW w:w="0" w:type="auto"/>
            <w:vAlign w:val="center"/>
            <w:hideMark/>
          </w:tcPr>
          <w:p w14:paraId="51D29E19" w14:textId="77777777" w:rsidR="00CA7226" w:rsidRPr="00561660" w:rsidRDefault="00CA7226" w:rsidP="008323D3">
            <w:pPr>
              <w:spacing w:after="160" w:line="360" w:lineRule="auto"/>
              <w:jc w:val="center"/>
              <w:rPr>
                <w:rFonts w:ascii="Arial" w:hAnsi="Arial" w:cs="Arial"/>
                <w:b/>
                <w:bCs/>
                <w:sz w:val="28"/>
                <w:szCs w:val="28"/>
              </w:rPr>
            </w:pPr>
            <w:r w:rsidRPr="00561660">
              <w:rPr>
                <w:rFonts w:ascii="Arial" w:hAnsi="Arial" w:cs="Arial"/>
                <w:b/>
                <w:bCs/>
                <w:sz w:val="28"/>
                <w:szCs w:val="28"/>
              </w:rPr>
              <w:t>Fix</w:t>
            </w:r>
          </w:p>
        </w:tc>
      </w:tr>
      <w:tr w:rsidR="0054723D" w:rsidRPr="00561660" w14:paraId="5BED10D9" w14:textId="77777777" w:rsidTr="00CA7226">
        <w:trPr>
          <w:tblCellSpacing w:w="15" w:type="dxa"/>
        </w:trPr>
        <w:tc>
          <w:tcPr>
            <w:tcW w:w="0" w:type="auto"/>
            <w:vAlign w:val="center"/>
            <w:hideMark/>
          </w:tcPr>
          <w:p w14:paraId="07F07CB5" w14:textId="77777777" w:rsidR="00CA7226" w:rsidRPr="00561660" w:rsidRDefault="00CA7226" w:rsidP="008323D3">
            <w:pPr>
              <w:spacing w:after="160" w:line="360" w:lineRule="auto"/>
              <w:rPr>
                <w:rFonts w:ascii="Arial" w:hAnsi="Arial" w:cs="Arial"/>
                <w:sz w:val="24"/>
                <w:szCs w:val="24"/>
              </w:rPr>
            </w:pPr>
            <w:r w:rsidRPr="00561660">
              <w:rPr>
                <w:rFonts w:ascii="Arial" w:hAnsi="Arial" w:cs="Arial"/>
                <w:sz w:val="24"/>
                <w:szCs w:val="24"/>
              </w:rPr>
              <w:t>Incorrect stock totals</w:t>
            </w:r>
          </w:p>
        </w:tc>
        <w:tc>
          <w:tcPr>
            <w:tcW w:w="0" w:type="auto"/>
            <w:vAlign w:val="center"/>
            <w:hideMark/>
          </w:tcPr>
          <w:p w14:paraId="2FECF14A" w14:textId="77777777" w:rsidR="00CA7226" w:rsidRPr="00561660" w:rsidRDefault="00CA7226" w:rsidP="008323D3">
            <w:pPr>
              <w:spacing w:after="160" w:line="360" w:lineRule="auto"/>
              <w:rPr>
                <w:rFonts w:ascii="Arial" w:hAnsi="Arial" w:cs="Arial"/>
                <w:sz w:val="24"/>
                <w:szCs w:val="24"/>
              </w:rPr>
            </w:pPr>
            <w:r w:rsidRPr="00561660">
              <w:rPr>
                <w:rFonts w:ascii="Arial" w:hAnsi="Arial" w:cs="Arial"/>
                <w:sz w:val="24"/>
                <w:szCs w:val="24"/>
              </w:rPr>
              <w:t>Missing grouping in query</w:t>
            </w:r>
          </w:p>
        </w:tc>
        <w:tc>
          <w:tcPr>
            <w:tcW w:w="0" w:type="auto"/>
            <w:vAlign w:val="center"/>
            <w:hideMark/>
          </w:tcPr>
          <w:p w14:paraId="2FF16CF0" w14:textId="77777777" w:rsidR="00CA7226" w:rsidRPr="00561660" w:rsidRDefault="00CA7226" w:rsidP="008323D3">
            <w:pPr>
              <w:spacing w:after="160" w:line="360" w:lineRule="auto"/>
              <w:rPr>
                <w:rFonts w:ascii="Arial" w:hAnsi="Arial" w:cs="Arial"/>
                <w:sz w:val="24"/>
                <w:szCs w:val="24"/>
              </w:rPr>
            </w:pPr>
            <w:r w:rsidRPr="00561660">
              <w:rPr>
                <w:rFonts w:ascii="Arial" w:hAnsi="Arial" w:cs="Arial"/>
                <w:sz w:val="24"/>
                <w:szCs w:val="24"/>
              </w:rPr>
              <w:t>Added GROUP BY and corrected joins</w:t>
            </w:r>
          </w:p>
        </w:tc>
      </w:tr>
      <w:tr w:rsidR="0054723D" w:rsidRPr="00561660" w14:paraId="2B84AA3C" w14:textId="77777777" w:rsidTr="00CA7226">
        <w:trPr>
          <w:tblCellSpacing w:w="15" w:type="dxa"/>
        </w:trPr>
        <w:tc>
          <w:tcPr>
            <w:tcW w:w="0" w:type="auto"/>
            <w:vAlign w:val="center"/>
            <w:hideMark/>
          </w:tcPr>
          <w:p w14:paraId="30AC309F" w14:textId="77777777" w:rsidR="00CA7226" w:rsidRPr="00561660" w:rsidRDefault="00CA7226" w:rsidP="008323D3">
            <w:pPr>
              <w:spacing w:after="160" w:line="360" w:lineRule="auto"/>
              <w:rPr>
                <w:rFonts w:ascii="Arial" w:hAnsi="Arial" w:cs="Arial"/>
                <w:sz w:val="24"/>
                <w:szCs w:val="24"/>
              </w:rPr>
            </w:pPr>
            <w:r w:rsidRPr="00561660">
              <w:rPr>
                <w:rFonts w:ascii="Arial" w:hAnsi="Arial" w:cs="Arial"/>
                <w:sz w:val="24"/>
                <w:szCs w:val="24"/>
              </w:rPr>
              <w:t>Duplicate supplier entries</w:t>
            </w:r>
          </w:p>
        </w:tc>
        <w:tc>
          <w:tcPr>
            <w:tcW w:w="0" w:type="auto"/>
            <w:vAlign w:val="center"/>
            <w:hideMark/>
          </w:tcPr>
          <w:p w14:paraId="58D20ACB" w14:textId="77777777" w:rsidR="00CA7226" w:rsidRPr="00561660" w:rsidRDefault="00CA7226" w:rsidP="008323D3">
            <w:pPr>
              <w:spacing w:after="160" w:line="360" w:lineRule="auto"/>
              <w:rPr>
                <w:rFonts w:ascii="Arial" w:hAnsi="Arial" w:cs="Arial"/>
                <w:sz w:val="24"/>
                <w:szCs w:val="24"/>
              </w:rPr>
            </w:pPr>
            <w:r w:rsidRPr="00561660">
              <w:rPr>
                <w:rFonts w:ascii="Arial" w:hAnsi="Arial" w:cs="Arial"/>
                <w:sz w:val="24"/>
                <w:szCs w:val="24"/>
              </w:rPr>
              <w:t>No uniqueness constraint</w:t>
            </w:r>
          </w:p>
        </w:tc>
        <w:tc>
          <w:tcPr>
            <w:tcW w:w="0" w:type="auto"/>
            <w:vAlign w:val="center"/>
            <w:hideMark/>
          </w:tcPr>
          <w:p w14:paraId="0CF4EF15" w14:textId="77777777" w:rsidR="00CA7226" w:rsidRPr="00561660" w:rsidRDefault="00CA7226" w:rsidP="008323D3">
            <w:pPr>
              <w:spacing w:after="160" w:line="360" w:lineRule="auto"/>
              <w:rPr>
                <w:rFonts w:ascii="Arial" w:hAnsi="Arial" w:cs="Arial"/>
                <w:sz w:val="24"/>
                <w:szCs w:val="24"/>
              </w:rPr>
            </w:pPr>
            <w:r w:rsidRPr="00561660">
              <w:rPr>
                <w:rFonts w:ascii="Arial" w:hAnsi="Arial" w:cs="Arial"/>
                <w:sz w:val="24"/>
                <w:szCs w:val="24"/>
              </w:rPr>
              <w:t>Added validation rule + form-level check</w:t>
            </w:r>
          </w:p>
        </w:tc>
      </w:tr>
      <w:tr w:rsidR="0054723D" w:rsidRPr="00561660" w14:paraId="7C0EA583" w14:textId="77777777" w:rsidTr="00CA7226">
        <w:trPr>
          <w:tblCellSpacing w:w="15" w:type="dxa"/>
        </w:trPr>
        <w:tc>
          <w:tcPr>
            <w:tcW w:w="0" w:type="auto"/>
            <w:vAlign w:val="center"/>
            <w:hideMark/>
          </w:tcPr>
          <w:p w14:paraId="1B837CB7" w14:textId="10888D02" w:rsidR="00CA7226" w:rsidRPr="00561660" w:rsidRDefault="001B02B6" w:rsidP="008323D3">
            <w:pPr>
              <w:spacing w:after="160" w:line="360" w:lineRule="auto"/>
              <w:rPr>
                <w:rFonts w:ascii="Arial" w:hAnsi="Arial" w:cs="Arial"/>
                <w:sz w:val="24"/>
                <w:szCs w:val="24"/>
              </w:rPr>
            </w:pPr>
            <w:r w:rsidRPr="001B02B6">
              <w:rPr>
                <w:rFonts w:ascii="Arial" w:hAnsi="Arial" w:cs="Arial"/>
                <w:sz w:val="24"/>
                <w:szCs w:val="24"/>
              </w:rPr>
              <w:t>Sales transactions are not linked to prescriptions</w:t>
            </w:r>
          </w:p>
        </w:tc>
        <w:tc>
          <w:tcPr>
            <w:tcW w:w="0" w:type="auto"/>
            <w:vAlign w:val="center"/>
            <w:hideMark/>
          </w:tcPr>
          <w:p w14:paraId="55563498" w14:textId="77777777" w:rsidR="00903400" w:rsidRPr="00903400" w:rsidRDefault="00903400" w:rsidP="008323D3">
            <w:pPr>
              <w:spacing w:after="160" w:line="360" w:lineRule="auto"/>
              <w:rPr>
                <w:rFonts w:ascii="Arial" w:hAnsi="Arial" w:cs="Arial"/>
                <w:sz w:val="24"/>
                <w:szCs w:val="24"/>
              </w:rPr>
            </w:pPr>
            <w:r w:rsidRPr="00903400">
              <w:rPr>
                <w:rFonts w:ascii="Arial" w:hAnsi="Arial" w:cs="Arial"/>
                <w:sz w:val="24"/>
                <w:szCs w:val="24"/>
              </w:rPr>
              <w:t xml:space="preserve">Missing </w:t>
            </w:r>
            <w:proofErr w:type="spellStart"/>
            <w:r w:rsidRPr="00903400">
              <w:rPr>
                <w:rFonts w:ascii="Arial" w:hAnsi="Arial" w:cs="Arial"/>
                <w:sz w:val="24"/>
                <w:szCs w:val="24"/>
              </w:rPr>
              <w:t>PrescribeID</w:t>
            </w:r>
            <w:proofErr w:type="spellEnd"/>
            <w:r w:rsidRPr="00903400">
              <w:rPr>
                <w:rFonts w:ascii="Arial" w:hAnsi="Arial" w:cs="Arial"/>
                <w:sz w:val="24"/>
                <w:szCs w:val="24"/>
              </w:rPr>
              <w:t xml:space="preserve"> foreign key in </w:t>
            </w:r>
            <w:proofErr w:type="spellStart"/>
            <w:r w:rsidRPr="00903400">
              <w:rPr>
                <w:rFonts w:ascii="Arial" w:hAnsi="Arial" w:cs="Arial"/>
                <w:sz w:val="24"/>
                <w:szCs w:val="24"/>
              </w:rPr>
              <w:t>SalesTransaction</w:t>
            </w:r>
            <w:proofErr w:type="spellEnd"/>
            <w:r w:rsidRPr="00903400">
              <w:rPr>
                <w:rFonts w:ascii="Arial" w:hAnsi="Arial" w:cs="Arial"/>
                <w:sz w:val="24"/>
                <w:szCs w:val="24"/>
              </w:rPr>
              <w:t xml:space="preserve"> table</w:t>
            </w:r>
          </w:p>
          <w:p w14:paraId="1E5445CF" w14:textId="14F9FC71" w:rsidR="00CA7226" w:rsidRPr="00561660" w:rsidRDefault="00CA7226" w:rsidP="008323D3">
            <w:pPr>
              <w:spacing w:after="160" w:line="360" w:lineRule="auto"/>
              <w:rPr>
                <w:rFonts w:ascii="Arial" w:hAnsi="Arial" w:cs="Arial"/>
                <w:sz w:val="24"/>
                <w:szCs w:val="24"/>
              </w:rPr>
            </w:pPr>
          </w:p>
        </w:tc>
        <w:tc>
          <w:tcPr>
            <w:tcW w:w="0" w:type="auto"/>
            <w:vAlign w:val="center"/>
            <w:hideMark/>
          </w:tcPr>
          <w:p w14:paraId="2206DB0F" w14:textId="3E9A3163" w:rsidR="00CA7226" w:rsidRPr="00561660" w:rsidRDefault="00F64E83" w:rsidP="008323D3">
            <w:pPr>
              <w:spacing w:after="160" w:line="360" w:lineRule="auto"/>
              <w:rPr>
                <w:rFonts w:ascii="Arial" w:hAnsi="Arial" w:cs="Arial"/>
                <w:sz w:val="24"/>
                <w:szCs w:val="24"/>
              </w:rPr>
            </w:pPr>
            <w:r w:rsidRPr="00C94096">
              <w:rPr>
                <w:rFonts w:ascii="Arial" w:hAnsi="Arial" w:cs="Arial"/>
                <w:sz w:val="24"/>
                <w:szCs w:val="24"/>
              </w:rPr>
              <w:t xml:space="preserve">Add </w:t>
            </w:r>
            <w:proofErr w:type="spellStart"/>
            <w:proofErr w:type="gramStart"/>
            <w:r w:rsidRPr="00C94096">
              <w:rPr>
                <w:rFonts w:ascii="Arial" w:hAnsi="Arial" w:cs="Arial"/>
                <w:sz w:val="24"/>
                <w:szCs w:val="24"/>
              </w:rPr>
              <w:t>PrescribeID</w:t>
            </w:r>
            <w:proofErr w:type="spellEnd"/>
            <w:r w:rsidR="00E73ED0" w:rsidRPr="00C94096">
              <w:rPr>
                <w:rFonts w:ascii="Arial" w:hAnsi="Arial" w:cs="Arial"/>
                <w:sz w:val="24"/>
                <w:szCs w:val="24"/>
              </w:rPr>
              <w:t xml:space="preserve"> </w:t>
            </w:r>
            <w:r w:rsidR="00E73ED0">
              <w:rPr>
                <w:rFonts w:ascii="Arial" w:hAnsi="Arial" w:cs="Arial"/>
                <w:sz w:val="24"/>
                <w:szCs w:val="24"/>
              </w:rPr>
              <w:t xml:space="preserve"> </w:t>
            </w:r>
            <w:r w:rsidR="00C94096" w:rsidRPr="00C94096">
              <w:rPr>
                <w:rFonts w:ascii="Arial" w:hAnsi="Arial" w:cs="Arial"/>
                <w:sz w:val="24"/>
                <w:szCs w:val="24"/>
              </w:rPr>
              <w:t>to</w:t>
            </w:r>
            <w:proofErr w:type="gramEnd"/>
            <w:r w:rsidR="00C94096" w:rsidRPr="00C94096">
              <w:rPr>
                <w:rFonts w:ascii="Arial" w:hAnsi="Arial" w:cs="Arial"/>
                <w:sz w:val="24"/>
                <w:szCs w:val="24"/>
              </w:rPr>
              <w:t xml:space="preserve"> </w:t>
            </w:r>
            <w:proofErr w:type="spellStart"/>
            <w:r w:rsidR="00E73ED0" w:rsidRPr="00903400">
              <w:rPr>
                <w:rFonts w:ascii="Arial" w:hAnsi="Arial" w:cs="Arial"/>
                <w:sz w:val="24"/>
                <w:szCs w:val="24"/>
              </w:rPr>
              <w:t>SalesTransaction</w:t>
            </w:r>
            <w:proofErr w:type="spellEnd"/>
            <w:r w:rsidR="00C94096" w:rsidRPr="00C94096">
              <w:rPr>
                <w:rFonts w:ascii="Arial" w:hAnsi="Arial" w:cs="Arial"/>
                <w:sz w:val="24"/>
                <w:szCs w:val="24"/>
              </w:rPr>
              <w:t xml:space="preserve"> and enforce referential integrity</w:t>
            </w:r>
          </w:p>
        </w:tc>
      </w:tr>
    </w:tbl>
    <w:p w14:paraId="13A67556" w14:textId="647364AB" w:rsidR="004348A6" w:rsidRDefault="00BE3626" w:rsidP="008323D3">
      <w:pPr>
        <w:pStyle w:val="Heading1"/>
        <w:spacing w:line="360" w:lineRule="auto"/>
        <w:rPr>
          <w:rFonts w:ascii="Arial Black" w:hAnsi="Arial Black"/>
          <w:b w:val="0"/>
          <w:bCs w:val="0"/>
          <w:color w:val="000000" w:themeColor="text1"/>
          <w:sz w:val="32"/>
          <w:szCs w:val="32"/>
        </w:rPr>
      </w:pPr>
      <w:bookmarkStart w:id="18" w:name="_Toc225201714"/>
      <w:r w:rsidRPr="00C35CCC">
        <w:rPr>
          <w:rFonts w:ascii="Arial Black" w:hAnsi="Arial Black"/>
          <w:b w:val="0"/>
          <w:bCs w:val="0"/>
          <w:color w:val="000000" w:themeColor="text1"/>
          <w:sz w:val="32"/>
          <w:szCs w:val="32"/>
        </w:rPr>
        <w:lastRenderedPageBreak/>
        <w:t xml:space="preserve">4.0 </w:t>
      </w:r>
      <w:r w:rsidR="002A0344" w:rsidRPr="00C35CCC">
        <w:rPr>
          <w:rFonts w:ascii="Arial Black" w:hAnsi="Arial Black"/>
          <w:b w:val="0"/>
          <w:bCs w:val="0"/>
          <w:color w:val="000000" w:themeColor="text1"/>
          <w:sz w:val="32"/>
          <w:szCs w:val="32"/>
        </w:rPr>
        <w:t>Design Decisions, System Summary, and Reflection</w:t>
      </w:r>
      <w:bookmarkEnd w:id="18"/>
    </w:p>
    <w:p w14:paraId="52F86453" w14:textId="77777777" w:rsidR="00C35CCC" w:rsidRPr="00C35CCC" w:rsidRDefault="00C35CCC" w:rsidP="008323D3">
      <w:pPr>
        <w:spacing w:line="360" w:lineRule="auto"/>
      </w:pPr>
    </w:p>
    <w:p w14:paraId="5D271C3B" w14:textId="77777777" w:rsidR="00943D18" w:rsidRPr="000A054D" w:rsidRDefault="00943D18" w:rsidP="008323D3">
      <w:pPr>
        <w:pStyle w:val="ListParagraph"/>
        <w:numPr>
          <w:ilvl w:val="0"/>
          <w:numId w:val="57"/>
        </w:numPr>
        <w:spacing w:line="360" w:lineRule="auto"/>
        <w:jc w:val="both"/>
        <w:rPr>
          <w:rFonts w:ascii="Arial" w:hAnsi="Arial" w:cs="Arial"/>
          <w:b/>
          <w:bCs/>
          <w:sz w:val="28"/>
          <w:szCs w:val="28"/>
        </w:rPr>
      </w:pPr>
      <w:r w:rsidRPr="000A054D">
        <w:rPr>
          <w:rFonts w:ascii="Arial" w:hAnsi="Arial" w:cs="Arial"/>
          <w:b/>
          <w:bCs/>
          <w:sz w:val="28"/>
          <w:szCs w:val="28"/>
        </w:rPr>
        <w:t>Design Decisions</w:t>
      </w:r>
    </w:p>
    <w:p w14:paraId="4072F374" w14:textId="10147566" w:rsidR="00943D18" w:rsidRPr="00943D18" w:rsidRDefault="00943D18" w:rsidP="008323D3">
      <w:pPr>
        <w:spacing w:line="360" w:lineRule="auto"/>
        <w:jc w:val="both"/>
        <w:rPr>
          <w:rFonts w:ascii="Arial" w:hAnsi="Arial" w:cs="Arial"/>
          <w:sz w:val="24"/>
          <w:szCs w:val="24"/>
        </w:rPr>
      </w:pPr>
      <w:r w:rsidRPr="00943D18">
        <w:rPr>
          <w:rFonts w:ascii="Arial" w:hAnsi="Arial" w:cs="Arial"/>
          <w:sz w:val="24"/>
          <w:szCs w:val="24"/>
        </w:rPr>
        <w:t xml:space="preserve">The </w:t>
      </w:r>
      <w:r w:rsidRPr="004858B2">
        <w:rPr>
          <w:rFonts w:ascii="Arial" w:hAnsi="Arial" w:cs="Arial"/>
          <w:b/>
          <w:bCs/>
          <w:sz w:val="24"/>
          <w:szCs w:val="24"/>
        </w:rPr>
        <w:t>MediLink Pharmacy</w:t>
      </w:r>
      <w:r w:rsidRPr="00943D18">
        <w:rPr>
          <w:rFonts w:ascii="Arial" w:hAnsi="Arial" w:cs="Arial"/>
          <w:sz w:val="24"/>
          <w:szCs w:val="24"/>
        </w:rPr>
        <w:t xml:space="preserve"> database was designed as a fully normalised system with clear entities such as Medicine, Supplier, Customer, Prescription, and Sale to reduce redundancy and improve data </w:t>
      </w:r>
      <w:r w:rsidR="00F24BFC" w:rsidRPr="00943D18">
        <w:rPr>
          <w:rFonts w:ascii="Arial" w:hAnsi="Arial" w:cs="Arial"/>
          <w:sz w:val="24"/>
          <w:szCs w:val="24"/>
        </w:rPr>
        <w:t>integrity.</w:t>
      </w:r>
      <w:r w:rsidRPr="00943D18">
        <w:rPr>
          <w:rFonts w:ascii="Arial" w:hAnsi="Arial" w:cs="Arial"/>
          <w:sz w:val="24"/>
          <w:szCs w:val="24"/>
        </w:rPr>
        <w:t xml:space="preserve"> Associative tables like Supplier</w:t>
      </w:r>
      <w:r w:rsidR="00906DAB">
        <w:rPr>
          <w:rFonts w:ascii="Arial" w:hAnsi="Arial" w:cs="Arial"/>
          <w:sz w:val="24"/>
          <w:szCs w:val="24"/>
        </w:rPr>
        <w:t xml:space="preserve">, </w:t>
      </w:r>
      <w:r w:rsidRPr="00943D18">
        <w:rPr>
          <w:rFonts w:ascii="Arial" w:hAnsi="Arial" w:cs="Arial"/>
          <w:sz w:val="24"/>
          <w:szCs w:val="24"/>
        </w:rPr>
        <w:t>Medicine and Prescription were added to manage many</w:t>
      </w:r>
      <w:r w:rsidRPr="00943D18">
        <w:rPr>
          <w:rFonts w:ascii="Cambria Math" w:hAnsi="Cambria Math" w:cs="Cambria Math"/>
          <w:sz w:val="24"/>
          <w:szCs w:val="24"/>
        </w:rPr>
        <w:t>‑</w:t>
      </w:r>
      <w:r w:rsidRPr="00943D18">
        <w:rPr>
          <w:rFonts w:ascii="Arial" w:hAnsi="Arial" w:cs="Arial"/>
          <w:sz w:val="24"/>
          <w:szCs w:val="24"/>
        </w:rPr>
        <w:t>to</w:t>
      </w:r>
      <w:r w:rsidRPr="00943D18">
        <w:rPr>
          <w:rFonts w:ascii="Cambria Math" w:hAnsi="Cambria Math" w:cs="Cambria Math"/>
          <w:sz w:val="24"/>
          <w:szCs w:val="24"/>
        </w:rPr>
        <w:t>‑</w:t>
      </w:r>
      <w:r w:rsidRPr="00943D18">
        <w:rPr>
          <w:rFonts w:ascii="Arial" w:hAnsi="Arial" w:cs="Arial"/>
          <w:sz w:val="24"/>
          <w:szCs w:val="24"/>
        </w:rPr>
        <w:t>many relationships and maintain 3NF</w:t>
      </w:r>
      <w:sdt>
        <w:sdtPr>
          <w:rPr>
            <w:rFonts w:ascii="Arial" w:hAnsi="Arial" w:cs="Arial"/>
            <w:sz w:val="24"/>
            <w:szCs w:val="24"/>
          </w:rPr>
          <w:id w:val="1304044196"/>
          <w:citation/>
        </w:sdtPr>
        <w:sdtContent>
          <w:r w:rsidR="003F2C5C">
            <w:rPr>
              <w:rFonts w:ascii="Arial" w:hAnsi="Arial" w:cs="Arial"/>
              <w:sz w:val="24"/>
              <w:szCs w:val="24"/>
            </w:rPr>
            <w:fldChar w:fldCharType="begin"/>
          </w:r>
          <w:r w:rsidR="003F2C5C">
            <w:rPr>
              <w:rFonts w:ascii="Arial" w:hAnsi="Arial" w:cs="Arial"/>
              <w:sz w:val="24"/>
              <w:szCs w:val="24"/>
            </w:rPr>
            <w:instrText xml:space="preserve"> CITATION Abr20 \l 2057 </w:instrText>
          </w:r>
          <w:r w:rsidR="003F2C5C">
            <w:rPr>
              <w:rFonts w:ascii="Arial" w:hAnsi="Arial" w:cs="Arial"/>
              <w:sz w:val="24"/>
              <w:szCs w:val="24"/>
            </w:rPr>
            <w:fldChar w:fldCharType="separate"/>
          </w:r>
          <w:r w:rsidR="003F2C5C">
            <w:rPr>
              <w:rFonts w:ascii="Arial" w:hAnsi="Arial" w:cs="Arial"/>
              <w:noProof/>
              <w:sz w:val="24"/>
              <w:szCs w:val="24"/>
            </w:rPr>
            <w:t xml:space="preserve"> </w:t>
          </w:r>
          <w:r w:rsidR="003F2C5C" w:rsidRPr="003F2C5C">
            <w:rPr>
              <w:rFonts w:ascii="Arial" w:hAnsi="Arial" w:cs="Arial"/>
              <w:noProof/>
              <w:sz w:val="24"/>
              <w:szCs w:val="24"/>
            </w:rPr>
            <w:t>[</w:t>
          </w:r>
          <w:hyperlink w:anchor="Abr20" w:history="1">
            <w:r w:rsidR="003F2C5C" w:rsidRPr="003F2C5C">
              <w:rPr>
                <w:rStyle w:val="Footer"/>
                <w:rFonts w:ascii="Arial" w:hAnsi="Arial" w:cs="Arial"/>
                <w:noProof/>
                <w:sz w:val="24"/>
                <w:szCs w:val="24"/>
              </w:rPr>
              <w:t>3</w:t>
            </w:r>
          </w:hyperlink>
          <w:r w:rsidR="003F2C5C" w:rsidRPr="003F2C5C">
            <w:rPr>
              <w:rFonts w:ascii="Arial" w:hAnsi="Arial" w:cs="Arial"/>
              <w:noProof/>
              <w:sz w:val="24"/>
              <w:szCs w:val="24"/>
            </w:rPr>
            <w:t>]</w:t>
          </w:r>
          <w:r w:rsidR="003F2C5C">
            <w:rPr>
              <w:rFonts w:ascii="Arial" w:hAnsi="Arial" w:cs="Arial"/>
              <w:sz w:val="24"/>
              <w:szCs w:val="24"/>
            </w:rPr>
            <w:fldChar w:fldCharType="end"/>
          </w:r>
        </w:sdtContent>
      </w:sdt>
      <w:r w:rsidR="003F2C5C">
        <w:rPr>
          <w:rFonts w:ascii="Arial" w:hAnsi="Arial" w:cs="Arial"/>
          <w:sz w:val="24"/>
          <w:szCs w:val="24"/>
        </w:rPr>
        <w:t>.</w:t>
      </w:r>
      <w:r w:rsidRPr="00943D18">
        <w:rPr>
          <w:rFonts w:ascii="Arial" w:hAnsi="Arial" w:cs="Arial"/>
          <w:sz w:val="24"/>
          <w:szCs w:val="24"/>
        </w:rPr>
        <w:t xml:space="preserve"> Referential integrity rules ensured consistent links between prescriptions, stock, and sales. Queries, forms, and reports were created to support key pharmacy tasks such as stock checks, prescription tracking, and sales analysis.</w:t>
      </w:r>
    </w:p>
    <w:p w14:paraId="14F271D3" w14:textId="77777777" w:rsidR="00943D18" w:rsidRPr="00943D18" w:rsidRDefault="00943D18" w:rsidP="008323D3">
      <w:pPr>
        <w:spacing w:line="360" w:lineRule="auto"/>
        <w:jc w:val="both"/>
        <w:rPr>
          <w:rFonts w:ascii="Arial" w:hAnsi="Arial" w:cs="Arial"/>
          <w:sz w:val="24"/>
          <w:szCs w:val="24"/>
        </w:rPr>
      </w:pPr>
    </w:p>
    <w:p w14:paraId="34056679" w14:textId="77777777" w:rsidR="00943D18" w:rsidRPr="000A054D" w:rsidRDefault="00943D18" w:rsidP="008323D3">
      <w:pPr>
        <w:pStyle w:val="ListParagraph"/>
        <w:numPr>
          <w:ilvl w:val="0"/>
          <w:numId w:val="57"/>
        </w:numPr>
        <w:spacing w:line="360" w:lineRule="auto"/>
        <w:jc w:val="both"/>
        <w:rPr>
          <w:rFonts w:ascii="Arial" w:hAnsi="Arial" w:cs="Arial"/>
          <w:b/>
          <w:bCs/>
          <w:sz w:val="28"/>
          <w:szCs w:val="28"/>
        </w:rPr>
      </w:pPr>
      <w:r w:rsidRPr="000A054D">
        <w:rPr>
          <w:rFonts w:ascii="Arial" w:hAnsi="Arial" w:cs="Arial"/>
          <w:b/>
          <w:bCs/>
          <w:sz w:val="28"/>
          <w:szCs w:val="28"/>
        </w:rPr>
        <w:t>Summary of What Was Built</w:t>
      </w:r>
    </w:p>
    <w:p w14:paraId="72CCBBDC" w14:textId="4E38F9FC" w:rsidR="00543CDE" w:rsidRPr="00943D18" w:rsidRDefault="00943D18" w:rsidP="008323D3">
      <w:pPr>
        <w:spacing w:line="360" w:lineRule="auto"/>
        <w:jc w:val="both"/>
        <w:rPr>
          <w:rFonts w:ascii="Arial" w:hAnsi="Arial" w:cs="Arial"/>
          <w:sz w:val="24"/>
          <w:szCs w:val="24"/>
        </w:rPr>
      </w:pPr>
      <w:r w:rsidRPr="00943D18">
        <w:rPr>
          <w:rFonts w:ascii="Arial" w:hAnsi="Arial" w:cs="Arial"/>
          <w:sz w:val="24"/>
          <w:szCs w:val="24"/>
        </w:rPr>
        <w:t>The system includes a normalised relational database, a complete ERD, Access tables with validation rules, realistic sample data, practical queries (stock levels, low</w:t>
      </w:r>
      <w:r w:rsidRPr="00943D18">
        <w:rPr>
          <w:rFonts w:ascii="Cambria Math" w:hAnsi="Cambria Math" w:cs="Cambria Math"/>
          <w:sz w:val="24"/>
          <w:szCs w:val="24"/>
        </w:rPr>
        <w:t>‑</w:t>
      </w:r>
      <w:r w:rsidRPr="00943D18">
        <w:rPr>
          <w:rFonts w:ascii="Arial" w:hAnsi="Arial" w:cs="Arial"/>
          <w:sz w:val="24"/>
          <w:szCs w:val="24"/>
        </w:rPr>
        <w:t>stock alerts, prescription history, top</w:t>
      </w:r>
      <w:r w:rsidRPr="00943D18">
        <w:rPr>
          <w:rFonts w:ascii="Cambria Math" w:hAnsi="Cambria Math" w:cs="Cambria Math"/>
          <w:sz w:val="24"/>
          <w:szCs w:val="24"/>
        </w:rPr>
        <w:t>‑</w:t>
      </w:r>
      <w:r w:rsidRPr="00943D18">
        <w:rPr>
          <w:rFonts w:ascii="Arial" w:hAnsi="Arial" w:cs="Arial"/>
          <w:sz w:val="24"/>
          <w:szCs w:val="24"/>
        </w:rPr>
        <w:t>selling medicines), user</w:t>
      </w:r>
      <w:r w:rsidRPr="00943D18">
        <w:rPr>
          <w:rFonts w:ascii="Cambria Math" w:hAnsi="Cambria Math" w:cs="Cambria Math"/>
          <w:sz w:val="24"/>
          <w:szCs w:val="24"/>
        </w:rPr>
        <w:t>‑</w:t>
      </w:r>
      <w:r w:rsidRPr="00943D18">
        <w:rPr>
          <w:rFonts w:ascii="Arial" w:hAnsi="Arial" w:cs="Arial"/>
          <w:sz w:val="24"/>
          <w:szCs w:val="24"/>
        </w:rPr>
        <w:t>friendly forms, and management reports. Validation and testing confirmed that the system meets all functional requirements.</w:t>
      </w:r>
    </w:p>
    <w:p w14:paraId="314C6971" w14:textId="334FD9B7" w:rsidR="00EA7A33" w:rsidRPr="002A0E8B" w:rsidRDefault="00F47D72" w:rsidP="008323D3">
      <w:pPr>
        <w:pStyle w:val="Heading2"/>
        <w:spacing w:line="360" w:lineRule="auto"/>
        <w:rPr>
          <w:rFonts w:ascii="Arial" w:hAnsi="Arial" w:cs="Arial"/>
          <w:b w:val="0"/>
          <w:bCs w:val="0"/>
        </w:rPr>
      </w:pPr>
      <w:r w:rsidRPr="002A0E8B">
        <w:br/>
      </w:r>
      <w:r w:rsidRPr="002A0E8B">
        <w:rPr>
          <w:rFonts w:ascii="Arial Black" w:hAnsi="Arial Black"/>
          <w:b w:val="0"/>
          <w:bCs w:val="0"/>
          <w:color w:val="000000" w:themeColor="text1"/>
          <w:sz w:val="28"/>
          <w:szCs w:val="28"/>
        </w:rPr>
        <w:t xml:space="preserve"> </w:t>
      </w:r>
      <w:bookmarkStart w:id="19" w:name="_Toc225201715"/>
      <w:r w:rsidR="0081359A" w:rsidRPr="002A0E8B">
        <w:rPr>
          <w:rFonts w:ascii="Arial Black" w:hAnsi="Arial Black"/>
          <w:b w:val="0"/>
          <w:bCs w:val="0"/>
          <w:color w:val="000000" w:themeColor="text1"/>
          <w:sz w:val="28"/>
          <w:szCs w:val="28"/>
        </w:rPr>
        <w:t xml:space="preserve">4.1 </w:t>
      </w:r>
      <w:r w:rsidRPr="002A0E8B">
        <w:rPr>
          <w:rFonts w:ascii="Arial Black" w:hAnsi="Arial Black"/>
          <w:b w:val="0"/>
          <w:bCs w:val="0"/>
          <w:color w:val="000000" w:themeColor="text1"/>
          <w:sz w:val="28"/>
          <w:szCs w:val="28"/>
        </w:rPr>
        <w:t>Challenges faced</w:t>
      </w:r>
      <w:bookmarkEnd w:id="19"/>
    </w:p>
    <w:p w14:paraId="2C079071" w14:textId="3D089AD4" w:rsidR="009B6694" w:rsidRPr="002A0E8B" w:rsidRDefault="009B6694" w:rsidP="008323D3">
      <w:pPr>
        <w:spacing w:line="360" w:lineRule="auto"/>
        <w:jc w:val="both"/>
        <w:rPr>
          <w:rFonts w:ascii="Arial" w:hAnsi="Arial" w:cs="Arial"/>
          <w:b/>
          <w:bCs/>
          <w:color w:val="000000" w:themeColor="text1"/>
          <w:sz w:val="28"/>
          <w:szCs w:val="28"/>
        </w:rPr>
      </w:pPr>
    </w:p>
    <w:p w14:paraId="693A3BB2" w14:textId="198ACE8B" w:rsidR="007A188D" w:rsidRPr="007C057E" w:rsidRDefault="007A188D" w:rsidP="008323D3">
      <w:pPr>
        <w:pStyle w:val="ListParagraph"/>
        <w:numPr>
          <w:ilvl w:val="0"/>
          <w:numId w:val="48"/>
        </w:numPr>
        <w:spacing w:line="360" w:lineRule="auto"/>
        <w:jc w:val="both"/>
        <w:rPr>
          <w:rFonts w:ascii="Arial" w:hAnsi="Arial" w:cs="Arial"/>
          <w:b/>
          <w:bCs/>
          <w:sz w:val="24"/>
          <w:szCs w:val="24"/>
        </w:rPr>
      </w:pPr>
      <w:r w:rsidRPr="007C057E">
        <w:rPr>
          <w:rFonts w:ascii="Arial" w:hAnsi="Arial" w:cs="Arial"/>
          <w:b/>
          <w:bCs/>
          <w:sz w:val="24"/>
          <w:szCs w:val="24"/>
        </w:rPr>
        <w:t>Creating Complex Relationships</w:t>
      </w:r>
    </w:p>
    <w:p w14:paraId="7ABAC419" w14:textId="6B28E575" w:rsidR="007A188D" w:rsidRPr="007C057E" w:rsidRDefault="007A188D" w:rsidP="008323D3">
      <w:pPr>
        <w:spacing w:line="360" w:lineRule="auto"/>
        <w:jc w:val="both"/>
        <w:rPr>
          <w:rFonts w:ascii="Arial" w:hAnsi="Arial" w:cs="Arial"/>
          <w:b/>
          <w:bCs/>
          <w:sz w:val="24"/>
          <w:szCs w:val="24"/>
        </w:rPr>
      </w:pPr>
      <w:r w:rsidRPr="00A15A35">
        <w:rPr>
          <w:rFonts w:ascii="Arial" w:hAnsi="Arial" w:cs="Arial"/>
          <w:sz w:val="24"/>
          <w:szCs w:val="24"/>
        </w:rPr>
        <w:lastRenderedPageBreak/>
        <w:t>The handling of prescriptions, medicines, and doctors also needed to be carefully planned. A main challenge was making sure each prescription could contain multiple medicines without duplicating data</w:t>
      </w:r>
      <w:r w:rsidR="000B6C04">
        <w:rPr>
          <w:rFonts w:ascii="Arial" w:hAnsi="Arial" w:cs="Arial"/>
          <w:sz w:val="24"/>
          <w:szCs w:val="24"/>
        </w:rPr>
        <w:t>.</w:t>
      </w:r>
    </w:p>
    <w:p w14:paraId="6A01E233" w14:textId="16001929" w:rsidR="007A188D" w:rsidRPr="007C057E" w:rsidRDefault="007A188D" w:rsidP="008323D3">
      <w:pPr>
        <w:pStyle w:val="ListParagraph"/>
        <w:numPr>
          <w:ilvl w:val="0"/>
          <w:numId w:val="48"/>
        </w:numPr>
        <w:spacing w:line="360" w:lineRule="auto"/>
        <w:jc w:val="both"/>
        <w:rPr>
          <w:rFonts w:ascii="Arial" w:hAnsi="Arial" w:cs="Arial"/>
          <w:b/>
          <w:bCs/>
          <w:sz w:val="24"/>
          <w:szCs w:val="24"/>
        </w:rPr>
      </w:pPr>
      <w:r w:rsidRPr="007C057E">
        <w:rPr>
          <w:rFonts w:ascii="Arial" w:hAnsi="Arial" w:cs="Arial"/>
          <w:b/>
          <w:bCs/>
          <w:sz w:val="24"/>
          <w:szCs w:val="24"/>
        </w:rPr>
        <w:t>Ensuring Validation Rules Did Not Restrict Legitimate Data</w:t>
      </w:r>
    </w:p>
    <w:p w14:paraId="654FA6C0" w14:textId="77777777" w:rsidR="007A188D" w:rsidRPr="00A15A35" w:rsidRDefault="007A188D" w:rsidP="008323D3">
      <w:pPr>
        <w:spacing w:line="360" w:lineRule="auto"/>
        <w:jc w:val="both"/>
        <w:rPr>
          <w:rFonts w:ascii="Arial" w:hAnsi="Arial" w:cs="Arial"/>
          <w:sz w:val="24"/>
          <w:szCs w:val="24"/>
        </w:rPr>
      </w:pPr>
      <w:r w:rsidRPr="00A15A35">
        <w:rPr>
          <w:rFonts w:ascii="Arial" w:hAnsi="Arial" w:cs="Arial"/>
          <w:sz w:val="24"/>
          <w:szCs w:val="24"/>
        </w:rPr>
        <w:t>Initially, certain validation instructions excluded valid data on entry (e.g., medicines with zero inventory when they are at entry). These were further refined to enable the process to operate.</w:t>
      </w:r>
    </w:p>
    <w:p w14:paraId="5DC1FFAF" w14:textId="63B83AA6" w:rsidR="007A188D" w:rsidRPr="00CF2E34" w:rsidRDefault="007A188D" w:rsidP="008323D3">
      <w:pPr>
        <w:pStyle w:val="ListParagraph"/>
        <w:numPr>
          <w:ilvl w:val="0"/>
          <w:numId w:val="48"/>
        </w:numPr>
        <w:spacing w:line="360" w:lineRule="auto"/>
        <w:jc w:val="both"/>
        <w:rPr>
          <w:rFonts w:ascii="Arial" w:hAnsi="Arial" w:cs="Arial"/>
          <w:b/>
          <w:bCs/>
          <w:sz w:val="24"/>
          <w:szCs w:val="24"/>
        </w:rPr>
      </w:pPr>
      <w:r w:rsidRPr="00CF2E34">
        <w:rPr>
          <w:rFonts w:ascii="Arial" w:hAnsi="Arial" w:cs="Arial"/>
          <w:b/>
          <w:bCs/>
          <w:sz w:val="24"/>
          <w:szCs w:val="24"/>
        </w:rPr>
        <w:t>Query Logic and Readability</w:t>
      </w:r>
    </w:p>
    <w:p w14:paraId="5FFF0C49" w14:textId="24061437" w:rsidR="007A188D" w:rsidRPr="00A15A35" w:rsidRDefault="007A188D" w:rsidP="008323D3">
      <w:pPr>
        <w:spacing w:line="360" w:lineRule="auto"/>
        <w:jc w:val="both"/>
        <w:rPr>
          <w:rFonts w:ascii="Arial" w:hAnsi="Arial" w:cs="Arial"/>
          <w:sz w:val="24"/>
          <w:szCs w:val="24"/>
        </w:rPr>
      </w:pPr>
      <w:r w:rsidRPr="00A15A35">
        <w:rPr>
          <w:rFonts w:ascii="Arial" w:hAnsi="Arial" w:cs="Arial"/>
          <w:sz w:val="24"/>
          <w:szCs w:val="24"/>
        </w:rPr>
        <w:t xml:space="preserve">Generating meaningful queries that produced results took constant iteration to test. For instance, if you linked more than one table it may end up with duplicate rows and you needed to perform DISTINCT or improve the join condition </w:t>
      </w:r>
      <w:sdt>
        <w:sdtPr>
          <w:rPr>
            <w:rFonts w:ascii="Arial" w:hAnsi="Arial" w:cs="Arial"/>
            <w:sz w:val="24"/>
            <w:szCs w:val="24"/>
          </w:rPr>
          <w:id w:val="-353584001"/>
          <w:citation/>
        </w:sdtPr>
        <w:sdtContent>
          <w:r w:rsidR="000B6C04">
            <w:rPr>
              <w:rFonts w:ascii="Arial" w:hAnsi="Arial" w:cs="Arial"/>
              <w:sz w:val="24"/>
              <w:szCs w:val="24"/>
            </w:rPr>
            <w:fldChar w:fldCharType="begin"/>
          </w:r>
          <w:r w:rsidR="000B6C04">
            <w:rPr>
              <w:rFonts w:ascii="Arial" w:hAnsi="Arial" w:cs="Arial"/>
              <w:sz w:val="24"/>
              <w:szCs w:val="24"/>
            </w:rPr>
            <w:instrText xml:space="preserve"> CITATION Jef19 \l 2057 </w:instrText>
          </w:r>
          <w:r w:rsidR="000B6C04">
            <w:rPr>
              <w:rFonts w:ascii="Arial" w:hAnsi="Arial" w:cs="Arial"/>
              <w:sz w:val="24"/>
              <w:szCs w:val="24"/>
            </w:rPr>
            <w:fldChar w:fldCharType="separate"/>
          </w:r>
          <w:r w:rsidR="000B6C04" w:rsidRPr="000B6C04">
            <w:rPr>
              <w:rFonts w:ascii="Arial" w:hAnsi="Arial" w:cs="Arial"/>
              <w:noProof/>
              <w:sz w:val="24"/>
              <w:szCs w:val="24"/>
            </w:rPr>
            <w:t>[</w:t>
          </w:r>
          <w:hyperlink w:anchor="Jef19" w:history="1">
            <w:r w:rsidR="000B6C04" w:rsidRPr="000B6C04">
              <w:rPr>
                <w:rStyle w:val="Footer"/>
                <w:rFonts w:ascii="Arial" w:hAnsi="Arial" w:cs="Arial"/>
                <w:noProof/>
                <w:sz w:val="24"/>
                <w:szCs w:val="24"/>
              </w:rPr>
              <w:t>4</w:t>
            </w:r>
          </w:hyperlink>
          <w:r w:rsidR="000B6C04" w:rsidRPr="000B6C04">
            <w:rPr>
              <w:rFonts w:ascii="Arial" w:hAnsi="Arial" w:cs="Arial"/>
              <w:noProof/>
              <w:sz w:val="24"/>
              <w:szCs w:val="24"/>
            </w:rPr>
            <w:t>]</w:t>
          </w:r>
          <w:r w:rsidR="000B6C04">
            <w:rPr>
              <w:rFonts w:ascii="Arial" w:hAnsi="Arial" w:cs="Arial"/>
              <w:sz w:val="24"/>
              <w:szCs w:val="24"/>
            </w:rPr>
            <w:fldChar w:fldCharType="end"/>
          </w:r>
        </w:sdtContent>
      </w:sdt>
      <w:r w:rsidR="000B6C04">
        <w:rPr>
          <w:rFonts w:ascii="Arial" w:hAnsi="Arial" w:cs="Arial"/>
          <w:sz w:val="24"/>
          <w:szCs w:val="24"/>
        </w:rPr>
        <w:t>.</w:t>
      </w:r>
    </w:p>
    <w:p w14:paraId="56873A23" w14:textId="3386DF91" w:rsidR="007A188D" w:rsidRPr="00CF2E34" w:rsidRDefault="007A188D" w:rsidP="008323D3">
      <w:pPr>
        <w:pStyle w:val="ListParagraph"/>
        <w:numPr>
          <w:ilvl w:val="0"/>
          <w:numId w:val="48"/>
        </w:numPr>
        <w:spacing w:line="360" w:lineRule="auto"/>
        <w:jc w:val="both"/>
        <w:rPr>
          <w:rFonts w:ascii="Arial" w:hAnsi="Arial" w:cs="Arial"/>
          <w:b/>
          <w:bCs/>
          <w:sz w:val="24"/>
          <w:szCs w:val="24"/>
        </w:rPr>
      </w:pPr>
      <w:r w:rsidRPr="00CF2E34">
        <w:rPr>
          <w:rFonts w:ascii="Arial" w:hAnsi="Arial" w:cs="Arial"/>
          <w:b/>
          <w:bCs/>
          <w:sz w:val="24"/>
          <w:szCs w:val="24"/>
        </w:rPr>
        <w:t>Maintaining Consistency Across Sample Data</w:t>
      </w:r>
    </w:p>
    <w:p w14:paraId="008FB6E2" w14:textId="6B4379EC" w:rsidR="008A1503" w:rsidRDefault="007A188D" w:rsidP="008323D3">
      <w:pPr>
        <w:spacing w:line="360" w:lineRule="auto"/>
        <w:jc w:val="both"/>
        <w:rPr>
          <w:rFonts w:ascii="Arial" w:hAnsi="Arial" w:cs="Arial"/>
          <w:sz w:val="24"/>
          <w:szCs w:val="24"/>
        </w:rPr>
      </w:pPr>
      <w:r w:rsidRPr="00A15A35">
        <w:rPr>
          <w:rFonts w:ascii="Arial" w:hAnsi="Arial" w:cs="Arial"/>
          <w:sz w:val="24"/>
          <w:szCs w:val="24"/>
        </w:rPr>
        <w:t xml:space="preserve">It was necessary to sequence input data entry to guarantee that sample data obeyed referential integrity rules </w:t>
      </w:r>
    </w:p>
    <w:p w14:paraId="25B22332" w14:textId="77777777" w:rsidR="00CF2E34" w:rsidRPr="00A15A35" w:rsidRDefault="00CF2E34" w:rsidP="008323D3">
      <w:pPr>
        <w:spacing w:line="360" w:lineRule="auto"/>
        <w:jc w:val="both"/>
        <w:rPr>
          <w:rFonts w:ascii="Arial" w:hAnsi="Arial" w:cs="Arial"/>
        </w:rPr>
      </w:pPr>
    </w:p>
    <w:p w14:paraId="2467A564" w14:textId="10CD50D2" w:rsidR="008A1503" w:rsidRPr="001E5932" w:rsidRDefault="001E5932" w:rsidP="008323D3">
      <w:pPr>
        <w:pStyle w:val="Heading2"/>
        <w:spacing w:line="360" w:lineRule="auto"/>
        <w:rPr>
          <w:rFonts w:ascii="Arial Black" w:hAnsi="Arial Black" w:cs="Arial"/>
          <w:b w:val="0"/>
          <w:bCs w:val="0"/>
          <w:color w:val="000000" w:themeColor="text1"/>
          <w:sz w:val="32"/>
          <w:szCs w:val="32"/>
        </w:rPr>
      </w:pPr>
      <w:bookmarkStart w:id="20" w:name="_Toc225201716"/>
      <w:r w:rsidRPr="001E5932">
        <w:rPr>
          <w:rFonts w:ascii="Arial Black" w:hAnsi="Arial Black" w:cs="Arial"/>
          <w:b w:val="0"/>
          <w:bCs w:val="0"/>
          <w:color w:val="000000" w:themeColor="text1"/>
          <w:sz w:val="32"/>
          <w:szCs w:val="32"/>
        </w:rPr>
        <w:t xml:space="preserve">4.2 </w:t>
      </w:r>
      <w:r w:rsidR="001A19C1" w:rsidRPr="001E5932">
        <w:rPr>
          <w:rFonts w:ascii="Arial Black" w:hAnsi="Arial Black"/>
          <w:b w:val="0"/>
          <w:bCs w:val="0"/>
          <w:color w:val="000000" w:themeColor="text1"/>
          <w:sz w:val="32"/>
          <w:szCs w:val="32"/>
        </w:rPr>
        <w:t>Improvements for Future Development</w:t>
      </w:r>
      <w:bookmarkEnd w:id="20"/>
    </w:p>
    <w:p w14:paraId="3740A407" w14:textId="77777777" w:rsidR="008A1503" w:rsidRPr="001E5932" w:rsidRDefault="008A1503" w:rsidP="008323D3">
      <w:pPr>
        <w:spacing w:line="360" w:lineRule="auto"/>
        <w:jc w:val="both"/>
        <w:rPr>
          <w:rFonts w:ascii="Arial" w:hAnsi="Arial" w:cs="Arial"/>
          <w:sz w:val="24"/>
          <w:szCs w:val="24"/>
        </w:rPr>
      </w:pPr>
    </w:p>
    <w:p w14:paraId="27DDE3A5" w14:textId="1CD82526" w:rsidR="00842799" w:rsidRPr="009C6A36" w:rsidRDefault="00842799" w:rsidP="008323D3">
      <w:pPr>
        <w:pStyle w:val="ListParagraph"/>
        <w:numPr>
          <w:ilvl w:val="0"/>
          <w:numId w:val="49"/>
        </w:numPr>
        <w:spacing w:line="360" w:lineRule="auto"/>
        <w:ind w:left="567" w:hanging="283"/>
        <w:jc w:val="both"/>
        <w:rPr>
          <w:rFonts w:ascii="Arial" w:hAnsi="Arial" w:cs="Arial"/>
          <w:b/>
          <w:bCs/>
          <w:sz w:val="24"/>
          <w:szCs w:val="24"/>
        </w:rPr>
      </w:pPr>
      <w:r w:rsidRPr="009C6A36">
        <w:rPr>
          <w:rFonts w:ascii="Arial" w:hAnsi="Arial" w:cs="Arial"/>
          <w:b/>
          <w:bCs/>
          <w:sz w:val="24"/>
          <w:szCs w:val="24"/>
        </w:rPr>
        <w:t>Automation Features</w:t>
      </w:r>
    </w:p>
    <w:p w14:paraId="06730577" w14:textId="77777777" w:rsidR="00842799" w:rsidRPr="00842799" w:rsidRDefault="00842799" w:rsidP="008323D3">
      <w:pPr>
        <w:spacing w:line="360" w:lineRule="auto"/>
        <w:jc w:val="both"/>
        <w:rPr>
          <w:rFonts w:ascii="Arial" w:hAnsi="Arial" w:cs="Arial"/>
          <w:sz w:val="24"/>
          <w:szCs w:val="24"/>
        </w:rPr>
      </w:pPr>
      <w:r w:rsidRPr="00842799">
        <w:rPr>
          <w:rFonts w:ascii="Arial" w:hAnsi="Arial" w:cs="Arial"/>
          <w:sz w:val="24"/>
          <w:szCs w:val="24"/>
        </w:rPr>
        <w:t>For example, automated reorder alerts could be developed to alert staff that stock is already at the reorder level.</w:t>
      </w:r>
    </w:p>
    <w:p w14:paraId="05A55584" w14:textId="77777777" w:rsidR="00842799" w:rsidRPr="00842799" w:rsidRDefault="00842799" w:rsidP="008323D3">
      <w:pPr>
        <w:spacing w:line="360" w:lineRule="auto"/>
        <w:jc w:val="both"/>
        <w:rPr>
          <w:rFonts w:ascii="Arial" w:hAnsi="Arial" w:cs="Arial"/>
          <w:sz w:val="24"/>
          <w:szCs w:val="24"/>
        </w:rPr>
      </w:pPr>
    </w:p>
    <w:p w14:paraId="32CE4DAB" w14:textId="4B0E69AB" w:rsidR="00842799" w:rsidRPr="009C6A36" w:rsidRDefault="00842799" w:rsidP="008323D3">
      <w:pPr>
        <w:pStyle w:val="ListParagraph"/>
        <w:numPr>
          <w:ilvl w:val="0"/>
          <w:numId w:val="49"/>
        </w:numPr>
        <w:spacing w:line="360" w:lineRule="auto"/>
        <w:ind w:left="567" w:hanging="283"/>
        <w:jc w:val="both"/>
        <w:rPr>
          <w:rFonts w:ascii="Arial" w:hAnsi="Arial" w:cs="Arial"/>
          <w:b/>
          <w:bCs/>
          <w:sz w:val="24"/>
          <w:szCs w:val="24"/>
        </w:rPr>
      </w:pPr>
      <w:r w:rsidRPr="009C6A36">
        <w:rPr>
          <w:rFonts w:ascii="Arial" w:hAnsi="Arial" w:cs="Arial"/>
          <w:b/>
          <w:bCs/>
          <w:sz w:val="24"/>
          <w:szCs w:val="24"/>
        </w:rPr>
        <w:t>Barcode Integration</w:t>
      </w:r>
    </w:p>
    <w:p w14:paraId="2F86731C" w14:textId="77777777" w:rsidR="00842799" w:rsidRPr="00842799" w:rsidRDefault="00842799" w:rsidP="008323D3">
      <w:pPr>
        <w:spacing w:line="360" w:lineRule="auto"/>
        <w:jc w:val="both"/>
        <w:rPr>
          <w:rFonts w:ascii="Arial" w:hAnsi="Arial" w:cs="Arial"/>
          <w:sz w:val="24"/>
          <w:szCs w:val="24"/>
        </w:rPr>
      </w:pPr>
      <w:r w:rsidRPr="00842799">
        <w:rPr>
          <w:rFonts w:ascii="Arial" w:hAnsi="Arial" w:cs="Arial"/>
          <w:sz w:val="24"/>
          <w:szCs w:val="24"/>
        </w:rPr>
        <w:t>Use of barcode scanning can improve accuracy and speed in sales and stocking updates.</w:t>
      </w:r>
    </w:p>
    <w:p w14:paraId="53FAD8C8" w14:textId="77777777" w:rsidR="00842799" w:rsidRPr="00842799" w:rsidRDefault="00842799" w:rsidP="008323D3">
      <w:pPr>
        <w:spacing w:line="360" w:lineRule="auto"/>
        <w:jc w:val="both"/>
        <w:rPr>
          <w:rFonts w:ascii="Arial" w:hAnsi="Arial" w:cs="Arial"/>
          <w:sz w:val="24"/>
          <w:szCs w:val="24"/>
        </w:rPr>
      </w:pPr>
    </w:p>
    <w:p w14:paraId="595B41CD" w14:textId="0F5F3515" w:rsidR="00842799" w:rsidRPr="009C6A36" w:rsidRDefault="00842799" w:rsidP="008323D3">
      <w:pPr>
        <w:pStyle w:val="ListParagraph"/>
        <w:numPr>
          <w:ilvl w:val="0"/>
          <w:numId w:val="49"/>
        </w:numPr>
        <w:spacing w:line="360" w:lineRule="auto"/>
        <w:ind w:left="567" w:hanging="305"/>
        <w:jc w:val="both"/>
        <w:rPr>
          <w:rFonts w:ascii="Arial" w:hAnsi="Arial" w:cs="Arial"/>
          <w:b/>
          <w:bCs/>
          <w:sz w:val="24"/>
          <w:szCs w:val="24"/>
        </w:rPr>
      </w:pPr>
      <w:r w:rsidRPr="009C6A36">
        <w:rPr>
          <w:rFonts w:ascii="Arial" w:hAnsi="Arial" w:cs="Arial"/>
          <w:b/>
          <w:bCs/>
          <w:sz w:val="24"/>
          <w:szCs w:val="24"/>
        </w:rPr>
        <w:t>Role Based Security</w:t>
      </w:r>
    </w:p>
    <w:p w14:paraId="1CF84AD0" w14:textId="77777777" w:rsidR="00842799" w:rsidRPr="00842799" w:rsidRDefault="00842799" w:rsidP="008323D3">
      <w:pPr>
        <w:spacing w:line="360" w:lineRule="auto"/>
        <w:jc w:val="both"/>
        <w:rPr>
          <w:rFonts w:ascii="Arial" w:hAnsi="Arial" w:cs="Arial"/>
          <w:sz w:val="24"/>
          <w:szCs w:val="24"/>
        </w:rPr>
      </w:pPr>
      <w:r w:rsidRPr="00842799">
        <w:rPr>
          <w:rFonts w:ascii="Arial" w:hAnsi="Arial" w:cs="Arial"/>
          <w:sz w:val="24"/>
          <w:szCs w:val="24"/>
        </w:rPr>
        <w:t>User roles (pharmacist, assistant, manager) could be created to protect sensitive data [1].</w:t>
      </w:r>
    </w:p>
    <w:p w14:paraId="7C5AD245" w14:textId="77777777" w:rsidR="00842799" w:rsidRPr="00842799" w:rsidRDefault="00842799" w:rsidP="008323D3">
      <w:pPr>
        <w:spacing w:line="360" w:lineRule="auto"/>
        <w:jc w:val="both"/>
        <w:rPr>
          <w:rFonts w:ascii="Arial" w:hAnsi="Arial" w:cs="Arial"/>
          <w:sz w:val="24"/>
          <w:szCs w:val="24"/>
        </w:rPr>
      </w:pPr>
    </w:p>
    <w:p w14:paraId="4341908F" w14:textId="2FB19EDF" w:rsidR="00842799" w:rsidRPr="009C6A36" w:rsidRDefault="00842799" w:rsidP="008323D3">
      <w:pPr>
        <w:pStyle w:val="ListParagraph"/>
        <w:numPr>
          <w:ilvl w:val="0"/>
          <w:numId w:val="49"/>
        </w:numPr>
        <w:spacing w:line="360" w:lineRule="auto"/>
        <w:ind w:left="567" w:hanging="283"/>
        <w:jc w:val="both"/>
        <w:rPr>
          <w:rFonts w:ascii="Arial" w:hAnsi="Arial" w:cs="Arial"/>
          <w:b/>
          <w:bCs/>
          <w:sz w:val="24"/>
          <w:szCs w:val="24"/>
        </w:rPr>
      </w:pPr>
      <w:r w:rsidRPr="009C6A36">
        <w:rPr>
          <w:rFonts w:ascii="Arial" w:hAnsi="Arial" w:cs="Arial"/>
          <w:b/>
          <w:bCs/>
          <w:sz w:val="24"/>
          <w:szCs w:val="24"/>
        </w:rPr>
        <w:t>Migration to a Scalable Platform</w:t>
      </w:r>
    </w:p>
    <w:p w14:paraId="4553A294" w14:textId="66A69F26" w:rsidR="00842799" w:rsidRPr="00842799" w:rsidRDefault="00842799" w:rsidP="008323D3">
      <w:pPr>
        <w:spacing w:line="360" w:lineRule="auto"/>
        <w:jc w:val="both"/>
        <w:rPr>
          <w:rFonts w:ascii="Arial" w:hAnsi="Arial" w:cs="Arial"/>
          <w:sz w:val="24"/>
          <w:szCs w:val="24"/>
        </w:rPr>
      </w:pPr>
      <w:r w:rsidRPr="00842799">
        <w:rPr>
          <w:rFonts w:ascii="Arial" w:hAnsi="Arial" w:cs="Arial"/>
          <w:sz w:val="24"/>
          <w:szCs w:val="24"/>
        </w:rPr>
        <w:t>When the company scales, moving from Access to SQL Server or MySQL would increase the performance as the business grows and support multiple users</w:t>
      </w:r>
      <w:sdt>
        <w:sdtPr>
          <w:rPr>
            <w:rFonts w:ascii="Arial" w:hAnsi="Arial" w:cs="Arial"/>
            <w:sz w:val="24"/>
            <w:szCs w:val="24"/>
          </w:rPr>
          <w:id w:val="-462807294"/>
          <w:citation/>
        </w:sdtPr>
        <w:sdtContent>
          <w:r w:rsidR="005D0581">
            <w:rPr>
              <w:rFonts w:ascii="Arial" w:hAnsi="Arial" w:cs="Arial"/>
              <w:sz w:val="24"/>
              <w:szCs w:val="24"/>
            </w:rPr>
            <w:fldChar w:fldCharType="begin"/>
          </w:r>
          <w:r w:rsidR="005D0581">
            <w:rPr>
              <w:rFonts w:ascii="Arial" w:hAnsi="Arial" w:cs="Arial"/>
              <w:sz w:val="24"/>
              <w:szCs w:val="24"/>
            </w:rPr>
            <w:instrText xml:space="preserve"> CITATION CJD24 \l 2057 </w:instrText>
          </w:r>
          <w:r w:rsidR="005D0581">
            <w:rPr>
              <w:rFonts w:ascii="Arial" w:hAnsi="Arial" w:cs="Arial"/>
              <w:sz w:val="24"/>
              <w:szCs w:val="24"/>
            </w:rPr>
            <w:fldChar w:fldCharType="separate"/>
          </w:r>
          <w:r w:rsidR="005D0581">
            <w:rPr>
              <w:rFonts w:ascii="Arial" w:hAnsi="Arial" w:cs="Arial"/>
              <w:noProof/>
              <w:sz w:val="24"/>
              <w:szCs w:val="24"/>
            </w:rPr>
            <w:t xml:space="preserve"> </w:t>
          </w:r>
          <w:r w:rsidR="005D0581" w:rsidRPr="005D0581">
            <w:rPr>
              <w:rFonts w:ascii="Arial" w:hAnsi="Arial" w:cs="Arial"/>
              <w:noProof/>
              <w:sz w:val="24"/>
              <w:szCs w:val="24"/>
            </w:rPr>
            <w:t>[</w:t>
          </w:r>
          <w:hyperlink w:anchor="CJD24" w:history="1">
            <w:r w:rsidR="005D0581" w:rsidRPr="005D0581">
              <w:rPr>
                <w:rStyle w:val="Footer"/>
                <w:rFonts w:ascii="Arial" w:hAnsi="Arial" w:cs="Arial"/>
                <w:noProof/>
                <w:sz w:val="24"/>
                <w:szCs w:val="24"/>
              </w:rPr>
              <w:t>5</w:t>
            </w:r>
          </w:hyperlink>
          <w:r w:rsidR="005D0581" w:rsidRPr="005D0581">
            <w:rPr>
              <w:rFonts w:ascii="Arial" w:hAnsi="Arial" w:cs="Arial"/>
              <w:noProof/>
              <w:sz w:val="24"/>
              <w:szCs w:val="24"/>
            </w:rPr>
            <w:t>]</w:t>
          </w:r>
          <w:r w:rsidR="005D0581">
            <w:rPr>
              <w:rFonts w:ascii="Arial" w:hAnsi="Arial" w:cs="Arial"/>
              <w:sz w:val="24"/>
              <w:szCs w:val="24"/>
            </w:rPr>
            <w:fldChar w:fldCharType="end"/>
          </w:r>
        </w:sdtContent>
      </w:sdt>
      <w:r w:rsidR="005D0581">
        <w:rPr>
          <w:rFonts w:ascii="Arial" w:hAnsi="Arial" w:cs="Arial"/>
          <w:sz w:val="24"/>
          <w:szCs w:val="24"/>
        </w:rPr>
        <w:t>.</w:t>
      </w:r>
    </w:p>
    <w:p w14:paraId="3490DF6F" w14:textId="77777777" w:rsidR="00842799" w:rsidRPr="00842799" w:rsidRDefault="00842799" w:rsidP="008323D3">
      <w:pPr>
        <w:spacing w:line="360" w:lineRule="auto"/>
        <w:jc w:val="both"/>
        <w:rPr>
          <w:rFonts w:ascii="Arial" w:hAnsi="Arial" w:cs="Arial"/>
          <w:sz w:val="24"/>
          <w:szCs w:val="24"/>
        </w:rPr>
      </w:pPr>
    </w:p>
    <w:p w14:paraId="34D86CBB" w14:textId="2FA030D7" w:rsidR="00842799" w:rsidRPr="009C6A36" w:rsidRDefault="00842799" w:rsidP="008323D3">
      <w:pPr>
        <w:pStyle w:val="ListParagraph"/>
        <w:numPr>
          <w:ilvl w:val="0"/>
          <w:numId w:val="49"/>
        </w:numPr>
        <w:spacing w:line="360" w:lineRule="auto"/>
        <w:ind w:left="567" w:hanging="283"/>
        <w:jc w:val="both"/>
        <w:rPr>
          <w:rFonts w:ascii="Arial" w:hAnsi="Arial" w:cs="Arial"/>
          <w:b/>
          <w:bCs/>
          <w:sz w:val="24"/>
          <w:szCs w:val="24"/>
        </w:rPr>
      </w:pPr>
      <w:r w:rsidRPr="009C6A36">
        <w:rPr>
          <w:rFonts w:ascii="Arial" w:hAnsi="Arial" w:cs="Arial"/>
          <w:b/>
          <w:bCs/>
          <w:sz w:val="24"/>
          <w:szCs w:val="24"/>
        </w:rPr>
        <w:t>Enhanced Reporting</w:t>
      </w:r>
    </w:p>
    <w:p w14:paraId="2E5110C0" w14:textId="77777777" w:rsidR="00842799" w:rsidRPr="00842799" w:rsidRDefault="00842799" w:rsidP="008323D3">
      <w:pPr>
        <w:spacing w:line="360" w:lineRule="auto"/>
        <w:jc w:val="both"/>
        <w:rPr>
          <w:rFonts w:ascii="Arial" w:hAnsi="Arial" w:cs="Arial"/>
          <w:sz w:val="24"/>
          <w:szCs w:val="24"/>
        </w:rPr>
      </w:pPr>
      <w:r w:rsidRPr="00842799">
        <w:rPr>
          <w:rFonts w:ascii="Arial" w:hAnsi="Arial" w:cs="Arial"/>
          <w:sz w:val="24"/>
          <w:szCs w:val="24"/>
        </w:rPr>
        <w:t>Dashboards and graphical reports could enable real-time updates to sales patterns, stock levels, and customer activity.</w:t>
      </w:r>
    </w:p>
    <w:p w14:paraId="342282EB" w14:textId="38123A3D" w:rsidR="001E5932" w:rsidRPr="00404B9A" w:rsidRDefault="00404B9A" w:rsidP="008323D3">
      <w:pPr>
        <w:pStyle w:val="Heading1"/>
        <w:spacing w:line="360" w:lineRule="auto"/>
        <w:rPr>
          <w:rFonts w:ascii="Arial Black" w:hAnsi="Arial Black"/>
          <w:b w:val="0"/>
          <w:bCs w:val="0"/>
          <w:color w:val="000000" w:themeColor="text1"/>
          <w:sz w:val="32"/>
          <w:szCs w:val="32"/>
        </w:rPr>
      </w:pPr>
      <w:bookmarkStart w:id="21" w:name="_Toc225201717"/>
      <w:r>
        <w:rPr>
          <w:rFonts w:ascii="Arial Black" w:hAnsi="Arial Black"/>
          <w:b w:val="0"/>
          <w:bCs w:val="0"/>
          <w:color w:val="000000" w:themeColor="text1"/>
          <w:sz w:val="32"/>
          <w:szCs w:val="32"/>
        </w:rPr>
        <w:t xml:space="preserve">5.0 </w:t>
      </w:r>
      <w:r w:rsidR="00F47D72" w:rsidRPr="00404B9A">
        <w:rPr>
          <w:rFonts w:ascii="Arial Black" w:hAnsi="Arial Black"/>
          <w:b w:val="0"/>
          <w:bCs w:val="0"/>
          <w:color w:val="000000" w:themeColor="text1"/>
          <w:sz w:val="32"/>
          <w:szCs w:val="32"/>
        </w:rPr>
        <w:t>Conclusion</w:t>
      </w:r>
      <w:bookmarkEnd w:id="21"/>
    </w:p>
    <w:p w14:paraId="5F143AEA" w14:textId="02E3C568" w:rsidR="00404B9A" w:rsidRDefault="00581C67" w:rsidP="008323D3">
      <w:pPr>
        <w:spacing w:line="360" w:lineRule="auto"/>
        <w:jc w:val="both"/>
        <w:rPr>
          <w:rFonts w:ascii="Arial" w:hAnsi="Arial" w:cs="Arial"/>
        </w:rPr>
      </w:pPr>
      <w:r w:rsidRPr="00581C67">
        <w:rPr>
          <w:rFonts w:ascii="Arial" w:hAnsi="Arial" w:cs="Arial"/>
        </w:rPr>
        <w:t xml:space="preserve">The MediLink Pharmacy database solution meets the organizational needs, with a complete solution through structured design and reliable operation. The data normalization approach by the database design works upon the principle of the Third Normal Form (3NF), aiming at preventing duplication of data while preserving the integrity and consistency of data through complete dependency removal. The key relationships of primary and foreign keys directly link the core elements of one another such as customers, suppliers, medicines, prescriptions, and sales transactions. That is where the relational organization serves as a direct representation of operations in actual pharmacy, with accurate data processing and appropriate retrieval methods. Both validation rules and referential integrity mechanisms implemented in the system help in ensuring that the system has continuous data accuracy. The database plays the role of a core business for organizations by providing them with basic data (inbound and outsourced), helping them in performing all the important business processes like inventory control and prescription management and tracking of sales </w:t>
      </w:r>
      <w:r w:rsidRPr="00581C67">
        <w:rPr>
          <w:rFonts w:ascii="Arial" w:hAnsi="Arial" w:cs="Arial"/>
        </w:rPr>
        <w:t>and</w:t>
      </w:r>
      <w:r w:rsidRPr="00581C67">
        <w:rPr>
          <w:rFonts w:ascii="Arial" w:hAnsi="Arial" w:cs="Arial"/>
        </w:rPr>
        <w:t xml:space="preserve"> providing them with key data for making decision </w:t>
      </w:r>
      <w:r w:rsidRPr="00581C67">
        <w:rPr>
          <w:rFonts w:ascii="Arial" w:hAnsi="Arial" w:cs="Arial"/>
        </w:rPr>
        <w:lastRenderedPageBreak/>
        <w:t>and reporting on compliance. The design supports future growth with its scalable framework that enables system upgrades which may include automation and advanced analytics of customer data. The database system illustrates how structured design and normalization work together in forming a system that delivers reliable performance and maintenance convenience for today's pharmacy management demands.</w:t>
      </w:r>
    </w:p>
    <w:p w14:paraId="73C5A559" w14:textId="77777777" w:rsidR="00404B9A" w:rsidRDefault="00404B9A" w:rsidP="008323D3">
      <w:pPr>
        <w:spacing w:line="360" w:lineRule="auto"/>
        <w:jc w:val="both"/>
        <w:rPr>
          <w:rFonts w:ascii="Arial" w:hAnsi="Arial" w:cs="Arial"/>
        </w:rPr>
      </w:pPr>
    </w:p>
    <w:p w14:paraId="0F9DC9F6" w14:textId="77777777" w:rsidR="00BE410E" w:rsidRDefault="00BE410E" w:rsidP="008323D3">
      <w:pPr>
        <w:spacing w:line="360" w:lineRule="auto"/>
        <w:jc w:val="both"/>
        <w:rPr>
          <w:rFonts w:ascii="Arial" w:hAnsi="Arial" w:cs="Arial"/>
        </w:rPr>
      </w:pPr>
    </w:p>
    <w:p w14:paraId="0DE1FC23" w14:textId="77777777" w:rsidR="00BE410E" w:rsidRDefault="00BE410E" w:rsidP="008323D3">
      <w:pPr>
        <w:spacing w:line="360" w:lineRule="auto"/>
        <w:jc w:val="both"/>
        <w:rPr>
          <w:rFonts w:ascii="Arial" w:hAnsi="Arial" w:cs="Arial"/>
        </w:rPr>
      </w:pPr>
    </w:p>
    <w:p w14:paraId="5CAF4795" w14:textId="77777777" w:rsidR="00BE410E" w:rsidRDefault="00BE410E" w:rsidP="008323D3">
      <w:pPr>
        <w:spacing w:line="360" w:lineRule="auto"/>
        <w:jc w:val="both"/>
        <w:rPr>
          <w:rFonts w:ascii="Arial" w:hAnsi="Arial" w:cs="Arial"/>
        </w:rPr>
      </w:pPr>
    </w:p>
    <w:p w14:paraId="583216ED" w14:textId="77777777" w:rsidR="00BE410E" w:rsidRDefault="00BE410E" w:rsidP="008323D3">
      <w:pPr>
        <w:spacing w:line="360" w:lineRule="auto"/>
        <w:jc w:val="both"/>
        <w:rPr>
          <w:rFonts w:ascii="Arial" w:hAnsi="Arial" w:cs="Arial"/>
        </w:rPr>
      </w:pPr>
    </w:p>
    <w:p w14:paraId="4D52B5A9" w14:textId="77777777" w:rsidR="00BE410E" w:rsidRDefault="00BE410E" w:rsidP="008323D3">
      <w:pPr>
        <w:spacing w:line="360" w:lineRule="auto"/>
        <w:jc w:val="both"/>
        <w:rPr>
          <w:rFonts w:ascii="Arial" w:hAnsi="Arial" w:cs="Arial"/>
        </w:rPr>
      </w:pPr>
    </w:p>
    <w:p w14:paraId="7421DABB" w14:textId="77777777" w:rsidR="00BE410E" w:rsidRDefault="00BE410E" w:rsidP="008323D3">
      <w:pPr>
        <w:spacing w:line="360" w:lineRule="auto"/>
        <w:jc w:val="both"/>
        <w:rPr>
          <w:rFonts w:ascii="Arial" w:hAnsi="Arial" w:cs="Arial"/>
        </w:rPr>
      </w:pPr>
    </w:p>
    <w:p w14:paraId="62D0A38C" w14:textId="77777777" w:rsidR="00BE410E" w:rsidRDefault="00BE410E" w:rsidP="008323D3">
      <w:pPr>
        <w:spacing w:line="360" w:lineRule="auto"/>
        <w:jc w:val="both"/>
        <w:rPr>
          <w:rFonts w:ascii="Arial" w:hAnsi="Arial" w:cs="Arial"/>
        </w:rPr>
      </w:pPr>
    </w:p>
    <w:p w14:paraId="3791FDE1" w14:textId="77777777" w:rsidR="00BE410E" w:rsidRDefault="00BE410E" w:rsidP="008323D3">
      <w:pPr>
        <w:spacing w:line="360" w:lineRule="auto"/>
        <w:jc w:val="both"/>
        <w:rPr>
          <w:rFonts w:ascii="Arial" w:hAnsi="Arial" w:cs="Arial"/>
        </w:rPr>
      </w:pPr>
    </w:p>
    <w:p w14:paraId="11E24718" w14:textId="77777777" w:rsidR="00BE410E" w:rsidRDefault="00BE410E" w:rsidP="008323D3">
      <w:pPr>
        <w:spacing w:line="360" w:lineRule="auto"/>
        <w:jc w:val="both"/>
        <w:rPr>
          <w:rFonts w:ascii="Arial" w:hAnsi="Arial" w:cs="Arial"/>
        </w:rPr>
      </w:pPr>
    </w:p>
    <w:p w14:paraId="2E19165F" w14:textId="77777777" w:rsidR="00DE6035" w:rsidRDefault="00DE6035" w:rsidP="008323D3">
      <w:pPr>
        <w:spacing w:line="360" w:lineRule="auto"/>
        <w:jc w:val="both"/>
        <w:rPr>
          <w:rFonts w:ascii="Arial" w:hAnsi="Arial" w:cs="Arial"/>
        </w:rPr>
      </w:pPr>
    </w:p>
    <w:p w14:paraId="1870A607" w14:textId="77777777" w:rsidR="00DE6035" w:rsidRDefault="00DE6035" w:rsidP="008323D3">
      <w:pPr>
        <w:spacing w:line="360" w:lineRule="auto"/>
        <w:jc w:val="both"/>
        <w:rPr>
          <w:rFonts w:ascii="Arial" w:hAnsi="Arial" w:cs="Arial"/>
        </w:rPr>
      </w:pPr>
    </w:p>
    <w:p w14:paraId="305E528A" w14:textId="77777777" w:rsidR="00DE6035" w:rsidRDefault="00DE6035" w:rsidP="007B4904">
      <w:pPr>
        <w:spacing w:line="360" w:lineRule="auto"/>
        <w:jc w:val="both"/>
        <w:rPr>
          <w:rFonts w:ascii="Arial" w:hAnsi="Arial" w:cs="Arial"/>
        </w:rPr>
      </w:pPr>
    </w:p>
    <w:p w14:paraId="38A12A8C" w14:textId="77777777" w:rsidR="00DE6035" w:rsidRDefault="00DE6035" w:rsidP="007B4904">
      <w:pPr>
        <w:spacing w:line="360" w:lineRule="auto"/>
        <w:jc w:val="both"/>
        <w:rPr>
          <w:rFonts w:ascii="Arial" w:hAnsi="Arial" w:cs="Arial"/>
        </w:rPr>
      </w:pPr>
    </w:p>
    <w:p w14:paraId="6FA71073" w14:textId="77777777" w:rsidR="00BE410E" w:rsidRDefault="00BE410E" w:rsidP="007B4904">
      <w:pPr>
        <w:spacing w:line="360" w:lineRule="auto"/>
        <w:jc w:val="both"/>
        <w:rPr>
          <w:rFonts w:ascii="Arial" w:hAnsi="Arial" w:cs="Arial"/>
        </w:rPr>
      </w:pPr>
    </w:p>
    <w:p w14:paraId="6358A904" w14:textId="77777777" w:rsidR="00BE410E" w:rsidRDefault="00BE410E" w:rsidP="007B4904">
      <w:pPr>
        <w:spacing w:line="360" w:lineRule="auto"/>
        <w:jc w:val="both"/>
        <w:rPr>
          <w:rFonts w:ascii="Arial" w:hAnsi="Arial" w:cs="Arial"/>
        </w:rPr>
      </w:pPr>
    </w:p>
    <w:p w14:paraId="3246F928" w14:textId="11D7A475" w:rsidR="00404B9A" w:rsidRPr="00BE410E" w:rsidRDefault="00F47D72" w:rsidP="00BE410E">
      <w:pPr>
        <w:pStyle w:val="Heading1"/>
        <w:rPr>
          <w:rFonts w:ascii="Arial Black" w:hAnsi="Arial Black"/>
          <w:b w:val="0"/>
          <w:bCs w:val="0"/>
          <w:color w:val="000000" w:themeColor="text1"/>
          <w:sz w:val="32"/>
          <w:szCs w:val="32"/>
        </w:rPr>
      </w:pPr>
      <w:bookmarkStart w:id="22" w:name="_Toc225201718"/>
      <w:r w:rsidRPr="00BE410E">
        <w:rPr>
          <w:rFonts w:ascii="Arial Black" w:hAnsi="Arial Black"/>
          <w:b w:val="0"/>
          <w:bCs w:val="0"/>
          <w:color w:val="000000" w:themeColor="text1"/>
          <w:sz w:val="32"/>
          <w:szCs w:val="32"/>
        </w:rPr>
        <w:lastRenderedPageBreak/>
        <w:t>References</w:t>
      </w:r>
      <w:bookmarkEnd w:id="22"/>
    </w:p>
    <w:p w14:paraId="26DCBA3F" w14:textId="77777777" w:rsidR="00E85B30" w:rsidRPr="00E85B30" w:rsidRDefault="00F47D72" w:rsidP="00E85B30">
      <w:pPr>
        <w:spacing w:line="360" w:lineRule="auto"/>
        <w:jc w:val="both"/>
        <w:rPr>
          <w:rFonts w:ascii="Arial" w:hAnsi="Arial" w:cs="Arial"/>
        </w:rPr>
      </w:pPr>
      <w:r w:rsidRPr="002A0E8B">
        <w:rPr>
          <w:rFonts w:ascii="Arial" w:hAnsi="Arial" w:cs="Arial"/>
          <w:b/>
          <w:bCs/>
        </w:rPr>
        <w:br/>
      </w:r>
      <w:r w:rsidR="00E85B30" w:rsidRPr="00E85B30">
        <w:rPr>
          <w:rFonts w:ascii="Arial" w:hAnsi="Arial" w:cs="Arial"/>
        </w:rPr>
        <w:t xml:space="preserve">[1] T. Connolly and C. Begg, </w:t>
      </w:r>
      <w:r w:rsidR="00E85B30" w:rsidRPr="00E85B30">
        <w:rPr>
          <w:rFonts w:ascii="Arial" w:hAnsi="Arial" w:cs="Arial"/>
          <w:i/>
          <w:iCs/>
        </w:rPr>
        <w:t>Database Systems: A Practical Approach to Design, Implementation, and Management</w:t>
      </w:r>
      <w:r w:rsidR="00E85B30" w:rsidRPr="00E85B30">
        <w:rPr>
          <w:rFonts w:ascii="Arial" w:hAnsi="Arial" w:cs="Arial"/>
        </w:rPr>
        <w:t>, 6th ed. Harlow, UK: Pearson, 2015.</w:t>
      </w:r>
    </w:p>
    <w:p w14:paraId="7AB358BB" w14:textId="73AAA8B5" w:rsidR="00E85B30" w:rsidRPr="00E85B30" w:rsidRDefault="00E85B30" w:rsidP="00E85B30">
      <w:pPr>
        <w:spacing w:line="360" w:lineRule="auto"/>
        <w:jc w:val="both"/>
        <w:rPr>
          <w:rFonts w:ascii="Arial" w:hAnsi="Arial" w:cs="Arial"/>
          <w:sz w:val="24"/>
          <w:szCs w:val="24"/>
        </w:rPr>
      </w:pPr>
      <w:r w:rsidRPr="00E85B30">
        <w:rPr>
          <w:rFonts w:ascii="Arial" w:hAnsi="Arial" w:cs="Arial"/>
          <w:sz w:val="24"/>
          <w:szCs w:val="24"/>
        </w:rPr>
        <w:t xml:space="preserve">[2] R. Elmasri and S. B. Navathe, </w:t>
      </w:r>
      <w:r w:rsidRPr="00E85B30">
        <w:rPr>
          <w:rFonts w:ascii="Arial" w:hAnsi="Arial" w:cs="Arial"/>
          <w:i/>
          <w:iCs/>
          <w:sz w:val="24"/>
          <w:szCs w:val="24"/>
        </w:rPr>
        <w:t>Fundamentals of Database Systems</w:t>
      </w:r>
      <w:r w:rsidRPr="00E85B30">
        <w:rPr>
          <w:rFonts w:ascii="Arial" w:hAnsi="Arial" w:cs="Arial"/>
          <w:sz w:val="24"/>
          <w:szCs w:val="24"/>
        </w:rPr>
        <w:t xml:space="preserve">, 7th ed. Boston, MA, USA: Pearson, </w:t>
      </w:r>
      <w:r w:rsidR="005D0581" w:rsidRPr="00E85B30">
        <w:rPr>
          <w:rFonts w:ascii="Arial" w:hAnsi="Arial" w:cs="Arial"/>
          <w:sz w:val="24"/>
          <w:szCs w:val="24"/>
        </w:rPr>
        <w:t>2016.</w:t>
      </w:r>
    </w:p>
    <w:p w14:paraId="4D5FE75B" w14:textId="6BC16317" w:rsidR="00E85B30" w:rsidRPr="00E85B30" w:rsidRDefault="00E85B30" w:rsidP="00E85B30">
      <w:pPr>
        <w:spacing w:line="360" w:lineRule="auto"/>
        <w:jc w:val="both"/>
        <w:rPr>
          <w:rFonts w:ascii="Arial" w:hAnsi="Arial" w:cs="Arial"/>
          <w:sz w:val="24"/>
          <w:szCs w:val="24"/>
        </w:rPr>
      </w:pPr>
      <w:r w:rsidRPr="00E85B30">
        <w:rPr>
          <w:rFonts w:ascii="Arial" w:hAnsi="Arial" w:cs="Arial"/>
          <w:sz w:val="24"/>
          <w:szCs w:val="24"/>
        </w:rPr>
        <w:t>[</w:t>
      </w:r>
      <w:r w:rsidR="00FA09BE">
        <w:rPr>
          <w:rFonts w:ascii="Arial" w:hAnsi="Arial" w:cs="Arial"/>
          <w:sz w:val="24"/>
          <w:szCs w:val="24"/>
        </w:rPr>
        <w:t>3</w:t>
      </w:r>
      <w:r w:rsidRPr="00E85B30">
        <w:rPr>
          <w:rFonts w:ascii="Arial" w:hAnsi="Arial" w:cs="Arial"/>
          <w:sz w:val="24"/>
          <w:szCs w:val="24"/>
        </w:rPr>
        <w:t xml:space="preserve">] A. Silberschatz, H. Korth, and S. Sudarshan, </w:t>
      </w:r>
      <w:r w:rsidRPr="00E85B30">
        <w:rPr>
          <w:rFonts w:ascii="Arial" w:hAnsi="Arial" w:cs="Arial"/>
          <w:i/>
          <w:iCs/>
          <w:sz w:val="24"/>
          <w:szCs w:val="24"/>
        </w:rPr>
        <w:t>Database System Concepts</w:t>
      </w:r>
      <w:r w:rsidRPr="00E85B30">
        <w:rPr>
          <w:rFonts w:ascii="Arial" w:hAnsi="Arial" w:cs="Arial"/>
          <w:sz w:val="24"/>
          <w:szCs w:val="24"/>
        </w:rPr>
        <w:t>, 7th ed. New York, NY, USA: McGraw-Hill, 2020.</w:t>
      </w:r>
    </w:p>
    <w:p w14:paraId="733B7DC6" w14:textId="1A12FCE1" w:rsidR="00E85B30" w:rsidRPr="00E85B30" w:rsidRDefault="00E85B30" w:rsidP="00E85B30">
      <w:pPr>
        <w:spacing w:line="360" w:lineRule="auto"/>
        <w:jc w:val="both"/>
        <w:rPr>
          <w:rFonts w:ascii="Arial" w:hAnsi="Arial" w:cs="Arial"/>
          <w:sz w:val="24"/>
          <w:szCs w:val="24"/>
        </w:rPr>
      </w:pPr>
      <w:r w:rsidRPr="00E85B30">
        <w:rPr>
          <w:rFonts w:ascii="Arial" w:hAnsi="Arial" w:cs="Arial"/>
          <w:sz w:val="24"/>
          <w:szCs w:val="24"/>
        </w:rPr>
        <w:t>[</w:t>
      </w:r>
      <w:r w:rsidR="00FA09BE">
        <w:rPr>
          <w:rFonts w:ascii="Arial" w:hAnsi="Arial" w:cs="Arial"/>
          <w:sz w:val="24"/>
          <w:szCs w:val="24"/>
        </w:rPr>
        <w:t>4</w:t>
      </w:r>
      <w:r w:rsidRPr="00E85B30">
        <w:rPr>
          <w:rFonts w:ascii="Arial" w:hAnsi="Arial" w:cs="Arial"/>
          <w:sz w:val="24"/>
          <w:szCs w:val="24"/>
        </w:rPr>
        <w:t xml:space="preserve">] J. Viescas and J. Hernandez, </w:t>
      </w:r>
      <w:r w:rsidRPr="00E85B30">
        <w:rPr>
          <w:rFonts w:ascii="Arial" w:hAnsi="Arial" w:cs="Arial"/>
          <w:i/>
          <w:iCs/>
          <w:sz w:val="24"/>
          <w:szCs w:val="24"/>
        </w:rPr>
        <w:t>Microsoft Access 2019 Inside Out</w:t>
      </w:r>
      <w:r w:rsidRPr="00E85B30">
        <w:rPr>
          <w:rFonts w:ascii="Arial" w:hAnsi="Arial" w:cs="Arial"/>
          <w:sz w:val="24"/>
          <w:szCs w:val="24"/>
        </w:rPr>
        <w:t>. Redmond, WA, USA: Microsoft Press, 2019.</w:t>
      </w:r>
      <w:r>
        <w:rPr>
          <w:rFonts w:ascii="Arial" w:hAnsi="Arial" w:cs="Arial"/>
          <w:sz w:val="24"/>
          <w:szCs w:val="24"/>
        </w:rPr>
        <w:t xml:space="preserve"> </w:t>
      </w:r>
    </w:p>
    <w:p w14:paraId="705C4A34" w14:textId="7E8D430A" w:rsidR="00C124A2" w:rsidRPr="002A0E8B" w:rsidRDefault="00E8787C" w:rsidP="00E85B30">
      <w:pPr>
        <w:spacing w:line="360" w:lineRule="auto"/>
        <w:jc w:val="both"/>
        <w:rPr>
          <w:rFonts w:ascii="Arial" w:hAnsi="Arial" w:cs="Arial"/>
        </w:rPr>
      </w:pPr>
      <w:r>
        <w:rPr>
          <w:rFonts w:ascii="Arial" w:hAnsi="Arial" w:cs="Arial"/>
        </w:rPr>
        <w:t>[5]</w:t>
      </w:r>
      <w:r w:rsidRPr="00E8787C">
        <w:t xml:space="preserve"> </w:t>
      </w:r>
      <w:r w:rsidRPr="00E8787C">
        <w:rPr>
          <w:rFonts w:ascii="Arial" w:hAnsi="Arial" w:cs="Arial"/>
          <w:sz w:val="24"/>
          <w:szCs w:val="24"/>
        </w:rPr>
        <w:t xml:space="preserve">C. J. Date, </w:t>
      </w:r>
      <w:r w:rsidRPr="00E8787C">
        <w:rPr>
          <w:rStyle w:val="Emphasis"/>
          <w:rFonts w:ascii="Arial" w:hAnsi="Arial" w:cs="Arial"/>
          <w:sz w:val="24"/>
          <w:szCs w:val="24"/>
        </w:rPr>
        <w:t>An Introduction to Database Systems</w:t>
      </w:r>
      <w:r w:rsidRPr="00E8787C">
        <w:rPr>
          <w:rFonts w:ascii="Arial" w:hAnsi="Arial" w:cs="Arial"/>
          <w:sz w:val="24"/>
          <w:szCs w:val="24"/>
        </w:rPr>
        <w:t>, 8th ed. Boston, MA, USA: Pearson Education, 2004</w:t>
      </w:r>
      <w:r>
        <w:t>.</w:t>
      </w:r>
    </w:p>
    <w:p w14:paraId="3AFB2075" w14:textId="77777777" w:rsidR="004E49AA" w:rsidRDefault="004E49AA" w:rsidP="007B4904">
      <w:pPr>
        <w:spacing w:line="360" w:lineRule="auto"/>
        <w:jc w:val="both"/>
        <w:rPr>
          <w:rFonts w:ascii="Arial" w:hAnsi="Arial" w:cs="Arial"/>
          <w:b/>
          <w:bCs/>
        </w:rPr>
      </w:pPr>
    </w:p>
    <w:p w14:paraId="0D817B63" w14:textId="77777777" w:rsidR="004E49AA" w:rsidRDefault="004E49AA" w:rsidP="007B4904">
      <w:pPr>
        <w:spacing w:line="360" w:lineRule="auto"/>
        <w:jc w:val="both"/>
        <w:rPr>
          <w:rFonts w:ascii="Arial" w:hAnsi="Arial" w:cs="Arial"/>
          <w:b/>
          <w:bCs/>
        </w:rPr>
      </w:pPr>
    </w:p>
    <w:p w14:paraId="009FA7BB" w14:textId="77777777" w:rsidR="004E49AA" w:rsidRDefault="004E49AA" w:rsidP="007B4904">
      <w:pPr>
        <w:spacing w:line="360" w:lineRule="auto"/>
        <w:jc w:val="both"/>
        <w:rPr>
          <w:rFonts w:ascii="Arial" w:hAnsi="Arial" w:cs="Arial"/>
          <w:b/>
          <w:bCs/>
        </w:rPr>
      </w:pPr>
    </w:p>
    <w:p w14:paraId="75D84649" w14:textId="77777777" w:rsidR="004E49AA" w:rsidRDefault="004E49AA" w:rsidP="007B4904">
      <w:pPr>
        <w:spacing w:line="360" w:lineRule="auto"/>
        <w:jc w:val="both"/>
        <w:rPr>
          <w:rFonts w:ascii="Arial" w:hAnsi="Arial" w:cs="Arial"/>
          <w:b/>
          <w:bCs/>
        </w:rPr>
      </w:pPr>
    </w:p>
    <w:p w14:paraId="6A8F1CBB" w14:textId="77777777" w:rsidR="004E49AA" w:rsidRDefault="004E49AA" w:rsidP="007B4904">
      <w:pPr>
        <w:spacing w:line="360" w:lineRule="auto"/>
        <w:jc w:val="both"/>
        <w:rPr>
          <w:rFonts w:ascii="Arial" w:hAnsi="Arial" w:cs="Arial"/>
          <w:b/>
          <w:bCs/>
        </w:rPr>
      </w:pPr>
    </w:p>
    <w:p w14:paraId="41E4088E" w14:textId="77777777" w:rsidR="004E49AA" w:rsidRDefault="004E49AA" w:rsidP="007B4904">
      <w:pPr>
        <w:spacing w:line="360" w:lineRule="auto"/>
        <w:jc w:val="both"/>
        <w:rPr>
          <w:rFonts w:ascii="Arial" w:hAnsi="Arial" w:cs="Arial"/>
          <w:b/>
          <w:bCs/>
        </w:rPr>
      </w:pPr>
    </w:p>
    <w:p w14:paraId="174CB5E6" w14:textId="77777777" w:rsidR="004E49AA" w:rsidRDefault="004E49AA" w:rsidP="007B4904">
      <w:pPr>
        <w:spacing w:line="360" w:lineRule="auto"/>
        <w:jc w:val="both"/>
        <w:rPr>
          <w:rFonts w:ascii="Arial" w:hAnsi="Arial" w:cs="Arial"/>
          <w:b/>
          <w:bCs/>
        </w:rPr>
      </w:pPr>
    </w:p>
    <w:p w14:paraId="75C0C5CE" w14:textId="77777777" w:rsidR="004E49AA" w:rsidRDefault="004E49AA" w:rsidP="007B4904">
      <w:pPr>
        <w:spacing w:line="360" w:lineRule="auto"/>
        <w:jc w:val="both"/>
        <w:rPr>
          <w:rFonts w:ascii="Arial" w:hAnsi="Arial" w:cs="Arial"/>
          <w:b/>
          <w:bCs/>
        </w:rPr>
      </w:pPr>
    </w:p>
    <w:p w14:paraId="3C79D1AD" w14:textId="77777777" w:rsidR="004E49AA" w:rsidRDefault="004E49AA" w:rsidP="007B4904">
      <w:pPr>
        <w:spacing w:line="360" w:lineRule="auto"/>
        <w:jc w:val="both"/>
        <w:rPr>
          <w:rFonts w:ascii="Arial" w:hAnsi="Arial" w:cs="Arial"/>
          <w:b/>
          <w:bCs/>
        </w:rPr>
      </w:pPr>
    </w:p>
    <w:p w14:paraId="11E40C03" w14:textId="77777777" w:rsidR="004E49AA" w:rsidRDefault="004E49AA" w:rsidP="007B4904">
      <w:pPr>
        <w:spacing w:line="360" w:lineRule="auto"/>
        <w:jc w:val="both"/>
        <w:rPr>
          <w:rFonts w:ascii="Arial" w:hAnsi="Arial" w:cs="Arial"/>
          <w:b/>
          <w:bCs/>
        </w:rPr>
      </w:pPr>
    </w:p>
    <w:p w14:paraId="54E413B9" w14:textId="286DA873" w:rsidR="006718C3" w:rsidRPr="002A0E8B" w:rsidRDefault="00F47D72" w:rsidP="007B4904">
      <w:pPr>
        <w:spacing w:line="360" w:lineRule="auto"/>
        <w:jc w:val="both"/>
        <w:rPr>
          <w:rFonts w:ascii="Arial" w:hAnsi="Arial" w:cs="Arial"/>
          <w:b/>
          <w:bCs/>
        </w:rPr>
      </w:pPr>
      <w:r w:rsidRPr="002A0E8B">
        <w:rPr>
          <w:rFonts w:ascii="Arial" w:hAnsi="Arial" w:cs="Arial"/>
          <w:b/>
          <w:bCs/>
        </w:rPr>
        <w:br/>
      </w:r>
    </w:p>
    <w:p w14:paraId="743ADD61" w14:textId="5867BC11" w:rsidR="00BE410E" w:rsidRDefault="00F47D72" w:rsidP="004F2160">
      <w:pPr>
        <w:pStyle w:val="Heading1"/>
        <w:rPr>
          <w:rFonts w:ascii="Arial Black" w:hAnsi="Arial Black"/>
          <w:b w:val="0"/>
          <w:bCs w:val="0"/>
          <w:color w:val="000000" w:themeColor="text1"/>
          <w:sz w:val="32"/>
          <w:szCs w:val="32"/>
        </w:rPr>
      </w:pPr>
      <w:bookmarkStart w:id="23" w:name="_Toc225201719"/>
      <w:r w:rsidRPr="004F2160">
        <w:rPr>
          <w:rFonts w:ascii="Arial Black" w:hAnsi="Arial Black"/>
          <w:b w:val="0"/>
          <w:bCs w:val="0"/>
          <w:color w:val="000000" w:themeColor="text1"/>
          <w:sz w:val="32"/>
          <w:szCs w:val="32"/>
        </w:rPr>
        <w:lastRenderedPageBreak/>
        <w:t>Appendices</w:t>
      </w:r>
      <w:r w:rsidR="004F2160">
        <w:rPr>
          <w:rFonts w:ascii="Arial Black" w:hAnsi="Arial Black"/>
          <w:b w:val="0"/>
          <w:bCs w:val="0"/>
          <w:color w:val="000000" w:themeColor="text1"/>
          <w:sz w:val="32"/>
          <w:szCs w:val="32"/>
        </w:rPr>
        <w:t>:</w:t>
      </w:r>
      <w:bookmarkEnd w:id="23"/>
      <w:r w:rsidR="004F2160">
        <w:rPr>
          <w:rFonts w:ascii="Arial Black" w:hAnsi="Arial Black"/>
          <w:b w:val="0"/>
          <w:bCs w:val="0"/>
          <w:color w:val="000000" w:themeColor="text1"/>
          <w:sz w:val="32"/>
          <w:szCs w:val="32"/>
        </w:rPr>
        <w:t xml:space="preserve"> </w:t>
      </w:r>
    </w:p>
    <w:p w14:paraId="7DD1208F" w14:textId="77777777" w:rsidR="004F2160" w:rsidRDefault="004F2160" w:rsidP="004F2160"/>
    <w:p w14:paraId="2033A5EC" w14:textId="77777777" w:rsidR="004F2160" w:rsidRPr="004F2160" w:rsidRDefault="004F2160" w:rsidP="004F2160"/>
    <w:p w14:paraId="06C7E942" w14:textId="44E1DA88" w:rsidR="00BE410E" w:rsidRDefault="00F47D72" w:rsidP="00C8047B">
      <w:pPr>
        <w:spacing w:line="360" w:lineRule="auto"/>
        <w:jc w:val="both"/>
        <w:rPr>
          <w:rFonts w:ascii="Arial" w:hAnsi="Arial" w:cs="Arial"/>
        </w:rPr>
      </w:pPr>
      <w:r w:rsidRPr="002A0E8B">
        <w:rPr>
          <w:rFonts w:ascii="Arial" w:hAnsi="Arial" w:cs="Arial"/>
        </w:rPr>
        <w:br/>
      </w:r>
      <w:r w:rsidR="00C8047B">
        <w:rPr>
          <w:rFonts w:ascii="Arial" w:hAnsi="Arial" w:cs="Arial"/>
          <w:noProof/>
        </w:rPr>
        <w:drawing>
          <wp:anchor distT="0" distB="0" distL="114300" distR="114300" simplePos="0" relativeHeight="251659291" behindDoc="1" locked="0" layoutInCell="1" allowOverlap="1" wp14:anchorId="3AD29DDC" wp14:editId="5357900E">
            <wp:simplePos x="0" y="0"/>
            <wp:positionH relativeFrom="column">
              <wp:posOffset>0</wp:posOffset>
            </wp:positionH>
            <wp:positionV relativeFrom="paragraph">
              <wp:posOffset>240665</wp:posOffset>
            </wp:positionV>
            <wp:extent cx="5481320" cy="3250565"/>
            <wp:effectExtent l="95250" t="95250" r="100330" b="102235"/>
            <wp:wrapNone/>
            <wp:docPr id="1649957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81320" cy="325056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14:paraId="4CD58582" w14:textId="3009E5F6" w:rsidR="006718C3" w:rsidRDefault="00F47D72" w:rsidP="007B4904">
      <w:pPr>
        <w:spacing w:line="360" w:lineRule="auto"/>
        <w:jc w:val="both"/>
        <w:rPr>
          <w:rFonts w:ascii="Arial" w:hAnsi="Arial" w:cs="Arial"/>
        </w:rPr>
      </w:pPr>
      <w:r w:rsidRPr="002A0E8B">
        <w:rPr>
          <w:rFonts w:ascii="Arial" w:hAnsi="Arial" w:cs="Arial"/>
        </w:rPr>
        <w:br/>
      </w:r>
    </w:p>
    <w:p w14:paraId="67D11127" w14:textId="77777777" w:rsidR="004E49AA" w:rsidRDefault="004E49AA" w:rsidP="007B4904">
      <w:pPr>
        <w:spacing w:line="360" w:lineRule="auto"/>
        <w:jc w:val="both"/>
        <w:rPr>
          <w:rFonts w:ascii="Arial" w:hAnsi="Arial" w:cs="Arial"/>
        </w:rPr>
      </w:pPr>
    </w:p>
    <w:p w14:paraId="46837888" w14:textId="77777777" w:rsidR="004E49AA" w:rsidRDefault="004E49AA" w:rsidP="007B4904">
      <w:pPr>
        <w:spacing w:line="360" w:lineRule="auto"/>
        <w:jc w:val="both"/>
        <w:rPr>
          <w:rFonts w:ascii="Arial" w:hAnsi="Arial" w:cs="Arial"/>
        </w:rPr>
      </w:pPr>
    </w:p>
    <w:p w14:paraId="59FB26B6" w14:textId="77777777" w:rsidR="004E49AA" w:rsidRDefault="004E49AA" w:rsidP="007B4904">
      <w:pPr>
        <w:spacing w:line="360" w:lineRule="auto"/>
        <w:jc w:val="both"/>
        <w:rPr>
          <w:rFonts w:ascii="Arial" w:hAnsi="Arial" w:cs="Arial"/>
        </w:rPr>
      </w:pPr>
    </w:p>
    <w:p w14:paraId="5C35784A" w14:textId="77777777" w:rsidR="004E49AA" w:rsidRDefault="004E49AA" w:rsidP="007B4904">
      <w:pPr>
        <w:spacing w:line="360" w:lineRule="auto"/>
        <w:jc w:val="both"/>
        <w:rPr>
          <w:rFonts w:ascii="Arial" w:hAnsi="Arial" w:cs="Arial"/>
        </w:rPr>
      </w:pPr>
    </w:p>
    <w:p w14:paraId="6B948A45" w14:textId="77777777" w:rsidR="004E49AA" w:rsidRDefault="004E49AA" w:rsidP="007B4904">
      <w:pPr>
        <w:spacing w:line="360" w:lineRule="auto"/>
        <w:jc w:val="both"/>
        <w:rPr>
          <w:rFonts w:ascii="Arial" w:hAnsi="Arial" w:cs="Arial"/>
        </w:rPr>
      </w:pPr>
    </w:p>
    <w:p w14:paraId="7CB9CEF4" w14:textId="77777777" w:rsidR="004E49AA" w:rsidRDefault="004E49AA" w:rsidP="007B4904">
      <w:pPr>
        <w:spacing w:line="360" w:lineRule="auto"/>
        <w:jc w:val="both"/>
        <w:rPr>
          <w:rFonts w:ascii="Arial" w:hAnsi="Arial" w:cs="Arial"/>
        </w:rPr>
      </w:pPr>
    </w:p>
    <w:p w14:paraId="2478DEF0" w14:textId="77777777" w:rsidR="004E49AA" w:rsidRPr="00E96992" w:rsidRDefault="004E49AA" w:rsidP="007B4904">
      <w:pPr>
        <w:spacing w:line="360" w:lineRule="auto"/>
        <w:jc w:val="both"/>
        <w:rPr>
          <w:rFonts w:ascii="Arial" w:hAnsi="Arial" w:cs="Arial"/>
          <w:sz w:val="24"/>
          <w:szCs w:val="24"/>
        </w:rPr>
      </w:pPr>
    </w:p>
    <w:p w14:paraId="400C3F9F" w14:textId="7A04444F" w:rsidR="004E49AA" w:rsidRPr="00E96992" w:rsidRDefault="004D4ED0" w:rsidP="004D4ED0">
      <w:pPr>
        <w:spacing w:line="360" w:lineRule="auto"/>
        <w:jc w:val="center"/>
        <w:rPr>
          <w:rFonts w:ascii="Arial" w:hAnsi="Arial" w:cs="Arial"/>
          <w:sz w:val="24"/>
          <w:szCs w:val="24"/>
        </w:rPr>
      </w:pPr>
      <w:r w:rsidRPr="00E96992">
        <w:rPr>
          <w:rFonts w:ascii="Arial" w:hAnsi="Arial" w:cs="Arial"/>
          <w:sz w:val="24"/>
          <w:szCs w:val="24"/>
        </w:rPr>
        <w:t xml:space="preserve">Picture: </w:t>
      </w:r>
      <w:proofErr w:type="spellStart"/>
      <w:r w:rsidRPr="00E96992">
        <w:rPr>
          <w:rFonts w:ascii="Arial" w:hAnsi="Arial" w:cs="Arial"/>
          <w:sz w:val="24"/>
          <w:szCs w:val="24"/>
        </w:rPr>
        <w:t>Customer_Prescription_query</w:t>
      </w:r>
      <w:proofErr w:type="spellEnd"/>
    </w:p>
    <w:p w14:paraId="4B01EC99" w14:textId="77777777" w:rsidR="004D4ED0" w:rsidRDefault="004D4ED0" w:rsidP="004D4ED0">
      <w:pPr>
        <w:spacing w:line="360" w:lineRule="auto"/>
        <w:rPr>
          <w:rFonts w:ascii="Arial" w:hAnsi="Arial" w:cs="Arial"/>
        </w:rPr>
      </w:pPr>
    </w:p>
    <w:p w14:paraId="25967DD1" w14:textId="77777777" w:rsidR="00D8384D" w:rsidRDefault="00D8384D" w:rsidP="004D4ED0">
      <w:pPr>
        <w:spacing w:line="360" w:lineRule="auto"/>
        <w:rPr>
          <w:rFonts w:ascii="Arial" w:hAnsi="Arial" w:cs="Arial"/>
        </w:rPr>
      </w:pPr>
    </w:p>
    <w:p w14:paraId="679EC52B" w14:textId="77777777" w:rsidR="00D8384D" w:rsidRDefault="00D8384D" w:rsidP="004D4ED0">
      <w:pPr>
        <w:spacing w:line="360" w:lineRule="auto"/>
        <w:rPr>
          <w:rFonts w:ascii="Arial" w:hAnsi="Arial" w:cs="Arial"/>
        </w:rPr>
      </w:pPr>
    </w:p>
    <w:p w14:paraId="5F5EC9E1" w14:textId="77777777" w:rsidR="00D8384D" w:rsidRDefault="00D8384D" w:rsidP="004D4ED0">
      <w:pPr>
        <w:spacing w:line="360" w:lineRule="auto"/>
        <w:rPr>
          <w:rFonts w:ascii="Arial" w:hAnsi="Arial" w:cs="Arial"/>
        </w:rPr>
      </w:pPr>
    </w:p>
    <w:p w14:paraId="3889B03F" w14:textId="77777777" w:rsidR="00D8384D" w:rsidRDefault="00D8384D" w:rsidP="004D4ED0">
      <w:pPr>
        <w:spacing w:line="360" w:lineRule="auto"/>
        <w:rPr>
          <w:rFonts w:ascii="Arial" w:hAnsi="Arial" w:cs="Arial"/>
        </w:rPr>
      </w:pPr>
    </w:p>
    <w:p w14:paraId="1C76C12D" w14:textId="77777777" w:rsidR="00D8384D" w:rsidRDefault="00D8384D" w:rsidP="004D4ED0">
      <w:pPr>
        <w:spacing w:line="360" w:lineRule="auto"/>
        <w:rPr>
          <w:rFonts w:ascii="Arial" w:hAnsi="Arial" w:cs="Arial"/>
        </w:rPr>
      </w:pPr>
    </w:p>
    <w:p w14:paraId="5A49B47A" w14:textId="77777777" w:rsidR="00D8384D" w:rsidRDefault="00D8384D" w:rsidP="004D4ED0">
      <w:pPr>
        <w:spacing w:line="360" w:lineRule="auto"/>
        <w:rPr>
          <w:rFonts w:ascii="Arial" w:hAnsi="Arial" w:cs="Arial"/>
        </w:rPr>
      </w:pPr>
    </w:p>
    <w:p w14:paraId="2F2219B4" w14:textId="77777777" w:rsidR="00D8384D" w:rsidRDefault="00D8384D" w:rsidP="004D4ED0">
      <w:pPr>
        <w:spacing w:line="360" w:lineRule="auto"/>
        <w:rPr>
          <w:rFonts w:ascii="Arial" w:hAnsi="Arial" w:cs="Arial"/>
        </w:rPr>
      </w:pPr>
    </w:p>
    <w:p w14:paraId="36E6336F" w14:textId="77777777" w:rsidR="00D8384D" w:rsidRDefault="00D8384D" w:rsidP="004D4ED0">
      <w:pPr>
        <w:spacing w:line="360" w:lineRule="auto"/>
        <w:rPr>
          <w:rFonts w:ascii="Arial" w:hAnsi="Arial" w:cs="Arial"/>
        </w:rPr>
      </w:pPr>
    </w:p>
    <w:p w14:paraId="643E25B7" w14:textId="77777777" w:rsidR="00D8384D" w:rsidRDefault="00C426E9" w:rsidP="00D8384D">
      <w:pPr>
        <w:spacing w:line="360" w:lineRule="auto"/>
        <w:rPr>
          <w:rFonts w:ascii="Arial" w:hAnsi="Arial" w:cs="Arial"/>
        </w:rPr>
      </w:pPr>
      <w:r>
        <w:rPr>
          <w:rFonts w:ascii="Arial" w:hAnsi="Arial" w:cs="Arial"/>
          <w:noProof/>
        </w:rPr>
        <w:drawing>
          <wp:anchor distT="0" distB="0" distL="114300" distR="114300" simplePos="0" relativeHeight="251660315" behindDoc="1" locked="0" layoutInCell="1" allowOverlap="1" wp14:anchorId="1298D0A9" wp14:editId="5AADDAF3">
            <wp:simplePos x="0" y="0"/>
            <wp:positionH relativeFrom="column">
              <wp:posOffset>0</wp:posOffset>
            </wp:positionH>
            <wp:positionV relativeFrom="paragraph">
              <wp:posOffset>-635</wp:posOffset>
            </wp:positionV>
            <wp:extent cx="5478780" cy="3228340"/>
            <wp:effectExtent l="95250" t="95250" r="102870" b="86360"/>
            <wp:wrapNone/>
            <wp:docPr id="8266989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478780" cy="322834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7023391A" w14:textId="77777777" w:rsidR="00D8384D" w:rsidRDefault="00D8384D" w:rsidP="00D8384D">
      <w:pPr>
        <w:spacing w:line="360" w:lineRule="auto"/>
        <w:jc w:val="center"/>
        <w:rPr>
          <w:rFonts w:ascii="Arial" w:hAnsi="Arial" w:cs="Arial"/>
          <w:sz w:val="24"/>
          <w:szCs w:val="24"/>
        </w:rPr>
      </w:pPr>
    </w:p>
    <w:p w14:paraId="0A13C2A1" w14:textId="3850002B" w:rsidR="001144C6" w:rsidRPr="00D8384D" w:rsidRDefault="001144C6" w:rsidP="00D8384D">
      <w:pPr>
        <w:spacing w:line="360" w:lineRule="auto"/>
        <w:jc w:val="center"/>
        <w:rPr>
          <w:rFonts w:ascii="Arial" w:hAnsi="Arial" w:cs="Arial"/>
        </w:rPr>
      </w:pPr>
      <w:r w:rsidRPr="00E96992">
        <w:rPr>
          <w:rFonts w:ascii="Arial" w:hAnsi="Arial" w:cs="Arial"/>
          <w:sz w:val="24"/>
          <w:szCs w:val="24"/>
        </w:rPr>
        <w:t xml:space="preserve">Picture: </w:t>
      </w:r>
      <w:proofErr w:type="spellStart"/>
      <w:r w:rsidRPr="00E96992">
        <w:rPr>
          <w:rFonts w:ascii="Arial" w:hAnsi="Arial" w:cs="Arial"/>
          <w:sz w:val="24"/>
          <w:szCs w:val="24"/>
        </w:rPr>
        <w:t>Customer_</w:t>
      </w:r>
      <w:r w:rsidRPr="00E96992">
        <w:rPr>
          <w:rFonts w:ascii="Arial" w:hAnsi="Arial" w:cs="Arial"/>
          <w:sz w:val="24"/>
          <w:szCs w:val="24"/>
        </w:rPr>
        <w:t>sale</w:t>
      </w:r>
      <w:r w:rsidR="00E96992" w:rsidRPr="00E96992">
        <w:rPr>
          <w:rFonts w:ascii="Arial" w:hAnsi="Arial" w:cs="Arial"/>
          <w:sz w:val="24"/>
          <w:szCs w:val="24"/>
        </w:rPr>
        <w:t>trasaction</w:t>
      </w:r>
      <w:r w:rsidRPr="00E96992">
        <w:rPr>
          <w:rFonts w:ascii="Arial" w:hAnsi="Arial" w:cs="Arial"/>
          <w:sz w:val="24"/>
          <w:szCs w:val="24"/>
        </w:rPr>
        <w:t>_query</w:t>
      </w:r>
      <w:proofErr w:type="spellEnd"/>
    </w:p>
    <w:p w14:paraId="45FE7860" w14:textId="2A2C4ABA" w:rsidR="00C426E9" w:rsidRDefault="00C426E9" w:rsidP="001144C6">
      <w:pPr>
        <w:spacing w:line="360" w:lineRule="auto"/>
        <w:jc w:val="center"/>
        <w:rPr>
          <w:rFonts w:ascii="Arial" w:hAnsi="Arial" w:cs="Arial"/>
        </w:rPr>
      </w:pPr>
    </w:p>
    <w:p w14:paraId="19C01852" w14:textId="7934E468" w:rsidR="00CA73A1" w:rsidRDefault="00CA73A1" w:rsidP="00CA73A1">
      <w:pPr>
        <w:spacing w:line="360" w:lineRule="auto"/>
        <w:rPr>
          <w:rFonts w:ascii="Arial" w:hAnsi="Arial" w:cs="Arial"/>
        </w:rPr>
      </w:pPr>
      <w:r>
        <w:rPr>
          <w:rFonts w:ascii="Arial" w:hAnsi="Arial" w:cs="Arial"/>
          <w:noProof/>
        </w:rPr>
        <w:drawing>
          <wp:anchor distT="0" distB="0" distL="114300" distR="114300" simplePos="0" relativeHeight="251661339" behindDoc="1" locked="0" layoutInCell="1" allowOverlap="1" wp14:anchorId="416C0519" wp14:editId="0C5B221A">
            <wp:simplePos x="0" y="0"/>
            <wp:positionH relativeFrom="column">
              <wp:posOffset>0</wp:posOffset>
            </wp:positionH>
            <wp:positionV relativeFrom="paragraph">
              <wp:posOffset>0</wp:posOffset>
            </wp:positionV>
            <wp:extent cx="5481955" cy="3985260"/>
            <wp:effectExtent l="95250" t="95250" r="99695" b="91440"/>
            <wp:wrapNone/>
            <wp:docPr id="982028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81955" cy="398526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14:paraId="70449212" w14:textId="77777777" w:rsidR="00C426E9" w:rsidRDefault="00C426E9" w:rsidP="004D4ED0">
      <w:pPr>
        <w:spacing w:line="360" w:lineRule="auto"/>
        <w:rPr>
          <w:rFonts w:ascii="Arial" w:hAnsi="Arial" w:cs="Arial"/>
        </w:rPr>
      </w:pPr>
    </w:p>
    <w:p w14:paraId="73F5C44A" w14:textId="77777777" w:rsidR="00C426E9" w:rsidRDefault="00C426E9" w:rsidP="004D4ED0">
      <w:pPr>
        <w:spacing w:line="360" w:lineRule="auto"/>
        <w:rPr>
          <w:rFonts w:ascii="Arial" w:hAnsi="Arial" w:cs="Arial"/>
        </w:rPr>
      </w:pPr>
    </w:p>
    <w:p w14:paraId="3FCB7DFA" w14:textId="77777777" w:rsidR="00C426E9" w:rsidRDefault="00C426E9" w:rsidP="004D4ED0">
      <w:pPr>
        <w:spacing w:line="360" w:lineRule="auto"/>
        <w:rPr>
          <w:rFonts w:ascii="Arial" w:hAnsi="Arial" w:cs="Arial"/>
        </w:rPr>
      </w:pPr>
    </w:p>
    <w:p w14:paraId="0B2FE4FD" w14:textId="77777777" w:rsidR="00C426E9" w:rsidRDefault="00C426E9" w:rsidP="004D4ED0">
      <w:pPr>
        <w:spacing w:line="360" w:lineRule="auto"/>
        <w:rPr>
          <w:rFonts w:ascii="Arial" w:hAnsi="Arial" w:cs="Arial"/>
        </w:rPr>
      </w:pPr>
    </w:p>
    <w:p w14:paraId="427DD4D3" w14:textId="77777777" w:rsidR="00C426E9" w:rsidRDefault="00C426E9" w:rsidP="004D4ED0">
      <w:pPr>
        <w:spacing w:line="360" w:lineRule="auto"/>
        <w:rPr>
          <w:rFonts w:ascii="Arial" w:hAnsi="Arial" w:cs="Arial"/>
        </w:rPr>
      </w:pPr>
    </w:p>
    <w:p w14:paraId="57E2DC6A" w14:textId="77777777" w:rsidR="00C426E9" w:rsidRDefault="00C426E9" w:rsidP="004D4ED0">
      <w:pPr>
        <w:spacing w:line="360" w:lineRule="auto"/>
        <w:rPr>
          <w:rFonts w:ascii="Arial" w:hAnsi="Arial" w:cs="Arial"/>
        </w:rPr>
      </w:pPr>
    </w:p>
    <w:p w14:paraId="5A4DAC62" w14:textId="77777777" w:rsidR="00C426E9" w:rsidRDefault="00C426E9" w:rsidP="004D4ED0">
      <w:pPr>
        <w:spacing w:line="360" w:lineRule="auto"/>
        <w:rPr>
          <w:rFonts w:ascii="Arial" w:hAnsi="Arial" w:cs="Arial"/>
        </w:rPr>
      </w:pPr>
    </w:p>
    <w:p w14:paraId="1D4FD305" w14:textId="77777777" w:rsidR="00C426E9" w:rsidRDefault="00C426E9" w:rsidP="004D4ED0">
      <w:pPr>
        <w:spacing w:line="360" w:lineRule="auto"/>
        <w:rPr>
          <w:rFonts w:ascii="Arial" w:hAnsi="Arial" w:cs="Arial"/>
        </w:rPr>
      </w:pPr>
    </w:p>
    <w:p w14:paraId="632BBC7E" w14:textId="77777777" w:rsidR="00B67672" w:rsidRDefault="00B67672" w:rsidP="00B67672">
      <w:pPr>
        <w:spacing w:line="360" w:lineRule="auto"/>
        <w:jc w:val="center"/>
        <w:rPr>
          <w:rFonts w:ascii="Arial" w:hAnsi="Arial" w:cs="Arial"/>
          <w:sz w:val="24"/>
          <w:szCs w:val="24"/>
        </w:rPr>
      </w:pPr>
    </w:p>
    <w:p w14:paraId="39B26C2C" w14:textId="1DBDE135" w:rsidR="00B67672" w:rsidRPr="00D8384D" w:rsidRDefault="00B67672" w:rsidP="00B67672">
      <w:pPr>
        <w:spacing w:line="360" w:lineRule="auto"/>
        <w:jc w:val="center"/>
        <w:rPr>
          <w:rFonts w:ascii="Arial" w:hAnsi="Arial" w:cs="Arial"/>
        </w:rPr>
      </w:pPr>
      <w:r w:rsidRPr="00E96992">
        <w:rPr>
          <w:rFonts w:ascii="Arial" w:hAnsi="Arial" w:cs="Arial"/>
          <w:sz w:val="24"/>
          <w:szCs w:val="24"/>
        </w:rPr>
        <w:t xml:space="preserve">Picture: </w:t>
      </w:r>
      <w:proofErr w:type="spellStart"/>
      <w:r>
        <w:rPr>
          <w:rFonts w:ascii="Arial" w:hAnsi="Arial" w:cs="Arial"/>
          <w:sz w:val="24"/>
          <w:szCs w:val="24"/>
        </w:rPr>
        <w:t>Doctor_</w:t>
      </w:r>
      <w:r w:rsidRPr="00E96992">
        <w:rPr>
          <w:rFonts w:ascii="Arial" w:hAnsi="Arial" w:cs="Arial"/>
          <w:sz w:val="24"/>
          <w:szCs w:val="24"/>
        </w:rPr>
        <w:t>Customer_</w:t>
      </w:r>
      <w:r>
        <w:rPr>
          <w:rFonts w:ascii="Arial" w:hAnsi="Arial" w:cs="Arial"/>
          <w:sz w:val="24"/>
          <w:szCs w:val="24"/>
        </w:rPr>
        <w:t>Prescription</w:t>
      </w:r>
      <w:r w:rsidRPr="00E96992">
        <w:rPr>
          <w:rFonts w:ascii="Arial" w:hAnsi="Arial" w:cs="Arial"/>
          <w:sz w:val="24"/>
          <w:szCs w:val="24"/>
        </w:rPr>
        <w:t>_query</w:t>
      </w:r>
      <w:proofErr w:type="spellEnd"/>
    </w:p>
    <w:p w14:paraId="1578BD72" w14:textId="77777777" w:rsidR="00C426E9" w:rsidRDefault="00C426E9" w:rsidP="004D4ED0">
      <w:pPr>
        <w:spacing w:line="360" w:lineRule="auto"/>
        <w:rPr>
          <w:rFonts w:ascii="Arial" w:hAnsi="Arial" w:cs="Arial"/>
        </w:rPr>
      </w:pPr>
    </w:p>
    <w:p w14:paraId="67501818" w14:textId="4769ADFC" w:rsidR="00C426E9" w:rsidRDefault="00CE1B69" w:rsidP="004D4ED0">
      <w:pPr>
        <w:spacing w:line="360" w:lineRule="auto"/>
        <w:rPr>
          <w:rFonts w:ascii="Arial" w:hAnsi="Arial" w:cs="Arial"/>
        </w:rPr>
      </w:pPr>
      <w:r>
        <w:rPr>
          <w:rFonts w:ascii="Arial" w:hAnsi="Arial" w:cs="Arial"/>
          <w:noProof/>
        </w:rPr>
        <w:drawing>
          <wp:anchor distT="0" distB="0" distL="114300" distR="114300" simplePos="0" relativeHeight="251662363" behindDoc="1" locked="0" layoutInCell="1" allowOverlap="1" wp14:anchorId="05FE2EA1" wp14:editId="7E1940FF">
            <wp:simplePos x="0" y="0"/>
            <wp:positionH relativeFrom="column">
              <wp:posOffset>0</wp:posOffset>
            </wp:positionH>
            <wp:positionV relativeFrom="paragraph">
              <wp:posOffset>0</wp:posOffset>
            </wp:positionV>
            <wp:extent cx="5480685" cy="3447415"/>
            <wp:effectExtent l="95250" t="95250" r="100965" b="95885"/>
            <wp:wrapNone/>
            <wp:docPr id="6126439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80685" cy="344741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14:paraId="0E1D4283" w14:textId="77777777" w:rsidR="00C426E9" w:rsidRDefault="00C426E9" w:rsidP="004D4ED0">
      <w:pPr>
        <w:spacing w:line="360" w:lineRule="auto"/>
        <w:rPr>
          <w:rFonts w:ascii="Arial" w:hAnsi="Arial" w:cs="Arial"/>
        </w:rPr>
      </w:pPr>
    </w:p>
    <w:p w14:paraId="3260AB58" w14:textId="77777777" w:rsidR="00C426E9" w:rsidRDefault="00C426E9" w:rsidP="004D4ED0">
      <w:pPr>
        <w:spacing w:line="360" w:lineRule="auto"/>
        <w:rPr>
          <w:rFonts w:ascii="Arial" w:hAnsi="Arial" w:cs="Arial"/>
        </w:rPr>
      </w:pPr>
    </w:p>
    <w:p w14:paraId="512AE9BC" w14:textId="77777777" w:rsidR="00C426E9" w:rsidRDefault="00C426E9" w:rsidP="004D4ED0">
      <w:pPr>
        <w:spacing w:line="360" w:lineRule="auto"/>
        <w:rPr>
          <w:rFonts w:ascii="Arial" w:hAnsi="Arial" w:cs="Arial"/>
        </w:rPr>
      </w:pPr>
    </w:p>
    <w:p w14:paraId="4FA46E9C" w14:textId="77777777" w:rsidR="00C426E9" w:rsidRDefault="00C426E9" w:rsidP="004D4ED0">
      <w:pPr>
        <w:spacing w:line="360" w:lineRule="auto"/>
        <w:rPr>
          <w:rFonts w:ascii="Arial" w:hAnsi="Arial" w:cs="Arial"/>
        </w:rPr>
      </w:pPr>
    </w:p>
    <w:p w14:paraId="592FCC80" w14:textId="77777777" w:rsidR="00C426E9" w:rsidRDefault="00C426E9" w:rsidP="004D4ED0">
      <w:pPr>
        <w:spacing w:line="360" w:lineRule="auto"/>
        <w:rPr>
          <w:rFonts w:ascii="Arial" w:hAnsi="Arial" w:cs="Arial"/>
        </w:rPr>
      </w:pPr>
    </w:p>
    <w:p w14:paraId="3B8E6996" w14:textId="77777777" w:rsidR="00C426E9" w:rsidRDefault="00C426E9" w:rsidP="004D4ED0">
      <w:pPr>
        <w:spacing w:line="360" w:lineRule="auto"/>
        <w:rPr>
          <w:rFonts w:ascii="Arial" w:hAnsi="Arial" w:cs="Arial"/>
        </w:rPr>
      </w:pPr>
    </w:p>
    <w:p w14:paraId="743DB238" w14:textId="77777777" w:rsidR="00C426E9" w:rsidRDefault="00C426E9" w:rsidP="004D4ED0">
      <w:pPr>
        <w:spacing w:line="360" w:lineRule="auto"/>
        <w:rPr>
          <w:rFonts w:ascii="Arial" w:hAnsi="Arial" w:cs="Arial"/>
        </w:rPr>
      </w:pPr>
    </w:p>
    <w:p w14:paraId="3B43FD82" w14:textId="77777777" w:rsidR="00C426E9" w:rsidRDefault="00C426E9" w:rsidP="004D4ED0">
      <w:pPr>
        <w:spacing w:line="360" w:lineRule="auto"/>
        <w:rPr>
          <w:rFonts w:ascii="Arial" w:hAnsi="Arial" w:cs="Arial"/>
        </w:rPr>
      </w:pPr>
    </w:p>
    <w:p w14:paraId="3CCE03EC" w14:textId="77777777" w:rsidR="00C426E9" w:rsidRDefault="00C426E9" w:rsidP="004D4ED0">
      <w:pPr>
        <w:spacing w:line="360" w:lineRule="auto"/>
        <w:rPr>
          <w:rFonts w:ascii="Arial" w:hAnsi="Arial" w:cs="Arial"/>
        </w:rPr>
      </w:pPr>
    </w:p>
    <w:p w14:paraId="34A607A6" w14:textId="77777777" w:rsidR="00C426E9" w:rsidRDefault="00C426E9" w:rsidP="004D4ED0">
      <w:pPr>
        <w:spacing w:line="360" w:lineRule="auto"/>
        <w:rPr>
          <w:rFonts w:ascii="Arial" w:hAnsi="Arial" w:cs="Arial"/>
        </w:rPr>
      </w:pPr>
    </w:p>
    <w:p w14:paraId="4340E190" w14:textId="2EBE3306" w:rsidR="00CE1B69" w:rsidRDefault="00CE1B69" w:rsidP="00CE1B69">
      <w:pPr>
        <w:spacing w:line="360" w:lineRule="auto"/>
        <w:jc w:val="center"/>
        <w:rPr>
          <w:rFonts w:ascii="Arial" w:hAnsi="Arial" w:cs="Arial"/>
          <w:sz w:val="24"/>
          <w:szCs w:val="24"/>
        </w:rPr>
      </w:pPr>
      <w:r w:rsidRPr="00E96992">
        <w:rPr>
          <w:rFonts w:ascii="Arial" w:hAnsi="Arial" w:cs="Arial"/>
          <w:sz w:val="24"/>
          <w:szCs w:val="24"/>
        </w:rPr>
        <w:t xml:space="preserve">Picture: </w:t>
      </w:r>
      <w:proofErr w:type="spellStart"/>
      <w:r>
        <w:rPr>
          <w:rFonts w:ascii="Arial" w:hAnsi="Arial" w:cs="Arial"/>
          <w:sz w:val="24"/>
          <w:szCs w:val="24"/>
        </w:rPr>
        <w:t>Doctor_Prescription</w:t>
      </w:r>
      <w:r w:rsidRPr="00E96992">
        <w:rPr>
          <w:rFonts w:ascii="Arial" w:hAnsi="Arial" w:cs="Arial"/>
          <w:sz w:val="24"/>
          <w:szCs w:val="24"/>
        </w:rPr>
        <w:t>_query</w:t>
      </w:r>
      <w:proofErr w:type="spellEnd"/>
    </w:p>
    <w:p w14:paraId="5672CDD3" w14:textId="77777777" w:rsidR="00E71488" w:rsidRDefault="00E71488" w:rsidP="00CE1B69">
      <w:pPr>
        <w:spacing w:line="360" w:lineRule="auto"/>
        <w:jc w:val="center"/>
        <w:rPr>
          <w:rFonts w:ascii="Arial" w:hAnsi="Arial" w:cs="Arial"/>
          <w:sz w:val="24"/>
          <w:szCs w:val="24"/>
        </w:rPr>
      </w:pPr>
    </w:p>
    <w:p w14:paraId="2A95C94C" w14:textId="77777777" w:rsidR="00E71488" w:rsidRDefault="00E71488" w:rsidP="00CE1B69">
      <w:pPr>
        <w:spacing w:line="360" w:lineRule="auto"/>
        <w:jc w:val="center"/>
        <w:rPr>
          <w:rFonts w:ascii="Arial" w:hAnsi="Arial" w:cs="Arial"/>
          <w:sz w:val="24"/>
          <w:szCs w:val="24"/>
        </w:rPr>
      </w:pPr>
    </w:p>
    <w:p w14:paraId="0698775C" w14:textId="77777777" w:rsidR="00E71488" w:rsidRDefault="00E71488" w:rsidP="00CE1B69">
      <w:pPr>
        <w:spacing w:line="360" w:lineRule="auto"/>
        <w:jc w:val="center"/>
        <w:rPr>
          <w:rFonts w:ascii="Arial" w:hAnsi="Arial" w:cs="Arial"/>
          <w:sz w:val="24"/>
          <w:szCs w:val="24"/>
        </w:rPr>
      </w:pPr>
    </w:p>
    <w:p w14:paraId="69EED6E7" w14:textId="77777777" w:rsidR="00E71488" w:rsidRDefault="00E71488" w:rsidP="00CE1B69">
      <w:pPr>
        <w:spacing w:line="360" w:lineRule="auto"/>
        <w:jc w:val="center"/>
        <w:rPr>
          <w:rFonts w:ascii="Arial" w:hAnsi="Arial" w:cs="Arial"/>
          <w:sz w:val="24"/>
          <w:szCs w:val="24"/>
        </w:rPr>
      </w:pPr>
    </w:p>
    <w:p w14:paraId="36E5C7FA" w14:textId="77777777" w:rsidR="00E71488" w:rsidRDefault="00E71488" w:rsidP="00CE1B69">
      <w:pPr>
        <w:spacing w:line="360" w:lineRule="auto"/>
        <w:jc w:val="center"/>
        <w:rPr>
          <w:rFonts w:ascii="Arial" w:hAnsi="Arial" w:cs="Arial"/>
          <w:sz w:val="24"/>
          <w:szCs w:val="24"/>
        </w:rPr>
      </w:pPr>
    </w:p>
    <w:p w14:paraId="2CA7084D" w14:textId="77777777" w:rsidR="00E71488" w:rsidRDefault="00E71488" w:rsidP="00CE1B69">
      <w:pPr>
        <w:spacing w:line="360" w:lineRule="auto"/>
        <w:jc w:val="center"/>
        <w:rPr>
          <w:rFonts w:ascii="Arial" w:hAnsi="Arial" w:cs="Arial"/>
          <w:sz w:val="24"/>
          <w:szCs w:val="24"/>
        </w:rPr>
      </w:pPr>
    </w:p>
    <w:p w14:paraId="6540D05A" w14:textId="77777777" w:rsidR="00E71488" w:rsidRPr="00D8384D" w:rsidRDefault="00E71488" w:rsidP="00CE1B69">
      <w:pPr>
        <w:spacing w:line="360" w:lineRule="auto"/>
        <w:jc w:val="center"/>
        <w:rPr>
          <w:rFonts w:ascii="Arial" w:hAnsi="Arial" w:cs="Arial"/>
        </w:rPr>
      </w:pPr>
    </w:p>
    <w:p w14:paraId="307415F2" w14:textId="77777777" w:rsidR="00C426E9" w:rsidRDefault="00C426E9" w:rsidP="004D4ED0">
      <w:pPr>
        <w:spacing w:line="360" w:lineRule="auto"/>
        <w:rPr>
          <w:rFonts w:ascii="Arial" w:hAnsi="Arial" w:cs="Arial"/>
        </w:rPr>
      </w:pPr>
    </w:p>
    <w:p w14:paraId="3061FEDF" w14:textId="25C399D9" w:rsidR="00C426E9" w:rsidRDefault="00E71488" w:rsidP="004D4ED0">
      <w:pPr>
        <w:spacing w:line="360" w:lineRule="auto"/>
        <w:rPr>
          <w:rFonts w:ascii="Arial" w:hAnsi="Arial" w:cs="Arial"/>
        </w:rPr>
      </w:pPr>
      <w:r>
        <w:rPr>
          <w:rFonts w:ascii="Arial" w:hAnsi="Arial" w:cs="Arial"/>
          <w:noProof/>
        </w:rPr>
        <w:drawing>
          <wp:anchor distT="0" distB="0" distL="114300" distR="114300" simplePos="0" relativeHeight="251663387" behindDoc="1" locked="0" layoutInCell="1" allowOverlap="1" wp14:anchorId="7F174D03" wp14:editId="7E3D471D">
            <wp:simplePos x="0" y="0"/>
            <wp:positionH relativeFrom="column">
              <wp:posOffset>0</wp:posOffset>
            </wp:positionH>
            <wp:positionV relativeFrom="paragraph">
              <wp:posOffset>0</wp:posOffset>
            </wp:positionV>
            <wp:extent cx="5485765" cy="3554095"/>
            <wp:effectExtent l="95250" t="95250" r="95885" b="103505"/>
            <wp:wrapNone/>
            <wp:docPr id="79987529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485765" cy="355409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14:paraId="3000A513" w14:textId="77777777" w:rsidR="00C426E9" w:rsidRDefault="00C426E9" w:rsidP="004D4ED0">
      <w:pPr>
        <w:spacing w:line="360" w:lineRule="auto"/>
        <w:rPr>
          <w:rFonts w:ascii="Arial" w:hAnsi="Arial" w:cs="Arial"/>
        </w:rPr>
      </w:pPr>
    </w:p>
    <w:p w14:paraId="0A703821" w14:textId="77777777" w:rsidR="00C426E9" w:rsidRDefault="00C426E9" w:rsidP="004D4ED0">
      <w:pPr>
        <w:spacing w:line="360" w:lineRule="auto"/>
        <w:rPr>
          <w:rFonts w:ascii="Arial" w:hAnsi="Arial" w:cs="Arial"/>
        </w:rPr>
      </w:pPr>
    </w:p>
    <w:p w14:paraId="62B30D50" w14:textId="77777777" w:rsidR="00C426E9" w:rsidRDefault="00C426E9" w:rsidP="004D4ED0">
      <w:pPr>
        <w:spacing w:line="360" w:lineRule="auto"/>
        <w:rPr>
          <w:rFonts w:ascii="Arial" w:hAnsi="Arial" w:cs="Arial"/>
        </w:rPr>
      </w:pPr>
    </w:p>
    <w:p w14:paraId="09FB6AFC" w14:textId="77777777" w:rsidR="00C426E9" w:rsidRDefault="00C426E9" w:rsidP="004D4ED0">
      <w:pPr>
        <w:spacing w:line="360" w:lineRule="auto"/>
        <w:rPr>
          <w:rFonts w:ascii="Arial" w:hAnsi="Arial" w:cs="Arial"/>
        </w:rPr>
      </w:pPr>
    </w:p>
    <w:p w14:paraId="028A3A4E" w14:textId="77777777" w:rsidR="00C426E9" w:rsidRDefault="00C426E9" w:rsidP="004D4ED0">
      <w:pPr>
        <w:spacing w:line="360" w:lineRule="auto"/>
        <w:rPr>
          <w:rFonts w:ascii="Arial" w:hAnsi="Arial" w:cs="Arial"/>
        </w:rPr>
      </w:pPr>
    </w:p>
    <w:p w14:paraId="63FF33A1" w14:textId="77777777" w:rsidR="00C426E9" w:rsidRDefault="00C426E9" w:rsidP="004D4ED0">
      <w:pPr>
        <w:spacing w:line="360" w:lineRule="auto"/>
        <w:rPr>
          <w:rFonts w:ascii="Arial" w:hAnsi="Arial" w:cs="Arial"/>
        </w:rPr>
      </w:pPr>
    </w:p>
    <w:p w14:paraId="7224D592" w14:textId="77777777" w:rsidR="00C426E9" w:rsidRDefault="00C426E9" w:rsidP="004D4ED0">
      <w:pPr>
        <w:spacing w:line="360" w:lineRule="auto"/>
        <w:rPr>
          <w:rFonts w:ascii="Arial" w:hAnsi="Arial" w:cs="Arial"/>
        </w:rPr>
      </w:pPr>
    </w:p>
    <w:p w14:paraId="5FBE7169" w14:textId="77777777" w:rsidR="00C426E9" w:rsidRDefault="00C426E9" w:rsidP="004D4ED0">
      <w:pPr>
        <w:spacing w:line="360" w:lineRule="auto"/>
        <w:rPr>
          <w:rFonts w:ascii="Arial" w:hAnsi="Arial" w:cs="Arial"/>
        </w:rPr>
      </w:pPr>
    </w:p>
    <w:p w14:paraId="47BA8E50" w14:textId="77777777" w:rsidR="00C426E9" w:rsidRDefault="00C426E9" w:rsidP="004D4ED0">
      <w:pPr>
        <w:spacing w:line="360" w:lineRule="auto"/>
        <w:rPr>
          <w:rFonts w:ascii="Arial" w:hAnsi="Arial" w:cs="Arial"/>
        </w:rPr>
      </w:pPr>
    </w:p>
    <w:p w14:paraId="22A47BF2" w14:textId="77777777" w:rsidR="00C426E9" w:rsidRDefault="00C426E9" w:rsidP="004D4ED0">
      <w:pPr>
        <w:spacing w:line="360" w:lineRule="auto"/>
        <w:rPr>
          <w:rFonts w:ascii="Arial" w:hAnsi="Arial" w:cs="Arial"/>
        </w:rPr>
      </w:pPr>
    </w:p>
    <w:p w14:paraId="72B5D9CE" w14:textId="6C2813C0" w:rsidR="00E71488" w:rsidRDefault="00E71488" w:rsidP="00E71488">
      <w:pPr>
        <w:spacing w:line="360" w:lineRule="auto"/>
        <w:jc w:val="center"/>
        <w:rPr>
          <w:rFonts w:ascii="Arial" w:hAnsi="Arial" w:cs="Arial"/>
          <w:sz w:val="24"/>
          <w:szCs w:val="24"/>
        </w:rPr>
      </w:pPr>
      <w:r w:rsidRPr="00E96992">
        <w:rPr>
          <w:rFonts w:ascii="Arial" w:hAnsi="Arial" w:cs="Arial"/>
          <w:sz w:val="24"/>
          <w:szCs w:val="24"/>
        </w:rPr>
        <w:t xml:space="preserve">Picture: </w:t>
      </w:r>
      <w:proofErr w:type="spellStart"/>
      <w:r>
        <w:rPr>
          <w:rFonts w:ascii="Arial" w:hAnsi="Arial" w:cs="Arial"/>
          <w:sz w:val="24"/>
          <w:szCs w:val="24"/>
        </w:rPr>
        <w:t>Medicine</w:t>
      </w:r>
      <w:r>
        <w:rPr>
          <w:rFonts w:ascii="Arial" w:hAnsi="Arial" w:cs="Arial"/>
          <w:sz w:val="24"/>
          <w:szCs w:val="24"/>
        </w:rPr>
        <w:t>_</w:t>
      </w:r>
      <w:r w:rsidR="00316C96">
        <w:rPr>
          <w:rFonts w:ascii="Arial" w:hAnsi="Arial" w:cs="Arial"/>
          <w:sz w:val="24"/>
          <w:szCs w:val="24"/>
        </w:rPr>
        <w:t>Supplier</w:t>
      </w:r>
      <w:r w:rsidRPr="00E96992">
        <w:rPr>
          <w:rFonts w:ascii="Arial" w:hAnsi="Arial" w:cs="Arial"/>
          <w:sz w:val="24"/>
          <w:szCs w:val="24"/>
        </w:rPr>
        <w:t>_query</w:t>
      </w:r>
      <w:proofErr w:type="spellEnd"/>
    </w:p>
    <w:p w14:paraId="2774BCA6" w14:textId="7049DF4B" w:rsidR="00C426E9" w:rsidRDefault="00505A18" w:rsidP="004D4ED0">
      <w:pPr>
        <w:spacing w:line="360" w:lineRule="auto"/>
        <w:rPr>
          <w:rFonts w:ascii="Arial" w:hAnsi="Arial" w:cs="Arial"/>
        </w:rPr>
      </w:pPr>
      <w:r>
        <w:rPr>
          <w:rFonts w:ascii="Arial" w:hAnsi="Arial" w:cs="Arial"/>
          <w:noProof/>
        </w:rPr>
        <w:drawing>
          <wp:anchor distT="0" distB="0" distL="114300" distR="114300" simplePos="0" relativeHeight="251664411" behindDoc="1" locked="0" layoutInCell="1" allowOverlap="1" wp14:anchorId="1A42D460" wp14:editId="6373B666">
            <wp:simplePos x="0" y="0"/>
            <wp:positionH relativeFrom="column">
              <wp:posOffset>0</wp:posOffset>
            </wp:positionH>
            <wp:positionV relativeFrom="paragraph">
              <wp:posOffset>0</wp:posOffset>
            </wp:positionV>
            <wp:extent cx="5485130" cy="3569970"/>
            <wp:effectExtent l="95250" t="95250" r="96520" b="87630"/>
            <wp:wrapNone/>
            <wp:docPr id="66246260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485130" cy="356997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14:paraId="7C1C0A89" w14:textId="77777777" w:rsidR="00C426E9" w:rsidRDefault="00C426E9" w:rsidP="004D4ED0">
      <w:pPr>
        <w:spacing w:line="360" w:lineRule="auto"/>
        <w:rPr>
          <w:rFonts w:ascii="Arial" w:hAnsi="Arial" w:cs="Arial"/>
        </w:rPr>
      </w:pPr>
    </w:p>
    <w:p w14:paraId="0C572134" w14:textId="77777777" w:rsidR="00C426E9" w:rsidRDefault="00C426E9" w:rsidP="004D4ED0">
      <w:pPr>
        <w:spacing w:line="360" w:lineRule="auto"/>
        <w:rPr>
          <w:rFonts w:ascii="Arial" w:hAnsi="Arial" w:cs="Arial"/>
        </w:rPr>
      </w:pPr>
    </w:p>
    <w:p w14:paraId="20C422C7" w14:textId="77777777" w:rsidR="00C426E9" w:rsidRDefault="00C426E9" w:rsidP="004D4ED0">
      <w:pPr>
        <w:spacing w:line="360" w:lineRule="auto"/>
        <w:rPr>
          <w:rFonts w:ascii="Arial" w:hAnsi="Arial" w:cs="Arial"/>
        </w:rPr>
      </w:pPr>
    </w:p>
    <w:p w14:paraId="3064A3DE" w14:textId="77777777" w:rsidR="00C426E9" w:rsidRDefault="00C426E9" w:rsidP="004D4ED0">
      <w:pPr>
        <w:spacing w:line="360" w:lineRule="auto"/>
        <w:rPr>
          <w:rFonts w:ascii="Arial" w:hAnsi="Arial" w:cs="Arial"/>
        </w:rPr>
      </w:pPr>
    </w:p>
    <w:p w14:paraId="3842B587" w14:textId="77777777" w:rsidR="00C426E9" w:rsidRDefault="00C426E9" w:rsidP="004D4ED0">
      <w:pPr>
        <w:spacing w:line="360" w:lineRule="auto"/>
        <w:rPr>
          <w:rFonts w:ascii="Arial" w:hAnsi="Arial" w:cs="Arial"/>
        </w:rPr>
      </w:pPr>
    </w:p>
    <w:p w14:paraId="54BF0132" w14:textId="77777777" w:rsidR="00C426E9" w:rsidRDefault="00C426E9" w:rsidP="004D4ED0">
      <w:pPr>
        <w:spacing w:line="360" w:lineRule="auto"/>
        <w:rPr>
          <w:rFonts w:ascii="Arial" w:hAnsi="Arial" w:cs="Arial"/>
        </w:rPr>
      </w:pPr>
    </w:p>
    <w:p w14:paraId="46D90F22" w14:textId="77777777" w:rsidR="00C426E9" w:rsidRDefault="00C426E9" w:rsidP="004D4ED0">
      <w:pPr>
        <w:spacing w:line="360" w:lineRule="auto"/>
        <w:rPr>
          <w:rFonts w:ascii="Arial" w:hAnsi="Arial" w:cs="Arial"/>
        </w:rPr>
      </w:pPr>
    </w:p>
    <w:p w14:paraId="2D130E51" w14:textId="77777777" w:rsidR="00C426E9" w:rsidRDefault="00C426E9" w:rsidP="004D4ED0">
      <w:pPr>
        <w:spacing w:line="360" w:lineRule="auto"/>
        <w:rPr>
          <w:rFonts w:ascii="Arial" w:hAnsi="Arial" w:cs="Arial"/>
        </w:rPr>
      </w:pPr>
    </w:p>
    <w:p w14:paraId="6A759F8E" w14:textId="77777777" w:rsidR="00C576E4" w:rsidRDefault="00C576E4" w:rsidP="00C576E4">
      <w:pPr>
        <w:spacing w:line="360" w:lineRule="auto"/>
        <w:jc w:val="center"/>
        <w:rPr>
          <w:rFonts w:ascii="Arial" w:hAnsi="Arial" w:cs="Arial"/>
          <w:sz w:val="24"/>
          <w:szCs w:val="24"/>
        </w:rPr>
      </w:pPr>
    </w:p>
    <w:p w14:paraId="0D073A72" w14:textId="59EF594A" w:rsidR="00C576E4" w:rsidRDefault="00C576E4" w:rsidP="00C576E4">
      <w:pPr>
        <w:spacing w:line="360" w:lineRule="auto"/>
        <w:jc w:val="center"/>
        <w:rPr>
          <w:rFonts w:ascii="Arial" w:hAnsi="Arial" w:cs="Arial"/>
          <w:sz w:val="24"/>
          <w:szCs w:val="24"/>
        </w:rPr>
      </w:pPr>
      <w:r w:rsidRPr="00E96992">
        <w:rPr>
          <w:rFonts w:ascii="Arial" w:hAnsi="Arial" w:cs="Arial"/>
          <w:sz w:val="24"/>
          <w:szCs w:val="24"/>
        </w:rPr>
        <w:t xml:space="preserve">Picture: </w:t>
      </w:r>
      <w:proofErr w:type="spellStart"/>
      <w:r w:rsidR="005145FC">
        <w:rPr>
          <w:rFonts w:ascii="Arial" w:hAnsi="Arial" w:cs="Arial"/>
          <w:sz w:val="24"/>
          <w:szCs w:val="24"/>
        </w:rPr>
        <w:t>Stock</w:t>
      </w:r>
      <w:r>
        <w:rPr>
          <w:rFonts w:ascii="Arial" w:hAnsi="Arial" w:cs="Arial"/>
          <w:sz w:val="24"/>
          <w:szCs w:val="24"/>
        </w:rPr>
        <w:t>_</w:t>
      </w:r>
      <w:r w:rsidR="005145FC">
        <w:rPr>
          <w:rFonts w:ascii="Arial" w:hAnsi="Arial" w:cs="Arial"/>
          <w:sz w:val="24"/>
          <w:szCs w:val="24"/>
        </w:rPr>
        <w:t>Quantity</w:t>
      </w:r>
      <w:r w:rsidRPr="00E96992">
        <w:rPr>
          <w:rFonts w:ascii="Arial" w:hAnsi="Arial" w:cs="Arial"/>
          <w:sz w:val="24"/>
          <w:szCs w:val="24"/>
        </w:rPr>
        <w:t>_query</w:t>
      </w:r>
      <w:proofErr w:type="spellEnd"/>
    </w:p>
    <w:p w14:paraId="0F63F09F" w14:textId="77777777" w:rsidR="00C426E9" w:rsidRDefault="00C426E9" w:rsidP="004D4ED0">
      <w:pPr>
        <w:spacing w:line="360" w:lineRule="auto"/>
        <w:rPr>
          <w:rFonts w:ascii="Arial" w:hAnsi="Arial" w:cs="Arial"/>
        </w:rPr>
      </w:pPr>
    </w:p>
    <w:p w14:paraId="51123093" w14:textId="4DF79361" w:rsidR="00C426E9" w:rsidRDefault="003916D2" w:rsidP="004D4ED0">
      <w:pPr>
        <w:spacing w:line="360" w:lineRule="auto"/>
        <w:rPr>
          <w:rFonts w:ascii="Arial" w:hAnsi="Arial" w:cs="Arial"/>
        </w:rPr>
      </w:pPr>
      <w:r>
        <w:rPr>
          <w:rFonts w:ascii="Arial" w:hAnsi="Arial" w:cs="Arial"/>
          <w:noProof/>
        </w:rPr>
        <w:drawing>
          <wp:anchor distT="0" distB="0" distL="114300" distR="114300" simplePos="0" relativeHeight="251667483" behindDoc="1" locked="0" layoutInCell="1" allowOverlap="1" wp14:anchorId="2805AFBB" wp14:editId="2327EE8E">
            <wp:simplePos x="0" y="0"/>
            <wp:positionH relativeFrom="column">
              <wp:posOffset>0</wp:posOffset>
            </wp:positionH>
            <wp:positionV relativeFrom="paragraph">
              <wp:posOffset>0</wp:posOffset>
            </wp:positionV>
            <wp:extent cx="5484495" cy="1416685"/>
            <wp:effectExtent l="0" t="0" r="1905" b="0"/>
            <wp:wrapNone/>
            <wp:docPr id="84504368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484495" cy="14166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921833" w14:textId="77777777" w:rsidR="00C426E9" w:rsidRDefault="00C426E9" w:rsidP="004D4ED0">
      <w:pPr>
        <w:spacing w:line="360" w:lineRule="auto"/>
        <w:rPr>
          <w:rFonts w:ascii="Arial" w:hAnsi="Arial" w:cs="Arial"/>
        </w:rPr>
      </w:pPr>
    </w:p>
    <w:p w14:paraId="2E82EA4B" w14:textId="77777777" w:rsidR="00C426E9" w:rsidRDefault="00C426E9" w:rsidP="004D4ED0">
      <w:pPr>
        <w:spacing w:line="360" w:lineRule="auto"/>
        <w:rPr>
          <w:rFonts w:ascii="Arial" w:hAnsi="Arial" w:cs="Arial"/>
        </w:rPr>
      </w:pPr>
    </w:p>
    <w:p w14:paraId="43A46242" w14:textId="77777777" w:rsidR="00C426E9" w:rsidRDefault="00C426E9" w:rsidP="004D4ED0">
      <w:pPr>
        <w:spacing w:line="360" w:lineRule="auto"/>
        <w:rPr>
          <w:rFonts w:ascii="Arial" w:hAnsi="Arial" w:cs="Arial"/>
        </w:rPr>
      </w:pPr>
    </w:p>
    <w:p w14:paraId="662A5E27" w14:textId="77777777" w:rsidR="00C426E9" w:rsidRDefault="00C426E9" w:rsidP="004D4ED0">
      <w:pPr>
        <w:spacing w:line="360" w:lineRule="auto"/>
        <w:rPr>
          <w:rFonts w:ascii="Arial" w:hAnsi="Arial" w:cs="Arial"/>
        </w:rPr>
      </w:pPr>
    </w:p>
    <w:p w14:paraId="5912C935" w14:textId="72445055" w:rsidR="00C426E9" w:rsidRDefault="00E27073" w:rsidP="00E27073">
      <w:pPr>
        <w:spacing w:line="360" w:lineRule="auto"/>
        <w:jc w:val="center"/>
        <w:rPr>
          <w:rFonts w:ascii="Arial" w:hAnsi="Arial" w:cs="Arial"/>
          <w:sz w:val="24"/>
          <w:szCs w:val="24"/>
        </w:rPr>
      </w:pPr>
      <w:r w:rsidRPr="00E27073">
        <w:rPr>
          <w:rFonts w:ascii="Arial" w:hAnsi="Arial" w:cs="Arial"/>
          <w:sz w:val="24"/>
          <w:szCs w:val="24"/>
        </w:rPr>
        <w:t xml:space="preserve">Picture: </w:t>
      </w:r>
      <w:r w:rsidRPr="00E27073">
        <w:rPr>
          <w:rFonts w:ascii="Arial" w:hAnsi="Arial" w:cs="Arial"/>
          <w:sz w:val="24"/>
          <w:szCs w:val="24"/>
        </w:rPr>
        <w:t>Incorrect stock totals</w:t>
      </w:r>
    </w:p>
    <w:p w14:paraId="0111DFBA" w14:textId="0A75C5C3" w:rsidR="007770E5" w:rsidRPr="00E27073" w:rsidRDefault="007770E5" w:rsidP="007770E5">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66459" behindDoc="1" locked="0" layoutInCell="1" allowOverlap="1" wp14:anchorId="2B5EB182" wp14:editId="03951C92">
            <wp:simplePos x="0" y="0"/>
            <wp:positionH relativeFrom="column">
              <wp:posOffset>0</wp:posOffset>
            </wp:positionH>
            <wp:positionV relativeFrom="paragraph">
              <wp:posOffset>-635</wp:posOffset>
            </wp:positionV>
            <wp:extent cx="5483225" cy="1565275"/>
            <wp:effectExtent l="0" t="0" r="3175" b="0"/>
            <wp:wrapNone/>
            <wp:docPr id="17022468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483225" cy="1565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130F53" w14:textId="77777777" w:rsidR="00C426E9" w:rsidRDefault="00C426E9" w:rsidP="004D4ED0">
      <w:pPr>
        <w:spacing w:line="360" w:lineRule="auto"/>
        <w:rPr>
          <w:rFonts w:ascii="Arial" w:hAnsi="Arial" w:cs="Arial"/>
        </w:rPr>
      </w:pPr>
    </w:p>
    <w:p w14:paraId="7B730BBE" w14:textId="77777777" w:rsidR="00C426E9" w:rsidRDefault="00C426E9" w:rsidP="004D4ED0">
      <w:pPr>
        <w:spacing w:line="360" w:lineRule="auto"/>
        <w:rPr>
          <w:rFonts w:ascii="Arial" w:hAnsi="Arial" w:cs="Arial"/>
        </w:rPr>
      </w:pPr>
    </w:p>
    <w:p w14:paraId="33808FF4" w14:textId="77777777" w:rsidR="00C426E9" w:rsidRDefault="00C426E9" w:rsidP="004D4ED0">
      <w:pPr>
        <w:spacing w:line="360" w:lineRule="auto"/>
        <w:rPr>
          <w:rFonts w:ascii="Arial" w:hAnsi="Arial" w:cs="Arial"/>
        </w:rPr>
      </w:pPr>
    </w:p>
    <w:p w14:paraId="5D299FA8" w14:textId="77777777" w:rsidR="00C426E9" w:rsidRDefault="00C426E9" w:rsidP="004D4ED0">
      <w:pPr>
        <w:spacing w:line="360" w:lineRule="auto"/>
        <w:rPr>
          <w:rFonts w:ascii="Arial" w:hAnsi="Arial" w:cs="Arial"/>
        </w:rPr>
      </w:pPr>
    </w:p>
    <w:p w14:paraId="1D8EA636" w14:textId="5638025E" w:rsidR="00C426E9" w:rsidRPr="008B1001" w:rsidRDefault="006E5D52" w:rsidP="008B1001">
      <w:pPr>
        <w:spacing w:line="360" w:lineRule="auto"/>
        <w:jc w:val="center"/>
        <w:rPr>
          <w:rFonts w:ascii="Arial" w:hAnsi="Arial" w:cs="Arial"/>
          <w:sz w:val="24"/>
          <w:szCs w:val="24"/>
        </w:rPr>
      </w:pPr>
      <w:r w:rsidRPr="008B1001">
        <w:rPr>
          <w:rFonts w:ascii="Arial" w:hAnsi="Arial" w:cs="Arial"/>
          <w:sz w:val="24"/>
          <w:szCs w:val="24"/>
        </w:rPr>
        <w:t>Picture</w:t>
      </w:r>
      <w:r w:rsidR="008B1001" w:rsidRPr="008B1001">
        <w:rPr>
          <w:rFonts w:ascii="Arial" w:hAnsi="Arial" w:cs="Arial"/>
          <w:sz w:val="24"/>
          <w:szCs w:val="24"/>
        </w:rPr>
        <w:t xml:space="preserve">: </w:t>
      </w:r>
      <w:r w:rsidRPr="008B1001">
        <w:rPr>
          <w:rFonts w:ascii="Arial" w:hAnsi="Arial" w:cs="Arial"/>
          <w:sz w:val="24"/>
          <w:szCs w:val="24"/>
        </w:rPr>
        <w:t>Duplicate supplier entries</w:t>
      </w:r>
    </w:p>
    <w:p w14:paraId="6B9B6DDB" w14:textId="77777777" w:rsidR="00C426E9" w:rsidRDefault="00C426E9" w:rsidP="004D4ED0">
      <w:pPr>
        <w:spacing w:line="360" w:lineRule="auto"/>
        <w:rPr>
          <w:rFonts w:ascii="Arial" w:hAnsi="Arial" w:cs="Arial"/>
        </w:rPr>
      </w:pPr>
    </w:p>
    <w:p w14:paraId="567376BA" w14:textId="7E169B61" w:rsidR="00C426E9" w:rsidRDefault="00025E68" w:rsidP="004D4ED0">
      <w:pPr>
        <w:spacing w:line="360" w:lineRule="auto"/>
        <w:rPr>
          <w:rFonts w:ascii="Arial" w:hAnsi="Arial" w:cs="Arial"/>
        </w:rPr>
      </w:pPr>
      <w:r>
        <w:rPr>
          <w:rFonts w:ascii="Arial" w:hAnsi="Arial" w:cs="Arial"/>
          <w:noProof/>
        </w:rPr>
        <w:drawing>
          <wp:anchor distT="0" distB="0" distL="114300" distR="114300" simplePos="0" relativeHeight="251668507" behindDoc="1" locked="0" layoutInCell="1" allowOverlap="1" wp14:anchorId="0BABD7CA" wp14:editId="367693F3">
            <wp:simplePos x="0" y="0"/>
            <wp:positionH relativeFrom="column">
              <wp:posOffset>0</wp:posOffset>
            </wp:positionH>
            <wp:positionV relativeFrom="paragraph">
              <wp:posOffset>-635</wp:posOffset>
            </wp:positionV>
            <wp:extent cx="5479415" cy="1334135"/>
            <wp:effectExtent l="0" t="0" r="6985" b="0"/>
            <wp:wrapNone/>
            <wp:docPr id="207950536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479415" cy="1334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DDE964" w14:textId="77777777" w:rsidR="00C426E9" w:rsidRDefault="00C426E9" w:rsidP="004D4ED0">
      <w:pPr>
        <w:spacing w:line="360" w:lineRule="auto"/>
        <w:rPr>
          <w:rFonts w:ascii="Arial" w:hAnsi="Arial" w:cs="Arial"/>
        </w:rPr>
      </w:pPr>
    </w:p>
    <w:p w14:paraId="568B59EC" w14:textId="77777777" w:rsidR="00C426E9" w:rsidRDefault="00C426E9" w:rsidP="004D4ED0">
      <w:pPr>
        <w:spacing w:line="360" w:lineRule="auto"/>
        <w:rPr>
          <w:rFonts w:ascii="Arial" w:hAnsi="Arial" w:cs="Arial"/>
        </w:rPr>
      </w:pPr>
    </w:p>
    <w:p w14:paraId="60D19F59" w14:textId="77777777" w:rsidR="00C426E9" w:rsidRDefault="00C426E9" w:rsidP="004D4ED0">
      <w:pPr>
        <w:spacing w:line="360" w:lineRule="auto"/>
        <w:rPr>
          <w:rFonts w:ascii="Arial" w:hAnsi="Arial" w:cs="Arial"/>
        </w:rPr>
      </w:pPr>
    </w:p>
    <w:p w14:paraId="3E597489" w14:textId="54D35753" w:rsidR="00C426E9" w:rsidRPr="002A22CC" w:rsidRDefault="002A22CC" w:rsidP="002A22CC">
      <w:pPr>
        <w:spacing w:line="360" w:lineRule="auto"/>
        <w:jc w:val="center"/>
        <w:rPr>
          <w:rFonts w:ascii="Arial" w:hAnsi="Arial" w:cs="Arial"/>
          <w:sz w:val="24"/>
          <w:szCs w:val="24"/>
        </w:rPr>
      </w:pPr>
      <w:r w:rsidRPr="002A22CC">
        <w:rPr>
          <w:rFonts w:ascii="Arial" w:hAnsi="Arial" w:cs="Arial"/>
          <w:sz w:val="24"/>
          <w:szCs w:val="24"/>
        </w:rPr>
        <w:t xml:space="preserve">Picture: </w:t>
      </w:r>
      <w:r w:rsidRPr="002A22CC">
        <w:rPr>
          <w:rFonts w:ascii="Arial" w:hAnsi="Arial" w:cs="Arial"/>
          <w:sz w:val="24"/>
          <w:szCs w:val="24"/>
        </w:rPr>
        <w:t>Sales transactions are not linked to prescriptions</w:t>
      </w:r>
    </w:p>
    <w:p w14:paraId="11BA2DC7" w14:textId="74AE29A2" w:rsidR="00C426E9" w:rsidRPr="00BE649A" w:rsidRDefault="00C426E9" w:rsidP="004D4ED0">
      <w:pPr>
        <w:spacing w:line="360" w:lineRule="auto"/>
        <w:rPr>
          <w:rFonts w:ascii="Arial" w:hAnsi="Arial" w:cs="Arial"/>
        </w:rPr>
      </w:pPr>
    </w:p>
    <w:sectPr w:rsidR="00C426E9" w:rsidRPr="00BE649A"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157A7" w14:textId="77777777" w:rsidR="00123EA4" w:rsidRPr="002A0E8B" w:rsidRDefault="00123EA4" w:rsidP="007E416F">
      <w:pPr>
        <w:spacing w:after="0" w:line="240" w:lineRule="auto"/>
      </w:pPr>
      <w:r w:rsidRPr="002A0E8B">
        <w:separator/>
      </w:r>
    </w:p>
  </w:endnote>
  <w:endnote w:type="continuationSeparator" w:id="0">
    <w:p w14:paraId="7974A4D2" w14:textId="77777777" w:rsidR="00123EA4" w:rsidRPr="002A0E8B" w:rsidRDefault="00123EA4" w:rsidP="007E416F">
      <w:pPr>
        <w:spacing w:after="0" w:line="240" w:lineRule="auto"/>
      </w:pPr>
      <w:r w:rsidRPr="002A0E8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7E6954" w14:textId="77777777" w:rsidR="00123EA4" w:rsidRPr="002A0E8B" w:rsidRDefault="00123EA4" w:rsidP="007E416F">
      <w:pPr>
        <w:spacing w:after="0" w:line="240" w:lineRule="auto"/>
      </w:pPr>
      <w:r w:rsidRPr="002A0E8B">
        <w:separator/>
      </w:r>
    </w:p>
  </w:footnote>
  <w:footnote w:type="continuationSeparator" w:id="0">
    <w:p w14:paraId="713EEFE8" w14:textId="77777777" w:rsidR="00123EA4" w:rsidRPr="002A0E8B" w:rsidRDefault="00123EA4" w:rsidP="007E416F">
      <w:pPr>
        <w:spacing w:after="0" w:line="240" w:lineRule="auto"/>
      </w:pPr>
      <w:r w:rsidRPr="002A0E8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21100B7"/>
    <w:multiLevelType w:val="hybridMultilevel"/>
    <w:tmpl w:val="03DC6D4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3475F7B"/>
    <w:multiLevelType w:val="hybridMultilevel"/>
    <w:tmpl w:val="3D5685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AA76872"/>
    <w:multiLevelType w:val="hybridMultilevel"/>
    <w:tmpl w:val="944CB4EC"/>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0B0F7149"/>
    <w:multiLevelType w:val="hybridMultilevel"/>
    <w:tmpl w:val="813A27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C781455"/>
    <w:multiLevelType w:val="multilevel"/>
    <w:tmpl w:val="6E680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D2F7A94"/>
    <w:multiLevelType w:val="hybridMultilevel"/>
    <w:tmpl w:val="E182DA7E"/>
    <w:lvl w:ilvl="0" w:tplc="08090009">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0EAF1276"/>
    <w:multiLevelType w:val="hybridMultilevel"/>
    <w:tmpl w:val="6C9AAAA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ED25007"/>
    <w:multiLevelType w:val="multilevel"/>
    <w:tmpl w:val="504E2584"/>
    <w:lvl w:ilvl="0">
      <w:start w:val="1"/>
      <w:numFmt w:val="decimal"/>
      <w:lvlText w:val="%1."/>
      <w:lvlJc w:val="left"/>
      <w:pPr>
        <w:ind w:left="360" w:hanging="360"/>
      </w:pPr>
      <w:rPr>
        <w:rFonts w:hint="default"/>
      </w:rPr>
    </w:lvl>
    <w:lvl w:ilvl="1">
      <w:start w:val="3"/>
      <w:numFmt w:val="decimal"/>
      <w:isLgl/>
      <w:lvlText w:val="%1.%2"/>
      <w:lvlJc w:val="left"/>
      <w:pPr>
        <w:ind w:left="645" w:hanging="64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0F670A85"/>
    <w:multiLevelType w:val="hybridMultilevel"/>
    <w:tmpl w:val="105AC35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0F7112FE"/>
    <w:multiLevelType w:val="multilevel"/>
    <w:tmpl w:val="8F682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0E54564"/>
    <w:multiLevelType w:val="hybridMultilevel"/>
    <w:tmpl w:val="7DE88ED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2502B7B"/>
    <w:multiLevelType w:val="hybridMultilevel"/>
    <w:tmpl w:val="B142E55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13F1D33"/>
    <w:multiLevelType w:val="hybridMultilevel"/>
    <w:tmpl w:val="74F420CC"/>
    <w:lvl w:ilvl="0" w:tplc="0809000B">
      <w:start w:val="1"/>
      <w:numFmt w:val="bullet"/>
      <w:lvlText w:val=""/>
      <w:lvlJc w:val="left"/>
      <w:pPr>
        <w:ind w:left="1440" w:hanging="360"/>
      </w:pPr>
      <w:rPr>
        <w:rFonts w:ascii="Wingdings" w:hAnsi="Wingdings" w:hint="default"/>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235F3C0C"/>
    <w:multiLevelType w:val="hybridMultilevel"/>
    <w:tmpl w:val="ADBA337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35D8667B"/>
    <w:multiLevelType w:val="hybridMultilevel"/>
    <w:tmpl w:val="F7621C8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66C15DC"/>
    <w:multiLevelType w:val="hybridMultilevel"/>
    <w:tmpl w:val="9C2E26B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3A03487B"/>
    <w:multiLevelType w:val="hybridMultilevel"/>
    <w:tmpl w:val="F4BEA8B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A7A112E"/>
    <w:multiLevelType w:val="hybridMultilevel"/>
    <w:tmpl w:val="A86CD51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A7F4AFC"/>
    <w:multiLevelType w:val="hybridMultilevel"/>
    <w:tmpl w:val="5EBE12A2"/>
    <w:lvl w:ilvl="0" w:tplc="65D625B0">
      <w:start w:val="1"/>
      <w:numFmt w:val="decimal"/>
      <w:lvlText w:val="%1."/>
      <w:lvlJc w:val="left"/>
      <w:pPr>
        <w:ind w:left="3990" w:hanging="363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D4962B4"/>
    <w:multiLevelType w:val="hybridMultilevel"/>
    <w:tmpl w:val="BEFA1E7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D913056"/>
    <w:multiLevelType w:val="hybridMultilevel"/>
    <w:tmpl w:val="F8383918"/>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3DB86BB5"/>
    <w:multiLevelType w:val="multilevel"/>
    <w:tmpl w:val="7C682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F2540DF"/>
    <w:multiLevelType w:val="multilevel"/>
    <w:tmpl w:val="DBB2B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09C59BE"/>
    <w:multiLevelType w:val="multilevel"/>
    <w:tmpl w:val="0CD83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1603F3D"/>
    <w:multiLevelType w:val="hybridMultilevel"/>
    <w:tmpl w:val="71BA8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8356CEA"/>
    <w:multiLevelType w:val="hybridMultilevel"/>
    <w:tmpl w:val="BB62189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C4E14CE"/>
    <w:multiLevelType w:val="hybridMultilevel"/>
    <w:tmpl w:val="D4A2FB0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CC868A3"/>
    <w:multiLevelType w:val="hybridMultilevel"/>
    <w:tmpl w:val="A1A487C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F163675"/>
    <w:multiLevelType w:val="hybridMultilevel"/>
    <w:tmpl w:val="C35E721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50DE1235"/>
    <w:multiLevelType w:val="hybridMultilevel"/>
    <w:tmpl w:val="D3B0C0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2DA3D46"/>
    <w:multiLevelType w:val="hybridMultilevel"/>
    <w:tmpl w:val="DADCB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56F494C"/>
    <w:multiLevelType w:val="hybridMultilevel"/>
    <w:tmpl w:val="4346652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768088F"/>
    <w:multiLevelType w:val="multilevel"/>
    <w:tmpl w:val="F48E81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E996E02"/>
    <w:multiLevelType w:val="hybridMultilevel"/>
    <w:tmpl w:val="1CF0892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5F230BD4"/>
    <w:multiLevelType w:val="hybridMultilevel"/>
    <w:tmpl w:val="F328F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0491CBD"/>
    <w:multiLevelType w:val="hybridMultilevel"/>
    <w:tmpl w:val="A550934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27441DF"/>
    <w:multiLevelType w:val="hybridMultilevel"/>
    <w:tmpl w:val="80F0FE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3310B98"/>
    <w:multiLevelType w:val="hybridMultilevel"/>
    <w:tmpl w:val="EA3C85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8821E8D"/>
    <w:multiLevelType w:val="multilevel"/>
    <w:tmpl w:val="8F1CA0F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48" w15:restartNumberingAfterBreak="0">
    <w:nsid w:val="68E32CDD"/>
    <w:multiLevelType w:val="hybridMultilevel"/>
    <w:tmpl w:val="C0761EC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15:restartNumberingAfterBreak="0">
    <w:nsid w:val="6AFE5F2B"/>
    <w:multiLevelType w:val="multilevel"/>
    <w:tmpl w:val="9FFAA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B712646"/>
    <w:multiLevelType w:val="multilevel"/>
    <w:tmpl w:val="30605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D6E5E26"/>
    <w:multiLevelType w:val="hybridMultilevel"/>
    <w:tmpl w:val="65087B4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2" w15:restartNumberingAfterBreak="0">
    <w:nsid w:val="71B73792"/>
    <w:multiLevelType w:val="hybridMultilevel"/>
    <w:tmpl w:val="8B12957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316583B"/>
    <w:multiLevelType w:val="hybridMultilevel"/>
    <w:tmpl w:val="0A549F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3D0468C"/>
    <w:multiLevelType w:val="hybridMultilevel"/>
    <w:tmpl w:val="58FC4A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746921C9"/>
    <w:multiLevelType w:val="hybridMultilevel"/>
    <w:tmpl w:val="06AA02A2"/>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6" w15:restartNumberingAfterBreak="0">
    <w:nsid w:val="7E803E7F"/>
    <w:multiLevelType w:val="multilevel"/>
    <w:tmpl w:val="B5E46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89215078">
    <w:abstractNumId w:val="8"/>
  </w:num>
  <w:num w:numId="2" w16cid:durableId="301738855">
    <w:abstractNumId w:val="6"/>
  </w:num>
  <w:num w:numId="3" w16cid:durableId="992369623">
    <w:abstractNumId w:val="5"/>
  </w:num>
  <w:num w:numId="4" w16cid:durableId="350424168">
    <w:abstractNumId w:val="4"/>
  </w:num>
  <w:num w:numId="5" w16cid:durableId="748042521">
    <w:abstractNumId w:val="7"/>
  </w:num>
  <w:num w:numId="6" w16cid:durableId="1542356415">
    <w:abstractNumId w:val="3"/>
  </w:num>
  <w:num w:numId="7" w16cid:durableId="492574958">
    <w:abstractNumId w:val="2"/>
  </w:num>
  <w:num w:numId="8" w16cid:durableId="100078857">
    <w:abstractNumId w:val="1"/>
  </w:num>
  <w:num w:numId="9" w16cid:durableId="1777869621">
    <w:abstractNumId w:val="0"/>
  </w:num>
  <w:num w:numId="10" w16cid:durableId="2021275996">
    <w:abstractNumId w:val="30"/>
  </w:num>
  <w:num w:numId="11" w16cid:durableId="1849976151">
    <w:abstractNumId w:val="32"/>
  </w:num>
  <w:num w:numId="12" w16cid:durableId="299770336">
    <w:abstractNumId w:val="18"/>
  </w:num>
  <w:num w:numId="13" w16cid:durableId="934705728">
    <w:abstractNumId w:val="13"/>
  </w:num>
  <w:num w:numId="14" w16cid:durableId="1138230990">
    <w:abstractNumId w:val="27"/>
  </w:num>
  <w:num w:numId="15" w16cid:durableId="330066927">
    <w:abstractNumId w:val="56"/>
  </w:num>
  <w:num w:numId="16" w16cid:durableId="853419590">
    <w:abstractNumId w:val="14"/>
  </w:num>
  <w:num w:numId="17" w16cid:durableId="38359925">
    <w:abstractNumId w:val="31"/>
  </w:num>
  <w:num w:numId="18" w16cid:durableId="1685671089">
    <w:abstractNumId w:val="50"/>
  </w:num>
  <w:num w:numId="19" w16cid:durableId="810370086">
    <w:abstractNumId w:val="41"/>
  </w:num>
  <w:num w:numId="20" w16cid:durableId="2021659309">
    <w:abstractNumId w:val="49"/>
  </w:num>
  <w:num w:numId="21" w16cid:durableId="795946410">
    <w:abstractNumId w:val="15"/>
  </w:num>
  <w:num w:numId="22" w16cid:durableId="1512063642">
    <w:abstractNumId w:val="34"/>
  </w:num>
  <w:num w:numId="23" w16cid:durableId="872690205">
    <w:abstractNumId w:val="23"/>
  </w:num>
  <w:num w:numId="24" w16cid:durableId="217017650">
    <w:abstractNumId w:val="40"/>
  </w:num>
  <w:num w:numId="25" w16cid:durableId="580260020">
    <w:abstractNumId w:val="10"/>
  </w:num>
  <w:num w:numId="26" w16cid:durableId="1024290122">
    <w:abstractNumId w:val="55"/>
  </w:num>
  <w:num w:numId="27" w16cid:durableId="1709526207">
    <w:abstractNumId w:val="9"/>
  </w:num>
  <w:num w:numId="28" w16cid:durableId="100877841">
    <w:abstractNumId w:val="36"/>
  </w:num>
  <w:num w:numId="29" w16cid:durableId="105924682">
    <w:abstractNumId w:val="52"/>
  </w:num>
  <w:num w:numId="30" w16cid:durableId="1216430129">
    <w:abstractNumId w:val="38"/>
  </w:num>
  <w:num w:numId="31" w16cid:durableId="1625771064">
    <w:abstractNumId w:val="25"/>
  </w:num>
  <w:num w:numId="32" w16cid:durableId="1778912823">
    <w:abstractNumId w:val="54"/>
  </w:num>
  <w:num w:numId="33" w16cid:durableId="773982758">
    <w:abstractNumId w:val="12"/>
  </w:num>
  <w:num w:numId="34" w16cid:durableId="223490109">
    <w:abstractNumId w:val="37"/>
  </w:num>
  <w:num w:numId="35" w16cid:durableId="1546285866">
    <w:abstractNumId w:val="22"/>
  </w:num>
  <w:num w:numId="36" w16cid:durableId="842621295">
    <w:abstractNumId w:val="26"/>
  </w:num>
  <w:num w:numId="37" w16cid:durableId="2131388659">
    <w:abstractNumId w:val="17"/>
  </w:num>
  <w:num w:numId="38" w16cid:durableId="1333682062">
    <w:abstractNumId w:val="53"/>
  </w:num>
  <w:num w:numId="39" w16cid:durableId="252250188">
    <w:abstractNumId w:val="16"/>
  </w:num>
  <w:num w:numId="40" w16cid:durableId="1161434443">
    <w:abstractNumId w:val="19"/>
  </w:num>
  <w:num w:numId="41" w16cid:durableId="155657063">
    <w:abstractNumId w:val="35"/>
  </w:num>
  <w:num w:numId="42" w16cid:durableId="694158258">
    <w:abstractNumId w:val="11"/>
  </w:num>
  <w:num w:numId="43" w16cid:durableId="1414817917">
    <w:abstractNumId w:val="42"/>
  </w:num>
  <w:num w:numId="44" w16cid:durableId="1607497988">
    <w:abstractNumId w:val="48"/>
  </w:num>
  <w:num w:numId="45" w16cid:durableId="1354305004">
    <w:abstractNumId w:val="24"/>
  </w:num>
  <w:num w:numId="46" w16cid:durableId="684744369">
    <w:abstractNumId w:val="51"/>
  </w:num>
  <w:num w:numId="47" w16cid:durableId="1555387999">
    <w:abstractNumId w:val="33"/>
  </w:num>
  <w:num w:numId="48" w16cid:durableId="1425229123">
    <w:abstractNumId w:val="44"/>
  </w:num>
  <w:num w:numId="49" w16cid:durableId="1204094936">
    <w:abstractNumId w:val="21"/>
  </w:num>
  <w:num w:numId="50" w16cid:durableId="1893074349">
    <w:abstractNumId w:val="47"/>
  </w:num>
  <w:num w:numId="51" w16cid:durableId="1352223570">
    <w:abstractNumId w:val="28"/>
  </w:num>
  <w:num w:numId="52" w16cid:durableId="695083626">
    <w:abstractNumId w:val="45"/>
  </w:num>
  <w:num w:numId="53" w16cid:durableId="144322676">
    <w:abstractNumId w:val="29"/>
  </w:num>
  <w:num w:numId="54" w16cid:durableId="1302224970">
    <w:abstractNumId w:val="39"/>
  </w:num>
  <w:num w:numId="55" w16cid:durableId="2001233466">
    <w:abstractNumId w:val="20"/>
  </w:num>
  <w:num w:numId="56" w16cid:durableId="2022732703">
    <w:abstractNumId w:val="43"/>
  </w:num>
  <w:num w:numId="57" w16cid:durableId="157622876">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0815"/>
    <w:rsid w:val="00003C7E"/>
    <w:rsid w:val="0001321A"/>
    <w:rsid w:val="00016C34"/>
    <w:rsid w:val="00017514"/>
    <w:rsid w:val="00017C24"/>
    <w:rsid w:val="00023AA3"/>
    <w:rsid w:val="00024207"/>
    <w:rsid w:val="00025E68"/>
    <w:rsid w:val="00026FBC"/>
    <w:rsid w:val="00034616"/>
    <w:rsid w:val="00036013"/>
    <w:rsid w:val="00052EF0"/>
    <w:rsid w:val="0006063C"/>
    <w:rsid w:val="00060691"/>
    <w:rsid w:val="000628D7"/>
    <w:rsid w:val="00062B39"/>
    <w:rsid w:val="000633E4"/>
    <w:rsid w:val="000737C0"/>
    <w:rsid w:val="000777B9"/>
    <w:rsid w:val="00084505"/>
    <w:rsid w:val="000909B7"/>
    <w:rsid w:val="000A054D"/>
    <w:rsid w:val="000A09C1"/>
    <w:rsid w:val="000A0F0D"/>
    <w:rsid w:val="000A2CF8"/>
    <w:rsid w:val="000A2D2C"/>
    <w:rsid w:val="000A4801"/>
    <w:rsid w:val="000B0F26"/>
    <w:rsid w:val="000B141E"/>
    <w:rsid w:val="000B2C7A"/>
    <w:rsid w:val="000B4D4B"/>
    <w:rsid w:val="000B6C04"/>
    <w:rsid w:val="000C0792"/>
    <w:rsid w:val="000C5185"/>
    <w:rsid w:val="000C6782"/>
    <w:rsid w:val="000C6D65"/>
    <w:rsid w:val="000D311F"/>
    <w:rsid w:val="000E36B8"/>
    <w:rsid w:val="000E4B95"/>
    <w:rsid w:val="001050BD"/>
    <w:rsid w:val="00106FE1"/>
    <w:rsid w:val="001144C6"/>
    <w:rsid w:val="001154B0"/>
    <w:rsid w:val="00116E32"/>
    <w:rsid w:val="00117E2B"/>
    <w:rsid w:val="00123EA4"/>
    <w:rsid w:val="00133453"/>
    <w:rsid w:val="0014593F"/>
    <w:rsid w:val="00145CB7"/>
    <w:rsid w:val="0015074B"/>
    <w:rsid w:val="00160A47"/>
    <w:rsid w:val="001634F1"/>
    <w:rsid w:val="00164679"/>
    <w:rsid w:val="00166E8F"/>
    <w:rsid w:val="00167A11"/>
    <w:rsid w:val="001A19C1"/>
    <w:rsid w:val="001A4314"/>
    <w:rsid w:val="001B02B6"/>
    <w:rsid w:val="001B594E"/>
    <w:rsid w:val="001B6E80"/>
    <w:rsid w:val="001D4A3C"/>
    <w:rsid w:val="001D6F81"/>
    <w:rsid w:val="001E5932"/>
    <w:rsid w:val="001E6779"/>
    <w:rsid w:val="001F05F0"/>
    <w:rsid w:val="001F11BB"/>
    <w:rsid w:val="00203DD3"/>
    <w:rsid w:val="0020507C"/>
    <w:rsid w:val="0021369C"/>
    <w:rsid w:val="00213DAC"/>
    <w:rsid w:val="002225F5"/>
    <w:rsid w:val="002248A3"/>
    <w:rsid w:val="002250B7"/>
    <w:rsid w:val="002314CC"/>
    <w:rsid w:val="00234AEE"/>
    <w:rsid w:val="002364C2"/>
    <w:rsid w:val="00236EE9"/>
    <w:rsid w:val="00240538"/>
    <w:rsid w:val="00241887"/>
    <w:rsid w:val="002451AD"/>
    <w:rsid w:val="00246600"/>
    <w:rsid w:val="00254FF1"/>
    <w:rsid w:val="0026163C"/>
    <w:rsid w:val="002639C0"/>
    <w:rsid w:val="0026518C"/>
    <w:rsid w:val="0026697F"/>
    <w:rsid w:val="00272937"/>
    <w:rsid w:val="00275FBC"/>
    <w:rsid w:val="00290507"/>
    <w:rsid w:val="00294277"/>
    <w:rsid w:val="00295A60"/>
    <w:rsid w:val="00296257"/>
    <w:rsid w:val="0029639D"/>
    <w:rsid w:val="002A0344"/>
    <w:rsid w:val="002A0E8B"/>
    <w:rsid w:val="002A22CC"/>
    <w:rsid w:val="002A2D2F"/>
    <w:rsid w:val="002A517A"/>
    <w:rsid w:val="002B7830"/>
    <w:rsid w:val="002C34F8"/>
    <w:rsid w:val="002C53A4"/>
    <w:rsid w:val="002D1CBE"/>
    <w:rsid w:val="002D64E2"/>
    <w:rsid w:val="002E21A3"/>
    <w:rsid w:val="002E2D7F"/>
    <w:rsid w:val="002E40AB"/>
    <w:rsid w:val="002E444D"/>
    <w:rsid w:val="002E6243"/>
    <w:rsid w:val="002F1077"/>
    <w:rsid w:val="002F4835"/>
    <w:rsid w:val="002F57F8"/>
    <w:rsid w:val="002F5E2D"/>
    <w:rsid w:val="002F7B3C"/>
    <w:rsid w:val="0031259B"/>
    <w:rsid w:val="00314A6D"/>
    <w:rsid w:val="00316C96"/>
    <w:rsid w:val="0032005B"/>
    <w:rsid w:val="00326F90"/>
    <w:rsid w:val="00344A37"/>
    <w:rsid w:val="00345FBD"/>
    <w:rsid w:val="00356F91"/>
    <w:rsid w:val="003576D2"/>
    <w:rsid w:val="00362D78"/>
    <w:rsid w:val="003656FF"/>
    <w:rsid w:val="00370EF5"/>
    <w:rsid w:val="00376EAE"/>
    <w:rsid w:val="00380297"/>
    <w:rsid w:val="003870A4"/>
    <w:rsid w:val="0038747A"/>
    <w:rsid w:val="003916D2"/>
    <w:rsid w:val="00393343"/>
    <w:rsid w:val="0039787D"/>
    <w:rsid w:val="003A1B9B"/>
    <w:rsid w:val="003A4408"/>
    <w:rsid w:val="003A5900"/>
    <w:rsid w:val="003A6236"/>
    <w:rsid w:val="003A67C5"/>
    <w:rsid w:val="003B0459"/>
    <w:rsid w:val="003B10F5"/>
    <w:rsid w:val="003B605B"/>
    <w:rsid w:val="003B6841"/>
    <w:rsid w:val="003C615C"/>
    <w:rsid w:val="003D22BA"/>
    <w:rsid w:val="003D385C"/>
    <w:rsid w:val="003E29DF"/>
    <w:rsid w:val="003F0E94"/>
    <w:rsid w:val="003F27F1"/>
    <w:rsid w:val="003F2C5C"/>
    <w:rsid w:val="003F3A67"/>
    <w:rsid w:val="003F407D"/>
    <w:rsid w:val="003F7DB3"/>
    <w:rsid w:val="00400DC1"/>
    <w:rsid w:val="004026C1"/>
    <w:rsid w:val="00404B9A"/>
    <w:rsid w:val="00416F93"/>
    <w:rsid w:val="00421A82"/>
    <w:rsid w:val="0042449D"/>
    <w:rsid w:val="00426DAB"/>
    <w:rsid w:val="004348A6"/>
    <w:rsid w:val="00445EB0"/>
    <w:rsid w:val="00453BDF"/>
    <w:rsid w:val="00460A9C"/>
    <w:rsid w:val="00461DBE"/>
    <w:rsid w:val="00466958"/>
    <w:rsid w:val="0046695A"/>
    <w:rsid w:val="00470F70"/>
    <w:rsid w:val="0047160F"/>
    <w:rsid w:val="00472A3D"/>
    <w:rsid w:val="00485638"/>
    <w:rsid w:val="004858B2"/>
    <w:rsid w:val="0048771A"/>
    <w:rsid w:val="004917EE"/>
    <w:rsid w:val="00492D44"/>
    <w:rsid w:val="00494184"/>
    <w:rsid w:val="0049784C"/>
    <w:rsid w:val="004B15EE"/>
    <w:rsid w:val="004B3074"/>
    <w:rsid w:val="004B4D96"/>
    <w:rsid w:val="004C77ED"/>
    <w:rsid w:val="004D0CB4"/>
    <w:rsid w:val="004D15D3"/>
    <w:rsid w:val="004D27C4"/>
    <w:rsid w:val="004D2F34"/>
    <w:rsid w:val="004D41B5"/>
    <w:rsid w:val="004D44F2"/>
    <w:rsid w:val="004D4608"/>
    <w:rsid w:val="004D4ED0"/>
    <w:rsid w:val="004D7169"/>
    <w:rsid w:val="004E49AA"/>
    <w:rsid w:val="004F2160"/>
    <w:rsid w:val="004F3D93"/>
    <w:rsid w:val="004F524B"/>
    <w:rsid w:val="004F551D"/>
    <w:rsid w:val="004F75BC"/>
    <w:rsid w:val="00505A18"/>
    <w:rsid w:val="00505D3D"/>
    <w:rsid w:val="005145FC"/>
    <w:rsid w:val="00516DB9"/>
    <w:rsid w:val="00526A3F"/>
    <w:rsid w:val="0053176E"/>
    <w:rsid w:val="00533888"/>
    <w:rsid w:val="005344DE"/>
    <w:rsid w:val="00534514"/>
    <w:rsid w:val="005371BC"/>
    <w:rsid w:val="00543CDE"/>
    <w:rsid w:val="00546D13"/>
    <w:rsid w:val="0054723D"/>
    <w:rsid w:val="0055163E"/>
    <w:rsid w:val="00552269"/>
    <w:rsid w:val="0055334B"/>
    <w:rsid w:val="00556167"/>
    <w:rsid w:val="00574F55"/>
    <w:rsid w:val="00576034"/>
    <w:rsid w:val="0057713F"/>
    <w:rsid w:val="00581C67"/>
    <w:rsid w:val="00583F1A"/>
    <w:rsid w:val="005875CC"/>
    <w:rsid w:val="00591757"/>
    <w:rsid w:val="005A1D98"/>
    <w:rsid w:val="005B0F37"/>
    <w:rsid w:val="005B4CBC"/>
    <w:rsid w:val="005B7965"/>
    <w:rsid w:val="005C09A6"/>
    <w:rsid w:val="005C4EAA"/>
    <w:rsid w:val="005D0581"/>
    <w:rsid w:val="005D2E63"/>
    <w:rsid w:val="005D3602"/>
    <w:rsid w:val="005D580F"/>
    <w:rsid w:val="005E6254"/>
    <w:rsid w:val="005E6916"/>
    <w:rsid w:val="005F2373"/>
    <w:rsid w:val="005F5496"/>
    <w:rsid w:val="006006C8"/>
    <w:rsid w:val="006018FB"/>
    <w:rsid w:val="0060527F"/>
    <w:rsid w:val="00611DBB"/>
    <w:rsid w:val="00612025"/>
    <w:rsid w:val="006166B2"/>
    <w:rsid w:val="00620A43"/>
    <w:rsid w:val="006227B5"/>
    <w:rsid w:val="00622E87"/>
    <w:rsid w:val="00622EE3"/>
    <w:rsid w:val="00635487"/>
    <w:rsid w:val="006369A2"/>
    <w:rsid w:val="00641C75"/>
    <w:rsid w:val="00642853"/>
    <w:rsid w:val="00644F38"/>
    <w:rsid w:val="0064503A"/>
    <w:rsid w:val="00650268"/>
    <w:rsid w:val="00651D46"/>
    <w:rsid w:val="00653EE7"/>
    <w:rsid w:val="00657309"/>
    <w:rsid w:val="006712F0"/>
    <w:rsid w:val="006718C3"/>
    <w:rsid w:val="00681BFE"/>
    <w:rsid w:val="006921A6"/>
    <w:rsid w:val="006A3A43"/>
    <w:rsid w:val="006A4F6D"/>
    <w:rsid w:val="006A5530"/>
    <w:rsid w:val="006A57A9"/>
    <w:rsid w:val="006A6849"/>
    <w:rsid w:val="006C21AE"/>
    <w:rsid w:val="006C2D59"/>
    <w:rsid w:val="006C6C0A"/>
    <w:rsid w:val="006C7809"/>
    <w:rsid w:val="006D0590"/>
    <w:rsid w:val="006D6235"/>
    <w:rsid w:val="006E0338"/>
    <w:rsid w:val="006E0CAA"/>
    <w:rsid w:val="006E5D52"/>
    <w:rsid w:val="006F7646"/>
    <w:rsid w:val="00701839"/>
    <w:rsid w:val="007024DC"/>
    <w:rsid w:val="00705B14"/>
    <w:rsid w:val="00706D19"/>
    <w:rsid w:val="007106ED"/>
    <w:rsid w:val="007114F1"/>
    <w:rsid w:val="00711A9F"/>
    <w:rsid w:val="007172CA"/>
    <w:rsid w:val="00721B63"/>
    <w:rsid w:val="00731333"/>
    <w:rsid w:val="00735BA6"/>
    <w:rsid w:val="00736554"/>
    <w:rsid w:val="007412EE"/>
    <w:rsid w:val="00744880"/>
    <w:rsid w:val="0075707A"/>
    <w:rsid w:val="00757BA6"/>
    <w:rsid w:val="00760DD1"/>
    <w:rsid w:val="00765BCA"/>
    <w:rsid w:val="007717AA"/>
    <w:rsid w:val="00773724"/>
    <w:rsid w:val="007770E5"/>
    <w:rsid w:val="00780600"/>
    <w:rsid w:val="007839A4"/>
    <w:rsid w:val="00787754"/>
    <w:rsid w:val="007904B2"/>
    <w:rsid w:val="007A188D"/>
    <w:rsid w:val="007A6D9F"/>
    <w:rsid w:val="007B36A9"/>
    <w:rsid w:val="007B4904"/>
    <w:rsid w:val="007B7EA2"/>
    <w:rsid w:val="007C057E"/>
    <w:rsid w:val="007C2714"/>
    <w:rsid w:val="007C378A"/>
    <w:rsid w:val="007C3AF7"/>
    <w:rsid w:val="007C513E"/>
    <w:rsid w:val="007D06B4"/>
    <w:rsid w:val="007E20DF"/>
    <w:rsid w:val="007E416F"/>
    <w:rsid w:val="007F3D14"/>
    <w:rsid w:val="00801FEA"/>
    <w:rsid w:val="008032BB"/>
    <w:rsid w:val="00806262"/>
    <w:rsid w:val="0081359A"/>
    <w:rsid w:val="00814271"/>
    <w:rsid w:val="0081559F"/>
    <w:rsid w:val="00816151"/>
    <w:rsid w:val="00816782"/>
    <w:rsid w:val="00824A5D"/>
    <w:rsid w:val="00825BF7"/>
    <w:rsid w:val="00826805"/>
    <w:rsid w:val="008323D3"/>
    <w:rsid w:val="00834045"/>
    <w:rsid w:val="00835F40"/>
    <w:rsid w:val="00840A1B"/>
    <w:rsid w:val="00842799"/>
    <w:rsid w:val="00843533"/>
    <w:rsid w:val="00843C36"/>
    <w:rsid w:val="008445A4"/>
    <w:rsid w:val="00853336"/>
    <w:rsid w:val="00855641"/>
    <w:rsid w:val="00875417"/>
    <w:rsid w:val="00877EBF"/>
    <w:rsid w:val="00887E6A"/>
    <w:rsid w:val="00890ED0"/>
    <w:rsid w:val="0089103F"/>
    <w:rsid w:val="008A0D44"/>
    <w:rsid w:val="008A0E1A"/>
    <w:rsid w:val="008A1503"/>
    <w:rsid w:val="008A3BE8"/>
    <w:rsid w:val="008B1001"/>
    <w:rsid w:val="008B3496"/>
    <w:rsid w:val="008C0FDC"/>
    <w:rsid w:val="008D32C8"/>
    <w:rsid w:val="008D3ED5"/>
    <w:rsid w:val="008D4B48"/>
    <w:rsid w:val="008D4E98"/>
    <w:rsid w:val="008D74A0"/>
    <w:rsid w:val="008E23A0"/>
    <w:rsid w:val="008E2F87"/>
    <w:rsid w:val="008E3299"/>
    <w:rsid w:val="008E5D0D"/>
    <w:rsid w:val="008F1205"/>
    <w:rsid w:val="008F4620"/>
    <w:rsid w:val="008F591C"/>
    <w:rsid w:val="008F5DAF"/>
    <w:rsid w:val="008F7046"/>
    <w:rsid w:val="0090130E"/>
    <w:rsid w:val="009022D2"/>
    <w:rsid w:val="00902548"/>
    <w:rsid w:val="00903400"/>
    <w:rsid w:val="00906DAB"/>
    <w:rsid w:val="009110B1"/>
    <w:rsid w:val="0091431E"/>
    <w:rsid w:val="00915F4E"/>
    <w:rsid w:val="009216A9"/>
    <w:rsid w:val="00921E2A"/>
    <w:rsid w:val="00922582"/>
    <w:rsid w:val="009269A8"/>
    <w:rsid w:val="00930569"/>
    <w:rsid w:val="00931CB0"/>
    <w:rsid w:val="0093369C"/>
    <w:rsid w:val="00940C90"/>
    <w:rsid w:val="00943D18"/>
    <w:rsid w:val="00950F53"/>
    <w:rsid w:val="0096394D"/>
    <w:rsid w:val="00963C8C"/>
    <w:rsid w:val="009640E7"/>
    <w:rsid w:val="009752B9"/>
    <w:rsid w:val="009764AA"/>
    <w:rsid w:val="0098619A"/>
    <w:rsid w:val="009915E5"/>
    <w:rsid w:val="009A0C3F"/>
    <w:rsid w:val="009B01E5"/>
    <w:rsid w:val="009B2156"/>
    <w:rsid w:val="009B5C59"/>
    <w:rsid w:val="009B6694"/>
    <w:rsid w:val="009C1FE6"/>
    <w:rsid w:val="009C2617"/>
    <w:rsid w:val="009C5116"/>
    <w:rsid w:val="009C6A36"/>
    <w:rsid w:val="009D04CD"/>
    <w:rsid w:val="009D0E1A"/>
    <w:rsid w:val="009D2901"/>
    <w:rsid w:val="009E3A92"/>
    <w:rsid w:val="009F377B"/>
    <w:rsid w:val="009F538A"/>
    <w:rsid w:val="00A07E4E"/>
    <w:rsid w:val="00A14616"/>
    <w:rsid w:val="00A15A35"/>
    <w:rsid w:val="00A165DD"/>
    <w:rsid w:val="00A177C1"/>
    <w:rsid w:val="00A27908"/>
    <w:rsid w:val="00A30FEA"/>
    <w:rsid w:val="00A333CD"/>
    <w:rsid w:val="00A3525C"/>
    <w:rsid w:val="00A44086"/>
    <w:rsid w:val="00A45354"/>
    <w:rsid w:val="00A46D94"/>
    <w:rsid w:val="00A50D35"/>
    <w:rsid w:val="00A52B3E"/>
    <w:rsid w:val="00A56F76"/>
    <w:rsid w:val="00A5775F"/>
    <w:rsid w:val="00A63A14"/>
    <w:rsid w:val="00A6668A"/>
    <w:rsid w:val="00A7020C"/>
    <w:rsid w:val="00A7325E"/>
    <w:rsid w:val="00A839F9"/>
    <w:rsid w:val="00A87802"/>
    <w:rsid w:val="00A91C0D"/>
    <w:rsid w:val="00A9686E"/>
    <w:rsid w:val="00AA1D8D"/>
    <w:rsid w:val="00AA39A2"/>
    <w:rsid w:val="00AA451B"/>
    <w:rsid w:val="00AB0AAD"/>
    <w:rsid w:val="00AB3358"/>
    <w:rsid w:val="00AB48D3"/>
    <w:rsid w:val="00AB750E"/>
    <w:rsid w:val="00AB772B"/>
    <w:rsid w:val="00AB7D21"/>
    <w:rsid w:val="00AC07B4"/>
    <w:rsid w:val="00AC18D1"/>
    <w:rsid w:val="00AD00BA"/>
    <w:rsid w:val="00AD20D1"/>
    <w:rsid w:val="00AD6C09"/>
    <w:rsid w:val="00AE233F"/>
    <w:rsid w:val="00AE3648"/>
    <w:rsid w:val="00AE4F5D"/>
    <w:rsid w:val="00AE6E5E"/>
    <w:rsid w:val="00AE73CF"/>
    <w:rsid w:val="00AF0062"/>
    <w:rsid w:val="00AF4429"/>
    <w:rsid w:val="00AF4E6D"/>
    <w:rsid w:val="00B028A0"/>
    <w:rsid w:val="00B03962"/>
    <w:rsid w:val="00B11738"/>
    <w:rsid w:val="00B1794C"/>
    <w:rsid w:val="00B20498"/>
    <w:rsid w:val="00B26E43"/>
    <w:rsid w:val="00B31C2F"/>
    <w:rsid w:val="00B352D7"/>
    <w:rsid w:val="00B36AFA"/>
    <w:rsid w:val="00B44FAE"/>
    <w:rsid w:val="00B47730"/>
    <w:rsid w:val="00B52C2A"/>
    <w:rsid w:val="00B55BBD"/>
    <w:rsid w:val="00B62B36"/>
    <w:rsid w:val="00B64854"/>
    <w:rsid w:val="00B6739A"/>
    <w:rsid w:val="00B67672"/>
    <w:rsid w:val="00B82A83"/>
    <w:rsid w:val="00B9145E"/>
    <w:rsid w:val="00B94906"/>
    <w:rsid w:val="00BA5DBC"/>
    <w:rsid w:val="00BB2F6B"/>
    <w:rsid w:val="00BB51C1"/>
    <w:rsid w:val="00BC1214"/>
    <w:rsid w:val="00BC5821"/>
    <w:rsid w:val="00BE3626"/>
    <w:rsid w:val="00BE410E"/>
    <w:rsid w:val="00BE5D5C"/>
    <w:rsid w:val="00BE649A"/>
    <w:rsid w:val="00BF1500"/>
    <w:rsid w:val="00BF5A7A"/>
    <w:rsid w:val="00C0232F"/>
    <w:rsid w:val="00C02723"/>
    <w:rsid w:val="00C03B69"/>
    <w:rsid w:val="00C10C47"/>
    <w:rsid w:val="00C11039"/>
    <w:rsid w:val="00C124A2"/>
    <w:rsid w:val="00C27764"/>
    <w:rsid w:val="00C31CA2"/>
    <w:rsid w:val="00C35CCC"/>
    <w:rsid w:val="00C36154"/>
    <w:rsid w:val="00C365FC"/>
    <w:rsid w:val="00C36D9E"/>
    <w:rsid w:val="00C425B6"/>
    <w:rsid w:val="00C4266E"/>
    <w:rsid w:val="00C426E9"/>
    <w:rsid w:val="00C439E4"/>
    <w:rsid w:val="00C559CD"/>
    <w:rsid w:val="00C576E4"/>
    <w:rsid w:val="00C6444B"/>
    <w:rsid w:val="00C701E5"/>
    <w:rsid w:val="00C72EF3"/>
    <w:rsid w:val="00C7772A"/>
    <w:rsid w:val="00C8047B"/>
    <w:rsid w:val="00C876BD"/>
    <w:rsid w:val="00C90739"/>
    <w:rsid w:val="00C93191"/>
    <w:rsid w:val="00C94096"/>
    <w:rsid w:val="00C9719A"/>
    <w:rsid w:val="00CA47F5"/>
    <w:rsid w:val="00CA7226"/>
    <w:rsid w:val="00CA73A1"/>
    <w:rsid w:val="00CB0664"/>
    <w:rsid w:val="00CB3B53"/>
    <w:rsid w:val="00CB72F3"/>
    <w:rsid w:val="00CB7A2C"/>
    <w:rsid w:val="00CC1C66"/>
    <w:rsid w:val="00CC5842"/>
    <w:rsid w:val="00CD2076"/>
    <w:rsid w:val="00CD456E"/>
    <w:rsid w:val="00CD7BA4"/>
    <w:rsid w:val="00CE1B69"/>
    <w:rsid w:val="00CE2F0A"/>
    <w:rsid w:val="00CE47EB"/>
    <w:rsid w:val="00CE6FF5"/>
    <w:rsid w:val="00CF21D3"/>
    <w:rsid w:val="00CF2E34"/>
    <w:rsid w:val="00CF4770"/>
    <w:rsid w:val="00CF743E"/>
    <w:rsid w:val="00D00397"/>
    <w:rsid w:val="00D01CF2"/>
    <w:rsid w:val="00D02A3A"/>
    <w:rsid w:val="00D0447B"/>
    <w:rsid w:val="00D05422"/>
    <w:rsid w:val="00D05C42"/>
    <w:rsid w:val="00D062D9"/>
    <w:rsid w:val="00D06FA7"/>
    <w:rsid w:val="00D10EB8"/>
    <w:rsid w:val="00D13BF3"/>
    <w:rsid w:val="00D14BE0"/>
    <w:rsid w:val="00D34369"/>
    <w:rsid w:val="00D348C2"/>
    <w:rsid w:val="00D40044"/>
    <w:rsid w:val="00D43994"/>
    <w:rsid w:val="00D4580D"/>
    <w:rsid w:val="00D532C6"/>
    <w:rsid w:val="00D53AC7"/>
    <w:rsid w:val="00D63144"/>
    <w:rsid w:val="00D64D43"/>
    <w:rsid w:val="00D74DE7"/>
    <w:rsid w:val="00D75025"/>
    <w:rsid w:val="00D7664E"/>
    <w:rsid w:val="00D76854"/>
    <w:rsid w:val="00D80024"/>
    <w:rsid w:val="00D829D5"/>
    <w:rsid w:val="00D8384D"/>
    <w:rsid w:val="00D8799C"/>
    <w:rsid w:val="00D87A88"/>
    <w:rsid w:val="00D93A20"/>
    <w:rsid w:val="00D95046"/>
    <w:rsid w:val="00DA2141"/>
    <w:rsid w:val="00DA6142"/>
    <w:rsid w:val="00DB42EB"/>
    <w:rsid w:val="00DB4CC4"/>
    <w:rsid w:val="00DB4ED5"/>
    <w:rsid w:val="00DB6DFC"/>
    <w:rsid w:val="00DB7465"/>
    <w:rsid w:val="00DC4BC2"/>
    <w:rsid w:val="00DD2CD4"/>
    <w:rsid w:val="00DE0B40"/>
    <w:rsid w:val="00DE6035"/>
    <w:rsid w:val="00DE6E88"/>
    <w:rsid w:val="00DE7CC6"/>
    <w:rsid w:val="00DF075F"/>
    <w:rsid w:val="00DF7879"/>
    <w:rsid w:val="00DF7A50"/>
    <w:rsid w:val="00E05092"/>
    <w:rsid w:val="00E06E2D"/>
    <w:rsid w:val="00E07704"/>
    <w:rsid w:val="00E1664D"/>
    <w:rsid w:val="00E178AF"/>
    <w:rsid w:val="00E216AA"/>
    <w:rsid w:val="00E27073"/>
    <w:rsid w:val="00E42EAA"/>
    <w:rsid w:val="00E500F5"/>
    <w:rsid w:val="00E51C41"/>
    <w:rsid w:val="00E71488"/>
    <w:rsid w:val="00E73ED0"/>
    <w:rsid w:val="00E81832"/>
    <w:rsid w:val="00E85B30"/>
    <w:rsid w:val="00E8787C"/>
    <w:rsid w:val="00E87C36"/>
    <w:rsid w:val="00E96992"/>
    <w:rsid w:val="00EA0275"/>
    <w:rsid w:val="00EA0BA4"/>
    <w:rsid w:val="00EA1591"/>
    <w:rsid w:val="00EA7A33"/>
    <w:rsid w:val="00EB1144"/>
    <w:rsid w:val="00EB1A02"/>
    <w:rsid w:val="00EB5992"/>
    <w:rsid w:val="00EB7253"/>
    <w:rsid w:val="00EC2E75"/>
    <w:rsid w:val="00ED17F2"/>
    <w:rsid w:val="00ED2FDA"/>
    <w:rsid w:val="00EE0C69"/>
    <w:rsid w:val="00F01D0C"/>
    <w:rsid w:val="00F04F6C"/>
    <w:rsid w:val="00F05DD5"/>
    <w:rsid w:val="00F076D1"/>
    <w:rsid w:val="00F1064B"/>
    <w:rsid w:val="00F111BC"/>
    <w:rsid w:val="00F119B7"/>
    <w:rsid w:val="00F15037"/>
    <w:rsid w:val="00F2192E"/>
    <w:rsid w:val="00F24BFC"/>
    <w:rsid w:val="00F253A6"/>
    <w:rsid w:val="00F30B73"/>
    <w:rsid w:val="00F30D02"/>
    <w:rsid w:val="00F34E8F"/>
    <w:rsid w:val="00F40013"/>
    <w:rsid w:val="00F43F83"/>
    <w:rsid w:val="00F47D72"/>
    <w:rsid w:val="00F64E83"/>
    <w:rsid w:val="00F7384A"/>
    <w:rsid w:val="00F77C5C"/>
    <w:rsid w:val="00F81FD4"/>
    <w:rsid w:val="00F82FCB"/>
    <w:rsid w:val="00F848C4"/>
    <w:rsid w:val="00F85CD7"/>
    <w:rsid w:val="00F868AC"/>
    <w:rsid w:val="00F94662"/>
    <w:rsid w:val="00F95ED7"/>
    <w:rsid w:val="00F967BA"/>
    <w:rsid w:val="00F96F0E"/>
    <w:rsid w:val="00FA09BE"/>
    <w:rsid w:val="00FA2C4F"/>
    <w:rsid w:val="00FB00D9"/>
    <w:rsid w:val="00FB75D4"/>
    <w:rsid w:val="00FC38D0"/>
    <w:rsid w:val="00FC4631"/>
    <w:rsid w:val="00FC489A"/>
    <w:rsid w:val="00FC57C4"/>
    <w:rsid w:val="00FC693F"/>
    <w:rsid w:val="00FD348D"/>
    <w:rsid w:val="00FD3522"/>
    <w:rsid w:val="00FE718B"/>
    <w:rsid w:val="00FF01A6"/>
    <w:rsid w:val="00FF189E"/>
    <w:rsid w:val="00FF5FCB"/>
    <w:rsid w:val="00FF7B7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C587E07"/>
  <w14:defaultImageDpi w14:val="300"/>
  <w15:docId w15:val="{46191A8D-4F01-4280-805B-7E48C63AF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F30D02"/>
    <w:pPr>
      <w:spacing w:after="100" w:line="278" w:lineRule="auto"/>
    </w:pPr>
    <w:rPr>
      <w:rFonts w:eastAsiaTheme="minorHAnsi"/>
      <w:kern w:val="2"/>
      <w:sz w:val="24"/>
      <w:szCs w:val="24"/>
      <w14:ligatures w14:val="standardContextual"/>
    </w:rPr>
  </w:style>
  <w:style w:type="paragraph" w:styleId="TOC2">
    <w:name w:val="toc 2"/>
    <w:basedOn w:val="Normal"/>
    <w:next w:val="Normal"/>
    <w:autoRedefine/>
    <w:uiPriority w:val="39"/>
    <w:unhideWhenUsed/>
    <w:rsid w:val="00F30D02"/>
    <w:pPr>
      <w:spacing w:after="100" w:line="278" w:lineRule="auto"/>
      <w:ind w:left="240"/>
    </w:pPr>
    <w:rPr>
      <w:rFonts w:eastAsiaTheme="minorHAnsi"/>
      <w:kern w:val="2"/>
      <w:sz w:val="24"/>
      <w:szCs w:val="24"/>
      <w14:ligatures w14:val="standardContextual"/>
    </w:rPr>
  </w:style>
  <w:style w:type="character" w:styleId="Hyperlink">
    <w:name w:val="Hyperlink"/>
    <w:basedOn w:val="DefaultParagraphFont"/>
    <w:uiPriority w:val="99"/>
    <w:unhideWhenUsed/>
    <w:rsid w:val="00F30D02"/>
    <w:rPr>
      <w:color w:val="0000FF" w:themeColor="hyperlink"/>
      <w:u w:val="single"/>
    </w:rPr>
  </w:style>
  <w:style w:type="paragraph" w:styleId="NormalWeb">
    <w:name w:val="Normal (Web)"/>
    <w:basedOn w:val="Normal"/>
    <w:uiPriority w:val="99"/>
    <w:semiHidden/>
    <w:unhideWhenUsed/>
    <w:rsid w:val="00E85B3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744373">
      <w:bodyDiv w:val="1"/>
      <w:marLeft w:val="0"/>
      <w:marRight w:val="0"/>
      <w:marTop w:val="0"/>
      <w:marBottom w:val="0"/>
      <w:divBdr>
        <w:top w:val="none" w:sz="0" w:space="0" w:color="auto"/>
        <w:left w:val="none" w:sz="0" w:space="0" w:color="auto"/>
        <w:bottom w:val="none" w:sz="0" w:space="0" w:color="auto"/>
        <w:right w:val="none" w:sz="0" w:space="0" w:color="auto"/>
      </w:divBdr>
    </w:div>
    <w:div w:id="695037401">
      <w:bodyDiv w:val="1"/>
      <w:marLeft w:val="0"/>
      <w:marRight w:val="0"/>
      <w:marTop w:val="0"/>
      <w:marBottom w:val="0"/>
      <w:divBdr>
        <w:top w:val="none" w:sz="0" w:space="0" w:color="auto"/>
        <w:left w:val="none" w:sz="0" w:space="0" w:color="auto"/>
        <w:bottom w:val="none" w:sz="0" w:space="0" w:color="auto"/>
        <w:right w:val="none" w:sz="0" w:space="0" w:color="auto"/>
      </w:divBdr>
    </w:div>
    <w:div w:id="719746443">
      <w:bodyDiv w:val="1"/>
      <w:marLeft w:val="0"/>
      <w:marRight w:val="0"/>
      <w:marTop w:val="0"/>
      <w:marBottom w:val="0"/>
      <w:divBdr>
        <w:top w:val="none" w:sz="0" w:space="0" w:color="auto"/>
        <w:left w:val="none" w:sz="0" w:space="0" w:color="auto"/>
        <w:bottom w:val="none" w:sz="0" w:space="0" w:color="auto"/>
        <w:right w:val="none" w:sz="0" w:space="0" w:color="auto"/>
      </w:divBdr>
    </w:div>
    <w:div w:id="1529223445">
      <w:bodyDiv w:val="1"/>
      <w:marLeft w:val="0"/>
      <w:marRight w:val="0"/>
      <w:marTop w:val="0"/>
      <w:marBottom w:val="0"/>
      <w:divBdr>
        <w:top w:val="none" w:sz="0" w:space="0" w:color="auto"/>
        <w:left w:val="none" w:sz="0" w:space="0" w:color="auto"/>
        <w:bottom w:val="none" w:sz="0" w:space="0" w:color="auto"/>
        <w:right w:val="none" w:sz="0" w:space="0" w:color="auto"/>
      </w:divBdr>
    </w:div>
    <w:div w:id="155708909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image" Target="media/image19.jpg"/><Relationship Id="rId39" Type="http://schemas.openxmlformats.org/officeDocument/2006/relationships/image" Target="media/image32.png"/><Relationship Id="rId21" Type="http://schemas.openxmlformats.org/officeDocument/2006/relationships/image" Target="media/image14.jpeg"/><Relationship Id="rId34" Type="http://schemas.openxmlformats.org/officeDocument/2006/relationships/image" Target="media/image27.jpg"/><Relationship Id="rId42" Type="http://schemas.openxmlformats.org/officeDocument/2006/relationships/image" Target="media/image3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g"/><Relationship Id="rId29" Type="http://schemas.openxmlformats.org/officeDocument/2006/relationships/image" Target="media/image2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jp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image" Target="media/image21.jp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jp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image" Target="media/image20.jpg"/><Relationship Id="rId30" Type="http://schemas.openxmlformats.org/officeDocument/2006/relationships/image" Target="media/image23.png"/><Relationship Id="rId35" Type="http://schemas.openxmlformats.org/officeDocument/2006/relationships/image" Target="media/image28.jpg"/><Relationship Id="rId43" Type="http://schemas.openxmlformats.org/officeDocument/2006/relationships/image" Target="media/image36.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image" Target="media/image18.jpg"/><Relationship Id="rId33" Type="http://schemas.openxmlformats.org/officeDocument/2006/relationships/image" Target="media/image26.jpg"/><Relationship Id="rId38" Type="http://schemas.openxmlformats.org/officeDocument/2006/relationships/image" Target="media/image31.png"/><Relationship Id="rId46" Type="http://schemas.openxmlformats.org/officeDocument/2006/relationships/theme" Target="theme/theme1.xml"/><Relationship Id="rId20" Type="http://schemas.openxmlformats.org/officeDocument/2006/relationships/image" Target="media/image13.jpg"/><Relationship Id="rId41"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_Reference.XSL" StyleName="IEEE - Reference Order" Version="1">
  <b:Source>
    <b:Tag>Tho15</b:Tag>
    <b:SourceType>Book</b:SourceType>
    <b:Guid>{D107F0FA-CBA4-46F6-8F79-608F269E9F18}</b:Guid>
    <b:Author>
      <b:Author>
        <b:NameList>
          <b:Person>
            <b:Last>Thomas Connolly</b:Last>
            <b:First>Carolyn</b:First>
            <b:Middle>Begg</b:Middle>
          </b:Person>
        </b:NameList>
      </b:Author>
    </b:Author>
    <b:Title>Database Systems: A Practical Approach to Design, Implementation, and Management</b:Title>
    <b:Year>2015</b:Year>
    <b:City>Harlow, United Kingdom</b:City>
    <b:Publisher>Pearson Education Limited</b:Publisher>
    <b:Edition>6th</b:Edition>
    <b:RefOrder>1</b:RefOrder>
  </b:Source>
  <b:Source>
    <b:Tag>Ram16</b:Tag>
    <b:SourceType>Book</b:SourceType>
    <b:Guid>{680F0573-4278-432E-A79F-AB4CA70031BD}</b:Guid>
    <b:Author>
      <b:Author>
        <b:NameList>
          <b:Person>
            <b:Last>Ramez Elmasri</b:Last>
            <b:First>Shamkant</b:First>
            <b:Middle>B. Navath</b:Middle>
          </b:Person>
        </b:NameList>
      </b:Author>
    </b:Author>
    <b:Title>Fundamentals of Database Systems</b:Title>
    <b:Year>2016</b:Year>
    <b:City>Boston, Massachusetts, USA</b:City>
    <b:Publisher>Pearson Education</b:Publisher>
    <b:Edition>7th</b:Edition>
    <b:RefOrder>2</b:RefOrder>
  </b:Source>
  <b:Source>
    <b:Tag>Abr20</b:Tag>
    <b:SourceType>Book</b:SourceType>
    <b:Guid>{50E7877E-C5ED-416E-923C-CEDFD70FD296}</b:Guid>
    <b:Author>
      <b:Author>
        <b:NameList>
          <b:Person>
            <b:Last>Abraham Silberschatz</b:Last>
            <b:First>Henry</b:First>
            <b:Middle>F. Korth, S. Sudarshan</b:Middle>
          </b:Person>
        </b:NameList>
      </b:Author>
    </b:Author>
    <b:Title>Database System Concepts</b:Title>
    <b:Year>2020</b:Year>
    <b:City>New York, NY, USA</b:City>
    <b:Publisher>McGraw-Hill Education</b:Publisher>
    <b:Edition>7th</b:Edition>
    <b:RefOrder>3</b:RefOrder>
  </b:Source>
  <b:Source>
    <b:Tag>Jef19</b:Tag>
    <b:SourceType>Book</b:SourceType>
    <b:Guid>{5B200EBC-5708-4694-831F-F91FCCF8015E}</b:Guid>
    <b:Author>
      <b:Author>
        <b:NameList>
          <b:Person>
            <b:Last>Jeff Conrad Viescas</b:Last>
            <b:First>Jeff</b:First>
            <b:Middle>Hernandez</b:Middle>
          </b:Person>
        </b:NameList>
      </b:Author>
    </b:Author>
    <b:Title>Microsoft Access 2019 Inside Out</b:Title>
    <b:Year>2019</b:Year>
    <b:City>Redmond, Washington, USA</b:City>
    <b:Publisher>Microsoft Press</b:Publisher>
    <b:RefOrder>4</b:RefOrder>
  </b:Source>
  <b:Source>
    <b:Tag>CJD24</b:Tag>
    <b:SourceType>Book</b:SourceType>
    <b:Guid>{33977820-C09E-438C-A893-90673A763935}</b:Guid>
    <b:Author>
      <b:Author>
        <b:NameList>
          <b:Person>
            <b:Last>Date</b:Last>
            <b:First>C.</b:First>
            <b:Middle>J.</b:Middle>
          </b:Person>
        </b:NameList>
      </b:Author>
    </b:Author>
    <b:Title>An Introduction to Database System</b:Title>
    <b:Year>2024</b:Year>
    <b:City>Boston, USA</b:City>
    <b:Publisher>Pearson Education</b:Publisher>
    <b:Edition>8th</b:Edition>
    <b:RefOrder>5</b:RefOrder>
  </b:Source>
</b:Sources>
</file>

<file path=customXml/itemProps1.xml><?xml version="1.0" encoding="utf-8"?>
<ds:datastoreItem xmlns:ds="http://schemas.openxmlformats.org/officeDocument/2006/customXml" ds:itemID="{7D226C55-2407-491E-B75E-47AEBB63C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981</TotalTime>
  <Pages>35</Pages>
  <Words>3326</Words>
  <Characters>18959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22241</CharactersWithSpaces>
  <SharedDoc>false</SharedDoc>
  <HyperlinkBase/>
  <HLinks>
    <vt:vector size="108" baseType="variant">
      <vt:variant>
        <vt:i4>1638450</vt:i4>
      </vt:variant>
      <vt:variant>
        <vt:i4>104</vt:i4>
      </vt:variant>
      <vt:variant>
        <vt:i4>0</vt:i4>
      </vt:variant>
      <vt:variant>
        <vt:i4>5</vt:i4>
      </vt:variant>
      <vt:variant>
        <vt:lpwstr/>
      </vt:variant>
      <vt:variant>
        <vt:lpwstr>_Toc225109546</vt:lpwstr>
      </vt:variant>
      <vt:variant>
        <vt:i4>1638450</vt:i4>
      </vt:variant>
      <vt:variant>
        <vt:i4>98</vt:i4>
      </vt:variant>
      <vt:variant>
        <vt:i4>0</vt:i4>
      </vt:variant>
      <vt:variant>
        <vt:i4>5</vt:i4>
      </vt:variant>
      <vt:variant>
        <vt:lpwstr/>
      </vt:variant>
      <vt:variant>
        <vt:lpwstr>_Toc225109545</vt:lpwstr>
      </vt:variant>
      <vt:variant>
        <vt:i4>1638450</vt:i4>
      </vt:variant>
      <vt:variant>
        <vt:i4>92</vt:i4>
      </vt:variant>
      <vt:variant>
        <vt:i4>0</vt:i4>
      </vt:variant>
      <vt:variant>
        <vt:i4>5</vt:i4>
      </vt:variant>
      <vt:variant>
        <vt:lpwstr/>
      </vt:variant>
      <vt:variant>
        <vt:lpwstr>_Toc225109544</vt:lpwstr>
      </vt:variant>
      <vt:variant>
        <vt:i4>1638450</vt:i4>
      </vt:variant>
      <vt:variant>
        <vt:i4>86</vt:i4>
      </vt:variant>
      <vt:variant>
        <vt:i4>0</vt:i4>
      </vt:variant>
      <vt:variant>
        <vt:i4>5</vt:i4>
      </vt:variant>
      <vt:variant>
        <vt:lpwstr/>
      </vt:variant>
      <vt:variant>
        <vt:lpwstr>_Toc225109543</vt:lpwstr>
      </vt:variant>
      <vt:variant>
        <vt:i4>1638450</vt:i4>
      </vt:variant>
      <vt:variant>
        <vt:i4>80</vt:i4>
      </vt:variant>
      <vt:variant>
        <vt:i4>0</vt:i4>
      </vt:variant>
      <vt:variant>
        <vt:i4>5</vt:i4>
      </vt:variant>
      <vt:variant>
        <vt:lpwstr/>
      </vt:variant>
      <vt:variant>
        <vt:lpwstr>_Toc225109542</vt:lpwstr>
      </vt:variant>
      <vt:variant>
        <vt:i4>1638450</vt:i4>
      </vt:variant>
      <vt:variant>
        <vt:i4>74</vt:i4>
      </vt:variant>
      <vt:variant>
        <vt:i4>0</vt:i4>
      </vt:variant>
      <vt:variant>
        <vt:i4>5</vt:i4>
      </vt:variant>
      <vt:variant>
        <vt:lpwstr/>
      </vt:variant>
      <vt:variant>
        <vt:lpwstr>_Toc225109541</vt:lpwstr>
      </vt:variant>
      <vt:variant>
        <vt:i4>1638450</vt:i4>
      </vt:variant>
      <vt:variant>
        <vt:i4>68</vt:i4>
      </vt:variant>
      <vt:variant>
        <vt:i4>0</vt:i4>
      </vt:variant>
      <vt:variant>
        <vt:i4>5</vt:i4>
      </vt:variant>
      <vt:variant>
        <vt:lpwstr/>
      </vt:variant>
      <vt:variant>
        <vt:lpwstr>_Toc225109540</vt:lpwstr>
      </vt:variant>
      <vt:variant>
        <vt:i4>1966130</vt:i4>
      </vt:variant>
      <vt:variant>
        <vt:i4>62</vt:i4>
      </vt:variant>
      <vt:variant>
        <vt:i4>0</vt:i4>
      </vt:variant>
      <vt:variant>
        <vt:i4>5</vt:i4>
      </vt:variant>
      <vt:variant>
        <vt:lpwstr/>
      </vt:variant>
      <vt:variant>
        <vt:lpwstr>_Toc225109539</vt:lpwstr>
      </vt:variant>
      <vt:variant>
        <vt:i4>1966130</vt:i4>
      </vt:variant>
      <vt:variant>
        <vt:i4>56</vt:i4>
      </vt:variant>
      <vt:variant>
        <vt:i4>0</vt:i4>
      </vt:variant>
      <vt:variant>
        <vt:i4>5</vt:i4>
      </vt:variant>
      <vt:variant>
        <vt:lpwstr/>
      </vt:variant>
      <vt:variant>
        <vt:lpwstr>_Toc225109538</vt:lpwstr>
      </vt:variant>
      <vt:variant>
        <vt:i4>1966130</vt:i4>
      </vt:variant>
      <vt:variant>
        <vt:i4>50</vt:i4>
      </vt:variant>
      <vt:variant>
        <vt:i4>0</vt:i4>
      </vt:variant>
      <vt:variant>
        <vt:i4>5</vt:i4>
      </vt:variant>
      <vt:variant>
        <vt:lpwstr/>
      </vt:variant>
      <vt:variant>
        <vt:lpwstr>_Toc225109537</vt:lpwstr>
      </vt:variant>
      <vt:variant>
        <vt:i4>1966130</vt:i4>
      </vt:variant>
      <vt:variant>
        <vt:i4>44</vt:i4>
      </vt:variant>
      <vt:variant>
        <vt:i4>0</vt:i4>
      </vt:variant>
      <vt:variant>
        <vt:i4>5</vt:i4>
      </vt:variant>
      <vt:variant>
        <vt:lpwstr/>
      </vt:variant>
      <vt:variant>
        <vt:lpwstr>_Toc225109536</vt:lpwstr>
      </vt:variant>
      <vt:variant>
        <vt:i4>1966130</vt:i4>
      </vt:variant>
      <vt:variant>
        <vt:i4>38</vt:i4>
      </vt:variant>
      <vt:variant>
        <vt:i4>0</vt:i4>
      </vt:variant>
      <vt:variant>
        <vt:i4>5</vt:i4>
      </vt:variant>
      <vt:variant>
        <vt:lpwstr/>
      </vt:variant>
      <vt:variant>
        <vt:lpwstr>_Toc225109535</vt:lpwstr>
      </vt:variant>
      <vt:variant>
        <vt:i4>1966130</vt:i4>
      </vt:variant>
      <vt:variant>
        <vt:i4>32</vt:i4>
      </vt:variant>
      <vt:variant>
        <vt:i4>0</vt:i4>
      </vt:variant>
      <vt:variant>
        <vt:i4>5</vt:i4>
      </vt:variant>
      <vt:variant>
        <vt:lpwstr/>
      </vt:variant>
      <vt:variant>
        <vt:lpwstr>_Toc225109534</vt:lpwstr>
      </vt:variant>
      <vt:variant>
        <vt:i4>1966130</vt:i4>
      </vt:variant>
      <vt:variant>
        <vt:i4>26</vt:i4>
      </vt:variant>
      <vt:variant>
        <vt:i4>0</vt:i4>
      </vt:variant>
      <vt:variant>
        <vt:i4>5</vt:i4>
      </vt:variant>
      <vt:variant>
        <vt:lpwstr/>
      </vt:variant>
      <vt:variant>
        <vt:lpwstr>_Toc225109533</vt:lpwstr>
      </vt:variant>
      <vt:variant>
        <vt:i4>1966130</vt:i4>
      </vt:variant>
      <vt:variant>
        <vt:i4>20</vt:i4>
      </vt:variant>
      <vt:variant>
        <vt:i4>0</vt:i4>
      </vt:variant>
      <vt:variant>
        <vt:i4>5</vt:i4>
      </vt:variant>
      <vt:variant>
        <vt:lpwstr/>
      </vt:variant>
      <vt:variant>
        <vt:lpwstr>_Toc225109532</vt:lpwstr>
      </vt:variant>
      <vt:variant>
        <vt:i4>1966130</vt:i4>
      </vt:variant>
      <vt:variant>
        <vt:i4>14</vt:i4>
      </vt:variant>
      <vt:variant>
        <vt:i4>0</vt:i4>
      </vt:variant>
      <vt:variant>
        <vt:i4>5</vt:i4>
      </vt:variant>
      <vt:variant>
        <vt:lpwstr/>
      </vt:variant>
      <vt:variant>
        <vt:lpwstr>_Toc225109531</vt:lpwstr>
      </vt:variant>
      <vt:variant>
        <vt:i4>1966130</vt:i4>
      </vt:variant>
      <vt:variant>
        <vt:i4>8</vt:i4>
      </vt:variant>
      <vt:variant>
        <vt:i4>0</vt:i4>
      </vt:variant>
      <vt:variant>
        <vt:i4>5</vt:i4>
      </vt:variant>
      <vt:variant>
        <vt:lpwstr/>
      </vt:variant>
      <vt:variant>
        <vt:lpwstr>_Toc225109530</vt:lpwstr>
      </vt:variant>
      <vt:variant>
        <vt:i4>2031666</vt:i4>
      </vt:variant>
      <vt:variant>
        <vt:i4>2</vt:i4>
      </vt:variant>
      <vt:variant>
        <vt:i4>0</vt:i4>
      </vt:variant>
      <vt:variant>
        <vt:i4>5</vt:i4>
      </vt:variant>
      <vt:variant>
        <vt:lpwstr/>
      </vt:variant>
      <vt:variant>
        <vt:lpwstr>_Toc225109529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Swastika Sarker (2441945)</cp:lastModifiedBy>
  <cp:revision>216</cp:revision>
  <dcterms:created xsi:type="dcterms:W3CDTF">2026-03-22T22:38:00Z</dcterms:created>
  <dcterms:modified xsi:type="dcterms:W3CDTF">2026-03-23T23:41:00Z</dcterms:modified>
  <cp:category/>
</cp:coreProperties>
</file>