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755A03E" w14:textId="77777777" w:rsidR="004956EC" w:rsidRDefault="00395555">
      <w:pPr>
        <w:jc w:val="center"/>
      </w:pPr>
      <w:r>
        <w:rPr>
          <w:b/>
          <w:color w:val="1F4E79"/>
          <w:sz w:val="44"/>
        </w:rPr>
        <w:t>Psychology Student Success: Time Audit &amp; Study Planning Workbook</w:t>
      </w:r>
    </w:p>
    <w:p w14:paraId="7338F96D" w14:textId="77777777" w:rsidR="004956EC" w:rsidRDefault="00395555">
      <w:pPr>
        <w:jc w:val="center"/>
      </w:pPr>
      <w:r>
        <w:t>First-Year Undergraduate Psychology Students | UWTSD</w:t>
      </w:r>
    </w:p>
    <w:p w14:paraId="43B566A5" w14:textId="77777777" w:rsidR="004956EC" w:rsidRDefault="00395555">
      <w:r>
        <w:t>This workbook is designed to help you understand how you use your time, identify your most productive study periods, and create a sustainable approach to independent learning throughout your first year.</w:t>
      </w:r>
    </w:p>
    <w:p w14:paraId="3D656135" w14:textId="77777777" w:rsidR="004956EC" w:rsidRDefault="00395555">
      <w:pPr>
        <w:pStyle w:val="Heading1"/>
      </w:pPr>
      <w:r>
        <w:t>How to Use This Workbook</w:t>
      </w:r>
    </w:p>
    <w:p w14:paraId="23157148" w14:textId="77777777" w:rsidR="004956EC" w:rsidRDefault="00395555">
      <w:r>
        <w:t>Complete the weekly audit over a typical week.</w:t>
      </w:r>
    </w:p>
    <w:p w14:paraId="03DE4641" w14:textId="77777777" w:rsidR="004956EC" w:rsidRDefault="00395555">
      <w:r>
        <w:t>Identify your best times for reading, writing and revision.</w:t>
      </w:r>
    </w:p>
    <w:p w14:paraId="05D2D7CA" w14:textId="77777777" w:rsidR="004956EC" w:rsidRDefault="00395555">
      <w:r>
        <w:t>Review your commitments monthly.</w:t>
      </w:r>
    </w:p>
    <w:p w14:paraId="16447FA2" w14:textId="77777777" w:rsidR="004956EC" w:rsidRDefault="00395555">
      <w:r>
        <w:t>Plan around assessment periods across the academic year.</w:t>
      </w:r>
    </w:p>
    <w:p w14:paraId="29AD4005" w14:textId="77777777" w:rsidR="004956EC" w:rsidRDefault="00395555">
      <w:r>
        <w:t>Create your personalised study timetable at the end.</w:t>
      </w:r>
    </w:p>
    <w:p w14:paraId="577FE8B6" w14:textId="77777777" w:rsidR="004956EC" w:rsidRDefault="00395555">
      <w:pPr>
        <w:pStyle w:val="Heading1"/>
      </w:pPr>
      <w:r>
        <w:t>Suggested Colour Coding</w:t>
      </w:r>
    </w:p>
    <w:p w14:paraId="21E25CF1" w14:textId="77777777" w:rsidR="004956EC" w:rsidRDefault="00395555">
      <w:r>
        <w:t>Blue = Lectures/Seminars | Green = Reading | Yellow = Assignment Writing | Orange = Revision | Purple = Employment | Grey = Personal/Family Commitments</w:t>
      </w:r>
    </w:p>
    <w:p w14:paraId="74C589C5" w14:textId="77777777" w:rsidR="004956EC" w:rsidRDefault="00395555">
      <w:pPr>
        <w:pStyle w:val="Heading1"/>
      </w:pPr>
      <w:r>
        <w:t>Part 1: Weekly Time Audit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4956EC" w14:paraId="6B7CD9A1" w14:textId="77777777">
        <w:tc>
          <w:tcPr>
            <w:tcW w:w="1080" w:type="dxa"/>
          </w:tcPr>
          <w:p w14:paraId="4A146726" w14:textId="77777777" w:rsidR="004956EC" w:rsidRDefault="00395555">
            <w:r>
              <w:t>Time</w:t>
            </w:r>
          </w:p>
        </w:tc>
        <w:tc>
          <w:tcPr>
            <w:tcW w:w="1080" w:type="dxa"/>
          </w:tcPr>
          <w:p w14:paraId="537F70A8" w14:textId="77777777" w:rsidR="004956EC" w:rsidRDefault="00395555">
            <w:r>
              <w:t>Mon</w:t>
            </w:r>
          </w:p>
        </w:tc>
        <w:tc>
          <w:tcPr>
            <w:tcW w:w="1080" w:type="dxa"/>
          </w:tcPr>
          <w:p w14:paraId="2FBC6BE7" w14:textId="77777777" w:rsidR="004956EC" w:rsidRDefault="00395555">
            <w:r>
              <w:t>Tue</w:t>
            </w:r>
          </w:p>
        </w:tc>
        <w:tc>
          <w:tcPr>
            <w:tcW w:w="1080" w:type="dxa"/>
          </w:tcPr>
          <w:p w14:paraId="49BB7F0B" w14:textId="77777777" w:rsidR="004956EC" w:rsidRDefault="00395555">
            <w:r>
              <w:t>Wed</w:t>
            </w:r>
          </w:p>
        </w:tc>
        <w:tc>
          <w:tcPr>
            <w:tcW w:w="1080" w:type="dxa"/>
          </w:tcPr>
          <w:p w14:paraId="3E1D936A" w14:textId="77777777" w:rsidR="004956EC" w:rsidRDefault="00395555">
            <w:r>
              <w:t>Thu</w:t>
            </w:r>
          </w:p>
        </w:tc>
        <w:tc>
          <w:tcPr>
            <w:tcW w:w="1080" w:type="dxa"/>
          </w:tcPr>
          <w:p w14:paraId="2806E66C" w14:textId="77777777" w:rsidR="004956EC" w:rsidRDefault="00395555">
            <w:r>
              <w:t>Fri</w:t>
            </w:r>
          </w:p>
        </w:tc>
        <w:tc>
          <w:tcPr>
            <w:tcW w:w="1080" w:type="dxa"/>
          </w:tcPr>
          <w:p w14:paraId="7FB9507B" w14:textId="77777777" w:rsidR="004956EC" w:rsidRDefault="00395555">
            <w:r>
              <w:t>Sat</w:t>
            </w:r>
          </w:p>
        </w:tc>
        <w:tc>
          <w:tcPr>
            <w:tcW w:w="1080" w:type="dxa"/>
          </w:tcPr>
          <w:p w14:paraId="6D966B45" w14:textId="77777777" w:rsidR="004956EC" w:rsidRDefault="00395555">
            <w:r>
              <w:t>Sun</w:t>
            </w:r>
          </w:p>
        </w:tc>
      </w:tr>
      <w:tr w:rsidR="004956EC" w14:paraId="5C964E63" w14:textId="77777777">
        <w:tc>
          <w:tcPr>
            <w:tcW w:w="1080" w:type="dxa"/>
          </w:tcPr>
          <w:p w14:paraId="0ACB1D09" w14:textId="77777777" w:rsidR="004956EC" w:rsidRDefault="00395555">
            <w:r>
              <w:t>6-8am</w:t>
            </w:r>
          </w:p>
        </w:tc>
        <w:tc>
          <w:tcPr>
            <w:tcW w:w="1080" w:type="dxa"/>
          </w:tcPr>
          <w:p w14:paraId="672A6659" w14:textId="77777777" w:rsidR="004956EC" w:rsidRDefault="004956EC"/>
        </w:tc>
        <w:tc>
          <w:tcPr>
            <w:tcW w:w="1080" w:type="dxa"/>
          </w:tcPr>
          <w:p w14:paraId="0A37501D" w14:textId="77777777" w:rsidR="004956EC" w:rsidRDefault="004956EC"/>
        </w:tc>
        <w:tc>
          <w:tcPr>
            <w:tcW w:w="1080" w:type="dxa"/>
          </w:tcPr>
          <w:p w14:paraId="5DAB6C7B" w14:textId="77777777" w:rsidR="004956EC" w:rsidRDefault="004956EC"/>
        </w:tc>
        <w:tc>
          <w:tcPr>
            <w:tcW w:w="1080" w:type="dxa"/>
          </w:tcPr>
          <w:p w14:paraId="02EB378F" w14:textId="77777777" w:rsidR="004956EC" w:rsidRDefault="004956EC"/>
        </w:tc>
        <w:tc>
          <w:tcPr>
            <w:tcW w:w="1080" w:type="dxa"/>
          </w:tcPr>
          <w:p w14:paraId="6A05A809" w14:textId="77777777" w:rsidR="004956EC" w:rsidRDefault="004956EC"/>
        </w:tc>
        <w:tc>
          <w:tcPr>
            <w:tcW w:w="1080" w:type="dxa"/>
          </w:tcPr>
          <w:p w14:paraId="5A39BBE3" w14:textId="77777777" w:rsidR="004956EC" w:rsidRDefault="004956EC"/>
        </w:tc>
        <w:tc>
          <w:tcPr>
            <w:tcW w:w="1080" w:type="dxa"/>
          </w:tcPr>
          <w:p w14:paraId="41C8F396" w14:textId="77777777" w:rsidR="004956EC" w:rsidRDefault="004956EC"/>
        </w:tc>
      </w:tr>
      <w:tr w:rsidR="004956EC" w14:paraId="456495D2" w14:textId="77777777">
        <w:tc>
          <w:tcPr>
            <w:tcW w:w="1080" w:type="dxa"/>
          </w:tcPr>
          <w:p w14:paraId="56339102" w14:textId="77777777" w:rsidR="004956EC" w:rsidRDefault="00395555">
            <w:r>
              <w:t>8-10am</w:t>
            </w:r>
          </w:p>
        </w:tc>
        <w:tc>
          <w:tcPr>
            <w:tcW w:w="1080" w:type="dxa"/>
          </w:tcPr>
          <w:p w14:paraId="72A3D3EC" w14:textId="77777777" w:rsidR="004956EC" w:rsidRDefault="004956EC"/>
        </w:tc>
        <w:tc>
          <w:tcPr>
            <w:tcW w:w="1080" w:type="dxa"/>
          </w:tcPr>
          <w:p w14:paraId="0D0B940D" w14:textId="77777777" w:rsidR="004956EC" w:rsidRDefault="004956EC"/>
        </w:tc>
        <w:tc>
          <w:tcPr>
            <w:tcW w:w="1080" w:type="dxa"/>
          </w:tcPr>
          <w:p w14:paraId="0E27B00A" w14:textId="77777777" w:rsidR="004956EC" w:rsidRDefault="004956EC"/>
        </w:tc>
        <w:tc>
          <w:tcPr>
            <w:tcW w:w="1080" w:type="dxa"/>
          </w:tcPr>
          <w:p w14:paraId="60061E4C" w14:textId="77777777" w:rsidR="004956EC" w:rsidRDefault="004956EC"/>
        </w:tc>
        <w:tc>
          <w:tcPr>
            <w:tcW w:w="1080" w:type="dxa"/>
          </w:tcPr>
          <w:p w14:paraId="44EAFD9C" w14:textId="77777777" w:rsidR="004956EC" w:rsidRDefault="004956EC"/>
        </w:tc>
        <w:tc>
          <w:tcPr>
            <w:tcW w:w="1080" w:type="dxa"/>
          </w:tcPr>
          <w:p w14:paraId="4B94D5A5" w14:textId="77777777" w:rsidR="004956EC" w:rsidRDefault="004956EC"/>
        </w:tc>
        <w:tc>
          <w:tcPr>
            <w:tcW w:w="1080" w:type="dxa"/>
          </w:tcPr>
          <w:p w14:paraId="3DEEC669" w14:textId="77777777" w:rsidR="004956EC" w:rsidRDefault="004956EC"/>
        </w:tc>
      </w:tr>
      <w:tr w:rsidR="004956EC" w14:paraId="07379F7E" w14:textId="77777777">
        <w:tc>
          <w:tcPr>
            <w:tcW w:w="1080" w:type="dxa"/>
          </w:tcPr>
          <w:p w14:paraId="478F3EC3" w14:textId="77777777" w:rsidR="004956EC" w:rsidRDefault="00395555">
            <w:r>
              <w:t>10-12pm</w:t>
            </w:r>
          </w:p>
        </w:tc>
        <w:tc>
          <w:tcPr>
            <w:tcW w:w="1080" w:type="dxa"/>
          </w:tcPr>
          <w:p w14:paraId="3656B9AB" w14:textId="77777777" w:rsidR="004956EC" w:rsidRDefault="004956EC"/>
        </w:tc>
        <w:tc>
          <w:tcPr>
            <w:tcW w:w="1080" w:type="dxa"/>
          </w:tcPr>
          <w:p w14:paraId="45FB0818" w14:textId="77777777" w:rsidR="004956EC" w:rsidRDefault="004956EC"/>
        </w:tc>
        <w:tc>
          <w:tcPr>
            <w:tcW w:w="1080" w:type="dxa"/>
          </w:tcPr>
          <w:p w14:paraId="049F31CB" w14:textId="77777777" w:rsidR="004956EC" w:rsidRDefault="004956EC"/>
        </w:tc>
        <w:tc>
          <w:tcPr>
            <w:tcW w:w="1080" w:type="dxa"/>
          </w:tcPr>
          <w:p w14:paraId="53128261" w14:textId="77777777" w:rsidR="004956EC" w:rsidRDefault="004956EC"/>
        </w:tc>
        <w:tc>
          <w:tcPr>
            <w:tcW w:w="1080" w:type="dxa"/>
          </w:tcPr>
          <w:p w14:paraId="62486C05" w14:textId="77777777" w:rsidR="004956EC" w:rsidRDefault="004956EC"/>
        </w:tc>
        <w:tc>
          <w:tcPr>
            <w:tcW w:w="1080" w:type="dxa"/>
          </w:tcPr>
          <w:p w14:paraId="4101652C" w14:textId="77777777" w:rsidR="004956EC" w:rsidRDefault="004956EC"/>
        </w:tc>
        <w:tc>
          <w:tcPr>
            <w:tcW w:w="1080" w:type="dxa"/>
          </w:tcPr>
          <w:p w14:paraId="4B99056E" w14:textId="77777777" w:rsidR="004956EC" w:rsidRDefault="004956EC"/>
        </w:tc>
      </w:tr>
      <w:tr w:rsidR="004956EC" w14:paraId="798E81DF" w14:textId="77777777">
        <w:tc>
          <w:tcPr>
            <w:tcW w:w="1080" w:type="dxa"/>
          </w:tcPr>
          <w:p w14:paraId="6BF35E32" w14:textId="77777777" w:rsidR="004956EC" w:rsidRDefault="00395555">
            <w:r>
              <w:t>12-2pm</w:t>
            </w:r>
          </w:p>
        </w:tc>
        <w:tc>
          <w:tcPr>
            <w:tcW w:w="1080" w:type="dxa"/>
          </w:tcPr>
          <w:p w14:paraId="1299C43A" w14:textId="77777777" w:rsidR="004956EC" w:rsidRDefault="004956EC"/>
        </w:tc>
        <w:tc>
          <w:tcPr>
            <w:tcW w:w="1080" w:type="dxa"/>
          </w:tcPr>
          <w:p w14:paraId="4DDBEF00" w14:textId="77777777" w:rsidR="004956EC" w:rsidRDefault="004956EC"/>
        </w:tc>
        <w:tc>
          <w:tcPr>
            <w:tcW w:w="1080" w:type="dxa"/>
          </w:tcPr>
          <w:p w14:paraId="3461D779" w14:textId="77777777" w:rsidR="004956EC" w:rsidRDefault="004956EC"/>
        </w:tc>
        <w:tc>
          <w:tcPr>
            <w:tcW w:w="1080" w:type="dxa"/>
          </w:tcPr>
          <w:p w14:paraId="3CF2D8B6" w14:textId="77777777" w:rsidR="004956EC" w:rsidRDefault="004956EC"/>
        </w:tc>
        <w:tc>
          <w:tcPr>
            <w:tcW w:w="1080" w:type="dxa"/>
          </w:tcPr>
          <w:p w14:paraId="0FB78278" w14:textId="77777777" w:rsidR="004956EC" w:rsidRDefault="004956EC"/>
        </w:tc>
        <w:tc>
          <w:tcPr>
            <w:tcW w:w="1080" w:type="dxa"/>
          </w:tcPr>
          <w:p w14:paraId="1FC39945" w14:textId="77777777" w:rsidR="004956EC" w:rsidRDefault="004956EC"/>
        </w:tc>
        <w:tc>
          <w:tcPr>
            <w:tcW w:w="1080" w:type="dxa"/>
          </w:tcPr>
          <w:p w14:paraId="0562CB0E" w14:textId="77777777" w:rsidR="004956EC" w:rsidRDefault="004956EC"/>
        </w:tc>
      </w:tr>
      <w:tr w:rsidR="004956EC" w14:paraId="5CEE2081" w14:textId="77777777">
        <w:tc>
          <w:tcPr>
            <w:tcW w:w="1080" w:type="dxa"/>
          </w:tcPr>
          <w:p w14:paraId="24EBCE98" w14:textId="77777777" w:rsidR="004956EC" w:rsidRDefault="00395555">
            <w:r>
              <w:t>2-4pm</w:t>
            </w:r>
          </w:p>
        </w:tc>
        <w:tc>
          <w:tcPr>
            <w:tcW w:w="1080" w:type="dxa"/>
          </w:tcPr>
          <w:p w14:paraId="34CE0A41" w14:textId="77777777" w:rsidR="004956EC" w:rsidRDefault="004956EC"/>
        </w:tc>
        <w:tc>
          <w:tcPr>
            <w:tcW w:w="1080" w:type="dxa"/>
          </w:tcPr>
          <w:p w14:paraId="62EBF3C5" w14:textId="77777777" w:rsidR="004956EC" w:rsidRDefault="004956EC"/>
        </w:tc>
        <w:tc>
          <w:tcPr>
            <w:tcW w:w="1080" w:type="dxa"/>
          </w:tcPr>
          <w:p w14:paraId="6D98A12B" w14:textId="77777777" w:rsidR="004956EC" w:rsidRDefault="004956EC"/>
        </w:tc>
        <w:tc>
          <w:tcPr>
            <w:tcW w:w="1080" w:type="dxa"/>
          </w:tcPr>
          <w:p w14:paraId="2946DB82" w14:textId="77777777" w:rsidR="004956EC" w:rsidRDefault="004956EC"/>
        </w:tc>
        <w:tc>
          <w:tcPr>
            <w:tcW w:w="1080" w:type="dxa"/>
          </w:tcPr>
          <w:p w14:paraId="5997CC1D" w14:textId="77777777" w:rsidR="004956EC" w:rsidRDefault="004956EC"/>
        </w:tc>
        <w:tc>
          <w:tcPr>
            <w:tcW w:w="1080" w:type="dxa"/>
          </w:tcPr>
          <w:p w14:paraId="110FFD37" w14:textId="77777777" w:rsidR="004956EC" w:rsidRDefault="004956EC"/>
        </w:tc>
        <w:tc>
          <w:tcPr>
            <w:tcW w:w="1080" w:type="dxa"/>
          </w:tcPr>
          <w:p w14:paraId="6B699379" w14:textId="77777777" w:rsidR="004956EC" w:rsidRDefault="004956EC"/>
        </w:tc>
      </w:tr>
      <w:tr w:rsidR="004956EC" w14:paraId="2104F510" w14:textId="77777777">
        <w:tc>
          <w:tcPr>
            <w:tcW w:w="1080" w:type="dxa"/>
          </w:tcPr>
          <w:p w14:paraId="7F63EF22" w14:textId="77777777" w:rsidR="004956EC" w:rsidRDefault="00395555">
            <w:r>
              <w:t>4-6pm</w:t>
            </w:r>
          </w:p>
        </w:tc>
        <w:tc>
          <w:tcPr>
            <w:tcW w:w="1080" w:type="dxa"/>
          </w:tcPr>
          <w:p w14:paraId="3FE9F23F" w14:textId="77777777" w:rsidR="004956EC" w:rsidRDefault="004956EC"/>
        </w:tc>
        <w:tc>
          <w:tcPr>
            <w:tcW w:w="1080" w:type="dxa"/>
          </w:tcPr>
          <w:p w14:paraId="1F72F646" w14:textId="77777777" w:rsidR="004956EC" w:rsidRDefault="004956EC"/>
        </w:tc>
        <w:tc>
          <w:tcPr>
            <w:tcW w:w="1080" w:type="dxa"/>
          </w:tcPr>
          <w:p w14:paraId="08CE6F91" w14:textId="77777777" w:rsidR="004956EC" w:rsidRDefault="004956EC"/>
        </w:tc>
        <w:tc>
          <w:tcPr>
            <w:tcW w:w="1080" w:type="dxa"/>
          </w:tcPr>
          <w:p w14:paraId="61CDCEAD" w14:textId="77777777" w:rsidR="004956EC" w:rsidRDefault="004956EC"/>
        </w:tc>
        <w:tc>
          <w:tcPr>
            <w:tcW w:w="1080" w:type="dxa"/>
          </w:tcPr>
          <w:p w14:paraId="6BB9E253" w14:textId="77777777" w:rsidR="004956EC" w:rsidRDefault="004956EC"/>
        </w:tc>
        <w:tc>
          <w:tcPr>
            <w:tcW w:w="1080" w:type="dxa"/>
          </w:tcPr>
          <w:p w14:paraId="23DE523C" w14:textId="77777777" w:rsidR="004956EC" w:rsidRDefault="004956EC"/>
        </w:tc>
        <w:tc>
          <w:tcPr>
            <w:tcW w:w="1080" w:type="dxa"/>
          </w:tcPr>
          <w:p w14:paraId="52E56223" w14:textId="77777777" w:rsidR="004956EC" w:rsidRDefault="004956EC"/>
        </w:tc>
      </w:tr>
      <w:tr w:rsidR="004956EC" w14:paraId="46FA9225" w14:textId="77777777">
        <w:tc>
          <w:tcPr>
            <w:tcW w:w="1080" w:type="dxa"/>
          </w:tcPr>
          <w:p w14:paraId="53554F61" w14:textId="77777777" w:rsidR="004956EC" w:rsidRDefault="00395555">
            <w:r>
              <w:t>6-8pm</w:t>
            </w:r>
          </w:p>
        </w:tc>
        <w:tc>
          <w:tcPr>
            <w:tcW w:w="1080" w:type="dxa"/>
          </w:tcPr>
          <w:p w14:paraId="07547A01" w14:textId="77777777" w:rsidR="004956EC" w:rsidRDefault="004956EC"/>
        </w:tc>
        <w:tc>
          <w:tcPr>
            <w:tcW w:w="1080" w:type="dxa"/>
          </w:tcPr>
          <w:p w14:paraId="5043CB0F" w14:textId="77777777" w:rsidR="004956EC" w:rsidRDefault="004956EC"/>
        </w:tc>
        <w:tc>
          <w:tcPr>
            <w:tcW w:w="1080" w:type="dxa"/>
          </w:tcPr>
          <w:p w14:paraId="07459315" w14:textId="77777777" w:rsidR="004956EC" w:rsidRDefault="004956EC"/>
        </w:tc>
        <w:tc>
          <w:tcPr>
            <w:tcW w:w="1080" w:type="dxa"/>
          </w:tcPr>
          <w:p w14:paraId="6537F28F" w14:textId="77777777" w:rsidR="004956EC" w:rsidRDefault="004956EC"/>
        </w:tc>
        <w:tc>
          <w:tcPr>
            <w:tcW w:w="1080" w:type="dxa"/>
          </w:tcPr>
          <w:p w14:paraId="6DFB9E20" w14:textId="77777777" w:rsidR="004956EC" w:rsidRDefault="004956EC"/>
        </w:tc>
        <w:tc>
          <w:tcPr>
            <w:tcW w:w="1080" w:type="dxa"/>
          </w:tcPr>
          <w:p w14:paraId="70DF9E56" w14:textId="77777777" w:rsidR="004956EC" w:rsidRDefault="004956EC"/>
        </w:tc>
        <w:tc>
          <w:tcPr>
            <w:tcW w:w="1080" w:type="dxa"/>
          </w:tcPr>
          <w:p w14:paraId="44E871BC" w14:textId="77777777" w:rsidR="004956EC" w:rsidRDefault="004956EC"/>
        </w:tc>
      </w:tr>
      <w:tr w:rsidR="004956EC" w14:paraId="66DBFA58" w14:textId="77777777">
        <w:tc>
          <w:tcPr>
            <w:tcW w:w="1080" w:type="dxa"/>
          </w:tcPr>
          <w:p w14:paraId="2293FC96" w14:textId="77777777" w:rsidR="004956EC" w:rsidRDefault="00395555">
            <w:r>
              <w:t>8-10pm</w:t>
            </w:r>
          </w:p>
        </w:tc>
        <w:tc>
          <w:tcPr>
            <w:tcW w:w="1080" w:type="dxa"/>
          </w:tcPr>
          <w:p w14:paraId="144A5D23" w14:textId="77777777" w:rsidR="004956EC" w:rsidRDefault="004956EC"/>
        </w:tc>
        <w:tc>
          <w:tcPr>
            <w:tcW w:w="1080" w:type="dxa"/>
          </w:tcPr>
          <w:p w14:paraId="738610EB" w14:textId="77777777" w:rsidR="004956EC" w:rsidRDefault="004956EC"/>
        </w:tc>
        <w:tc>
          <w:tcPr>
            <w:tcW w:w="1080" w:type="dxa"/>
          </w:tcPr>
          <w:p w14:paraId="637805D2" w14:textId="77777777" w:rsidR="004956EC" w:rsidRDefault="004956EC"/>
        </w:tc>
        <w:tc>
          <w:tcPr>
            <w:tcW w:w="1080" w:type="dxa"/>
          </w:tcPr>
          <w:p w14:paraId="463F29E8" w14:textId="77777777" w:rsidR="004956EC" w:rsidRDefault="004956EC"/>
        </w:tc>
        <w:tc>
          <w:tcPr>
            <w:tcW w:w="1080" w:type="dxa"/>
          </w:tcPr>
          <w:p w14:paraId="3B7B4B86" w14:textId="77777777" w:rsidR="004956EC" w:rsidRDefault="004956EC"/>
        </w:tc>
        <w:tc>
          <w:tcPr>
            <w:tcW w:w="1080" w:type="dxa"/>
          </w:tcPr>
          <w:p w14:paraId="3A0FF5F2" w14:textId="77777777" w:rsidR="004956EC" w:rsidRDefault="004956EC"/>
        </w:tc>
        <w:tc>
          <w:tcPr>
            <w:tcW w:w="1080" w:type="dxa"/>
          </w:tcPr>
          <w:p w14:paraId="5630AD66" w14:textId="77777777" w:rsidR="004956EC" w:rsidRDefault="004956EC"/>
        </w:tc>
      </w:tr>
      <w:tr w:rsidR="004956EC" w14:paraId="7A7516D7" w14:textId="77777777">
        <w:tc>
          <w:tcPr>
            <w:tcW w:w="1080" w:type="dxa"/>
          </w:tcPr>
          <w:p w14:paraId="4910B732" w14:textId="77777777" w:rsidR="004956EC" w:rsidRDefault="00395555">
            <w:r>
              <w:t>10pm-12am</w:t>
            </w:r>
          </w:p>
        </w:tc>
        <w:tc>
          <w:tcPr>
            <w:tcW w:w="1080" w:type="dxa"/>
          </w:tcPr>
          <w:p w14:paraId="61829076" w14:textId="77777777" w:rsidR="004956EC" w:rsidRDefault="004956EC"/>
        </w:tc>
        <w:tc>
          <w:tcPr>
            <w:tcW w:w="1080" w:type="dxa"/>
          </w:tcPr>
          <w:p w14:paraId="2BA226A1" w14:textId="77777777" w:rsidR="004956EC" w:rsidRDefault="004956EC"/>
        </w:tc>
        <w:tc>
          <w:tcPr>
            <w:tcW w:w="1080" w:type="dxa"/>
          </w:tcPr>
          <w:p w14:paraId="17AD93B2" w14:textId="77777777" w:rsidR="004956EC" w:rsidRDefault="004956EC"/>
        </w:tc>
        <w:tc>
          <w:tcPr>
            <w:tcW w:w="1080" w:type="dxa"/>
          </w:tcPr>
          <w:p w14:paraId="0DE4B5B7" w14:textId="77777777" w:rsidR="004956EC" w:rsidRDefault="004956EC"/>
        </w:tc>
        <w:tc>
          <w:tcPr>
            <w:tcW w:w="1080" w:type="dxa"/>
          </w:tcPr>
          <w:p w14:paraId="66204FF1" w14:textId="77777777" w:rsidR="004956EC" w:rsidRDefault="004956EC"/>
        </w:tc>
        <w:tc>
          <w:tcPr>
            <w:tcW w:w="1080" w:type="dxa"/>
          </w:tcPr>
          <w:p w14:paraId="2DBF0D7D" w14:textId="77777777" w:rsidR="004956EC" w:rsidRDefault="004956EC"/>
        </w:tc>
        <w:tc>
          <w:tcPr>
            <w:tcW w:w="1080" w:type="dxa"/>
          </w:tcPr>
          <w:p w14:paraId="6B62F1B3" w14:textId="77777777" w:rsidR="004956EC" w:rsidRDefault="004956EC"/>
        </w:tc>
      </w:tr>
      <w:tr w:rsidR="004956EC" w14:paraId="25546E3C" w14:textId="77777777">
        <w:tc>
          <w:tcPr>
            <w:tcW w:w="1080" w:type="dxa"/>
          </w:tcPr>
          <w:p w14:paraId="4707AF9E" w14:textId="77777777" w:rsidR="004956EC" w:rsidRDefault="00395555">
            <w:r>
              <w:t>Notes</w:t>
            </w:r>
          </w:p>
        </w:tc>
        <w:tc>
          <w:tcPr>
            <w:tcW w:w="1080" w:type="dxa"/>
          </w:tcPr>
          <w:p w14:paraId="02F2C34E" w14:textId="77777777" w:rsidR="004956EC" w:rsidRDefault="004956EC"/>
        </w:tc>
        <w:tc>
          <w:tcPr>
            <w:tcW w:w="1080" w:type="dxa"/>
          </w:tcPr>
          <w:p w14:paraId="680A4E5D" w14:textId="77777777" w:rsidR="004956EC" w:rsidRDefault="004956EC"/>
        </w:tc>
        <w:tc>
          <w:tcPr>
            <w:tcW w:w="1080" w:type="dxa"/>
          </w:tcPr>
          <w:p w14:paraId="19219836" w14:textId="77777777" w:rsidR="004956EC" w:rsidRDefault="004956EC"/>
        </w:tc>
        <w:tc>
          <w:tcPr>
            <w:tcW w:w="1080" w:type="dxa"/>
          </w:tcPr>
          <w:p w14:paraId="296FEF7D" w14:textId="77777777" w:rsidR="004956EC" w:rsidRDefault="004956EC"/>
        </w:tc>
        <w:tc>
          <w:tcPr>
            <w:tcW w:w="1080" w:type="dxa"/>
          </w:tcPr>
          <w:p w14:paraId="7194DBDC" w14:textId="77777777" w:rsidR="004956EC" w:rsidRDefault="004956EC"/>
        </w:tc>
        <w:tc>
          <w:tcPr>
            <w:tcW w:w="1080" w:type="dxa"/>
          </w:tcPr>
          <w:p w14:paraId="769D0D3C" w14:textId="77777777" w:rsidR="004956EC" w:rsidRDefault="004956EC"/>
        </w:tc>
        <w:tc>
          <w:tcPr>
            <w:tcW w:w="1080" w:type="dxa"/>
          </w:tcPr>
          <w:p w14:paraId="54CD245A" w14:textId="77777777" w:rsidR="004956EC" w:rsidRDefault="004956EC"/>
        </w:tc>
      </w:tr>
    </w:tbl>
    <w:p w14:paraId="5F6AC2F7" w14:textId="77777777" w:rsidR="004956EC" w:rsidRDefault="00395555">
      <w:r>
        <w:t>Estimate your study hours this week: ______</w:t>
      </w:r>
    </w:p>
    <w:p w14:paraId="1A4E5CC4" w14:textId="77777777" w:rsidR="004956EC" w:rsidRDefault="00395555">
      <w:r>
        <w:t>Reading hours: ____  Writing hours: ____  Revision hours: ____</w:t>
      </w:r>
    </w:p>
    <w:p w14:paraId="267A984B" w14:textId="77777777" w:rsidR="004956EC" w:rsidRDefault="00395555">
      <w:pPr>
        <w:pStyle w:val="Heading2"/>
      </w:pPr>
      <w:r>
        <w:t>Weekly Reflection</w:t>
      </w:r>
    </w:p>
    <w:p w14:paraId="69A9B9BB" w14:textId="77777777" w:rsidR="004956EC" w:rsidRDefault="3340A1F7">
      <w:r>
        <w:t>☐ My highest concentration periods were...</w:t>
      </w:r>
    </w:p>
    <w:p w14:paraId="6286CA20" w14:textId="4BA619A2" w:rsidR="3340A1F7" w:rsidRDefault="3340A1F7"/>
    <w:p w14:paraId="24114962" w14:textId="3CD81045" w:rsidR="3340A1F7" w:rsidRDefault="3340A1F7"/>
    <w:p w14:paraId="2B3DF787" w14:textId="77777777" w:rsidR="004956EC" w:rsidRDefault="3340A1F7">
      <w:r>
        <w:t>☐ The best time for academic reading is...</w:t>
      </w:r>
    </w:p>
    <w:p w14:paraId="1D65D651" w14:textId="279A522D" w:rsidR="3340A1F7" w:rsidRDefault="3340A1F7"/>
    <w:p w14:paraId="6119C75F" w14:textId="0D72193C" w:rsidR="3340A1F7" w:rsidRDefault="3340A1F7"/>
    <w:p w14:paraId="005EEACD" w14:textId="77777777" w:rsidR="004956EC" w:rsidRDefault="3340A1F7">
      <w:r>
        <w:t>☐ The best time for assignment writing is...</w:t>
      </w:r>
    </w:p>
    <w:p w14:paraId="2428F8D7" w14:textId="5A46DA9B" w:rsidR="3340A1F7" w:rsidRDefault="3340A1F7"/>
    <w:p w14:paraId="40F7EDD8" w14:textId="5A8290FD" w:rsidR="3340A1F7" w:rsidRDefault="3340A1F7"/>
    <w:p w14:paraId="027E7CE9" w14:textId="77777777" w:rsidR="004956EC" w:rsidRDefault="3340A1F7">
      <w:r>
        <w:t>☐ Distractions that reduced productivity were...</w:t>
      </w:r>
    </w:p>
    <w:p w14:paraId="20076D16" w14:textId="2F94235E" w:rsidR="3340A1F7" w:rsidRDefault="3340A1F7"/>
    <w:p w14:paraId="5BCC9406" w14:textId="7235ADDE" w:rsidR="3340A1F7" w:rsidRDefault="3340A1F7"/>
    <w:p w14:paraId="0CF1D26E" w14:textId="77777777" w:rsidR="004956EC" w:rsidRDefault="00395555">
      <w:r>
        <w:t>☐</w:t>
      </w:r>
      <w:r>
        <w:t xml:space="preserve"> One change I will make next week is...</w:t>
      </w:r>
    </w:p>
    <w:p w14:paraId="1231BE67" w14:textId="77777777" w:rsidR="004956EC" w:rsidRDefault="00395555">
      <w:r>
        <w:br w:type="page"/>
      </w:r>
    </w:p>
    <w:p w14:paraId="4D9523C9" w14:textId="77777777" w:rsidR="004956EC" w:rsidRDefault="00395555">
      <w:pPr>
        <w:pStyle w:val="Heading1"/>
      </w:pPr>
      <w:r>
        <w:t>Part 2: Monthly Planning Audit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1728"/>
        <w:gridCol w:w="1728"/>
        <w:gridCol w:w="1728"/>
        <w:gridCol w:w="1728"/>
      </w:tblGrid>
      <w:tr w:rsidR="004956EC" w14:paraId="6D75CBDD" w14:textId="77777777" w:rsidTr="3340A1F7">
        <w:tc>
          <w:tcPr>
            <w:tcW w:w="1728" w:type="dxa"/>
          </w:tcPr>
          <w:p w14:paraId="02A1D317" w14:textId="77777777" w:rsidR="004956EC" w:rsidRDefault="00395555">
            <w:r>
              <w:t>Week</w:t>
            </w:r>
          </w:p>
        </w:tc>
        <w:tc>
          <w:tcPr>
            <w:tcW w:w="1728" w:type="dxa"/>
          </w:tcPr>
          <w:p w14:paraId="09DDD361" w14:textId="7FF1CA14" w:rsidR="004956EC" w:rsidRDefault="3340A1F7">
            <w:r>
              <w:t>Assessments/ Deadlines</w:t>
            </w:r>
          </w:p>
        </w:tc>
        <w:tc>
          <w:tcPr>
            <w:tcW w:w="1728" w:type="dxa"/>
          </w:tcPr>
          <w:p w14:paraId="39230D47" w14:textId="77777777" w:rsidR="004956EC" w:rsidRDefault="00395555">
            <w:r>
              <w:t>Personal Commitments</w:t>
            </w:r>
          </w:p>
        </w:tc>
        <w:tc>
          <w:tcPr>
            <w:tcW w:w="1728" w:type="dxa"/>
          </w:tcPr>
          <w:p w14:paraId="571D0D16" w14:textId="77777777" w:rsidR="004956EC" w:rsidRDefault="00395555">
            <w:r>
              <w:t>Available Study Hours</w:t>
            </w:r>
          </w:p>
        </w:tc>
        <w:tc>
          <w:tcPr>
            <w:tcW w:w="1728" w:type="dxa"/>
          </w:tcPr>
          <w:p w14:paraId="4EBC748D" w14:textId="77777777" w:rsidR="004956EC" w:rsidRDefault="00395555">
            <w:r>
              <w:t>Action Plan</w:t>
            </w:r>
          </w:p>
        </w:tc>
      </w:tr>
      <w:tr w:rsidR="004956EC" w14:paraId="4B4E0F03" w14:textId="77777777" w:rsidTr="3340A1F7">
        <w:tc>
          <w:tcPr>
            <w:tcW w:w="1728" w:type="dxa"/>
          </w:tcPr>
          <w:p w14:paraId="47CCD40D" w14:textId="77777777" w:rsidR="004956EC" w:rsidRDefault="00395555">
            <w:r>
              <w:t>Week 1</w:t>
            </w:r>
          </w:p>
        </w:tc>
        <w:tc>
          <w:tcPr>
            <w:tcW w:w="1728" w:type="dxa"/>
          </w:tcPr>
          <w:p w14:paraId="36FEB5B0" w14:textId="77777777" w:rsidR="004956EC" w:rsidRDefault="004956EC"/>
        </w:tc>
        <w:tc>
          <w:tcPr>
            <w:tcW w:w="1728" w:type="dxa"/>
          </w:tcPr>
          <w:p w14:paraId="30D7AA69" w14:textId="77777777" w:rsidR="004956EC" w:rsidRDefault="004956EC"/>
        </w:tc>
        <w:tc>
          <w:tcPr>
            <w:tcW w:w="1728" w:type="dxa"/>
          </w:tcPr>
          <w:p w14:paraId="7196D064" w14:textId="77777777" w:rsidR="004956EC" w:rsidRDefault="004956EC"/>
        </w:tc>
        <w:tc>
          <w:tcPr>
            <w:tcW w:w="1728" w:type="dxa"/>
          </w:tcPr>
          <w:p w14:paraId="34FF1C98" w14:textId="77777777" w:rsidR="004956EC" w:rsidRDefault="004956EC"/>
        </w:tc>
      </w:tr>
      <w:tr w:rsidR="004956EC" w14:paraId="3F942CF4" w14:textId="77777777" w:rsidTr="3340A1F7">
        <w:tc>
          <w:tcPr>
            <w:tcW w:w="1728" w:type="dxa"/>
          </w:tcPr>
          <w:p w14:paraId="248682DC" w14:textId="77777777" w:rsidR="004956EC" w:rsidRDefault="00395555">
            <w:r>
              <w:t>Week 2</w:t>
            </w:r>
          </w:p>
        </w:tc>
        <w:tc>
          <w:tcPr>
            <w:tcW w:w="1728" w:type="dxa"/>
          </w:tcPr>
          <w:p w14:paraId="6D072C0D" w14:textId="77777777" w:rsidR="004956EC" w:rsidRDefault="004956EC"/>
        </w:tc>
        <w:tc>
          <w:tcPr>
            <w:tcW w:w="1728" w:type="dxa"/>
          </w:tcPr>
          <w:p w14:paraId="48A21919" w14:textId="77777777" w:rsidR="004956EC" w:rsidRDefault="004956EC"/>
        </w:tc>
        <w:tc>
          <w:tcPr>
            <w:tcW w:w="1728" w:type="dxa"/>
          </w:tcPr>
          <w:p w14:paraId="6BD18F9B" w14:textId="77777777" w:rsidR="004956EC" w:rsidRDefault="004956EC"/>
        </w:tc>
        <w:tc>
          <w:tcPr>
            <w:tcW w:w="1728" w:type="dxa"/>
          </w:tcPr>
          <w:p w14:paraId="238601FE" w14:textId="77777777" w:rsidR="004956EC" w:rsidRDefault="004956EC"/>
        </w:tc>
      </w:tr>
      <w:tr w:rsidR="004956EC" w14:paraId="6CE4141E" w14:textId="77777777" w:rsidTr="3340A1F7">
        <w:tc>
          <w:tcPr>
            <w:tcW w:w="1728" w:type="dxa"/>
          </w:tcPr>
          <w:p w14:paraId="42DF2A04" w14:textId="77777777" w:rsidR="004956EC" w:rsidRDefault="00395555">
            <w:r>
              <w:t>Week 3</w:t>
            </w:r>
          </w:p>
        </w:tc>
        <w:tc>
          <w:tcPr>
            <w:tcW w:w="1728" w:type="dxa"/>
          </w:tcPr>
          <w:p w14:paraId="0F3CABC7" w14:textId="77777777" w:rsidR="004956EC" w:rsidRDefault="004956EC"/>
        </w:tc>
        <w:tc>
          <w:tcPr>
            <w:tcW w:w="1728" w:type="dxa"/>
          </w:tcPr>
          <w:p w14:paraId="5B08B5D1" w14:textId="77777777" w:rsidR="004956EC" w:rsidRDefault="004956EC"/>
        </w:tc>
        <w:tc>
          <w:tcPr>
            <w:tcW w:w="1728" w:type="dxa"/>
          </w:tcPr>
          <w:p w14:paraId="16DEB4AB" w14:textId="77777777" w:rsidR="004956EC" w:rsidRDefault="004956EC"/>
        </w:tc>
        <w:tc>
          <w:tcPr>
            <w:tcW w:w="1728" w:type="dxa"/>
          </w:tcPr>
          <w:p w14:paraId="0AD9C6F4" w14:textId="77777777" w:rsidR="004956EC" w:rsidRDefault="004956EC"/>
        </w:tc>
      </w:tr>
      <w:tr w:rsidR="004956EC" w14:paraId="4F3CF6A0" w14:textId="77777777" w:rsidTr="3340A1F7">
        <w:tc>
          <w:tcPr>
            <w:tcW w:w="1728" w:type="dxa"/>
          </w:tcPr>
          <w:p w14:paraId="568BE83D" w14:textId="77777777" w:rsidR="004956EC" w:rsidRDefault="00395555">
            <w:r>
              <w:t>Week 4</w:t>
            </w:r>
          </w:p>
        </w:tc>
        <w:tc>
          <w:tcPr>
            <w:tcW w:w="1728" w:type="dxa"/>
          </w:tcPr>
          <w:p w14:paraId="4B1F511A" w14:textId="77777777" w:rsidR="004956EC" w:rsidRDefault="004956EC"/>
        </w:tc>
        <w:tc>
          <w:tcPr>
            <w:tcW w:w="1728" w:type="dxa"/>
          </w:tcPr>
          <w:p w14:paraId="65F9C3DC" w14:textId="77777777" w:rsidR="004956EC" w:rsidRDefault="004956EC"/>
        </w:tc>
        <w:tc>
          <w:tcPr>
            <w:tcW w:w="1728" w:type="dxa"/>
          </w:tcPr>
          <w:p w14:paraId="5023141B" w14:textId="77777777" w:rsidR="004956EC" w:rsidRDefault="004956EC"/>
        </w:tc>
        <w:tc>
          <w:tcPr>
            <w:tcW w:w="1728" w:type="dxa"/>
          </w:tcPr>
          <w:p w14:paraId="1F3B1409" w14:textId="77777777" w:rsidR="004956EC" w:rsidRDefault="004956EC"/>
        </w:tc>
      </w:tr>
      <w:tr w:rsidR="004956EC" w14:paraId="2A1B0FA7" w14:textId="77777777" w:rsidTr="3340A1F7">
        <w:tc>
          <w:tcPr>
            <w:tcW w:w="1728" w:type="dxa"/>
          </w:tcPr>
          <w:p w14:paraId="518F3013" w14:textId="77777777" w:rsidR="004956EC" w:rsidRDefault="00395555">
            <w:r>
              <w:t>Week 5</w:t>
            </w:r>
          </w:p>
        </w:tc>
        <w:tc>
          <w:tcPr>
            <w:tcW w:w="1728" w:type="dxa"/>
          </w:tcPr>
          <w:p w14:paraId="562C75D1" w14:textId="77777777" w:rsidR="004956EC" w:rsidRDefault="004956EC"/>
        </w:tc>
        <w:tc>
          <w:tcPr>
            <w:tcW w:w="1728" w:type="dxa"/>
          </w:tcPr>
          <w:p w14:paraId="664355AD" w14:textId="77777777" w:rsidR="004956EC" w:rsidRDefault="004956EC"/>
        </w:tc>
        <w:tc>
          <w:tcPr>
            <w:tcW w:w="1728" w:type="dxa"/>
          </w:tcPr>
          <w:p w14:paraId="1A965116" w14:textId="77777777" w:rsidR="004956EC" w:rsidRDefault="004956EC"/>
        </w:tc>
        <w:tc>
          <w:tcPr>
            <w:tcW w:w="1728" w:type="dxa"/>
          </w:tcPr>
          <w:p w14:paraId="7DF4E37C" w14:textId="77777777" w:rsidR="004956EC" w:rsidRDefault="004956EC"/>
        </w:tc>
      </w:tr>
    </w:tbl>
    <w:p w14:paraId="6B92B35F" w14:textId="77777777" w:rsidR="004956EC" w:rsidRDefault="00395555">
      <w:pPr>
        <w:pStyle w:val="Heading2"/>
      </w:pPr>
      <w:r>
        <w:t>Independent Learning Check</w:t>
      </w:r>
    </w:p>
    <w:p w14:paraId="58A5E4CA" w14:textId="77777777" w:rsidR="004956EC" w:rsidRDefault="00395555">
      <w:r>
        <w:t>A full-time student should typically engage in substantial independent study alongside scheduled teaching. Reflect on whether sufficient time is being allocated to reading, note-making, revision and assignment preparation.</w:t>
      </w:r>
    </w:p>
    <w:p w14:paraId="04CC3EAC" w14:textId="77777777" w:rsidR="004956EC" w:rsidRDefault="3340A1F7">
      <w:r>
        <w:t>☐ Which week appears busiest?</w:t>
      </w:r>
    </w:p>
    <w:p w14:paraId="4C7FD7B1" w14:textId="2F557A0C" w:rsidR="3340A1F7" w:rsidRDefault="3340A1F7"/>
    <w:p w14:paraId="05738129" w14:textId="0B8D7A07" w:rsidR="3340A1F7" w:rsidRDefault="3340A1F7"/>
    <w:p w14:paraId="5F1DB943" w14:textId="77777777" w:rsidR="004956EC" w:rsidRDefault="3340A1F7">
      <w:r>
        <w:t>☐ Have I started assessments early enough?</w:t>
      </w:r>
    </w:p>
    <w:p w14:paraId="2738A94B" w14:textId="67C62557" w:rsidR="3340A1F7" w:rsidRDefault="3340A1F7"/>
    <w:p w14:paraId="3AFE3786" w14:textId="783A8FA8" w:rsidR="3340A1F7" w:rsidRDefault="3340A1F7"/>
    <w:p w14:paraId="640A2721" w14:textId="77777777" w:rsidR="004956EC" w:rsidRDefault="00395555">
      <w:r>
        <w:t>☐</w:t>
      </w:r>
      <w:r>
        <w:t xml:space="preserve"> Where can I create additional study time?</w:t>
      </w:r>
    </w:p>
    <w:p w14:paraId="44FB30F8" w14:textId="77777777" w:rsidR="004956EC" w:rsidRDefault="00395555">
      <w:r>
        <w:br w:type="page"/>
      </w:r>
    </w:p>
    <w:p w14:paraId="515B12DC" w14:textId="77777777" w:rsidR="004956EC" w:rsidRDefault="00395555">
      <w:pPr>
        <w:pStyle w:val="Heading1"/>
      </w:pPr>
      <w:r>
        <w:t>Part 3: Academic Year Audit</w:t>
      </w:r>
    </w:p>
    <w:tbl>
      <w:tblPr>
        <w:tblStyle w:val="TableGrid"/>
        <w:tblW w:w="8640" w:type="dxa"/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  <w:gridCol w:w="1575"/>
        <w:gridCol w:w="1305"/>
      </w:tblGrid>
      <w:tr w:rsidR="004956EC" w14:paraId="059392B8" w14:textId="77777777" w:rsidTr="3340A1F7">
        <w:tc>
          <w:tcPr>
            <w:tcW w:w="1440" w:type="dxa"/>
          </w:tcPr>
          <w:p w14:paraId="401F8812" w14:textId="77777777" w:rsidR="004956EC" w:rsidRDefault="00395555">
            <w:r>
              <w:t>Month</w:t>
            </w:r>
          </w:p>
        </w:tc>
        <w:tc>
          <w:tcPr>
            <w:tcW w:w="1440" w:type="dxa"/>
          </w:tcPr>
          <w:p w14:paraId="33F70657" w14:textId="5892BFE8" w:rsidR="004956EC" w:rsidRDefault="3340A1F7">
            <w:r>
              <w:t>Teaching/ Assessments</w:t>
            </w:r>
          </w:p>
        </w:tc>
        <w:tc>
          <w:tcPr>
            <w:tcW w:w="1440" w:type="dxa"/>
          </w:tcPr>
          <w:p w14:paraId="6C116EDE" w14:textId="77777777" w:rsidR="004956EC" w:rsidRDefault="00395555">
            <w:r>
              <w:t>Employment</w:t>
            </w:r>
          </w:p>
        </w:tc>
        <w:tc>
          <w:tcPr>
            <w:tcW w:w="1440" w:type="dxa"/>
          </w:tcPr>
          <w:p w14:paraId="473A4B8E" w14:textId="77777777" w:rsidR="004956EC" w:rsidRDefault="00395555">
            <w:r>
              <w:t>Personal Events</w:t>
            </w:r>
          </w:p>
        </w:tc>
        <w:tc>
          <w:tcPr>
            <w:tcW w:w="1575" w:type="dxa"/>
          </w:tcPr>
          <w:p w14:paraId="74ADAC45" w14:textId="77777777" w:rsidR="004956EC" w:rsidRDefault="00395555">
            <w:r>
              <w:t>Study Opportunities</w:t>
            </w:r>
          </w:p>
        </w:tc>
        <w:tc>
          <w:tcPr>
            <w:tcW w:w="1305" w:type="dxa"/>
          </w:tcPr>
          <w:p w14:paraId="48F24262" w14:textId="77777777" w:rsidR="004956EC" w:rsidRDefault="00395555">
            <w:r>
              <w:t>Risk Rating</w:t>
            </w:r>
          </w:p>
        </w:tc>
      </w:tr>
      <w:tr w:rsidR="004956EC" w14:paraId="6D0FBCB5" w14:textId="77777777" w:rsidTr="3340A1F7">
        <w:tc>
          <w:tcPr>
            <w:tcW w:w="1440" w:type="dxa"/>
          </w:tcPr>
          <w:p w14:paraId="06EE5E4C" w14:textId="77777777" w:rsidR="004956EC" w:rsidRDefault="00395555">
            <w:r>
              <w:t>Sep</w:t>
            </w:r>
          </w:p>
        </w:tc>
        <w:tc>
          <w:tcPr>
            <w:tcW w:w="1440" w:type="dxa"/>
          </w:tcPr>
          <w:p w14:paraId="1DA6542E" w14:textId="77777777" w:rsidR="004956EC" w:rsidRDefault="004956EC"/>
        </w:tc>
        <w:tc>
          <w:tcPr>
            <w:tcW w:w="1440" w:type="dxa"/>
          </w:tcPr>
          <w:p w14:paraId="3041E394" w14:textId="77777777" w:rsidR="004956EC" w:rsidRDefault="004956EC"/>
        </w:tc>
        <w:tc>
          <w:tcPr>
            <w:tcW w:w="1440" w:type="dxa"/>
          </w:tcPr>
          <w:p w14:paraId="722B00AE" w14:textId="77777777" w:rsidR="004956EC" w:rsidRDefault="004956EC"/>
        </w:tc>
        <w:tc>
          <w:tcPr>
            <w:tcW w:w="1575" w:type="dxa"/>
          </w:tcPr>
          <w:p w14:paraId="42C6D796" w14:textId="77777777" w:rsidR="004956EC" w:rsidRDefault="004956EC"/>
        </w:tc>
        <w:tc>
          <w:tcPr>
            <w:tcW w:w="1305" w:type="dxa"/>
          </w:tcPr>
          <w:p w14:paraId="6E1831B3" w14:textId="77777777" w:rsidR="004956EC" w:rsidRDefault="004956EC"/>
        </w:tc>
      </w:tr>
      <w:tr w:rsidR="004956EC" w14:paraId="4A3FA225" w14:textId="77777777" w:rsidTr="3340A1F7">
        <w:tc>
          <w:tcPr>
            <w:tcW w:w="1440" w:type="dxa"/>
          </w:tcPr>
          <w:p w14:paraId="3EE097E8" w14:textId="77777777" w:rsidR="004956EC" w:rsidRDefault="00395555">
            <w:r>
              <w:t>Oct</w:t>
            </w:r>
          </w:p>
        </w:tc>
        <w:tc>
          <w:tcPr>
            <w:tcW w:w="1440" w:type="dxa"/>
          </w:tcPr>
          <w:p w14:paraId="54E11D2A" w14:textId="77777777" w:rsidR="004956EC" w:rsidRDefault="004956EC"/>
        </w:tc>
        <w:tc>
          <w:tcPr>
            <w:tcW w:w="1440" w:type="dxa"/>
          </w:tcPr>
          <w:p w14:paraId="31126E5D" w14:textId="77777777" w:rsidR="004956EC" w:rsidRDefault="004956EC"/>
        </w:tc>
        <w:tc>
          <w:tcPr>
            <w:tcW w:w="1440" w:type="dxa"/>
          </w:tcPr>
          <w:p w14:paraId="2DE403A5" w14:textId="77777777" w:rsidR="004956EC" w:rsidRDefault="004956EC"/>
        </w:tc>
        <w:tc>
          <w:tcPr>
            <w:tcW w:w="1575" w:type="dxa"/>
          </w:tcPr>
          <w:p w14:paraId="62431CDC" w14:textId="77777777" w:rsidR="004956EC" w:rsidRDefault="004956EC"/>
        </w:tc>
        <w:tc>
          <w:tcPr>
            <w:tcW w:w="1305" w:type="dxa"/>
          </w:tcPr>
          <w:p w14:paraId="49E398E2" w14:textId="77777777" w:rsidR="004956EC" w:rsidRDefault="004956EC"/>
        </w:tc>
      </w:tr>
      <w:tr w:rsidR="004956EC" w14:paraId="49C0D58B" w14:textId="77777777" w:rsidTr="3340A1F7">
        <w:tc>
          <w:tcPr>
            <w:tcW w:w="1440" w:type="dxa"/>
          </w:tcPr>
          <w:p w14:paraId="7493735D" w14:textId="77777777" w:rsidR="004956EC" w:rsidRDefault="00395555">
            <w:r>
              <w:t>Nov</w:t>
            </w:r>
          </w:p>
        </w:tc>
        <w:tc>
          <w:tcPr>
            <w:tcW w:w="1440" w:type="dxa"/>
          </w:tcPr>
          <w:p w14:paraId="16287F21" w14:textId="77777777" w:rsidR="004956EC" w:rsidRDefault="004956EC"/>
        </w:tc>
        <w:tc>
          <w:tcPr>
            <w:tcW w:w="1440" w:type="dxa"/>
          </w:tcPr>
          <w:p w14:paraId="5BE93A62" w14:textId="77777777" w:rsidR="004956EC" w:rsidRDefault="004956EC"/>
        </w:tc>
        <w:tc>
          <w:tcPr>
            <w:tcW w:w="1440" w:type="dxa"/>
          </w:tcPr>
          <w:p w14:paraId="384BA73E" w14:textId="77777777" w:rsidR="004956EC" w:rsidRDefault="004956EC"/>
        </w:tc>
        <w:tc>
          <w:tcPr>
            <w:tcW w:w="1575" w:type="dxa"/>
          </w:tcPr>
          <w:p w14:paraId="34B3F2EB" w14:textId="77777777" w:rsidR="004956EC" w:rsidRDefault="004956EC"/>
        </w:tc>
        <w:tc>
          <w:tcPr>
            <w:tcW w:w="1305" w:type="dxa"/>
          </w:tcPr>
          <w:p w14:paraId="7D34F5C7" w14:textId="77777777" w:rsidR="004956EC" w:rsidRDefault="004956EC"/>
        </w:tc>
      </w:tr>
      <w:tr w:rsidR="004956EC" w14:paraId="30921E40" w14:textId="77777777" w:rsidTr="3340A1F7">
        <w:tc>
          <w:tcPr>
            <w:tcW w:w="1440" w:type="dxa"/>
          </w:tcPr>
          <w:p w14:paraId="6B63C09B" w14:textId="77777777" w:rsidR="004956EC" w:rsidRDefault="00395555">
            <w:r>
              <w:t>Dec</w:t>
            </w:r>
          </w:p>
        </w:tc>
        <w:tc>
          <w:tcPr>
            <w:tcW w:w="1440" w:type="dxa"/>
          </w:tcPr>
          <w:p w14:paraId="0B4020A7" w14:textId="77777777" w:rsidR="004956EC" w:rsidRDefault="004956EC"/>
        </w:tc>
        <w:tc>
          <w:tcPr>
            <w:tcW w:w="1440" w:type="dxa"/>
          </w:tcPr>
          <w:p w14:paraId="1D7B270A" w14:textId="77777777" w:rsidR="004956EC" w:rsidRDefault="004956EC"/>
        </w:tc>
        <w:tc>
          <w:tcPr>
            <w:tcW w:w="1440" w:type="dxa"/>
          </w:tcPr>
          <w:p w14:paraId="4F904CB7" w14:textId="77777777" w:rsidR="004956EC" w:rsidRDefault="004956EC"/>
        </w:tc>
        <w:tc>
          <w:tcPr>
            <w:tcW w:w="1575" w:type="dxa"/>
          </w:tcPr>
          <w:p w14:paraId="06971CD3" w14:textId="77777777" w:rsidR="004956EC" w:rsidRDefault="004956EC"/>
        </w:tc>
        <w:tc>
          <w:tcPr>
            <w:tcW w:w="1305" w:type="dxa"/>
          </w:tcPr>
          <w:p w14:paraId="2A1F701D" w14:textId="77777777" w:rsidR="004956EC" w:rsidRDefault="004956EC"/>
        </w:tc>
      </w:tr>
      <w:tr w:rsidR="004956EC" w14:paraId="31DF3301" w14:textId="77777777" w:rsidTr="3340A1F7">
        <w:tc>
          <w:tcPr>
            <w:tcW w:w="1440" w:type="dxa"/>
          </w:tcPr>
          <w:p w14:paraId="7D869636" w14:textId="77777777" w:rsidR="004956EC" w:rsidRDefault="00395555">
            <w:r>
              <w:t>Jan</w:t>
            </w:r>
          </w:p>
        </w:tc>
        <w:tc>
          <w:tcPr>
            <w:tcW w:w="1440" w:type="dxa"/>
          </w:tcPr>
          <w:p w14:paraId="03EFCA41" w14:textId="77777777" w:rsidR="004956EC" w:rsidRDefault="004956EC"/>
        </w:tc>
        <w:tc>
          <w:tcPr>
            <w:tcW w:w="1440" w:type="dxa"/>
          </w:tcPr>
          <w:p w14:paraId="5F96A722" w14:textId="77777777" w:rsidR="004956EC" w:rsidRDefault="004956EC"/>
        </w:tc>
        <w:tc>
          <w:tcPr>
            <w:tcW w:w="1440" w:type="dxa"/>
          </w:tcPr>
          <w:p w14:paraId="5B95CD12" w14:textId="77777777" w:rsidR="004956EC" w:rsidRDefault="004956EC"/>
        </w:tc>
        <w:tc>
          <w:tcPr>
            <w:tcW w:w="1575" w:type="dxa"/>
          </w:tcPr>
          <w:p w14:paraId="5220BBB2" w14:textId="77777777" w:rsidR="004956EC" w:rsidRDefault="004956EC"/>
        </w:tc>
        <w:tc>
          <w:tcPr>
            <w:tcW w:w="1305" w:type="dxa"/>
          </w:tcPr>
          <w:p w14:paraId="13CB595B" w14:textId="77777777" w:rsidR="004956EC" w:rsidRDefault="004956EC"/>
        </w:tc>
      </w:tr>
      <w:tr w:rsidR="004956EC" w14:paraId="1EA88070" w14:textId="77777777" w:rsidTr="3340A1F7">
        <w:tc>
          <w:tcPr>
            <w:tcW w:w="1440" w:type="dxa"/>
          </w:tcPr>
          <w:p w14:paraId="684354A6" w14:textId="77777777" w:rsidR="004956EC" w:rsidRDefault="00395555">
            <w:r>
              <w:t>Feb</w:t>
            </w:r>
          </w:p>
        </w:tc>
        <w:tc>
          <w:tcPr>
            <w:tcW w:w="1440" w:type="dxa"/>
          </w:tcPr>
          <w:p w14:paraId="6D9C8D39" w14:textId="77777777" w:rsidR="004956EC" w:rsidRDefault="004956EC"/>
        </w:tc>
        <w:tc>
          <w:tcPr>
            <w:tcW w:w="1440" w:type="dxa"/>
          </w:tcPr>
          <w:p w14:paraId="675E05EE" w14:textId="77777777" w:rsidR="004956EC" w:rsidRDefault="004956EC"/>
        </w:tc>
        <w:tc>
          <w:tcPr>
            <w:tcW w:w="1440" w:type="dxa"/>
          </w:tcPr>
          <w:p w14:paraId="2FC17F8B" w14:textId="77777777" w:rsidR="004956EC" w:rsidRDefault="004956EC"/>
        </w:tc>
        <w:tc>
          <w:tcPr>
            <w:tcW w:w="1575" w:type="dxa"/>
          </w:tcPr>
          <w:p w14:paraId="0A4F7224" w14:textId="77777777" w:rsidR="004956EC" w:rsidRDefault="004956EC"/>
        </w:tc>
        <w:tc>
          <w:tcPr>
            <w:tcW w:w="1305" w:type="dxa"/>
          </w:tcPr>
          <w:p w14:paraId="5AE48A43" w14:textId="77777777" w:rsidR="004956EC" w:rsidRDefault="004956EC"/>
        </w:tc>
      </w:tr>
      <w:tr w:rsidR="004956EC" w14:paraId="621F0443" w14:textId="77777777" w:rsidTr="3340A1F7">
        <w:tc>
          <w:tcPr>
            <w:tcW w:w="1440" w:type="dxa"/>
          </w:tcPr>
          <w:p w14:paraId="2C1DB31E" w14:textId="77777777" w:rsidR="004956EC" w:rsidRDefault="00395555">
            <w:r>
              <w:t>Mar</w:t>
            </w:r>
          </w:p>
        </w:tc>
        <w:tc>
          <w:tcPr>
            <w:tcW w:w="1440" w:type="dxa"/>
          </w:tcPr>
          <w:p w14:paraId="50F40DEB" w14:textId="77777777" w:rsidR="004956EC" w:rsidRDefault="004956EC"/>
        </w:tc>
        <w:tc>
          <w:tcPr>
            <w:tcW w:w="1440" w:type="dxa"/>
          </w:tcPr>
          <w:p w14:paraId="77A52294" w14:textId="77777777" w:rsidR="004956EC" w:rsidRDefault="004956EC"/>
        </w:tc>
        <w:tc>
          <w:tcPr>
            <w:tcW w:w="1440" w:type="dxa"/>
          </w:tcPr>
          <w:p w14:paraId="007DCDA8" w14:textId="77777777" w:rsidR="004956EC" w:rsidRDefault="004956EC"/>
        </w:tc>
        <w:tc>
          <w:tcPr>
            <w:tcW w:w="1575" w:type="dxa"/>
          </w:tcPr>
          <w:p w14:paraId="450EA2D7" w14:textId="77777777" w:rsidR="004956EC" w:rsidRDefault="004956EC"/>
        </w:tc>
        <w:tc>
          <w:tcPr>
            <w:tcW w:w="1305" w:type="dxa"/>
          </w:tcPr>
          <w:p w14:paraId="3DD355C9" w14:textId="77777777" w:rsidR="004956EC" w:rsidRDefault="004956EC"/>
        </w:tc>
      </w:tr>
      <w:tr w:rsidR="004956EC" w14:paraId="0CEB4366" w14:textId="77777777" w:rsidTr="3340A1F7">
        <w:tc>
          <w:tcPr>
            <w:tcW w:w="1440" w:type="dxa"/>
          </w:tcPr>
          <w:p w14:paraId="486FBA37" w14:textId="77777777" w:rsidR="004956EC" w:rsidRDefault="00395555">
            <w:r>
              <w:t>Apr</w:t>
            </w:r>
          </w:p>
        </w:tc>
        <w:tc>
          <w:tcPr>
            <w:tcW w:w="1440" w:type="dxa"/>
          </w:tcPr>
          <w:p w14:paraId="1A81F0B1" w14:textId="77777777" w:rsidR="004956EC" w:rsidRDefault="004956EC"/>
        </w:tc>
        <w:tc>
          <w:tcPr>
            <w:tcW w:w="1440" w:type="dxa"/>
          </w:tcPr>
          <w:p w14:paraId="717AAFBA" w14:textId="77777777" w:rsidR="004956EC" w:rsidRDefault="004956EC"/>
        </w:tc>
        <w:tc>
          <w:tcPr>
            <w:tcW w:w="1440" w:type="dxa"/>
          </w:tcPr>
          <w:p w14:paraId="56EE48EE" w14:textId="77777777" w:rsidR="004956EC" w:rsidRDefault="004956EC"/>
        </w:tc>
        <w:tc>
          <w:tcPr>
            <w:tcW w:w="1575" w:type="dxa"/>
          </w:tcPr>
          <w:p w14:paraId="2908EB2C" w14:textId="77777777" w:rsidR="004956EC" w:rsidRDefault="004956EC"/>
        </w:tc>
        <w:tc>
          <w:tcPr>
            <w:tcW w:w="1305" w:type="dxa"/>
          </w:tcPr>
          <w:p w14:paraId="121FD38A" w14:textId="77777777" w:rsidR="004956EC" w:rsidRDefault="004956EC"/>
        </w:tc>
      </w:tr>
      <w:tr w:rsidR="004956EC" w14:paraId="722A26A7" w14:textId="77777777" w:rsidTr="3340A1F7">
        <w:tc>
          <w:tcPr>
            <w:tcW w:w="1440" w:type="dxa"/>
          </w:tcPr>
          <w:p w14:paraId="0E8FD23B" w14:textId="77777777" w:rsidR="004956EC" w:rsidRDefault="00395555">
            <w:r>
              <w:t>May</w:t>
            </w:r>
          </w:p>
        </w:tc>
        <w:tc>
          <w:tcPr>
            <w:tcW w:w="1440" w:type="dxa"/>
          </w:tcPr>
          <w:p w14:paraId="1FE2DD96" w14:textId="77777777" w:rsidR="004956EC" w:rsidRDefault="004956EC"/>
        </w:tc>
        <w:tc>
          <w:tcPr>
            <w:tcW w:w="1440" w:type="dxa"/>
          </w:tcPr>
          <w:p w14:paraId="27357532" w14:textId="77777777" w:rsidR="004956EC" w:rsidRDefault="004956EC"/>
        </w:tc>
        <w:tc>
          <w:tcPr>
            <w:tcW w:w="1440" w:type="dxa"/>
          </w:tcPr>
          <w:p w14:paraId="07F023C8" w14:textId="77777777" w:rsidR="004956EC" w:rsidRDefault="004956EC"/>
        </w:tc>
        <w:tc>
          <w:tcPr>
            <w:tcW w:w="1575" w:type="dxa"/>
          </w:tcPr>
          <w:p w14:paraId="4BDB5498" w14:textId="77777777" w:rsidR="004956EC" w:rsidRDefault="004956EC"/>
        </w:tc>
        <w:tc>
          <w:tcPr>
            <w:tcW w:w="1305" w:type="dxa"/>
          </w:tcPr>
          <w:p w14:paraId="2916C19D" w14:textId="77777777" w:rsidR="004956EC" w:rsidRDefault="004956EC"/>
        </w:tc>
      </w:tr>
      <w:tr w:rsidR="004956EC" w14:paraId="07DB6E89" w14:textId="77777777" w:rsidTr="3340A1F7">
        <w:tc>
          <w:tcPr>
            <w:tcW w:w="1440" w:type="dxa"/>
          </w:tcPr>
          <w:p w14:paraId="6C066AF8" w14:textId="77777777" w:rsidR="004956EC" w:rsidRDefault="00395555">
            <w:r>
              <w:t>Jun</w:t>
            </w:r>
          </w:p>
        </w:tc>
        <w:tc>
          <w:tcPr>
            <w:tcW w:w="1440" w:type="dxa"/>
          </w:tcPr>
          <w:p w14:paraId="74869460" w14:textId="77777777" w:rsidR="004956EC" w:rsidRDefault="004956EC"/>
        </w:tc>
        <w:tc>
          <w:tcPr>
            <w:tcW w:w="1440" w:type="dxa"/>
          </w:tcPr>
          <w:p w14:paraId="187F57B8" w14:textId="77777777" w:rsidR="004956EC" w:rsidRDefault="004956EC"/>
        </w:tc>
        <w:tc>
          <w:tcPr>
            <w:tcW w:w="1440" w:type="dxa"/>
          </w:tcPr>
          <w:p w14:paraId="54738AF4" w14:textId="77777777" w:rsidR="004956EC" w:rsidRDefault="004956EC"/>
        </w:tc>
        <w:tc>
          <w:tcPr>
            <w:tcW w:w="1575" w:type="dxa"/>
          </w:tcPr>
          <w:p w14:paraId="46ABBD8F" w14:textId="77777777" w:rsidR="004956EC" w:rsidRDefault="004956EC"/>
        </w:tc>
        <w:tc>
          <w:tcPr>
            <w:tcW w:w="1305" w:type="dxa"/>
          </w:tcPr>
          <w:p w14:paraId="06BBA33E" w14:textId="77777777" w:rsidR="004956EC" w:rsidRDefault="004956EC"/>
        </w:tc>
      </w:tr>
      <w:tr w:rsidR="004956EC" w14:paraId="7E1E0F89" w14:textId="77777777" w:rsidTr="3340A1F7">
        <w:tc>
          <w:tcPr>
            <w:tcW w:w="1440" w:type="dxa"/>
          </w:tcPr>
          <w:p w14:paraId="42930096" w14:textId="77777777" w:rsidR="004956EC" w:rsidRDefault="00395555">
            <w:r>
              <w:t>Jul</w:t>
            </w:r>
          </w:p>
        </w:tc>
        <w:tc>
          <w:tcPr>
            <w:tcW w:w="1440" w:type="dxa"/>
          </w:tcPr>
          <w:p w14:paraId="464FCBC1" w14:textId="77777777" w:rsidR="004956EC" w:rsidRDefault="004956EC"/>
        </w:tc>
        <w:tc>
          <w:tcPr>
            <w:tcW w:w="1440" w:type="dxa"/>
          </w:tcPr>
          <w:p w14:paraId="5C8C6B09" w14:textId="77777777" w:rsidR="004956EC" w:rsidRDefault="004956EC"/>
        </w:tc>
        <w:tc>
          <w:tcPr>
            <w:tcW w:w="1440" w:type="dxa"/>
          </w:tcPr>
          <w:p w14:paraId="3382A365" w14:textId="77777777" w:rsidR="004956EC" w:rsidRDefault="004956EC"/>
        </w:tc>
        <w:tc>
          <w:tcPr>
            <w:tcW w:w="1575" w:type="dxa"/>
          </w:tcPr>
          <w:p w14:paraId="5C71F136" w14:textId="77777777" w:rsidR="004956EC" w:rsidRDefault="004956EC"/>
        </w:tc>
        <w:tc>
          <w:tcPr>
            <w:tcW w:w="1305" w:type="dxa"/>
          </w:tcPr>
          <w:p w14:paraId="62199465" w14:textId="77777777" w:rsidR="004956EC" w:rsidRDefault="004956EC"/>
        </w:tc>
      </w:tr>
      <w:tr w:rsidR="004956EC" w14:paraId="2F604E88" w14:textId="77777777" w:rsidTr="3340A1F7">
        <w:tc>
          <w:tcPr>
            <w:tcW w:w="1440" w:type="dxa"/>
          </w:tcPr>
          <w:p w14:paraId="7272E838" w14:textId="77777777" w:rsidR="004956EC" w:rsidRDefault="00395555">
            <w:r>
              <w:t>Aug</w:t>
            </w:r>
          </w:p>
        </w:tc>
        <w:tc>
          <w:tcPr>
            <w:tcW w:w="1440" w:type="dxa"/>
          </w:tcPr>
          <w:p w14:paraId="0DA123B1" w14:textId="77777777" w:rsidR="004956EC" w:rsidRDefault="004956EC"/>
        </w:tc>
        <w:tc>
          <w:tcPr>
            <w:tcW w:w="1440" w:type="dxa"/>
          </w:tcPr>
          <w:p w14:paraId="4C4CEA3D" w14:textId="77777777" w:rsidR="004956EC" w:rsidRDefault="004956EC"/>
        </w:tc>
        <w:tc>
          <w:tcPr>
            <w:tcW w:w="1440" w:type="dxa"/>
          </w:tcPr>
          <w:p w14:paraId="50895670" w14:textId="77777777" w:rsidR="004956EC" w:rsidRDefault="004956EC"/>
        </w:tc>
        <w:tc>
          <w:tcPr>
            <w:tcW w:w="1575" w:type="dxa"/>
          </w:tcPr>
          <w:p w14:paraId="38C1F859" w14:textId="77777777" w:rsidR="004956EC" w:rsidRDefault="004956EC"/>
        </w:tc>
        <w:tc>
          <w:tcPr>
            <w:tcW w:w="1305" w:type="dxa"/>
          </w:tcPr>
          <w:p w14:paraId="0C8FE7CE" w14:textId="77777777" w:rsidR="004956EC" w:rsidRDefault="004956EC"/>
        </w:tc>
      </w:tr>
    </w:tbl>
    <w:p w14:paraId="281BFAA6" w14:textId="77777777" w:rsidR="004956EC" w:rsidRDefault="00395555">
      <w:pPr>
        <w:pStyle w:val="Heading1"/>
      </w:pPr>
      <w:r>
        <w:t>UWTSD Graduate Attributes Reflection</w:t>
      </w:r>
    </w:p>
    <w:p w14:paraId="732CB5B8" w14:textId="77777777" w:rsidR="004956EC" w:rsidRDefault="3340A1F7">
      <w:r>
        <w:t>☐ How will effective time management help me become a Critical thinker?</w:t>
      </w:r>
    </w:p>
    <w:p w14:paraId="3893EEA0" w14:textId="22D97B7A" w:rsidR="3340A1F7" w:rsidRDefault="3340A1F7"/>
    <w:p w14:paraId="6E9D1A34" w14:textId="0727C2C3" w:rsidR="004956EC" w:rsidRDefault="3340A1F7">
      <w:r>
        <w:t>☐ How will effective time management help me become an Effective communicator?</w:t>
      </w:r>
    </w:p>
    <w:p w14:paraId="38F54C7F" w14:textId="10F10BE2" w:rsidR="3340A1F7" w:rsidRDefault="3340A1F7"/>
    <w:p w14:paraId="6413D01C" w14:textId="77777777" w:rsidR="004956EC" w:rsidRDefault="3340A1F7">
      <w:r>
        <w:t>☐ How will effective time management help me become a Reflective learner?</w:t>
      </w:r>
    </w:p>
    <w:p w14:paraId="6C5D5350" w14:textId="3B8A443B" w:rsidR="3340A1F7" w:rsidRDefault="3340A1F7"/>
    <w:p w14:paraId="507A05D8" w14:textId="77777777" w:rsidR="004956EC" w:rsidRDefault="3340A1F7">
      <w:r>
        <w:t>☐ How will effective time management help me become a Digitally capable learner?</w:t>
      </w:r>
    </w:p>
    <w:p w14:paraId="6CC7677F" w14:textId="58D5C794" w:rsidR="3340A1F7" w:rsidRDefault="3340A1F7"/>
    <w:p w14:paraId="3A4F9B66" w14:textId="7FB3E5E0" w:rsidR="004956EC" w:rsidRDefault="3340A1F7">
      <w:r>
        <w:t>☐ How will effective time management help me become an Ethically aware citizen?</w:t>
      </w:r>
    </w:p>
    <w:p w14:paraId="41004F19" w14:textId="77777777" w:rsidR="004956EC" w:rsidRDefault="00395555">
      <w:r>
        <w:br w:type="page"/>
      </w:r>
    </w:p>
    <w:p w14:paraId="7DF8311F" w14:textId="77777777" w:rsidR="004956EC" w:rsidRDefault="00395555">
      <w:pPr>
        <w:pStyle w:val="Heading1"/>
      </w:pPr>
      <w:r>
        <w:t>My Ideal Study Week</w:t>
      </w:r>
    </w:p>
    <w:p w14:paraId="5022170F" w14:textId="77777777" w:rsidR="004956EC" w:rsidRDefault="00395555">
      <w:r>
        <w:t>Using the evidence from your audits, design your ideal week.</w:t>
      </w:r>
    </w:p>
    <w:tbl>
      <w:tblPr>
        <w:tblStyle w:val="TableGrid"/>
        <w:tblW w:w="8640" w:type="dxa"/>
        <w:tblLook w:val="04A0" w:firstRow="1" w:lastRow="0" w:firstColumn="1" w:lastColumn="0" w:noHBand="0" w:noVBand="1"/>
      </w:tblPr>
      <w:tblGrid>
        <w:gridCol w:w="2265"/>
        <w:gridCol w:w="2055"/>
        <w:gridCol w:w="2160"/>
        <w:gridCol w:w="2160"/>
      </w:tblGrid>
      <w:tr w:rsidR="004956EC" w14:paraId="1E2AEBD9" w14:textId="77777777" w:rsidTr="3340A1F7">
        <w:tc>
          <w:tcPr>
            <w:tcW w:w="2265" w:type="dxa"/>
          </w:tcPr>
          <w:p w14:paraId="18283460" w14:textId="77777777" w:rsidR="004956EC" w:rsidRDefault="00395555">
            <w:r>
              <w:t>Activity</w:t>
            </w:r>
          </w:p>
        </w:tc>
        <w:tc>
          <w:tcPr>
            <w:tcW w:w="2055" w:type="dxa"/>
          </w:tcPr>
          <w:p w14:paraId="7C296918" w14:textId="77777777" w:rsidR="004956EC" w:rsidRDefault="00395555">
            <w:r>
              <w:t>Preferred Time</w:t>
            </w:r>
          </w:p>
        </w:tc>
        <w:tc>
          <w:tcPr>
            <w:tcW w:w="2160" w:type="dxa"/>
          </w:tcPr>
          <w:p w14:paraId="587F2671" w14:textId="77777777" w:rsidR="004956EC" w:rsidRDefault="00395555">
            <w:r>
              <w:t>Hours per Week</w:t>
            </w:r>
          </w:p>
        </w:tc>
        <w:tc>
          <w:tcPr>
            <w:tcW w:w="2160" w:type="dxa"/>
          </w:tcPr>
          <w:p w14:paraId="009C7AD6" w14:textId="77777777" w:rsidR="004956EC" w:rsidRDefault="00395555">
            <w:r>
              <w:t>Why This Works</w:t>
            </w:r>
          </w:p>
        </w:tc>
      </w:tr>
      <w:tr w:rsidR="004956EC" w14:paraId="778F0F42" w14:textId="77777777" w:rsidTr="3340A1F7">
        <w:tc>
          <w:tcPr>
            <w:tcW w:w="2265" w:type="dxa"/>
          </w:tcPr>
          <w:p w14:paraId="3363A0EF" w14:textId="77777777" w:rsidR="004956EC" w:rsidRDefault="00395555">
            <w:r>
              <w:t>Reading</w:t>
            </w:r>
          </w:p>
        </w:tc>
        <w:tc>
          <w:tcPr>
            <w:tcW w:w="2055" w:type="dxa"/>
          </w:tcPr>
          <w:p w14:paraId="67C0C651" w14:textId="77777777" w:rsidR="004956EC" w:rsidRDefault="004956EC"/>
        </w:tc>
        <w:tc>
          <w:tcPr>
            <w:tcW w:w="2160" w:type="dxa"/>
          </w:tcPr>
          <w:p w14:paraId="308D56CC" w14:textId="77777777" w:rsidR="004956EC" w:rsidRDefault="004956EC"/>
        </w:tc>
        <w:tc>
          <w:tcPr>
            <w:tcW w:w="2160" w:type="dxa"/>
          </w:tcPr>
          <w:p w14:paraId="797E50C6" w14:textId="77777777" w:rsidR="004956EC" w:rsidRDefault="004956EC"/>
        </w:tc>
      </w:tr>
      <w:tr w:rsidR="004956EC" w14:paraId="2D02E249" w14:textId="77777777" w:rsidTr="3340A1F7">
        <w:tc>
          <w:tcPr>
            <w:tcW w:w="2265" w:type="dxa"/>
          </w:tcPr>
          <w:p w14:paraId="29248787" w14:textId="77777777" w:rsidR="004956EC" w:rsidRDefault="00395555">
            <w:r>
              <w:t>Lecture Preparation</w:t>
            </w:r>
          </w:p>
        </w:tc>
        <w:tc>
          <w:tcPr>
            <w:tcW w:w="2055" w:type="dxa"/>
          </w:tcPr>
          <w:p w14:paraId="7B04FA47" w14:textId="77777777" w:rsidR="004956EC" w:rsidRDefault="004956EC"/>
        </w:tc>
        <w:tc>
          <w:tcPr>
            <w:tcW w:w="2160" w:type="dxa"/>
          </w:tcPr>
          <w:p w14:paraId="568C698B" w14:textId="77777777" w:rsidR="004956EC" w:rsidRDefault="004956EC"/>
        </w:tc>
        <w:tc>
          <w:tcPr>
            <w:tcW w:w="2160" w:type="dxa"/>
          </w:tcPr>
          <w:p w14:paraId="1A939487" w14:textId="77777777" w:rsidR="004956EC" w:rsidRDefault="004956EC"/>
        </w:tc>
      </w:tr>
      <w:tr w:rsidR="004956EC" w14:paraId="423AACFD" w14:textId="77777777" w:rsidTr="3340A1F7">
        <w:tc>
          <w:tcPr>
            <w:tcW w:w="2265" w:type="dxa"/>
          </w:tcPr>
          <w:p w14:paraId="6FFDA22C" w14:textId="77777777" w:rsidR="004956EC" w:rsidRDefault="00395555">
            <w:r>
              <w:t>Writing Assignments</w:t>
            </w:r>
          </w:p>
        </w:tc>
        <w:tc>
          <w:tcPr>
            <w:tcW w:w="2055" w:type="dxa"/>
          </w:tcPr>
          <w:p w14:paraId="6AA258D8" w14:textId="77777777" w:rsidR="004956EC" w:rsidRDefault="004956EC"/>
        </w:tc>
        <w:tc>
          <w:tcPr>
            <w:tcW w:w="2160" w:type="dxa"/>
          </w:tcPr>
          <w:p w14:paraId="6FFBD3EC" w14:textId="77777777" w:rsidR="004956EC" w:rsidRDefault="004956EC"/>
        </w:tc>
        <w:tc>
          <w:tcPr>
            <w:tcW w:w="2160" w:type="dxa"/>
          </w:tcPr>
          <w:p w14:paraId="30DCCCAD" w14:textId="77777777" w:rsidR="004956EC" w:rsidRDefault="004956EC"/>
        </w:tc>
      </w:tr>
      <w:tr w:rsidR="004956EC" w14:paraId="5AAE4A22" w14:textId="77777777" w:rsidTr="3340A1F7">
        <w:tc>
          <w:tcPr>
            <w:tcW w:w="2265" w:type="dxa"/>
          </w:tcPr>
          <w:p w14:paraId="01B42F8F" w14:textId="77777777" w:rsidR="004956EC" w:rsidRDefault="00395555">
            <w:r>
              <w:t>Revision</w:t>
            </w:r>
          </w:p>
        </w:tc>
        <w:tc>
          <w:tcPr>
            <w:tcW w:w="2055" w:type="dxa"/>
          </w:tcPr>
          <w:p w14:paraId="36AF6883" w14:textId="77777777" w:rsidR="004956EC" w:rsidRDefault="004956EC"/>
        </w:tc>
        <w:tc>
          <w:tcPr>
            <w:tcW w:w="2160" w:type="dxa"/>
          </w:tcPr>
          <w:p w14:paraId="54C529ED" w14:textId="77777777" w:rsidR="004956EC" w:rsidRDefault="004956EC"/>
        </w:tc>
        <w:tc>
          <w:tcPr>
            <w:tcW w:w="2160" w:type="dxa"/>
          </w:tcPr>
          <w:p w14:paraId="1C0157D6" w14:textId="77777777" w:rsidR="004956EC" w:rsidRDefault="004956EC"/>
        </w:tc>
      </w:tr>
      <w:tr w:rsidR="004956EC" w14:paraId="2D07583C" w14:textId="77777777" w:rsidTr="3340A1F7">
        <w:tc>
          <w:tcPr>
            <w:tcW w:w="2265" w:type="dxa"/>
          </w:tcPr>
          <w:p w14:paraId="068AAC9A" w14:textId="77777777" w:rsidR="004956EC" w:rsidRDefault="00395555">
            <w:r>
              <w:t>Portfolio Work</w:t>
            </w:r>
          </w:p>
        </w:tc>
        <w:tc>
          <w:tcPr>
            <w:tcW w:w="2055" w:type="dxa"/>
          </w:tcPr>
          <w:p w14:paraId="3691E7B2" w14:textId="77777777" w:rsidR="004956EC" w:rsidRDefault="004956EC"/>
        </w:tc>
        <w:tc>
          <w:tcPr>
            <w:tcW w:w="2160" w:type="dxa"/>
          </w:tcPr>
          <w:p w14:paraId="526770CE" w14:textId="77777777" w:rsidR="004956EC" w:rsidRDefault="004956EC"/>
        </w:tc>
        <w:tc>
          <w:tcPr>
            <w:tcW w:w="2160" w:type="dxa"/>
          </w:tcPr>
          <w:p w14:paraId="7CBEED82" w14:textId="77777777" w:rsidR="004956EC" w:rsidRDefault="004956EC"/>
        </w:tc>
      </w:tr>
      <w:tr w:rsidR="004956EC" w14:paraId="72082429" w14:textId="77777777" w:rsidTr="3340A1F7">
        <w:tc>
          <w:tcPr>
            <w:tcW w:w="2265" w:type="dxa"/>
          </w:tcPr>
          <w:p w14:paraId="253169F8" w14:textId="77777777" w:rsidR="004956EC" w:rsidRDefault="00395555">
            <w:r>
              <w:t>Group Work</w:t>
            </w:r>
          </w:p>
        </w:tc>
        <w:tc>
          <w:tcPr>
            <w:tcW w:w="2055" w:type="dxa"/>
          </w:tcPr>
          <w:p w14:paraId="6E36661F" w14:textId="77777777" w:rsidR="004956EC" w:rsidRDefault="004956EC"/>
        </w:tc>
        <w:tc>
          <w:tcPr>
            <w:tcW w:w="2160" w:type="dxa"/>
          </w:tcPr>
          <w:p w14:paraId="38645DC7" w14:textId="77777777" w:rsidR="004956EC" w:rsidRDefault="004956EC"/>
        </w:tc>
        <w:tc>
          <w:tcPr>
            <w:tcW w:w="2160" w:type="dxa"/>
          </w:tcPr>
          <w:p w14:paraId="135E58C4" w14:textId="77777777" w:rsidR="004956EC" w:rsidRDefault="004956EC"/>
        </w:tc>
      </w:tr>
      <w:tr w:rsidR="004956EC" w14:paraId="44A5EF3D" w14:textId="77777777" w:rsidTr="3340A1F7">
        <w:tc>
          <w:tcPr>
            <w:tcW w:w="2265" w:type="dxa"/>
          </w:tcPr>
          <w:p w14:paraId="13D994AB" w14:textId="77777777" w:rsidR="004956EC" w:rsidRDefault="00395555">
            <w:r>
              <w:t>Wellbeing/Recovery</w:t>
            </w:r>
          </w:p>
        </w:tc>
        <w:tc>
          <w:tcPr>
            <w:tcW w:w="2055" w:type="dxa"/>
          </w:tcPr>
          <w:p w14:paraId="62EBF9A1" w14:textId="77777777" w:rsidR="004956EC" w:rsidRDefault="004956EC"/>
        </w:tc>
        <w:tc>
          <w:tcPr>
            <w:tcW w:w="2160" w:type="dxa"/>
          </w:tcPr>
          <w:p w14:paraId="0C6C2CD5" w14:textId="77777777" w:rsidR="004956EC" w:rsidRDefault="004956EC"/>
        </w:tc>
        <w:tc>
          <w:tcPr>
            <w:tcW w:w="2160" w:type="dxa"/>
          </w:tcPr>
          <w:p w14:paraId="709E88E4" w14:textId="77777777" w:rsidR="004956EC" w:rsidRDefault="004956EC"/>
        </w:tc>
      </w:tr>
    </w:tbl>
    <w:p w14:paraId="4CF14853" w14:textId="0CE4B100" w:rsidR="004956EC" w:rsidRDefault="004956EC" w:rsidP="3340A1F7">
      <w:pPr>
        <w:pStyle w:val="Heading2"/>
      </w:pPr>
    </w:p>
    <w:sectPr w:rsidR="004956E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41550807">
    <w:abstractNumId w:val="8"/>
  </w:num>
  <w:num w:numId="2" w16cid:durableId="1914045231">
    <w:abstractNumId w:val="6"/>
  </w:num>
  <w:num w:numId="3" w16cid:durableId="835802816">
    <w:abstractNumId w:val="5"/>
  </w:num>
  <w:num w:numId="4" w16cid:durableId="553808870">
    <w:abstractNumId w:val="4"/>
  </w:num>
  <w:num w:numId="5" w16cid:durableId="1892694664">
    <w:abstractNumId w:val="7"/>
  </w:num>
  <w:num w:numId="6" w16cid:durableId="1858619347">
    <w:abstractNumId w:val="3"/>
  </w:num>
  <w:num w:numId="7" w16cid:durableId="36973812">
    <w:abstractNumId w:val="2"/>
  </w:num>
  <w:num w:numId="8" w16cid:durableId="2127045878">
    <w:abstractNumId w:val="1"/>
  </w:num>
  <w:num w:numId="9" w16cid:durableId="78119332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7084"/>
    <w:rsid w:val="00034616"/>
    <w:rsid w:val="0006063C"/>
    <w:rsid w:val="0015074B"/>
    <w:rsid w:val="0029639D"/>
    <w:rsid w:val="00326F90"/>
    <w:rsid w:val="00395555"/>
    <w:rsid w:val="004956EC"/>
    <w:rsid w:val="005B58E1"/>
    <w:rsid w:val="007D0ED2"/>
    <w:rsid w:val="00897846"/>
    <w:rsid w:val="00AA1D8D"/>
    <w:rsid w:val="00B47730"/>
    <w:rsid w:val="00BA7810"/>
    <w:rsid w:val="00C94CD6"/>
    <w:rsid w:val="00CB0664"/>
    <w:rsid w:val="00E6152F"/>
    <w:rsid w:val="00EF3638"/>
    <w:rsid w:val="00FC693F"/>
    <w:rsid w:val="15FED05B"/>
    <w:rsid w:val="3340A1F7"/>
    <w:rsid w:val="5D545CB9"/>
    <w:rsid w:val="788F7EE9"/>
    <w:rsid w:val="7C36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FD093EAA-FA87-4752-AD64-2F944D73A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2397</Characters>
  <Application>Microsoft Office Word</Application>
  <DocSecurity>0</DocSecurity>
  <Lines>19</Lines>
  <Paragraphs>5</Paragraphs>
  <ScaleCrop>false</ScaleCrop>
  <Manager/>
  <Company/>
  <LinksUpToDate>false</LinksUpToDate>
  <CharactersWithSpaces>2812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Hutchings</dc:creator>
  <cp:keywords/>
  <dc:description>generated by python-docx</dc:description>
  <cp:lastModifiedBy>Katie Harrison (2600183)</cp:lastModifiedBy>
  <cp:revision>2</cp:revision>
  <dcterms:created xsi:type="dcterms:W3CDTF">2026-10-07T09:19:00Z</dcterms:created>
  <dcterms:modified xsi:type="dcterms:W3CDTF">2026-10-07T09:19:00Z</dcterms:modified>
  <cp:category/>
</cp:coreProperties>
</file>