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92571" w14:textId="77777777" w:rsidR="00880B7F" w:rsidRDefault="007C7CBD">
      <w:pPr>
        <w:pStyle w:val="Heading1"/>
      </w:pPr>
      <w:r>
        <w:t>How to Create a Chart in Excel</w:t>
      </w:r>
    </w:p>
    <w:p w14:paraId="629E11F4" w14:textId="77777777" w:rsidR="00880B7F" w:rsidRDefault="007C7CBD">
      <w:r>
        <w:rPr>
          <w:noProof/>
        </w:rPr>
        <w:drawing>
          <wp:inline distT="0" distB="0" distL="0" distR="0" wp14:anchorId="6523966E" wp14:editId="214EDD2B">
            <wp:extent cx="5486400" cy="822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_step-by-step_instructional_infographic_titled_&quot;H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0B7F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6883947">
    <w:abstractNumId w:val="8"/>
  </w:num>
  <w:num w:numId="2" w16cid:durableId="640231767">
    <w:abstractNumId w:val="6"/>
  </w:num>
  <w:num w:numId="3" w16cid:durableId="583957932">
    <w:abstractNumId w:val="5"/>
  </w:num>
  <w:num w:numId="4" w16cid:durableId="1774207846">
    <w:abstractNumId w:val="4"/>
  </w:num>
  <w:num w:numId="5" w16cid:durableId="1014109271">
    <w:abstractNumId w:val="7"/>
  </w:num>
  <w:num w:numId="6" w16cid:durableId="1955794592">
    <w:abstractNumId w:val="3"/>
  </w:num>
  <w:num w:numId="7" w16cid:durableId="458963494">
    <w:abstractNumId w:val="2"/>
  </w:num>
  <w:num w:numId="8" w16cid:durableId="1349792471">
    <w:abstractNumId w:val="1"/>
  </w:num>
  <w:num w:numId="9" w16cid:durableId="134642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3"/>
  <w:proofState w:spelling="clean"/>
  <w:revisionView w:inkAnnotations="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4A95"/>
    <w:rsid w:val="0029639D"/>
    <w:rsid w:val="002C50CA"/>
    <w:rsid w:val="00326F90"/>
    <w:rsid w:val="007C7CBD"/>
    <w:rsid w:val="00880B7F"/>
    <w:rsid w:val="00AA1D8D"/>
    <w:rsid w:val="00B47730"/>
    <w:rsid w:val="00CB0664"/>
    <w:rsid w:val="00EE0A2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AEB3F9C"/>
  <w14:defaultImageDpi w14:val="300"/>
  <w15:docId w15:val="{A50C7787-47C4-BB45-AAFE-A3DFD6322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Moyomola Michael Ayebameru (2507214)</cp:lastModifiedBy>
  <cp:revision>2</cp:revision>
  <dcterms:created xsi:type="dcterms:W3CDTF">2025-11-12T15:21:00Z</dcterms:created>
  <dcterms:modified xsi:type="dcterms:W3CDTF">2025-11-12T15:21:00Z</dcterms:modified>
  <cp:category/>
</cp:coreProperties>
</file>