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FDC60" w14:textId="18F37368" w:rsidR="003530E7" w:rsidRPr="00F811D2" w:rsidRDefault="00F811D2">
      <w:pPr>
        <w:pStyle w:val="Heading2"/>
        <w:rPr>
          <w:b w:val="0"/>
          <w:bCs w:val="0"/>
        </w:rPr>
      </w:pPr>
      <w:r w:rsidRPr="00F811D2">
        <w:rPr>
          <w:b w:val="0"/>
          <w:bCs w:val="0"/>
          <w:color w:val="000000" w:themeColor="text1"/>
        </w:rPr>
        <w:t>Name: omitted due to assessment</w:t>
      </w:r>
    </w:p>
    <w:p w14:paraId="3D68F5CD" w14:textId="3894F853" w:rsidR="003530E7" w:rsidRDefault="00653B6D" w:rsidP="00D26318">
      <w:r>
        <w:t xml:space="preserve"> 100b Brantley Road, Birmingham, B6 7DP</w:t>
      </w:r>
      <w:r>
        <w:br/>
        <w:t xml:space="preserve"> 07310 985582 | </w:t>
      </w:r>
      <w:hyperlink r:id="rId6" w:history="1">
        <w:r w:rsidR="00D26318" w:rsidRPr="00ED43F8">
          <w:rPr>
            <w:rStyle w:val="Hyperlink"/>
          </w:rPr>
          <w:t>Filmonmehari111@gmail.com</w:t>
        </w:r>
      </w:hyperlink>
    </w:p>
    <w:p w14:paraId="5A260DD8" w14:textId="6FBCD701" w:rsidR="00D26318" w:rsidRPr="00D26318" w:rsidRDefault="00D26318" w:rsidP="00D26318">
      <w:pPr>
        <w:rPr>
          <w:b/>
          <w:bCs/>
        </w:rPr>
      </w:pPr>
    </w:p>
    <w:p w14:paraId="70CE16A3" w14:textId="1A40707B" w:rsidR="003530E7" w:rsidRDefault="00653B6D" w:rsidP="00D26318">
      <w:pPr>
        <w:jc w:val="both"/>
      </w:pPr>
      <w:r>
        <w:t>First-year Business Management student with strong organisational, communication, and administrative skills. Experienced in support work and customer service, with the ability to manage records, assist individuals, and work effectively both independently and in a team environment.</w:t>
      </w:r>
    </w:p>
    <w:p w14:paraId="53A22179" w14:textId="7A77C078" w:rsidR="00D26318" w:rsidRPr="00D26318" w:rsidRDefault="00D26318" w:rsidP="00D26318">
      <w:pPr>
        <w:jc w:val="both"/>
        <w:rPr>
          <w:b/>
          <w:bCs/>
        </w:rPr>
      </w:pPr>
      <w:r>
        <w:rPr>
          <w:b/>
          <w:bCs/>
        </w:rPr>
        <w:t xml:space="preserve"> Key Skills</w:t>
      </w:r>
    </w:p>
    <w:p w14:paraId="2D476187" w14:textId="77777777" w:rsidR="003530E7" w:rsidRDefault="00653B6D">
      <w:pPr>
        <w:pStyle w:val="ListBullet"/>
      </w:pPr>
      <w:r>
        <w:t>Excellent communication and interpersonal abilities</w:t>
      </w:r>
    </w:p>
    <w:p w14:paraId="26754AB1" w14:textId="77777777" w:rsidR="003530E7" w:rsidRDefault="00653B6D">
      <w:pPr>
        <w:pStyle w:val="ListBullet"/>
      </w:pPr>
      <w:r>
        <w:t>Strong record-keeping and administrative skills</w:t>
      </w:r>
    </w:p>
    <w:p w14:paraId="7CBF292F" w14:textId="77777777" w:rsidR="003530E7" w:rsidRDefault="00653B6D">
      <w:pPr>
        <w:pStyle w:val="ListBullet"/>
      </w:pPr>
      <w:r>
        <w:t>Ability to manage time effectively and prioritise tasks</w:t>
      </w:r>
    </w:p>
    <w:p w14:paraId="4C9BFBD1" w14:textId="77777777" w:rsidR="003530E7" w:rsidRDefault="00653B6D">
      <w:pPr>
        <w:pStyle w:val="ListBullet"/>
      </w:pPr>
      <w:r>
        <w:t>Experience supporting individuals with different needs</w:t>
      </w:r>
    </w:p>
    <w:p w14:paraId="171851A0" w14:textId="77777777" w:rsidR="003530E7" w:rsidRDefault="00653B6D">
      <w:pPr>
        <w:pStyle w:val="ListBullet"/>
      </w:pPr>
      <w:r>
        <w:t>Reliable, adaptable, and hardworking</w:t>
      </w:r>
    </w:p>
    <w:p w14:paraId="1B0032A8" w14:textId="2BE1BEF6" w:rsidR="003530E7" w:rsidRPr="00D26318" w:rsidRDefault="00D26318" w:rsidP="00D26318">
      <w:pPr>
        <w:rPr>
          <w:b/>
          <w:bCs/>
        </w:rPr>
      </w:pPr>
      <w:r>
        <w:rPr>
          <w:b/>
          <w:bCs/>
        </w:rPr>
        <w:t>Work E</w:t>
      </w:r>
      <w:r w:rsidR="00F811D2">
        <w:rPr>
          <w:b/>
          <w:bCs/>
        </w:rPr>
        <w:t>xperience</w:t>
      </w:r>
    </w:p>
    <w:p w14:paraId="71A40E1A" w14:textId="77777777" w:rsidR="003530E7" w:rsidRDefault="00653B6D">
      <w:pPr>
        <w:pStyle w:val="ListBullet"/>
      </w:pPr>
      <w:r>
        <w:t>Support Worker – Concept Housing Association (2023 – Present)</w:t>
      </w:r>
    </w:p>
    <w:p w14:paraId="3DBDE8B1" w14:textId="77777777" w:rsidR="003530E7" w:rsidRDefault="00653B6D">
      <w:r>
        <w:t>- Maintain accurate records of support sessions in line with policies</w:t>
      </w:r>
      <w:r>
        <w:br/>
        <w:t>- Provide daily assistance to residents to promote independence</w:t>
      </w:r>
      <w:r>
        <w:br/>
        <w:t>- Support with appointments, housing tasks, and wellbeing checks</w:t>
      </w:r>
      <w:r>
        <w:br/>
        <w:t>- Apply safeguarding practices and ensure duty of care</w:t>
      </w:r>
    </w:p>
    <w:p w14:paraId="3994A1D9" w14:textId="77777777" w:rsidR="003530E7" w:rsidRDefault="00653B6D">
      <w:pPr>
        <w:pStyle w:val="ListBullet"/>
      </w:pPr>
      <w:r>
        <w:t>Delivery Driver – Uber &amp; Amazon Flex (2023 – Present)</w:t>
      </w:r>
    </w:p>
    <w:p w14:paraId="43706653" w14:textId="58C6E7C0" w:rsidR="003530E7" w:rsidRDefault="00653B6D" w:rsidP="00F811D2">
      <w:r>
        <w:t>- Deliver parcels and food promptly while maintaining excellent customer service</w:t>
      </w:r>
      <w:r>
        <w:br/>
        <w:t>- Plan and manage delivery routes efficiently to meet strict deadlines</w:t>
      </w:r>
      <w:r>
        <w:br/>
        <w:t>- Handle goods safely and ensure accurate order completion</w:t>
      </w:r>
      <w:r>
        <w:br/>
        <w:t>- Demonstrated reliability and flexibility while working independently</w:t>
      </w:r>
    </w:p>
    <w:p w14:paraId="0E6FBF10" w14:textId="5347DD59" w:rsidR="00F811D2" w:rsidRDefault="00F811D2" w:rsidP="00F811D2">
      <w:r>
        <w:t>Education</w:t>
      </w:r>
    </w:p>
    <w:p w14:paraId="4A125345" w14:textId="77777777" w:rsidR="003530E7" w:rsidRDefault="00653B6D">
      <w:r>
        <w:t>BA (Hons) Business Management – University of Wales Trinity Saint David (UWTSD)</w:t>
      </w:r>
      <w:r>
        <w:br/>
        <w:t>First Year (2025 – 2027)</w:t>
      </w:r>
      <w:r>
        <w:br/>
        <w:t>(Expected Graduation: 2027)</w:t>
      </w:r>
    </w:p>
    <w:p w14:paraId="5E4B7A82" w14:textId="2793C816" w:rsidR="00653B6D" w:rsidRDefault="00653B6D">
      <w:r>
        <w:t xml:space="preserve">Add </w:t>
      </w:r>
      <w:proofErr w:type="spellStart"/>
      <w:r>
        <w:t>highschool</w:t>
      </w:r>
      <w:proofErr w:type="spellEnd"/>
    </w:p>
    <w:p w14:paraId="3C116518" w14:textId="5087EC39" w:rsidR="003530E7" w:rsidRPr="00F811D2" w:rsidRDefault="00F811D2">
      <w:pPr>
        <w:pStyle w:val="Heading2"/>
        <w:rPr>
          <w:color w:val="000000" w:themeColor="text1"/>
        </w:rPr>
      </w:pPr>
      <w:r>
        <w:rPr>
          <w:color w:val="000000" w:themeColor="text1"/>
        </w:rPr>
        <w:lastRenderedPageBreak/>
        <w:t>Additional Information</w:t>
      </w:r>
    </w:p>
    <w:p w14:paraId="3BD9A6CA" w14:textId="45475725" w:rsidR="003530E7" w:rsidRDefault="00653B6D" w:rsidP="00F811D2">
      <w:r>
        <w:t>Full UK Driving Licence</w:t>
      </w:r>
      <w:r>
        <w:br/>
        <w:t>IT: Microsoft Office, Google Workspace</w:t>
      </w:r>
      <w:r>
        <w:br/>
        <w:t>Languages: English, German, Tigrigna</w:t>
      </w:r>
    </w:p>
    <w:p w14:paraId="271943C6" w14:textId="693741B9" w:rsidR="00F811D2" w:rsidRPr="00F811D2" w:rsidRDefault="00F811D2" w:rsidP="00F811D2">
      <w:pPr>
        <w:rPr>
          <w:b/>
          <w:bCs/>
          <w:color w:val="000000" w:themeColor="text1"/>
        </w:rPr>
      </w:pPr>
      <w:proofErr w:type="spellStart"/>
      <w:r>
        <w:rPr>
          <w:b/>
          <w:bCs/>
          <w:color w:val="000000" w:themeColor="text1"/>
        </w:rPr>
        <w:t>Refference</w:t>
      </w:r>
      <w:proofErr w:type="spellEnd"/>
    </w:p>
    <w:p w14:paraId="27E056D3" w14:textId="77777777" w:rsidR="003530E7" w:rsidRDefault="00653B6D">
      <w:r>
        <w:t>Available upon request</w:t>
      </w:r>
    </w:p>
    <w:p w14:paraId="3D33D991" w14:textId="77777777" w:rsidR="00F75C86" w:rsidRDefault="00F75C86"/>
    <w:p w14:paraId="37E55C55" w14:textId="77777777" w:rsidR="00653B6D" w:rsidRDefault="00653B6D"/>
    <w:p w14:paraId="1A82AC7C" w14:textId="77777777" w:rsidR="00653B6D" w:rsidRDefault="00653B6D"/>
    <w:p w14:paraId="3B2CF309" w14:textId="77777777" w:rsidR="00653B6D" w:rsidRDefault="00653B6D"/>
    <w:p w14:paraId="7F65FFDB" w14:textId="77777777" w:rsidR="00653B6D" w:rsidRDefault="00653B6D"/>
    <w:p w14:paraId="5B9AC0B1" w14:textId="77777777" w:rsidR="00653B6D" w:rsidRDefault="00653B6D"/>
    <w:p w14:paraId="3E1468EA" w14:textId="77777777" w:rsidR="00653B6D" w:rsidRDefault="00653B6D"/>
    <w:p w14:paraId="7578BBC4" w14:textId="77777777" w:rsidR="00D26318" w:rsidRDefault="00D26318" w:rsidP="00653B6D">
      <w:pPr>
        <w:pStyle w:val="Heading1"/>
      </w:pPr>
    </w:p>
    <w:p w14:paraId="4DA38AEC" w14:textId="77777777" w:rsidR="00F811D2" w:rsidRDefault="00F811D2" w:rsidP="00F811D2"/>
    <w:p w14:paraId="4B22F932" w14:textId="77777777" w:rsidR="00F811D2" w:rsidRDefault="00F811D2" w:rsidP="00F811D2"/>
    <w:p w14:paraId="0F18E209" w14:textId="77777777" w:rsidR="00F811D2" w:rsidRDefault="00F811D2" w:rsidP="00F811D2"/>
    <w:p w14:paraId="5F775C24" w14:textId="77777777" w:rsidR="00F811D2" w:rsidRDefault="00F811D2" w:rsidP="00F811D2"/>
    <w:p w14:paraId="5D90CC13" w14:textId="77777777" w:rsidR="00F811D2" w:rsidRDefault="00F811D2" w:rsidP="00F811D2"/>
    <w:p w14:paraId="5A74B408" w14:textId="77777777" w:rsidR="00F811D2" w:rsidRDefault="00F811D2" w:rsidP="00F811D2"/>
    <w:p w14:paraId="0079F696" w14:textId="77777777" w:rsidR="00F811D2" w:rsidRDefault="00F811D2" w:rsidP="00F811D2"/>
    <w:p w14:paraId="25AE07C2" w14:textId="77777777" w:rsidR="00F811D2" w:rsidRDefault="00F811D2" w:rsidP="00F811D2"/>
    <w:p w14:paraId="79449176" w14:textId="77777777" w:rsidR="00F811D2" w:rsidRDefault="00F811D2" w:rsidP="00F811D2"/>
    <w:p w14:paraId="065D03F2" w14:textId="77777777" w:rsidR="00F811D2" w:rsidRDefault="00F811D2" w:rsidP="00F811D2"/>
    <w:p w14:paraId="2AAAE306" w14:textId="77777777" w:rsidR="00F811D2" w:rsidRDefault="00F811D2" w:rsidP="00F811D2"/>
    <w:p w14:paraId="7DFC8741" w14:textId="77777777" w:rsidR="00F811D2" w:rsidRPr="00F811D2" w:rsidRDefault="00F811D2" w:rsidP="00F811D2"/>
    <w:p w14:paraId="34C853C2" w14:textId="1C0AB9C3" w:rsidR="00653B6D" w:rsidRPr="00D26318" w:rsidRDefault="00D26318" w:rsidP="00653B6D">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Cover Letter</w:t>
      </w:r>
    </w:p>
    <w:p w14:paraId="26D95914" w14:textId="77777777" w:rsidR="00D26318" w:rsidRDefault="00D26318" w:rsidP="00F75C86"/>
    <w:p w14:paraId="553A7181" w14:textId="33C85107" w:rsidR="00F75C86" w:rsidRPr="00F75C86" w:rsidRDefault="00F75C86" w:rsidP="00F75C86">
      <w:r w:rsidRPr="00F75C86">
        <w:t>Filmon Mehari</w:t>
      </w:r>
    </w:p>
    <w:p w14:paraId="3E215421" w14:textId="77777777" w:rsidR="00F75C86" w:rsidRPr="00F75C86" w:rsidRDefault="00F75C86" w:rsidP="00F75C86">
      <w:r w:rsidRPr="00F75C86">
        <w:t>100b Brantley Road</w:t>
      </w:r>
    </w:p>
    <w:p w14:paraId="1FA54FE8" w14:textId="77777777" w:rsidR="00F75C86" w:rsidRPr="00F75C86" w:rsidRDefault="00F75C86" w:rsidP="00F75C86">
      <w:r w:rsidRPr="00F75C86">
        <w:t>Birmingham, B6 7DP</w:t>
      </w:r>
    </w:p>
    <w:p w14:paraId="23F7298F" w14:textId="77777777" w:rsidR="00F75C86" w:rsidRPr="00F75C86" w:rsidRDefault="00F75C86" w:rsidP="00F75C86">
      <w:r w:rsidRPr="00F75C86">
        <w:t>07310985582</w:t>
      </w:r>
    </w:p>
    <w:p w14:paraId="7C1AADA5" w14:textId="71CFCB6E" w:rsidR="00F75C86" w:rsidRDefault="00F75C86" w:rsidP="00F75C86">
      <w:hyperlink r:id="rId7" w:history="1">
        <w:r w:rsidRPr="00FC3EDC">
          <w:rPr>
            <w:rStyle w:val="Hyperlink"/>
          </w:rPr>
          <w:t>Filmonmehari111</w:t>
        </w:r>
        <w:r w:rsidRPr="00F75C86">
          <w:rPr>
            <w:rStyle w:val="Hyperlink"/>
          </w:rPr>
          <w:t>@gmail.com</w:t>
        </w:r>
      </w:hyperlink>
    </w:p>
    <w:p w14:paraId="44899E25" w14:textId="0B373A0C" w:rsidR="00F75C86" w:rsidRPr="00F75C86" w:rsidRDefault="00F75C86" w:rsidP="00F75C86">
      <w:r>
        <w:t>Date 13.10.2025</w:t>
      </w:r>
    </w:p>
    <w:p w14:paraId="6E84CF2D" w14:textId="77777777" w:rsidR="00F75C86" w:rsidRPr="00F75C86" w:rsidRDefault="00F75C86" w:rsidP="00F75C86"/>
    <w:p w14:paraId="780CD41A" w14:textId="77777777" w:rsidR="00F75C86" w:rsidRPr="00F75C86" w:rsidRDefault="00F75C86" w:rsidP="00F75C86">
      <w:r w:rsidRPr="00F75C86">
        <w:t>Hiring Manager</w:t>
      </w:r>
    </w:p>
    <w:p w14:paraId="1F31D2DF" w14:textId="77777777" w:rsidR="00F75C86" w:rsidRPr="00F75C86" w:rsidRDefault="00F75C86" w:rsidP="00F75C86">
      <w:r w:rsidRPr="00F75C86">
        <w:t>SD Commercial UK Ltd</w:t>
      </w:r>
    </w:p>
    <w:p w14:paraId="55737E5E" w14:textId="77777777" w:rsidR="00F75C86" w:rsidRPr="00F75C86" w:rsidRDefault="00F75C86" w:rsidP="00F75C86">
      <w:r w:rsidRPr="00F75C86">
        <w:t>Clacton-on-Sea CO15</w:t>
      </w:r>
    </w:p>
    <w:p w14:paraId="4AC3AF52" w14:textId="77777777" w:rsidR="00F75C86" w:rsidRDefault="00F75C86" w:rsidP="00F75C86"/>
    <w:p w14:paraId="72D81520" w14:textId="50DD4620" w:rsidR="00653B6D" w:rsidRPr="00F75C86" w:rsidRDefault="00653B6D" w:rsidP="00F75C86">
      <w:pPr>
        <w:rPr>
          <w:b/>
          <w:bCs/>
          <w:u w:val="single"/>
        </w:rPr>
      </w:pPr>
      <w:r w:rsidRPr="00653B6D">
        <w:rPr>
          <w:b/>
          <w:bCs/>
          <w:u w:val="single"/>
        </w:rPr>
        <w:t xml:space="preserve">APPLICATION FOR THE POSITION OF </w:t>
      </w:r>
      <w:r>
        <w:rPr>
          <w:b/>
          <w:bCs/>
          <w:u w:val="single"/>
        </w:rPr>
        <w:t>HOUSING OFFICER</w:t>
      </w:r>
    </w:p>
    <w:p w14:paraId="6922693F" w14:textId="36DC35F1" w:rsidR="00F75C86" w:rsidRPr="00F75C86" w:rsidRDefault="00F75C86" w:rsidP="00653B6D">
      <w:pPr>
        <w:jc w:val="both"/>
      </w:pPr>
      <w:r w:rsidRPr="00F75C86">
        <w:t>Dear Hiring Manager,</w:t>
      </w:r>
    </w:p>
    <w:p w14:paraId="682C8F7E" w14:textId="77777777" w:rsidR="00F75C86" w:rsidRPr="00F75C86" w:rsidRDefault="00F75C86" w:rsidP="00653B6D">
      <w:pPr>
        <w:jc w:val="both"/>
      </w:pPr>
      <w:r w:rsidRPr="00F75C86">
        <w:t>I am writing to apply for the position of Housing Officer at SD Commercial UK Ltd. As a Business Management student at the University of Wales Trinity Saint David (UWTSD), with hands-on experience in support work, customer service, and administrative duties, I bring a strong mix of reliability, communication, and problem-solving skills to this role.</w:t>
      </w:r>
    </w:p>
    <w:p w14:paraId="1089CD69" w14:textId="77777777" w:rsidR="00F75C86" w:rsidRPr="00F75C86" w:rsidRDefault="00F75C86" w:rsidP="00653B6D">
      <w:pPr>
        <w:jc w:val="both"/>
      </w:pPr>
    </w:p>
    <w:p w14:paraId="1199F98F" w14:textId="77777777" w:rsidR="00F75C86" w:rsidRPr="00F75C86" w:rsidRDefault="00F75C86" w:rsidP="00653B6D">
      <w:pPr>
        <w:jc w:val="both"/>
      </w:pPr>
      <w:r w:rsidRPr="00F75C86">
        <w:t>In my current role as a Support Worker with Concept Housing Association, I am responsible for maintaining accurate records, organising appointments, and providing essential support to individuals with various needs. This experience has strengthened my ability to handle sensitive information, prepare reports, and maintain high standards of health and safety — all of which are key aspects of the Housing Officer role.</w:t>
      </w:r>
    </w:p>
    <w:p w14:paraId="5B079034" w14:textId="77777777" w:rsidR="00F75C86" w:rsidRPr="00F75C86" w:rsidRDefault="00F75C86" w:rsidP="00653B6D">
      <w:pPr>
        <w:jc w:val="both"/>
      </w:pPr>
    </w:p>
    <w:p w14:paraId="4C341001" w14:textId="77777777" w:rsidR="00F75C86" w:rsidRPr="00F75C86" w:rsidRDefault="00F75C86" w:rsidP="00653B6D">
      <w:pPr>
        <w:jc w:val="both"/>
      </w:pPr>
      <w:r w:rsidRPr="00F75C86">
        <w:t>Additionally, my experience as a Delivery Driver with Uber and Amazon Flex has developed my ability to manage time effectively, work independently under pressure, and deliver excellent customer service. Balancing these roles alongside my studies has taught me discipline, adaptability, and strong organisational skills.</w:t>
      </w:r>
    </w:p>
    <w:p w14:paraId="0456CC89" w14:textId="77777777" w:rsidR="00F75C86" w:rsidRPr="00F75C86" w:rsidRDefault="00F75C86" w:rsidP="00653B6D">
      <w:pPr>
        <w:jc w:val="both"/>
      </w:pPr>
    </w:p>
    <w:p w14:paraId="10F152E7" w14:textId="77777777" w:rsidR="00F75C86" w:rsidRPr="00F75C86" w:rsidRDefault="00F75C86" w:rsidP="00653B6D">
      <w:pPr>
        <w:jc w:val="both"/>
      </w:pPr>
      <w:r w:rsidRPr="00F75C86">
        <w:t>I am confident that my background in customer support and administration aligns well with the responsibilities of this position, including liaising with residents, preparing reports, and ensuring health and safety standards are upheld. I take pride in being multilingual (English, German, and Tigrigna), which enables me to communicate effectively with people from diverse backgrounds — a valuable skill in community-based work.</w:t>
      </w:r>
    </w:p>
    <w:p w14:paraId="15062510" w14:textId="77777777" w:rsidR="00F75C86" w:rsidRPr="00F75C86" w:rsidRDefault="00F75C86" w:rsidP="00653B6D">
      <w:pPr>
        <w:jc w:val="both"/>
      </w:pPr>
    </w:p>
    <w:p w14:paraId="27C892AF" w14:textId="77777777" w:rsidR="00F75C86" w:rsidRPr="00F75C86" w:rsidRDefault="00F75C86" w:rsidP="00653B6D">
      <w:pPr>
        <w:jc w:val="both"/>
      </w:pPr>
      <w:r w:rsidRPr="00F75C86">
        <w:t>I am eager to contribute my skills and enthusiasm to SD Commercial UK Ltd and play an active role in supporting residents and maintaining a safe, well-managed housing environment. I would welcome the opportunity to discuss how my experience can benefit your team.</w:t>
      </w:r>
    </w:p>
    <w:p w14:paraId="54AFFC12" w14:textId="77777777" w:rsidR="00F75C86" w:rsidRPr="00F75C86" w:rsidRDefault="00F75C86" w:rsidP="00653B6D">
      <w:pPr>
        <w:jc w:val="both"/>
      </w:pPr>
    </w:p>
    <w:p w14:paraId="7E6616BA" w14:textId="77777777" w:rsidR="00F75C86" w:rsidRPr="00F75C86" w:rsidRDefault="00F75C86" w:rsidP="00653B6D">
      <w:pPr>
        <w:jc w:val="both"/>
      </w:pPr>
      <w:r w:rsidRPr="00F75C86">
        <w:t>Thank you for considering my application.</w:t>
      </w:r>
    </w:p>
    <w:p w14:paraId="2D82D5C2" w14:textId="77777777" w:rsidR="00F75C86" w:rsidRPr="00F75C86" w:rsidRDefault="00F75C86" w:rsidP="00653B6D">
      <w:pPr>
        <w:jc w:val="both"/>
      </w:pPr>
    </w:p>
    <w:p w14:paraId="0F4F3471" w14:textId="77777777" w:rsidR="00F75C86" w:rsidRPr="00F75C86" w:rsidRDefault="00F75C86" w:rsidP="00653B6D">
      <w:pPr>
        <w:jc w:val="both"/>
      </w:pPr>
      <w:r w:rsidRPr="00F75C86">
        <w:t>Yours sincerely,</w:t>
      </w:r>
    </w:p>
    <w:p w14:paraId="6C9B9908" w14:textId="77777777" w:rsidR="00F75C86" w:rsidRPr="00F75C86" w:rsidRDefault="00F75C86" w:rsidP="00653B6D">
      <w:pPr>
        <w:jc w:val="both"/>
      </w:pPr>
      <w:r w:rsidRPr="00F75C86">
        <w:t>Filmon Mehari</w:t>
      </w:r>
    </w:p>
    <w:tbl>
      <w:tblPr>
        <w:tblW w:w="0" w:type="auto"/>
        <w:tblCellMar>
          <w:top w:w="15" w:type="dxa"/>
          <w:left w:w="15" w:type="dxa"/>
          <w:bottom w:w="15" w:type="dxa"/>
          <w:right w:w="15" w:type="dxa"/>
        </w:tblCellMar>
        <w:tblLook w:val="04A0" w:firstRow="1" w:lastRow="0" w:firstColumn="1" w:lastColumn="0" w:noHBand="0" w:noVBand="1"/>
      </w:tblPr>
      <w:tblGrid>
        <w:gridCol w:w="560"/>
        <w:gridCol w:w="8320"/>
      </w:tblGrid>
      <w:tr w:rsidR="00F75C86" w:rsidRPr="00F75C86" w14:paraId="5A399631" w14:textId="77777777">
        <w:tc>
          <w:tcPr>
            <w:tcW w:w="660" w:type="dxa"/>
            <w:tcMar>
              <w:top w:w="0" w:type="dxa"/>
              <w:left w:w="240" w:type="dxa"/>
              <w:bottom w:w="0" w:type="dxa"/>
              <w:right w:w="240" w:type="dxa"/>
            </w:tcMar>
            <w:hideMark/>
          </w:tcPr>
          <w:p w14:paraId="284ABAC6" w14:textId="3B8A786A" w:rsidR="00F75C86" w:rsidRPr="00F75C86" w:rsidRDefault="00F75C86" w:rsidP="00653B6D">
            <w:pPr>
              <w:jc w:val="both"/>
            </w:pPr>
          </w:p>
        </w:tc>
        <w:tc>
          <w:tcPr>
            <w:tcW w:w="19440" w:type="dxa"/>
            <w:tcMar>
              <w:top w:w="0" w:type="dxa"/>
              <w:left w:w="0" w:type="dxa"/>
              <w:bottom w:w="0" w:type="dxa"/>
              <w:right w:w="0" w:type="dxa"/>
            </w:tcMar>
            <w:vAlign w:val="center"/>
            <w:hideMark/>
          </w:tcPr>
          <w:p w14:paraId="55EC02F0" w14:textId="77777777" w:rsidR="00F75C86" w:rsidRPr="00F75C86" w:rsidRDefault="00F75C86" w:rsidP="00653B6D">
            <w:pPr>
              <w:jc w:val="both"/>
            </w:pPr>
          </w:p>
        </w:tc>
      </w:tr>
    </w:tbl>
    <w:p w14:paraId="55B231B1" w14:textId="77777777" w:rsidR="00F75C86" w:rsidRDefault="00F75C86" w:rsidP="00653B6D">
      <w:pPr>
        <w:jc w:val="both"/>
      </w:pPr>
    </w:p>
    <w:p w14:paraId="646F930C" w14:textId="77777777" w:rsidR="003530E7" w:rsidRDefault="00653B6D">
      <w:r>
        <w:br w:type="page"/>
      </w:r>
    </w:p>
    <w:p w14:paraId="0D21317F" w14:textId="62E2546F" w:rsidR="003530E7" w:rsidRDefault="00653B6D">
      <w:r>
        <w:lastRenderedPageBreak/>
        <w:t>Thank you for considering my application. I look forward to the opportunity to discuss how my skills can benefit your team.</w:t>
      </w:r>
      <w:r>
        <w:br/>
      </w:r>
      <w:r>
        <w:br/>
        <w:t>Yours sincerely,</w:t>
      </w:r>
      <w:r>
        <w:br/>
      </w:r>
      <w:r>
        <w:br/>
        <w:t>Filmon Mehari</w:t>
      </w:r>
    </w:p>
    <w:p w14:paraId="76EAC071" w14:textId="77777777" w:rsidR="00DF6B5B" w:rsidRDefault="00DF6B5B"/>
    <w:p w14:paraId="542DC62F" w14:textId="77777777" w:rsidR="00DF6B5B" w:rsidRDefault="00DF6B5B"/>
    <w:p w14:paraId="050F2DC6" w14:textId="77777777" w:rsidR="00DF6B5B" w:rsidRDefault="00DF6B5B"/>
    <w:p w14:paraId="77916806" w14:textId="77777777" w:rsidR="00DF6B5B" w:rsidRPr="00DF6B5B" w:rsidRDefault="00DF6B5B" w:rsidP="00DF6B5B">
      <w:pPr>
        <w:rPr>
          <w:b/>
          <w:bCs/>
          <w:lang w:val="en"/>
        </w:rPr>
      </w:pPr>
      <w:r w:rsidRPr="00DF6B5B">
        <w:rPr>
          <w:b/>
          <w:bCs/>
          <w:lang w:val="en"/>
        </w:rPr>
        <w:t>Housing Officer</w:t>
      </w:r>
    </w:p>
    <w:p w14:paraId="2050A159" w14:textId="77777777" w:rsidR="00DF6B5B" w:rsidRPr="00DF6B5B" w:rsidRDefault="00DF6B5B" w:rsidP="00DF6B5B">
      <w:hyperlink r:id="rId8" w:tgtFrame="_blank" w:history="1">
        <w:r w:rsidRPr="00DF6B5B">
          <w:rPr>
            <w:rStyle w:val="Hyperlink"/>
          </w:rPr>
          <w:t>SD Commercial UK Ltd</w:t>
        </w:r>
      </w:hyperlink>
    </w:p>
    <w:p w14:paraId="504A8DDA" w14:textId="77777777" w:rsidR="00DF6B5B" w:rsidRPr="00DF6B5B" w:rsidRDefault="00DF6B5B" w:rsidP="00DF6B5B">
      <w:r w:rsidRPr="00DF6B5B">
        <w:t>Clacton-on-Sea CO15</w:t>
      </w:r>
    </w:p>
    <w:p w14:paraId="5730B8B7" w14:textId="77777777" w:rsidR="00DF6B5B" w:rsidRPr="00DF6B5B" w:rsidRDefault="00DF6B5B" w:rsidP="00DF6B5B">
      <w:r w:rsidRPr="00DF6B5B">
        <w:t>£12.21 - £14.50 an hour - Full-time</w:t>
      </w:r>
    </w:p>
    <w:p w14:paraId="032B1A21" w14:textId="77777777" w:rsidR="00DF6B5B" w:rsidRPr="00DF6B5B" w:rsidRDefault="00DF6B5B" w:rsidP="00DF6B5B">
      <w:r w:rsidRPr="00DF6B5B">
        <w:t>&amp;nbsp;</w:t>
      </w:r>
    </w:p>
    <w:p w14:paraId="279608B4" w14:textId="77777777" w:rsidR="00DF6B5B" w:rsidRPr="00DF6B5B" w:rsidRDefault="00DF6B5B" w:rsidP="00DF6B5B">
      <w:pPr>
        <w:rPr>
          <w:b/>
          <w:bCs/>
        </w:rPr>
      </w:pPr>
      <w:r w:rsidRPr="00DF6B5B">
        <w:rPr>
          <w:b/>
          <w:bCs/>
        </w:rPr>
        <w:t>Profile insights</w:t>
      </w:r>
    </w:p>
    <w:p w14:paraId="41D8BB62" w14:textId="77777777" w:rsidR="00DF6B5B" w:rsidRPr="00DF6B5B" w:rsidRDefault="00DF6B5B" w:rsidP="00DF6B5B">
      <w:r w:rsidRPr="00DF6B5B">
        <w:t>Here’s how the job qualifications align with your </w:t>
      </w:r>
      <w:hyperlink r:id="rId9" w:tgtFrame="_blank" w:history="1">
        <w:r w:rsidRPr="00DF6B5B">
          <w:rPr>
            <w:rStyle w:val="Hyperlink"/>
          </w:rPr>
          <w:t>profile</w:t>
        </w:r>
      </w:hyperlink>
      <w:r w:rsidRPr="00DF6B5B">
        <w:t>.</w:t>
      </w:r>
    </w:p>
    <w:p w14:paraId="32996EDA" w14:textId="77777777" w:rsidR="00DF6B5B" w:rsidRPr="00DF6B5B" w:rsidRDefault="00DF6B5B" w:rsidP="00DF6B5B">
      <w:pPr>
        <w:rPr>
          <w:b/>
          <w:bCs/>
        </w:rPr>
      </w:pPr>
      <w:r w:rsidRPr="00DF6B5B">
        <w:rPr>
          <w:b/>
          <w:bCs/>
        </w:rPr>
        <w:t>Skills</w:t>
      </w:r>
    </w:p>
    <w:p w14:paraId="433E6947" w14:textId="77777777" w:rsidR="00DF6B5B" w:rsidRPr="00DF6B5B" w:rsidRDefault="00DF6B5B" w:rsidP="00DF6B5B">
      <w:pPr>
        <w:numPr>
          <w:ilvl w:val="0"/>
          <w:numId w:val="10"/>
        </w:numPr>
      </w:pPr>
      <w:r w:rsidRPr="00DF6B5B">
        <w:t>Customer support</w:t>
      </w:r>
      <w:r w:rsidRPr="00DF6B5B">
        <w:rPr>
          <w:i/>
          <w:iCs/>
        </w:rPr>
        <w:t> (required)</w:t>
      </w:r>
    </w:p>
    <w:p w14:paraId="4C599897" w14:textId="77777777" w:rsidR="00DF6B5B" w:rsidRPr="00DF6B5B" w:rsidRDefault="00DF6B5B" w:rsidP="00DF6B5B">
      <w:pPr>
        <w:numPr>
          <w:ilvl w:val="0"/>
          <w:numId w:val="10"/>
        </w:numPr>
      </w:pPr>
      <w:r w:rsidRPr="00DF6B5B">
        <w:t>Administrative experience</w:t>
      </w:r>
      <w:r w:rsidRPr="00DF6B5B">
        <w:rPr>
          <w:i/>
          <w:iCs/>
        </w:rPr>
        <w:t> (required)</w:t>
      </w:r>
    </w:p>
    <w:p w14:paraId="243FC3DB" w14:textId="77777777" w:rsidR="00DF6B5B" w:rsidRPr="00DF6B5B" w:rsidRDefault="00DF6B5B" w:rsidP="00DF6B5B">
      <w:pPr>
        <w:numPr>
          <w:ilvl w:val="0"/>
          <w:numId w:val="10"/>
        </w:numPr>
      </w:pPr>
      <w:r w:rsidRPr="00DF6B5B">
        <w:t>Customer service</w:t>
      </w:r>
      <w:r w:rsidRPr="00DF6B5B">
        <w:rPr>
          <w:i/>
          <w:iCs/>
        </w:rPr>
        <w:t> (required)</w:t>
      </w:r>
    </w:p>
    <w:p w14:paraId="3D496AB9" w14:textId="77777777" w:rsidR="00DF6B5B" w:rsidRPr="00DF6B5B" w:rsidRDefault="00DF6B5B" w:rsidP="00DF6B5B">
      <w:pPr>
        <w:numPr>
          <w:ilvl w:val="0"/>
          <w:numId w:val="10"/>
        </w:numPr>
      </w:pPr>
      <w:r w:rsidRPr="00DF6B5B">
        <w:t>+ show more</w:t>
      </w:r>
    </w:p>
    <w:p w14:paraId="448FFD98" w14:textId="77777777" w:rsidR="00DF6B5B" w:rsidRPr="00DF6B5B" w:rsidRDefault="00DF6B5B" w:rsidP="00DF6B5B">
      <w:r w:rsidRPr="00DF6B5B">
        <w:t>Do you have experience in </w:t>
      </w:r>
      <w:r w:rsidRPr="00DF6B5B">
        <w:rPr>
          <w:b/>
          <w:bCs/>
        </w:rPr>
        <w:t>Customer support</w:t>
      </w:r>
      <w:r w:rsidRPr="00DF6B5B">
        <w:t>?</w:t>
      </w:r>
    </w:p>
    <w:p w14:paraId="63008782" w14:textId="77777777" w:rsidR="00DF6B5B" w:rsidRPr="00DF6B5B" w:rsidRDefault="00DF6B5B" w:rsidP="00DF6B5B">
      <w:pPr>
        <w:rPr>
          <w:b/>
          <w:bCs/>
        </w:rPr>
      </w:pPr>
      <w:r w:rsidRPr="00DF6B5B">
        <w:rPr>
          <w:b/>
          <w:bCs/>
        </w:rPr>
        <w:t>Education</w:t>
      </w:r>
    </w:p>
    <w:p w14:paraId="265B7785" w14:textId="77777777" w:rsidR="00DF6B5B" w:rsidRPr="00DF6B5B" w:rsidRDefault="00DF6B5B" w:rsidP="00DF6B5B">
      <w:pPr>
        <w:numPr>
          <w:ilvl w:val="0"/>
          <w:numId w:val="11"/>
        </w:numPr>
      </w:pPr>
      <w:r w:rsidRPr="00DF6B5B">
        <w:t>GCSE</w:t>
      </w:r>
    </w:p>
    <w:p w14:paraId="1E04F55F" w14:textId="77777777" w:rsidR="00DF6B5B" w:rsidRPr="00DF6B5B" w:rsidRDefault="00DF6B5B" w:rsidP="00DF6B5B">
      <w:r w:rsidRPr="00DF6B5B">
        <w:t>&amp;nbsp;</w:t>
      </w:r>
    </w:p>
    <w:p w14:paraId="3F45FF00" w14:textId="77777777" w:rsidR="00DF6B5B" w:rsidRPr="00DF6B5B" w:rsidRDefault="00DF6B5B" w:rsidP="00DF6B5B">
      <w:pPr>
        <w:rPr>
          <w:b/>
          <w:bCs/>
        </w:rPr>
      </w:pPr>
      <w:r w:rsidRPr="00DF6B5B">
        <w:rPr>
          <w:b/>
          <w:bCs/>
        </w:rPr>
        <w:t>Job details</w:t>
      </w:r>
    </w:p>
    <w:p w14:paraId="7B547365" w14:textId="77777777" w:rsidR="00DF6B5B" w:rsidRPr="00DF6B5B" w:rsidRDefault="00DF6B5B" w:rsidP="00DF6B5B">
      <w:r w:rsidRPr="00DF6B5B">
        <w:t>Here’s how the job details align with your </w:t>
      </w:r>
      <w:hyperlink r:id="rId10" w:tgtFrame="_blank" w:history="1">
        <w:r w:rsidRPr="00DF6B5B">
          <w:rPr>
            <w:rStyle w:val="Hyperlink"/>
          </w:rPr>
          <w:t>profile</w:t>
        </w:r>
      </w:hyperlink>
      <w:r w:rsidRPr="00DF6B5B">
        <w:t>.</w:t>
      </w:r>
    </w:p>
    <w:p w14:paraId="71DBE612" w14:textId="77777777" w:rsidR="00DF6B5B" w:rsidRPr="00DF6B5B" w:rsidRDefault="00DF6B5B" w:rsidP="00DF6B5B">
      <w:pPr>
        <w:rPr>
          <w:b/>
          <w:bCs/>
        </w:rPr>
      </w:pPr>
      <w:r w:rsidRPr="00DF6B5B">
        <w:rPr>
          <w:b/>
          <w:bCs/>
        </w:rPr>
        <w:t>Pay</w:t>
      </w:r>
    </w:p>
    <w:p w14:paraId="1C162E76" w14:textId="77777777" w:rsidR="00DF6B5B" w:rsidRPr="00DF6B5B" w:rsidRDefault="00DF6B5B" w:rsidP="00DF6B5B">
      <w:pPr>
        <w:numPr>
          <w:ilvl w:val="0"/>
          <w:numId w:val="12"/>
        </w:numPr>
      </w:pPr>
      <w:r w:rsidRPr="00DF6B5B">
        <w:lastRenderedPageBreak/>
        <w:t>£12.21 - £14.50 an hour</w:t>
      </w:r>
    </w:p>
    <w:p w14:paraId="1A012A54" w14:textId="77777777" w:rsidR="00DF6B5B" w:rsidRPr="00DF6B5B" w:rsidRDefault="00DF6B5B" w:rsidP="00DF6B5B">
      <w:pPr>
        <w:rPr>
          <w:b/>
          <w:bCs/>
        </w:rPr>
      </w:pPr>
      <w:r w:rsidRPr="00DF6B5B">
        <w:rPr>
          <w:b/>
          <w:bCs/>
        </w:rPr>
        <w:t>Job type</w:t>
      </w:r>
    </w:p>
    <w:p w14:paraId="39C19A9A" w14:textId="77777777" w:rsidR="00DF6B5B" w:rsidRPr="00DF6B5B" w:rsidRDefault="00DF6B5B" w:rsidP="00DF6B5B">
      <w:pPr>
        <w:numPr>
          <w:ilvl w:val="0"/>
          <w:numId w:val="13"/>
        </w:numPr>
      </w:pPr>
      <w:r w:rsidRPr="00DF6B5B">
        <w:t>Full-time</w:t>
      </w:r>
    </w:p>
    <w:p w14:paraId="5354E7BA" w14:textId="77777777" w:rsidR="00DF6B5B" w:rsidRPr="00DF6B5B" w:rsidRDefault="00DF6B5B" w:rsidP="00DF6B5B">
      <w:pPr>
        <w:rPr>
          <w:b/>
          <w:bCs/>
        </w:rPr>
      </w:pPr>
      <w:r w:rsidRPr="00DF6B5B">
        <w:rPr>
          <w:b/>
          <w:bCs/>
        </w:rPr>
        <w:t>Shift and schedule</w:t>
      </w:r>
    </w:p>
    <w:p w14:paraId="7B4AA5FB" w14:textId="77777777" w:rsidR="00DF6B5B" w:rsidRPr="00DF6B5B" w:rsidRDefault="00DF6B5B" w:rsidP="00DF6B5B">
      <w:pPr>
        <w:numPr>
          <w:ilvl w:val="0"/>
          <w:numId w:val="14"/>
        </w:numPr>
      </w:pPr>
      <w:r w:rsidRPr="00DF6B5B">
        <w:t>Weekend availability</w:t>
      </w:r>
    </w:p>
    <w:p w14:paraId="79CE7F19" w14:textId="77777777" w:rsidR="00DF6B5B" w:rsidRPr="00DF6B5B" w:rsidRDefault="00DF6B5B" w:rsidP="00DF6B5B">
      <w:pPr>
        <w:numPr>
          <w:ilvl w:val="0"/>
          <w:numId w:val="14"/>
        </w:numPr>
      </w:pPr>
      <w:r w:rsidRPr="00DF6B5B">
        <w:t>Night shift</w:t>
      </w:r>
    </w:p>
    <w:p w14:paraId="01EED819" w14:textId="77777777" w:rsidR="00DF6B5B" w:rsidRPr="00DF6B5B" w:rsidRDefault="00DF6B5B" w:rsidP="00DF6B5B">
      <w:r w:rsidRPr="00DF6B5B">
        <w:t>&amp;nbsp;</w:t>
      </w:r>
    </w:p>
    <w:p w14:paraId="42E4EDDB" w14:textId="77777777" w:rsidR="00DF6B5B" w:rsidRPr="00DF6B5B" w:rsidRDefault="00DF6B5B" w:rsidP="00DF6B5B">
      <w:pPr>
        <w:rPr>
          <w:b/>
          <w:bCs/>
        </w:rPr>
      </w:pPr>
      <w:r w:rsidRPr="00DF6B5B">
        <w:rPr>
          <w:b/>
          <w:bCs/>
        </w:rPr>
        <w:t>Location</w:t>
      </w:r>
    </w:p>
    <w:p w14:paraId="6385BBEE" w14:textId="77777777" w:rsidR="00DF6B5B" w:rsidRPr="00DF6B5B" w:rsidRDefault="00DF6B5B" w:rsidP="00DF6B5B">
      <w:r w:rsidRPr="00DF6B5B">
        <w:t>Clacton-on-Sea CO15</w:t>
      </w:r>
    </w:p>
    <w:p w14:paraId="1C879459" w14:textId="77777777" w:rsidR="00DF6B5B" w:rsidRPr="00DF6B5B" w:rsidRDefault="00DF6B5B" w:rsidP="00DF6B5B">
      <w:r w:rsidRPr="00DF6B5B">
        <w:t>&amp;nbsp;</w:t>
      </w:r>
    </w:p>
    <w:p w14:paraId="1852C99D" w14:textId="77777777" w:rsidR="00DF6B5B" w:rsidRPr="00DF6B5B" w:rsidRDefault="00DF6B5B" w:rsidP="00DF6B5B">
      <w:pPr>
        <w:rPr>
          <w:b/>
          <w:bCs/>
        </w:rPr>
      </w:pPr>
      <w:r w:rsidRPr="00DF6B5B">
        <w:rPr>
          <w:b/>
          <w:bCs/>
        </w:rPr>
        <w:t>Benefits</w:t>
      </w:r>
    </w:p>
    <w:p w14:paraId="3B0D571D" w14:textId="77777777" w:rsidR="00DF6B5B" w:rsidRPr="00DF6B5B" w:rsidRDefault="00DF6B5B" w:rsidP="00DF6B5B">
      <w:r w:rsidRPr="00DF6B5B">
        <w:t>Pulled from the full job description</w:t>
      </w:r>
    </w:p>
    <w:p w14:paraId="09D3CD87" w14:textId="77777777" w:rsidR="00DF6B5B" w:rsidRPr="00DF6B5B" w:rsidRDefault="00DF6B5B" w:rsidP="00DF6B5B">
      <w:pPr>
        <w:numPr>
          <w:ilvl w:val="0"/>
          <w:numId w:val="15"/>
        </w:numPr>
      </w:pPr>
      <w:r w:rsidRPr="00DF6B5B">
        <w:t>Company pension</w:t>
      </w:r>
    </w:p>
    <w:p w14:paraId="1D806D4A" w14:textId="77777777" w:rsidR="00DF6B5B" w:rsidRPr="00DF6B5B" w:rsidRDefault="00DF6B5B" w:rsidP="00DF6B5B">
      <w:r w:rsidRPr="00DF6B5B">
        <w:t>&amp;nbsp;</w:t>
      </w:r>
    </w:p>
    <w:p w14:paraId="62ED8107" w14:textId="77777777" w:rsidR="00DF6B5B" w:rsidRPr="00DF6B5B" w:rsidRDefault="00DF6B5B" w:rsidP="00DF6B5B">
      <w:pPr>
        <w:rPr>
          <w:b/>
          <w:bCs/>
        </w:rPr>
      </w:pPr>
      <w:r w:rsidRPr="00DF6B5B">
        <w:rPr>
          <w:b/>
          <w:bCs/>
        </w:rPr>
        <w:t>Full job description</w:t>
      </w:r>
    </w:p>
    <w:p w14:paraId="4C7BDEE1" w14:textId="77777777" w:rsidR="00DF6B5B" w:rsidRPr="00DF6B5B" w:rsidRDefault="00DF6B5B" w:rsidP="00DF6B5B">
      <w:r w:rsidRPr="00DF6B5B">
        <w:rPr>
          <w:b/>
          <w:bCs/>
        </w:rPr>
        <w:t>Job Description:</w:t>
      </w:r>
    </w:p>
    <w:p w14:paraId="472248D0" w14:textId="77777777" w:rsidR="00DF6B5B" w:rsidRPr="00DF6B5B" w:rsidRDefault="00DF6B5B" w:rsidP="00DF6B5B">
      <w:r w:rsidRPr="00DF6B5B">
        <w:t>SD Commercial (UK) Ltd is currently seeking a dedicated Housing Officer to join our Block Management Team. This is an excellent opportunity to work in a dynamic and rewarding environment where you will play a crucial role in providing support to both residents and management, ensuring the effective operation of our properties.</w:t>
      </w:r>
    </w:p>
    <w:p w14:paraId="09501CB2" w14:textId="77777777" w:rsidR="00DF6B5B" w:rsidRPr="00DF6B5B" w:rsidRDefault="00DF6B5B" w:rsidP="00DF6B5B">
      <w:r w:rsidRPr="00DF6B5B">
        <w:rPr>
          <w:b/>
          <w:bCs/>
        </w:rPr>
        <w:t>Key Responsibilities:</w:t>
      </w:r>
    </w:p>
    <w:p w14:paraId="616996EE" w14:textId="77777777" w:rsidR="00DF6B5B" w:rsidRPr="00DF6B5B" w:rsidRDefault="00DF6B5B" w:rsidP="00DF6B5B">
      <w:r w:rsidRPr="00DF6B5B">
        <w:rPr>
          <w:b/>
          <w:bCs/>
        </w:rPr>
        <w:t>· Reception Duties:</w:t>
      </w:r>
    </w:p>
    <w:p w14:paraId="2AD00021" w14:textId="77777777" w:rsidR="00DF6B5B" w:rsidRPr="00DF6B5B" w:rsidRDefault="00DF6B5B" w:rsidP="00DF6B5B">
      <w:r w:rsidRPr="00DF6B5B">
        <w:t>o Oversee the signing in and out of all guests, visitors, and contractors.</w:t>
      </w:r>
    </w:p>
    <w:p w14:paraId="08A1B966" w14:textId="77777777" w:rsidR="00DF6B5B" w:rsidRPr="00DF6B5B" w:rsidRDefault="00DF6B5B" w:rsidP="00DF6B5B">
      <w:r w:rsidRPr="00DF6B5B">
        <w:t>o Complete help desk forms for reactive maintenance and ensure they are passed on to the relevant departments.</w:t>
      </w:r>
    </w:p>
    <w:p w14:paraId="3F523581" w14:textId="77777777" w:rsidR="00DF6B5B" w:rsidRPr="00DF6B5B" w:rsidRDefault="00DF6B5B" w:rsidP="00DF6B5B">
      <w:r w:rsidRPr="00DF6B5B">
        <w:t>o Provide comprehensive administrative support to the residence team.</w:t>
      </w:r>
    </w:p>
    <w:p w14:paraId="4FDB5939" w14:textId="77777777" w:rsidR="00DF6B5B" w:rsidRPr="00DF6B5B" w:rsidRDefault="00DF6B5B" w:rsidP="00DF6B5B">
      <w:r w:rsidRPr="00DF6B5B">
        <w:t>o Deliver an excellent and professional reception service to residents and visitors.</w:t>
      </w:r>
    </w:p>
    <w:p w14:paraId="2CFAC4DD" w14:textId="77777777" w:rsidR="00DF6B5B" w:rsidRPr="00DF6B5B" w:rsidRDefault="00DF6B5B" w:rsidP="00DF6B5B">
      <w:r w:rsidRPr="00DF6B5B">
        <w:t>o Handle queries and complaints in an efficient, courteous, and professional manner.</w:t>
      </w:r>
    </w:p>
    <w:p w14:paraId="2B5F0E01" w14:textId="77777777" w:rsidR="00DF6B5B" w:rsidRPr="00DF6B5B" w:rsidRDefault="00DF6B5B" w:rsidP="00DF6B5B">
      <w:r w:rsidRPr="00DF6B5B">
        <w:rPr>
          <w:b/>
          <w:bCs/>
        </w:rPr>
        <w:lastRenderedPageBreak/>
        <w:t>· Security and Health and Safety:</w:t>
      </w:r>
    </w:p>
    <w:p w14:paraId="78A90D48" w14:textId="77777777" w:rsidR="00DF6B5B" w:rsidRPr="00DF6B5B" w:rsidRDefault="00DF6B5B" w:rsidP="00DF6B5B">
      <w:r w:rsidRPr="00DF6B5B">
        <w:t>o Conduct regular patrols of the residence and grounds, reporting any security or safety concerns.</w:t>
      </w:r>
    </w:p>
    <w:p w14:paraId="086F89F5" w14:textId="77777777" w:rsidR="00DF6B5B" w:rsidRPr="00DF6B5B" w:rsidRDefault="00DF6B5B" w:rsidP="00DF6B5B">
      <w:r w:rsidRPr="00DF6B5B">
        <w:t>o Monitor and enforce health, safety, and maintenance standards within the residence and grounds, reporting any issues to the residence management.</w:t>
      </w:r>
    </w:p>
    <w:p w14:paraId="3A0C26CA" w14:textId="77777777" w:rsidR="00DF6B5B" w:rsidRPr="00DF6B5B" w:rsidRDefault="00DF6B5B" w:rsidP="00DF6B5B">
      <w:r w:rsidRPr="00DF6B5B">
        <w:rPr>
          <w:b/>
          <w:bCs/>
        </w:rPr>
        <w:t>· Report Writing:</w:t>
      </w:r>
    </w:p>
    <w:p w14:paraId="7F38E25B" w14:textId="77777777" w:rsidR="00DF6B5B" w:rsidRPr="00DF6B5B" w:rsidRDefault="00DF6B5B" w:rsidP="00DF6B5B">
      <w:r w:rsidRPr="00DF6B5B">
        <w:t>o Prepare and complete necessary reports, including incident reports, noise complaints, accident reports, and others as required.</w:t>
      </w:r>
    </w:p>
    <w:p w14:paraId="4450A822" w14:textId="77777777" w:rsidR="00DF6B5B" w:rsidRPr="00DF6B5B" w:rsidRDefault="00DF6B5B" w:rsidP="00DF6B5B">
      <w:r w:rsidRPr="00DF6B5B">
        <w:t>o Monitor resident conduct, encouraging adherence to the Code of Conduct, and report any breaches.</w:t>
      </w:r>
    </w:p>
    <w:p w14:paraId="654EE98E" w14:textId="77777777" w:rsidR="00DF6B5B" w:rsidRPr="00DF6B5B" w:rsidRDefault="00DF6B5B" w:rsidP="00DF6B5B">
      <w:r w:rsidRPr="00DF6B5B">
        <w:t>o Provide evidence and detailed reports when requested by the management team.</w:t>
      </w:r>
    </w:p>
    <w:p w14:paraId="1F62D82F" w14:textId="77777777" w:rsidR="00DF6B5B" w:rsidRPr="00DF6B5B" w:rsidRDefault="00DF6B5B" w:rsidP="00DF6B5B">
      <w:r w:rsidRPr="00DF6B5B">
        <w:t>o React to incidents promptly, utilizing initiative and ensuring accurate logs and reports are made.</w:t>
      </w:r>
    </w:p>
    <w:p w14:paraId="2E0C569F" w14:textId="77777777" w:rsidR="00DF6B5B" w:rsidRPr="00DF6B5B" w:rsidRDefault="00DF6B5B" w:rsidP="00DF6B5B">
      <w:r w:rsidRPr="00DF6B5B">
        <w:rPr>
          <w:b/>
          <w:bCs/>
        </w:rPr>
        <w:t>· Customer and Colleague Liaison:</w:t>
      </w:r>
    </w:p>
    <w:p w14:paraId="2A63D98B" w14:textId="77777777" w:rsidR="00DF6B5B" w:rsidRPr="00DF6B5B" w:rsidRDefault="00DF6B5B" w:rsidP="00DF6B5B">
      <w:r w:rsidRPr="00DF6B5B">
        <w:t>o Liaise effectively with other Facilities Officers, clients, sub-contractors, and residents, fostering positive working relationships.</w:t>
      </w:r>
    </w:p>
    <w:p w14:paraId="539D83C9" w14:textId="77777777" w:rsidR="00DF6B5B" w:rsidRPr="00DF6B5B" w:rsidRDefault="00DF6B5B" w:rsidP="00DF6B5B">
      <w:r w:rsidRPr="00DF6B5B">
        <w:rPr>
          <w:b/>
          <w:bCs/>
        </w:rPr>
        <w:t>· Other Duties:</w:t>
      </w:r>
    </w:p>
    <w:p w14:paraId="5CD58B23" w14:textId="77777777" w:rsidR="00DF6B5B" w:rsidRPr="00DF6B5B" w:rsidRDefault="00DF6B5B" w:rsidP="00DF6B5B">
      <w:r w:rsidRPr="00DF6B5B">
        <w:t>o Act as the appointed First Aid person when required.</w:t>
      </w:r>
    </w:p>
    <w:p w14:paraId="0747A4BF" w14:textId="77777777" w:rsidR="00DF6B5B" w:rsidRPr="00DF6B5B" w:rsidRDefault="00DF6B5B" w:rsidP="00DF6B5B">
      <w:r w:rsidRPr="00DF6B5B">
        <w:t>o Assist the residence team in preparing for new arrivals.</w:t>
      </w:r>
    </w:p>
    <w:p w14:paraId="6287DD7F" w14:textId="77777777" w:rsidR="00DF6B5B" w:rsidRPr="00DF6B5B" w:rsidRDefault="00DF6B5B" w:rsidP="00DF6B5B">
      <w:r w:rsidRPr="00DF6B5B">
        <w:t>o Undertake other general duties as required to support the efficient running of the property.</w:t>
      </w:r>
    </w:p>
    <w:p w14:paraId="11492E20" w14:textId="77777777" w:rsidR="00DF6B5B" w:rsidRPr="00DF6B5B" w:rsidRDefault="00DF6B5B" w:rsidP="00DF6B5B">
      <w:r w:rsidRPr="00DF6B5B">
        <w:t>o Act as a liaison between residents, contractors, and internal teams, ensuring effective communication at all stages of property management.</w:t>
      </w:r>
    </w:p>
    <w:p w14:paraId="3F7B4510" w14:textId="77777777" w:rsidR="00DF6B5B" w:rsidRPr="00DF6B5B" w:rsidRDefault="00DF6B5B" w:rsidP="00DF6B5B">
      <w:r w:rsidRPr="00DF6B5B">
        <w:rPr>
          <w:b/>
          <w:bCs/>
        </w:rPr>
        <w:t>Person Specification:</w:t>
      </w:r>
    </w:p>
    <w:p w14:paraId="77153C91" w14:textId="77777777" w:rsidR="00DF6B5B" w:rsidRPr="00DF6B5B" w:rsidRDefault="00DF6B5B" w:rsidP="00DF6B5B">
      <w:r w:rsidRPr="00DF6B5B">
        <w:rPr>
          <w:b/>
          <w:bCs/>
        </w:rPr>
        <w:t>Skills, Experience, and Personal Qualities (Essential Criteria):</w:t>
      </w:r>
    </w:p>
    <w:p w14:paraId="04C18B01" w14:textId="77777777" w:rsidR="00DF6B5B" w:rsidRPr="00DF6B5B" w:rsidRDefault="00DF6B5B" w:rsidP="00DF6B5B">
      <w:r w:rsidRPr="00DF6B5B">
        <w:t>· Previous experience in property management or a similar role (1 year minimum).</w:t>
      </w:r>
    </w:p>
    <w:p w14:paraId="0FFE5073" w14:textId="77777777" w:rsidR="00DF6B5B" w:rsidRPr="00DF6B5B" w:rsidRDefault="00DF6B5B" w:rsidP="00DF6B5B">
      <w:r w:rsidRPr="00DF6B5B">
        <w:t>· Excellent telephone manner with strong communication skills.</w:t>
      </w:r>
    </w:p>
    <w:p w14:paraId="2A611043" w14:textId="77777777" w:rsidR="00DF6B5B" w:rsidRPr="00DF6B5B" w:rsidRDefault="00DF6B5B" w:rsidP="00DF6B5B">
      <w:r w:rsidRPr="00DF6B5B">
        <w:t>· Highly organised with a proactive approach to tasks and problem-solving.</w:t>
      </w:r>
    </w:p>
    <w:p w14:paraId="68B9B4ED" w14:textId="77777777" w:rsidR="00DF6B5B" w:rsidRPr="00DF6B5B" w:rsidRDefault="00DF6B5B" w:rsidP="00DF6B5B">
      <w:r w:rsidRPr="00DF6B5B">
        <w:t>· Good understanding of health and safety practices and regulations.</w:t>
      </w:r>
    </w:p>
    <w:p w14:paraId="375ED917" w14:textId="77777777" w:rsidR="00DF6B5B" w:rsidRPr="00DF6B5B" w:rsidRDefault="00DF6B5B" w:rsidP="00DF6B5B">
      <w:r w:rsidRPr="00DF6B5B">
        <w:lastRenderedPageBreak/>
        <w:t>· Strong written and verbal communication skills, with a customer-focused approach.</w:t>
      </w:r>
    </w:p>
    <w:p w14:paraId="4CBB1DE6" w14:textId="77777777" w:rsidR="00DF6B5B" w:rsidRPr="00DF6B5B" w:rsidRDefault="00DF6B5B" w:rsidP="00DF6B5B">
      <w:r w:rsidRPr="00DF6B5B">
        <w:t>· Capable of working independently with minimal supervision.</w:t>
      </w:r>
    </w:p>
    <w:p w14:paraId="4176D287" w14:textId="77777777" w:rsidR="00DF6B5B" w:rsidRPr="00DF6B5B" w:rsidRDefault="00DF6B5B" w:rsidP="00DF6B5B">
      <w:r w:rsidRPr="00DF6B5B">
        <w:t>· A flexible, adaptable team player, with a willingness to assist others and share knowledge.</w:t>
      </w:r>
    </w:p>
    <w:p w14:paraId="067753F2" w14:textId="77777777" w:rsidR="00DF6B5B" w:rsidRPr="00DF6B5B" w:rsidRDefault="00DF6B5B" w:rsidP="00DF6B5B">
      <w:r w:rsidRPr="00DF6B5B">
        <w:t>· Ability to work outside regular hours if necessary, and assist with emergencies or special projects.</w:t>
      </w:r>
    </w:p>
    <w:p w14:paraId="2ADC28A8" w14:textId="77777777" w:rsidR="00DF6B5B" w:rsidRPr="00DF6B5B" w:rsidRDefault="00DF6B5B" w:rsidP="00DF6B5B">
      <w:r w:rsidRPr="00DF6B5B">
        <w:t>· Experience working with vulnerable or diverse communities.</w:t>
      </w:r>
    </w:p>
    <w:p w14:paraId="5B108248" w14:textId="77777777" w:rsidR="00DF6B5B" w:rsidRPr="00DF6B5B" w:rsidRDefault="00DF6B5B" w:rsidP="00DF6B5B">
      <w:r w:rsidRPr="00DF6B5B">
        <w:rPr>
          <w:b/>
          <w:bCs/>
        </w:rPr>
        <w:t>Additional Information:</w:t>
      </w:r>
    </w:p>
    <w:p w14:paraId="2362E86A" w14:textId="77777777" w:rsidR="00DF6B5B" w:rsidRPr="00DF6B5B" w:rsidRDefault="00DF6B5B" w:rsidP="00DF6B5B">
      <w:r w:rsidRPr="00DF6B5B">
        <w:t>· </w:t>
      </w:r>
      <w:r w:rsidRPr="00DF6B5B">
        <w:rPr>
          <w:b/>
          <w:bCs/>
        </w:rPr>
        <w:t>Work Environment: The position is based on-site and does not offer remote work.</w:t>
      </w:r>
    </w:p>
    <w:p w14:paraId="247ADF56" w14:textId="77777777" w:rsidR="00DF6B5B" w:rsidRPr="00DF6B5B" w:rsidRDefault="00DF6B5B" w:rsidP="00DF6B5B">
      <w:r w:rsidRPr="00DF6B5B">
        <w:rPr>
          <w:b/>
          <w:bCs/>
        </w:rPr>
        <w:t>· Full-time: Flexibility required based on business demand. May require to work evenings, weekends, nights and occasional on-call hours</w:t>
      </w:r>
    </w:p>
    <w:p w14:paraId="18D69BE5" w14:textId="77777777" w:rsidR="00DF6B5B" w:rsidRPr="00DF6B5B" w:rsidRDefault="00DF6B5B" w:rsidP="00DF6B5B">
      <w:r w:rsidRPr="00DF6B5B">
        <w:rPr>
          <w:b/>
          <w:bCs/>
        </w:rPr>
        <w:t>Qualifications:</w:t>
      </w:r>
    </w:p>
    <w:p w14:paraId="7C2755C3" w14:textId="77777777" w:rsidR="00DF6B5B" w:rsidRPr="00DF6B5B" w:rsidRDefault="00DF6B5B" w:rsidP="00DF6B5B">
      <w:r w:rsidRPr="00DF6B5B">
        <w:t>· Experience in property management (1+ year) and customer service (1+ year) is a plus point.</w:t>
      </w:r>
    </w:p>
    <w:p w14:paraId="0C12152D" w14:textId="77777777" w:rsidR="00DF6B5B" w:rsidRPr="00DF6B5B" w:rsidRDefault="00DF6B5B" w:rsidP="00DF6B5B">
      <w:r w:rsidRPr="00DF6B5B">
        <w:t>· A background in health and safety is desirable, but not mandatory.</w:t>
      </w:r>
    </w:p>
    <w:p w14:paraId="2CC3123A" w14:textId="77777777" w:rsidR="00DF6B5B" w:rsidRPr="00DF6B5B" w:rsidRDefault="00DF6B5B" w:rsidP="00DF6B5B">
      <w:r w:rsidRPr="00DF6B5B">
        <w:t>Job Type: Full-time</w:t>
      </w:r>
    </w:p>
    <w:p w14:paraId="529EFB5C" w14:textId="77777777" w:rsidR="00DF6B5B" w:rsidRPr="00DF6B5B" w:rsidRDefault="00DF6B5B" w:rsidP="00DF6B5B">
      <w:r w:rsidRPr="00DF6B5B">
        <w:t>Pay: £12.21-£14.50 per hour</w:t>
      </w:r>
    </w:p>
    <w:p w14:paraId="381DCC6B" w14:textId="77777777" w:rsidR="00DF6B5B" w:rsidRPr="00DF6B5B" w:rsidRDefault="00DF6B5B" w:rsidP="00DF6B5B">
      <w:r w:rsidRPr="00DF6B5B">
        <w:t>Benefits:</w:t>
      </w:r>
    </w:p>
    <w:p w14:paraId="6A37F019" w14:textId="77777777" w:rsidR="00DF6B5B" w:rsidRPr="00DF6B5B" w:rsidRDefault="00DF6B5B" w:rsidP="00DF6B5B">
      <w:pPr>
        <w:numPr>
          <w:ilvl w:val="0"/>
          <w:numId w:val="16"/>
        </w:numPr>
      </w:pPr>
      <w:r w:rsidRPr="00DF6B5B">
        <w:t>Company pension</w:t>
      </w:r>
    </w:p>
    <w:p w14:paraId="7F02D701" w14:textId="77777777" w:rsidR="00DF6B5B" w:rsidRPr="00DF6B5B" w:rsidRDefault="00DF6B5B" w:rsidP="00DF6B5B">
      <w:r w:rsidRPr="00DF6B5B">
        <w:t>Ability to commute/relocate:</w:t>
      </w:r>
    </w:p>
    <w:p w14:paraId="2AFF3F18" w14:textId="77777777" w:rsidR="00DF6B5B" w:rsidRPr="00DF6B5B" w:rsidRDefault="00DF6B5B" w:rsidP="00DF6B5B">
      <w:pPr>
        <w:numPr>
          <w:ilvl w:val="0"/>
          <w:numId w:val="17"/>
        </w:numPr>
      </w:pPr>
      <w:r w:rsidRPr="00DF6B5B">
        <w:t>Clacton-on-Sea CO15: reliably commute or plan to relocate before starting work (preferred)</w:t>
      </w:r>
    </w:p>
    <w:p w14:paraId="1D244DC5" w14:textId="77777777" w:rsidR="00DF6B5B" w:rsidRPr="00DF6B5B" w:rsidRDefault="00DF6B5B" w:rsidP="00DF6B5B">
      <w:r w:rsidRPr="00DF6B5B">
        <w:t>Experience:</w:t>
      </w:r>
    </w:p>
    <w:p w14:paraId="14C82E13" w14:textId="77777777" w:rsidR="00DF6B5B" w:rsidRPr="00DF6B5B" w:rsidRDefault="00DF6B5B" w:rsidP="00DF6B5B">
      <w:pPr>
        <w:numPr>
          <w:ilvl w:val="0"/>
          <w:numId w:val="18"/>
        </w:numPr>
      </w:pPr>
      <w:r w:rsidRPr="00DF6B5B">
        <w:t>Customer support: 1 year (preferred)</w:t>
      </w:r>
    </w:p>
    <w:p w14:paraId="5E9C4885" w14:textId="77777777" w:rsidR="00DF6B5B" w:rsidRPr="00DF6B5B" w:rsidRDefault="00DF6B5B" w:rsidP="00DF6B5B">
      <w:r w:rsidRPr="00DF6B5B">
        <w:t>Work Location: In person</w:t>
      </w:r>
    </w:p>
    <w:p w14:paraId="2C970A4F" w14:textId="77777777" w:rsidR="00DF6B5B" w:rsidRPr="00DF6B5B" w:rsidRDefault="00DF6B5B" w:rsidP="00DF6B5B">
      <w:r w:rsidRPr="00DF6B5B">
        <w:t>&amp;nbsp;</w:t>
      </w:r>
    </w:p>
    <w:p w14:paraId="39733312" w14:textId="77777777" w:rsidR="00DF6B5B" w:rsidRPr="00DF6B5B" w:rsidRDefault="00DF6B5B" w:rsidP="00DF6B5B">
      <w:r w:rsidRPr="00DF6B5B">
        <w:t>&amp;nbsp;</w:t>
      </w:r>
    </w:p>
    <w:p w14:paraId="137B0020" w14:textId="77777777" w:rsidR="00DF6B5B" w:rsidRPr="00DF6B5B" w:rsidRDefault="00DF6B5B" w:rsidP="00DF6B5B">
      <w:hyperlink r:id="rId11" w:history="1">
        <w:r w:rsidRPr="00DF6B5B">
          <w:rPr>
            <w:rStyle w:val="Hyperlink"/>
          </w:rPr>
          <w:t>Housing Officer jobs in Clacton-on-Sea</w:t>
        </w:r>
      </w:hyperlink>
    </w:p>
    <w:p w14:paraId="70C08325" w14:textId="77777777" w:rsidR="00DF6B5B" w:rsidRPr="00DF6B5B" w:rsidRDefault="00DF6B5B" w:rsidP="00DF6B5B">
      <w:hyperlink r:id="rId12" w:history="1">
        <w:r w:rsidRPr="00DF6B5B">
          <w:rPr>
            <w:rStyle w:val="Hyperlink"/>
          </w:rPr>
          <w:t>Jobs at SD Commercial UK in Clacton-on-Sea</w:t>
        </w:r>
      </w:hyperlink>
    </w:p>
    <w:p w14:paraId="24741323" w14:textId="77777777" w:rsidR="00DF6B5B" w:rsidRPr="00DF6B5B" w:rsidRDefault="00DF6B5B" w:rsidP="00DF6B5B">
      <w:hyperlink r:id="rId13" w:history="1">
        <w:r w:rsidRPr="00DF6B5B">
          <w:rPr>
            <w:rStyle w:val="Hyperlink"/>
          </w:rPr>
          <w:t>Housing Officer salaries in Clacton-on-Sea</w:t>
        </w:r>
      </w:hyperlink>
    </w:p>
    <w:p w14:paraId="058FEA82" w14:textId="77777777" w:rsidR="00DF6B5B" w:rsidRDefault="00DF6B5B"/>
    <w:sectPr w:rsidR="00DF6B5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CCA1697"/>
    <w:multiLevelType w:val="multilevel"/>
    <w:tmpl w:val="C94AC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2719F4"/>
    <w:multiLevelType w:val="multilevel"/>
    <w:tmpl w:val="B546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8E2B09"/>
    <w:multiLevelType w:val="multilevel"/>
    <w:tmpl w:val="7ACC6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9D5B59"/>
    <w:multiLevelType w:val="multilevel"/>
    <w:tmpl w:val="5EBE0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8E12C7"/>
    <w:multiLevelType w:val="multilevel"/>
    <w:tmpl w:val="2AC41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8873F5"/>
    <w:multiLevelType w:val="multilevel"/>
    <w:tmpl w:val="7DAE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1D11EA"/>
    <w:multiLevelType w:val="multilevel"/>
    <w:tmpl w:val="F1AE1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995D26"/>
    <w:multiLevelType w:val="multilevel"/>
    <w:tmpl w:val="7592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DE7FCA"/>
    <w:multiLevelType w:val="multilevel"/>
    <w:tmpl w:val="92D8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E00C8B"/>
    <w:multiLevelType w:val="multilevel"/>
    <w:tmpl w:val="E9F4D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2401891">
    <w:abstractNumId w:val="8"/>
  </w:num>
  <w:num w:numId="2" w16cid:durableId="1007755767">
    <w:abstractNumId w:val="6"/>
  </w:num>
  <w:num w:numId="3" w16cid:durableId="813327080">
    <w:abstractNumId w:val="5"/>
  </w:num>
  <w:num w:numId="4" w16cid:durableId="1964726098">
    <w:abstractNumId w:val="4"/>
  </w:num>
  <w:num w:numId="5" w16cid:durableId="165022043">
    <w:abstractNumId w:val="7"/>
  </w:num>
  <w:num w:numId="6" w16cid:durableId="967659873">
    <w:abstractNumId w:val="3"/>
  </w:num>
  <w:num w:numId="7" w16cid:durableId="1706372418">
    <w:abstractNumId w:val="2"/>
  </w:num>
  <w:num w:numId="8" w16cid:durableId="1876966150">
    <w:abstractNumId w:val="1"/>
  </w:num>
  <w:num w:numId="9" w16cid:durableId="1998876127">
    <w:abstractNumId w:val="0"/>
  </w:num>
  <w:num w:numId="10" w16cid:durableId="903217539">
    <w:abstractNumId w:val="12"/>
  </w:num>
  <w:num w:numId="11" w16cid:durableId="755399030">
    <w:abstractNumId w:val="11"/>
  </w:num>
  <w:num w:numId="12" w16cid:durableId="522017426">
    <w:abstractNumId w:val="18"/>
  </w:num>
  <w:num w:numId="13" w16cid:durableId="664550234">
    <w:abstractNumId w:val="15"/>
  </w:num>
  <w:num w:numId="14" w16cid:durableId="1877963935">
    <w:abstractNumId w:val="9"/>
  </w:num>
  <w:num w:numId="15" w16cid:durableId="1351879702">
    <w:abstractNumId w:val="14"/>
  </w:num>
  <w:num w:numId="16" w16cid:durableId="103162597">
    <w:abstractNumId w:val="16"/>
  </w:num>
  <w:num w:numId="17" w16cid:durableId="1808888563">
    <w:abstractNumId w:val="17"/>
  </w:num>
  <w:num w:numId="18" w16cid:durableId="220101915">
    <w:abstractNumId w:val="10"/>
  </w:num>
  <w:num w:numId="19" w16cid:durableId="12191241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44E1"/>
    <w:rsid w:val="0015074B"/>
    <w:rsid w:val="0029639D"/>
    <w:rsid w:val="00326F90"/>
    <w:rsid w:val="003530E7"/>
    <w:rsid w:val="0037653E"/>
    <w:rsid w:val="00653B6D"/>
    <w:rsid w:val="008D33B3"/>
    <w:rsid w:val="00977D4A"/>
    <w:rsid w:val="00AA1D8D"/>
    <w:rsid w:val="00B47730"/>
    <w:rsid w:val="00CB0664"/>
    <w:rsid w:val="00D20CD0"/>
    <w:rsid w:val="00D26318"/>
    <w:rsid w:val="00DF6B5B"/>
    <w:rsid w:val="00F561D4"/>
    <w:rsid w:val="00F75C86"/>
    <w:rsid w:val="00F811D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9F4A9D"/>
  <w14:defaultImageDpi w14:val="300"/>
  <w15:docId w15:val="{79C8BC17-33A5-4DDC-81E7-D7FE27A7B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DF6B5B"/>
    <w:rPr>
      <w:color w:val="0000FF" w:themeColor="hyperlink"/>
      <w:u w:val="single"/>
    </w:rPr>
  </w:style>
  <w:style w:type="character" w:styleId="UnresolvedMention">
    <w:name w:val="Unresolved Mention"/>
    <w:basedOn w:val="DefaultParagraphFont"/>
    <w:uiPriority w:val="99"/>
    <w:semiHidden/>
    <w:unhideWhenUsed/>
    <w:rsid w:val="00DF6B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mp/Sd-Commercial-UK-Ltd?campaignid=mobvjcmp&amp;from=mobviewjob&amp;tk=1j7ejbbfmkdp9800&amp;fromjk=dcde6feb5c43b685" TargetMode="External"/><Relationship Id="rId13" Type="http://schemas.openxmlformats.org/officeDocument/2006/relationships/hyperlink" Target="https://uk.indeed.com/salary?from=vj&amp;q1=Housing+Officer&amp;l1=Clacton-on-Sea" TargetMode="External"/><Relationship Id="rId3" Type="http://schemas.openxmlformats.org/officeDocument/2006/relationships/styles" Target="styles.xml"/><Relationship Id="rId7" Type="http://schemas.openxmlformats.org/officeDocument/2006/relationships/hyperlink" Target="mailto:Filmonmehari111@gmail.com" TargetMode="External"/><Relationship Id="rId12" Type="http://schemas.openxmlformats.org/officeDocument/2006/relationships/hyperlink" Target="https://uk.indeed.com/q-sd-commercial-uk-l-clacton-on-sea-job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ilmonmehari111@gmail.com" TargetMode="External"/><Relationship Id="rId11" Type="http://schemas.openxmlformats.org/officeDocument/2006/relationships/hyperlink" Target="https://uk.indeed.com/q-housing-officer-l-clacton-on-sea-jobs.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rofile.indeed.com/" TargetMode="External"/><Relationship Id="rId4" Type="http://schemas.openxmlformats.org/officeDocument/2006/relationships/settings" Target="settings.xml"/><Relationship Id="rId9" Type="http://schemas.openxmlformats.org/officeDocument/2006/relationships/hyperlink" Target="https://profile.indeed.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9</Pages>
  <Words>1323</Words>
  <Characters>7542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8848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Filmon Mehari (2316428)</cp:lastModifiedBy>
  <cp:revision>2</cp:revision>
  <dcterms:created xsi:type="dcterms:W3CDTF">2025-10-20T08:15:00Z</dcterms:created>
  <dcterms:modified xsi:type="dcterms:W3CDTF">2025-10-20T08:15:00Z</dcterms:modified>
  <cp:category/>
</cp:coreProperties>
</file>