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36506615"/>
        <w:docPartObj>
          <w:docPartGallery w:val="Cover Pages"/>
          <w:docPartUnique/>
        </w:docPartObj>
      </w:sdtPr>
      <w:sdtEndPr>
        <w:rPr>
          <w:rFonts w:ascii="Arial" w:eastAsia="Arial" w:hAnsi="Arial"/>
        </w:rPr>
      </w:sdtEndPr>
      <w:sdtContent>
        <w:p w14:paraId="52171EA1" w14:textId="3BA657CD" w:rsidR="009D4269" w:rsidRDefault="009D4269">
          <w:pPr>
            <w:pStyle w:val="NoSpacing"/>
          </w:pPr>
          <w:r>
            <w:rPr>
              <w:noProof/>
            </w:rPr>
            <mc:AlternateContent>
              <mc:Choice Requires="wpg">
                <w:drawing>
                  <wp:anchor distT="0" distB="0" distL="114300" distR="114300" simplePos="0" relativeHeight="251653632" behindDoc="1" locked="0" layoutInCell="1" allowOverlap="1" wp14:anchorId="5BFED9CF" wp14:editId="5AF6B370">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83011724"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16197305" name="Rectangle 121619730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72175798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9T00:00:00Z">
                                      <w:dateFormat w:val="M/d/yyyy"/>
                                      <w:lid w:val="en-US"/>
                                      <w:storeMappedDataAs w:val="dateTime"/>
                                      <w:calendar w:val="gregorian"/>
                                    </w:date>
                                  </w:sdtPr>
                                  <w:sdtContent>
                                    <w:p w14:paraId="68FBABA5" w14:textId="705D8598" w:rsidR="009D4269" w:rsidRDefault="003B2460">
                                      <w:pPr>
                                        <w:pStyle w:val="NoSpacing"/>
                                        <w:jc w:val="right"/>
                                        <w:rPr>
                                          <w:color w:val="FFFFFF" w:themeColor="background1"/>
                                          <w:sz w:val="28"/>
                                          <w:szCs w:val="28"/>
                                        </w:rPr>
                                      </w:pPr>
                                      <w:r>
                                        <w:rPr>
                                          <w:color w:val="FFFFFF" w:themeColor="background1"/>
                                          <w:sz w:val="28"/>
                                          <w:szCs w:val="28"/>
                                        </w:rPr>
                                        <w:t>8/9/2026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444106752" name="Group 1444106752"/>
                            <wpg:cNvGrpSpPr/>
                            <wpg:grpSpPr>
                              <a:xfrm>
                                <a:off x="76200" y="4210050"/>
                                <a:ext cx="2057400" cy="4910328"/>
                                <a:chOff x="80645" y="4211812"/>
                                <a:chExt cx="1306273" cy="3121026"/>
                              </a:xfrm>
                            </wpg:grpSpPr>
                            <wpg:grpSp>
                              <wpg:cNvPr id="371436843" name="Group 371436843"/>
                              <wpg:cNvGrpSpPr>
                                <a:grpSpLocks noChangeAspect="1"/>
                              </wpg:cNvGrpSpPr>
                              <wpg:grpSpPr>
                                <a:xfrm>
                                  <a:off x="141062" y="4211812"/>
                                  <a:ext cx="1047750" cy="3121026"/>
                                  <a:chOff x="141062" y="4211812"/>
                                  <a:chExt cx="1047750" cy="3121026"/>
                                </a:xfrm>
                              </wpg:grpSpPr>
                              <wps:wsp>
                                <wps:cNvPr id="204583630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059799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435090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3697508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80015081"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5868568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9959916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2245873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724993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8061071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1869511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5274397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881072065" name="Group 881072065"/>
                              <wpg:cNvGrpSpPr>
                                <a:grpSpLocks noChangeAspect="1"/>
                              </wpg:cNvGrpSpPr>
                              <wpg:grpSpPr>
                                <a:xfrm>
                                  <a:off x="80645" y="4826972"/>
                                  <a:ext cx="1306273" cy="2505863"/>
                                  <a:chOff x="80645" y="4649964"/>
                                  <a:chExt cx="874712" cy="1677988"/>
                                </a:xfrm>
                              </wpg:grpSpPr>
                              <wps:wsp>
                                <wps:cNvPr id="9115771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0135246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244106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19205216"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167227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2198205"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3296538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3563998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2530595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7838316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4833467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BFED9CF" id="Group 26" o:spid="_x0000_s1026" style="position:absolute;margin-left:0;margin-top:0;width:172.8pt;height:718.55pt;z-index:-2516628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">
                    <v:rect id="Rectangle 1216197305"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9T00:00:00Z">
                                <w:dateFormat w:val="M/d/yyyy"/>
                                <w:lid w:val="en-US"/>
                                <w:storeMappedDataAs w:val="dateTime"/>
                                <w:calendar w:val="gregorian"/>
                              </w:date>
                            </w:sdtPr>
                            <w:sdtContent>
                              <w:p w14:paraId="68FBABA5" w14:textId="705D8598" w:rsidR="009D4269" w:rsidRDefault="003B2460">
                                <w:pPr>
                                  <w:pStyle w:val="NoSpacing"/>
                                  <w:jc w:val="right"/>
                                  <w:rPr>
                                    <w:color w:val="FFFFFF" w:themeColor="background1"/>
                                    <w:sz w:val="28"/>
                                    <w:szCs w:val="28"/>
                                  </w:rPr>
                                </w:pPr>
                                <w:r>
                                  <w:rPr>
                                    <w:color w:val="FFFFFF" w:themeColor="background1"/>
                                    <w:sz w:val="28"/>
                                    <w:szCs w:val="28"/>
                                  </w:rPr>
                                  <w:t>8/9/2026</w:t>
                                </w:r>
                              </w:p>
                            </w:sdtContent>
                          </w:sdt>
                        </w:txbxContent>
                      </v:textbox>
                    </v:shape>
                    <v:group id="Group 1444106752"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">
                      <v:group id="Group 37143684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" path="m,l6,16,21,49,33,84r12,34l44,118,13,53,11,42,,xe" fillcolor="#1f497d [3215]" strokecolor="#1f497d [3215]" strokeweight="0">
                          <v:path arrowok="t" o:connecttype="custom" o:connectlocs="0,0;9525,25400;33338,77788;52388,133350;71438,187325;69850,187325;20638,84138;17463,66675;0,0" o:connectangles="0,0,0,0,0,0,0,0,0"/>
                        </v:shape>
                      </v:group>
                      <v:group id="Group 881072065"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8EAA431" w14:textId="0E54FB81" w:rsidR="009D4269" w:rsidRDefault="009D4269">
          <w:pPr>
            <w:spacing w:after="200"/>
          </w:pPr>
          <w:r>
            <w:rPr>
              <w:noProof/>
            </w:rPr>
            <mc:AlternateContent>
              <mc:Choice Requires="wps">
                <w:drawing>
                  <wp:anchor distT="0" distB="0" distL="114300" distR="114300" simplePos="0" relativeHeight="251662336" behindDoc="0" locked="0" layoutInCell="1" allowOverlap="1" wp14:anchorId="3250D97D" wp14:editId="29767C75">
                    <wp:simplePos x="0" y="0"/>
                    <wp:positionH relativeFrom="column">
                      <wp:posOffset>2369820</wp:posOffset>
                    </wp:positionH>
                    <wp:positionV relativeFrom="paragraph">
                      <wp:posOffset>1108710</wp:posOffset>
                    </wp:positionV>
                    <wp:extent cx="3528060" cy="3025140"/>
                    <wp:effectExtent l="0" t="0" r="15240" b="22860"/>
                    <wp:wrapNone/>
                    <wp:docPr id="1075940278" name="Text Box 1"/>
                    <wp:cNvGraphicFramePr/>
                    <a:graphic xmlns:a="http://schemas.openxmlformats.org/drawingml/2006/main">
                      <a:graphicData uri="http://schemas.microsoft.com/office/word/2010/wordprocessingShape">
                        <wps:wsp>
                          <wps:cNvSpPr txBox="1"/>
                          <wps:spPr>
                            <a:xfrm>
                              <a:off x="0" y="0"/>
                              <a:ext cx="3528060" cy="3025140"/>
                            </a:xfrm>
                            <a:prstGeom prst="rect">
                              <a:avLst/>
                            </a:prstGeom>
                            <a:solidFill>
                              <a:schemeClr val="lt1"/>
                            </a:solidFill>
                            <a:ln w="6350">
                              <a:solidFill>
                                <a:prstClr val="black"/>
                              </a:solidFill>
                            </a:ln>
                          </wps:spPr>
                          <wps:txbx>
                            <w:txbxContent>
                              <w:p w14:paraId="597DA209" w14:textId="77777777" w:rsidR="009D4269" w:rsidRDefault="009D4269" w:rsidP="009D4269">
                                <w:pPr>
                                  <w:jc w:val="center"/>
                                </w:pPr>
                                <w:r>
                                  <w:rPr>
                                    <w:b/>
                                    <w:sz w:val="40"/>
                                  </w:rPr>
                                  <w:t>LDE ASSIGNMENT 1</w:t>
                                </w:r>
                                <w:r>
                                  <w:rPr>
                                    <w:b/>
                                    <w:sz w:val="40"/>
                                  </w:rPr>
                                  <w:br/>
                                  <w:t>E-PORTFOLIO</w:t>
                                </w:r>
                              </w:p>
                              <w:p w14:paraId="43BE0CCF" w14:textId="77777777" w:rsidR="009D4269" w:rsidRDefault="009D4269" w:rsidP="009D4269">
                                <w:pPr>
                                  <w:jc w:val="center"/>
                                </w:pPr>
                                <w:r>
                                  <w:t>University of Wales Trinity Saint David – London Campus</w:t>
                                </w:r>
                              </w:p>
                              <w:p w14:paraId="6CFE3D5C" w14:textId="77777777" w:rsidR="009D4269" w:rsidRDefault="009D4269" w:rsidP="00AC1188">
                                <w:r w:rsidRPr="00AC1188">
                                  <w:rPr>
                                    <w:sz w:val="28"/>
                                    <w:szCs w:val="28"/>
                                  </w:rPr>
                                  <w:t>Module:</w:t>
                                </w:r>
                                <w:r>
                                  <w:t xml:space="preserve"> Learning in the Digital Era</w:t>
                                </w:r>
                              </w:p>
                              <w:p w14:paraId="7084DC4B" w14:textId="77777777" w:rsidR="009D4269" w:rsidRDefault="009D4269" w:rsidP="00AC1188">
                                <w:r w:rsidRPr="00AC1188">
                                  <w:rPr>
                                    <w:sz w:val="28"/>
                                    <w:szCs w:val="28"/>
                                  </w:rPr>
                                  <w:t>Module Code:</w:t>
                                </w:r>
                                <w:r>
                                  <w:t xml:space="preserve"> ACCA4025</w:t>
                                </w:r>
                              </w:p>
                              <w:p w14:paraId="1CC2C907" w14:textId="77777777" w:rsidR="009D4269" w:rsidRDefault="009D4269" w:rsidP="00C06ED2">
                                <w:r w:rsidRPr="00AC1188">
                                  <w:rPr>
                                    <w:sz w:val="28"/>
                                    <w:szCs w:val="28"/>
                                  </w:rPr>
                                  <w:t>Student:</w:t>
                                </w:r>
                                <w:r>
                                  <w:t xml:space="preserve"> Peter Miles Maswere</w:t>
                                </w:r>
                              </w:p>
                              <w:p w14:paraId="77A6E60F" w14:textId="77777777" w:rsidR="009D4269" w:rsidRDefault="009D4269" w:rsidP="00C06ED2">
                                <w:r w:rsidRPr="00AC1188">
                                  <w:rPr>
                                    <w:sz w:val="28"/>
                                    <w:szCs w:val="28"/>
                                  </w:rPr>
                                  <w:t>Student ID:</w:t>
                                </w:r>
                                <w:r>
                                  <w:t xml:space="preserve"> 2352060</w:t>
                                </w:r>
                              </w:p>
                              <w:p w14:paraId="3AB0F536" w14:textId="6FF9533D" w:rsidR="009D4269" w:rsidRDefault="009D4269" w:rsidP="009D4269">
                                <w:r w:rsidRPr="00AC1188">
                                  <w:rPr>
                                    <w:sz w:val="28"/>
                                    <w:szCs w:val="28"/>
                                  </w:rPr>
                                  <w:t>Lecturer</w:t>
                                </w:r>
                                <w:r>
                                  <w:t>: Koushik Modak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50D97D" id="_x0000_t202" coordsize="21600,21600" o:spt="202" path="m,l,21600r21600,l21600,xe">
                    <v:stroke joinstyle="miter"/>
                    <v:path gradientshapeok="t" o:connecttype="rect"/>
                  </v:shapetype>
                  <v:shape id="Text Box 1" o:spid="_x0000_s1055" type="#_x0000_t202" style="position:absolute;margin-left:186.6pt;margin-top:87.3pt;width:277.8pt;height:23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" fillcolor="white [3201]" strokeweight=".5pt">
                    <v:textbox>
                      <w:txbxContent>
                        <w:p w14:paraId="597DA209" w14:textId="77777777" w:rsidR="009D4269" w:rsidRDefault="009D4269" w:rsidP="009D4269">
                          <w:pPr>
                            <w:jc w:val="center"/>
                          </w:pPr>
                          <w:r>
                            <w:rPr>
                              <w:b/>
                              <w:sz w:val="40"/>
                            </w:rPr>
                            <w:t>LDE ASSIGNMENT 1</w:t>
                          </w:r>
                          <w:r>
                            <w:rPr>
                              <w:b/>
                              <w:sz w:val="40"/>
                            </w:rPr>
                            <w:br/>
                            <w:t>E-PORTFOLIO</w:t>
                          </w:r>
                        </w:p>
                        <w:p w14:paraId="43BE0CCF" w14:textId="77777777" w:rsidR="009D4269" w:rsidRDefault="009D4269" w:rsidP="009D4269">
                          <w:pPr>
                            <w:jc w:val="center"/>
                          </w:pPr>
                          <w:r>
                            <w:t>University of Wales Trinity Saint David – London Campus</w:t>
                          </w:r>
                        </w:p>
                        <w:p w14:paraId="6CFE3D5C" w14:textId="77777777" w:rsidR="009D4269" w:rsidRDefault="009D4269" w:rsidP="00AC1188">
                          <w:r w:rsidRPr="00AC1188">
                            <w:rPr>
                              <w:sz w:val="28"/>
                              <w:szCs w:val="28"/>
                            </w:rPr>
                            <w:t>Module:</w:t>
                          </w:r>
                          <w:r>
                            <w:t xml:space="preserve"> Learning in the Digital Era</w:t>
                          </w:r>
                        </w:p>
                        <w:p w14:paraId="7084DC4B" w14:textId="77777777" w:rsidR="009D4269" w:rsidRDefault="009D4269" w:rsidP="00AC1188">
                          <w:r w:rsidRPr="00AC1188">
                            <w:rPr>
                              <w:sz w:val="28"/>
                              <w:szCs w:val="28"/>
                            </w:rPr>
                            <w:t>Module Code:</w:t>
                          </w:r>
                          <w:r>
                            <w:t xml:space="preserve"> ACCA4025</w:t>
                          </w:r>
                        </w:p>
                        <w:p w14:paraId="1CC2C907" w14:textId="77777777" w:rsidR="009D4269" w:rsidRDefault="009D4269" w:rsidP="00C06ED2">
                          <w:r w:rsidRPr="00AC1188">
                            <w:rPr>
                              <w:sz w:val="28"/>
                              <w:szCs w:val="28"/>
                            </w:rPr>
                            <w:t>Student:</w:t>
                          </w:r>
                          <w:r>
                            <w:t xml:space="preserve"> Peter Miles Maswere</w:t>
                          </w:r>
                        </w:p>
                        <w:p w14:paraId="77A6E60F" w14:textId="77777777" w:rsidR="009D4269" w:rsidRDefault="009D4269" w:rsidP="00C06ED2">
                          <w:r w:rsidRPr="00AC1188">
                            <w:rPr>
                              <w:sz w:val="28"/>
                              <w:szCs w:val="28"/>
                            </w:rPr>
                            <w:t>Student ID:</w:t>
                          </w:r>
                          <w:r>
                            <w:t xml:space="preserve"> 2352060</w:t>
                          </w:r>
                        </w:p>
                        <w:p w14:paraId="3AB0F536" w14:textId="6FF9533D" w:rsidR="009D4269" w:rsidRDefault="009D4269" w:rsidP="009D4269">
                          <w:r w:rsidRPr="00AC1188">
                            <w:rPr>
                              <w:sz w:val="28"/>
                              <w:szCs w:val="28"/>
                            </w:rPr>
                            <w:t>Lecturer</w:t>
                          </w:r>
                          <w:r>
                            <w:t>: Koushik Modak</w:t>
                          </w:r>
                        </w:p>
                      </w:txbxContent>
                    </v:textbox>
                  </v:shape>
                </w:pict>
              </mc:Fallback>
            </mc:AlternateContent>
          </w:r>
          <w:r>
            <w:br w:type="page"/>
          </w:r>
        </w:p>
      </w:sdtContent>
    </w:sdt>
    <w:sdt>
      <w:sdtPr>
        <w:id w:val="226197961"/>
        <w:docPartObj>
          <w:docPartGallery w:val="Table of Contents"/>
          <w:docPartUnique/>
        </w:docPartObj>
      </w:sdtPr>
      <w:sdtEndPr>
        <w:rPr>
          <w:rFonts w:ascii="Arial" w:eastAsia="Arial" w:hAnsi="Arial" w:cstheme="minorBidi"/>
          <w:noProof/>
          <w:color w:val="auto"/>
          <w:sz w:val="22"/>
          <w:szCs w:val="22"/>
        </w:rPr>
      </w:sdtEndPr>
      <w:sdtContent>
        <w:p w14:paraId="0B4029A4" w14:textId="11F88975" w:rsidR="00DC4D4A" w:rsidRDefault="00DC4D4A">
          <w:pPr>
            <w:pStyle w:val="TOCHeading"/>
          </w:pPr>
          <w:r>
            <w:t>Contents</w:t>
          </w:r>
        </w:p>
        <w:p w14:paraId="4D37F4E7" w14:textId="3922A4DA" w:rsidR="00E01B3F" w:rsidRDefault="00DC4D4A">
          <w:pPr>
            <w:pStyle w:val="TOC1"/>
            <w:tabs>
              <w:tab w:val="right" w:leader="dot" w:pos="9782"/>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7134908" w:history="1">
            <w:r w:rsidR="00E01B3F" w:rsidRPr="00DE096F">
              <w:rPr>
                <w:rStyle w:val="Hyperlink"/>
                <w:noProof/>
              </w:rPr>
              <w:t>Introduction</w:t>
            </w:r>
            <w:r w:rsidR="00E01B3F">
              <w:rPr>
                <w:noProof/>
                <w:webHidden/>
              </w:rPr>
              <w:tab/>
            </w:r>
            <w:r w:rsidR="00E01B3F">
              <w:rPr>
                <w:noProof/>
                <w:webHidden/>
              </w:rPr>
              <w:fldChar w:fldCharType="begin"/>
            </w:r>
            <w:r w:rsidR="00E01B3F">
              <w:rPr>
                <w:noProof/>
                <w:webHidden/>
              </w:rPr>
              <w:instrText xml:space="preserve"> PAGEREF _Toc237134908 \h </w:instrText>
            </w:r>
            <w:r w:rsidR="00E01B3F">
              <w:rPr>
                <w:noProof/>
                <w:webHidden/>
              </w:rPr>
            </w:r>
            <w:r w:rsidR="00E01B3F">
              <w:rPr>
                <w:noProof/>
                <w:webHidden/>
              </w:rPr>
              <w:fldChar w:fldCharType="separate"/>
            </w:r>
            <w:r w:rsidR="00E01B3F">
              <w:rPr>
                <w:noProof/>
                <w:webHidden/>
              </w:rPr>
              <w:t>2</w:t>
            </w:r>
            <w:r w:rsidR="00E01B3F">
              <w:rPr>
                <w:noProof/>
                <w:webHidden/>
              </w:rPr>
              <w:fldChar w:fldCharType="end"/>
            </w:r>
          </w:hyperlink>
        </w:p>
        <w:p w14:paraId="76BB2A11" w14:textId="06998B96" w:rsidR="00E01B3F" w:rsidRDefault="00E01B3F">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09" w:history="1">
            <w:r w:rsidRPr="00DE096F">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_Toc237134909 \h </w:instrText>
            </w:r>
            <w:r>
              <w:rPr>
                <w:noProof/>
                <w:webHidden/>
              </w:rPr>
            </w:r>
            <w:r>
              <w:rPr>
                <w:noProof/>
                <w:webHidden/>
              </w:rPr>
              <w:fldChar w:fldCharType="separate"/>
            </w:r>
            <w:r>
              <w:rPr>
                <w:noProof/>
                <w:webHidden/>
              </w:rPr>
              <w:t>2</w:t>
            </w:r>
            <w:r>
              <w:rPr>
                <w:noProof/>
                <w:webHidden/>
              </w:rPr>
              <w:fldChar w:fldCharType="end"/>
            </w:r>
          </w:hyperlink>
        </w:p>
        <w:p w14:paraId="0549BA73" w14:textId="6CDA9A05" w:rsidR="00E01B3F" w:rsidRDefault="00E01B3F">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10" w:history="1">
            <w:r w:rsidRPr="00DE096F">
              <w:rPr>
                <w:rStyle w:val="Hyperlink"/>
                <w:noProof/>
              </w:rPr>
              <w:t>Task 1(a): Written Summary</w:t>
            </w:r>
            <w:r>
              <w:rPr>
                <w:noProof/>
                <w:webHidden/>
              </w:rPr>
              <w:tab/>
            </w:r>
            <w:r>
              <w:rPr>
                <w:noProof/>
                <w:webHidden/>
              </w:rPr>
              <w:fldChar w:fldCharType="begin"/>
            </w:r>
            <w:r>
              <w:rPr>
                <w:noProof/>
                <w:webHidden/>
              </w:rPr>
              <w:instrText xml:space="preserve"> PAGEREF _Toc237134910 \h </w:instrText>
            </w:r>
            <w:r>
              <w:rPr>
                <w:noProof/>
                <w:webHidden/>
              </w:rPr>
            </w:r>
            <w:r>
              <w:rPr>
                <w:noProof/>
                <w:webHidden/>
              </w:rPr>
              <w:fldChar w:fldCharType="separate"/>
            </w:r>
            <w:r>
              <w:rPr>
                <w:noProof/>
                <w:webHidden/>
              </w:rPr>
              <w:t>2</w:t>
            </w:r>
            <w:r>
              <w:rPr>
                <w:noProof/>
                <w:webHidden/>
              </w:rPr>
              <w:fldChar w:fldCharType="end"/>
            </w:r>
          </w:hyperlink>
        </w:p>
        <w:p w14:paraId="78829362" w14:textId="3B543664" w:rsidR="00E01B3F" w:rsidRDefault="00E01B3F">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11" w:history="1">
            <w:r w:rsidRPr="00DE096F">
              <w:rPr>
                <w:rStyle w:val="Hyperlink"/>
                <w:noProof/>
              </w:rPr>
              <w:t>Task 1(b): Similarity and Self-Assessment Reflection</w:t>
            </w:r>
            <w:r>
              <w:rPr>
                <w:noProof/>
                <w:webHidden/>
              </w:rPr>
              <w:tab/>
            </w:r>
            <w:r>
              <w:rPr>
                <w:noProof/>
                <w:webHidden/>
              </w:rPr>
              <w:fldChar w:fldCharType="begin"/>
            </w:r>
            <w:r>
              <w:rPr>
                <w:noProof/>
                <w:webHidden/>
              </w:rPr>
              <w:instrText xml:space="preserve"> PAGEREF _Toc237134911 \h </w:instrText>
            </w:r>
            <w:r>
              <w:rPr>
                <w:noProof/>
                <w:webHidden/>
              </w:rPr>
            </w:r>
            <w:r>
              <w:rPr>
                <w:noProof/>
                <w:webHidden/>
              </w:rPr>
              <w:fldChar w:fldCharType="separate"/>
            </w:r>
            <w:r>
              <w:rPr>
                <w:noProof/>
                <w:webHidden/>
              </w:rPr>
              <w:t>3</w:t>
            </w:r>
            <w:r>
              <w:rPr>
                <w:noProof/>
                <w:webHidden/>
              </w:rPr>
              <w:fldChar w:fldCharType="end"/>
            </w:r>
          </w:hyperlink>
        </w:p>
        <w:p w14:paraId="445D0CFD" w14:textId="20358FB4" w:rsidR="00E01B3F" w:rsidRDefault="00E01B3F">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12" w:history="1">
            <w:r w:rsidRPr="00DE096F">
              <w:rPr>
                <w:rStyle w:val="Hyperlink"/>
                <w:noProof/>
              </w:rPr>
              <w:t>Task 1 References</w:t>
            </w:r>
            <w:r>
              <w:rPr>
                <w:noProof/>
                <w:webHidden/>
              </w:rPr>
              <w:tab/>
            </w:r>
            <w:r>
              <w:rPr>
                <w:noProof/>
                <w:webHidden/>
              </w:rPr>
              <w:fldChar w:fldCharType="begin"/>
            </w:r>
            <w:r>
              <w:rPr>
                <w:noProof/>
                <w:webHidden/>
              </w:rPr>
              <w:instrText xml:space="preserve"> PAGEREF _Toc237134912 \h </w:instrText>
            </w:r>
            <w:r>
              <w:rPr>
                <w:noProof/>
                <w:webHidden/>
              </w:rPr>
            </w:r>
            <w:r>
              <w:rPr>
                <w:noProof/>
                <w:webHidden/>
              </w:rPr>
              <w:fldChar w:fldCharType="separate"/>
            </w:r>
            <w:r>
              <w:rPr>
                <w:noProof/>
                <w:webHidden/>
              </w:rPr>
              <w:t>4</w:t>
            </w:r>
            <w:r>
              <w:rPr>
                <w:noProof/>
                <w:webHidden/>
              </w:rPr>
              <w:fldChar w:fldCharType="end"/>
            </w:r>
          </w:hyperlink>
        </w:p>
        <w:p w14:paraId="40C81F73" w14:textId="6194BB42" w:rsidR="00E01B3F" w:rsidRDefault="00E01B3F">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13" w:history="1">
            <w:r w:rsidRPr="00DE096F">
              <w:rPr>
                <w:rStyle w:val="Hyperlink"/>
                <w:noProof/>
              </w:rPr>
              <w:t>Task 2: Collaborative Teamwork and Professional Academic Poster</w:t>
            </w:r>
            <w:r>
              <w:rPr>
                <w:noProof/>
                <w:webHidden/>
              </w:rPr>
              <w:tab/>
            </w:r>
            <w:r>
              <w:rPr>
                <w:noProof/>
                <w:webHidden/>
              </w:rPr>
              <w:fldChar w:fldCharType="begin"/>
            </w:r>
            <w:r>
              <w:rPr>
                <w:noProof/>
                <w:webHidden/>
              </w:rPr>
              <w:instrText xml:space="preserve"> PAGEREF _Toc237134913 \h </w:instrText>
            </w:r>
            <w:r>
              <w:rPr>
                <w:noProof/>
                <w:webHidden/>
              </w:rPr>
            </w:r>
            <w:r>
              <w:rPr>
                <w:noProof/>
                <w:webHidden/>
              </w:rPr>
              <w:fldChar w:fldCharType="separate"/>
            </w:r>
            <w:r>
              <w:rPr>
                <w:noProof/>
                <w:webHidden/>
              </w:rPr>
              <w:t>5</w:t>
            </w:r>
            <w:r>
              <w:rPr>
                <w:noProof/>
                <w:webHidden/>
              </w:rPr>
              <w:fldChar w:fldCharType="end"/>
            </w:r>
          </w:hyperlink>
        </w:p>
        <w:p w14:paraId="586B5AF0" w14:textId="46C517E5" w:rsidR="00E01B3F" w:rsidRDefault="00E01B3F">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14" w:history="1">
            <w:r w:rsidRPr="00DE096F">
              <w:rPr>
                <w:rStyle w:val="Hyperlink"/>
                <w:noProof/>
              </w:rPr>
              <w:t>Task 2(a): Collaborative Mind Map</w:t>
            </w:r>
            <w:r>
              <w:rPr>
                <w:noProof/>
                <w:webHidden/>
              </w:rPr>
              <w:tab/>
            </w:r>
            <w:r>
              <w:rPr>
                <w:noProof/>
                <w:webHidden/>
              </w:rPr>
              <w:fldChar w:fldCharType="begin"/>
            </w:r>
            <w:r>
              <w:rPr>
                <w:noProof/>
                <w:webHidden/>
              </w:rPr>
              <w:instrText xml:space="preserve"> PAGEREF _Toc237134914 \h </w:instrText>
            </w:r>
            <w:r>
              <w:rPr>
                <w:noProof/>
                <w:webHidden/>
              </w:rPr>
            </w:r>
            <w:r>
              <w:rPr>
                <w:noProof/>
                <w:webHidden/>
              </w:rPr>
              <w:fldChar w:fldCharType="separate"/>
            </w:r>
            <w:r>
              <w:rPr>
                <w:noProof/>
                <w:webHidden/>
              </w:rPr>
              <w:t>5</w:t>
            </w:r>
            <w:r>
              <w:rPr>
                <w:noProof/>
                <w:webHidden/>
              </w:rPr>
              <w:fldChar w:fldCharType="end"/>
            </w:r>
          </w:hyperlink>
        </w:p>
        <w:p w14:paraId="298C9310" w14:textId="375B11EF" w:rsidR="00E01B3F" w:rsidRDefault="00E01B3F">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15" w:history="1">
            <w:r w:rsidRPr="00DE096F">
              <w:rPr>
                <w:rStyle w:val="Hyperlink"/>
                <w:noProof/>
              </w:rPr>
              <w:t>Task 2(b): Individual Professional Academic Poster</w:t>
            </w:r>
            <w:r>
              <w:rPr>
                <w:noProof/>
                <w:webHidden/>
              </w:rPr>
              <w:tab/>
            </w:r>
            <w:r>
              <w:rPr>
                <w:noProof/>
                <w:webHidden/>
              </w:rPr>
              <w:fldChar w:fldCharType="begin"/>
            </w:r>
            <w:r>
              <w:rPr>
                <w:noProof/>
                <w:webHidden/>
              </w:rPr>
              <w:instrText xml:space="preserve"> PAGEREF _Toc237134915 \h </w:instrText>
            </w:r>
            <w:r>
              <w:rPr>
                <w:noProof/>
                <w:webHidden/>
              </w:rPr>
            </w:r>
            <w:r>
              <w:rPr>
                <w:noProof/>
                <w:webHidden/>
              </w:rPr>
              <w:fldChar w:fldCharType="separate"/>
            </w:r>
            <w:r>
              <w:rPr>
                <w:noProof/>
                <w:webHidden/>
              </w:rPr>
              <w:t>5</w:t>
            </w:r>
            <w:r>
              <w:rPr>
                <w:noProof/>
                <w:webHidden/>
              </w:rPr>
              <w:fldChar w:fldCharType="end"/>
            </w:r>
          </w:hyperlink>
        </w:p>
        <w:p w14:paraId="10F2998B" w14:textId="12F5AAC6" w:rsidR="00E01B3F" w:rsidRDefault="00E01B3F">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16" w:history="1">
            <w:r w:rsidRPr="00DE096F">
              <w:rPr>
                <w:rStyle w:val="Hyperlink"/>
                <w:noProof/>
              </w:rPr>
              <w:t>Task 3: Automatic Referencing Tool – Virtual Collaboration and RefWorks</w:t>
            </w:r>
            <w:r>
              <w:rPr>
                <w:noProof/>
                <w:webHidden/>
              </w:rPr>
              <w:tab/>
            </w:r>
            <w:r>
              <w:rPr>
                <w:noProof/>
                <w:webHidden/>
              </w:rPr>
              <w:fldChar w:fldCharType="begin"/>
            </w:r>
            <w:r>
              <w:rPr>
                <w:noProof/>
                <w:webHidden/>
              </w:rPr>
              <w:instrText xml:space="preserve"> PAGEREF _Toc237134916 \h </w:instrText>
            </w:r>
            <w:r>
              <w:rPr>
                <w:noProof/>
                <w:webHidden/>
              </w:rPr>
            </w:r>
            <w:r>
              <w:rPr>
                <w:noProof/>
                <w:webHidden/>
              </w:rPr>
              <w:fldChar w:fldCharType="separate"/>
            </w:r>
            <w:r>
              <w:rPr>
                <w:noProof/>
                <w:webHidden/>
              </w:rPr>
              <w:t>7</w:t>
            </w:r>
            <w:r>
              <w:rPr>
                <w:noProof/>
                <w:webHidden/>
              </w:rPr>
              <w:fldChar w:fldCharType="end"/>
            </w:r>
          </w:hyperlink>
        </w:p>
        <w:p w14:paraId="45F91CF9" w14:textId="5BFF38F1" w:rsidR="00E01B3F" w:rsidRDefault="00E01B3F">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17" w:history="1">
            <w:r w:rsidRPr="00DE096F">
              <w:rPr>
                <w:rStyle w:val="Hyperlink"/>
                <w:noProof/>
              </w:rPr>
              <w:t>Task 3(a): Virtual Collaboration – Forming a Team</w:t>
            </w:r>
            <w:r>
              <w:rPr>
                <w:noProof/>
                <w:webHidden/>
              </w:rPr>
              <w:tab/>
            </w:r>
            <w:r>
              <w:rPr>
                <w:noProof/>
                <w:webHidden/>
              </w:rPr>
              <w:fldChar w:fldCharType="begin"/>
            </w:r>
            <w:r>
              <w:rPr>
                <w:noProof/>
                <w:webHidden/>
              </w:rPr>
              <w:instrText xml:space="preserve"> PAGEREF _Toc237134917 \h </w:instrText>
            </w:r>
            <w:r>
              <w:rPr>
                <w:noProof/>
                <w:webHidden/>
              </w:rPr>
            </w:r>
            <w:r>
              <w:rPr>
                <w:noProof/>
                <w:webHidden/>
              </w:rPr>
              <w:fldChar w:fldCharType="separate"/>
            </w:r>
            <w:r>
              <w:rPr>
                <w:noProof/>
                <w:webHidden/>
              </w:rPr>
              <w:t>7</w:t>
            </w:r>
            <w:r>
              <w:rPr>
                <w:noProof/>
                <w:webHidden/>
              </w:rPr>
              <w:fldChar w:fldCharType="end"/>
            </w:r>
          </w:hyperlink>
        </w:p>
        <w:p w14:paraId="00D94E22" w14:textId="32C2E48D" w:rsidR="00E01B3F" w:rsidRDefault="00E01B3F">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18" w:history="1">
            <w:r w:rsidRPr="00DE096F">
              <w:rPr>
                <w:rStyle w:val="Hyperlink"/>
                <w:noProof/>
              </w:rPr>
              <w:t>Task 3(b): RefWorks Evidence and Reflection</w:t>
            </w:r>
            <w:r>
              <w:rPr>
                <w:noProof/>
                <w:webHidden/>
              </w:rPr>
              <w:tab/>
            </w:r>
            <w:r>
              <w:rPr>
                <w:noProof/>
                <w:webHidden/>
              </w:rPr>
              <w:fldChar w:fldCharType="begin"/>
            </w:r>
            <w:r>
              <w:rPr>
                <w:noProof/>
                <w:webHidden/>
              </w:rPr>
              <w:instrText xml:space="preserve"> PAGEREF _Toc237134918 \h </w:instrText>
            </w:r>
            <w:r>
              <w:rPr>
                <w:noProof/>
                <w:webHidden/>
              </w:rPr>
            </w:r>
            <w:r>
              <w:rPr>
                <w:noProof/>
                <w:webHidden/>
              </w:rPr>
              <w:fldChar w:fldCharType="separate"/>
            </w:r>
            <w:r>
              <w:rPr>
                <w:noProof/>
                <w:webHidden/>
              </w:rPr>
              <w:t>7</w:t>
            </w:r>
            <w:r>
              <w:rPr>
                <w:noProof/>
                <w:webHidden/>
              </w:rPr>
              <w:fldChar w:fldCharType="end"/>
            </w:r>
          </w:hyperlink>
        </w:p>
        <w:p w14:paraId="2B972161" w14:textId="574DD529" w:rsidR="00E01B3F" w:rsidRDefault="00E01B3F">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19" w:history="1">
            <w:r w:rsidRPr="00DE096F">
              <w:rPr>
                <w:rStyle w:val="Hyperlink"/>
                <w:noProof/>
              </w:rPr>
              <w:t>Task 3 References</w:t>
            </w:r>
            <w:r>
              <w:rPr>
                <w:noProof/>
                <w:webHidden/>
              </w:rPr>
              <w:tab/>
            </w:r>
            <w:r>
              <w:rPr>
                <w:noProof/>
                <w:webHidden/>
              </w:rPr>
              <w:fldChar w:fldCharType="begin"/>
            </w:r>
            <w:r>
              <w:rPr>
                <w:noProof/>
                <w:webHidden/>
              </w:rPr>
              <w:instrText xml:space="preserve"> PAGEREF _Toc237134919 \h </w:instrText>
            </w:r>
            <w:r>
              <w:rPr>
                <w:noProof/>
                <w:webHidden/>
              </w:rPr>
            </w:r>
            <w:r>
              <w:rPr>
                <w:noProof/>
                <w:webHidden/>
              </w:rPr>
              <w:fldChar w:fldCharType="separate"/>
            </w:r>
            <w:r>
              <w:rPr>
                <w:noProof/>
                <w:webHidden/>
              </w:rPr>
              <w:t>9</w:t>
            </w:r>
            <w:r>
              <w:rPr>
                <w:noProof/>
                <w:webHidden/>
              </w:rPr>
              <w:fldChar w:fldCharType="end"/>
            </w:r>
          </w:hyperlink>
        </w:p>
        <w:p w14:paraId="5FE85477" w14:textId="32A46400" w:rsidR="00E01B3F" w:rsidRDefault="00E01B3F">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20" w:history="1">
            <w:r w:rsidRPr="00DE096F">
              <w:rPr>
                <w:rStyle w:val="Hyperlink"/>
                <w:noProof/>
              </w:rPr>
              <w:t>Task 4: E-Portfolio Creation and Review</w:t>
            </w:r>
            <w:r>
              <w:rPr>
                <w:noProof/>
                <w:webHidden/>
              </w:rPr>
              <w:tab/>
            </w:r>
            <w:r>
              <w:rPr>
                <w:noProof/>
                <w:webHidden/>
              </w:rPr>
              <w:fldChar w:fldCharType="begin"/>
            </w:r>
            <w:r>
              <w:rPr>
                <w:noProof/>
                <w:webHidden/>
              </w:rPr>
              <w:instrText xml:space="preserve"> PAGEREF _Toc237134920 \h </w:instrText>
            </w:r>
            <w:r>
              <w:rPr>
                <w:noProof/>
                <w:webHidden/>
              </w:rPr>
            </w:r>
            <w:r>
              <w:rPr>
                <w:noProof/>
                <w:webHidden/>
              </w:rPr>
              <w:fldChar w:fldCharType="separate"/>
            </w:r>
            <w:r>
              <w:rPr>
                <w:noProof/>
                <w:webHidden/>
              </w:rPr>
              <w:t>10</w:t>
            </w:r>
            <w:r>
              <w:rPr>
                <w:noProof/>
                <w:webHidden/>
              </w:rPr>
              <w:fldChar w:fldCharType="end"/>
            </w:r>
          </w:hyperlink>
        </w:p>
        <w:p w14:paraId="6EFD307B" w14:textId="138727B2" w:rsidR="00E01B3F" w:rsidRDefault="00E01B3F">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21" w:history="1">
            <w:r w:rsidRPr="00DE096F">
              <w:rPr>
                <w:rStyle w:val="Hyperlink"/>
                <w:noProof/>
              </w:rPr>
              <w:t>Task 4(a): E-Portfolio Creation</w:t>
            </w:r>
            <w:r>
              <w:rPr>
                <w:noProof/>
                <w:webHidden/>
              </w:rPr>
              <w:tab/>
            </w:r>
            <w:r>
              <w:rPr>
                <w:noProof/>
                <w:webHidden/>
              </w:rPr>
              <w:fldChar w:fldCharType="begin"/>
            </w:r>
            <w:r>
              <w:rPr>
                <w:noProof/>
                <w:webHidden/>
              </w:rPr>
              <w:instrText xml:space="preserve"> PAGEREF _Toc237134921 \h </w:instrText>
            </w:r>
            <w:r>
              <w:rPr>
                <w:noProof/>
                <w:webHidden/>
              </w:rPr>
            </w:r>
            <w:r>
              <w:rPr>
                <w:noProof/>
                <w:webHidden/>
              </w:rPr>
              <w:fldChar w:fldCharType="separate"/>
            </w:r>
            <w:r>
              <w:rPr>
                <w:noProof/>
                <w:webHidden/>
              </w:rPr>
              <w:t>10</w:t>
            </w:r>
            <w:r>
              <w:rPr>
                <w:noProof/>
                <w:webHidden/>
              </w:rPr>
              <w:fldChar w:fldCharType="end"/>
            </w:r>
          </w:hyperlink>
        </w:p>
        <w:p w14:paraId="0239DFB7" w14:textId="06F03119" w:rsidR="00E01B3F" w:rsidRDefault="00E01B3F">
          <w:pPr>
            <w:pStyle w:val="TOC2"/>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22" w:history="1">
            <w:r w:rsidRPr="00DE096F">
              <w:rPr>
                <w:rStyle w:val="Hyperlink"/>
                <w:noProof/>
              </w:rPr>
              <w:t>Task 4(b): Illustrative Review of E-Portfolio Tool Selection</w:t>
            </w:r>
            <w:r>
              <w:rPr>
                <w:noProof/>
                <w:webHidden/>
              </w:rPr>
              <w:tab/>
            </w:r>
            <w:r>
              <w:rPr>
                <w:noProof/>
                <w:webHidden/>
              </w:rPr>
              <w:fldChar w:fldCharType="begin"/>
            </w:r>
            <w:r>
              <w:rPr>
                <w:noProof/>
                <w:webHidden/>
              </w:rPr>
              <w:instrText xml:space="preserve"> PAGEREF _Toc237134922 \h </w:instrText>
            </w:r>
            <w:r>
              <w:rPr>
                <w:noProof/>
                <w:webHidden/>
              </w:rPr>
            </w:r>
            <w:r>
              <w:rPr>
                <w:noProof/>
                <w:webHidden/>
              </w:rPr>
              <w:fldChar w:fldCharType="separate"/>
            </w:r>
            <w:r>
              <w:rPr>
                <w:noProof/>
                <w:webHidden/>
              </w:rPr>
              <w:t>12</w:t>
            </w:r>
            <w:r>
              <w:rPr>
                <w:noProof/>
                <w:webHidden/>
              </w:rPr>
              <w:fldChar w:fldCharType="end"/>
            </w:r>
          </w:hyperlink>
        </w:p>
        <w:p w14:paraId="01481ADE" w14:textId="377D5A9B" w:rsidR="00E01B3F" w:rsidRDefault="00E01B3F">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23" w:history="1">
            <w:r w:rsidRPr="00DE096F">
              <w:rPr>
                <w:rStyle w:val="Hyperlink"/>
                <w:noProof/>
              </w:rPr>
              <w:t>Conclusion</w:t>
            </w:r>
            <w:r>
              <w:rPr>
                <w:noProof/>
                <w:webHidden/>
              </w:rPr>
              <w:tab/>
            </w:r>
            <w:r>
              <w:rPr>
                <w:noProof/>
                <w:webHidden/>
              </w:rPr>
              <w:fldChar w:fldCharType="begin"/>
            </w:r>
            <w:r>
              <w:rPr>
                <w:noProof/>
                <w:webHidden/>
              </w:rPr>
              <w:instrText xml:space="preserve"> PAGEREF _Toc237134923 \h </w:instrText>
            </w:r>
            <w:r>
              <w:rPr>
                <w:noProof/>
                <w:webHidden/>
              </w:rPr>
            </w:r>
            <w:r>
              <w:rPr>
                <w:noProof/>
                <w:webHidden/>
              </w:rPr>
              <w:fldChar w:fldCharType="separate"/>
            </w:r>
            <w:r>
              <w:rPr>
                <w:noProof/>
                <w:webHidden/>
              </w:rPr>
              <w:t>14</w:t>
            </w:r>
            <w:r>
              <w:rPr>
                <w:noProof/>
                <w:webHidden/>
              </w:rPr>
              <w:fldChar w:fldCharType="end"/>
            </w:r>
          </w:hyperlink>
        </w:p>
        <w:p w14:paraId="463B70A5" w14:textId="11269DF8" w:rsidR="00E01B3F" w:rsidRDefault="00E01B3F">
          <w:pPr>
            <w:pStyle w:val="TOC1"/>
            <w:tabs>
              <w:tab w:val="right" w:leader="dot" w:pos="9782"/>
            </w:tabs>
            <w:rPr>
              <w:rFonts w:asciiTheme="minorHAnsi" w:eastAsiaTheme="minorEastAsia" w:hAnsiTheme="minorHAnsi"/>
              <w:noProof/>
              <w:kern w:val="2"/>
              <w:sz w:val="24"/>
              <w:szCs w:val="24"/>
              <w:lang w:val="en-GB" w:eastAsia="en-GB"/>
              <w14:ligatures w14:val="standardContextual"/>
            </w:rPr>
          </w:pPr>
          <w:hyperlink w:anchor="_Toc237134924" w:history="1">
            <w:r w:rsidRPr="00DE096F">
              <w:rPr>
                <w:rStyle w:val="Hyperlink"/>
                <w:noProof/>
              </w:rPr>
              <w:t>References</w:t>
            </w:r>
            <w:r>
              <w:rPr>
                <w:noProof/>
                <w:webHidden/>
              </w:rPr>
              <w:tab/>
            </w:r>
            <w:r>
              <w:rPr>
                <w:noProof/>
                <w:webHidden/>
              </w:rPr>
              <w:fldChar w:fldCharType="begin"/>
            </w:r>
            <w:r>
              <w:rPr>
                <w:noProof/>
                <w:webHidden/>
              </w:rPr>
              <w:instrText xml:space="preserve"> PAGEREF _Toc237134924 \h </w:instrText>
            </w:r>
            <w:r>
              <w:rPr>
                <w:noProof/>
                <w:webHidden/>
              </w:rPr>
            </w:r>
            <w:r>
              <w:rPr>
                <w:noProof/>
                <w:webHidden/>
              </w:rPr>
              <w:fldChar w:fldCharType="separate"/>
            </w:r>
            <w:r>
              <w:rPr>
                <w:noProof/>
                <w:webHidden/>
              </w:rPr>
              <w:t>14</w:t>
            </w:r>
            <w:r>
              <w:rPr>
                <w:noProof/>
                <w:webHidden/>
              </w:rPr>
              <w:fldChar w:fldCharType="end"/>
            </w:r>
          </w:hyperlink>
        </w:p>
        <w:p w14:paraId="378A4202" w14:textId="715D4B0A" w:rsidR="00DC4D4A" w:rsidRDefault="00DC4D4A">
          <w:r>
            <w:rPr>
              <w:b/>
              <w:bCs/>
              <w:noProof/>
            </w:rPr>
            <w:fldChar w:fldCharType="end"/>
          </w:r>
        </w:p>
      </w:sdtContent>
    </w:sdt>
    <w:p w14:paraId="1A3D9BBC" w14:textId="77777777" w:rsidR="00F3244F" w:rsidRDefault="00437D7E">
      <w:r>
        <w:br w:type="page"/>
      </w:r>
    </w:p>
    <w:p w14:paraId="037C5A27" w14:textId="77777777" w:rsidR="00E01B3F" w:rsidRDefault="00E01B3F" w:rsidP="00E01B3F">
      <w:pPr>
        <w:pStyle w:val="Heading1"/>
      </w:pPr>
      <w:bookmarkStart w:id="0" w:name="_Toc237134908"/>
      <w:r>
        <w:lastRenderedPageBreak/>
        <w:t>Introduction</w:t>
      </w:r>
      <w:bookmarkEnd w:id="0"/>
    </w:p>
    <w:p w14:paraId="549B2C7C" w14:textId="77777777" w:rsidR="00E01B3F" w:rsidRDefault="00E01B3F" w:rsidP="00E01B3F">
      <w:pPr>
        <w:spacing w:after="140"/>
      </w:pPr>
      <w:r>
        <w:t>This e-portfolio examines academic and employment skills relevant to future career development, collaborative learning, virtual teamwork and the use of digital tools. The portfolio combines written reflection with visual learning activities, including a collaborative mind map and an individual poster.</w:t>
      </w:r>
    </w:p>
    <w:p w14:paraId="709E94E5" w14:textId="06F2B7B1" w:rsidR="00F3244F" w:rsidRDefault="00437D7E">
      <w:pPr>
        <w:pStyle w:val="Heading1"/>
      </w:pPr>
      <w:bookmarkStart w:id="1" w:name="_Toc237134909"/>
      <w:r>
        <w:t>Task 1: Essential Academic and Employment Skills for the Future Career Path</w:t>
      </w:r>
      <w:bookmarkEnd w:id="1"/>
    </w:p>
    <w:p w14:paraId="0EC31B51" w14:textId="77777777" w:rsidR="00F3244F" w:rsidRDefault="00437D7E">
      <w:pPr>
        <w:pStyle w:val="Heading2"/>
      </w:pPr>
      <w:bookmarkStart w:id="2" w:name="_Toc237134910"/>
      <w:r>
        <w:t>Task 1(a): Written Summary</w:t>
      </w:r>
      <w:bookmarkEnd w:id="2"/>
    </w:p>
    <w:p w14:paraId="6DFBAB4B" w14:textId="77777777" w:rsidR="00F3244F" w:rsidRDefault="00437D7E">
      <w:r>
        <w:t>Academic and employment skills are important for successful study and for entering a competitive labour market. For a future career in data analysis, communication, analytical thinking, problem-solving, digital literacy and teamwork are particularly relevant. Recent research into data-analytics job advertisements found that employers seek both technical capabilities and interpersonal, analytical and communication skills [1].</w:t>
      </w:r>
    </w:p>
    <w:p w14:paraId="6AE75747" w14:textId="77777777" w:rsidR="00F3244F" w:rsidRDefault="00437D7E">
      <w:r>
        <w:t>Communication is important because data analysts must explain findings clearly in reports, presentations and discussions with technical and non-technical stakeholders. Analytical thinking supports the interpretation of evidence, identification of patterns and development of reasoned conclusions. Problem-solving complements analytical thinking because analysts often need to define a business problem, select appropriate evidence and recommend a practical response [1], [2].</w:t>
      </w:r>
    </w:p>
    <w:p w14:paraId="480C2286" w14:textId="77777777" w:rsidR="00F3244F" w:rsidRDefault="00437D7E">
      <w:r>
        <w:t>Digital literacy is also essential. Employers increasingly expect graduates to work confidently with digital systems, data and analytical software. Research on higher-education students identifies digital literacy as an important graduate capability, while the World Economic Forum highlights technological literacy and AI and big-data skills among rapidly growing areas of demand [3], [4]. Teamwork is equally important because data projects commonly involve collaboration across different professional roles. E</w:t>
      </w:r>
      <w:r>
        <w:t>ffective teamwork requires communication, adaptability, mutual support and shared responsibility [5], [10].</w:t>
      </w:r>
    </w:p>
    <w:p w14:paraId="14953F88" w14:textId="77777777" w:rsidR="00F3244F" w:rsidRDefault="00437D7E">
      <w:r>
        <w:t>Developing these capabilities through university projects, group activities and extracurricular experience can help me demonstrate employability after graduation. I therefore need to strengthen both my technical skills and transferable skills, while continuing to learn as technologies and workplace requirements change. AI-assisted research was used during preparation and was checked against the quality sources cited above [6].</w:t>
      </w:r>
    </w:p>
    <w:p w14:paraId="3CB2F782" w14:textId="77777777" w:rsidR="00F3244F" w:rsidRDefault="00437D7E">
      <w:pPr>
        <w:jc w:val="center"/>
      </w:pPr>
      <w:r>
        <w:rPr>
          <w:noProof/>
        </w:rPr>
        <w:lastRenderedPageBreak/>
        <w:drawing>
          <wp:inline distT="0" distB="0" distL="0" distR="0" wp14:anchorId="7AA47085" wp14:editId="117D99A7">
            <wp:extent cx="5303520" cy="35415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6"/>
                    <a:stretch>
                      <a:fillRect/>
                    </a:stretch>
                  </pic:blipFill>
                  <pic:spPr>
                    <a:xfrm>
                      <a:off x="0" y="0"/>
                      <a:ext cx="5303520" cy="3541553"/>
                    </a:xfrm>
                    <a:prstGeom prst="rect">
                      <a:avLst/>
                    </a:prstGeom>
                  </pic:spPr>
                </pic:pic>
              </a:graphicData>
            </a:graphic>
          </wp:inline>
        </w:drawing>
      </w:r>
    </w:p>
    <w:p w14:paraId="2E1D1200" w14:textId="77777777" w:rsidR="00F3244F" w:rsidRDefault="00437D7E">
      <w:pPr>
        <w:pStyle w:val="Heading2"/>
      </w:pPr>
      <w:bookmarkStart w:id="3" w:name="_Toc237134911"/>
      <w:r>
        <w:t>Task 1(b): Similarity and Self-Assessment Reflection</w:t>
      </w:r>
      <w:bookmarkEnd w:id="3"/>
    </w:p>
    <w:p w14:paraId="2C48675D" w14:textId="77777777" w:rsidR="00F3244F" w:rsidRDefault="00437D7E">
      <w:r>
        <w:t>My Turnitin practice submission produced a similarity score of 34%, with the supplied report showing 31% internet-source matching and 34% student-paper matching. This indicates that I need to improve independent paraphrasing, reduce repeated assignment wording and check that borrowed ideas are correctly cited. Using the Generic Assessment Criteria, I would award myself 75%. I have engaged with research, participated in class discussions and developed my academic and digital skills. However, I need to improv</w:t>
      </w:r>
      <w:r>
        <w:t>e critical analysis, synthesis, academic expression and referencing consistency. These will be priorities in future assignments.</w:t>
      </w:r>
    </w:p>
    <w:p w14:paraId="70B21AB2" w14:textId="77777777" w:rsidR="00F3244F" w:rsidRDefault="00437D7E">
      <w:pPr>
        <w:jc w:val="center"/>
      </w:pPr>
      <w:r>
        <w:rPr>
          <w:noProof/>
        </w:rPr>
        <w:drawing>
          <wp:inline distT="0" distB="0" distL="0" distR="0" wp14:anchorId="1A7C4E8C" wp14:editId="2DDE1126">
            <wp:extent cx="5486400" cy="30851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7"/>
                    <a:stretch>
                      <a:fillRect/>
                    </a:stretch>
                  </pic:blipFill>
                  <pic:spPr>
                    <a:xfrm>
                      <a:off x="0" y="0"/>
                      <a:ext cx="5486400" cy="3085106"/>
                    </a:xfrm>
                    <a:prstGeom prst="rect">
                      <a:avLst/>
                    </a:prstGeom>
                  </pic:spPr>
                </pic:pic>
              </a:graphicData>
            </a:graphic>
          </wp:inline>
        </w:drawing>
      </w:r>
    </w:p>
    <w:p w14:paraId="2D80DCA5" w14:textId="77777777" w:rsidR="00F3244F" w:rsidRDefault="00437D7E">
      <w:pPr>
        <w:pStyle w:val="Heading2"/>
      </w:pPr>
      <w:bookmarkStart w:id="4" w:name="_Toc237134912"/>
      <w:r>
        <w:lastRenderedPageBreak/>
        <w:t>Task 1 References</w:t>
      </w:r>
      <w:bookmarkEnd w:id="4"/>
    </w:p>
    <w:p w14:paraId="439D6F85" w14:textId="77777777" w:rsidR="00F3244F" w:rsidRDefault="00437D7E">
      <w:r>
        <w:t>[1] W. Coetzee and R. Goede, “Employability competencies needed by data analytics graduates: An analysis of online job listings,” South African Journal of Higher Education, vol. 38, no. 6, 2024, doi: 10.20853/38-6-5915.</w:t>
      </w:r>
    </w:p>
    <w:p w14:paraId="09CC2965" w14:textId="77777777" w:rsidR="00F3244F" w:rsidRDefault="00437D7E">
      <w:r>
        <w:t>[2] L. D. A. McGowan, R. D. Peng, and S. C. Hicks, “Design principles for data analysis,” arXiv, 2021. [Online]. Available: https://arxiv.org/abs/2103.05689</w:t>
      </w:r>
    </w:p>
    <w:p w14:paraId="785CC6A1" w14:textId="77777777" w:rsidR="00F3244F" w:rsidRDefault="00437D7E">
      <w:r>
        <w:t>[3] A. Morgan, R. Sibson, and D. Jackson, “Digital demand and digital deficit: conceptualising digital literacy and gauging proficiency among higher education students,” Journal of Higher Education Policy and Management, vol. 44, no. 3, pp. 258–275, 2022, doi: 10.1080/1360080X.2022.2030275.</w:t>
      </w:r>
    </w:p>
    <w:p w14:paraId="1A3CFE82" w14:textId="77777777" w:rsidR="00F3244F" w:rsidRDefault="00437D7E">
      <w:r>
        <w:t>[4] World Economic Forum, The Future of Jobs Report 2025. Geneva, Switzerland: World Economic Forum, 2025. [Online]. Available: https://www.weforum.org/publications/the-future-of-jobs-report-2025/</w:t>
      </w:r>
    </w:p>
    <w:p w14:paraId="30FC89FC" w14:textId="77777777" w:rsidR="00F3244F" w:rsidRDefault="00437D7E">
      <w:r>
        <w:t>[5] E. Salas, D. E. Sims, and C. S. Burke, “Is there a ‘Big Five’ in teamwork?” Small Group Research, vol. 36, no. 5, pp. 555–599, 2005, doi: 10.1177/1046496405277134.</w:t>
      </w:r>
    </w:p>
    <w:p w14:paraId="63464A55" w14:textId="77777777" w:rsidR="00F3244F" w:rsidRDefault="00437D7E">
      <w:r>
        <w:t>[6] OpenAI, ChatGPT, private communication, Aug. 8, 2026. (Use only if the student actually relies on this AI interaction; retain the relevant AI output as a separately titled appendix item.)</w:t>
      </w:r>
    </w:p>
    <w:p w14:paraId="1A9E8B27" w14:textId="77777777" w:rsidR="00F3244F" w:rsidRDefault="00437D7E">
      <w:r>
        <w:br w:type="page"/>
      </w:r>
    </w:p>
    <w:p w14:paraId="4F4D1CB3" w14:textId="77777777" w:rsidR="00F3244F" w:rsidRDefault="00437D7E">
      <w:pPr>
        <w:pStyle w:val="Heading1"/>
      </w:pPr>
      <w:bookmarkStart w:id="5" w:name="_Toc237134913"/>
      <w:r>
        <w:lastRenderedPageBreak/>
        <w:t>Task 2: Collaborative Teamwork and Professional Academic Poster</w:t>
      </w:r>
      <w:bookmarkEnd w:id="5"/>
    </w:p>
    <w:p w14:paraId="5C52EE72" w14:textId="77777777" w:rsidR="00F3244F" w:rsidRDefault="00437D7E">
      <w:pPr>
        <w:pStyle w:val="Heading2"/>
      </w:pPr>
      <w:bookmarkStart w:id="6" w:name="_Toc237134914"/>
      <w:r>
        <w:t>Task 2(a): Collaborative Mind Map</w:t>
      </w:r>
      <w:bookmarkEnd w:id="6"/>
    </w:p>
    <w:p w14:paraId="74926912" w14:textId="77777777" w:rsidR="00F3244F" w:rsidRDefault="00437D7E">
      <w:r>
        <w:t>My collaborative mind map is included as evidence of my group activity. I need to identify my actual team members and the collaboration tools I used because these details were not recorded in the original document.</w:t>
      </w:r>
    </w:p>
    <w:p w14:paraId="2FD5D9B1" w14:textId="77777777" w:rsidR="00F3244F" w:rsidRDefault="00437D7E">
      <w:r>
        <w:t xml:space="preserve">Mind map link: </w:t>
      </w:r>
      <w:hyperlink r:id="rId8">
        <w:r>
          <w:rPr>
            <w:color w:val="0563C1"/>
            <w:u w:val="single"/>
          </w:rPr>
          <w:t>https://mm.tt/map/3952545938?t=fzeTCzFAHg</w:t>
        </w:r>
      </w:hyperlink>
    </w:p>
    <w:p w14:paraId="3A0D2269" w14:textId="77777777" w:rsidR="00F3244F" w:rsidRDefault="00437D7E">
      <w:pPr>
        <w:jc w:val="center"/>
      </w:pPr>
      <w:r>
        <w:rPr>
          <w:noProof/>
        </w:rPr>
        <w:drawing>
          <wp:inline distT="0" distB="0" distL="0" distR="0" wp14:anchorId="3B44B2CD" wp14:editId="558C2DB3">
            <wp:extent cx="5943600" cy="33421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ic:nvPicPr>
                  <pic:blipFill>
                    <a:blip r:embed="rId9"/>
                    <a:stretch>
                      <a:fillRect/>
                    </a:stretch>
                  </pic:blipFill>
                  <pic:spPr>
                    <a:xfrm>
                      <a:off x="0" y="0"/>
                      <a:ext cx="5943600" cy="3342199"/>
                    </a:xfrm>
                    <a:prstGeom prst="rect">
                      <a:avLst/>
                    </a:prstGeom>
                  </pic:spPr>
                </pic:pic>
              </a:graphicData>
            </a:graphic>
          </wp:inline>
        </w:drawing>
      </w:r>
    </w:p>
    <w:p w14:paraId="24EDD815" w14:textId="399F8E86" w:rsidR="00F3244F" w:rsidRDefault="00F3244F">
      <w:pPr>
        <w:jc w:val="center"/>
      </w:pPr>
    </w:p>
    <w:p w14:paraId="53877179" w14:textId="5F7A4D97" w:rsidR="00F3244F" w:rsidRDefault="00437D7E">
      <w:r>
        <w:t xml:space="preserve">My team members </w:t>
      </w:r>
      <w:r w:rsidR="003A7F30">
        <w:t>were</w:t>
      </w:r>
      <w:r>
        <w:t xml:space="preserve"> </w:t>
      </w:r>
      <w:r w:rsidR="003A7F30">
        <w:t>Hannah and Cynthia</w:t>
      </w:r>
    </w:p>
    <w:p w14:paraId="0E19129D" w14:textId="7339807A" w:rsidR="00F3244F" w:rsidRDefault="00437D7E">
      <w:r>
        <w:t>The collaboration tool</w:t>
      </w:r>
      <w:r>
        <w:t xml:space="preserve"> I used </w:t>
      </w:r>
      <w:r w:rsidR="003A7F30">
        <w:t>was</w:t>
      </w:r>
      <w:r>
        <w:t xml:space="preserve"> </w:t>
      </w:r>
      <w:r w:rsidR="003A7F30">
        <w:t>Mind Minster</w:t>
      </w:r>
    </w:p>
    <w:p w14:paraId="5D3740B9" w14:textId="77777777" w:rsidR="00F3244F" w:rsidRDefault="00437D7E">
      <w:pPr>
        <w:pStyle w:val="Heading2"/>
      </w:pPr>
      <w:bookmarkStart w:id="7" w:name="_Toc237134915"/>
      <w:r>
        <w:t>Task 2(b): Individual Professional Academic Poster</w:t>
      </w:r>
      <w:bookmarkEnd w:id="7"/>
    </w:p>
    <w:p w14:paraId="2BBAD226" w14:textId="5A27D60C" w:rsidR="00F3244F" w:rsidRDefault="00437D7E">
      <w:r>
        <w:t>My individual Canva poster addresses empathy, emotional intelligence, managing emotions, collaboration, career growth, resilience, teamwork, communication and problem-solving.</w:t>
      </w:r>
    </w:p>
    <w:p w14:paraId="391CC695" w14:textId="77777777" w:rsidR="00F3244F" w:rsidRDefault="00437D7E">
      <w:r>
        <w:t xml:space="preserve">Poster link: </w:t>
      </w:r>
      <w:hyperlink r:id="rId10">
        <w:r>
          <w:rPr>
            <w:color w:val="0563C1"/>
            <w:u w:val="single"/>
          </w:rPr>
          <w:t>https://canva.link/aoqece0tl5</w:t>
        </w:r>
        <w:r>
          <w:rPr>
            <w:color w:val="0563C1"/>
            <w:u w:val="single"/>
          </w:rPr>
          <w:t>e</w:t>
        </w:r>
        <w:r>
          <w:rPr>
            <w:color w:val="0563C1"/>
            <w:u w:val="single"/>
          </w:rPr>
          <w:t>dq8o</w:t>
        </w:r>
      </w:hyperlink>
    </w:p>
    <w:p w14:paraId="1FFB269C" w14:textId="77777777" w:rsidR="00F3244F" w:rsidRDefault="00437D7E">
      <w:pPr>
        <w:jc w:val="center"/>
      </w:pPr>
      <w:r>
        <w:rPr>
          <w:noProof/>
        </w:rPr>
        <w:lastRenderedPageBreak/>
        <w:drawing>
          <wp:inline distT="0" distB="0" distL="0" distR="0" wp14:anchorId="7DC213F3" wp14:editId="19844F02">
            <wp:extent cx="5669280" cy="31879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11"/>
                    <a:stretch>
                      <a:fillRect/>
                    </a:stretch>
                  </pic:blipFill>
                  <pic:spPr>
                    <a:xfrm>
                      <a:off x="0" y="0"/>
                      <a:ext cx="5669280" cy="3187943"/>
                    </a:xfrm>
                    <a:prstGeom prst="rect">
                      <a:avLst/>
                    </a:prstGeom>
                  </pic:spPr>
                </pic:pic>
              </a:graphicData>
            </a:graphic>
          </wp:inline>
        </w:drawing>
      </w:r>
    </w:p>
    <w:p w14:paraId="25AB043D" w14:textId="480DDDA1" w:rsidR="00F3244F" w:rsidRDefault="00437D7E" w:rsidP="004D6E51">
      <w:pPr>
        <w:jc w:val="center"/>
      </w:pPr>
      <w:r>
        <w:br w:type="page"/>
      </w:r>
    </w:p>
    <w:p w14:paraId="2CCE6E08" w14:textId="77777777" w:rsidR="00F3244F" w:rsidRDefault="00437D7E">
      <w:pPr>
        <w:pStyle w:val="Heading1"/>
      </w:pPr>
      <w:bookmarkStart w:id="8" w:name="_Toc237134916"/>
      <w:r>
        <w:lastRenderedPageBreak/>
        <w:t>Task 3: Automatic Referencing Tool – Virtual Collaboration and RefWorks</w:t>
      </w:r>
      <w:bookmarkEnd w:id="8"/>
    </w:p>
    <w:p w14:paraId="065FE288" w14:textId="77777777" w:rsidR="00F3244F" w:rsidRDefault="00437D7E">
      <w:pPr>
        <w:pStyle w:val="Heading2"/>
      </w:pPr>
      <w:bookmarkStart w:id="9" w:name="_Toc237134917"/>
      <w:r>
        <w:t>Task 3(a): Virtual Collaboration – Forming a Team</w:t>
      </w:r>
      <w:bookmarkEnd w:id="9"/>
    </w:p>
    <w:p w14:paraId="278222AC" w14:textId="77777777" w:rsidR="00F3244F" w:rsidRDefault="00437D7E">
      <w:r>
        <w:t>The forming stage is the first stage in Tuckman's model of group development. At this point, team members are becoming familiar with one another and may be uncertain about roles, objectives and expected behaviours [7]. Trust is important because members need confidence that colleagues will communicate reliably and contribute to shared objectives. In virtual teams, the challenge can be greater because communication is mediated by digital technologies and members may have fewer opportunities for informal inte</w:t>
      </w:r>
      <w:r>
        <w:t>raction [8], [9].</w:t>
      </w:r>
    </w:p>
    <w:p w14:paraId="4678DADA" w14:textId="77777777" w:rsidR="00F3244F" w:rsidRDefault="00437D7E">
      <w:r>
        <w:t>Trust can support openness and cooperation during the early stage of team development. Lencioni presents trust as the foundation of effective teamwork and links it to vulnerability, openness and willingness to acknowledge weaknesses [10]. This is relevant to virtual teams because members may need to ask questions, share incomplete ideas and request assistance without the benefit of frequent face-to-face interaction. Trust therefore does not simply create a positive atmosphere; it can make it easier for memb</w:t>
      </w:r>
      <w:r>
        <w:t>ers to exchange information and participate in the work of the team.</w:t>
      </w:r>
    </w:p>
    <w:p w14:paraId="2570CA25" w14:textId="77777777" w:rsidR="00F3244F" w:rsidRDefault="00437D7E">
      <w:r>
        <w:t>The forming stage also provides a foundation for managing later disagreement. Tuckman's model identifies storming as a stage in which conflict and differences can emerge before teams develop stronger cohesion and functional roles [7]. Trust does not remove disagreement, but it can help members challenge ideas more constructively. Research on virtual teams identifies trust, communication, leadership, technology and team processes as important themes in virtual-team effectiveness [9]. In practice, regular com</w:t>
      </w:r>
      <w:r>
        <w:t>munication and clear responsibilities can reduce ambiguity and help members understand how their individual work contributes to the shared objective.</w:t>
      </w:r>
    </w:p>
    <w:p w14:paraId="7307A4F6" w14:textId="77777777" w:rsidR="00F3244F" w:rsidRDefault="00437D7E">
      <w:r>
        <w:t>Leadership and clear goals can reinforce this foundation. Sull and Sull's FAST approach recommends goals that are frequently discussed, ambitious, specific and transparent [11]. In a virtual team, clear goals and agreed communication expectations can reduce uncertainty and make individual responsibilities easier to understand. Overall, trust is important during forming, but it should operate alongside communication, leadership, clear objectives and accountability rather than being treated as the only condit</w:t>
      </w:r>
      <w:r>
        <w:t>ion for successful team performance. This combination provides a more realistic explanation of how virtual teams can move towards effective collaboration.</w:t>
      </w:r>
    </w:p>
    <w:p w14:paraId="31CEBA7C" w14:textId="77777777" w:rsidR="00F3244F" w:rsidRDefault="00437D7E">
      <w:pPr>
        <w:pStyle w:val="Heading2"/>
      </w:pPr>
      <w:bookmarkStart w:id="10" w:name="_Toc237134918"/>
      <w:r>
        <w:t>Task 3(b): RefWorks Evidence and Reflection</w:t>
      </w:r>
      <w:bookmarkEnd w:id="10"/>
    </w:p>
    <w:p w14:paraId="62D4E323" w14:textId="377DB6AD" w:rsidR="00F3244F" w:rsidRDefault="00437D7E">
      <w:r>
        <w:t>RefWorks Citation Manager can insert in-text citations and automatically add or update a bibliography, which makes it suitable for demonstrating my use of an automatic referencing tool [12].</w:t>
      </w:r>
    </w:p>
    <w:p w14:paraId="7DC7B081" w14:textId="00BFFE2D" w:rsidR="00994723" w:rsidRDefault="00994723" w:rsidP="00994723">
      <w:pPr>
        <w:spacing w:after="140"/>
      </w:pPr>
      <w:r>
        <w:lastRenderedPageBreak/>
        <w:t xml:space="preserve">A screenshot showing the </w:t>
      </w:r>
      <w:proofErr w:type="spellStart"/>
      <w:r w:rsidR="0022077A">
        <w:t>organisation</w:t>
      </w:r>
      <w:proofErr w:type="spellEnd"/>
      <w:r>
        <w:t xml:space="preserve"> of folders.</w:t>
      </w:r>
      <w:r>
        <w:br/>
      </w:r>
      <w:r w:rsidRPr="002A7B84">
        <w:rPr>
          <w:noProof/>
        </w:rPr>
        <w:drawing>
          <wp:inline distT="0" distB="0" distL="0" distR="0" wp14:anchorId="77906062" wp14:editId="78CE8649">
            <wp:extent cx="6126480" cy="3446145"/>
            <wp:effectExtent l="0" t="0" r="7620" b="1905"/>
            <wp:docPr id="1904985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85664" name=""/>
                    <pic:cNvPicPr/>
                  </pic:nvPicPr>
                  <pic:blipFill>
                    <a:blip r:embed="rId12"/>
                    <a:stretch>
                      <a:fillRect/>
                    </a:stretch>
                  </pic:blipFill>
                  <pic:spPr>
                    <a:xfrm>
                      <a:off x="0" y="0"/>
                      <a:ext cx="6126480" cy="3446145"/>
                    </a:xfrm>
                    <a:prstGeom prst="rect">
                      <a:avLst/>
                    </a:prstGeom>
                  </pic:spPr>
                </pic:pic>
              </a:graphicData>
            </a:graphic>
          </wp:inline>
        </w:drawing>
      </w:r>
    </w:p>
    <w:p w14:paraId="15DF8BA4" w14:textId="77777777" w:rsidR="00AB6412" w:rsidRDefault="00994723" w:rsidP="00AB6412">
      <w:pPr>
        <w:spacing w:after="140"/>
      </w:pPr>
      <w:r>
        <w:t>A screenshot showing citation insertion.</w:t>
      </w:r>
      <w:r>
        <w:br/>
      </w:r>
      <w:r w:rsidRPr="00360040">
        <w:rPr>
          <w:noProof/>
        </w:rPr>
        <w:drawing>
          <wp:inline distT="0" distB="0" distL="0" distR="0" wp14:anchorId="260293EF" wp14:editId="4BF20394">
            <wp:extent cx="6126480" cy="3446145"/>
            <wp:effectExtent l="0" t="0" r="7620" b="1905"/>
            <wp:docPr id="710851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51723" name=""/>
                    <pic:cNvPicPr/>
                  </pic:nvPicPr>
                  <pic:blipFill>
                    <a:blip r:embed="rId13"/>
                    <a:stretch>
                      <a:fillRect/>
                    </a:stretch>
                  </pic:blipFill>
                  <pic:spPr>
                    <a:xfrm>
                      <a:off x="0" y="0"/>
                      <a:ext cx="6126480" cy="3446145"/>
                    </a:xfrm>
                    <a:prstGeom prst="rect">
                      <a:avLst/>
                    </a:prstGeom>
                  </pic:spPr>
                </pic:pic>
              </a:graphicData>
            </a:graphic>
          </wp:inline>
        </w:drawing>
      </w:r>
    </w:p>
    <w:p w14:paraId="6E0CD8D0" w14:textId="77777777" w:rsidR="00AB6412" w:rsidRDefault="00994723" w:rsidP="00AB6412">
      <w:pPr>
        <w:spacing w:after="140"/>
      </w:pPr>
      <w:r>
        <w:lastRenderedPageBreak/>
        <w:t>A screenshot showing the reference list in the required style.</w:t>
      </w:r>
      <w:r>
        <w:br/>
      </w:r>
      <w:r w:rsidRPr="007D6361">
        <w:rPr>
          <w:noProof/>
        </w:rPr>
        <w:drawing>
          <wp:inline distT="0" distB="0" distL="0" distR="0" wp14:anchorId="1E8010BF" wp14:editId="320F29E8">
            <wp:extent cx="6126480" cy="3345180"/>
            <wp:effectExtent l="0" t="0" r="7620" b="7620"/>
            <wp:docPr id="117556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56375" name=""/>
                    <pic:cNvPicPr/>
                  </pic:nvPicPr>
                  <pic:blipFill>
                    <a:blip r:embed="rId14"/>
                    <a:stretch>
                      <a:fillRect/>
                    </a:stretch>
                  </pic:blipFill>
                  <pic:spPr>
                    <a:xfrm>
                      <a:off x="0" y="0"/>
                      <a:ext cx="6126480" cy="3345180"/>
                    </a:xfrm>
                    <a:prstGeom prst="rect">
                      <a:avLst/>
                    </a:prstGeom>
                  </pic:spPr>
                </pic:pic>
              </a:graphicData>
            </a:graphic>
          </wp:inline>
        </w:drawing>
      </w:r>
    </w:p>
    <w:p w14:paraId="59331DDA" w14:textId="3BFCD890" w:rsidR="00F3244F" w:rsidRDefault="00437D7E" w:rsidP="00AB6412">
      <w:pPr>
        <w:pStyle w:val="Heading1"/>
      </w:pPr>
      <w:bookmarkStart w:id="11" w:name="_Toc237134919"/>
      <w:r>
        <w:t>Task 3 References</w:t>
      </w:r>
      <w:bookmarkEnd w:id="11"/>
    </w:p>
    <w:p w14:paraId="190D2185" w14:textId="77777777" w:rsidR="00F3244F" w:rsidRDefault="00437D7E">
      <w:r>
        <w:t>[</w:t>
      </w:r>
      <w:r>
        <w:t>7] B. W. Tuckman, “Developmental sequence in small groups,” Psychological Bulletin, vol. 63, no. 6, pp. 384–399, 1965, doi: 10.1037/h0022100.</w:t>
      </w:r>
    </w:p>
    <w:p w14:paraId="27CB9F52" w14:textId="77777777" w:rsidR="00F3244F" w:rsidRDefault="00437D7E">
      <w:r>
        <w:t>[8] S. L. Jarvenpaa and D. E. Leidner, “Communication and trust in global virtual teams,” Organization Science, vol. 10, no. 6, pp. 791–815, 1999, doi: 10.1287/orsc.10.6.791.</w:t>
      </w:r>
    </w:p>
    <w:p w14:paraId="49ABC283" w14:textId="77777777" w:rsidR="00F3244F" w:rsidRDefault="00437D7E">
      <w:r>
        <w:t>[9] L. L. Gilson, M. T. Maynard, N. C. Jones Young, M. Vartiainen, and M. Hakonen, “Virtual teams research: 10 years, 10 themes, and 10 opportunities,” Journal of Management, vol. 41, no. 5, 2015, doi: 10.1177/0149206314559946.</w:t>
      </w:r>
    </w:p>
    <w:p w14:paraId="5D51FE7E" w14:textId="77777777" w:rsidR="00F3244F" w:rsidRDefault="00437D7E">
      <w:r>
        <w:t>[10] P. Lencioni, The Five Dysfunctions of a Team: A Leadership Fable. San Francisco, CA, USA: Jossey-Bass, 2002.</w:t>
      </w:r>
    </w:p>
    <w:p w14:paraId="2D9D1EFC" w14:textId="77777777" w:rsidR="00F3244F" w:rsidRDefault="00437D7E">
      <w:r>
        <w:t>[11] D. Sull and C. Sull, “With goals, FAST beats SMART,” MIT Sloan Management Review, May 22, 2018. [Online]. Available: https://shop.sloanreview.mit.edu/store/with-goals-fast-beats-smart</w:t>
      </w:r>
    </w:p>
    <w:p w14:paraId="7FBA8302" w14:textId="77777777" w:rsidR="00F3244F" w:rsidRDefault="00437D7E">
      <w:r>
        <w:t>[12] RefWorks, “Citing and Bibliography in Microsoft Word and Word Online,” updated Jun. 4, 2026. [Online]. Available: https://refworks.zendesk.com/hc/en-us/articles/45387273760017-Citing-and-Bibliography-in-Microsoft-Word-and-Word-Online</w:t>
      </w:r>
    </w:p>
    <w:p w14:paraId="3140DF49" w14:textId="77777777" w:rsidR="00F3244F" w:rsidRDefault="00437D7E">
      <w:r>
        <w:br w:type="page"/>
      </w:r>
    </w:p>
    <w:p w14:paraId="20C2BB3A" w14:textId="77777777" w:rsidR="00F3244F" w:rsidRDefault="00437D7E">
      <w:pPr>
        <w:pStyle w:val="Heading1"/>
      </w:pPr>
      <w:bookmarkStart w:id="12" w:name="_Toc237134920"/>
      <w:r>
        <w:lastRenderedPageBreak/>
        <w:t>Task 4: E-Portfolio Creation and Review</w:t>
      </w:r>
      <w:bookmarkEnd w:id="12"/>
    </w:p>
    <w:p w14:paraId="69957363" w14:textId="77777777" w:rsidR="00F3244F" w:rsidRDefault="00437D7E">
      <w:pPr>
        <w:pStyle w:val="Heading2"/>
      </w:pPr>
      <w:bookmarkStart w:id="13" w:name="_Toc237134921"/>
      <w:r>
        <w:t>Task 4(a): E-Portfolio Creation</w:t>
      </w:r>
      <w:bookmarkEnd w:id="13"/>
    </w:p>
    <w:p w14:paraId="75726382" w14:textId="6314453C" w:rsidR="00F3244F" w:rsidRDefault="00437D7E">
      <w:r>
        <w:t>My online e-portfolio homepage:</w:t>
      </w:r>
      <w:r w:rsidR="002748B3">
        <w:t xml:space="preserve"> </w:t>
      </w:r>
      <w:hyperlink r:id="rId15" w:history="1">
        <w:r w:rsidR="002748B3" w:rsidRPr="0014681A">
          <w:rPr>
            <w:rStyle w:val="Hyperlink"/>
          </w:rPr>
          <w:t>https://sites.google.com/</w:t>
        </w:r>
        <w:r w:rsidR="002748B3" w:rsidRPr="0014681A">
          <w:rPr>
            <w:rStyle w:val="Hyperlink"/>
          </w:rPr>
          <w:t>v</w:t>
        </w:r>
        <w:r w:rsidR="002748B3" w:rsidRPr="0014681A">
          <w:rPr>
            <w:rStyle w:val="Hyperlink"/>
          </w:rPr>
          <w:t>iew/masweres/task-4</w:t>
        </w:r>
      </w:hyperlink>
    </w:p>
    <w:p w14:paraId="406063D1" w14:textId="10E843FB" w:rsidR="00F3244F" w:rsidRDefault="00437D7E">
      <w:r>
        <w:rPr>
          <w:b/>
        </w:rPr>
        <w:t>E-portfolio welcome/home page</w:t>
      </w:r>
      <w:r w:rsidR="00131F81">
        <w:rPr>
          <w:b/>
        </w:rPr>
        <w:br/>
      </w:r>
      <w:r w:rsidR="009555D5">
        <w:rPr>
          <w:noProof/>
        </w:rPr>
        <w:drawing>
          <wp:inline distT="0" distB="0" distL="0" distR="0" wp14:anchorId="3984A94F" wp14:editId="31600D39">
            <wp:extent cx="5731510" cy="3223895"/>
            <wp:effectExtent l="0" t="0" r="2540" b="0"/>
            <wp:docPr id="207044187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441879" name="Picture 207044187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CE230DA" w14:textId="48C78C93" w:rsidR="00F3244F" w:rsidRDefault="00437D7E">
      <w:r>
        <w:rPr>
          <w:b/>
        </w:rPr>
        <w:t>Task 1 page</w:t>
      </w:r>
      <w:r w:rsidR="00080F32">
        <w:rPr>
          <w:b/>
        </w:rPr>
        <w:br/>
      </w:r>
      <w:r w:rsidR="00335B15" w:rsidRPr="00335B15">
        <w:drawing>
          <wp:inline distT="0" distB="0" distL="0" distR="0" wp14:anchorId="2A68B1DB" wp14:editId="6CB8F5B2">
            <wp:extent cx="6217920" cy="3497580"/>
            <wp:effectExtent l="0" t="0" r="0" b="7620"/>
            <wp:docPr id="1487845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845715" name=""/>
                    <pic:cNvPicPr/>
                  </pic:nvPicPr>
                  <pic:blipFill>
                    <a:blip r:embed="rId17"/>
                    <a:stretch>
                      <a:fillRect/>
                    </a:stretch>
                  </pic:blipFill>
                  <pic:spPr>
                    <a:xfrm>
                      <a:off x="0" y="0"/>
                      <a:ext cx="6217920" cy="3497580"/>
                    </a:xfrm>
                    <a:prstGeom prst="rect">
                      <a:avLst/>
                    </a:prstGeom>
                  </pic:spPr>
                </pic:pic>
              </a:graphicData>
            </a:graphic>
          </wp:inline>
        </w:drawing>
      </w:r>
    </w:p>
    <w:p w14:paraId="1C78F290" w14:textId="2F2E7F18" w:rsidR="00F3244F" w:rsidRDefault="00437D7E">
      <w:r>
        <w:rPr>
          <w:b/>
        </w:rPr>
        <w:lastRenderedPageBreak/>
        <w:t>Task 2 page.</w:t>
      </w:r>
      <w:r w:rsidR="00335B15">
        <w:rPr>
          <w:b/>
        </w:rPr>
        <w:br/>
      </w:r>
      <w:r w:rsidR="00C66D19" w:rsidRPr="00C66D19">
        <w:drawing>
          <wp:inline distT="0" distB="0" distL="0" distR="0" wp14:anchorId="25CE81A1" wp14:editId="3DA8532B">
            <wp:extent cx="6217920" cy="3497580"/>
            <wp:effectExtent l="0" t="0" r="0" b="7620"/>
            <wp:docPr id="729716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716411" name=""/>
                    <pic:cNvPicPr/>
                  </pic:nvPicPr>
                  <pic:blipFill>
                    <a:blip r:embed="rId18"/>
                    <a:stretch>
                      <a:fillRect/>
                    </a:stretch>
                  </pic:blipFill>
                  <pic:spPr>
                    <a:xfrm>
                      <a:off x="0" y="0"/>
                      <a:ext cx="6217920" cy="3497580"/>
                    </a:xfrm>
                    <a:prstGeom prst="rect">
                      <a:avLst/>
                    </a:prstGeom>
                  </pic:spPr>
                </pic:pic>
              </a:graphicData>
            </a:graphic>
          </wp:inline>
        </w:drawing>
      </w:r>
    </w:p>
    <w:p w14:paraId="66FE5035" w14:textId="1483A74C" w:rsidR="00F3244F" w:rsidRDefault="00437D7E">
      <w:r>
        <w:rPr>
          <w:b/>
        </w:rPr>
        <w:t>Task 3 page.</w:t>
      </w:r>
      <w:r w:rsidR="00C66D19">
        <w:rPr>
          <w:b/>
        </w:rPr>
        <w:br/>
      </w:r>
      <w:r w:rsidR="00B430CE" w:rsidRPr="00B430CE">
        <w:drawing>
          <wp:inline distT="0" distB="0" distL="0" distR="0" wp14:anchorId="19B5CC94" wp14:editId="2C4FCC2A">
            <wp:extent cx="6217920" cy="3497580"/>
            <wp:effectExtent l="0" t="0" r="0" b="7620"/>
            <wp:docPr id="1040817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17100" name=""/>
                    <pic:cNvPicPr/>
                  </pic:nvPicPr>
                  <pic:blipFill>
                    <a:blip r:embed="rId19"/>
                    <a:stretch>
                      <a:fillRect/>
                    </a:stretch>
                  </pic:blipFill>
                  <pic:spPr>
                    <a:xfrm>
                      <a:off x="0" y="0"/>
                      <a:ext cx="6217920" cy="3497580"/>
                    </a:xfrm>
                    <a:prstGeom prst="rect">
                      <a:avLst/>
                    </a:prstGeom>
                  </pic:spPr>
                </pic:pic>
              </a:graphicData>
            </a:graphic>
          </wp:inline>
        </w:drawing>
      </w:r>
    </w:p>
    <w:p w14:paraId="4557EF8C" w14:textId="7A02EADC" w:rsidR="00F3244F" w:rsidRDefault="00437D7E">
      <w:r>
        <w:rPr>
          <w:b/>
        </w:rPr>
        <w:lastRenderedPageBreak/>
        <w:t>Task 4 page.</w:t>
      </w:r>
      <w:r w:rsidR="0059752F">
        <w:rPr>
          <w:b/>
        </w:rPr>
        <w:br/>
      </w:r>
      <w:r w:rsidR="00406D0E" w:rsidRPr="00406D0E">
        <w:drawing>
          <wp:inline distT="0" distB="0" distL="0" distR="0" wp14:anchorId="5CF90583" wp14:editId="6CA395C6">
            <wp:extent cx="6217920" cy="3497580"/>
            <wp:effectExtent l="0" t="0" r="0" b="7620"/>
            <wp:docPr id="760101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101281" name=""/>
                    <pic:cNvPicPr/>
                  </pic:nvPicPr>
                  <pic:blipFill>
                    <a:blip r:embed="rId20"/>
                    <a:stretch>
                      <a:fillRect/>
                    </a:stretch>
                  </pic:blipFill>
                  <pic:spPr>
                    <a:xfrm>
                      <a:off x="0" y="0"/>
                      <a:ext cx="6217920" cy="3497580"/>
                    </a:xfrm>
                    <a:prstGeom prst="rect">
                      <a:avLst/>
                    </a:prstGeom>
                  </pic:spPr>
                </pic:pic>
              </a:graphicData>
            </a:graphic>
          </wp:inline>
        </w:drawing>
      </w:r>
    </w:p>
    <w:p w14:paraId="598DB615" w14:textId="77777777" w:rsidR="00F3244F" w:rsidRDefault="00437D7E">
      <w:pPr>
        <w:pStyle w:val="Heading2"/>
      </w:pPr>
      <w:bookmarkStart w:id="14" w:name="_Toc237134922"/>
      <w:r>
        <w:t>Task 4(b): Illustrative Review of E-Portfolio Tool Selection</w:t>
      </w:r>
      <w:bookmarkEnd w:id="14"/>
    </w:p>
    <w:p w14:paraId="0E056B83" w14:textId="77777777" w:rsidR="00795020" w:rsidRPr="00795020" w:rsidRDefault="00795020" w:rsidP="00795020">
      <w:pPr>
        <w:rPr>
          <w:lang w:val="en-GB"/>
        </w:rPr>
      </w:pPr>
      <w:r w:rsidRPr="00795020">
        <w:rPr>
          <w:lang w:val="en-GB"/>
        </w:rPr>
        <w:t>I used Google Sites to create my e-portfolio because it allowed me to organise my assignment into separate pages and present my written work, images and links in one place. Google Sites allows users to create and organise pages, add text and images, embed Google files and publish the finished site [17]. This made it suitable for my e-portfolio because I could organise my work by task and present my learning and evidence in a clear structure [13].</w:t>
      </w:r>
    </w:p>
    <w:p w14:paraId="00FA4527" w14:textId="77777777" w:rsidR="00795020" w:rsidRPr="00795020" w:rsidRDefault="00795020" w:rsidP="00795020">
      <w:pPr>
        <w:rPr>
          <w:lang w:val="en-GB"/>
        </w:rPr>
      </w:pPr>
      <w:r w:rsidRPr="00795020">
        <w:rPr>
          <w:lang w:val="en-GB"/>
        </w:rPr>
        <w:t>One advantage of Google Sites is that I can publish my portfolio and control who can view it. Google Sites provides options for making a published site public or restricting access to selected people [17]. This is useful for my assessment because I need my tutor to be able to access the portfolio. However, I also need to check the sharing permissions carefully because embedded Google files can have their own access restrictions [18]. I will therefore test my published site while signed out to make sure that the tutor can open all required pages and evidence. Overall, Google Sites has helped me present my learning, evidence and achievements in a structured e-portfolio [13], [14].</w:t>
      </w:r>
    </w:p>
    <w:p w14:paraId="1C3BA45D" w14:textId="77777777" w:rsidR="00795020" w:rsidRPr="00795020" w:rsidRDefault="00795020" w:rsidP="00795020">
      <w:pPr>
        <w:rPr>
          <w:lang w:val="en-GB"/>
        </w:rPr>
      </w:pPr>
      <w:r w:rsidRPr="00795020">
        <w:rPr>
          <w:lang w:val="en-GB"/>
        </w:rPr>
        <w:t>I have identified Google Sites as the platform I used for my e-portfolio. Before submission, I will make sure my screenshots and final portfolio link accurately represent the published site I created.</w:t>
      </w:r>
    </w:p>
    <w:p w14:paraId="371D4A4B" w14:textId="77777777" w:rsidR="00795020" w:rsidRPr="00795020" w:rsidRDefault="00795020" w:rsidP="00795020">
      <w:pPr>
        <w:rPr>
          <w:lang w:val="en-GB"/>
        </w:rPr>
      </w:pPr>
      <w:r w:rsidRPr="00795020">
        <w:rPr>
          <w:b/>
          <w:bCs/>
          <w:lang w:val="en-GB"/>
        </w:rPr>
        <w:t>Task 4 References</w:t>
      </w:r>
    </w:p>
    <w:p w14:paraId="79B801A9" w14:textId="77777777" w:rsidR="00795020" w:rsidRPr="00795020" w:rsidRDefault="00795020" w:rsidP="00795020">
      <w:pPr>
        <w:rPr>
          <w:lang w:val="en-GB"/>
        </w:rPr>
      </w:pPr>
      <w:r w:rsidRPr="00795020">
        <w:rPr>
          <w:lang w:val="en-GB"/>
        </w:rPr>
        <w:t>[13] Jisc, “Getting started with e-portfolios,” Aug. 16, 2021. [Online]. Available: https://www.jisc.ac.uk/guides/getting-started-with-e-portfolios</w:t>
      </w:r>
    </w:p>
    <w:p w14:paraId="2324B3D2" w14:textId="716775DC" w:rsidR="00795020" w:rsidRPr="00795020" w:rsidRDefault="00795020" w:rsidP="00795020">
      <w:pPr>
        <w:rPr>
          <w:lang w:val="en-GB"/>
        </w:rPr>
      </w:pPr>
      <w:r w:rsidRPr="00795020">
        <w:rPr>
          <w:lang w:val="en-GB"/>
        </w:rPr>
        <w:t xml:space="preserve">[14] L. Mitchell, C. Campbell, M. Somerville, E. Cardell, and L. T. Williams, “Enhancing graduate employability through targeting </w:t>
      </w:r>
      <w:proofErr w:type="spellStart"/>
      <w:r w:rsidRPr="00795020">
        <w:rPr>
          <w:lang w:val="en-GB"/>
        </w:rPr>
        <w:t>ePortfolios</w:t>
      </w:r>
      <w:proofErr w:type="spellEnd"/>
      <w:r w:rsidRPr="00795020">
        <w:rPr>
          <w:lang w:val="en-GB"/>
        </w:rPr>
        <w:t xml:space="preserve"> to employer expectations: A systematic scoping review,” Journal of Teaching and Learning for Graduate Employability, vol. 12, no. 2, pp. 82–98, 2021, </w:t>
      </w:r>
      <w:proofErr w:type="spellStart"/>
      <w:r w:rsidRPr="00795020">
        <w:rPr>
          <w:lang w:val="en-GB"/>
        </w:rPr>
        <w:t>doi</w:t>
      </w:r>
      <w:proofErr w:type="spellEnd"/>
      <w:r w:rsidRPr="00795020">
        <w:rPr>
          <w:lang w:val="en-GB"/>
        </w:rPr>
        <w:t>: 10.21153/jtlge2021vol12no2art1003.</w:t>
      </w:r>
    </w:p>
    <w:p w14:paraId="521349D8" w14:textId="77777777" w:rsidR="00795020" w:rsidRPr="00795020" w:rsidRDefault="00795020" w:rsidP="00795020">
      <w:pPr>
        <w:rPr>
          <w:lang w:val="en-GB"/>
        </w:rPr>
      </w:pPr>
      <w:r w:rsidRPr="00795020">
        <w:rPr>
          <w:lang w:val="en-GB"/>
        </w:rPr>
        <w:lastRenderedPageBreak/>
        <w:t xml:space="preserve">[15] S. Rodríguez Donaire, B. Amante García, and S. Oliver del Olmo, “e-Portfolio: A tool to assess university students' skills,” in Proc. 9th Int. Conf. Information Technology Based Higher Education and Training (ITHET), 2010, </w:t>
      </w:r>
      <w:proofErr w:type="spellStart"/>
      <w:r w:rsidRPr="00795020">
        <w:rPr>
          <w:lang w:val="en-GB"/>
        </w:rPr>
        <w:t>doi</w:t>
      </w:r>
      <w:proofErr w:type="spellEnd"/>
      <w:r w:rsidRPr="00795020">
        <w:rPr>
          <w:lang w:val="en-GB"/>
        </w:rPr>
        <w:t>: 10.1109/ITHET.2010.5480050.</w:t>
      </w:r>
    </w:p>
    <w:p w14:paraId="05879D2F" w14:textId="77777777" w:rsidR="00F3244F" w:rsidRDefault="00437D7E">
      <w:r>
        <w:br w:type="page"/>
      </w:r>
    </w:p>
    <w:p w14:paraId="75BB633F" w14:textId="77777777" w:rsidR="006E71D8" w:rsidRDefault="006E71D8" w:rsidP="006E71D8">
      <w:pPr>
        <w:pStyle w:val="Heading1"/>
      </w:pPr>
      <w:bookmarkStart w:id="15" w:name="_Toc237134923"/>
      <w:r>
        <w:lastRenderedPageBreak/>
        <w:t>Conclusion</w:t>
      </w:r>
      <w:bookmarkEnd w:id="15"/>
    </w:p>
    <w:p w14:paraId="30DB6A30" w14:textId="1968A97A" w:rsidR="006E71D8" w:rsidRDefault="006E71D8" w:rsidP="006E71D8">
      <w:r>
        <w:t>My portfolio presents a clearer connection between my academic skills, employability and my future career in data analysis</w:t>
      </w:r>
      <w:r w:rsidR="00CA70AE">
        <w:t>.</w:t>
      </w:r>
    </w:p>
    <w:p w14:paraId="59D1B6BE" w14:textId="5E939366" w:rsidR="006E71D8" w:rsidRDefault="00C539DB" w:rsidP="006E71D8">
      <w:pPr>
        <w:pStyle w:val="Heading1"/>
      </w:pPr>
      <w:bookmarkStart w:id="16" w:name="_Toc237134924"/>
      <w:r>
        <w:t>References</w:t>
      </w:r>
      <w:bookmarkEnd w:id="16"/>
    </w:p>
    <w:p w14:paraId="5D5C6BC4" w14:textId="77777777" w:rsidR="006E71D8" w:rsidRDefault="006E71D8" w:rsidP="006E71D8">
      <w:r>
        <w:t xml:space="preserve">[1] W. Coetzee and R. Goede, “Employability competencies needed by data analytics graduates: An analysis of online job listings,” South African Journal of Higher Education, vol. 38, no. 6, 2024, </w:t>
      </w:r>
      <w:proofErr w:type="spellStart"/>
      <w:r>
        <w:t>doi</w:t>
      </w:r>
      <w:proofErr w:type="spellEnd"/>
      <w:r>
        <w:t>: 10.20853/38-6-5915.</w:t>
      </w:r>
    </w:p>
    <w:p w14:paraId="3D9F28C0" w14:textId="77777777" w:rsidR="006E71D8" w:rsidRDefault="006E71D8" w:rsidP="006E71D8">
      <w:r>
        <w:t xml:space="preserve">[2] L. D. A. McGowan, R. D. Peng, and S. C. Hicks, “Design principles for data analysis,” </w:t>
      </w:r>
      <w:proofErr w:type="spellStart"/>
      <w:r>
        <w:t>arXiv</w:t>
      </w:r>
      <w:proofErr w:type="spellEnd"/>
      <w:r>
        <w:t>, 2021. [Online]. Available: https://arxiv.org/abs/2103.05689</w:t>
      </w:r>
    </w:p>
    <w:p w14:paraId="1DEB32D5" w14:textId="77777777" w:rsidR="006E71D8" w:rsidRDefault="006E71D8" w:rsidP="006E71D8">
      <w:r>
        <w:t xml:space="preserve">[3] A. Morgan, R. Sibson, and D. Jackson, “Digital demand and digital deficit: </w:t>
      </w:r>
      <w:proofErr w:type="spellStart"/>
      <w:r>
        <w:t>conceptualising</w:t>
      </w:r>
      <w:proofErr w:type="spellEnd"/>
      <w:r>
        <w:t xml:space="preserve"> digital literacy and gauging proficiency among higher education students,” Journal of Higher Education Policy and Management, vol. 44, no. 3, pp. 258–275, 2022, </w:t>
      </w:r>
      <w:proofErr w:type="spellStart"/>
      <w:r>
        <w:t>doi</w:t>
      </w:r>
      <w:proofErr w:type="spellEnd"/>
      <w:r>
        <w:t>: 10.1080/1360080X.2022.2030275.</w:t>
      </w:r>
    </w:p>
    <w:p w14:paraId="6309CA20" w14:textId="77777777" w:rsidR="006E71D8" w:rsidRDefault="006E71D8" w:rsidP="006E71D8">
      <w:r>
        <w:t>[4] World Economic Forum, The Future of Jobs Report 2025. Geneva, Switzerland: World Economic Forum, 2025. [Online]. Available: https://www.weforum.org/publications/the-future-of-jobs-report-2025/</w:t>
      </w:r>
    </w:p>
    <w:p w14:paraId="099C2909" w14:textId="77777777" w:rsidR="006E71D8" w:rsidRDefault="006E71D8" w:rsidP="006E71D8">
      <w:r>
        <w:t xml:space="preserve">[5] E. Salas, D. E. Sims, and C. S. Burke, “Is there a ‘Big Five’ in teamwork?” Small Group Research, vol. 36, no. 5, pp. 555–599, 2005, </w:t>
      </w:r>
      <w:proofErr w:type="spellStart"/>
      <w:r>
        <w:t>doi</w:t>
      </w:r>
      <w:proofErr w:type="spellEnd"/>
      <w:r>
        <w:t>: 10.1177/1046496405277134.</w:t>
      </w:r>
    </w:p>
    <w:p w14:paraId="46DEF7F7" w14:textId="77777777" w:rsidR="006E71D8" w:rsidRDefault="006E71D8" w:rsidP="006E71D8">
      <w:r>
        <w:t>[6] OpenAI, ChatGPT, private communication, Aug. 8, 2026. (Include the actual AI output used as a separately titled appendix item if this source is used.)</w:t>
      </w:r>
    </w:p>
    <w:p w14:paraId="72DB9352" w14:textId="77777777" w:rsidR="006E71D8" w:rsidRDefault="006E71D8" w:rsidP="006E71D8">
      <w:r>
        <w:t xml:space="preserve">[7] B. W. Tuckman, “Developmental sequence in small groups,” Psychological Bulletin, vol. 63, no. 6, pp. 384–399, 1965, </w:t>
      </w:r>
      <w:proofErr w:type="spellStart"/>
      <w:r>
        <w:t>doi</w:t>
      </w:r>
      <w:proofErr w:type="spellEnd"/>
      <w:r>
        <w:t>: 10.1037/h0022100.</w:t>
      </w:r>
    </w:p>
    <w:p w14:paraId="6CAFB3C3" w14:textId="77777777" w:rsidR="006E71D8" w:rsidRDefault="006E71D8" w:rsidP="006E71D8">
      <w:r>
        <w:t xml:space="preserve">[8] S. L. </w:t>
      </w:r>
      <w:proofErr w:type="spellStart"/>
      <w:r>
        <w:t>Jarvenpaa</w:t>
      </w:r>
      <w:proofErr w:type="spellEnd"/>
      <w:r>
        <w:t xml:space="preserve"> and D. E. Leidner, “Communication and trust in global virtual teams,” Organization Science, vol. 10, no. 6, pp. 791–815, 1999, </w:t>
      </w:r>
      <w:proofErr w:type="spellStart"/>
      <w:r>
        <w:t>doi</w:t>
      </w:r>
      <w:proofErr w:type="spellEnd"/>
      <w:r>
        <w:t>: 10.1287/orsc.10.6.791.</w:t>
      </w:r>
    </w:p>
    <w:p w14:paraId="2B902D29" w14:textId="77777777" w:rsidR="006E71D8" w:rsidRDefault="006E71D8" w:rsidP="006E71D8">
      <w:r>
        <w:t xml:space="preserve">[9] L. L. Gilson, M. T. Maynard, N. C. Jones Young, M. Vartiainen, and M. Hakonen, “Virtual teams research: 10 years, 10 themes, and 10 opportunities,” Journal of Management, vol. 41, no. 5, 2015, </w:t>
      </w:r>
      <w:proofErr w:type="spellStart"/>
      <w:r>
        <w:t>doi</w:t>
      </w:r>
      <w:proofErr w:type="spellEnd"/>
      <w:r>
        <w:t>: 10.1177/0149206314559946.</w:t>
      </w:r>
    </w:p>
    <w:p w14:paraId="55215855" w14:textId="77777777" w:rsidR="006E71D8" w:rsidRDefault="006E71D8" w:rsidP="006E71D8">
      <w:r>
        <w:t>[10] P. Lencioni, The Five Dysfunctions of a Team: A Leadership Fable. San Francisco, CA, USA: Jossey-Bass, 2002.</w:t>
      </w:r>
    </w:p>
    <w:p w14:paraId="7B4697EE" w14:textId="77777777" w:rsidR="006E71D8" w:rsidRDefault="006E71D8" w:rsidP="006E71D8">
      <w:r>
        <w:t>[11] D. Sull and C. Sull, “With goals, FAST beats SMART,” MIT Sloan Management Review, May 22, 2018. [Online]. Available: https://shop.sloanreview.mit.edu/store/with-goals-fast-beats-smart</w:t>
      </w:r>
    </w:p>
    <w:p w14:paraId="5E3F8A9B" w14:textId="77777777" w:rsidR="006E71D8" w:rsidRDefault="006E71D8" w:rsidP="006E71D8">
      <w:r>
        <w:t>[12] RefWorks, “Citing and Bibliography in Microsoft Word and Word Online,” updated Jun. 4, 2026. [Online]. Available: https://refworks.zendesk.com/hc/en-us/articles/45387273760017-Citing-and-Bibliography-in-Microsoft-Word-and-Word-Online</w:t>
      </w:r>
    </w:p>
    <w:p w14:paraId="46B553F8" w14:textId="77777777" w:rsidR="006E71D8" w:rsidRDefault="006E71D8" w:rsidP="006E71D8">
      <w:r>
        <w:t xml:space="preserve">[13] </w:t>
      </w:r>
      <w:proofErr w:type="spellStart"/>
      <w:r>
        <w:t>Jisc</w:t>
      </w:r>
      <w:proofErr w:type="spellEnd"/>
      <w:r>
        <w:t>, “Getting started with e-portfolios,” Aug. 16, 2021. [Online]. Available: https://www.jisc.ac.uk/guides/getting-started-with-e-portfolios</w:t>
      </w:r>
    </w:p>
    <w:p w14:paraId="35632E01" w14:textId="77777777" w:rsidR="006E71D8" w:rsidRDefault="006E71D8" w:rsidP="006E71D8">
      <w:r>
        <w:t xml:space="preserve">[14] L. Mitchell, C. Campbell, M. Somerville, E. Cardell, and L. T. Williams, “Enhancing graduate employability through targeting </w:t>
      </w:r>
      <w:proofErr w:type="spellStart"/>
      <w:r>
        <w:t>ePortfolios</w:t>
      </w:r>
      <w:proofErr w:type="spellEnd"/>
      <w:r>
        <w:t xml:space="preserve"> to employer expectations: A systematic scoping review,” Journal of Teaching and Learning for Graduate Employability, vol. 12, no. 2, pp. 82–98, 2021, </w:t>
      </w:r>
      <w:proofErr w:type="spellStart"/>
      <w:r>
        <w:t>doi</w:t>
      </w:r>
      <w:proofErr w:type="spellEnd"/>
      <w:r>
        <w:t>: 10.21153/jtlge2021vol12no2art1003.</w:t>
      </w:r>
    </w:p>
    <w:p w14:paraId="38E8BF32" w14:textId="77777777" w:rsidR="006E71D8" w:rsidRDefault="006E71D8" w:rsidP="006E71D8">
      <w:r>
        <w:lastRenderedPageBreak/>
        <w:t xml:space="preserve">[15] S. Rodríguez Donaire, B. Amante García, and S. Oliver del Olmo, “e-Portfolio: A tool to assess university students' skills,” in Proc. 9th Int. Conf. Information Technology Based Higher Education and Training (ITHET), 2010, </w:t>
      </w:r>
      <w:proofErr w:type="spellStart"/>
      <w:r>
        <w:t>doi</w:t>
      </w:r>
      <w:proofErr w:type="spellEnd"/>
      <w:r>
        <w:t>: 10.1109/ITHET.2010.5480050.</w:t>
      </w:r>
    </w:p>
    <w:p w14:paraId="39A4FFAD" w14:textId="6EBB3600" w:rsidR="00F3244F" w:rsidRDefault="006E71D8">
      <w:r>
        <w:t>[16] University of Wales Trinity Saint David, “ACCA4025 Learning in the Digital Era: Assignment 1 – E-Portfolio, Level 4 Assessment Specification,” 2026.</w:t>
      </w:r>
    </w:p>
    <w:sectPr w:rsidR="00F3244F" w:rsidSect="009D4269">
      <w:pgSz w:w="12240" w:h="15840"/>
      <w:pgMar w:top="1008" w:right="1224" w:bottom="1008" w:left="1224"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50552303">
    <w:abstractNumId w:val="8"/>
  </w:num>
  <w:num w:numId="2" w16cid:durableId="2103917007">
    <w:abstractNumId w:val="6"/>
  </w:num>
  <w:num w:numId="3" w16cid:durableId="831481515">
    <w:abstractNumId w:val="5"/>
  </w:num>
  <w:num w:numId="4" w16cid:durableId="2120755286">
    <w:abstractNumId w:val="4"/>
  </w:num>
  <w:num w:numId="5" w16cid:durableId="1125079222">
    <w:abstractNumId w:val="7"/>
  </w:num>
  <w:num w:numId="6" w16cid:durableId="243805584">
    <w:abstractNumId w:val="3"/>
  </w:num>
  <w:num w:numId="7" w16cid:durableId="1219978433">
    <w:abstractNumId w:val="2"/>
  </w:num>
  <w:num w:numId="8" w16cid:durableId="151265593">
    <w:abstractNumId w:val="1"/>
  </w:num>
  <w:num w:numId="9" w16cid:durableId="753355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3D44"/>
    <w:rsid w:val="00034616"/>
    <w:rsid w:val="000520D6"/>
    <w:rsid w:val="0006063C"/>
    <w:rsid w:val="00080F32"/>
    <w:rsid w:val="001142D6"/>
    <w:rsid w:val="00131F81"/>
    <w:rsid w:val="0014681A"/>
    <w:rsid w:val="0015074B"/>
    <w:rsid w:val="0022077A"/>
    <w:rsid w:val="002748B3"/>
    <w:rsid w:val="0029639D"/>
    <w:rsid w:val="00326F90"/>
    <w:rsid w:val="00335B15"/>
    <w:rsid w:val="003A7F30"/>
    <w:rsid w:val="003B2460"/>
    <w:rsid w:val="003D182A"/>
    <w:rsid w:val="00406D0E"/>
    <w:rsid w:val="004D1664"/>
    <w:rsid w:val="004D6E51"/>
    <w:rsid w:val="004E3595"/>
    <w:rsid w:val="005450AD"/>
    <w:rsid w:val="0059752F"/>
    <w:rsid w:val="006E71D8"/>
    <w:rsid w:val="0071618E"/>
    <w:rsid w:val="00795020"/>
    <w:rsid w:val="007A7827"/>
    <w:rsid w:val="0081172F"/>
    <w:rsid w:val="00825EBA"/>
    <w:rsid w:val="008A4456"/>
    <w:rsid w:val="009367DC"/>
    <w:rsid w:val="009555D5"/>
    <w:rsid w:val="00994723"/>
    <w:rsid w:val="009D4269"/>
    <w:rsid w:val="00A42C13"/>
    <w:rsid w:val="00A76776"/>
    <w:rsid w:val="00AA1D8D"/>
    <w:rsid w:val="00AB6412"/>
    <w:rsid w:val="00AC1188"/>
    <w:rsid w:val="00B430CE"/>
    <w:rsid w:val="00B47730"/>
    <w:rsid w:val="00B76D13"/>
    <w:rsid w:val="00C06ED2"/>
    <w:rsid w:val="00C31328"/>
    <w:rsid w:val="00C539DB"/>
    <w:rsid w:val="00C66D19"/>
    <w:rsid w:val="00CA70AE"/>
    <w:rsid w:val="00CB0664"/>
    <w:rsid w:val="00CE2040"/>
    <w:rsid w:val="00DC4D4A"/>
    <w:rsid w:val="00DC5581"/>
    <w:rsid w:val="00E01B3F"/>
    <w:rsid w:val="00EF0062"/>
    <w:rsid w:val="00F10AFD"/>
    <w:rsid w:val="00F3244F"/>
    <w:rsid w:val="00FC693F"/>
    <w:rsid w:val="00FE5F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8975692-06E6-4CEC-9715-DAF7E8247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367DC"/>
    <w:rPr>
      <w:color w:val="0000FF" w:themeColor="hyperlink"/>
      <w:u w:val="single"/>
    </w:rPr>
  </w:style>
  <w:style w:type="character" w:styleId="UnresolvedMention">
    <w:name w:val="Unresolved Mention"/>
    <w:basedOn w:val="DefaultParagraphFont"/>
    <w:uiPriority w:val="99"/>
    <w:semiHidden/>
    <w:unhideWhenUsed/>
    <w:rsid w:val="009367DC"/>
    <w:rPr>
      <w:color w:val="605E5C"/>
      <w:shd w:val="clear" w:color="auto" w:fill="E1DFDD"/>
    </w:rPr>
  </w:style>
  <w:style w:type="character" w:styleId="FollowedHyperlink">
    <w:name w:val="FollowedHyperlink"/>
    <w:basedOn w:val="DefaultParagraphFont"/>
    <w:uiPriority w:val="99"/>
    <w:semiHidden/>
    <w:unhideWhenUsed/>
    <w:rsid w:val="002748B3"/>
    <w:rPr>
      <w:color w:val="800080" w:themeColor="followedHyperlink"/>
      <w:u w:val="single"/>
    </w:rPr>
  </w:style>
  <w:style w:type="character" w:customStyle="1" w:styleId="NoSpacingChar">
    <w:name w:val="No Spacing Char"/>
    <w:basedOn w:val="DefaultParagraphFont"/>
    <w:link w:val="NoSpacing"/>
    <w:uiPriority w:val="1"/>
    <w:rsid w:val="009D4269"/>
  </w:style>
  <w:style w:type="paragraph" w:styleId="TOC1">
    <w:name w:val="toc 1"/>
    <w:basedOn w:val="Normal"/>
    <w:next w:val="Normal"/>
    <w:autoRedefine/>
    <w:uiPriority w:val="39"/>
    <w:unhideWhenUsed/>
    <w:rsid w:val="00DC4D4A"/>
    <w:pPr>
      <w:spacing w:after="100"/>
    </w:pPr>
  </w:style>
  <w:style w:type="paragraph" w:styleId="TOC2">
    <w:name w:val="toc 2"/>
    <w:basedOn w:val="Normal"/>
    <w:next w:val="Normal"/>
    <w:autoRedefine/>
    <w:uiPriority w:val="39"/>
    <w:unhideWhenUsed/>
    <w:rsid w:val="00DC4D4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mm.tt/map/3952545938?t=fzeTCzFAHg" TargetMode="External"/><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sites.google.com/view/masweres/task-4" TargetMode="External"/><Relationship Id="rId10" Type="http://schemas.openxmlformats.org/officeDocument/2006/relationships/hyperlink" Target="https://canva.link/aoqece0tl5edq8o" TargetMode="Externa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16</Pages>
  <Words>2517</Words>
  <Characters>14349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16833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Peter Miles Maswere (2532060)</cp:lastModifiedBy>
  <cp:revision>47</cp:revision>
  <dcterms:created xsi:type="dcterms:W3CDTF">2013-12-23T23:15:00Z</dcterms:created>
  <dcterms:modified xsi:type="dcterms:W3CDTF">2026-08-09T01:29:00Z</dcterms:modified>
  <cp:category/>
</cp:coreProperties>
</file>