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F6982" w14:textId="77777777" w:rsidR="00644739" w:rsidRPr="002E0663" w:rsidRDefault="002E0663">
      <w:pPr>
        <w:pStyle w:val="Heading1"/>
        <w:rPr>
          <w:color w:val="auto"/>
        </w:rPr>
      </w:pPr>
      <w:bookmarkStart w:id="0" w:name="_Hlk211379765"/>
      <w:r w:rsidRPr="002E0663">
        <w:rPr>
          <w:color w:val="auto"/>
        </w:rPr>
        <w:t>Advanced Chemistry Lab</w:t>
      </w:r>
    </w:p>
    <w:p w14:paraId="72BF7EA2" w14:textId="77777777" w:rsidR="00644739" w:rsidRPr="002E0663" w:rsidRDefault="002E0663">
      <w:pPr>
        <w:pStyle w:val="Heading2"/>
        <w:rPr>
          <w:color w:val="auto"/>
        </w:rPr>
      </w:pPr>
      <w:r w:rsidRPr="002E0663">
        <w:rPr>
          <w:color w:val="auto"/>
        </w:rPr>
        <w:t>Determination of the Rate Law for the Iodine Clock Reaction (KI–H₂O₂–Vitamin C System)</w:t>
      </w:r>
    </w:p>
    <w:p w14:paraId="376A07F6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1. Aim</w:t>
      </w:r>
    </w:p>
    <w:p w14:paraId="79C02CA0" w14:textId="77777777" w:rsidR="00644739" w:rsidRPr="002E0663" w:rsidRDefault="002E0663">
      <w:bookmarkStart w:id="1" w:name="_Hlk211541050"/>
      <w:r w:rsidRPr="002E0663">
        <w:t>To determine the rate law for the formation of iodine in the reaction between hydrogen peroxide and iodide ions in aqueous solution, using vitamin C (ascorbic acid) as a reducing agent and starch as an indicator.</w:t>
      </w:r>
    </w:p>
    <w:bookmarkEnd w:id="1"/>
    <w:p w14:paraId="5C7CE22C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2. Reaction Background</w:t>
      </w:r>
    </w:p>
    <w:p w14:paraId="3DFD8920" w14:textId="77777777" w:rsidR="00644739" w:rsidRPr="002E0663" w:rsidRDefault="002E0663">
      <w:bookmarkStart w:id="2" w:name="_Hlk211541143"/>
      <w:r w:rsidRPr="002E0663">
        <w:t>In acidic solution, hydrogen peroxide oxidises iodide ions to iodine:</w:t>
      </w:r>
    </w:p>
    <w:p w14:paraId="428273FB" w14:textId="77777777" w:rsidR="00644739" w:rsidRPr="002E0663" w:rsidRDefault="002E0663">
      <w:r w:rsidRPr="002E0663">
        <w:t>H₂O₂ + 2I⁻ + 2H⁺ → I₂ + 2H₂O</w:t>
      </w:r>
    </w:p>
    <w:p w14:paraId="21A8387B" w14:textId="77777777" w:rsidR="00644739" w:rsidRPr="002E0663" w:rsidRDefault="002E0663">
      <w:r w:rsidRPr="002E0663">
        <w:t>Vitamin C instantly reduces iodine back to iodide:</w:t>
      </w:r>
    </w:p>
    <w:p w14:paraId="4D8B876C" w14:textId="77777777" w:rsidR="00644739" w:rsidRPr="002E0663" w:rsidRDefault="002E0663">
      <w:r w:rsidRPr="002E0663">
        <w:t>C₆H₈O₆ + I₂ → C₆H₆O₆ + 2I⁻ + 2H⁺</w:t>
      </w:r>
    </w:p>
    <w:p w14:paraId="7CD711AC" w14:textId="77777777" w:rsidR="00644739" w:rsidRPr="002E0663" w:rsidRDefault="002E0663">
      <w:r w:rsidRPr="002E0663">
        <w:t>As long as vitamin C is present, no blue colour appears. When it is consumed, iodine accumulates and forms a blue starch–iodine complex. The time until this colour appears is the clock time (t), which reflects the rate of iodine formation.</w:t>
      </w:r>
    </w:p>
    <w:bookmarkEnd w:id="2"/>
    <w:p w14:paraId="61CDF2B6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3. Apparatus &amp; Reagents</w:t>
      </w:r>
    </w:p>
    <w:p w14:paraId="34E51A71" w14:textId="77777777" w:rsidR="00644739" w:rsidRPr="002E0663" w:rsidRDefault="002E0663">
      <w:r w:rsidRPr="002E0663">
        <w:t>- 0.20 M KI solution</w:t>
      </w:r>
      <w:r w:rsidRPr="002E0663">
        <w:br/>
        <w:t>- 0.10 M H₂O₂ solution</w:t>
      </w:r>
      <w:r w:rsidRPr="002E0663">
        <w:br/>
        <w:t>- 0.010 M Vitamin C solution</w:t>
      </w:r>
      <w:r w:rsidRPr="002E0663">
        <w:br/>
        <w:t>- 1 % starch indicator</w:t>
      </w:r>
      <w:r w:rsidRPr="002E0663">
        <w:br/>
        <w:t>- Distilled water</w:t>
      </w:r>
      <w:r w:rsidRPr="002E0663">
        <w:br/>
        <w:t>- 25 mL measuring cylinders, pipettes or syringes</w:t>
      </w:r>
      <w:r w:rsidRPr="002E0663">
        <w:br/>
        <w:t>- Beakers or cups (A and B)</w:t>
      </w:r>
      <w:r w:rsidRPr="002E0663">
        <w:br/>
        <w:t>- Stopwatch</w:t>
      </w:r>
      <w:r w:rsidRPr="002E0663">
        <w:br/>
        <w:t>- PPE: lab coat, goggles, gloves</w:t>
      </w:r>
    </w:p>
    <w:p w14:paraId="54343139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4. Experimental Overview</w:t>
      </w:r>
    </w:p>
    <w:p w14:paraId="71513F2E" w14:textId="77777777" w:rsidR="00644739" w:rsidRPr="002E0663" w:rsidRDefault="002E0663">
      <w:r w:rsidRPr="002E0663">
        <w:t>Cup A: KI + starch + vitamin C + water</w:t>
      </w:r>
      <w:r w:rsidRPr="002E0663">
        <w:br/>
        <w:t>Cup B: H₂O₂ only</w:t>
      </w:r>
      <w:r w:rsidRPr="002E0663">
        <w:br/>
        <w:t>Start the timer as soon as Cup B is poured into Cup A and swirl once. Record the time until the first permanent blue colour appears.</w:t>
      </w:r>
    </w:p>
    <w:p w14:paraId="54F1C1FE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5. Experimental Plan (Total Volume = 25.0 mL)</w:t>
      </w:r>
    </w:p>
    <w:p w14:paraId="59AC17E5" w14:textId="77777777" w:rsidR="00644739" w:rsidRPr="002E0663" w:rsidRDefault="002E0663">
      <w:pPr>
        <w:rPr>
          <w:b/>
          <w:bCs/>
        </w:rPr>
      </w:pPr>
      <w:r w:rsidRPr="002E0663">
        <w:rPr>
          <w:b/>
          <w:bCs/>
        </w:rPr>
        <w:t>Series 1 — Order in [H₂O₂]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1233"/>
        <w:gridCol w:w="1233"/>
        <w:gridCol w:w="1233"/>
        <w:gridCol w:w="1233"/>
        <w:gridCol w:w="1233"/>
        <w:gridCol w:w="1233"/>
      </w:tblGrid>
      <w:tr w:rsidR="002E0663" w:rsidRPr="002E0663" w14:paraId="4699C860" w14:textId="77777777" w:rsidTr="005A2E8E">
        <w:tc>
          <w:tcPr>
            <w:tcW w:w="1234" w:type="dxa"/>
          </w:tcPr>
          <w:p w14:paraId="3A1D983D" w14:textId="77777777" w:rsidR="00644739" w:rsidRPr="002E0663" w:rsidRDefault="002E0663">
            <w:r w:rsidRPr="002E0663">
              <w:lastRenderedPageBreak/>
              <w:t>Trial</w:t>
            </w:r>
          </w:p>
        </w:tc>
        <w:tc>
          <w:tcPr>
            <w:tcW w:w="1234" w:type="dxa"/>
          </w:tcPr>
          <w:p w14:paraId="1C663328" w14:textId="77777777" w:rsidR="00644739" w:rsidRPr="002E0663" w:rsidRDefault="002E0663">
            <w:r w:rsidRPr="002E0663">
              <w:t>H₂O₂ 0.10 M (mL)</w:t>
            </w:r>
          </w:p>
        </w:tc>
        <w:tc>
          <w:tcPr>
            <w:tcW w:w="1234" w:type="dxa"/>
          </w:tcPr>
          <w:p w14:paraId="17C53497" w14:textId="77777777" w:rsidR="00644739" w:rsidRPr="002E0663" w:rsidRDefault="002E0663">
            <w:r w:rsidRPr="002E0663">
              <w:t>KI 0.20 M (mL)</w:t>
            </w:r>
          </w:p>
        </w:tc>
        <w:tc>
          <w:tcPr>
            <w:tcW w:w="1234" w:type="dxa"/>
          </w:tcPr>
          <w:p w14:paraId="037F3B08" w14:textId="77777777" w:rsidR="00644739" w:rsidRPr="002E0663" w:rsidRDefault="002E0663">
            <w:r w:rsidRPr="002E0663">
              <w:t>Vit C 0.010 M (mL)</w:t>
            </w:r>
          </w:p>
        </w:tc>
        <w:tc>
          <w:tcPr>
            <w:tcW w:w="1234" w:type="dxa"/>
          </w:tcPr>
          <w:p w14:paraId="430861E5" w14:textId="77777777" w:rsidR="00644739" w:rsidRPr="002E0663" w:rsidRDefault="002E0663">
            <w:r w:rsidRPr="002E0663">
              <w:t>Starch 1% (mL)</w:t>
            </w:r>
          </w:p>
        </w:tc>
        <w:tc>
          <w:tcPr>
            <w:tcW w:w="1234" w:type="dxa"/>
          </w:tcPr>
          <w:p w14:paraId="33A06CAD" w14:textId="77777777" w:rsidR="00644739" w:rsidRPr="002E0663" w:rsidRDefault="002E0663">
            <w:r w:rsidRPr="002E0663">
              <w:t>Water (mL)</w:t>
            </w:r>
          </w:p>
        </w:tc>
        <w:tc>
          <w:tcPr>
            <w:tcW w:w="1234" w:type="dxa"/>
          </w:tcPr>
          <w:p w14:paraId="2C760490" w14:textId="77777777" w:rsidR="00644739" w:rsidRPr="002E0663" w:rsidRDefault="002E0663">
            <w:r w:rsidRPr="002E0663">
              <w:t>[H₂O₂]₀ (M)</w:t>
            </w:r>
          </w:p>
        </w:tc>
      </w:tr>
      <w:tr w:rsidR="002E0663" w:rsidRPr="002E0663" w14:paraId="4651BD20" w14:textId="77777777" w:rsidTr="005A2E8E">
        <w:tc>
          <w:tcPr>
            <w:tcW w:w="1234" w:type="dxa"/>
          </w:tcPr>
          <w:p w14:paraId="01148B0B" w14:textId="77777777" w:rsidR="00644739" w:rsidRPr="002E0663" w:rsidRDefault="002E0663">
            <w:r w:rsidRPr="002E0663">
              <w:t>A1</w:t>
            </w:r>
          </w:p>
        </w:tc>
        <w:tc>
          <w:tcPr>
            <w:tcW w:w="1234" w:type="dxa"/>
          </w:tcPr>
          <w:p w14:paraId="0C26DB66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49BB8696" w14:textId="77777777" w:rsidR="00644739" w:rsidRPr="002E0663" w:rsidRDefault="002E0663">
            <w:r w:rsidRPr="002E0663">
              <w:t>2.5</w:t>
            </w:r>
          </w:p>
        </w:tc>
        <w:tc>
          <w:tcPr>
            <w:tcW w:w="1234" w:type="dxa"/>
          </w:tcPr>
          <w:p w14:paraId="3A27061E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062271FC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727B9627" w14:textId="77777777" w:rsidR="00644739" w:rsidRPr="002E0663" w:rsidRDefault="002E0663">
            <w:r w:rsidRPr="002E0663">
              <w:t>19.25</w:t>
            </w:r>
          </w:p>
        </w:tc>
        <w:tc>
          <w:tcPr>
            <w:tcW w:w="1234" w:type="dxa"/>
          </w:tcPr>
          <w:p w14:paraId="0A3C4C8F" w14:textId="77777777" w:rsidR="00644739" w:rsidRPr="002E0663" w:rsidRDefault="002E0663">
            <w:r w:rsidRPr="002E0663">
              <w:t>0.0040</w:t>
            </w:r>
          </w:p>
        </w:tc>
      </w:tr>
      <w:tr w:rsidR="002E0663" w:rsidRPr="002E0663" w14:paraId="28451A91" w14:textId="77777777" w:rsidTr="005A2E8E">
        <w:tc>
          <w:tcPr>
            <w:tcW w:w="1234" w:type="dxa"/>
          </w:tcPr>
          <w:p w14:paraId="48D150C9" w14:textId="77777777" w:rsidR="00644739" w:rsidRPr="002E0663" w:rsidRDefault="002E0663">
            <w:r w:rsidRPr="002E0663">
              <w:t>A2</w:t>
            </w:r>
          </w:p>
        </w:tc>
        <w:tc>
          <w:tcPr>
            <w:tcW w:w="1234" w:type="dxa"/>
          </w:tcPr>
          <w:p w14:paraId="211518E5" w14:textId="77777777" w:rsidR="00644739" w:rsidRPr="002E0663" w:rsidRDefault="002E0663">
            <w:r w:rsidRPr="002E0663">
              <w:t>2.0</w:t>
            </w:r>
          </w:p>
        </w:tc>
        <w:tc>
          <w:tcPr>
            <w:tcW w:w="1234" w:type="dxa"/>
          </w:tcPr>
          <w:p w14:paraId="4168D5EB" w14:textId="77777777" w:rsidR="00644739" w:rsidRPr="002E0663" w:rsidRDefault="002E0663">
            <w:r w:rsidRPr="002E0663">
              <w:t>2.5</w:t>
            </w:r>
          </w:p>
        </w:tc>
        <w:tc>
          <w:tcPr>
            <w:tcW w:w="1234" w:type="dxa"/>
          </w:tcPr>
          <w:p w14:paraId="6DE37235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49A1534A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4D05176C" w14:textId="77777777" w:rsidR="00644739" w:rsidRPr="002E0663" w:rsidRDefault="002E0663">
            <w:r w:rsidRPr="002E0663">
              <w:t>18.25</w:t>
            </w:r>
          </w:p>
        </w:tc>
        <w:tc>
          <w:tcPr>
            <w:tcW w:w="1234" w:type="dxa"/>
          </w:tcPr>
          <w:p w14:paraId="57606665" w14:textId="77777777" w:rsidR="00644739" w:rsidRPr="002E0663" w:rsidRDefault="002E0663">
            <w:r w:rsidRPr="002E0663">
              <w:t>0.0080</w:t>
            </w:r>
          </w:p>
        </w:tc>
      </w:tr>
      <w:tr w:rsidR="002E0663" w:rsidRPr="002E0663" w14:paraId="49AF7FAC" w14:textId="77777777" w:rsidTr="005A2E8E">
        <w:tc>
          <w:tcPr>
            <w:tcW w:w="1234" w:type="dxa"/>
          </w:tcPr>
          <w:p w14:paraId="7E18F966" w14:textId="77777777" w:rsidR="00644739" w:rsidRPr="002E0663" w:rsidRDefault="002E0663">
            <w:r w:rsidRPr="002E0663">
              <w:t>A3</w:t>
            </w:r>
          </w:p>
        </w:tc>
        <w:tc>
          <w:tcPr>
            <w:tcW w:w="1234" w:type="dxa"/>
          </w:tcPr>
          <w:p w14:paraId="1F24BE42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5FA3BBB9" w14:textId="77777777" w:rsidR="00644739" w:rsidRPr="002E0663" w:rsidRDefault="002E0663">
            <w:r w:rsidRPr="002E0663">
              <w:t>2.5</w:t>
            </w:r>
          </w:p>
        </w:tc>
        <w:tc>
          <w:tcPr>
            <w:tcW w:w="1234" w:type="dxa"/>
          </w:tcPr>
          <w:p w14:paraId="27658891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7D34ECC7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726C80C8" w14:textId="77777777" w:rsidR="00644739" w:rsidRPr="002E0663" w:rsidRDefault="002E0663">
            <w:r w:rsidRPr="002E0663">
              <w:t>17.25</w:t>
            </w:r>
          </w:p>
        </w:tc>
        <w:tc>
          <w:tcPr>
            <w:tcW w:w="1234" w:type="dxa"/>
          </w:tcPr>
          <w:p w14:paraId="4795677A" w14:textId="77777777" w:rsidR="00644739" w:rsidRPr="002E0663" w:rsidRDefault="002E0663">
            <w:r w:rsidRPr="002E0663">
              <w:t>0.0120</w:t>
            </w:r>
          </w:p>
        </w:tc>
      </w:tr>
      <w:tr w:rsidR="002E0663" w:rsidRPr="002E0663" w14:paraId="15E2D296" w14:textId="77777777" w:rsidTr="005A2E8E">
        <w:tc>
          <w:tcPr>
            <w:tcW w:w="1234" w:type="dxa"/>
          </w:tcPr>
          <w:p w14:paraId="6CC1C6D8" w14:textId="77777777" w:rsidR="00644739" w:rsidRPr="002E0663" w:rsidRDefault="002E0663">
            <w:r w:rsidRPr="002E0663">
              <w:t>A4</w:t>
            </w:r>
          </w:p>
        </w:tc>
        <w:tc>
          <w:tcPr>
            <w:tcW w:w="1234" w:type="dxa"/>
          </w:tcPr>
          <w:p w14:paraId="60F632BF" w14:textId="77777777" w:rsidR="00644739" w:rsidRPr="002E0663" w:rsidRDefault="002E0663">
            <w:r w:rsidRPr="002E0663">
              <w:t>4.0</w:t>
            </w:r>
          </w:p>
        </w:tc>
        <w:tc>
          <w:tcPr>
            <w:tcW w:w="1234" w:type="dxa"/>
          </w:tcPr>
          <w:p w14:paraId="6005A0FA" w14:textId="77777777" w:rsidR="00644739" w:rsidRPr="002E0663" w:rsidRDefault="002E0663">
            <w:r w:rsidRPr="002E0663">
              <w:t>2.5</w:t>
            </w:r>
          </w:p>
        </w:tc>
        <w:tc>
          <w:tcPr>
            <w:tcW w:w="1234" w:type="dxa"/>
          </w:tcPr>
          <w:p w14:paraId="52FD7D9F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61C91EB1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7BAB55A6" w14:textId="77777777" w:rsidR="00644739" w:rsidRPr="002E0663" w:rsidRDefault="002E0663">
            <w:r w:rsidRPr="002E0663">
              <w:t>16.25</w:t>
            </w:r>
          </w:p>
        </w:tc>
        <w:tc>
          <w:tcPr>
            <w:tcW w:w="1234" w:type="dxa"/>
          </w:tcPr>
          <w:p w14:paraId="7701A9FA" w14:textId="77777777" w:rsidR="00644739" w:rsidRPr="002E0663" w:rsidRDefault="002E0663">
            <w:r w:rsidRPr="002E0663">
              <w:t>0.0160</w:t>
            </w:r>
          </w:p>
        </w:tc>
      </w:tr>
    </w:tbl>
    <w:p w14:paraId="22B0FF57" w14:textId="77777777" w:rsidR="005A2E8E" w:rsidRPr="002E0663" w:rsidRDefault="005A2E8E"/>
    <w:p w14:paraId="39B57439" w14:textId="17E40C1A" w:rsidR="00644739" w:rsidRPr="002E0663" w:rsidRDefault="002E0663">
      <w:pPr>
        <w:rPr>
          <w:b/>
          <w:bCs/>
        </w:rPr>
      </w:pPr>
      <w:r w:rsidRPr="002E0663">
        <w:rPr>
          <w:b/>
          <w:bCs/>
        </w:rPr>
        <w:t>Series 2 — Order in [I⁻]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1233"/>
        <w:gridCol w:w="1233"/>
        <w:gridCol w:w="1233"/>
        <w:gridCol w:w="1233"/>
        <w:gridCol w:w="1233"/>
        <w:gridCol w:w="1233"/>
      </w:tblGrid>
      <w:tr w:rsidR="002E0663" w:rsidRPr="002E0663" w14:paraId="4E3C0433" w14:textId="77777777" w:rsidTr="005A2E8E">
        <w:tc>
          <w:tcPr>
            <w:tcW w:w="1234" w:type="dxa"/>
          </w:tcPr>
          <w:p w14:paraId="01387D3C" w14:textId="77777777" w:rsidR="00644739" w:rsidRPr="002E0663" w:rsidRDefault="002E0663">
            <w:r w:rsidRPr="002E0663">
              <w:t>Trial</w:t>
            </w:r>
          </w:p>
        </w:tc>
        <w:tc>
          <w:tcPr>
            <w:tcW w:w="1234" w:type="dxa"/>
          </w:tcPr>
          <w:p w14:paraId="6F29280F" w14:textId="77777777" w:rsidR="00644739" w:rsidRPr="002E0663" w:rsidRDefault="002E0663">
            <w:r w:rsidRPr="002E0663">
              <w:t>KI 0.20 M (mL)</w:t>
            </w:r>
          </w:p>
        </w:tc>
        <w:tc>
          <w:tcPr>
            <w:tcW w:w="1234" w:type="dxa"/>
          </w:tcPr>
          <w:p w14:paraId="18F2A94F" w14:textId="77777777" w:rsidR="00644739" w:rsidRPr="002E0663" w:rsidRDefault="002E0663">
            <w:r w:rsidRPr="002E0663">
              <w:t>H₂O₂ 0.10 M (mL)</w:t>
            </w:r>
          </w:p>
        </w:tc>
        <w:tc>
          <w:tcPr>
            <w:tcW w:w="1234" w:type="dxa"/>
          </w:tcPr>
          <w:p w14:paraId="30560342" w14:textId="77777777" w:rsidR="00644739" w:rsidRPr="002E0663" w:rsidRDefault="002E0663">
            <w:r w:rsidRPr="002E0663">
              <w:t>Vit C 0.010 M (mL)</w:t>
            </w:r>
          </w:p>
        </w:tc>
        <w:tc>
          <w:tcPr>
            <w:tcW w:w="1234" w:type="dxa"/>
          </w:tcPr>
          <w:p w14:paraId="6EC7C05C" w14:textId="77777777" w:rsidR="00644739" w:rsidRPr="002E0663" w:rsidRDefault="002E0663">
            <w:r w:rsidRPr="002E0663">
              <w:t>Starch 1% (mL)</w:t>
            </w:r>
          </w:p>
        </w:tc>
        <w:tc>
          <w:tcPr>
            <w:tcW w:w="1234" w:type="dxa"/>
          </w:tcPr>
          <w:p w14:paraId="002B6AE8" w14:textId="77777777" w:rsidR="00644739" w:rsidRPr="002E0663" w:rsidRDefault="002E0663">
            <w:r w:rsidRPr="002E0663">
              <w:t>Water (mL)</w:t>
            </w:r>
          </w:p>
        </w:tc>
        <w:tc>
          <w:tcPr>
            <w:tcW w:w="1234" w:type="dxa"/>
          </w:tcPr>
          <w:p w14:paraId="1CB105E6" w14:textId="77777777" w:rsidR="00644739" w:rsidRPr="002E0663" w:rsidRDefault="002E0663">
            <w:r w:rsidRPr="002E0663">
              <w:t>[I⁻]₀ (M)</w:t>
            </w:r>
          </w:p>
        </w:tc>
      </w:tr>
      <w:tr w:rsidR="002E0663" w:rsidRPr="002E0663" w14:paraId="3EBC39B7" w14:textId="77777777" w:rsidTr="005A2E8E">
        <w:tc>
          <w:tcPr>
            <w:tcW w:w="1234" w:type="dxa"/>
          </w:tcPr>
          <w:p w14:paraId="6FFBAF74" w14:textId="77777777" w:rsidR="00644739" w:rsidRPr="002E0663" w:rsidRDefault="002E0663">
            <w:r w:rsidRPr="002E0663">
              <w:t>B1</w:t>
            </w:r>
          </w:p>
        </w:tc>
        <w:tc>
          <w:tcPr>
            <w:tcW w:w="1234" w:type="dxa"/>
          </w:tcPr>
          <w:p w14:paraId="2586F1E6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44FAC8AA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63F0FFDE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2F94C6E2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799EA0C4" w14:textId="77777777" w:rsidR="00644739" w:rsidRPr="002E0663" w:rsidRDefault="002E0663">
            <w:r w:rsidRPr="002E0663">
              <w:t>18.75</w:t>
            </w:r>
          </w:p>
        </w:tc>
        <w:tc>
          <w:tcPr>
            <w:tcW w:w="1234" w:type="dxa"/>
          </w:tcPr>
          <w:p w14:paraId="558A8925" w14:textId="77777777" w:rsidR="00644739" w:rsidRPr="002E0663" w:rsidRDefault="002E0663">
            <w:r w:rsidRPr="002E0663">
              <w:t>0.0080</w:t>
            </w:r>
          </w:p>
        </w:tc>
      </w:tr>
      <w:tr w:rsidR="002E0663" w:rsidRPr="002E0663" w14:paraId="2F235643" w14:textId="77777777" w:rsidTr="005A2E8E">
        <w:tc>
          <w:tcPr>
            <w:tcW w:w="1234" w:type="dxa"/>
          </w:tcPr>
          <w:p w14:paraId="55FF0330" w14:textId="77777777" w:rsidR="00644739" w:rsidRPr="002E0663" w:rsidRDefault="002E0663">
            <w:r w:rsidRPr="002E0663">
              <w:t>B2</w:t>
            </w:r>
          </w:p>
        </w:tc>
        <w:tc>
          <w:tcPr>
            <w:tcW w:w="1234" w:type="dxa"/>
          </w:tcPr>
          <w:p w14:paraId="332A1CE2" w14:textId="77777777" w:rsidR="00644739" w:rsidRPr="002E0663" w:rsidRDefault="002E0663">
            <w:r w:rsidRPr="002E0663">
              <w:t>2.0</w:t>
            </w:r>
          </w:p>
        </w:tc>
        <w:tc>
          <w:tcPr>
            <w:tcW w:w="1234" w:type="dxa"/>
          </w:tcPr>
          <w:p w14:paraId="71A2D8C6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0F63197F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67D5D076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10AB28F8" w14:textId="77777777" w:rsidR="00644739" w:rsidRPr="002E0663" w:rsidRDefault="002E0663">
            <w:r w:rsidRPr="002E0663">
              <w:t>17.75</w:t>
            </w:r>
          </w:p>
        </w:tc>
        <w:tc>
          <w:tcPr>
            <w:tcW w:w="1234" w:type="dxa"/>
          </w:tcPr>
          <w:p w14:paraId="114F6D5D" w14:textId="77777777" w:rsidR="00644739" w:rsidRPr="002E0663" w:rsidRDefault="002E0663">
            <w:r w:rsidRPr="002E0663">
              <w:t>0.0160</w:t>
            </w:r>
          </w:p>
        </w:tc>
      </w:tr>
      <w:tr w:rsidR="002E0663" w:rsidRPr="002E0663" w14:paraId="6442AE7B" w14:textId="77777777" w:rsidTr="005A2E8E">
        <w:tc>
          <w:tcPr>
            <w:tcW w:w="1234" w:type="dxa"/>
          </w:tcPr>
          <w:p w14:paraId="79B11B22" w14:textId="77777777" w:rsidR="00644739" w:rsidRPr="002E0663" w:rsidRDefault="002E0663">
            <w:r w:rsidRPr="002E0663">
              <w:t>B3</w:t>
            </w:r>
          </w:p>
        </w:tc>
        <w:tc>
          <w:tcPr>
            <w:tcW w:w="1234" w:type="dxa"/>
          </w:tcPr>
          <w:p w14:paraId="1A6ADC8B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109B7746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373B6370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7C62A390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6F29D062" w14:textId="77777777" w:rsidR="00644739" w:rsidRPr="002E0663" w:rsidRDefault="002E0663">
            <w:r w:rsidRPr="002E0663">
              <w:t>16.75</w:t>
            </w:r>
          </w:p>
        </w:tc>
        <w:tc>
          <w:tcPr>
            <w:tcW w:w="1234" w:type="dxa"/>
          </w:tcPr>
          <w:p w14:paraId="322C3038" w14:textId="77777777" w:rsidR="00644739" w:rsidRPr="002E0663" w:rsidRDefault="002E0663">
            <w:r w:rsidRPr="002E0663">
              <w:t>0.0240</w:t>
            </w:r>
          </w:p>
        </w:tc>
      </w:tr>
      <w:tr w:rsidR="002E0663" w:rsidRPr="002E0663" w14:paraId="2822D215" w14:textId="77777777" w:rsidTr="005A2E8E">
        <w:tc>
          <w:tcPr>
            <w:tcW w:w="1234" w:type="dxa"/>
          </w:tcPr>
          <w:p w14:paraId="6D2C923A" w14:textId="77777777" w:rsidR="00644739" w:rsidRPr="002E0663" w:rsidRDefault="002E0663">
            <w:r w:rsidRPr="002E0663">
              <w:t>B4</w:t>
            </w:r>
          </w:p>
        </w:tc>
        <w:tc>
          <w:tcPr>
            <w:tcW w:w="1234" w:type="dxa"/>
          </w:tcPr>
          <w:p w14:paraId="61F2AA56" w14:textId="77777777" w:rsidR="00644739" w:rsidRPr="002E0663" w:rsidRDefault="002E0663">
            <w:r w:rsidRPr="002E0663">
              <w:t>4.0</w:t>
            </w:r>
          </w:p>
        </w:tc>
        <w:tc>
          <w:tcPr>
            <w:tcW w:w="1234" w:type="dxa"/>
          </w:tcPr>
          <w:p w14:paraId="357D9B68" w14:textId="77777777" w:rsidR="00644739" w:rsidRPr="002E0663" w:rsidRDefault="002E0663">
            <w:r w:rsidRPr="002E0663">
              <w:t>3.0</w:t>
            </w:r>
          </w:p>
        </w:tc>
        <w:tc>
          <w:tcPr>
            <w:tcW w:w="1234" w:type="dxa"/>
          </w:tcPr>
          <w:p w14:paraId="2EBFA96B" w14:textId="77777777" w:rsidR="00644739" w:rsidRPr="002E0663" w:rsidRDefault="002E0663">
            <w:r w:rsidRPr="002E0663">
              <w:t>1.25</w:t>
            </w:r>
          </w:p>
        </w:tc>
        <w:tc>
          <w:tcPr>
            <w:tcW w:w="1234" w:type="dxa"/>
          </w:tcPr>
          <w:p w14:paraId="09D33009" w14:textId="77777777" w:rsidR="00644739" w:rsidRPr="002E0663" w:rsidRDefault="002E0663">
            <w:r w:rsidRPr="002E0663">
              <w:t>1.0</w:t>
            </w:r>
          </w:p>
        </w:tc>
        <w:tc>
          <w:tcPr>
            <w:tcW w:w="1234" w:type="dxa"/>
          </w:tcPr>
          <w:p w14:paraId="05E68BA9" w14:textId="77777777" w:rsidR="00644739" w:rsidRPr="002E0663" w:rsidRDefault="002E0663">
            <w:r w:rsidRPr="002E0663">
              <w:t>15.75</w:t>
            </w:r>
          </w:p>
        </w:tc>
        <w:tc>
          <w:tcPr>
            <w:tcW w:w="1234" w:type="dxa"/>
          </w:tcPr>
          <w:p w14:paraId="78888352" w14:textId="77777777" w:rsidR="00644739" w:rsidRPr="002E0663" w:rsidRDefault="002E0663">
            <w:r w:rsidRPr="002E0663">
              <w:t>0.0320</w:t>
            </w:r>
          </w:p>
        </w:tc>
      </w:tr>
    </w:tbl>
    <w:p w14:paraId="5AE23BAE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6. Data Table</w:t>
      </w:r>
    </w:p>
    <w:p w14:paraId="34186A10" w14:textId="77777777" w:rsidR="00644739" w:rsidRPr="002E0663" w:rsidRDefault="002E0663">
      <w:r w:rsidRPr="002E0663">
        <w:t>Record your times and calculate 1/t and logarithms for plotting.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437"/>
        <w:gridCol w:w="1427"/>
        <w:gridCol w:w="1426"/>
        <w:gridCol w:w="1483"/>
        <w:gridCol w:w="1431"/>
      </w:tblGrid>
      <w:tr w:rsidR="002E0663" w:rsidRPr="002E0663" w14:paraId="144B0E18" w14:textId="77777777" w:rsidTr="005A2E8E">
        <w:tc>
          <w:tcPr>
            <w:tcW w:w="1440" w:type="dxa"/>
          </w:tcPr>
          <w:p w14:paraId="27A9B836" w14:textId="77777777" w:rsidR="00644739" w:rsidRPr="002E0663" w:rsidRDefault="002E0663">
            <w:r w:rsidRPr="002E0663">
              <w:t>Trial</w:t>
            </w:r>
          </w:p>
        </w:tc>
        <w:tc>
          <w:tcPr>
            <w:tcW w:w="1440" w:type="dxa"/>
          </w:tcPr>
          <w:p w14:paraId="350CC5A3" w14:textId="77777777" w:rsidR="00644739" w:rsidRPr="002E0663" w:rsidRDefault="002E0663">
            <w:r w:rsidRPr="002E0663">
              <w:t>[Reactant]₀ (M)</w:t>
            </w:r>
          </w:p>
        </w:tc>
        <w:tc>
          <w:tcPr>
            <w:tcW w:w="1440" w:type="dxa"/>
          </w:tcPr>
          <w:p w14:paraId="4606C5C5" w14:textId="77777777" w:rsidR="00644739" w:rsidRPr="002E0663" w:rsidRDefault="002E0663">
            <w:r w:rsidRPr="002E0663">
              <w:t>Clock Time t (s)</w:t>
            </w:r>
          </w:p>
        </w:tc>
        <w:tc>
          <w:tcPr>
            <w:tcW w:w="1440" w:type="dxa"/>
          </w:tcPr>
          <w:p w14:paraId="0CDE0251" w14:textId="77777777" w:rsidR="00644739" w:rsidRPr="002E0663" w:rsidRDefault="002E0663">
            <w:r w:rsidRPr="002E0663">
              <w:t>1/t (s⁻¹)</w:t>
            </w:r>
          </w:p>
        </w:tc>
        <w:tc>
          <w:tcPr>
            <w:tcW w:w="1440" w:type="dxa"/>
          </w:tcPr>
          <w:p w14:paraId="3C0B988B" w14:textId="77777777" w:rsidR="00644739" w:rsidRPr="002E0663" w:rsidRDefault="002E0663">
            <w:r w:rsidRPr="002E0663">
              <w:t>log[Reactant]</w:t>
            </w:r>
          </w:p>
        </w:tc>
        <w:tc>
          <w:tcPr>
            <w:tcW w:w="1440" w:type="dxa"/>
          </w:tcPr>
          <w:p w14:paraId="23E7F267" w14:textId="77777777" w:rsidR="00644739" w:rsidRPr="002E0663" w:rsidRDefault="002E0663">
            <w:r w:rsidRPr="002E0663">
              <w:t>log(1/t)</w:t>
            </w:r>
          </w:p>
        </w:tc>
      </w:tr>
      <w:tr w:rsidR="002E0663" w:rsidRPr="002E0663" w14:paraId="6BD41FD9" w14:textId="77777777" w:rsidTr="005A2E8E">
        <w:tc>
          <w:tcPr>
            <w:tcW w:w="1440" w:type="dxa"/>
          </w:tcPr>
          <w:p w14:paraId="1E687CCC" w14:textId="77777777" w:rsidR="00644739" w:rsidRPr="002E0663" w:rsidRDefault="00644739"/>
        </w:tc>
        <w:tc>
          <w:tcPr>
            <w:tcW w:w="1440" w:type="dxa"/>
          </w:tcPr>
          <w:p w14:paraId="29885BED" w14:textId="77777777" w:rsidR="00644739" w:rsidRPr="002E0663" w:rsidRDefault="00644739"/>
        </w:tc>
        <w:tc>
          <w:tcPr>
            <w:tcW w:w="1440" w:type="dxa"/>
          </w:tcPr>
          <w:p w14:paraId="6F3B6751" w14:textId="77777777" w:rsidR="00644739" w:rsidRPr="002E0663" w:rsidRDefault="00644739"/>
        </w:tc>
        <w:tc>
          <w:tcPr>
            <w:tcW w:w="1440" w:type="dxa"/>
          </w:tcPr>
          <w:p w14:paraId="54F76E8F" w14:textId="77777777" w:rsidR="00644739" w:rsidRPr="002E0663" w:rsidRDefault="00644739"/>
        </w:tc>
        <w:tc>
          <w:tcPr>
            <w:tcW w:w="1440" w:type="dxa"/>
          </w:tcPr>
          <w:p w14:paraId="33593F96" w14:textId="77777777" w:rsidR="00644739" w:rsidRPr="002E0663" w:rsidRDefault="00644739"/>
        </w:tc>
        <w:tc>
          <w:tcPr>
            <w:tcW w:w="1440" w:type="dxa"/>
          </w:tcPr>
          <w:p w14:paraId="01E93CF4" w14:textId="77777777" w:rsidR="00644739" w:rsidRPr="002E0663" w:rsidRDefault="00644739"/>
        </w:tc>
      </w:tr>
    </w:tbl>
    <w:p w14:paraId="43D6C56A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7. Calculations</w:t>
      </w:r>
    </w:p>
    <w:p w14:paraId="21604E8C" w14:textId="77777777" w:rsidR="00644739" w:rsidRPr="002E0663" w:rsidRDefault="002E0663">
      <w:r w:rsidRPr="002E0663">
        <w:t>1. Compute 1/t for each trial.</w:t>
      </w:r>
      <w:r w:rsidRPr="002E0663">
        <w:br/>
      </w:r>
      <w:r w:rsidRPr="002E0663">
        <w:rPr>
          <w:lang w:val="fr-FR"/>
        </w:rPr>
        <w:t>2. Plot log(1/t) vs log([</w:t>
      </w:r>
      <w:proofErr w:type="spellStart"/>
      <w:r w:rsidRPr="002E0663">
        <w:rPr>
          <w:lang w:val="fr-FR"/>
        </w:rPr>
        <w:t>reactant</w:t>
      </w:r>
      <w:proofErr w:type="spellEnd"/>
      <w:r w:rsidRPr="002E0663">
        <w:rPr>
          <w:lang w:val="fr-FR"/>
        </w:rPr>
        <w:t>]₀).</w:t>
      </w:r>
      <w:r w:rsidRPr="002E0663">
        <w:rPr>
          <w:lang w:val="fr-FR"/>
        </w:rPr>
        <w:br/>
      </w:r>
      <w:r w:rsidRPr="002E0663">
        <w:t>3. The slope gives the reaction order.</w:t>
      </w:r>
      <w:r w:rsidRPr="002E0663">
        <w:br/>
        <w:t>4. Combine results to find the rate law: r = k [H₂O₂]^m [I⁻]^n</w:t>
      </w:r>
    </w:p>
    <w:p w14:paraId="06B21EF0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t>8. Safety &amp; Waste</w:t>
      </w:r>
    </w:p>
    <w:p w14:paraId="7A599B00" w14:textId="77777777" w:rsidR="00644739" w:rsidRPr="002E0663" w:rsidRDefault="002E0663">
      <w:r w:rsidRPr="002E0663">
        <w:t>• Wear goggles and gloves.</w:t>
      </w:r>
      <w:r w:rsidRPr="002E0663">
        <w:br/>
        <w:t>• H₂O₂ is an oxidiser; avoid contact.</w:t>
      </w:r>
      <w:r w:rsidRPr="002E0663">
        <w:br/>
        <w:t>• Iodine stains skin and fabric.</w:t>
      </w:r>
      <w:r w:rsidRPr="002E0663">
        <w:br/>
        <w:t>• Dispose to drain with plenty of water unless instructed otherwise.</w:t>
      </w:r>
    </w:p>
    <w:p w14:paraId="5A9C4995" w14:textId="77777777" w:rsidR="00644739" w:rsidRPr="002E0663" w:rsidRDefault="002E0663">
      <w:pPr>
        <w:pStyle w:val="Heading3"/>
        <w:rPr>
          <w:color w:val="auto"/>
        </w:rPr>
      </w:pPr>
      <w:r w:rsidRPr="002E0663">
        <w:rPr>
          <w:color w:val="auto"/>
        </w:rPr>
        <w:lastRenderedPageBreak/>
        <w:t>9. Discussion Questions</w:t>
      </w:r>
    </w:p>
    <w:p w14:paraId="38BFB943" w14:textId="77777777" w:rsidR="00644739" w:rsidRDefault="002E0663">
      <w:r w:rsidRPr="002E0663">
        <w:t>1. What are the observed orders m and n?</w:t>
      </w:r>
      <w:r w:rsidRPr="002E0663">
        <w:br/>
        <w:t>2. Write the experimental rate law.</w:t>
      </w:r>
      <w:r w:rsidRPr="002E0663">
        <w:br/>
        <w:t>3. How would temperature affect the rate?</w:t>
      </w:r>
      <w:r w:rsidRPr="002E0663">
        <w:br/>
        <w:t>4. Why is vitamin C required?</w:t>
      </w:r>
      <w:r w:rsidRPr="002E0663">
        <w:br/>
        <w:t>5. Suggest two potential sources of error</w:t>
      </w:r>
      <w:r>
        <w:t>.</w:t>
      </w:r>
      <w:bookmarkEnd w:id="0"/>
    </w:p>
    <w:sectPr w:rsidR="0064473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59B70" w14:textId="77777777" w:rsidR="00605BB3" w:rsidRDefault="00605BB3" w:rsidP="00605BB3">
      <w:pPr>
        <w:spacing w:after="0" w:line="240" w:lineRule="auto"/>
      </w:pPr>
      <w:r>
        <w:separator/>
      </w:r>
    </w:p>
  </w:endnote>
  <w:endnote w:type="continuationSeparator" w:id="0">
    <w:p w14:paraId="6791D151" w14:textId="77777777" w:rsidR="00605BB3" w:rsidRDefault="00605BB3" w:rsidP="0060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C27D9" w14:textId="77777777" w:rsidR="00605BB3" w:rsidRDefault="00605BB3" w:rsidP="00605BB3">
      <w:pPr>
        <w:spacing w:after="0" w:line="240" w:lineRule="auto"/>
      </w:pPr>
      <w:r>
        <w:separator/>
      </w:r>
    </w:p>
  </w:footnote>
  <w:footnote w:type="continuationSeparator" w:id="0">
    <w:p w14:paraId="100B61C6" w14:textId="77777777" w:rsidR="00605BB3" w:rsidRDefault="00605BB3" w:rsidP="00605B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E0663"/>
    <w:rsid w:val="002E4016"/>
    <w:rsid w:val="00326F90"/>
    <w:rsid w:val="005A2E8E"/>
    <w:rsid w:val="00605BB3"/>
    <w:rsid w:val="0064473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9BE868"/>
  <w14:defaultImageDpi w14:val="300"/>
  <w15:docId w15:val="{25BB221B-7117-400E-A5AA-2079A1EE0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279</Words>
  <Characters>2280</Characters>
  <Application>Microsoft Office Word</Application>
  <DocSecurity>0</DocSecurity>
  <Lines>50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e.kazimierska@uwtsd.ac.uk</dc:creator>
  <cp:keywords/>
  <dc:description>generated by python-docx</dc:description>
  <cp:lastModifiedBy>Ewa Kazimierska</cp:lastModifiedBy>
  <cp:revision>2</cp:revision>
  <dcterms:created xsi:type="dcterms:W3CDTF">2025-10-16T20:17:00Z</dcterms:created>
  <dcterms:modified xsi:type="dcterms:W3CDTF">2025-10-16T20:17:00Z</dcterms:modified>
  <cp:category/>
</cp:coreProperties>
</file>