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P="35209751" w14:paraId="113AEE67" wp14:textId="422C63F9">
      <w:pPr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32"/>
          <w:szCs w:val="32"/>
        </w:rPr>
      </w:pPr>
      <w:r w:rsidRPr="35209751" w:rsidR="72953E24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32"/>
          <w:szCs w:val="32"/>
        </w:rPr>
        <w:t>HPHP5905 Independent Project Proposal Form</w:t>
      </w:r>
    </w:p>
    <w:p xmlns:wp14="http://schemas.microsoft.com/office/word/2010/wordml" w14:paraId="672A665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xmlns:wp14="http://schemas.microsoft.com/office/word/2010/wordml" w:rsidTr="35209751" w14:paraId="3D0973B8" wp14:textId="77777777">
        <w:tc>
          <w:tcPr>
            <w:tcW w:w="4320" w:type="dxa"/>
            <w:tcMar/>
          </w:tcPr>
          <w:p w:rsidP="35209751" w14:paraId="34BEFA15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</w:pP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>Student Name</w:t>
            </w:r>
          </w:p>
        </w:tc>
        <w:tc>
          <w:tcPr>
            <w:tcW w:w="4320" w:type="dxa"/>
            <w:tcMar/>
          </w:tcPr>
          <w:p w14:paraId="0A37501D" wp14:textId="77777777">
            <w:r>
              <w:br/>
            </w:r>
            <w:r>
              <w:br/>
            </w:r>
          </w:p>
        </w:tc>
      </w:tr>
      <w:tr xmlns:wp14="http://schemas.microsoft.com/office/word/2010/wordml" w:rsidTr="35209751" w14:paraId="70E6B497" wp14:textId="77777777">
        <w:tc>
          <w:tcPr>
            <w:tcW w:w="4320" w:type="dxa"/>
            <w:tcMar/>
          </w:tcPr>
          <w:p w:rsidP="35209751" w14:paraId="4EAB263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</w:pP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>Student Number</w:t>
            </w:r>
          </w:p>
        </w:tc>
        <w:tc>
          <w:tcPr>
            <w:tcW w:w="4320" w:type="dxa"/>
            <w:tcMar/>
          </w:tcPr>
          <w:p w14:paraId="5DAB6C7B" wp14:textId="77777777">
            <w:r>
              <w:br/>
            </w:r>
            <w:r>
              <w:br/>
            </w:r>
          </w:p>
        </w:tc>
      </w:tr>
      <w:tr xmlns:wp14="http://schemas.microsoft.com/office/word/2010/wordml" w:rsidTr="35209751" w14:paraId="7F228385" wp14:textId="77777777">
        <w:tc>
          <w:tcPr>
            <w:tcW w:w="4320" w:type="dxa"/>
            <w:tcMar/>
          </w:tcPr>
          <w:p w:rsidP="35209751" w14:paraId="6318CB00" wp14:textId="0073EAD3">
            <w:pPr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</w:pP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 xml:space="preserve">Student Degree </w:t>
            </w: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>Programme</w:t>
            </w: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 xml:space="preserve"> (</w:t>
            </w: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>e.g.</w:t>
            </w: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 xml:space="preserve"> Liberal Arts, Bible and Theology, Conflict, War and Society...)</w:t>
            </w:r>
          </w:p>
        </w:tc>
        <w:tc>
          <w:tcPr>
            <w:tcW w:w="4320" w:type="dxa"/>
            <w:tcMar/>
          </w:tcPr>
          <w:p w14:paraId="02EB378F" wp14:textId="77777777">
            <w:r>
              <w:br/>
            </w:r>
            <w:r>
              <w:br/>
            </w:r>
          </w:p>
        </w:tc>
      </w:tr>
      <w:tr xmlns:wp14="http://schemas.microsoft.com/office/word/2010/wordml" w:rsidTr="35209751" w14:paraId="1E2E93CD" wp14:textId="77777777">
        <w:tc>
          <w:tcPr>
            <w:tcW w:w="4320" w:type="dxa"/>
            <w:tcMar/>
          </w:tcPr>
          <w:p w:rsidP="35209751" w14:paraId="1BB7B77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</w:pPr>
            <w:r w:rsidRPr="35209751" w:rsidR="3520975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</w:rPr>
              <w:t>Proposed Title</w:t>
            </w:r>
          </w:p>
        </w:tc>
        <w:tc>
          <w:tcPr>
            <w:tcW w:w="4320" w:type="dxa"/>
            <w:tcMar/>
          </w:tcPr>
          <w:p w14:paraId="6A05A809" wp14:textId="77777777">
            <w:r>
              <w:br/>
            </w:r>
            <w:r>
              <w:br/>
            </w:r>
          </w:p>
        </w:tc>
      </w:tr>
    </w:tbl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ED392FA"/>
    <w:rsid w:val="35209751"/>
    <w:rsid w:val="7295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8E1307DD-0CD5-4879-8A76-0DCFA86406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 Keyse</dc:creator>
  <keywords/>
  <dc:description>generated by python-docx</dc:description>
  <lastModifiedBy>Rhian Keyse</lastModifiedBy>
  <revision>2</revision>
  <dcterms:created xsi:type="dcterms:W3CDTF">2026-10-01T14:18:21.3293438Z</dcterms:created>
  <dcterms:modified xsi:type="dcterms:W3CDTF">2026-10-01T14:19:30.1970576Z</dcterms:modified>
  <category/>
</coreProperties>
</file>