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3ECED" w14:textId="77777777" w:rsidR="006F431A" w:rsidRDefault="00A627F2">
      <w:pPr>
        <w:jc w:val="center"/>
      </w:pPr>
      <w:r>
        <w:rPr>
          <w:b/>
          <w:color w:val="183358"/>
          <w:sz w:val="34"/>
        </w:rPr>
        <w:t>STUDENT PRESENTATION TIMETABLE</w:t>
      </w:r>
    </w:p>
    <w:p w14:paraId="7C450328" w14:textId="77777777" w:rsidR="006F431A" w:rsidRDefault="00A627F2">
      <w:pPr>
        <w:jc w:val="center"/>
      </w:pPr>
      <w:r>
        <w:t>Presentation sessions | 9:15 am–1:15 pm</w:t>
      </w:r>
    </w:p>
    <w:p w14:paraId="7E97052C" w14:textId="77777777" w:rsidR="006F431A" w:rsidRDefault="00A627F2">
      <w:r>
        <w:rPr>
          <w:b/>
        </w:rPr>
        <w:t xml:space="preserve">Important: </w:t>
      </w:r>
      <w:r>
        <w:t>You are required to attend only during your allocated one-hour presentation slot. Please arrive promptly at the start of your session. You do not need to attend the other groups’ sessions.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8"/>
        <w:gridCol w:w="5040"/>
      </w:tblGrid>
      <w:tr w:rsidR="006F431A" w14:paraId="15BDFF1E" w14:textId="77777777">
        <w:trPr>
          <w:jc w:val="center"/>
        </w:trPr>
        <w:tc>
          <w:tcPr>
            <w:tcW w:w="4968" w:type="dxa"/>
            <w:shd w:val="clear" w:color="auto" w:fill="17365D"/>
          </w:tcPr>
          <w:p w14:paraId="02AE5BB4" w14:textId="77777777" w:rsidR="006F431A" w:rsidRDefault="00A627F2">
            <w:r>
              <w:rPr>
                <w:b/>
                <w:color w:val="FFFFFF"/>
              </w:rPr>
              <w:t>GROUP 1  |  9:15–10:15 am</w:t>
            </w:r>
          </w:p>
        </w:tc>
        <w:tc>
          <w:tcPr>
            <w:tcW w:w="4968" w:type="dxa"/>
            <w:shd w:val="clear" w:color="auto" w:fill="17365D"/>
          </w:tcPr>
          <w:p w14:paraId="7600BF76" w14:textId="77777777" w:rsidR="006F431A" w:rsidRDefault="00A627F2">
            <w:r>
              <w:rPr>
                <w:b/>
                <w:color w:val="FFFFFF"/>
              </w:rPr>
              <w:t>6 students</w:t>
            </w:r>
          </w:p>
        </w:tc>
      </w:tr>
      <w:tr w:rsidR="006F431A" w14:paraId="6823C8F9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34F0E602" w14:textId="77777777" w:rsidR="006F431A" w:rsidRDefault="00A627F2">
            <w:r>
              <w:rPr>
                <w:sz w:val="19"/>
              </w:rPr>
              <w:t>1.  Khawaja Muhammad Waseem</w:t>
            </w:r>
          </w:p>
        </w:tc>
        <w:tc>
          <w:tcPr>
            <w:tcW w:w="5040" w:type="dxa"/>
            <w:shd w:val="clear" w:color="auto" w:fill="F1F5FA"/>
            <w:vAlign w:val="center"/>
          </w:tcPr>
          <w:p w14:paraId="18B4B8D7" w14:textId="77777777" w:rsidR="006F431A" w:rsidRDefault="00A627F2">
            <w:r>
              <w:rPr>
                <w:sz w:val="19"/>
              </w:rPr>
              <w:t>2.  MD Ismail Sheikh</w:t>
            </w:r>
          </w:p>
        </w:tc>
      </w:tr>
      <w:tr w:rsidR="006F431A" w14:paraId="6CF2041B" w14:textId="77777777">
        <w:trPr>
          <w:jc w:val="center"/>
        </w:trPr>
        <w:tc>
          <w:tcPr>
            <w:tcW w:w="4608" w:type="dxa"/>
            <w:vAlign w:val="center"/>
          </w:tcPr>
          <w:p w14:paraId="3FE1F37D" w14:textId="2A4C8BD5" w:rsidR="006F431A" w:rsidRDefault="00A627F2">
            <w:r>
              <w:rPr>
                <w:sz w:val="19"/>
              </w:rPr>
              <w:t>3</w:t>
            </w:r>
            <w:proofErr w:type="gramStart"/>
            <w:r>
              <w:rPr>
                <w:sz w:val="19"/>
              </w:rPr>
              <w:t>.  MD</w:t>
            </w:r>
            <w:proofErr w:type="gram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Saidur</w:t>
            </w:r>
            <w:proofErr w:type="spellEnd"/>
            <w:r>
              <w:rPr>
                <w:sz w:val="19"/>
              </w:rPr>
              <w:t xml:space="preserve"> Rah</w:t>
            </w:r>
            <w:r w:rsidR="00866CF4">
              <w:rPr>
                <w:sz w:val="19"/>
              </w:rPr>
              <w:t>a</w:t>
            </w:r>
            <w:r>
              <w:rPr>
                <w:sz w:val="19"/>
              </w:rPr>
              <w:t>man</w:t>
            </w:r>
          </w:p>
        </w:tc>
        <w:tc>
          <w:tcPr>
            <w:tcW w:w="5040" w:type="dxa"/>
            <w:vAlign w:val="center"/>
          </w:tcPr>
          <w:p w14:paraId="5A46E5FD" w14:textId="5AFA1095" w:rsidR="006F431A" w:rsidRDefault="00A627F2">
            <w:r>
              <w:rPr>
                <w:sz w:val="19"/>
              </w:rPr>
              <w:t xml:space="preserve">4.  </w:t>
            </w:r>
            <w:r w:rsidR="00AD2CFC" w:rsidRPr="0008578E">
              <w:rPr>
                <w:sz w:val="19"/>
              </w:rPr>
              <w:t>Nauman Aman</w:t>
            </w:r>
          </w:p>
        </w:tc>
      </w:tr>
      <w:tr w:rsidR="006F431A" w14:paraId="5C7C1CC9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1B9480EA" w14:textId="68BC929B" w:rsidR="006F431A" w:rsidRDefault="00A627F2">
            <w:r>
              <w:rPr>
                <w:sz w:val="19"/>
              </w:rPr>
              <w:t>5</w:t>
            </w:r>
            <w:proofErr w:type="gramStart"/>
            <w:r>
              <w:rPr>
                <w:sz w:val="19"/>
              </w:rPr>
              <w:t xml:space="preserve">.  </w:t>
            </w:r>
            <w:r w:rsidR="007D2D58">
              <w:rPr>
                <w:sz w:val="19"/>
              </w:rPr>
              <w:t>Mohamed</w:t>
            </w:r>
            <w:proofErr w:type="gramEnd"/>
            <w:r w:rsidR="007D2D58">
              <w:rPr>
                <w:sz w:val="19"/>
              </w:rPr>
              <w:t xml:space="preserve"> Hussain </w:t>
            </w:r>
            <w:proofErr w:type="spellStart"/>
            <w:r w:rsidR="007D2D58">
              <w:rPr>
                <w:sz w:val="19"/>
              </w:rPr>
              <w:t>Alramadan</w:t>
            </w:r>
            <w:proofErr w:type="spellEnd"/>
          </w:p>
        </w:tc>
        <w:tc>
          <w:tcPr>
            <w:tcW w:w="5040" w:type="dxa"/>
            <w:shd w:val="clear" w:color="auto" w:fill="F1F5FA"/>
            <w:vAlign w:val="center"/>
          </w:tcPr>
          <w:p w14:paraId="2B224349" w14:textId="62799E94" w:rsidR="006F431A" w:rsidRDefault="00A627F2">
            <w:r>
              <w:rPr>
                <w:sz w:val="19"/>
              </w:rPr>
              <w:t xml:space="preserve">6.  </w:t>
            </w:r>
            <w:r w:rsidR="00224558">
              <w:rPr>
                <w:sz w:val="19"/>
              </w:rPr>
              <w:t>Irfan Sabir</w:t>
            </w:r>
          </w:p>
        </w:tc>
      </w:tr>
      <w:tr w:rsidR="007D2D58" w14:paraId="67DB14E9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65CA2B50" w14:textId="59F36027" w:rsidR="007D2D58" w:rsidRDefault="007D2D58">
            <w:pPr>
              <w:rPr>
                <w:sz w:val="19"/>
              </w:rPr>
            </w:pPr>
          </w:p>
        </w:tc>
        <w:tc>
          <w:tcPr>
            <w:tcW w:w="5040" w:type="dxa"/>
            <w:shd w:val="clear" w:color="auto" w:fill="F1F5FA"/>
            <w:vAlign w:val="center"/>
          </w:tcPr>
          <w:p w14:paraId="17EC85F0" w14:textId="77777777" w:rsidR="007D2D58" w:rsidRDefault="007D2D58">
            <w:pPr>
              <w:rPr>
                <w:sz w:val="19"/>
              </w:rPr>
            </w:pPr>
          </w:p>
        </w:tc>
      </w:tr>
    </w:tbl>
    <w:p w14:paraId="20693FFC" w14:textId="77777777" w:rsidR="006F431A" w:rsidRDefault="006F431A">
      <w:pPr>
        <w:spacing w:after="0"/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8"/>
        <w:gridCol w:w="5040"/>
      </w:tblGrid>
      <w:tr w:rsidR="006F431A" w14:paraId="78443D4C" w14:textId="77777777">
        <w:trPr>
          <w:jc w:val="center"/>
        </w:trPr>
        <w:tc>
          <w:tcPr>
            <w:tcW w:w="4968" w:type="dxa"/>
            <w:shd w:val="clear" w:color="auto" w:fill="17365D"/>
          </w:tcPr>
          <w:p w14:paraId="00C86EC8" w14:textId="77777777" w:rsidR="006F431A" w:rsidRDefault="00A627F2">
            <w:r>
              <w:rPr>
                <w:b/>
                <w:color w:val="FFFFFF"/>
              </w:rPr>
              <w:t>GROUP 2  |  10:15–11:15 am</w:t>
            </w:r>
          </w:p>
        </w:tc>
        <w:tc>
          <w:tcPr>
            <w:tcW w:w="4968" w:type="dxa"/>
            <w:shd w:val="clear" w:color="auto" w:fill="17365D"/>
          </w:tcPr>
          <w:p w14:paraId="244EA608" w14:textId="77777777" w:rsidR="006F431A" w:rsidRDefault="00A627F2">
            <w:r>
              <w:rPr>
                <w:b/>
                <w:color w:val="FFFFFF"/>
              </w:rPr>
              <w:t>6 students</w:t>
            </w:r>
          </w:p>
        </w:tc>
      </w:tr>
      <w:tr w:rsidR="006F431A" w14:paraId="64EAE7BD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6CF08162" w14:textId="77777777" w:rsidR="006F431A" w:rsidRDefault="00A627F2">
            <w:r>
              <w:rPr>
                <w:sz w:val="19"/>
              </w:rPr>
              <w:t>1.  Ionut Gheorghe</w:t>
            </w:r>
          </w:p>
        </w:tc>
        <w:tc>
          <w:tcPr>
            <w:tcW w:w="5040" w:type="dxa"/>
            <w:shd w:val="clear" w:color="auto" w:fill="F1F5FA"/>
            <w:vAlign w:val="center"/>
          </w:tcPr>
          <w:p w14:paraId="61A07D11" w14:textId="17C56640" w:rsidR="006F431A" w:rsidRDefault="00A627F2">
            <w:r>
              <w:rPr>
                <w:sz w:val="19"/>
              </w:rPr>
              <w:t xml:space="preserve">2.  </w:t>
            </w:r>
            <w:r w:rsidR="007D2D58">
              <w:rPr>
                <w:sz w:val="19"/>
              </w:rPr>
              <w:t>Farah Naz</w:t>
            </w:r>
          </w:p>
        </w:tc>
      </w:tr>
      <w:tr w:rsidR="006F431A" w14:paraId="5129C997" w14:textId="77777777">
        <w:trPr>
          <w:jc w:val="center"/>
        </w:trPr>
        <w:tc>
          <w:tcPr>
            <w:tcW w:w="4608" w:type="dxa"/>
            <w:vAlign w:val="center"/>
          </w:tcPr>
          <w:p w14:paraId="22C93373" w14:textId="77777777" w:rsidR="006F431A" w:rsidRDefault="00A627F2">
            <w:r>
              <w:rPr>
                <w:sz w:val="19"/>
              </w:rPr>
              <w:t>3.  Nareshbhai Patel</w:t>
            </w:r>
          </w:p>
        </w:tc>
        <w:tc>
          <w:tcPr>
            <w:tcW w:w="5040" w:type="dxa"/>
            <w:vAlign w:val="center"/>
          </w:tcPr>
          <w:p w14:paraId="1BC78AF0" w14:textId="67F15F68" w:rsidR="006F431A" w:rsidRDefault="00A627F2">
            <w:r>
              <w:rPr>
                <w:sz w:val="19"/>
              </w:rPr>
              <w:t xml:space="preserve">4.  </w:t>
            </w:r>
            <w:r w:rsidR="00224558">
              <w:rPr>
                <w:sz w:val="19"/>
              </w:rPr>
              <w:t>Assif Hussain</w:t>
            </w:r>
          </w:p>
        </w:tc>
      </w:tr>
      <w:tr w:rsidR="006F431A" w14:paraId="34C8329C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4B278CBB" w14:textId="77777777" w:rsidR="006F431A" w:rsidRDefault="00A627F2">
            <w:r>
              <w:rPr>
                <w:sz w:val="19"/>
              </w:rPr>
              <w:t>5.  Jamil Muhammad Azam</w:t>
            </w:r>
          </w:p>
        </w:tc>
        <w:tc>
          <w:tcPr>
            <w:tcW w:w="5040" w:type="dxa"/>
            <w:shd w:val="clear" w:color="auto" w:fill="F1F5FA"/>
            <w:vAlign w:val="center"/>
          </w:tcPr>
          <w:p w14:paraId="474ECAD5" w14:textId="2744178C" w:rsidR="006F431A" w:rsidRDefault="00A627F2">
            <w:r>
              <w:rPr>
                <w:sz w:val="19"/>
              </w:rPr>
              <w:t xml:space="preserve">6.  </w:t>
            </w:r>
            <w:r w:rsidR="00AD2CFC">
              <w:rPr>
                <w:sz w:val="19"/>
              </w:rPr>
              <w:t>Amara Begum</w:t>
            </w:r>
          </w:p>
        </w:tc>
      </w:tr>
      <w:tr w:rsidR="006E6B43" w14:paraId="6D2D31CA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3A937B40" w14:textId="08C922AE" w:rsidR="006E6B43" w:rsidRPr="006E6B43" w:rsidRDefault="006E6B43">
            <w:pPr>
              <w:rPr>
                <w:b/>
                <w:bCs/>
                <w:sz w:val="19"/>
              </w:rPr>
            </w:pPr>
          </w:p>
        </w:tc>
        <w:tc>
          <w:tcPr>
            <w:tcW w:w="5040" w:type="dxa"/>
            <w:shd w:val="clear" w:color="auto" w:fill="F1F5FA"/>
            <w:vAlign w:val="center"/>
          </w:tcPr>
          <w:p w14:paraId="46EC2AA7" w14:textId="77777777" w:rsidR="006E6B43" w:rsidRDefault="006E6B43">
            <w:pPr>
              <w:rPr>
                <w:sz w:val="19"/>
              </w:rPr>
            </w:pPr>
          </w:p>
        </w:tc>
      </w:tr>
    </w:tbl>
    <w:p w14:paraId="7F4A4D5B" w14:textId="77777777" w:rsidR="006F431A" w:rsidRDefault="006F431A">
      <w:pPr>
        <w:spacing w:after="0"/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8"/>
        <w:gridCol w:w="5040"/>
      </w:tblGrid>
      <w:tr w:rsidR="006F431A" w14:paraId="72069B5F" w14:textId="77777777">
        <w:trPr>
          <w:jc w:val="center"/>
        </w:trPr>
        <w:tc>
          <w:tcPr>
            <w:tcW w:w="4968" w:type="dxa"/>
            <w:shd w:val="clear" w:color="auto" w:fill="17365D"/>
          </w:tcPr>
          <w:p w14:paraId="60868F39" w14:textId="77777777" w:rsidR="006F431A" w:rsidRDefault="00A627F2">
            <w:r>
              <w:rPr>
                <w:b/>
                <w:color w:val="FFFFFF"/>
              </w:rPr>
              <w:t>GROUP 3  |  11:15 am–12:15 pm</w:t>
            </w:r>
          </w:p>
        </w:tc>
        <w:tc>
          <w:tcPr>
            <w:tcW w:w="4968" w:type="dxa"/>
            <w:shd w:val="clear" w:color="auto" w:fill="17365D"/>
          </w:tcPr>
          <w:p w14:paraId="25315E97" w14:textId="77777777" w:rsidR="006F431A" w:rsidRDefault="00A627F2">
            <w:r>
              <w:rPr>
                <w:b/>
                <w:color w:val="FFFFFF"/>
              </w:rPr>
              <w:t>6 students</w:t>
            </w:r>
          </w:p>
        </w:tc>
      </w:tr>
      <w:tr w:rsidR="006F431A" w14:paraId="1E68108E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02838786" w14:textId="77777777" w:rsidR="006F431A" w:rsidRDefault="00A627F2">
            <w:r>
              <w:rPr>
                <w:sz w:val="19"/>
              </w:rPr>
              <w:t>1.  Kasam Shaban</w:t>
            </w:r>
          </w:p>
        </w:tc>
        <w:tc>
          <w:tcPr>
            <w:tcW w:w="5040" w:type="dxa"/>
            <w:shd w:val="clear" w:color="auto" w:fill="F1F5FA"/>
            <w:vAlign w:val="center"/>
          </w:tcPr>
          <w:p w14:paraId="0AF2C479" w14:textId="77777777" w:rsidR="006F431A" w:rsidRDefault="00A627F2">
            <w:r>
              <w:rPr>
                <w:sz w:val="19"/>
              </w:rPr>
              <w:t>2.  Khavar Balaal Mahmood</w:t>
            </w:r>
          </w:p>
        </w:tc>
      </w:tr>
      <w:tr w:rsidR="006F431A" w14:paraId="1A0B7137" w14:textId="77777777">
        <w:trPr>
          <w:jc w:val="center"/>
        </w:trPr>
        <w:tc>
          <w:tcPr>
            <w:tcW w:w="4608" w:type="dxa"/>
            <w:vAlign w:val="center"/>
          </w:tcPr>
          <w:p w14:paraId="194FE3B5" w14:textId="77777777" w:rsidR="006F431A" w:rsidRDefault="00A627F2">
            <w:r>
              <w:rPr>
                <w:sz w:val="19"/>
              </w:rPr>
              <w:t>3.  Madalin Alexandru Mihalcea</w:t>
            </w:r>
          </w:p>
        </w:tc>
        <w:tc>
          <w:tcPr>
            <w:tcW w:w="5040" w:type="dxa"/>
            <w:vAlign w:val="center"/>
          </w:tcPr>
          <w:p w14:paraId="28DF4FF7" w14:textId="77777777" w:rsidR="006F431A" w:rsidRDefault="00A627F2">
            <w:r>
              <w:rPr>
                <w:sz w:val="19"/>
              </w:rPr>
              <w:t>4.  Mauricio Devani Lopes Semedo</w:t>
            </w:r>
          </w:p>
        </w:tc>
      </w:tr>
      <w:tr w:rsidR="006F431A" w14:paraId="3D6E01A2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440308D5" w14:textId="77777777" w:rsidR="006F431A" w:rsidRDefault="00A627F2">
            <w:r>
              <w:rPr>
                <w:sz w:val="19"/>
              </w:rPr>
              <w:t>5.  Mohsin Ali</w:t>
            </w:r>
          </w:p>
        </w:tc>
        <w:tc>
          <w:tcPr>
            <w:tcW w:w="5040" w:type="dxa"/>
            <w:shd w:val="clear" w:color="auto" w:fill="F1F5FA"/>
            <w:vAlign w:val="center"/>
          </w:tcPr>
          <w:p w14:paraId="4376BE44" w14:textId="77777777" w:rsidR="006F431A" w:rsidRDefault="00A627F2">
            <w:r>
              <w:rPr>
                <w:sz w:val="19"/>
              </w:rPr>
              <w:t>6.  Muhammad Akeel Amal</w:t>
            </w:r>
          </w:p>
        </w:tc>
      </w:tr>
    </w:tbl>
    <w:p w14:paraId="40416FE7" w14:textId="77777777" w:rsidR="006F431A" w:rsidRDefault="006F431A">
      <w:pPr>
        <w:spacing w:after="0"/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8"/>
        <w:gridCol w:w="5040"/>
      </w:tblGrid>
      <w:tr w:rsidR="006F431A" w14:paraId="47B052BF" w14:textId="77777777">
        <w:trPr>
          <w:jc w:val="center"/>
        </w:trPr>
        <w:tc>
          <w:tcPr>
            <w:tcW w:w="4968" w:type="dxa"/>
            <w:shd w:val="clear" w:color="auto" w:fill="17365D"/>
          </w:tcPr>
          <w:p w14:paraId="296ED8C5" w14:textId="77777777" w:rsidR="006F431A" w:rsidRDefault="00A627F2">
            <w:r>
              <w:rPr>
                <w:b/>
                <w:color w:val="FFFFFF"/>
              </w:rPr>
              <w:t>GROUP 4  |  12:15–1:15 pm</w:t>
            </w:r>
          </w:p>
        </w:tc>
        <w:tc>
          <w:tcPr>
            <w:tcW w:w="4968" w:type="dxa"/>
            <w:shd w:val="clear" w:color="auto" w:fill="17365D"/>
          </w:tcPr>
          <w:p w14:paraId="1C7ECDF8" w14:textId="77777777" w:rsidR="006F431A" w:rsidRDefault="00A627F2">
            <w:r>
              <w:rPr>
                <w:b/>
                <w:color w:val="FFFFFF"/>
              </w:rPr>
              <w:t>7 students</w:t>
            </w:r>
          </w:p>
        </w:tc>
      </w:tr>
      <w:tr w:rsidR="006F431A" w14:paraId="0A63021D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5263574E" w14:textId="77777777" w:rsidR="006F431A" w:rsidRDefault="00A627F2">
            <w:r>
              <w:rPr>
                <w:sz w:val="19"/>
              </w:rPr>
              <w:t>1.  Naser Ali</w:t>
            </w:r>
          </w:p>
        </w:tc>
        <w:tc>
          <w:tcPr>
            <w:tcW w:w="5040" w:type="dxa"/>
            <w:shd w:val="clear" w:color="auto" w:fill="F1F5FA"/>
            <w:vAlign w:val="center"/>
          </w:tcPr>
          <w:p w14:paraId="48193715" w14:textId="12540A28" w:rsidR="006F431A" w:rsidRDefault="00A627F2">
            <w:r>
              <w:rPr>
                <w:sz w:val="19"/>
              </w:rPr>
              <w:t xml:space="preserve">2.  </w:t>
            </w:r>
            <w:r w:rsidR="006E6B43">
              <w:rPr>
                <w:sz w:val="19"/>
              </w:rPr>
              <w:t>Kaleem Rahman</w:t>
            </w:r>
          </w:p>
        </w:tc>
      </w:tr>
      <w:tr w:rsidR="006F431A" w14:paraId="3F19D4A0" w14:textId="77777777">
        <w:trPr>
          <w:jc w:val="center"/>
        </w:trPr>
        <w:tc>
          <w:tcPr>
            <w:tcW w:w="4608" w:type="dxa"/>
            <w:vAlign w:val="center"/>
          </w:tcPr>
          <w:p w14:paraId="1354D214" w14:textId="77777777" w:rsidR="006F431A" w:rsidRDefault="00A627F2">
            <w:r>
              <w:rPr>
                <w:sz w:val="19"/>
              </w:rPr>
              <w:t>3.  Nazam Khan</w:t>
            </w:r>
          </w:p>
        </w:tc>
        <w:tc>
          <w:tcPr>
            <w:tcW w:w="5040" w:type="dxa"/>
            <w:vAlign w:val="center"/>
          </w:tcPr>
          <w:p w14:paraId="380BFDF1" w14:textId="77777777" w:rsidR="006F431A" w:rsidRDefault="00A627F2">
            <w:r>
              <w:rPr>
                <w:sz w:val="19"/>
              </w:rPr>
              <w:t>4.  Silvia Florentina Matache</w:t>
            </w:r>
          </w:p>
        </w:tc>
      </w:tr>
      <w:tr w:rsidR="006F431A" w14:paraId="659B8DB8" w14:textId="77777777">
        <w:trPr>
          <w:jc w:val="center"/>
        </w:trPr>
        <w:tc>
          <w:tcPr>
            <w:tcW w:w="4608" w:type="dxa"/>
            <w:shd w:val="clear" w:color="auto" w:fill="F1F5FA"/>
            <w:vAlign w:val="center"/>
          </w:tcPr>
          <w:p w14:paraId="5CFEE24D" w14:textId="77777777" w:rsidR="006F431A" w:rsidRDefault="00A627F2">
            <w:r>
              <w:rPr>
                <w:sz w:val="19"/>
              </w:rPr>
              <w:t>5.  Tedroy George Grant</w:t>
            </w:r>
          </w:p>
        </w:tc>
        <w:tc>
          <w:tcPr>
            <w:tcW w:w="5040" w:type="dxa"/>
            <w:shd w:val="clear" w:color="auto" w:fill="F1F5FA"/>
            <w:vAlign w:val="center"/>
          </w:tcPr>
          <w:p w14:paraId="393C9E8E" w14:textId="77777777" w:rsidR="006F431A" w:rsidRDefault="00A627F2">
            <w:r>
              <w:rPr>
                <w:sz w:val="19"/>
              </w:rPr>
              <w:t>6.  Usman Aslam</w:t>
            </w:r>
          </w:p>
        </w:tc>
      </w:tr>
      <w:tr w:rsidR="006F431A" w14:paraId="23E559C3" w14:textId="77777777">
        <w:trPr>
          <w:jc w:val="center"/>
        </w:trPr>
        <w:tc>
          <w:tcPr>
            <w:tcW w:w="4608" w:type="dxa"/>
            <w:vAlign w:val="center"/>
          </w:tcPr>
          <w:p w14:paraId="1B98A769" w14:textId="77777777" w:rsidR="006F431A" w:rsidRDefault="00A627F2">
            <w:r>
              <w:rPr>
                <w:sz w:val="19"/>
              </w:rPr>
              <w:t>7.  Zainab Javed</w:t>
            </w:r>
          </w:p>
        </w:tc>
        <w:tc>
          <w:tcPr>
            <w:tcW w:w="5040" w:type="dxa"/>
            <w:vAlign w:val="center"/>
          </w:tcPr>
          <w:p w14:paraId="4A5B1945" w14:textId="77777777" w:rsidR="006F431A" w:rsidRDefault="006F431A"/>
        </w:tc>
      </w:tr>
    </w:tbl>
    <w:p w14:paraId="30B164AF" w14:textId="77777777" w:rsidR="006F431A" w:rsidRDefault="006F431A">
      <w:pPr>
        <w:spacing w:after="0"/>
      </w:pPr>
    </w:p>
    <w:p w14:paraId="2070550F" w14:textId="77777777" w:rsidR="006F431A" w:rsidRDefault="00A627F2">
      <w:r>
        <w:rPr>
          <w:i/>
          <w:sz w:val="18"/>
        </w:rPr>
        <w:t>Note: Group allocations may be amended by the lecturer. Please check the latest timetable before your presentation.</w:t>
      </w:r>
    </w:p>
    <w:sectPr w:rsidR="006F431A" w:rsidSect="00034616">
      <w:pgSz w:w="12240" w:h="15840"/>
      <w:pgMar w:top="893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91D3F" w14:textId="77777777" w:rsidR="00A627F2" w:rsidRDefault="00A627F2" w:rsidP="006E6B43">
      <w:pPr>
        <w:spacing w:after="0" w:line="240" w:lineRule="auto"/>
      </w:pPr>
      <w:r>
        <w:separator/>
      </w:r>
    </w:p>
  </w:endnote>
  <w:endnote w:type="continuationSeparator" w:id="0">
    <w:p w14:paraId="32B0AD15" w14:textId="77777777" w:rsidR="00A627F2" w:rsidRDefault="00A627F2" w:rsidP="006E6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B479C" w14:textId="77777777" w:rsidR="00A627F2" w:rsidRDefault="00A627F2" w:rsidP="006E6B43">
      <w:pPr>
        <w:spacing w:after="0" w:line="240" w:lineRule="auto"/>
      </w:pPr>
      <w:r>
        <w:separator/>
      </w:r>
    </w:p>
  </w:footnote>
  <w:footnote w:type="continuationSeparator" w:id="0">
    <w:p w14:paraId="5001F882" w14:textId="77777777" w:rsidR="00A627F2" w:rsidRDefault="00A627F2" w:rsidP="006E6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62717254">
    <w:abstractNumId w:val="8"/>
  </w:num>
  <w:num w:numId="2" w16cid:durableId="743725935">
    <w:abstractNumId w:val="6"/>
  </w:num>
  <w:num w:numId="3" w16cid:durableId="1357848606">
    <w:abstractNumId w:val="5"/>
  </w:num>
  <w:num w:numId="4" w16cid:durableId="15549707">
    <w:abstractNumId w:val="4"/>
  </w:num>
  <w:num w:numId="5" w16cid:durableId="330959587">
    <w:abstractNumId w:val="7"/>
  </w:num>
  <w:num w:numId="6" w16cid:durableId="894705374">
    <w:abstractNumId w:val="3"/>
  </w:num>
  <w:num w:numId="7" w16cid:durableId="259721764">
    <w:abstractNumId w:val="2"/>
  </w:num>
  <w:num w:numId="8" w16cid:durableId="634723209">
    <w:abstractNumId w:val="1"/>
  </w:num>
  <w:num w:numId="9" w16cid:durableId="678389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578E"/>
    <w:rsid w:val="000B3FCA"/>
    <w:rsid w:val="0015074B"/>
    <w:rsid w:val="00224558"/>
    <w:rsid w:val="002723E6"/>
    <w:rsid w:val="0029639D"/>
    <w:rsid w:val="002A1D5F"/>
    <w:rsid w:val="00326F90"/>
    <w:rsid w:val="003E3F95"/>
    <w:rsid w:val="0055165E"/>
    <w:rsid w:val="006A277A"/>
    <w:rsid w:val="006E6B43"/>
    <w:rsid w:val="006F431A"/>
    <w:rsid w:val="007D2D58"/>
    <w:rsid w:val="00866CF4"/>
    <w:rsid w:val="00A627F2"/>
    <w:rsid w:val="00AA1D8D"/>
    <w:rsid w:val="00AD1FFB"/>
    <w:rsid w:val="00AD2CFC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6D0A993"/>
  <w14:defaultImageDpi w14:val="300"/>
  <w15:docId w15:val="{FA44C4ED-995A-4D73-99F2-AB573234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Yetunde Everard-Igweh</cp:lastModifiedBy>
  <cp:revision>2</cp:revision>
  <dcterms:created xsi:type="dcterms:W3CDTF">2026-10-09T11:47:00Z</dcterms:created>
  <dcterms:modified xsi:type="dcterms:W3CDTF">2026-10-09T11:47:00Z</dcterms:modified>
  <cp:category/>
</cp:coreProperties>
</file>