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47569" w14:textId="6EC7B83C" w:rsidR="00B06976" w:rsidRDefault="00B06976" w:rsidP="00B06976">
      <w:pPr>
        <w:pStyle w:val="Heading1"/>
        <w:jc w:val="center"/>
      </w:pPr>
      <w:r w:rsidRPr="00B06976">
        <w:drawing>
          <wp:inline distT="0" distB="0" distL="0" distR="0" wp14:anchorId="7EF3BD0B" wp14:editId="67A85AE3">
            <wp:extent cx="2800741" cy="1038370"/>
            <wp:effectExtent l="0" t="0" r="0" b="9525"/>
            <wp:docPr id="2942618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26181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0741" cy="10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AD800" w14:textId="53A48FFB" w:rsidR="00CF034C" w:rsidRDefault="00B06976" w:rsidP="00B06976">
      <w:pPr>
        <w:pStyle w:val="Heading1"/>
        <w:jc w:val="center"/>
      </w:pPr>
      <w:r>
        <w:t>B</w:t>
      </w:r>
      <w:r>
        <w:t>MPO7001D Operational Leadership – 10-Week Module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B06976" w14:paraId="290A27FA" w14:textId="77777777">
        <w:tc>
          <w:tcPr>
            <w:tcW w:w="8856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86"/>
              <w:gridCol w:w="2805"/>
              <w:gridCol w:w="2823"/>
            </w:tblGrid>
            <w:tr w:rsidR="00B06976" w:rsidRPr="00B06976" w14:paraId="68ED7ACA" w14:textId="77777777" w:rsidTr="002B5FFF">
              <w:tc>
                <w:tcPr>
                  <w:tcW w:w="2880" w:type="dxa"/>
                </w:tcPr>
                <w:p w14:paraId="094E4AC9" w14:textId="77777777" w:rsidR="00B06976" w:rsidRPr="00B06976" w:rsidRDefault="00B06976" w:rsidP="002B5FFF">
                  <w:r w:rsidRPr="00B06976">
                    <w:t>Week</w:t>
                  </w:r>
                </w:p>
              </w:tc>
              <w:tc>
                <w:tcPr>
                  <w:tcW w:w="2880" w:type="dxa"/>
                </w:tcPr>
                <w:p w14:paraId="1B97B3AC" w14:textId="77777777" w:rsidR="00B06976" w:rsidRPr="00B06976" w:rsidRDefault="00B06976" w:rsidP="002B5FFF">
                  <w:r w:rsidRPr="00B06976">
                    <w:t>Date (Tuesday)</w:t>
                  </w:r>
                </w:p>
              </w:tc>
              <w:tc>
                <w:tcPr>
                  <w:tcW w:w="2880" w:type="dxa"/>
                </w:tcPr>
                <w:p w14:paraId="25D49F3C" w14:textId="77777777" w:rsidR="00B06976" w:rsidRPr="00B06976" w:rsidRDefault="00B06976" w:rsidP="002B5FFF">
                  <w:r w:rsidRPr="00B06976">
                    <w:t>Session Title</w:t>
                  </w:r>
                </w:p>
              </w:tc>
            </w:tr>
            <w:tr w:rsidR="00B06976" w:rsidRPr="00B06976" w14:paraId="506196F3" w14:textId="77777777" w:rsidTr="002B5FFF">
              <w:tc>
                <w:tcPr>
                  <w:tcW w:w="2880" w:type="dxa"/>
                </w:tcPr>
                <w:p w14:paraId="798C87D9" w14:textId="77777777" w:rsidR="00B06976" w:rsidRPr="00B06976" w:rsidRDefault="00B06976" w:rsidP="002B5FFF">
                  <w:r w:rsidRPr="00B06976">
                    <w:t>1</w:t>
                  </w:r>
                </w:p>
              </w:tc>
              <w:tc>
                <w:tcPr>
                  <w:tcW w:w="2880" w:type="dxa"/>
                </w:tcPr>
                <w:p w14:paraId="1F448253" w14:textId="77777777" w:rsidR="00B06976" w:rsidRPr="00B06976" w:rsidRDefault="00B06976" w:rsidP="002B5FFF">
                  <w:r w:rsidRPr="00B06976">
                    <w:t>28 April 2026</w:t>
                  </w:r>
                </w:p>
              </w:tc>
              <w:tc>
                <w:tcPr>
                  <w:tcW w:w="2880" w:type="dxa"/>
                </w:tcPr>
                <w:p w14:paraId="2248729C" w14:textId="77777777" w:rsidR="00B06976" w:rsidRPr="00B06976" w:rsidRDefault="00B06976" w:rsidP="002B5FFF">
                  <w:r w:rsidRPr="00B06976">
                    <w:t>Module Introduction &amp; Assessment Briefing</w:t>
                  </w:r>
                </w:p>
              </w:tc>
            </w:tr>
            <w:tr w:rsidR="00B06976" w:rsidRPr="00B06976" w14:paraId="73640CDB" w14:textId="77777777" w:rsidTr="002B5FFF">
              <w:tc>
                <w:tcPr>
                  <w:tcW w:w="2880" w:type="dxa"/>
                </w:tcPr>
                <w:p w14:paraId="4AE8BEAB" w14:textId="77777777" w:rsidR="00B06976" w:rsidRPr="00B06976" w:rsidRDefault="00B06976" w:rsidP="002B5FFF">
                  <w:r w:rsidRPr="00B06976">
                    <w:t>2</w:t>
                  </w:r>
                </w:p>
              </w:tc>
              <w:tc>
                <w:tcPr>
                  <w:tcW w:w="2880" w:type="dxa"/>
                </w:tcPr>
                <w:p w14:paraId="5DE79085" w14:textId="77777777" w:rsidR="00B06976" w:rsidRPr="00B06976" w:rsidRDefault="00B06976" w:rsidP="002B5FFF">
                  <w:r w:rsidRPr="00B06976">
                    <w:t>5 May 2026</w:t>
                  </w:r>
                </w:p>
              </w:tc>
              <w:tc>
                <w:tcPr>
                  <w:tcW w:w="2880" w:type="dxa"/>
                </w:tcPr>
                <w:p w14:paraId="17A01576" w14:textId="77777777" w:rsidR="00B06976" w:rsidRPr="00B06976" w:rsidRDefault="00B06976" w:rsidP="002B5FFF">
                  <w:r w:rsidRPr="00B06976">
                    <w:t>Authority, Discretion &amp; Operational Constraint</w:t>
                  </w:r>
                </w:p>
              </w:tc>
            </w:tr>
            <w:tr w:rsidR="00B06976" w:rsidRPr="00B06976" w14:paraId="2164B34C" w14:textId="77777777" w:rsidTr="002B5FFF">
              <w:tc>
                <w:tcPr>
                  <w:tcW w:w="2880" w:type="dxa"/>
                </w:tcPr>
                <w:p w14:paraId="604E2837" w14:textId="77777777" w:rsidR="00B06976" w:rsidRPr="00B06976" w:rsidRDefault="00B06976" w:rsidP="002B5FFF">
                  <w:r w:rsidRPr="00B06976">
                    <w:t>3</w:t>
                  </w:r>
                </w:p>
              </w:tc>
              <w:tc>
                <w:tcPr>
                  <w:tcW w:w="2880" w:type="dxa"/>
                </w:tcPr>
                <w:p w14:paraId="3169AD28" w14:textId="77777777" w:rsidR="00B06976" w:rsidRPr="00B06976" w:rsidRDefault="00B06976" w:rsidP="002B5FFF">
                  <w:r w:rsidRPr="00B06976">
                    <w:t>12 May 2026</w:t>
                  </w:r>
                </w:p>
              </w:tc>
              <w:tc>
                <w:tcPr>
                  <w:tcW w:w="2880" w:type="dxa"/>
                </w:tcPr>
                <w:p w14:paraId="3E24B5F1" w14:textId="77777777" w:rsidR="00B06976" w:rsidRPr="00B06976" w:rsidRDefault="00B06976" w:rsidP="002B5FFF">
                  <w:r w:rsidRPr="00B06976">
                    <w:t>Emerging &amp; Evolving Criminal Threats</w:t>
                  </w:r>
                </w:p>
              </w:tc>
            </w:tr>
            <w:tr w:rsidR="00B06976" w:rsidRPr="00B06976" w14:paraId="4585DF3F" w14:textId="77777777" w:rsidTr="002B5FFF">
              <w:tc>
                <w:tcPr>
                  <w:tcW w:w="2880" w:type="dxa"/>
                </w:tcPr>
                <w:p w14:paraId="2F3F2ECC" w14:textId="77777777" w:rsidR="00B06976" w:rsidRPr="00B06976" w:rsidRDefault="00B06976" w:rsidP="002B5FFF">
                  <w:r w:rsidRPr="00B06976">
                    <w:t>4</w:t>
                  </w:r>
                </w:p>
              </w:tc>
              <w:tc>
                <w:tcPr>
                  <w:tcW w:w="2880" w:type="dxa"/>
                </w:tcPr>
                <w:p w14:paraId="25F306D4" w14:textId="77777777" w:rsidR="00B06976" w:rsidRPr="00B06976" w:rsidRDefault="00B06976" w:rsidP="002B5FFF">
                  <w:r w:rsidRPr="00B06976">
                    <w:t>19 May 2026</w:t>
                  </w:r>
                </w:p>
              </w:tc>
              <w:tc>
                <w:tcPr>
                  <w:tcW w:w="2880" w:type="dxa"/>
                </w:tcPr>
                <w:p w14:paraId="7759A7C3" w14:textId="77777777" w:rsidR="00B06976" w:rsidRPr="00B06976" w:rsidRDefault="00B06976" w:rsidP="002B5FFF">
                  <w:r w:rsidRPr="00B06976">
                    <w:t>Complexity, Uncertainty &amp; Fast-Time Leadership</w:t>
                  </w:r>
                </w:p>
              </w:tc>
            </w:tr>
            <w:tr w:rsidR="00B06976" w:rsidRPr="00B06976" w14:paraId="2B5A6144" w14:textId="77777777" w:rsidTr="002B5FFF">
              <w:tc>
                <w:tcPr>
                  <w:tcW w:w="2880" w:type="dxa"/>
                </w:tcPr>
                <w:p w14:paraId="3BD25405" w14:textId="77777777" w:rsidR="00B06976" w:rsidRPr="00B06976" w:rsidRDefault="00B06976" w:rsidP="002B5FFF">
                  <w:r w:rsidRPr="00B06976">
                    <w:t>5</w:t>
                  </w:r>
                </w:p>
              </w:tc>
              <w:tc>
                <w:tcPr>
                  <w:tcW w:w="2880" w:type="dxa"/>
                </w:tcPr>
                <w:p w14:paraId="0EEE1F62" w14:textId="77777777" w:rsidR="00B06976" w:rsidRPr="00B06976" w:rsidRDefault="00B06976" w:rsidP="002B5FFF">
                  <w:r w:rsidRPr="00B06976">
                    <w:t>26 May 2026</w:t>
                  </w:r>
                </w:p>
              </w:tc>
              <w:tc>
                <w:tcPr>
                  <w:tcW w:w="2880" w:type="dxa"/>
                </w:tcPr>
                <w:p w14:paraId="6036A4BA" w14:textId="77777777" w:rsidR="00B06976" w:rsidRPr="00B06976" w:rsidRDefault="00B06976" w:rsidP="002B5FFF">
                  <w:r w:rsidRPr="00B06976">
                    <w:t>Organisational Culture &amp; Operational Leadership</w:t>
                  </w:r>
                </w:p>
              </w:tc>
            </w:tr>
            <w:tr w:rsidR="00B06976" w:rsidRPr="00B06976" w14:paraId="7051B134" w14:textId="77777777" w:rsidTr="002B5FFF">
              <w:tc>
                <w:tcPr>
                  <w:tcW w:w="2880" w:type="dxa"/>
                </w:tcPr>
                <w:p w14:paraId="4552448C" w14:textId="77777777" w:rsidR="00B06976" w:rsidRPr="00B06976" w:rsidRDefault="00B06976" w:rsidP="002B5FFF">
                  <w:r w:rsidRPr="00B06976">
                    <w:t>6</w:t>
                  </w:r>
                </w:p>
              </w:tc>
              <w:tc>
                <w:tcPr>
                  <w:tcW w:w="2880" w:type="dxa"/>
                </w:tcPr>
                <w:p w14:paraId="001C7658" w14:textId="77777777" w:rsidR="00B06976" w:rsidRPr="00B06976" w:rsidRDefault="00B06976" w:rsidP="002B5FFF">
                  <w:r w:rsidRPr="00B06976">
                    <w:t>2 June 2026</w:t>
                  </w:r>
                </w:p>
              </w:tc>
              <w:tc>
                <w:tcPr>
                  <w:tcW w:w="2880" w:type="dxa"/>
                </w:tcPr>
                <w:p w14:paraId="5EF4CC62" w14:textId="77777777" w:rsidR="00B06976" w:rsidRPr="00B06976" w:rsidRDefault="00B06976" w:rsidP="002B5FFF">
                  <w:r w:rsidRPr="00B06976">
                    <w:t>Vulnerability, Ethics &amp; Community Impact</w:t>
                  </w:r>
                </w:p>
              </w:tc>
            </w:tr>
            <w:tr w:rsidR="00B06976" w:rsidRPr="00B06976" w14:paraId="23537CB5" w14:textId="77777777" w:rsidTr="002B5FFF">
              <w:tc>
                <w:tcPr>
                  <w:tcW w:w="2880" w:type="dxa"/>
                </w:tcPr>
                <w:p w14:paraId="09080BCF" w14:textId="77777777" w:rsidR="00B06976" w:rsidRPr="00B06976" w:rsidRDefault="00B06976" w:rsidP="002B5FFF">
                  <w:r w:rsidRPr="00B06976">
                    <w:t>7</w:t>
                  </w:r>
                </w:p>
              </w:tc>
              <w:tc>
                <w:tcPr>
                  <w:tcW w:w="2880" w:type="dxa"/>
                </w:tcPr>
                <w:p w14:paraId="14B9B7AE" w14:textId="77777777" w:rsidR="00B06976" w:rsidRPr="00B06976" w:rsidRDefault="00B06976" w:rsidP="002B5FFF">
                  <w:r w:rsidRPr="00B06976">
                    <w:t>9 June 2026</w:t>
                  </w:r>
                </w:p>
              </w:tc>
              <w:tc>
                <w:tcPr>
                  <w:tcW w:w="2880" w:type="dxa"/>
                </w:tcPr>
                <w:p w14:paraId="33C83985" w14:textId="77777777" w:rsidR="00B06976" w:rsidRPr="00B06976" w:rsidRDefault="00B06976" w:rsidP="002B5FFF">
                  <w:r w:rsidRPr="00B06976">
                    <w:t>Multiagency Working &amp; Operational Partnership Challenges</w:t>
                  </w:r>
                </w:p>
              </w:tc>
            </w:tr>
            <w:tr w:rsidR="00B06976" w:rsidRPr="00B06976" w14:paraId="60138823" w14:textId="77777777" w:rsidTr="002B5FFF">
              <w:tc>
                <w:tcPr>
                  <w:tcW w:w="2880" w:type="dxa"/>
                </w:tcPr>
                <w:p w14:paraId="54E3F9FA" w14:textId="77777777" w:rsidR="00B06976" w:rsidRPr="00B06976" w:rsidRDefault="00B06976" w:rsidP="002B5FFF">
                  <w:r w:rsidRPr="00B06976">
                    <w:t>8</w:t>
                  </w:r>
                </w:p>
              </w:tc>
              <w:tc>
                <w:tcPr>
                  <w:tcW w:w="2880" w:type="dxa"/>
                </w:tcPr>
                <w:p w14:paraId="48F9DDF0" w14:textId="77777777" w:rsidR="00B06976" w:rsidRPr="00B06976" w:rsidRDefault="00B06976" w:rsidP="002B5FFF">
                  <w:r w:rsidRPr="00B06976">
                    <w:t>16 June 2026</w:t>
                  </w:r>
                </w:p>
              </w:tc>
              <w:tc>
                <w:tcPr>
                  <w:tcW w:w="2880" w:type="dxa"/>
                </w:tcPr>
                <w:p w14:paraId="34C40C2A" w14:textId="77777777" w:rsidR="00B06976" w:rsidRPr="00B06976" w:rsidRDefault="00B06976" w:rsidP="002B5FFF">
                  <w:r w:rsidRPr="00B06976">
                    <w:t>Case Study Deep Dive: Threat-Specific Leadership Analysis</w:t>
                  </w:r>
                </w:p>
              </w:tc>
            </w:tr>
            <w:tr w:rsidR="00B06976" w:rsidRPr="00B06976" w14:paraId="5FE0D7F1" w14:textId="77777777" w:rsidTr="002B5FFF">
              <w:tc>
                <w:tcPr>
                  <w:tcW w:w="2880" w:type="dxa"/>
                </w:tcPr>
                <w:p w14:paraId="685AA198" w14:textId="77777777" w:rsidR="00B06976" w:rsidRPr="00B06976" w:rsidRDefault="00B06976" w:rsidP="002B5FFF">
                  <w:r w:rsidRPr="00B06976">
                    <w:t>9</w:t>
                  </w:r>
                </w:p>
              </w:tc>
              <w:tc>
                <w:tcPr>
                  <w:tcW w:w="2880" w:type="dxa"/>
                </w:tcPr>
                <w:p w14:paraId="77F64039" w14:textId="77777777" w:rsidR="00B06976" w:rsidRPr="00B06976" w:rsidRDefault="00B06976" w:rsidP="002B5FFF">
                  <w:r w:rsidRPr="00B06976">
                    <w:t>23 June 2026</w:t>
                  </w:r>
                </w:p>
              </w:tc>
              <w:tc>
                <w:tcPr>
                  <w:tcW w:w="2880" w:type="dxa"/>
                </w:tcPr>
                <w:p w14:paraId="3D0ABC26" w14:textId="77777777" w:rsidR="00B06976" w:rsidRPr="00B06976" w:rsidRDefault="00B06976" w:rsidP="002B5FFF">
                  <w:r w:rsidRPr="00B06976">
                    <w:t>Evidence-Based Policing &amp; Advanced Critical Writing</w:t>
                  </w:r>
                </w:p>
              </w:tc>
            </w:tr>
            <w:tr w:rsidR="00B06976" w:rsidRPr="00B06976" w14:paraId="374B1CE2" w14:textId="77777777" w:rsidTr="002B5FFF">
              <w:tc>
                <w:tcPr>
                  <w:tcW w:w="2880" w:type="dxa"/>
                </w:tcPr>
                <w:p w14:paraId="4FC92618" w14:textId="77777777" w:rsidR="00B06976" w:rsidRPr="00B06976" w:rsidRDefault="00B06976" w:rsidP="002B5FFF">
                  <w:r w:rsidRPr="00B06976">
                    <w:t>10</w:t>
                  </w:r>
                </w:p>
              </w:tc>
              <w:tc>
                <w:tcPr>
                  <w:tcW w:w="2880" w:type="dxa"/>
                </w:tcPr>
                <w:p w14:paraId="72C755FC" w14:textId="77777777" w:rsidR="00B06976" w:rsidRPr="00B06976" w:rsidRDefault="00B06976" w:rsidP="002B5FFF">
                  <w:r w:rsidRPr="00B06976">
                    <w:t>30 June 2026</w:t>
                  </w:r>
                </w:p>
              </w:tc>
              <w:tc>
                <w:tcPr>
                  <w:tcW w:w="2880" w:type="dxa"/>
                </w:tcPr>
                <w:p w14:paraId="643A9AA2" w14:textId="77777777" w:rsidR="00B06976" w:rsidRPr="00B06976" w:rsidRDefault="00B06976" w:rsidP="002B5FFF">
                  <w:r w:rsidRPr="00B06976">
                    <w:t>Consolidation, 1-to-1 Surgeries &amp; Final Q&amp;A</w:t>
                  </w:r>
                </w:p>
              </w:tc>
            </w:tr>
          </w:tbl>
          <w:p w14:paraId="579FD062" w14:textId="77777777" w:rsidR="00B06976" w:rsidRDefault="00B06976"/>
        </w:tc>
      </w:tr>
    </w:tbl>
    <w:p w14:paraId="07DC5ABD" w14:textId="77777777" w:rsidR="00B06976" w:rsidRDefault="00B06976" w:rsidP="00B06976"/>
    <w:sectPr w:rsidR="0000000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4938396">
    <w:abstractNumId w:val="8"/>
  </w:num>
  <w:num w:numId="2" w16cid:durableId="1877426201">
    <w:abstractNumId w:val="6"/>
  </w:num>
  <w:num w:numId="3" w16cid:durableId="1673682534">
    <w:abstractNumId w:val="5"/>
  </w:num>
  <w:num w:numId="4" w16cid:durableId="2086879282">
    <w:abstractNumId w:val="4"/>
  </w:num>
  <w:num w:numId="5" w16cid:durableId="1669290346">
    <w:abstractNumId w:val="7"/>
  </w:num>
  <w:num w:numId="6" w16cid:durableId="959917671">
    <w:abstractNumId w:val="3"/>
  </w:num>
  <w:num w:numId="7" w16cid:durableId="1532298584">
    <w:abstractNumId w:val="2"/>
  </w:num>
  <w:num w:numId="8" w16cid:durableId="1354648351">
    <w:abstractNumId w:val="1"/>
  </w:num>
  <w:num w:numId="9" w16cid:durableId="65970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A0A82"/>
    <w:rsid w:val="0029639D"/>
    <w:rsid w:val="00326F90"/>
    <w:rsid w:val="00AA1D8D"/>
    <w:rsid w:val="00B06976"/>
    <w:rsid w:val="00B47730"/>
    <w:rsid w:val="00CB0664"/>
    <w:rsid w:val="00CF034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95F60A"/>
  <w14:defaultImageDpi w14:val="300"/>
  <w15:docId w15:val="{9AFFB6DF-43DB-4346-8CA1-F71FADBA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620</Characters>
  <Application>Microsoft Office Word</Application>
  <DocSecurity>0</DocSecurity>
  <Lines>47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Justin Evans</cp:lastModifiedBy>
  <cp:revision>2</cp:revision>
  <dcterms:created xsi:type="dcterms:W3CDTF">2026-04-10T12:51:00Z</dcterms:created>
  <dcterms:modified xsi:type="dcterms:W3CDTF">2026-04-10T12:51:00Z</dcterms:modified>
  <cp:category/>
</cp:coreProperties>
</file>