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472B6" w14:textId="6DE025C2" w:rsidR="002E0FB1" w:rsidRDefault="006F5E81">
      <w:pPr>
        <w:pStyle w:val="Heading1"/>
      </w:pPr>
      <w:r>
        <w:t>Weekly Dissertation Timeline –</w:t>
      </w:r>
      <w:r>
        <w:t>25/26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5263"/>
        <w:gridCol w:w="1045"/>
      </w:tblGrid>
      <w:tr w:rsidR="006F5E81" w14:paraId="7738F508" w14:textId="610E49F0" w:rsidTr="006F5E81">
        <w:tc>
          <w:tcPr>
            <w:tcW w:w="2880" w:type="dxa"/>
          </w:tcPr>
          <w:p w14:paraId="24419B91" w14:textId="77777777" w:rsidR="006F5E81" w:rsidRDefault="006F5E81">
            <w:r>
              <w:t>Week of</w:t>
            </w:r>
          </w:p>
        </w:tc>
        <w:tc>
          <w:tcPr>
            <w:tcW w:w="2880" w:type="dxa"/>
          </w:tcPr>
          <w:p w14:paraId="03F9CF4A" w14:textId="77777777" w:rsidR="006F5E81" w:rsidRDefault="006F5E81">
            <w:r>
              <w:t>Scheduled Activity</w:t>
            </w:r>
          </w:p>
        </w:tc>
        <w:tc>
          <w:tcPr>
            <w:tcW w:w="5263" w:type="dxa"/>
          </w:tcPr>
          <w:p w14:paraId="2191F38C" w14:textId="77777777" w:rsidR="006F5E81" w:rsidRDefault="006F5E81">
            <w:r>
              <w:t>Student Notes</w:t>
            </w:r>
          </w:p>
        </w:tc>
        <w:tc>
          <w:tcPr>
            <w:tcW w:w="497" w:type="dxa"/>
          </w:tcPr>
          <w:p w14:paraId="7C375EB7" w14:textId="176C062C" w:rsidR="006F5E81" w:rsidRDefault="006F5E81">
            <w:r>
              <w:t xml:space="preserve">Progress </w:t>
            </w:r>
          </w:p>
        </w:tc>
      </w:tr>
      <w:tr w:rsidR="006F5E81" w14:paraId="0853AA5E" w14:textId="73398D36" w:rsidTr="006F5E81">
        <w:tc>
          <w:tcPr>
            <w:tcW w:w="2880" w:type="dxa"/>
          </w:tcPr>
          <w:p w14:paraId="5F1D366E" w14:textId="77777777" w:rsidR="006F5E81" w:rsidRDefault="006F5E81">
            <w:r>
              <w:t>25 Sept</w:t>
            </w:r>
          </w:p>
        </w:tc>
        <w:tc>
          <w:tcPr>
            <w:tcW w:w="2880" w:type="dxa"/>
          </w:tcPr>
          <w:p w14:paraId="7EBE03FB" w14:textId="77777777" w:rsidR="006F5E81" w:rsidRDefault="006F5E81">
            <w:r>
              <w:t>Induction: Don’t miss the bus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36746954" w14:textId="77777777" w:rsidR="006F5E81" w:rsidRDefault="006F5E81"/>
          <w:p w14:paraId="41685250" w14:textId="77777777" w:rsidR="006F5E81" w:rsidRDefault="006F5E81"/>
          <w:p w14:paraId="4CED901A" w14:textId="77777777" w:rsidR="006F5E81" w:rsidRDefault="006F5E81"/>
          <w:p w14:paraId="5AABB535" w14:textId="77777777" w:rsidR="006F5E81" w:rsidRDefault="006F5E81"/>
        </w:tc>
        <w:tc>
          <w:tcPr>
            <w:tcW w:w="497" w:type="dxa"/>
          </w:tcPr>
          <w:p w14:paraId="01EB3ED7" w14:textId="77777777" w:rsidR="006F5E81" w:rsidRDefault="006F5E81"/>
        </w:tc>
      </w:tr>
      <w:tr w:rsidR="006F5E81" w14:paraId="4EBB375E" w14:textId="38D67913" w:rsidTr="006F5E81">
        <w:tc>
          <w:tcPr>
            <w:tcW w:w="2880" w:type="dxa"/>
          </w:tcPr>
          <w:p w14:paraId="0CBB9225" w14:textId="77777777" w:rsidR="006F5E81" w:rsidRDefault="006F5E81">
            <w:r>
              <w:t>2 Oct</w:t>
            </w:r>
          </w:p>
        </w:tc>
        <w:tc>
          <w:tcPr>
            <w:tcW w:w="2880" w:type="dxa"/>
          </w:tcPr>
          <w:p w14:paraId="12E25F8C" w14:textId="77777777" w:rsidR="006F5E81" w:rsidRDefault="006F5E81">
            <w:r>
              <w:t>Individual Supervision: Plan of action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4934EE71" w14:textId="77777777" w:rsidR="006F5E81" w:rsidRDefault="006F5E81"/>
          <w:p w14:paraId="02E9AC00" w14:textId="77777777" w:rsidR="006F5E81" w:rsidRDefault="006F5E81"/>
          <w:p w14:paraId="74771956" w14:textId="77777777" w:rsidR="006F5E81" w:rsidRDefault="006F5E81"/>
          <w:p w14:paraId="117849FD" w14:textId="5A2A967C" w:rsidR="006F5E81" w:rsidRDefault="006F5E81"/>
        </w:tc>
        <w:tc>
          <w:tcPr>
            <w:tcW w:w="497" w:type="dxa"/>
          </w:tcPr>
          <w:p w14:paraId="16EFA5E0" w14:textId="77777777" w:rsidR="006F5E81" w:rsidRDefault="006F5E81"/>
        </w:tc>
      </w:tr>
      <w:tr w:rsidR="006F5E81" w14:paraId="37BFA5B7" w14:textId="02BB2FEF" w:rsidTr="006F5E81">
        <w:tc>
          <w:tcPr>
            <w:tcW w:w="2880" w:type="dxa"/>
          </w:tcPr>
          <w:p w14:paraId="7F47DD6C" w14:textId="77777777" w:rsidR="006F5E81" w:rsidRDefault="006F5E81">
            <w:r>
              <w:t>9 Oct</w:t>
            </w:r>
          </w:p>
        </w:tc>
        <w:tc>
          <w:tcPr>
            <w:tcW w:w="2880" w:type="dxa"/>
          </w:tcPr>
          <w:p w14:paraId="030674FE" w14:textId="77777777" w:rsidR="006F5E81" w:rsidRDefault="006F5E81">
            <w:r>
              <w:t>Individual Supervision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78B928EA" w14:textId="77777777" w:rsidR="006F5E81" w:rsidRDefault="006F5E81"/>
          <w:p w14:paraId="732470E9" w14:textId="77777777" w:rsidR="006F5E81" w:rsidRDefault="006F5E81"/>
          <w:p w14:paraId="769D4893" w14:textId="77777777" w:rsidR="006F5E81" w:rsidRDefault="006F5E81"/>
          <w:p w14:paraId="29C2F863" w14:textId="50BE03D2" w:rsidR="006F5E81" w:rsidRDefault="006F5E81"/>
        </w:tc>
        <w:tc>
          <w:tcPr>
            <w:tcW w:w="497" w:type="dxa"/>
          </w:tcPr>
          <w:p w14:paraId="622AA815" w14:textId="77777777" w:rsidR="006F5E81" w:rsidRDefault="006F5E81"/>
        </w:tc>
      </w:tr>
      <w:tr w:rsidR="006F5E81" w14:paraId="2AAFB53C" w14:textId="197F19AE" w:rsidTr="006F5E81">
        <w:tc>
          <w:tcPr>
            <w:tcW w:w="2880" w:type="dxa"/>
          </w:tcPr>
          <w:p w14:paraId="4E452D5A" w14:textId="77777777" w:rsidR="006F5E81" w:rsidRDefault="006F5E81">
            <w:r>
              <w:t>10 Oct</w:t>
            </w:r>
          </w:p>
        </w:tc>
        <w:tc>
          <w:tcPr>
            <w:tcW w:w="2880" w:type="dxa"/>
          </w:tcPr>
          <w:p w14:paraId="4EE9C7A9" w14:textId="77777777" w:rsidR="006F5E81" w:rsidRDefault="006F5E81">
            <w:r>
              <w:t>Submit Ethics &amp; Proposal Form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37DE18CE" w14:textId="77777777" w:rsidR="006F5E81" w:rsidRDefault="006F5E81"/>
          <w:p w14:paraId="309A5AC0" w14:textId="77777777" w:rsidR="006F5E81" w:rsidRDefault="006F5E81"/>
          <w:p w14:paraId="68EC71A1" w14:textId="77777777" w:rsidR="006F5E81" w:rsidRDefault="006F5E81"/>
          <w:p w14:paraId="799D82CC" w14:textId="0AF63621" w:rsidR="006F5E81" w:rsidRDefault="006F5E81"/>
        </w:tc>
        <w:tc>
          <w:tcPr>
            <w:tcW w:w="497" w:type="dxa"/>
          </w:tcPr>
          <w:p w14:paraId="3C08EFD8" w14:textId="77777777" w:rsidR="006F5E81" w:rsidRDefault="006F5E81"/>
        </w:tc>
      </w:tr>
      <w:tr w:rsidR="006F5E81" w14:paraId="70D77EA2" w14:textId="3DE5FDD2" w:rsidTr="006F5E81">
        <w:tc>
          <w:tcPr>
            <w:tcW w:w="2880" w:type="dxa"/>
          </w:tcPr>
          <w:p w14:paraId="31C892A5" w14:textId="77777777" w:rsidR="006F5E81" w:rsidRDefault="006F5E81">
            <w:r>
              <w:t>16 Oct</w:t>
            </w:r>
          </w:p>
        </w:tc>
        <w:tc>
          <w:tcPr>
            <w:tcW w:w="2880" w:type="dxa"/>
          </w:tcPr>
          <w:p w14:paraId="76AE813B" w14:textId="77777777" w:rsidR="006F5E81" w:rsidRDefault="006F5E81">
            <w:r>
              <w:t>Group Discussion: Introduction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57ECE451" w14:textId="77777777" w:rsidR="006F5E81" w:rsidRDefault="006F5E81"/>
          <w:p w14:paraId="31179A5E" w14:textId="77777777" w:rsidR="006F5E81" w:rsidRDefault="006F5E81"/>
          <w:p w14:paraId="525ED0B1" w14:textId="77777777" w:rsidR="006F5E81" w:rsidRDefault="006F5E81"/>
          <w:p w14:paraId="1FA0A49B" w14:textId="51D02EBD" w:rsidR="006F5E81" w:rsidRDefault="006F5E81"/>
        </w:tc>
        <w:tc>
          <w:tcPr>
            <w:tcW w:w="497" w:type="dxa"/>
          </w:tcPr>
          <w:p w14:paraId="3B473EA6" w14:textId="77777777" w:rsidR="006F5E81" w:rsidRDefault="006F5E81"/>
        </w:tc>
      </w:tr>
      <w:tr w:rsidR="006F5E81" w14:paraId="54B9CD4C" w14:textId="373B4C95" w:rsidTr="006F5E81">
        <w:tc>
          <w:tcPr>
            <w:tcW w:w="2880" w:type="dxa"/>
          </w:tcPr>
          <w:p w14:paraId="16221320" w14:textId="77777777" w:rsidR="006F5E81" w:rsidRDefault="006F5E81">
            <w:r>
              <w:t>23 Oct</w:t>
            </w:r>
          </w:p>
        </w:tc>
        <w:tc>
          <w:tcPr>
            <w:tcW w:w="2880" w:type="dxa"/>
          </w:tcPr>
          <w:p w14:paraId="34447949" w14:textId="77777777" w:rsidR="006F5E81" w:rsidRDefault="006F5E81">
            <w:r>
              <w:t>Individual Feedback: Proposal &amp; Ethics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448C54A6" w14:textId="77777777" w:rsidR="006F5E81" w:rsidRDefault="006F5E81"/>
          <w:p w14:paraId="28EB4ABF" w14:textId="77777777" w:rsidR="006F5E81" w:rsidRDefault="006F5E81"/>
          <w:p w14:paraId="299BDE5C" w14:textId="77777777" w:rsidR="006F5E81" w:rsidRDefault="006F5E81"/>
          <w:p w14:paraId="41EDA403" w14:textId="1A7900ED" w:rsidR="006F5E81" w:rsidRDefault="006F5E81"/>
        </w:tc>
        <w:tc>
          <w:tcPr>
            <w:tcW w:w="497" w:type="dxa"/>
          </w:tcPr>
          <w:p w14:paraId="78F5C7A4" w14:textId="77777777" w:rsidR="006F5E81" w:rsidRDefault="006F5E81"/>
        </w:tc>
      </w:tr>
      <w:tr w:rsidR="006F5E81" w14:paraId="31BB2833" w14:textId="07F8E4C7" w:rsidTr="006F5E81">
        <w:tc>
          <w:tcPr>
            <w:tcW w:w="2880" w:type="dxa"/>
          </w:tcPr>
          <w:p w14:paraId="7705BE03" w14:textId="77777777" w:rsidR="006F5E81" w:rsidRDefault="006F5E81">
            <w:r>
              <w:t>30 Oct</w:t>
            </w:r>
          </w:p>
        </w:tc>
        <w:tc>
          <w:tcPr>
            <w:tcW w:w="2880" w:type="dxa"/>
          </w:tcPr>
          <w:p w14:paraId="32577E63" w14:textId="77777777" w:rsidR="006F5E81" w:rsidRDefault="006F5E81">
            <w:r>
              <w:t>Supervision: Introduction Chapter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6326EBB0" w14:textId="77777777" w:rsidR="006F5E81" w:rsidRDefault="006F5E81"/>
          <w:p w14:paraId="36F064D1" w14:textId="77777777" w:rsidR="006F5E81" w:rsidRDefault="006F5E81"/>
          <w:p w14:paraId="3FC8C3C8" w14:textId="77777777" w:rsidR="006F5E81" w:rsidRDefault="006F5E81"/>
          <w:p w14:paraId="61987B32" w14:textId="5E592092" w:rsidR="006F5E81" w:rsidRDefault="006F5E81"/>
        </w:tc>
        <w:tc>
          <w:tcPr>
            <w:tcW w:w="497" w:type="dxa"/>
          </w:tcPr>
          <w:p w14:paraId="726D660E" w14:textId="77777777" w:rsidR="006F5E81" w:rsidRDefault="006F5E81"/>
        </w:tc>
      </w:tr>
      <w:tr w:rsidR="006F5E81" w14:paraId="6ACB1DFA" w14:textId="69F11707" w:rsidTr="006F5E81">
        <w:tc>
          <w:tcPr>
            <w:tcW w:w="2880" w:type="dxa"/>
          </w:tcPr>
          <w:p w14:paraId="7401E9BE" w14:textId="77777777" w:rsidR="006F5E81" w:rsidRDefault="006F5E81">
            <w:r>
              <w:lastRenderedPageBreak/>
              <w:t>6 Nov</w:t>
            </w:r>
          </w:p>
        </w:tc>
        <w:tc>
          <w:tcPr>
            <w:tcW w:w="2880" w:type="dxa"/>
          </w:tcPr>
          <w:p w14:paraId="0871073A" w14:textId="77777777" w:rsidR="006F5E81" w:rsidRDefault="006F5E81">
            <w:r>
              <w:t>Group Discussion: Literature Review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2F9889D2" w14:textId="77777777" w:rsidR="006F5E81" w:rsidRDefault="006F5E81"/>
          <w:p w14:paraId="3D2CAD9B" w14:textId="77777777" w:rsidR="006F5E81" w:rsidRDefault="006F5E81"/>
          <w:p w14:paraId="68D8BDA3" w14:textId="77777777" w:rsidR="006F5E81" w:rsidRDefault="006F5E81"/>
          <w:p w14:paraId="732EF071" w14:textId="7558C561" w:rsidR="006F5E81" w:rsidRDefault="006F5E81"/>
        </w:tc>
        <w:tc>
          <w:tcPr>
            <w:tcW w:w="497" w:type="dxa"/>
          </w:tcPr>
          <w:p w14:paraId="610D4FC4" w14:textId="77777777" w:rsidR="006F5E81" w:rsidRDefault="006F5E81"/>
        </w:tc>
      </w:tr>
      <w:tr w:rsidR="006F5E81" w14:paraId="2E8CB6CA" w14:textId="56BA0571" w:rsidTr="006F5E81">
        <w:tc>
          <w:tcPr>
            <w:tcW w:w="2880" w:type="dxa"/>
          </w:tcPr>
          <w:p w14:paraId="0D49F4A3" w14:textId="77777777" w:rsidR="006F5E81" w:rsidRDefault="006F5E81">
            <w:r>
              <w:t>13 Nov</w:t>
            </w:r>
          </w:p>
        </w:tc>
        <w:tc>
          <w:tcPr>
            <w:tcW w:w="2880" w:type="dxa"/>
          </w:tcPr>
          <w:p w14:paraId="693ACB95" w14:textId="77777777" w:rsidR="006F5E81" w:rsidRDefault="006F5E81">
            <w:r>
              <w:t>Progress Week: Individual Feedback on Introduction Chapter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2EAB0C4B" w14:textId="77777777" w:rsidR="006F5E81" w:rsidRDefault="006F5E81"/>
          <w:p w14:paraId="636926EF" w14:textId="77777777" w:rsidR="006F5E81" w:rsidRDefault="006F5E81"/>
          <w:p w14:paraId="404D852B" w14:textId="77777777" w:rsidR="006F5E81" w:rsidRDefault="006F5E81"/>
          <w:p w14:paraId="0FA10014" w14:textId="5DF014C4" w:rsidR="006F5E81" w:rsidRDefault="006F5E81"/>
        </w:tc>
        <w:tc>
          <w:tcPr>
            <w:tcW w:w="497" w:type="dxa"/>
          </w:tcPr>
          <w:p w14:paraId="396FA7D4" w14:textId="77777777" w:rsidR="006F5E81" w:rsidRDefault="006F5E81"/>
        </w:tc>
      </w:tr>
      <w:tr w:rsidR="006F5E81" w14:paraId="29CA1BBE" w14:textId="0B863973" w:rsidTr="006F5E81">
        <w:tc>
          <w:tcPr>
            <w:tcW w:w="2880" w:type="dxa"/>
          </w:tcPr>
          <w:p w14:paraId="674D2DB6" w14:textId="77777777" w:rsidR="006F5E81" w:rsidRDefault="006F5E81">
            <w:r>
              <w:t>20 Nov</w:t>
            </w:r>
          </w:p>
        </w:tc>
        <w:tc>
          <w:tcPr>
            <w:tcW w:w="2880" w:type="dxa"/>
          </w:tcPr>
          <w:p w14:paraId="16DF8027" w14:textId="77777777" w:rsidR="006F5E81" w:rsidRDefault="006F5E81">
            <w:r>
              <w:t>Progress Week: Questions on Literature Review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7435E680" w14:textId="77777777" w:rsidR="006F5E81" w:rsidRDefault="006F5E81"/>
          <w:p w14:paraId="5FC097A7" w14:textId="77777777" w:rsidR="006F5E81" w:rsidRDefault="006F5E81"/>
          <w:p w14:paraId="2146B433" w14:textId="77777777" w:rsidR="006F5E81" w:rsidRDefault="006F5E81"/>
          <w:p w14:paraId="17441443" w14:textId="78FA96C3" w:rsidR="006F5E81" w:rsidRDefault="006F5E81"/>
        </w:tc>
        <w:tc>
          <w:tcPr>
            <w:tcW w:w="497" w:type="dxa"/>
          </w:tcPr>
          <w:p w14:paraId="3756A48E" w14:textId="77777777" w:rsidR="006F5E81" w:rsidRDefault="006F5E81"/>
        </w:tc>
      </w:tr>
      <w:tr w:rsidR="006F5E81" w14:paraId="34FDF700" w14:textId="11F3A2C5" w:rsidTr="006F5E81">
        <w:tc>
          <w:tcPr>
            <w:tcW w:w="2880" w:type="dxa"/>
          </w:tcPr>
          <w:p w14:paraId="499713DA" w14:textId="77777777" w:rsidR="006F5E81" w:rsidRDefault="006F5E81">
            <w:r>
              <w:t>8 Jan</w:t>
            </w:r>
          </w:p>
        </w:tc>
        <w:tc>
          <w:tcPr>
            <w:tcW w:w="2880" w:type="dxa"/>
          </w:tcPr>
          <w:p w14:paraId="43E16524" w14:textId="77777777" w:rsidR="006F5E81" w:rsidRDefault="006F5E81">
            <w:r>
              <w:t>Submit Draft Literature Review Chapter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15F98343" w14:textId="77777777" w:rsidR="006F5E81" w:rsidRDefault="006F5E81"/>
          <w:p w14:paraId="081590D7" w14:textId="77777777" w:rsidR="006F5E81" w:rsidRDefault="006F5E81"/>
          <w:p w14:paraId="5A0D4F5E" w14:textId="77777777" w:rsidR="006F5E81" w:rsidRDefault="006F5E81"/>
          <w:p w14:paraId="38F1F2D7" w14:textId="4076B65E" w:rsidR="006F5E81" w:rsidRDefault="006F5E81"/>
        </w:tc>
        <w:tc>
          <w:tcPr>
            <w:tcW w:w="497" w:type="dxa"/>
          </w:tcPr>
          <w:p w14:paraId="4AB82879" w14:textId="77777777" w:rsidR="006F5E81" w:rsidRDefault="006F5E81"/>
        </w:tc>
      </w:tr>
      <w:tr w:rsidR="006F5E81" w14:paraId="05D5D6EB" w14:textId="15F579AF" w:rsidTr="006F5E81">
        <w:tc>
          <w:tcPr>
            <w:tcW w:w="2880" w:type="dxa"/>
          </w:tcPr>
          <w:p w14:paraId="0DF98D20" w14:textId="77777777" w:rsidR="006F5E81" w:rsidRDefault="006F5E81">
            <w:r>
              <w:t>15 Jan</w:t>
            </w:r>
          </w:p>
        </w:tc>
        <w:tc>
          <w:tcPr>
            <w:tcW w:w="2880" w:type="dxa"/>
          </w:tcPr>
          <w:p w14:paraId="39A7BB19" w14:textId="77777777" w:rsidR="006F5E81" w:rsidRDefault="006F5E81">
            <w:r>
              <w:t>Group Discussion: Methodology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6EF8F606" w14:textId="77777777" w:rsidR="006F5E81" w:rsidRDefault="006F5E81"/>
          <w:p w14:paraId="771B8417" w14:textId="77777777" w:rsidR="006F5E81" w:rsidRDefault="006F5E81"/>
          <w:p w14:paraId="2EBAD44A" w14:textId="77777777" w:rsidR="006F5E81" w:rsidRDefault="006F5E81"/>
          <w:p w14:paraId="72C189F1" w14:textId="253F13FC" w:rsidR="006F5E81" w:rsidRDefault="006F5E81"/>
        </w:tc>
        <w:tc>
          <w:tcPr>
            <w:tcW w:w="497" w:type="dxa"/>
          </w:tcPr>
          <w:p w14:paraId="0549EC3E" w14:textId="77777777" w:rsidR="006F5E81" w:rsidRDefault="006F5E81"/>
        </w:tc>
      </w:tr>
      <w:tr w:rsidR="006F5E81" w14:paraId="2ED5792B" w14:textId="7FF8CCCD" w:rsidTr="006F5E81">
        <w:tc>
          <w:tcPr>
            <w:tcW w:w="2880" w:type="dxa"/>
          </w:tcPr>
          <w:p w14:paraId="77A2AC4A" w14:textId="77777777" w:rsidR="006F5E81" w:rsidRDefault="006F5E81">
            <w:r>
              <w:t>22 Jan</w:t>
            </w:r>
          </w:p>
        </w:tc>
        <w:tc>
          <w:tcPr>
            <w:tcW w:w="2880" w:type="dxa"/>
          </w:tcPr>
          <w:p w14:paraId="36B8988E" w14:textId="77777777" w:rsidR="006F5E81" w:rsidRDefault="006F5E81">
            <w:r>
              <w:t>Vacation / Exam Period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4C5027A3" w14:textId="77777777" w:rsidR="006F5E81" w:rsidRDefault="006F5E81"/>
          <w:p w14:paraId="74E90308" w14:textId="77777777" w:rsidR="006F5E81" w:rsidRDefault="006F5E81"/>
          <w:p w14:paraId="197D2B5A" w14:textId="77777777" w:rsidR="006F5E81" w:rsidRDefault="006F5E81"/>
          <w:p w14:paraId="62C15B39" w14:textId="7FEE6A3B" w:rsidR="006F5E81" w:rsidRDefault="006F5E81"/>
        </w:tc>
        <w:tc>
          <w:tcPr>
            <w:tcW w:w="497" w:type="dxa"/>
          </w:tcPr>
          <w:p w14:paraId="06D5E337" w14:textId="77777777" w:rsidR="006F5E81" w:rsidRDefault="006F5E81"/>
        </w:tc>
      </w:tr>
      <w:tr w:rsidR="006F5E81" w14:paraId="06B410C0" w14:textId="567A6981" w:rsidTr="006F5E81">
        <w:tc>
          <w:tcPr>
            <w:tcW w:w="2880" w:type="dxa"/>
          </w:tcPr>
          <w:p w14:paraId="4E9629D5" w14:textId="77777777" w:rsidR="006F5E81" w:rsidRDefault="006F5E81">
            <w:r>
              <w:t>29 Jan</w:t>
            </w:r>
          </w:p>
        </w:tc>
        <w:tc>
          <w:tcPr>
            <w:tcW w:w="2880" w:type="dxa"/>
          </w:tcPr>
          <w:p w14:paraId="71CFA798" w14:textId="77777777" w:rsidR="006F5E81" w:rsidRDefault="006F5E81">
            <w:r>
              <w:t>Approval of Questionnaire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5BA7CF85" w14:textId="77777777" w:rsidR="006F5E81" w:rsidRDefault="006F5E81"/>
          <w:p w14:paraId="221FDE19" w14:textId="77777777" w:rsidR="006F5E81" w:rsidRDefault="006F5E81"/>
          <w:p w14:paraId="57C1974A" w14:textId="77777777" w:rsidR="006F5E81" w:rsidRDefault="006F5E81"/>
          <w:p w14:paraId="465D5C8B" w14:textId="786E68C5" w:rsidR="006F5E81" w:rsidRDefault="006F5E81"/>
        </w:tc>
        <w:tc>
          <w:tcPr>
            <w:tcW w:w="497" w:type="dxa"/>
          </w:tcPr>
          <w:p w14:paraId="312E605E" w14:textId="77777777" w:rsidR="006F5E81" w:rsidRDefault="006F5E81"/>
        </w:tc>
      </w:tr>
      <w:tr w:rsidR="006F5E81" w14:paraId="454AB9AD" w14:textId="5B33BC34" w:rsidTr="006F5E81">
        <w:tc>
          <w:tcPr>
            <w:tcW w:w="2880" w:type="dxa"/>
          </w:tcPr>
          <w:p w14:paraId="44F33778" w14:textId="77777777" w:rsidR="006F5E81" w:rsidRDefault="006F5E81">
            <w:r>
              <w:t>5 Feb</w:t>
            </w:r>
          </w:p>
        </w:tc>
        <w:tc>
          <w:tcPr>
            <w:tcW w:w="2880" w:type="dxa"/>
          </w:tcPr>
          <w:p w14:paraId="41A3C665" w14:textId="77777777" w:rsidR="006F5E81" w:rsidRDefault="006F5E81">
            <w:r>
              <w:t>Individual Feedback: Literature Review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7DB8C115" w14:textId="77777777" w:rsidR="006F5E81" w:rsidRDefault="006F5E81"/>
          <w:p w14:paraId="6F430C13" w14:textId="77777777" w:rsidR="006F5E81" w:rsidRDefault="006F5E81"/>
          <w:p w14:paraId="17139ACE" w14:textId="77777777" w:rsidR="006F5E81" w:rsidRDefault="006F5E81"/>
          <w:p w14:paraId="42FED553" w14:textId="3EB639D7" w:rsidR="006F5E81" w:rsidRDefault="006F5E81"/>
        </w:tc>
        <w:tc>
          <w:tcPr>
            <w:tcW w:w="497" w:type="dxa"/>
          </w:tcPr>
          <w:p w14:paraId="6AC810B9" w14:textId="77777777" w:rsidR="006F5E81" w:rsidRDefault="006F5E81"/>
        </w:tc>
      </w:tr>
      <w:tr w:rsidR="006F5E81" w14:paraId="7EFAFE62" w14:textId="18367063" w:rsidTr="006F5E81">
        <w:tc>
          <w:tcPr>
            <w:tcW w:w="2880" w:type="dxa"/>
          </w:tcPr>
          <w:p w14:paraId="5EC20A99" w14:textId="77777777" w:rsidR="006F5E81" w:rsidRDefault="006F5E81">
            <w:r>
              <w:t>12 Feb</w:t>
            </w:r>
          </w:p>
        </w:tc>
        <w:tc>
          <w:tcPr>
            <w:tcW w:w="2880" w:type="dxa"/>
          </w:tcPr>
          <w:p w14:paraId="551D66DF" w14:textId="77777777" w:rsidR="006F5E81" w:rsidRDefault="006F5E81">
            <w:r>
              <w:t xml:space="preserve">Submit Methodology </w:t>
            </w:r>
            <w:r>
              <w:lastRenderedPageBreak/>
              <w:t>Chapter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4A8B8FA4" w14:textId="77777777" w:rsidR="006F5E81" w:rsidRDefault="006F5E81"/>
          <w:p w14:paraId="449FB659" w14:textId="77777777" w:rsidR="006F5E81" w:rsidRDefault="006F5E81"/>
          <w:p w14:paraId="6BF65A18" w14:textId="77777777" w:rsidR="006F5E81" w:rsidRDefault="006F5E81"/>
          <w:p w14:paraId="64006A4D" w14:textId="66269817" w:rsidR="006F5E81" w:rsidRDefault="006F5E81"/>
        </w:tc>
        <w:tc>
          <w:tcPr>
            <w:tcW w:w="497" w:type="dxa"/>
          </w:tcPr>
          <w:p w14:paraId="7B823E15" w14:textId="77777777" w:rsidR="006F5E81" w:rsidRDefault="006F5E81"/>
        </w:tc>
      </w:tr>
      <w:tr w:rsidR="006F5E81" w14:paraId="3A444232" w14:textId="4E94ADB4" w:rsidTr="006F5E81">
        <w:tc>
          <w:tcPr>
            <w:tcW w:w="2880" w:type="dxa"/>
          </w:tcPr>
          <w:p w14:paraId="7DFE03D0" w14:textId="77777777" w:rsidR="006F5E81" w:rsidRDefault="006F5E81">
            <w:r>
              <w:t>4 Mar</w:t>
            </w:r>
          </w:p>
        </w:tc>
        <w:tc>
          <w:tcPr>
            <w:tcW w:w="2880" w:type="dxa"/>
          </w:tcPr>
          <w:p w14:paraId="14E5397A" w14:textId="77777777" w:rsidR="006F5E81" w:rsidRDefault="006F5E81">
            <w:r>
              <w:t>Group Discussion: Findings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2E059B2E" w14:textId="77777777" w:rsidR="006F5E81" w:rsidRDefault="006F5E81"/>
          <w:p w14:paraId="4888E0B7" w14:textId="77777777" w:rsidR="006F5E81" w:rsidRDefault="006F5E81"/>
          <w:p w14:paraId="159736B6" w14:textId="77777777" w:rsidR="006F5E81" w:rsidRDefault="006F5E81"/>
          <w:p w14:paraId="38DABAFD" w14:textId="71A5A097" w:rsidR="006F5E81" w:rsidRDefault="006F5E81"/>
        </w:tc>
        <w:tc>
          <w:tcPr>
            <w:tcW w:w="497" w:type="dxa"/>
          </w:tcPr>
          <w:p w14:paraId="38D8B8D2" w14:textId="77777777" w:rsidR="006F5E81" w:rsidRDefault="006F5E81"/>
        </w:tc>
      </w:tr>
      <w:tr w:rsidR="006F5E81" w14:paraId="06A2FD25" w14:textId="6D370F60" w:rsidTr="006F5E81">
        <w:tc>
          <w:tcPr>
            <w:tcW w:w="2880" w:type="dxa"/>
          </w:tcPr>
          <w:p w14:paraId="67AC3A2C" w14:textId="77777777" w:rsidR="006F5E81" w:rsidRDefault="006F5E81">
            <w:r>
              <w:t>11 Mar</w:t>
            </w:r>
          </w:p>
        </w:tc>
        <w:tc>
          <w:tcPr>
            <w:tcW w:w="2880" w:type="dxa"/>
          </w:tcPr>
          <w:p w14:paraId="5540AB29" w14:textId="77777777" w:rsidR="006F5E81" w:rsidRDefault="006F5E81">
            <w:r>
              <w:t>Supervision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4A94F89A" w14:textId="77777777" w:rsidR="006F5E81" w:rsidRDefault="006F5E81"/>
          <w:p w14:paraId="604F0C5A" w14:textId="77777777" w:rsidR="006F5E81" w:rsidRDefault="006F5E81"/>
          <w:p w14:paraId="4BE711FB" w14:textId="77777777" w:rsidR="006F5E81" w:rsidRDefault="006F5E81"/>
          <w:p w14:paraId="2CF3236E" w14:textId="7A0EB2D1" w:rsidR="006F5E81" w:rsidRDefault="006F5E81"/>
        </w:tc>
        <w:tc>
          <w:tcPr>
            <w:tcW w:w="497" w:type="dxa"/>
          </w:tcPr>
          <w:p w14:paraId="7455D3D4" w14:textId="77777777" w:rsidR="006F5E81" w:rsidRDefault="006F5E81"/>
        </w:tc>
      </w:tr>
      <w:tr w:rsidR="006F5E81" w14:paraId="74686903" w14:textId="1BAC52E5" w:rsidTr="006F5E81">
        <w:tc>
          <w:tcPr>
            <w:tcW w:w="2880" w:type="dxa"/>
          </w:tcPr>
          <w:p w14:paraId="35D6212D" w14:textId="77777777" w:rsidR="006F5E81" w:rsidRDefault="006F5E81">
            <w:r>
              <w:t>18 Mar</w:t>
            </w:r>
          </w:p>
        </w:tc>
        <w:tc>
          <w:tcPr>
            <w:tcW w:w="2880" w:type="dxa"/>
          </w:tcPr>
          <w:p w14:paraId="72C37FAE" w14:textId="77777777" w:rsidR="006F5E81" w:rsidRDefault="006F5E81">
            <w:r>
              <w:t>Submit Findings Chapter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5BD20BA6" w14:textId="77777777" w:rsidR="006F5E81" w:rsidRDefault="006F5E81"/>
          <w:p w14:paraId="71D10213" w14:textId="77777777" w:rsidR="006F5E81" w:rsidRDefault="006F5E81"/>
          <w:p w14:paraId="71B49A8A" w14:textId="77777777" w:rsidR="006F5E81" w:rsidRDefault="006F5E81"/>
          <w:p w14:paraId="5106293A" w14:textId="20EF06C5" w:rsidR="006F5E81" w:rsidRDefault="006F5E81"/>
        </w:tc>
        <w:tc>
          <w:tcPr>
            <w:tcW w:w="497" w:type="dxa"/>
          </w:tcPr>
          <w:p w14:paraId="3CF4DDCE" w14:textId="77777777" w:rsidR="006F5E81" w:rsidRDefault="006F5E81"/>
        </w:tc>
      </w:tr>
      <w:tr w:rsidR="006F5E81" w14:paraId="72FDD8C0" w14:textId="18EDEDAC" w:rsidTr="006F5E81">
        <w:tc>
          <w:tcPr>
            <w:tcW w:w="2880" w:type="dxa"/>
          </w:tcPr>
          <w:p w14:paraId="64919B36" w14:textId="77777777" w:rsidR="006F5E81" w:rsidRDefault="006F5E81">
            <w:r>
              <w:t>25 Mar</w:t>
            </w:r>
          </w:p>
        </w:tc>
        <w:tc>
          <w:tcPr>
            <w:tcW w:w="2880" w:type="dxa"/>
          </w:tcPr>
          <w:p w14:paraId="40FC6206" w14:textId="77777777" w:rsidR="006F5E81" w:rsidRDefault="006F5E81">
            <w:r>
              <w:t>Progress Week: Individual Feedback on Findings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75673A7E" w14:textId="77777777" w:rsidR="006F5E81" w:rsidRDefault="006F5E81"/>
          <w:p w14:paraId="57261C5E" w14:textId="77777777" w:rsidR="006F5E81" w:rsidRDefault="006F5E81"/>
          <w:p w14:paraId="2D49603D" w14:textId="0CE37D60" w:rsidR="006F5E81" w:rsidRDefault="006F5E81"/>
        </w:tc>
        <w:tc>
          <w:tcPr>
            <w:tcW w:w="497" w:type="dxa"/>
          </w:tcPr>
          <w:p w14:paraId="7AC39E0C" w14:textId="77777777" w:rsidR="006F5E81" w:rsidRDefault="006F5E81"/>
        </w:tc>
      </w:tr>
      <w:tr w:rsidR="006F5E81" w14:paraId="15EDA8DF" w14:textId="3D9325E6" w:rsidTr="006F5E81">
        <w:tc>
          <w:tcPr>
            <w:tcW w:w="2880" w:type="dxa"/>
          </w:tcPr>
          <w:p w14:paraId="0F7140BA" w14:textId="77777777" w:rsidR="006F5E81" w:rsidRDefault="006F5E81">
            <w:r>
              <w:t>1 Apr</w:t>
            </w:r>
          </w:p>
        </w:tc>
        <w:tc>
          <w:tcPr>
            <w:tcW w:w="2880" w:type="dxa"/>
          </w:tcPr>
          <w:p w14:paraId="06CCE688" w14:textId="77777777" w:rsidR="006F5E81" w:rsidRDefault="006F5E81">
            <w:r>
              <w:t>Group Discussion: Conclusion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6891991F" w14:textId="77777777" w:rsidR="006F5E81" w:rsidRDefault="006F5E81"/>
          <w:p w14:paraId="4B5A9AC9" w14:textId="77777777" w:rsidR="006F5E81" w:rsidRDefault="006F5E81"/>
          <w:p w14:paraId="4F3242CD" w14:textId="77777777" w:rsidR="006F5E81" w:rsidRDefault="006F5E81"/>
          <w:p w14:paraId="7DB4A367" w14:textId="0E4D7C22" w:rsidR="006F5E81" w:rsidRDefault="006F5E81"/>
        </w:tc>
        <w:tc>
          <w:tcPr>
            <w:tcW w:w="497" w:type="dxa"/>
          </w:tcPr>
          <w:p w14:paraId="5121C5FD" w14:textId="77777777" w:rsidR="006F5E81" w:rsidRDefault="006F5E81"/>
        </w:tc>
      </w:tr>
      <w:tr w:rsidR="006F5E81" w14:paraId="7AE8DCC7" w14:textId="17B56829" w:rsidTr="006F5E81">
        <w:tc>
          <w:tcPr>
            <w:tcW w:w="2880" w:type="dxa"/>
          </w:tcPr>
          <w:p w14:paraId="59742FA1" w14:textId="77777777" w:rsidR="006F5E81" w:rsidRDefault="006F5E81">
            <w:r>
              <w:t>8 Apr</w:t>
            </w:r>
          </w:p>
        </w:tc>
        <w:tc>
          <w:tcPr>
            <w:tcW w:w="2880" w:type="dxa"/>
          </w:tcPr>
          <w:p w14:paraId="59540B4E" w14:textId="77777777" w:rsidR="006F5E81" w:rsidRDefault="006F5E81">
            <w:r>
              <w:t>Supervision: Check Formatting</w:t>
            </w:r>
            <w:r>
              <w:fldChar w:fldCharType="begin"/>
            </w:r>
            <w:r>
              <w:instrText>FORMCHECKBOX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263" w:type="dxa"/>
          </w:tcPr>
          <w:p w14:paraId="76FCBF6C" w14:textId="77777777" w:rsidR="006F5E81" w:rsidRDefault="006F5E81"/>
          <w:p w14:paraId="512958CB" w14:textId="77777777" w:rsidR="006F5E81" w:rsidRDefault="006F5E81"/>
          <w:p w14:paraId="506A33ED" w14:textId="77777777" w:rsidR="006F5E81" w:rsidRDefault="006F5E81"/>
          <w:p w14:paraId="084284AF" w14:textId="4D9FD6ED" w:rsidR="006F5E81" w:rsidRDefault="006F5E81"/>
        </w:tc>
        <w:tc>
          <w:tcPr>
            <w:tcW w:w="497" w:type="dxa"/>
          </w:tcPr>
          <w:p w14:paraId="256999EE" w14:textId="77777777" w:rsidR="006F5E81" w:rsidRDefault="006F5E81"/>
        </w:tc>
      </w:tr>
    </w:tbl>
    <w:p w14:paraId="526AA8C4" w14:textId="77777777" w:rsidR="006F5E81" w:rsidRDefault="006F5E81"/>
    <w:sectPr w:rsidR="00000000" w:rsidSect="006F5E81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754184">
    <w:abstractNumId w:val="8"/>
  </w:num>
  <w:num w:numId="2" w16cid:durableId="1926760964">
    <w:abstractNumId w:val="6"/>
  </w:num>
  <w:num w:numId="3" w16cid:durableId="1093279953">
    <w:abstractNumId w:val="5"/>
  </w:num>
  <w:num w:numId="4" w16cid:durableId="427193600">
    <w:abstractNumId w:val="4"/>
  </w:num>
  <w:num w:numId="5" w16cid:durableId="1471677106">
    <w:abstractNumId w:val="7"/>
  </w:num>
  <w:num w:numId="6" w16cid:durableId="1278828128">
    <w:abstractNumId w:val="3"/>
  </w:num>
  <w:num w:numId="7" w16cid:durableId="1338654589">
    <w:abstractNumId w:val="2"/>
  </w:num>
  <w:num w:numId="8" w16cid:durableId="48263325">
    <w:abstractNumId w:val="1"/>
  </w:num>
  <w:num w:numId="9" w16cid:durableId="940993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E0FB1"/>
    <w:rsid w:val="00326F90"/>
    <w:rsid w:val="00454CFA"/>
    <w:rsid w:val="006F5E8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974493"/>
  <w14:defaultImageDpi w14:val="300"/>
  <w15:docId w15:val="{DF42674A-C7AE-4556-9521-C7ADF86C1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Laura Knight</cp:lastModifiedBy>
  <cp:revision>2</cp:revision>
  <dcterms:created xsi:type="dcterms:W3CDTF">2025-08-22T08:21:00Z</dcterms:created>
  <dcterms:modified xsi:type="dcterms:W3CDTF">2025-08-22T08:21:00Z</dcterms:modified>
  <cp:category/>
</cp:coreProperties>
</file>