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F1F94" w14:textId="46360FCE" w:rsidR="007D72D3" w:rsidRPr="007D72D3" w:rsidRDefault="007D72D3" w:rsidP="007D72D3">
      <w:pPr>
        <w:rPr>
          <w:rFonts w:asciiTheme="minorBidi" w:hAnsiTheme="minorBidi"/>
          <w:b/>
          <w:bCs/>
          <w:color w:val="C00000"/>
          <w:sz w:val="24"/>
          <w:szCs w:val="24"/>
        </w:rPr>
      </w:pPr>
      <w:r w:rsidRPr="007D72D3">
        <w:rPr>
          <w:rFonts w:asciiTheme="minorBidi" w:hAnsiTheme="minorBidi"/>
          <w:b/>
          <w:bCs/>
          <w:color w:val="C00000"/>
          <w:sz w:val="24"/>
          <w:szCs w:val="24"/>
        </w:rPr>
        <w:t>PLEASE NOTE- This is suggested guidance only- Always consult the assignment brief and learning outcomes as well as the relevant power points on Moodle when working on an assignment.</w:t>
      </w:r>
    </w:p>
    <w:p w14:paraId="16408A55" w14:textId="093280FD" w:rsidR="007D72D3" w:rsidRPr="00FF3B86" w:rsidRDefault="007D72D3" w:rsidP="00FF3B86">
      <w:pPr>
        <w:rPr>
          <w:rFonts w:asciiTheme="minorBidi" w:hAnsiTheme="minorBidi"/>
          <w:b/>
          <w:bCs/>
          <w:color w:val="002060"/>
          <w:sz w:val="24"/>
          <w:szCs w:val="24"/>
        </w:rPr>
      </w:pPr>
      <w:r w:rsidRPr="007D72D3">
        <w:rPr>
          <w:rFonts w:asciiTheme="minorBidi" w:hAnsiTheme="minorBidi"/>
          <w:b/>
          <w:bCs/>
          <w:color w:val="002060"/>
          <w:sz w:val="24"/>
          <w:szCs w:val="24"/>
        </w:rPr>
        <w:t xml:space="preserve">Step-by-Step Guidance: </w:t>
      </w:r>
      <w:r w:rsidR="00FF3B86">
        <w:rPr>
          <w:rFonts w:asciiTheme="minorBidi" w:hAnsiTheme="minorBidi"/>
          <w:b/>
          <w:bCs/>
          <w:color w:val="002060"/>
          <w:sz w:val="24"/>
          <w:szCs w:val="24"/>
        </w:rPr>
        <w:br/>
        <w:t>Task-</w:t>
      </w:r>
      <w:r w:rsidR="00FF3B86">
        <w:rPr>
          <w:rFonts w:asciiTheme="minorBidi" w:hAnsiTheme="minorBidi"/>
          <w:b/>
          <w:bCs/>
          <w:color w:val="002060"/>
          <w:sz w:val="24"/>
          <w:szCs w:val="24"/>
        </w:rPr>
        <w:br/>
      </w:r>
      <w:r w:rsidRPr="007D72D3">
        <w:rPr>
          <w:rFonts w:asciiTheme="minorBidi" w:hAnsiTheme="minorBidi"/>
          <w:sz w:val="24"/>
          <w:szCs w:val="24"/>
        </w:rPr>
        <w:t>You will take on the role of a manager in a care home who wants to implement a change. The task includes planning the change, identifying skills, and exploring potential barriers and solutions.</w:t>
      </w:r>
    </w:p>
    <w:p w14:paraId="450797C0" w14:textId="77777777" w:rsidR="007D72D3" w:rsidRPr="007D72D3" w:rsidRDefault="007D72D3" w:rsidP="007D72D3">
      <w:pPr>
        <w:rPr>
          <w:rFonts w:asciiTheme="minorBidi" w:hAnsiTheme="minorBidi"/>
          <w:b/>
          <w:bCs/>
          <w:color w:val="002060"/>
          <w:sz w:val="24"/>
          <w:szCs w:val="24"/>
        </w:rPr>
      </w:pPr>
      <w:r w:rsidRPr="007D72D3">
        <w:rPr>
          <w:rFonts w:asciiTheme="minorBidi" w:hAnsiTheme="minorBidi"/>
          <w:b/>
          <w:bCs/>
          <w:color w:val="002060"/>
          <w:sz w:val="24"/>
          <w:szCs w:val="24"/>
        </w:rPr>
        <w:t>Step 1: Choose a Change Idea</w:t>
      </w:r>
    </w:p>
    <w:p w14:paraId="4F55756B" w14:textId="77777777" w:rsidR="007D72D3" w:rsidRPr="007D72D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 xml:space="preserve">Decide on a realistic and relevant change you want to implement in a care home setting. Examples include introducing digital care planning, improving meal quality, or revising staff </w:t>
      </w:r>
      <w:proofErr w:type="spellStart"/>
      <w:r w:rsidRPr="007D72D3">
        <w:rPr>
          <w:rFonts w:asciiTheme="minorBidi" w:hAnsiTheme="minorBidi"/>
          <w:sz w:val="24"/>
          <w:szCs w:val="24"/>
        </w:rPr>
        <w:t>rota</w:t>
      </w:r>
      <w:proofErr w:type="spellEnd"/>
      <w:r w:rsidRPr="007D72D3">
        <w:rPr>
          <w:rFonts w:asciiTheme="minorBidi" w:hAnsiTheme="minorBidi"/>
          <w:sz w:val="24"/>
          <w:szCs w:val="24"/>
        </w:rPr>
        <w:t xml:space="preserve"> systems.</w:t>
      </w:r>
    </w:p>
    <w:p w14:paraId="1C866D74" w14:textId="77777777" w:rsidR="007D72D3" w:rsidRPr="007D72D3" w:rsidRDefault="007D72D3" w:rsidP="007D72D3">
      <w:pPr>
        <w:rPr>
          <w:rFonts w:asciiTheme="minorBidi" w:hAnsiTheme="minorBidi"/>
          <w:b/>
          <w:bCs/>
          <w:color w:val="002060"/>
          <w:sz w:val="24"/>
          <w:szCs w:val="24"/>
        </w:rPr>
      </w:pPr>
      <w:r w:rsidRPr="007D72D3">
        <w:rPr>
          <w:rFonts w:asciiTheme="minorBidi" w:hAnsiTheme="minorBidi"/>
          <w:b/>
          <w:bCs/>
          <w:color w:val="002060"/>
          <w:sz w:val="24"/>
          <w:szCs w:val="24"/>
        </w:rPr>
        <w:t>Step 2: Create a Simple Plan</w:t>
      </w:r>
    </w:p>
    <w:p w14:paraId="6C21BDF9" w14:textId="77777777" w:rsidR="007D72D3" w:rsidRPr="007D72D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>Write a short plan explaining what the change is, why it is needed, who it will involve, and how you plan to carry it out. You may refer to Kotter’s 8-Step Model or Lewin’s Change Theory to guide your planning.</w:t>
      </w:r>
    </w:p>
    <w:p w14:paraId="6581FA8E" w14:textId="77777777" w:rsidR="007D72D3" w:rsidRPr="007D72D3" w:rsidRDefault="007D72D3" w:rsidP="007D72D3">
      <w:pPr>
        <w:rPr>
          <w:rFonts w:asciiTheme="minorBidi" w:hAnsiTheme="minorBidi"/>
          <w:b/>
          <w:bCs/>
          <w:color w:val="002060"/>
          <w:sz w:val="24"/>
          <w:szCs w:val="24"/>
        </w:rPr>
      </w:pPr>
      <w:r w:rsidRPr="007D72D3">
        <w:rPr>
          <w:rFonts w:asciiTheme="minorBidi" w:hAnsiTheme="minorBidi"/>
          <w:b/>
          <w:bCs/>
          <w:color w:val="002060"/>
          <w:sz w:val="24"/>
          <w:szCs w:val="24"/>
        </w:rPr>
        <w:t>Step 3: Identify Required Skills</w:t>
      </w:r>
    </w:p>
    <w:p w14:paraId="46761897" w14:textId="77777777" w:rsidR="007D72D3" w:rsidRPr="007D72D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>List the key skills that you (as the manager) need to lead this change. This could include communication, leadership, time management, and conflict resolution.</w:t>
      </w:r>
    </w:p>
    <w:p w14:paraId="3B9A2E20" w14:textId="77777777" w:rsidR="007D72D3" w:rsidRPr="007D72D3" w:rsidRDefault="007D72D3" w:rsidP="007D72D3">
      <w:pPr>
        <w:rPr>
          <w:rFonts w:asciiTheme="minorBidi" w:hAnsiTheme="minorBidi"/>
          <w:b/>
          <w:bCs/>
          <w:color w:val="002060"/>
          <w:sz w:val="24"/>
          <w:szCs w:val="24"/>
        </w:rPr>
      </w:pPr>
      <w:r w:rsidRPr="007D72D3">
        <w:rPr>
          <w:rFonts w:asciiTheme="minorBidi" w:hAnsiTheme="minorBidi"/>
          <w:b/>
          <w:bCs/>
          <w:color w:val="002060"/>
          <w:sz w:val="24"/>
          <w:szCs w:val="24"/>
        </w:rPr>
        <w:t>Step 4: Consider the Barriers</w:t>
      </w:r>
    </w:p>
    <w:p w14:paraId="24E8503A" w14:textId="77777777" w:rsidR="007D72D3" w:rsidRPr="007D72D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>Think about what might make the change difficult to implement. Examples include staff resistance, time pressures, or limited resources.</w:t>
      </w:r>
    </w:p>
    <w:p w14:paraId="7F5A894C" w14:textId="77777777" w:rsidR="007D72D3" w:rsidRPr="007D72D3" w:rsidRDefault="007D72D3" w:rsidP="007D72D3">
      <w:pPr>
        <w:rPr>
          <w:rFonts w:asciiTheme="minorBidi" w:hAnsiTheme="minorBidi"/>
          <w:b/>
          <w:bCs/>
          <w:color w:val="002060"/>
          <w:sz w:val="24"/>
          <w:szCs w:val="24"/>
        </w:rPr>
      </w:pPr>
      <w:r w:rsidRPr="007D72D3">
        <w:rPr>
          <w:rFonts w:asciiTheme="minorBidi" w:hAnsiTheme="minorBidi"/>
          <w:b/>
          <w:bCs/>
          <w:color w:val="002060"/>
          <w:sz w:val="24"/>
          <w:szCs w:val="24"/>
        </w:rPr>
        <w:t>Step 5: Suggest Solutions</w:t>
      </w:r>
    </w:p>
    <w:p w14:paraId="4F522CB5" w14:textId="77777777" w:rsidR="007D72D3" w:rsidRPr="007D72D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>For each barrier, suggest ways to overcome it. For example, resistance can be reduced by involving staff in the decision-making process.</w:t>
      </w:r>
    </w:p>
    <w:p w14:paraId="1E89FE96" w14:textId="77777777" w:rsidR="007D72D3" w:rsidRPr="007D72D3" w:rsidRDefault="007D72D3" w:rsidP="007D72D3">
      <w:pPr>
        <w:rPr>
          <w:rFonts w:asciiTheme="minorBidi" w:hAnsiTheme="minorBidi"/>
          <w:b/>
          <w:bCs/>
          <w:color w:val="002060"/>
          <w:sz w:val="24"/>
          <w:szCs w:val="24"/>
        </w:rPr>
      </w:pPr>
      <w:r w:rsidRPr="007D72D3">
        <w:rPr>
          <w:rFonts w:asciiTheme="minorBidi" w:hAnsiTheme="minorBidi"/>
          <w:b/>
          <w:bCs/>
          <w:color w:val="002060"/>
          <w:sz w:val="24"/>
          <w:szCs w:val="24"/>
        </w:rPr>
        <w:t>Step 6: Use References</w:t>
      </w:r>
    </w:p>
    <w:p w14:paraId="2EF88A5F" w14:textId="77777777" w:rsidR="007D72D3" w:rsidRPr="007D72D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>Support your plan with at least two academic or professional sources. This could be books, journal articles, or government/NHS policy guidance.</w:t>
      </w:r>
    </w:p>
    <w:p w14:paraId="0FE13C1A" w14:textId="77777777" w:rsidR="007D72D3" w:rsidRPr="007D72D3" w:rsidRDefault="007D72D3" w:rsidP="007D72D3">
      <w:pPr>
        <w:rPr>
          <w:rFonts w:asciiTheme="minorBidi" w:hAnsiTheme="minorBidi"/>
          <w:b/>
          <w:bCs/>
          <w:color w:val="002060"/>
          <w:sz w:val="24"/>
          <w:szCs w:val="24"/>
        </w:rPr>
      </w:pPr>
      <w:r w:rsidRPr="007D72D3">
        <w:rPr>
          <w:rFonts w:asciiTheme="minorBidi" w:hAnsiTheme="minorBidi"/>
          <w:b/>
          <w:bCs/>
          <w:color w:val="002060"/>
          <w:sz w:val="24"/>
          <w:szCs w:val="24"/>
        </w:rPr>
        <w:t>Step 7: Word Count and Formatting</w:t>
      </w:r>
    </w:p>
    <w:p w14:paraId="391A56D6" w14:textId="29550C6E" w:rsidR="009073B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 xml:space="preserve">Your work should be around </w:t>
      </w:r>
      <w:r w:rsidR="00FF3B86">
        <w:rPr>
          <w:rFonts w:asciiTheme="minorBidi" w:hAnsiTheme="minorBidi"/>
          <w:sz w:val="24"/>
          <w:szCs w:val="24"/>
        </w:rPr>
        <w:t>3</w:t>
      </w:r>
      <w:r w:rsidRPr="007D72D3">
        <w:rPr>
          <w:rFonts w:asciiTheme="minorBidi" w:hAnsiTheme="minorBidi"/>
          <w:sz w:val="24"/>
          <w:szCs w:val="24"/>
        </w:rPr>
        <w:t>50 words (+ or – 10%) and clearly structured. Use short paragraphs or bullet points where helpful.</w:t>
      </w:r>
    </w:p>
    <w:p w14:paraId="63DE8A7B" w14:textId="77777777" w:rsidR="007D72D3" w:rsidRDefault="007D72D3" w:rsidP="007D72D3">
      <w:pPr>
        <w:rPr>
          <w:rFonts w:asciiTheme="minorBidi" w:hAnsiTheme="minorBidi"/>
          <w:sz w:val="24"/>
          <w:szCs w:val="24"/>
        </w:rPr>
      </w:pPr>
    </w:p>
    <w:p w14:paraId="48256551" w14:textId="4B2748C8" w:rsidR="007D72D3" w:rsidRDefault="007D72D3" w:rsidP="007D72D3">
      <w:pPr>
        <w:rPr>
          <w:rFonts w:asciiTheme="minorBidi" w:hAnsiTheme="minorBidi"/>
          <w:b/>
          <w:bCs/>
          <w:color w:val="002060"/>
          <w:sz w:val="28"/>
          <w:szCs w:val="28"/>
        </w:rPr>
      </w:pPr>
      <w:r w:rsidRPr="007D72D3">
        <w:rPr>
          <w:rFonts w:asciiTheme="minorBidi" w:hAnsiTheme="minorBidi"/>
          <w:b/>
          <w:bCs/>
          <w:color w:val="002060"/>
          <w:sz w:val="28"/>
          <w:szCs w:val="28"/>
        </w:rPr>
        <w:t xml:space="preserve">Task 7 </w:t>
      </w:r>
      <w:r>
        <w:rPr>
          <w:rFonts w:asciiTheme="minorBidi" w:hAnsiTheme="minorBidi"/>
          <w:b/>
          <w:bCs/>
          <w:color w:val="002060"/>
          <w:sz w:val="28"/>
          <w:szCs w:val="28"/>
        </w:rPr>
        <w:t xml:space="preserve">– Suggested </w:t>
      </w:r>
      <w:r w:rsidRPr="007D72D3">
        <w:rPr>
          <w:rFonts w:asciiTheme="minorBidi" w:hAnsiTheme="minorBidi"/>
          <w:b/>
          <w:bCs/>
          <w:color w:val="002060"/>
          <w:sz w:val="28"/>
          <w:szCs w:val="28"/>
        </w:rPr>
        <w:t>Report Template</w:t>
      </w:r>
    </w:p>
    <w:p w14:paraId="071C74E4" w14:textId="15F39C08" w:rsidR="00A8608D" w:rsidRPr="00A8608D" w:rsidRDefault="00A8608D" w:rsidP="007D72D3">
      <w:pPr>
        <w:rPr>
          <w:rFonts w:asciiTheme="minorBidi" w:hAnsiTheme="minorBidi"/>
          <w:b/>
          <w:bCs/>
          <w:color w:val="002060"/>
          <w:sz w:val="24"/>
          <w:szCs w:val="24"/>
        </w:rPr>
      </w:pPr>
      <w:r w:rsidRPr="00A8608D">
        <w:rPr>
          <w:rFonts w:asciiTheme="minorBidi" w:hAnsiTheme="minorBidi"/>
          <w:b/>
          <w:bCs/>
          <w:color w:val="002060"/>
          <w:sz w:val="24"/>
          <w:szCs w:val="24"/>
        </w:rPr>
        <w:t>Please note this is suggested guidance only and you can complete this task in any way you choose as long as you satisfy the task requirements.</w:t>
      </w:r>
    </w:p>
    <w:p w14:paraId="5DACB6E1" w14:textId="03850C98" w:rsidR="007D72D3" w:rsidRPr="007D72D3" w:rsidRDefault="007D72D3" w:rsidP="007D72D3">
      <w:pPr>
        <w:rPr>
          <w:rFonts w:asciiTheme="minorBidi" w:hAnsiTheme="minorBidi"/>
          <w:color w:val="7030A0"/>
          <w:sz w:val="24"/>
          <w:szCs w:val="24"/>
        </w:rPr>
      </w:pPr>
      <w:r w:rsidRPr="007D72D3">
        <w:rPr>
          <w:rFonts w:asciiTheme="minorBidi" w:hAnsiTheme="minorBidi"/>
          <w:color w:val="7030A0"/>
          <w:sz w:val="24"/>
          <w:szCs w:val="24"/>
        </w:rPr>
        <w:t xml:space="preserve">1. Introduction (Approx. </w:t>
      </w:r>
      <w:r w:rsidR="00A8608D">
        <w:rPr>
          <w:rFonts w:asciiTheme="minorBidi" w:hAnsiTheme="minorBidi"/>
          <w:color w:val="7030A0"/>
          <w:sz w:val="24"/>
          <w:szCs w:val="24"/>
        </w:rPr>
        <w:t>40</w:t>
      </w:r>
      <w:r w:rsidRPr="007D72D3">
        <w:rPr>
          <w:rFonts w:asciiTheme="minorBidi" w:hAnsiTheme="minorBidi"/>
          <w:color w:val="7030A0"/>
          <w:sz w:val="24"/>
          <w:szCs w:val="24"/>
        </w:rPr>
        <w:t>–</w:t>
      </w:r>
      <w:r w:rsidR="00A8608D">
        <w:rPr>
          <w:rFonts w:asciiTheme="minorBidi" w:hAnsiTheme="minorBidi"/>
          <w:color w:val="7030A0"/>
          <w:sz w:val="24"/>
          <w:szCs w:val="24"/>
        </w:rPr>
        <w:t>5</w:t>
      </w:r>
      <w:r w:rsidRPr="007D72D3">
        <w:rPr>
          <w:rFonts w:asciiTheme="minorBidi" w:hAnsiTheme="minorBidi"/>
          <w:color w:val="7030A0"/>
          <w:sz w:val="24"/>
          <w:szCs w:val="24"/>
        </w:rPr>
        <w:t>0 words)</w:t>
      </w:r>
    </w:p>
    <w:p w14:paraId="45F0C981" w14:textId="77777777" w:rsidR="007D72D3" w:rsidRPr="007D72D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>Briefly introduce the change you plan to make and the setting (e.g., care home).</w:t>
      </w:r>
    </w:p>
    <w:p w14:paraId="416F25B1" w14:textId="1C169494" w:rsidR="007D72D3" w:rsidRPr="007D72D3" w:rsidRDefault="007D72D3" w:rsidP="007D72D3">
      <w:pPr>
        <w:rPr>
          <w:rFonts w:asciiTheme="minorBidi" w:hAnsiTheme="minorBidi"/>
          <w:color w:val="7030A0"/>
          <w:sz w:val="24"/>
          <w:szCs w:val="24"/>
        </w:rPr>
      </w:pPr>
      <w:r w:rsidRPr="007D72D3">
        <w:rPr>
          <w:rFonts w:asciiTheme="minorBidi" w:hAnsiTheme="minorBidi"/>
          <w:color w:val="7030A0"/>
          <w:sz w:val="24"/>
          <w:szCs w:val="24"/>
        </w:rPr>
        <w:t xml:space="preserve">2. Planning the Change (Approx. </w:t>
      </w:r>
      <w:r w:rsidR="00A8608D">
        <w:rPr>
          <w:rFonts w:asciiTheme="minorBidi" w:hAnsiTheme="minorBidi"/>
          <w:color w:val="7030A0"/>
          <w:sz w:val="24"/>
          <w:szCs w:val="24"/>
        </w:rPr>
        <w:t>9</w:t>
      </w:r>
      <w:r w:rsidRPr="007D72D3">
        <w:rPr>
          <w:rFonts w:asciiTheme="minorBidi" w:hAnsiTheme="minorBidi"/>
          <w:color w:val="7030A0"/>
          <w:sz w:val="24"/>
          <w:szCs w:val="24"/>
        </w:rPr>
        <w:t>0–</w:t>
      </w:r>
      <w:r w:rsidR="00A8608D">
        <w:rPr>
          <w:rFonts w:asciiTheme="minorBidi" w:hAnsiTheme="minorBidi"/>
          <w:color w:val="7030A0"/>
          <w:sz w:val="24"/>
          <w:szCs w:val="24"/>
        </w:rPr>
        <w:t>10</w:t>
      </w:r>
      <w:r w:rsidRPr="007D72D3">
        <w:rPr>
          <w:rFonts w:asciiTheme="minorBidi" w:hAnsiTheme="minorBidi"/>
          <w:color w:val="7030A0"/>
          <w:sz w:val="24"/>
          <w:szCs w:val="24"/>
        </w:rPr>
        <w:t>0 words)</w:t>
      </w:r>
    </w:p>
    <w:p w14:paraId="6005CA3F" w14:textId="77777777" w:rsidR="007D72D3" w:rsidRPr="007D72D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>Describe the change and outline the plan for implementing it.</w:t>
      </w:r>
    </w:p>
    <w:p w14:paraId="592CAFA6" w14:textId="1E28BCCA" w:rsidR="007D72D3" w:rsidRPr="007D72D3" w:rsidRDefault="007D72D3" w:rsidP="007D72D3">
      <w:pPr>
        <w:rPr>
          <w:rFonts w:asciiTheme="minorBidi" w:hAnsiTheme="minorBidi"/>
          <w:color w:val="7030A0"/>
          <w:sz w:val="24"/>
          <w:szCs w:val="24"/>
        </w:rPr>
      </w:pPr>
      <w:r w:rsidRPr="007D72D3">
        <w:rPr>
          <w:rFonts w:asciiTheme="minorBidi" w:hAnsiTheme="minorBidi"/>
          <w:color w:val="7030A0"/>
          <w:sz w:val="24"/>
          <w:szCs w:val="24"/>
        </w:rPr>
        <w:t xml:space="preserve">3. Skills Required (Approx. </w:t>
      </w:r>
      <w:r w:rsidR="00A8608D">
        <w:rPr>
          <w:rFonts w:asciiTheme="minorBidi" w:hAnsiTheme="minorBidi"/>
          <w:color w:val="7030A0"/>
          <w:sz w:val="24"/>
          <w:szCs w:val="24"/>
        </w:rPr>
        <w:t>50</w:t>
      </w:r>
      <w:r w:rsidRPr="007D72D3">
        <w:rPr>
          <w:rFonts w:asciiTheme="minorBidi" w:hAnsiTheme="minorBidi"/>
          <w:color w:val="7030A0"/>
          <w:sz w:val="24"/>
          <w:szCs w:val="24"/>
        </w:rPr>
        <w:t>–</w:t>
      </w:r>
      <w:r w:rsidR="00A8608D">
        <w:rPr>
          <w:rFonts w:asciiTheme="minorBidi" w:hAnsiTheme="minorBidi"/>
          <w:color w:val="7030A0"/>
          <w:sz w:val="24"/>
          <w:szCs w:val="24"/>
        </w:rPr>
        <w:t>6</w:t>
      </w:r>
      <w:r w:rsidRPr="007D72D3">
        <w:rPr>
          <w:rFonts w:asciiTheme="minorBidi" w:hAnsiTheme="minorBidi"/>
          <w:color w:val="7030A0"/>
          <w:sz w:val="24"/>
          <w:szCs w:val="24"/>
        </w:rPr>
        <w:t>0 words)</w:t>
      </w:r>
    </w:p>
    <w:p w14:paraId="225B4833" w14:textId="77777777" w:rsidR="007D72D3" w:rsidRPr="007D72D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>Identify key skills needed to carry out the change effectively.</w:t>
      </w:r>
    </w:p>
    <w:p w14:paraId="22ED9EA7" w14:textId="12B52455" w:rsidR="007D72D3" w:rsidRPr="007D72D3" w:rsidRDefault="007D72D3" w:rsidP="007D72D3">
      <w:pPr>
        <w:rPr>
          <w:rFonts w:asciiTheme="minorBidi" w:hAnsiTheme="minorBidi"/>
          <w:color w:val="7030A0"/>
          <w:sz w:val="24"/>
          <w:szCs w:val="24"/>
        </w:rPr>
      </w:pPr>
      <w:r w:rsidRPr="007D72D3">
        <w:rPr>
          <w:rFonts w:asciiTheme="minorBidi" w:hAnsiTheme="minorBidi"/>
          <w:color w:val="7030A0"/>
          <w:sz w:val="24"/>
          <w:szCs w:val="24"/>
        </w:rPr>
        <w:t xml:space="preserve">4. Barriers and Solutions (Approx. </w:t>
      </w:r>
      <w:r w:rsidR="00A8608D">
        <w:rPr>
          <w:rFonts w:asciiTheme="minorBidi" w:hAnsiTheme="minorBidi"/>
          <w:color w:val="7030A0"/>
          <w:sz w:val="24"/>
          <w:szCs w:val="24"/>
        </w:rPr>
        <w:t>9</w:t>
      </w:r>
      <w:r w:rsidRPr="007D72D3">
        <w:rPr>
          <w:rFonts w:asciiTheme="minorBidi" w:hAnsiTheme="minorBidi"/>
          <w:color w:val="7030A0"/>
          <w:sz w:val="24"/>
          <w:szCs w:val="24"/>
        </w:rPr>
        <w:t>0–</w:t>
      </w:r>
      <w:r w:rsidR="00A8608D">
        <w:rPr>
          <w:rFonts w:asciiTheme="minorBidi" w:hAnsiTheme="minorBidi"/>
          <w:color w:val="7030A0"/>
          <w:sz w:val="24"/>
          <w:szCs w:val="24"/>
        </w:rPr>
        <w:t>10</w:t>
      </w:r>
      <w:r w:rsidRPr="007D72D3">
        <w:rPr>
          <w:rFonts w:asciiTheme="minorBidi" w:hAnsiTheme="minorBidi"/>
          <w:color w:val="7030A0"/>
          <w:sz w:val="24"/>
          <w:szCs w:val="24"/>
        </w:rPr>
        <w:t>0 words)</w:t>
      </w:r>
    </w:p>
    <w:p w14:paraId="10EC2325" w14:textId="77777777" w:rsidR="007D72D3" w:rsidRPr="007D72D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>List potential barriers and explain how they can be overcome.</w:t>
      </w:r>
    </w:p>
    <w:p w14:paraId="4E0CF7F1" w14:textId="6AD97DDD" w:rsidR="007D72D3" w:rsidRPr="007D72D3" w:rsidRDefault="007D72D3" w:rsidP="007D72D3">
      <w:pPr>
        <w:rPr>
          <w:rFonts w:asciiTheme="minorBidi" w:hAnsiTheme="minorBidi"/>
          <w:color w:val="7030A0"/>
          <w:sz w:val="24"/>
          <w:szCs w:val="24"/>
        </w:rPr>
      </w:pPr>
      <w:r w:rsidRPr="007D72D3">
        <w:rPr>
          <w:rFonts w:asciiTheme="minorBidi" w:hAnsiTheme="minorBidi"/>
          <w:color w:val="7030A0"/>
          <w:sz w:val="24"/>
          <w:szCs w:val="24"/>
        </w:rPr>
        <w:t xml:space="preserve">5. Conclusion (Approx. </w:t>
      </w:r>
      <w:r w:rsidR="00A8608D">
        <w:rPr>
          <w:rFonts w:asciiTheme="minorBidi" w:hAnsiTheme="minorBidi"/>
          <w:color w:val="7030A0"/>
          <w:sz w:val="24"/>
          <w:szCs w:val="24"/>
        </w:rPr>
        <w:t>3</w:t>
      </w:r>
      <w:r w:rsidRPr="007D72D3">
        <w:rPr>
          <w:rFonts w:asciiTheme="minorBidi" w:hAnsiTheme="minorBidi"/>
          <w:color w:val="7030A0"/>
          <w:sz w:val="24"/>
          <w:szCs w:val="24"/>
        </w:rPr>
        <w:t>0–</w:t>
      </w:r>
      <w:r w:rsidR="00A8608D">
        <w:rPr>
          <w:rFonts w:asciiTheme="minorBidi" w:hAnsiTheme="minorBidi"/>
          <w:color w:val="7030A0"/>
          <w:sz w:val="24"/>
          <w:szCs w:val="24"/>
        </w:rPr>
        <w:t>4</w:t>
      </w:r>
      <w:r w:rsidRPr="007D72D3">
        <w:rPr>
          <w:rFonts w:asciiTheme="minorBidi" w:hAnsiTheme="minorBidi"/>
          <w:color w:val="7030A0"/>
          <w:sz w:val="24"/>
          <w:szCs w:val="24"/>
        </w:rPr>
        <w:t>0 words)</w:t>
      </w:r>
    </w:p>
    <w:p w14:paraId="6290A68D" w14:textId="77777777" w:rsidR="007D72D3" w:rsidRPr="007D72D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>Summarise your change plan and reinforce its value.</w:t>
      </w:r>
    </w:p>
    <w:p w14:paraId="62524C6F" w14:textId="77777777" w:rsidR="007D72D3" w:rsidRPr="007D72D3" w:rsidRDefault="007D72D3" w:rsidP="007D72D3">
      <w:pPr>
        <w:rPr>
          <w:rFonts w:asciiTheme="minorBidi" w:hAnsiTheme="minorBidi"/>
          <w:color w:val="7030A0"/>
          <w:sz w:val="24"/>
          <w:szCs w:val="24"/>
        </w:rPr>
      </w:pPr>
      <w:r w:rsidRPr="007D72D3">
        <w:rPr>
          <w:rFonts w:asciiTheme="minorBidi" w:hAnsiTheme="minorBidi"/>
          <w:color w:val="7030A0"/>
          <w:sz w:val="24"/>
          <w:szCs w:val="24"/>
        </w:rPr>
        <w:t>6. References</w:t>
      </w:r>
    </w:p>
    <w:p w14:paraId="4B1A0B2E" w14:textId="0A4B16AB" w:rsidR="007D72D3" w:rsidRPr="007D72D3" w:rsidRDefault="007D72D3" w:rsidP="007D72D3">
      <w:pPr>
        <w:rPr>
          <w:rFonts w:asciiTheme="minorBidi" w:hAnsiTheme="minorBidi"/>
          <w:sz w:val="24"/>
          <w:szCs w:val="24"/>
        </w:rPr>
      </w:pPr>
      <w:r w:rsidRPr="007D72D3">
        <w:rPr>
          <w:rFonts w:asciiTheme="minorBidi" w:hAnsiTheme="minorBidi"/>
          <w:sz w:val="24"/>
          <w:szCs w:val="24"/>
        </w:rPr>
        <w:t>Include at least two academic sources in Harvard format.</w:t>
      </w:r>
    </w:p>
    <w:sectPr w:rsidR="007D72D3" w:rsidRPr="007D72D3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08FD4" w14:textId="77777777" w:rsidR="007D72D3" w:rsidRDefault="007D72D3" w:rsidP="007D72D3">
      <w:pPr>
        <w:spacing w:after="0" w:line="240" w:lineRule="auto"/>
      </w:pPr>
      <w:r>
        <w:separator/>
      </w:r>
    </w:p>
  </w:endnote>
  <w:endnote w:type="continuationSeparator" w:id="0">
    <w:p w14:paraId="39E44858" w14:textId="77777777" w:rsidR="007D72D3" w:rsidRDefault="007D72D3" w:rsidP="007D7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71F68" w14:textId="77777777" w:rsidR="007D72D3" w:rsidRDefault="007D72D3" w:rsidP="007D72D3">
      <w:pPr>
        <w:spacing w:after="0" w:line="240" w:lineRule="auto"/>
      </w:pPr>
      <w:r>
        <w:separator/>
      </w:r>
    </w:p>
  </w:footnote>
  <w:footnote w:type="continuationSeparator" w:id="0">
    <w:p w14:paraId="2A296A8E" w14:textId="77777777" w:rsidR="007D72D3" w:rsidRDefault="007D72D3" w:rsidP="007D72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F65CC" w14:textId="0FBDA24A" w:rsidR="007D72D3" w:rsidRPr="007D72D3" w:rsidRDefault="007D72D3" w:rsidP="007D72D3">
    <w:pPr>
      <w:pStyle w:val="Header"/>
      <w:jc w:val="center"/>
      <w:rPr>
        <w:rFonts w:asciiTheme="minorBidi" w:hAnsiTheme="minorBidi"/>
        <w:b/>
        <w:bCs/>
        <w:color w:val="7030A0"/>
        <w:sz w:val="44"/>
        <w:szCs w:val="44"/>
      </w:rPr>
    </w:pPr>
    <w:r w:rsidRPr="007D72D3">
      <w:rPr>
        <w:rFonts w:asciiTheme="minorBidi" w:hAnsiTheme="minorBidi"/>
        <w:b/>
        <w:bCs/>
        <w:color w:val="7030A0"/>
        <w:sz w:val="44"/>
        <w:szCs w:val="44"/>
      </w:rPr>
      <w:t>Task 7 – Assessment 1 Portfolio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31451534">
    <w:abstractNumId w:val="8"/>
  </w:num>
  <w:num w:numId="2" w16cid:durableId="647393155">
    <w:abstractNumId w:val="6"/>
  </w:num>
  <w:num w:numId="3" w16cid:durableId="322856439">
    <w:abstractNumId w:val="5"/>
  </w:num>
  <w:num w:numId="4" w16cid:durableId="307168919">
    <w:abstractNumId w:val="4"/>
  </w:num>
  <w:num w:numId="5" w16cid:durableId="1718893618">
    <w:abstractNumId w:val="7"/>
  </w:num>
  <w:num w:numId="6" w16cid:durableId="1699619058">
    <w:abstractNumId w:val="3"/>
  </w:num>
  <w:num w:numId="7" w16cid:durableId="1904097277">
    <w:abstractNumId w:val="2"/>
  </w:num>
  <w:num w:numId="8" w16cid:durableId="1730299498">
    <w:abstractNumId w:val="1"/>
  </w:num>
  <w:num w:numId="9" w16cid:durableId="1729915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553897"/>
    <w:rsid w:val="007D72D3"/>
    <w:rsid w:val="008D586E"/>
    <w:rsid w:val="009073B3"/>
    <w:rsid w:val="00A8608D"/>
    <w:rsid w:val="00AA1D8D"/>
    <w:rsid w:val="00B47730"/>
    <w:rsid w:val="00CB0664"/>
    <w:rsid w:val="00FC693F"/>
    <w:rsid w:val="00FF3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6BA7A4D"/>
  <w14:defaultImageDpi w14:val="300"/>
  <w15:docId w15:val="{529808C3-1774-4E6F-8EA5-AC76E9988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Joanne Davies (Yr Athrofa)</cp:lastModifiedBy>
  <cp:revision>3</cp:revision>
  <dcterms:created xsi:type="dcterms:W3CDTF">2026-05-13T16:36:00Z</dcterms:created>
  <dcterms:modified xsi:type="dcterms:W3CDTF">2026-05-13T16:38:00Z</dcterms:modified>
  <cp:category/>
</cp:coreProperties>
</file>