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B38" w:rsidRPr="00D61B38" w:rsidRDefault="00D61B38" w:rsidP="00D61B38">
      <w:pPr>
        <w:spacing w:line="360" w:lineRule="auto"/>
        <w:jc w:val="center"/>
        <w:rPr>
          <w:rFonts w:ascii="Arial" w:hAnsi="Arial" w:cs="Arial"/>
          <w:b/>
          <w:bCs/>
        </w:rPr>
      </w:pPr>
      <w:r w:rsidRPr="00D61B38">
        <w:rPr>
          <w:rFonts w:ascii="Arial" w:hAnsi="Arial" w:cs="Arial"/>
          <w:b/>
          <w:bCs/>
        </w:rPr>
        <w:t>UNIVERSITY OF WALES TRINITY SAINT DAVID</w:t>
      </w:r>
    </w:p>
    <w:p w:rsidR="00D61B38" w:rsidRPr="00D61B38" w:rsidRDefault="00D61B38" w:rsidP="00D61B38">
      <w:pPr>
        <w:spacing w:line="360" w:lineRule="auto"/>
        <w:jc w:val="center"/>
        <w:rPr>
          <w:rFonts w:ascii="Arial" w:hAnsi="Arial" w:cs="Arial"/>
          <w:b/>
          <w:bCs/>
        </w:rPr>
      </w:pPr>
      <w:r w:rsidRPr="00D61B38">
        <w:rPr>
          <w:rFonts w:ascii="Arial" w:hAnsi="Arial" w:cs="Arial"/>
          <w:b/>
          <w:bCs/>
        </w:rPr>
        <w:t>Certificate of Higher Education Skills for the Workplace (Health and Social Care)</w:t>
      </w:r>
    </w:p>
    <w:p w:rsidR="00D61B38" w:rsidRPr="00D61B38" w:rsidRDefault="00D61B38" w:rsidP="00D61B38">
      <w:pPr>
        <w:spacing w:line="360" w:lineRule="auto"/>
        <w:jc w:val="center"/>
        <w:rPr>
          <w:rFonts w:ascii="Arial" w:hAnsi="Arial" w:cs="Arial"/>
          <w:b/>
          <w:bCs/>
        </w:rPr>
      </w:pPr>
      <w:r w:rsidRPr="00D61B38">
        <w:rPr>
          <w:rFonts w:ascii="Arial" w:hAnsi="Arial" w:cs="Arial"/>
          <w:b/>
          <w:bCs/>
        </w:rPr>
        <w:t>Personal Development Portfolio</w:t>
      </w:r>
    </w:p>
    <w:p w:rsidR="00D61B38" w:rsidRPr="00D61B38" w:rsidRDefault="0092032C" w:rsidP="00D61B38">
      <w:pPr>
        <w:spacing w:line="360" w:lineRule="auto"/>
        <w:rPr>
          <w:rFonts w:ascii="Arial" w:hAnsi="Arial" w:cs="Arial"/>
          <w:b/>
          <w:bCs/>
        </w:rPr>
      </w:pPr>
      <w:r>
        <w:rPr>
          <w:rFonts w:ascii="Arial" w:hAnsi="Arial" w:cs="Arial"/>
          <w:b/>
          <w:bCs/>
        </w:rPr>
        <w:pict>
          <v:rect id="_x0000_i1025" style="width:0;height:1.5pt" o:hralign="center" o:hrstd="t" o:hr="t" fillcolor="#a0a0a0" stroked="f"/>
        </w:pict>
      </w:r>
    </w:p>
    <w:p w:rsidR="00D61B38" w:rsidRPr="00D61B38" w:rsidRDefault="00D61B38" w:rsidP="00D61B38">
      <w:pPr>
        <w:spacing w:line="360" w:lineRule="auto"/>
        <w:jc w:val="center"/>
        <w:rPr>
          <w:rFonts w:ascii="Arial" w:hAnsi="Arial" w:cs="Arial"/>
          <w:b/>
          <w:bCs/>
        </w:rPr>
      </w:pPr>
      <w:r w:rsidRPr="00D61B38">
        <w:rPr>
          <w:rFonts w:ascii="Arial" w:hAnsi="Arial" w:cs="Arial"/>
          <w:b/>
          <w:bCs/>
        </w:rPr>
        <w:t xml:space="preserve">Student Name: </w:t>
      </w:r>
      <w:proofErr w:type="spellStart"/>
      <w:r w:rsidRPr="00D61B38">
        <w:rPr>
          <w:rFonts w:ascii="Arial" w:hAnsi="Arial" w:cs="Arial"/>
          <w:b/>
          <w:bCs/>
        </w:rPr>
        <w:t>Ruqia</w:t>
      </w:r>
      <w:proofErr w:type="spellEnd"/>
      <w:r w:rsidRPr="00D61B38">
        <w:rPr>
          <w:rFonts w:ascii="Arial" w:hAnsi="Arial" w:cs="Arial"/>
          <w:b/>
          <w:bCs/>
        </w:rPr>
        <w:t xml:space="preserve"> Bashir</w:t>
      </w:r>
    </w:p>
    <w:p w:rsidR="00D61B38" w:rsidRPr="00D61B38" w:rsidRDefault="00D61B38" w:rsidP="00D61B38">
      <w:pPr>
        <w:spacing w:line="360" w:lineRule="auto"/>
        <w:jc w:val="center"/>
        <w:rPr>
          <w:rFonts w:ascii="Arial" w:hAnsi="Arial" w:cs="Arial"/>
          <w:b/>
          <w:bCs/>
        </w:rPr>
      </w:pPr>
      <w:r w:rsidRPr="00D61B38">
        <w:rPr>
          <w:rFonts w:ascii="Arial" w:hAnsi="Arial" w:cs="Arial"/>
          <w:b/>
          <w:bCs/>
        </w:rPr>
        <w:t>Student ID: 2435749</w:t>
      </w:r>
    </w:p>
    <w:p w:rsidR="00D61B38" w:rsidRPr="00D61B38" w:rsidRDefault="00D61B38" w:rsidP="00D61B38">
      <w:pPr>
        <w:spacing w:line="360" w:lineRule="auto"/>
        <w:jc w:val="center"/>
        <w:rPr>
          <w:rFonts w:ascii="Arial" w:hAnsi="Arial" w:cs="Arial"/>
          <w:b/>
          <w:bCs/>
        </w:rPr>
      </w:pPr>
      <w:r w:rsidRPr="00D61B38">
        <w:rPr>
          <w:rFonts w:ascii="Arial" w:hAnsi="Arial" w:cs="Arial"/>
          <w:b/>
          <w:bCs/>
        </w:rPr>
        <w:t>Module Code: LCHS4009</w:t>
      </w:r>
    </w:p>
    <w:p w:rsidR="00D61B38" w:rsidRPr="00D61B38" w:rsidRDefault="00D61B38" w:rsidP="00D61B38">
      <w:pPr>
        <w:spacing w:line="360" w:lineRule="auto"/>
        <w:jc w:val="center"/>
        <w:rPr>
          <w:rFonts w:ascii="Arial" w:hAnsi="Arial" w:cs="Arial"/>
          <w:b/>
          <w:bCs/>
        </w:rPr>
      </w:pPr>
      <w:r w:rsidRPr="00D61B38">
        <w:rPr>
          <w:rFonts w:ascii="Arial" w:hAnsi="Arial" w:cs="Arial"/>
          <w:b/>
          <w:bCs/>
        </w:rPr>
        <w:t>Module Title: Professional Development within Health and Social Care</w:t>
      </w:r>
    </w:p>
    <w:p w:rsidR="00D61B38" w:rsidRPr="00D61B38" w:rsidRDefault="00D61B38" w:rsidP="00D61B38">
      <w:pPr>
        <w:spacing w:line="360" w:lineRule="auto"/>
        <w:jc w:val="center"/>
        <w:rPr>
          <w:rFonts w:ascii="Arial" w:hAnsi="Arial" w:cs="Arial"/>
          <w:b/>
          <w:bCs/>
        </w:rPr>
      </w:pPr>
      <w:r w:rsidRPr="00D61B38">
        <w:rPr>
          <w:rFonts w:ascii="Arial" w:hAnsi="Arial" w:cs="Arial"/>
          <w:b/>
          <w:bCs/>
        </w:rPr>
        <w:t>Assignment Title: Personal Development Portfolio</w:t>
      </w:r>
    </w:p>
    <w:p w:rsidR="00D61B38" w:rsidRPr="00D61B38" w:rsidRDefault="00D61B38" w:rsidP="00D61B38">
      <w:pPr>
        <w:spacing w:line="360" w:lineRule="auto"/>
        <w:jc w:val="center"/>
        <w:rPr>
          <w:rFonts w:ascii="Arial" w:hAnsi="Arial" w:cs="Arial"/>
          <w:b/>
          <w:bCs/>
        </w:rPr>
      </w:pPr>
      <w:r w:rsidRPr="00D61B38">
        <w:rPr>
          <w:rFonts w:ascii="Arial" w:hAnsi="Arial" w:cs="Arial"/>
          <w:b/>
          <w:bCs/>
        </w:rPr>
        <w:t xml:space="preserve">Lecturer: </w:t>
      </w:r>
      <w:proofErr w:type="spellStart"/>
      <w:r>
        <w:rPr>
          <w:rFonts w:ascii="Arial" w:hAnsi="Arial" w:cs="Arial"/>
          <w:b/>
          <w:bCs/>
        </w:rPr>
        <w:t>Dr</w:t>
      </w:r>
      <w:proofErr w:type="spellEnd"/>
      <w:r>
        <w:rPr>
          <w:rFonts w:ascii="Arial" w:hAnsi="Arial" w:cs="Arial"/>
          <w:b/>
          <w:bCs/>
        </w:rPr>
        <w:t xml:space="preserve"> </w:t>
      </w:r>
      <w:r w:rsidRPr="00D61B38">
        <w:rPr>
          <w:rFonts w:ascii="Arial" w:hAnsi="Arial" w:cs="Arial"/>
          <w:b/>
          <w:bCs/>
        </w:rPr>
        <w:t>Walter Rodney</w:t>
      </w:r>
      <w:r>
        <w:rPr>
          <w:rFonts w:ascii="Arial" w:hAnsi="Arial" w:cs="Arial"/>
          <w:b/>
          <w:bCs/>
        </w:rPr>
        <w:t xml:space="preserve"> </w:t>
      </w:r>
      <w:proofErr w:type="spellStart"/>
      <w:r>
        <w:rPr>
          <w:rFonts w:ascii="Arial" w:hAnsi="Arial" w:cs="Arial"/>
          <w:b/>
          <w:bCs/>
        </w:rPr>
        <w:t>Nagumo</w:t>
      </w:r>
      <w:proofErr w:type="spellEnd"/>
    </w:p>
    <w:p w:rsidR="00D61B38" w:rsidRPr="00D61B38" w:rsidRDefault="00D61B38" w:rsidP="00D61B38">
      <w:pPr>
        <w:spacing w:line="360" w:lineRule="auto"/>
        <w:jc w:val="center"/>
        <w:rPr>
          <w:rFonts w:ascii="Arial" w:hAnsi="Arial" w:cs="Arial"/>
          <w:b/>
          <w:bCs/>
        </w:rPr>
      </w:pPr>
      <w:r w:rsidRPr="00D61B38">
        <w:rPr>
          <w:rFonts w:ascii="Arial" w:hAnsi="Arial" w:cs="Arial"/>
          <w:b/>
          <w:bCs/>
        </w:rPr>
        <w:t>Submission Date: 24 July 2026</w:t>
      </w:r>
    </w:p>
    <w:p w:rsidR="00CB2318" w:rsidRDefault="00CB2318" w:rsidP="00D61B38">
      <w:pPr>
        <w:spacing w:line="360" w:lineRule="auto"/>
        <w:rPr>
          <w:rFonts w:ascii="Arial" w:hAnsi="Arial" w:cs="Arial"/>
          <w:b/>
          <w:bCs/>
        </w:rPr>
      </w:pPr>
    </w:p>
    <w:p w:rsidR="00CB2318" w:rsidRDefault="00CB2318" w:rsidP="00CB2318">
      <w:pPr>
        <w:jc w:val="center"/>
        <w:rPr>
          <w:rFonts w:ascii="Arial" w:hAnsi="Arial" w:cs="Arial"/>
          <w:b/>
          <w:bCs/>
        </w:rPr>
      </w:pPr>
      <w:r>
        <w:rPr>
          <w:rFonts w:ascii="Arial" w:hAnsi="Arial" w:cs="Arial"/>
          <w:b/>
          <w:bCs/>
        </w:rPr>
        <w:br w:type="page"/>
      </w:r>
    </w:p>
    <w:p w:rsidR="002F1AAF" w:rsidRPr="002F1AAF" w:rsidRDefault="002F1AAF" w:rsidP="00402745">
      <w:pPr>
        <w:spacing w:line="360" w:lineRule="auto"/>
        <w:jc w:val="center"/>
        <w:rPr>
          <w:rFonts w:ascii="Arial" w:hAnsi="Arial" w:cs="Arial"/>
          <w:b/>
          <w:bCs/>
        </w:rPr>
      </w:pPr>
      <w:r w:rsidRPr="002F1AAF">
        <w:rPr>
          <w:rFonts w:ascii="Arial" w:hAnsi="Arial" w:cs="Arial"/>
          <w:b/>
          <w:bCs/>
        </w:rPr>
        <w:lastRenderedPageBreak/>
        <w:t>Chosen Job Advertisement</w:t>
      </w:r>
    </w:p>
    <w:p w:rsidR="002F1AAF" w:rsidRPr="002F1AAF" w:rsidRDefault="002F1AAF" w:rsidP="00402745">
      <w:pPr>
        <w:spacing w:line="360" w:lineRule="auto"/>
        <w:jc w:val="center"/>
        <w:rPr>
          <w:rFonts w:ascii="Arial" w:hAnsi="Arial" w:cs="Arial"/>
          <w:b/>
        </w:rPr>
      </w:pPr>
      <w:r w:rsidRPr="002F1AAF">
        <w:rPr>
          <w:rFonts w:ascii="Arial" w:hAnsi="Arial" w:cs="Arial"/>
          <w:b/>
          <w:bCs/>
        </w:rPr>
        <w:t>Job Title:</w:t>
      </w:r>
      <w:r w:rsidRPr="002F1AAF">
        <w:rPr>
          <w:rFonts w:ascii="Arial" w:hAnsi="Arial" w:cs="Arial"/>
          <w:b/>
        </w:rPr>
        <w:t xml:space="preserve"> Teaching and Learning Assistant</w:t>
      </w:r>
    </w:p>
    <w:p w:rsidR="002F1AAF" w:rsidRPr="002F1AAF" w:rsidRDefault="002F1AAF" w:rsidP="00402745">
      <w:pPr>
        <w:spacing w:line="360" w:lineRule="auto"/>
        <w:jc w:val="center"/>
        <w:rPr>
          <w:rFonts w:ascii="Arial" w:hAnsi="Arial" w:cs="Arial"/>
          <w:b/>
        </w:rPr>
      </w:pPr>
      <w:r w:rsidRPr="002F1AAF">
        <w:rPr>
          <w:rFonts w:ascii="Arial" w:hAnsi="Arial" w:cs="Arial"/>
          <w:b/>
          <w:bCs/>
        </w:rPr>
        <w:t>Employer:</w:t>
      </w:r>
      <w:r w:rsidRPr="002F1AAF">
        <w:rPr>
          <w:rFonts w:ascii="Arial" w:hAnsi="Arial" w:cs="Arial"/>
          <w:b/>
        </w:rPr>
        <w:t xml:space="preserve"> Eden Boys' School, Birmingham</w:t>
      </w:r>
    </w:p>
    <w:p w:rsidR="002F1AAF" w:rsidRPr="002F1AAF" w:rsidRDefault="002F1AAF" w:rsidP="00402745">
      <w:pPr>
        <w:spacing w:line="360" w:lineRule="auto"/>
        <w:jc w:val="center"/>
        <w:rPr>
          <w:rFonts w:ascii="Arial" w:hAnsi="Arial" w:cs="Arial"/>
          <w:b/>
        </w:rPr>
      </w:pPr>
      <w:r w:rsidRPr="002F1AAF">
        <w:rPr>
          <w:rFonts w:ascii="Arial" w:hAnsi="Arial" w:cs="Arial"/>
          <w:b/>
          <w:bCs/>
        </w:rPr>
        <w:t>Location:</w:t>
      </w:r>
      <w:r w:rsidRPr="002F1AAF">
        <w:rPr>
          <w:rFonts w:ascii="Arial" w:hAnsi="Arial" w:cs="Arial"/>
          <w:b/>
        </w:rPr>
        <w:t xml:space="preserve"> Birmingham, West Midlands</w:t>
      </w:r>
    </w:p>
    <w:p w:rsidR="002F1AAF" w:rsidRPr="002F1AAF" w:rsidRDefault="00402745" w:rsidP="00402745">
      <w:pPr>
        <w:spacing w:line="360" w:lineRule="auto"/>
        <w:jc w:val="center"/>
        <w:rPr>
          <w:rFonts w:ascii="Arial" w:hAnsi="Arial" w:cs="Arial"/>
          <w:b/>
        </w:rPr>
      </w:pPr>
      <w:r>
        <w:rPr>
          <w:rFonts w:ascii="Arial" w:hAnsi="Arial" w:cs="Arial"/>
          <w:b/>
          <w:noProof/>
          <w:color w:val="1F4E79"/>
        </w:rPr>
        <w:drawing>
          <wp:anchor distT="0" distB="0" distL="114300" distR="114300" simplePos="0" relativeHeight="251660288" behindDoc="1" locked="0" layoutInCell="1" allowOverlap="1" wp14:anchorId="029BDBBF" wp14:editId="3049DE31">
            <wp:simplePos x="0" y="0"/>
            <wp:positionH relativeFrom="column">
              <wp:posOffset>0</wp:posOffset>
            </wp:positionH>
            <wp:positionV relativeFrom="paragraph">
              <wp:posOffset>166370</wp:posOffset>
            </wp:positionV>
            <wp:extent cx="6172200" cy="7574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7-10 at 3.47.44 PM.jpeg"/>
                    <pic:cNvPicPr/>
                  </pic:nvPicPr>
                  <pic:blipFill>
                    <a:blip r:embed="rId9">
                      <a:extLst>
                        <a:ext uri="{28A0092B-C50C-407E-A947-70E740481C1C}">
                          <a14:useLocalDpi xmlns:a14="http://schemas.microsoft.com/office/drawing/2010/main" val="0"/>
                        </a:ext>
                      </a:extLst>
                    </a:blip>
                    <a:stretch>
                      <a:fillRect/>
                    </a:stretch>
                  </pic:blipFill>
                  <pic:spPr>
                    <a:xfrm>
                      <a:off x="0" y="0"/>
                      <a:ext cx="6172200" cy="7574280"/>
                    </a:xfrm>
                    <a:prstGeom prst="rect">
                      <a:avLst/>
                    </a:prstGeom>
                  </pic:spPr>
                </pic:pic>
              </a:graphicData>
            </a:graphic>
            <wp14:sizeRelH relativeFrom="page">
              <wp14:pctWidth>0</wp14:pctWidth>
            </wp14:sizeRelH>
            <wp14:sizeRelV relativeFrom="page">
              <wp14:pctHeight>0</wp14:pctHeight>
            </wp14:sizeRelV>
          </wp:anchor>
        </w:drawing>
      </w:r>
      <w:r w:rsidR="002F1AAF" w:rsidRPr="002F1AAF">
        <w:rPr>
          <w:rFonts w:ascii="Arial" w:hAnsi="Arial" w:cs="Arial"/>
          <w:b/>
          <w:bCs/>
        </w:rPr>
        <w:t>Source:</w:t>
      </w:r>
      <w:r w:rsidR="002F1AAF" w:rsidRPr="002F1AAF">
        <w:rPr>
          <w:rFonts w:ascii="Arial" w:hAnsi="Arial" w:cs="Arial"/>
          <w:b/>
        </w:rPr>
        <w:t xml:space="preserve"> GOV.UK Teaching Vacancies</w:t>
      </w:r>
    </w:p>
    <w:p w:rsidR="002F1AAF" w:rsidRDefault="002F1AAF" w:rsidP="002F1AAF">
      <w:pPr>
        <w:spacing w:line="360" w:lineRule="auto"/>
        <w:rPr>
          <w:rFonts w:ascii="Arial" w:hAnsi="Arial" w:cs="Arial"/>
          <w:b/>
          <w:color w:val="1F4E79"/>
        </w:rPr>
      </w:pPr>
    </w:p>
    <w:p w:rsidR="002F1AAF" w:rsidRDefault="002F1AAF">
      <w:pPr>
        <w:rPr>
          <w:rFonts w:ascii="Arial" w:hAnsi="Arial" w:cs="Arial"/>
          <w:b/>
          <w:color w:val="1F4E79"/>
        </w:rPr>
      </w:pPr>
      <w:r>
        <w:rPr>
          <w:rFonts w:ascii="Arial" w:hAnsi="Arial" w:cs="Arial"/>
          <w:b/>
          <w:color w:val="1F4E79"/>
        </w:rPr>
        <w:br w:type="page"/>
      </w:r>
    </w:p>
    <w:p w:rsidR="00237B20" w:rsidRPr="00776052" w:rsidRDefault="00402745" w:rsidP="00776052">
      <w:pPr>
        <w:spacing w:line="360" w:lineRule="auto"/>
        <w:jc w:val="center"/>
        <w:rPr>
          <w:rFonts w:ascii="Arial" w:hAnsi="Arial" w:cs="Arial"/>
        </w:rPr>
      </w:pPr>
      <w:r w:rsidRPr="00DF599E">
        <w:rPr>
          <w:rFonts w:ascii="Arial" w:hAnsi="Arial" w:cs="Arial"/>
          <w:b/>
        </w:rPr>
        <w:lastRenderedPageBreak/>
        <w:t>RUQIA BASHIR</w:t>
      </w:r>
      <w:r w:rsidRPr="00DF599E">
        <w:rPr>
          <w:rFonts w:ascii="Arial" w:hAnsi="Arial" w:cs="Arial"/>
          <w:b/>
        </w:rPr>
        <w:br/>
      </w:r>
      <w:r w:rsidRPr="00776052">
        <w:rPr>
          <w:rFonts w:ascii="Arial" w:hAnsi="Arial" w:cs="Arial"/>
          <w:b/>
        </w:rPr>
        <w:t>Teaching Assista</w:t>
      </w:r>
      <w:r w:rsidR="002F5A81">
        <w:rPr>
          <w:rFonts w:ascii="Arial" w:hAnsi="Arial" w:cs="Arial"/>
          <w:b/>
        </w:rPr>
        <w:t>nt | Learning Support Assistant</w:t>
      </w:r>
    </w:p>
    <w:p w:rsidR="00237B20" w:rsidRPr="002F1AAF" w:rsidRDefault="00402745" w:rsidP="00776052">
      <w:pPr>
        <w:spacing w:line="360" w:lineRule="auto"/>
        <w:rPr>
          <w:rFonts w:ascii="Arial" w:hAnsi="Arial" w:cs="Arial"/>
          <w:b/>
        </w:rPr>
      </w:pPr>
      <w:r w:rsidRPr="002F1AAF">
        <w:rPr>
          <w:rFonts w:ascii="Arial" w:hAnsi="Arial" w:cs="Arial"/>
          <w:b/>
        </w:rPr>
        <w:t>PROFESSIONAL PROFILE</w:t>
      </w:r>
    </w:p>
    <w:p w:rsidR="00A13D4D" w:rsidRPr="00776052" w:rsidRDefault="00A13D4D" w:rsidP="00776052">
      <w:pPr>
        <w:spacing w:line="360" w:lineRule="auto"/>
        <w:rPr>
          <w:rFonts w:ascii="Arial" w:hAnsi="Arial" w:cs="Arial"/>
        </w:rPr>
      </w:pPr>
      <w:r w:rsidRPr="00776052">
        <w:rPr>
          <w:rFonts w:ascii="Arial" w:hAnsi="Arial" w:cs="Arial"/>
        </w:rPr>
        <w:t>I enjoy working with children and supporting them in their learning. During my voluntary placements at Perry Beeches School and Al-</w:t>
      </w:r>
      <w:proofErr w:type="spellStart"/>
      <w:r w:rsidRPr="00776052">
        <w:rPr>
          <w:rFonts w:ascii="Arial" w:hAnsi="Arial" w:cs="Arial"/>
        </w:rPr>
        <w:t>Burhan</w:t>
      </w:r>
      <w:proofErr w:type="spellEnd"/>
      <w:r w:rsidRPr="00776052">
        <w:rPr>
          <w:rFonts w:ascii="Arial" w:hAnsi="Arial" w:cs="Arial"/>
        </w:rPr>
        <w:t xml:space="preserve"> Grammar School, I helped teachers with classroom activities and supported pupils when they needed extra help. These experiences gave me more confidence and improved my communication and teamwork skills. I am a patient, reliable and hardworking person, and I would like the opportunity to continue developing my experience as a Teaching Assistant.</w:t>
      </w:r>
    </w:p>
    <w:p w:rsidR="00237B20" w:rsidRPr="002F1AAF" w:rsidRDefault="00402745" w:rsidP="00776052">
      <w:pPr>
        <w:spacing w:line="360" w:lineRule="auto"/>
        <w:rPr>
          <w:rFonts w:ascii="Arial" w:hAnsi="Arial" w:cs="Arial"/>
          <w:b/>
        </w:rPr>
      </w:pPr>
      <w:r w:rsidRPr="002F1AAF">
        <w:rPr>
          <w:rFonts w:ascii="Arial" w:hAnsi="Arial" w:cs="Arial"/>
          <w:b/>
        </w:rPr>
        <w:t>KEY SKILLS</w:t>
      </w:r>
    </w:p>
    <w:p w:rsidR="00A13D4D" w:rsidRPr="00776052" w:rsidRDefault="00776052"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Good</w:t>
      </w:r>
      <w:r w:rsidR="00A13D4D" w:rsidRPr="00776052">
        <w:rPr>
          <w:rFonts w:ascii="Arial" w:eastAsia="Times New Roman" w:hAnsi="Arial" w:cs="Arial"/>
        </w:rPr>
        <w:t xml:space="preserve"> communication and listening skills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Able to build positive relationships with children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Patient, caring and supportive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Understanding of safeguarding and child welfare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Able to work well as part of a team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Good </w:t>
      </w:r>
      <w:proofErr w:type="spellStart"/>
      <w:r w:rsidRPr="00776052">
        <w:rPr>
          <w:rFonts w:ascii="Arial" w:eastAsia="Times New Roman" w:hAnsi="Arial" w:cs="Arial"/>
        </w:rPr>
        <w:t>organisational</w:t>
      </w:r>
      <w:proofErr w:type="spellEnd"/>
      <w:r w:rsidRPr="00776052">
        <w:rPr>
          <w:rFonts w:ascii="Arial" w:eastAsia="Times New Roman" w:hAnsi="Arial" w:cs="Arial"/>
        </w:rPr>
        <w:t xml:space="preserve"> skills </w:t>
      </w:r>
    </w:p>
    <w:p w:rsidR="00A13D4D" w:rsidRPr="00776052" w:rsidRDefault="00A13D4D" w:rsidP="00776052">
      <w:pPr>
        <w:pStyle w:val="ListParagraph"/>
        <w:numPr>
          <w:ilvl w:val="0"/>
          <w:numId w:val="15"/>
        </w:numPr>
        <w:spacing w:after="0" w:line="360" w:lineRule="auto"/>
        <w:rPr>
          <w:rFonts w:ascii="Arial" w:eastAsia="Times New Roman" w:hAnsi="Arial" w:cs="Arial"/>
        </w:rPr>
      </w:pPr>
      <w:r w:rsidRPr="00776052">
        <w:rPr>
          <w:rFonts w:ascii="Arial" w:eastAsia="Times New Roman" w:hAnsi="Arial" w:cs="Arial"/>
        </w:rPr>
        <w:t xml:space="preserve">Reliable and responsible </w:t>
      </w:r>
    </w:p>
    <w:p w:rsidR="00A13D4D" w:rsidRPr="00776052" w:rsidRDefault="00A13D4D" w:rsidP="00776052">
      <w:pPr>
        <w:pStyle w:val="ListParagraph"/>
        <w:numPr>
          <w:ilvl w:val="0"/>
          <w:numId w:val="15"/>
        </w:numPr>
        <w:spacing w:line="360" w:lineRule="auto"/>
        <w:rPr>
          <w:rFonts w:ascii="Arial" w:hAnsi="Arial" w:cs="Arial"/>
        </w:rPr>
      </w:pPr>
      <w:r w:rsidRPr="00776052">
        <w:rPr>
          <w:rFonts w:ascii="Arial" w:eastAsia="Times New Roman" w:hAnsi="Arial" w:cs="Arial"/>
        </w:rPr>
        <w:t xml:space="preserve">Fluent in English, Urdu and </w:t>
      </w:r>
      <w:proofErr w:type="spellStart"/>
      <w:r w:rsidRPr="00776052">
        <w:rPr>
          <w:rFonts w:ascii="Arial" w:eastAsia="Times New Roman" w:hAnsi="Arial" w:cs="Arial"/>
        </w:rPr>
        <w:t>Mirpuri</w:t>
      </w:r>
      <w:proofErr w:type="spellEnd"/>
    </w:p>
    <w:p w:rsidR="00237B20" w:rsidRPr="002F1AAF" w:rsidRDefault="00402745" w:rsidP="00776052">
      <w:pPr>
        <w:spacing w:line="360" w:lineRule="auto"/>
        <w:rPr>
          <w:rFonts w:ascii="Arial" w:hAnsi="Arial" w:cs="Arial"/>
        </w:rPr>
      </w:pPr>
      <w:r w:rsidRPr="002F1AAF">
        <w:rPr>
          <w:rFonts w:ascii="Arial" w:hAnsi="Arial" w:cs="Arial"/>
          <w:b/>
        </w:rPr>
        <w:t>RELEVANT EXPERIENCE</w:t>
      </w:r>
    </w:p>
    <w:p w:rsidR="00237B20" w:rsidRPr="00776052" w:rsidRDefault="00402745" w:rsidP="00776052">
      <w:pPr>
        <w:spacing w:line="360" w:lineRule="auto"/>
        <w:rPr>
          <w:rFonts w:ascii="Arial" w:hAnsi="Arial" w:cs="Arial"/>
        </w:rPr>
      </w:pPr>
      <w:r w:rsidRPr="00776052">
        <w:rPr>
          <w:rFonts w:ascii="Arial" w:hAnsi="Arial" w:cs="Arial"/>
          <w:b/>
        </w:rPr>
        <w:t>Volunteer Teaching Assistant – Perry Beeches School, Birmingham</w:t>
      </w:r>
      <w:r w:rsidR="00C70586">
        <w:rPr>
          <w:rFonts w:ascii="Arial" w:hAnsi="Arial" w:cs="Arial"/>
          <w:b/>
        </w:rPr>
        <w:t xml:space="preserve"> </w:t>
      </w:r>
      <w:r w:rsidR="00EA5EC2">
        <w:rPr>
          <w:rFonts w:ascii="Arial" w:hAnsi="Arial" w:cs="Arial"/>
          <w:b/>
        </w:rPr>
        <w:t xml:space="preserve">            (</w:t>
      </w:r>
      <w:r w:rsidR="00C70586">
        <w:rPr>
          <w:rFonts w:ascii="Arial" w:hAnsi="Arial" w:cs="Arial"/>
          <w:b/>
        </w:rPr>
        <w:t>September 2017 – August 2018</w:t>
      </w:r>
      <w:r w:rsidR="00EA5EC2">
        <w:rPr>
          <w:rFonts w:ascii="Arial" w:hAnsi="Arial" w:cs="Arial"/>
          <w:b/>
        </w:rPr>
        <w:t>)</w:t>
      </w:r>
    </w:p>
    <w:p w:rsidR="00237B20" w:rsidRPr="00776052" w:rsidRDefault="00402745" w:rsidP="00776052">
      <w:pPr>
        <w:pStyle w:val="ListBullet"/>
        <w:numPr>
          <w:ilvl w:val="0"/>
          <w:numId w:val="16"/>
        </w:numPr>
        <w:spacing w:line="360" w:lineRule="auto"/>
        <w:rPr>
          <w:rFonts w:ascii="Arial" w:hAnsi="Arial" w:cs="Arial"/>
        </w:rPr>
      </w:pPr>
      <w:r w:rsidRPr="00776052">
        <w:rPr>
          <w:rFonts w:ascii="Arial" w:hAnsi="Arial" w:cs="Arial"/>
        </w:rPr>
        <w:t>Supported pupils during lessons and classroom activities.</w:t>
      </w:r>
    </w:p>
    <w:p w:rsidR="00237B20" w:rsidRPr="00776052" w:rsidRDefault="00402745" w:rsidP="00776052">
      <w:pPr>
        <w:pStyle w:val="ListBullet"/>
        <w:numPr>
          <w:ilvl w:val="0"/>
          <w:numId w:val="16"/>
        </w:numPr>
        <w:spacing w:line="360" w:lineRule="auto"/>
        <w:rPr>
          <w:rFonts w:ascii="Arial" w:hAnsi="Arial" w:cs="Arial"/>
        </w:rPr>
      </w:pPr>
      <w:r w:rsidRPr="00776052">
        <w:rPr>
          <w:rFonts w:ascii="Arial" w:hAnsi="Arial" w:cs="Arial"/>
        </w:rPr>
        <w:t>Helped children complete classwork and learning tasks.</w:t>
      </w:r>
    </w:p>
    <w:p w:rsidR="00237B20" w:rsidRPr="00776052" w:rsidRDefault="00402745" w:rsidP="00776052">
      <w:pPr>
        <w:pStyle w:val="ListBullet"/>
        <w:numPr>
          <w:ilvl w:val="0"/>
          <w:numId w:val="16"/>
        </w:numPr>
        <w:spacing w:line="360" w:lineRule="auto"/>
        <w:rPr>
          <w:rFonts w:ascii="Arial" w:hAnsi="Arial" w:cs="Arial"/>
        </w:rPr>
      </w:pPr>
      <w:r w:rsidRPr="00776052">
        <w:rPr>
          <w:rFonts w:ascii="Arial" w:hAnsi="Arial" w:cs="Arial"/>
        </w:rPr>
        <w:t>Prepared classroom resources and learning materials.</w:t>
      </w:r>
    </w:p>
    <w:p w:rsidR="00237B20" w:rsidRPr="00776052" w:rsidRDefault="00402745" w:rsidP="00776052">
      <w:pPr>
        <w:pStyle w:val="ListBullet"/>
        <w:numPr>
          <w:ilvl w:val="0"/>
          <w:numId w:val="16"/>
        </w:numPr>
        <w:spacing w:line="360" w:lineRule="auto"/>
        <w:rPr>
          <w:rFonts w:ascii="Arial" w:hAnsi="Arial" w:cs="Arial"/>
        </w:rPr>
      </w:pPr>
      <w:r w:rsidRPr="00776052">
        <w:rPr>
          <w:rFonts w:ascii="Arial" w:hAnsi="Arial" w:cs="Arial"/>
        </w:rPr>
        <w:t>Encouraged pupils to participate and build confidence.</w:t>
      </w:r>
    </w:p>
    <w:p w:rsidR="00237B20" w:rsidRPr="00776052" w:rsidRDefault="00402745" w:rsidP="00776052">
      <w:pPr>
        <w:pStyle w:val="ListBullet"/>
        <w:numPr>
          <w:ilvl w:val="0"/>
          <w:numId w:val="16"/>
        </w:numPr>
        <w:spacing w:line="360" w:lineRule="auto"/>
        <w:rPr>
          <w:rFonts w:ascii="Arial" w:hAnsi="Arial" w:cs="Arial"/>
        </w:rPr>
      </w:pPr>
      <w:r w:rsidRPr="00776052">
        <w:rPr>
          <w:rFonts w:ascii="Arial" w:hAnsi="Arial" w:cs="Arial"/>
        </w:rPr>
        <w:t>Helped maintain a safe and welcoming learning environment.</w:t>
      </w:r>
    </w:p>
    <w:p w:rsidR="00237B20" w:rsidRPr="00776052" w:rsidRDefault="00402745" w:rsidP="00776052">
      <w:pPr>
        <w:spacing w:line="360" w:lineRule="auto"/>
        <w:rPr>
          <w:rFonts w:ascii="Arial" w:hAnsi="Arial" w:cs="Arial"/>
          <w:b/>
        </w:rPr>
      </w:pPr>
      <w:r w:rsidRPr="00776052">
        <w:rPr>
          <w:rFonts w:ascii="Arial" w:hAnsi="Arial" w:cs="Arial"/>
          <w:b/>
        </w:rPr>
        <w:t>Volunteer Learning Support – Al-</w:t>
      </w:r>
      <w:proofErr w:type="spellStart"/>
      <w:r w:rsidRPr="00776052">
        <w:rPr>
          <w:rFonts w:ascii="Arial" w:hAnsi="Arial" w:cs="Arial"/>
          <w:b/>
        </w:rPr>
        <w:t>Burhan</w:t>
      </w:r>
      <w:proofErr w:type="spellEnd"/>
      <w:r w:rsidRPr="00776052">
        <w:rPr>
          <w:rFonts w:ascii="Arial" w:hAnsi="Arial" w:cs="Arial"/>
          <w:b/>
        </w:rPr>
        <w:t xml:space="preserve"> Grammar School</w:t>
      </w:r>
      <w:r w:rsidR="00C70586">
        <w:rPr>
          <w:rFonts w:ascii="Arial" w:hAnsi="Arial" w:cs="Arial"/>
          <w:b/>
        </w:rPr>
        <w:t xml:space="preserve"> </w:t>
      </w:r>
      <w:r w:rsidR="00EA5EC2">
        <w:rPr>
          <w:rFonts w:ascii="Arial" w:hAnsi="Arial" w:cs="Arial"/>
          <w:b/>
        </w:rPr>
        <w:t xml:space="preserve">                            (</w:t>
      </w:r>
      <w:r w:rsidR="00C70586">
        <w:rPr>
          <w:rFonts w:ascii="Arial" w:hAnsi="Arial" w:cs="Arial"/>
          <w:b/>
        </w:rPr>
        <w:t>September 2018 – October 2019</w:t>
      </w:r>
      <w:r w:rsidR="00EA5EC2">
        <w:rPr>
          <w:rFonts w:ascii="Arial" w:hAnsi="Arial" w:cs="Arial"/>
          <w:b/>
        </w:rPr>
        <w:t>)</w:t>
      </w:r>
    </w:p>
    <w:p w:rsidR="002F5A81" w:rsidRDefault="00A13D4D" w:rsidP="002F5A81">
      <w:pPr>
        <w:pStyle w:val="ListBullet"/>
        <w:numPr>
          <w:ilvl w:val="0"/>
          <w:numId w:val="17"/>
        </w:numPr>
        <w:spacing w:line="360" w:lineRule="auto"/>
        <w:rPr>
          <w:rFonts w:ascii="Arial" w:hAnsi="Arial" w:cs="Arial"/>
        </w:rPr>
      </w:pPr>
      <w:r w:rsidRPr="002F5A81">
        <w:rPr>
          <w:rFonts w:ascii="Arial" w:hAnsi="Arial" w:cs="Arial"/>
        </w:rPr>
        <w:t xml:space="preserve">Worked with teachers to support pupils during lessons. </w:t>
      </w:r>
    </w:p>
    <w:p w:rsidR="002F5A81" w:rsidRPr="002F5A81" w:rsidRDefault="00A13D4D" w:rsidP="002F5A81">
      <w:pPr>
        <w:pStyle w:val="ListBullet"/>
        <w:numPr>
          <w:ilvl w:val="0"/>
          <w:numId w:val="17"/>
        </w:numPr>
        <w:spacing w:line="360" w:lineRule="auto"/>
        <w:rPr>
          <w:rFonts w:ascii="Arial" w:hAnsi="Arial" w:cs="Arial"/>
        </w:rPr>
      </w:pPr>
      <w:r w:rsidRPr="002F5A81">
        <w:rPr>
          <w:rFonts w:ascii="Arial" w:eastAsia="Times New Roman" w:hAnsi="Arial" w:cs="Arial"/>
        </w:rPr>
        <w:t xml:space="preserve">Assisted children individually and in small groups when needed. </w:t>
      </w:r>
    </w:p>
    <w:p w:rsidR="002F5A81" w:rsidRPr="002F5A81" w:rsidRDefault="00A13D4D" w:rsidP="002F5A81">
      <w:pPr>
        <w:pStyle w:val="ListBullet"/>
        <w:numPr>
          <w:ilvl w:val="0"/>
          <w:numId w:val="17"/>
        </w:numPr>
        <w:spacing w:line="360" w:lineRule="auto"/>
        <w:rPr>
          <w:rFonts w:ascii="Arial" w:hAnsi="Arial" w:cs="Arial"/>
        </w:rPr>
      </w:pPr>
      <w:r w:rsidRPr="002F5A81">
        <w:rPr>
          <w:rFonts w:ascii="Arial" w:eastAsia="Times New Roman" w:hAnsi="Arial" w:cs="Arial"/>
        </w:rPr>
        <w:t xml:space="preserve">Helped prepare classroom resources before lessons. </w:t>
      </w:r>
    </w:p>
    <w:p w:rsidR="002F5A81" w:rsidRPr="002F5A81" w:rsidRDefault="00A13D4D" w:rsidP="00776052">
      <w:pPr>
        <w:pStyle w:val="ListBullet"/>
        <w:numPr>
          <w:ilvl w:val="0"/>
          <w:numId w:val="17"/>
        </w:numPr>
        <w:spacing w:line="360" w:lineRule="auto"/>
        <w:rPr>
          <w:rFonts w:ascii="Arial" w:hAnsi="Arial" w:cs="Arial"/>
        </w:rPr>
      </w:pPr>
      <w:r w:rsidRPr="002F5A81">
        <w:rPr>
          <w:rFonts w:ascii="Arial" w:eastAsia="Times New Roman" w:hAnsi="Arial" w:cs="Arial"/>
        </w:rPr>
        <w:lastRenderedPageBreak/>
        <w:t xml:space="preserve">Encouraged pupils to stay involved in learning activities. </w:t>
      </w:r>
    </w:p>
    <w:p w:rsidR="00A13D4D" w:rsidRPr="002F5A81" w:rsidRDefault="00A13D4D" w:rsidP="00776052">
      <w:pPr>
        <w:pStyle w:val="ListBullet"/>
        <w:numPr>
          <w:ilvl w:val="0"/>
          <w:numId w:val="17"/>
        </w:numPr>
        <w:spacing w:line="360" w:lineRule="auto"/>
        <w:rPr>
          <w:rFonts w:ascii="Arial" w:hAnsi="Arial" w:cs="Arial"/>
        </w:rPr>
      </w:pPr>
      <w:r w:rsidRPr="002F5A81">
        <w:rPr>
          <w:rFonts w:ascii="Arial" w:eastAsia="Times New Roman" w:hAnsi="Arial" w:cs="Arial"/>
        </w:rPr>
        <w:t>Supported pupils' wellbeing throughout the school day.</w:t>
      </w:r>
    </w:p>
    <w:p w:rsidR="00237B20" w:rsidRPr="002F1AAF" w:rsidRDefault="00402745" w:rsidP="00776052">
      <w:pPr>
        <w:spacing w:line="360" w:lineRule="auto"/>
        <w:rPr>
          <w:rFonts w:ascii="Arial" w:hAnsi="Arial" w:cs="Arial"/>
        </w:rPr>
      </w:pPr>
      <w:r w:rsidRPr="002F1AAF">
        <w:rPr>
          <w:rFonts w:ascii="Arial" w:hAnsi="Arial" w:cs="Arial"/>
          <w:b/>
        </w:rPr>
        <w:t>EDUCATION &amp; TRAINING</w:t>
      </w:r>
    </w:p>
    <w:p w:rsidR="00237B20" w:rsidRPr="00776052" w:rsidRDefault="00402745" w:rsidP="00776052">
      <w:pPr>
        <w:spacing w:line="360" w:lineRule="auto"/>
        <w:rPr>
          <w:rFonts w:ascii="Arial" w:hAnsi="Arial" w:cs="Arial"/>
        </w:rPr>
      </w:pPr>
      <w:r w:rsidRPr="00776052">
        <w:rPr>
          <w:rFonts w:ascii="Arial" w:hAnsi="Arial" w:cs="Arial"/>
          <w:b/>
        </w:rPr>
        <w:t>University College Birmingham</w:t>
      </w:r>
    </w:p>
    <w:p w:rsidR="00237B20" w:rsidRPr="00776052" w:rsidRDefault="00402745" w:rsidP="002F5A81">
      <w:pPr>
        <w:pStyle w:val="ListBullet"/>
        <w:numPr>
          <w:ilvl w:val="0"/>
          <w:numId w:val="18"/>
        </w:numPr>
        <w:spacing w:line="360" w:lineRule="auto"/>
        <w:rPr>
          <w:rFonts w:ascii="Arial" w:hAnsi="Arial" w:cs="Arial"/>
        </w:rPr>
      </w:pPr>
      <w:r w:rsidRPr="00776052">
        <w:rPr>
          <w:rFonts w:ascii="Arial" w:hAnsi="Arial" w:cs="Arial"/>
        </w:rPr>
        <w:t>Level 3 Award in Teaching and Supporting Learning (</w:t>
      </w:r>
      <w:r w:rsidR="00C70586">
        <w:rPr>
          <w:rFonts w:ascii="Arial" w:hAnsi="Arial" w:cs="Arial"/>
        </w:rPr>
        <w:t xml:space="preserve">September </w:t>
      </w:r>
      <w:r w:rsidRPr="00776052">
        <w:rPr>
          <w:rFonts w:ascii="Arial" w:hAnsi="Arial" w:cs="Arial"/>
        </w:rPr>
        <w:t>2016</w:t>
      </w:r>
      <w:r w:rsidR="00C70586">
        <w:rPr>
          <w:rFonts w:ascii="Arial" w:hAnsi="Arial" w:cs="Arial"/>
        </w:rPr>
        <w:t xml:space="preserve"> </w:t>
      </w:r>
      <w:r w:rsidRPr="00776052">
        <w:rPr>
          <w:rFonts w:ascii="Arial" w:hAnsi="Arial" w:cs="Arial"/>
        </w:rPr>
        <w:t>–</w:t>
      </w:r>
      <w:r w:rsidR="00C70586">
        <w:rPr>
          <w:rFonts w:ascii="Arial" w:hAnsi="Arial" w:cs="Arial"/>
        </w:rPr>
        <w:t xml:space="preserve"> June </w:t>
      </w:r>
      <w:r w:rsidRPr="00776052">
        <w:rPr>
          <w:rFonts w:ascii="Arial" w:hAnsi="Arial" w:cs="Arial"/>
        </w:rPr>
        <w:t>2017)</w:t>
      </w:r>
    </w:p>
    <w:p w:rsidR="00237B20" w:rsidRPr="00776052" w:rsidRDefault="00402745" w:rsidP="002F5A81">
      <w:pPr>
        <w:pStyle w:val="ListBullet"/>
        <w:numPr>
          <w:ilvl w:val="0"/>
          <w:numId w:val="18"/>
        </w:numPr>
        <w:spacing w:line="360" w:lineRule="auto"/>
        <w:rPr>
          <w:rFonts w:ascii="Arial" w:hAnsi="Arial" w:cs="Arial"/>
        </w:rPr>
      </w:pPr>
      <w:r w:rsidRPr="00776052">
        <w:rPr>
          <w:rFonts w:ascii="Arial" w:hAnsi="Arial" w:cs="Arial"/>
        </w:rPr>
        <w:t>Level 2 Award in Teaching and Supporting Learning (</w:t>
      </w:r>
      <w:r w:rsidR="00C70586">
        <w:rPr>
          <w:rFonts w:ascii="Arial" w:hAnsi="Arial" w:cs="Arial"/>
        </w:rPr>
        <w:t xml:space="preserve">September </w:t>
      </w:r>
      <w:r w:rsidRPr="00776052">
        <w:rPr>
          <w:rFonts w:ascii="Arial" w:hAnsi="Arial" w:cs="Arial"/>
        </w:rPr>
        <w:t>2015</w:t>
      </w:r>
      <w:r w:rsidR="00C70586">
        <w:rPr>
          <w:rFonts w:ascii="Arial" w:hAnsi="Arial" w:cs="Arial"/>
        </w:rPr>
        <w:t xml:space="preserve"> </w:t>
      </w:r>
      <w:r w:rsidRPr="00776052">
        <w:rPr>
          <w:rFonts w:ascii="Arial" w:hAnsi="Arial" w:cs="Arial"/>
        </w:rPr>
        <w:t>–</w:t>
      </w:r>
      <w:r w:rsidR="00C70586">
        <w:rPr>
          <w:rFonts w:ascii="Arial" w:hAnsi="Arial" w:cs="Arial"/>
        </w:rPr>
        <w:t xml:space="preserve"> June</w:t>
      </w:r>
      <w:r w:rsidR="000B7EDE">
        <w:rPr>
          <w:rFonts w:ascii="Arial" w:hAnsi="Arial" w:cs="Arial"/>
        </w:rPr>
        <w:t xml:space="preserve"> </w:t>
      </w:r>
      <w:r w:rsidRPr="00776052">
        <w:rPr>
          <w:rFonts w:ascii="Arial" w:hAnsi="Arial" w:cs="Arial"/>
        </w:rPr>
        <w:t>2016)</w:t>
      </w:r>
    </w:p>
    <w:p w:rsidR="00237B20" w:rsidRPr="00776052" w:rsidRDefault="00402745" w:rsidP="00776052">
      <w:pPr>
        <w:spacing w:line="360" w:lineRule="auto"/>
        <w:rPr>
          <w:rFonts w:ascii="Arial" w:hAnsi="Arial" w:cs="Arial"/>
        </w:rPr>
      </w:pPr>
      <w:r w:rsidRPr="00776052">
        <w:rPr>
          <w:rFonts w:ascii="Arial" w:hAnsi="Arial" w:cs="Arial"/>
          <w:b/>
        </w:rPr>
        <w:t>Succeed Training</w:t>
      </w:r>
    </w:p>
    <w:p w:rsidR="00237B20" w:rsidRPr="00776052" w:rsidRDefault="00402745" w:rsidP="002F5A81">
      <w:pPr>
        <w:pStyle w:val="ListBullet"/>
        <w:numPr>
          <w:ilvl w:val="0"/>
          <w:numId w:val="19"/>
        </w:numPr>
        <w:spacing w:line="360" w:lineRule="auto"/>
        <w:rPr>
          <w:rFonts w:ascii="Arial" w:hAnsi="Arial" w:cs="Arial"/>
        </w:rPr>
      </w:pPr>
      <w:r w:rsidRPr="00776052">
        <w:rPr>
          <w:rFonts w:ascii="Arial" w:hAnsi="Arial" w:cs="Arial"/>
        </w:rPr>
        <w:t>Skills Update Course (May 2018)</w:t>
      </w:r>
    </w:p>
    <w:p w:rsidR="00A13D4D" w:rsidRPr="00776052" w:rsidRDefault="00A13D4D" w:rsidP="00776052">
      <w:pPr>
        <w:pStyle w:val="ListBullet"/>
        <w:numPr>
          <w:ilvl w:val="0"/>
          <w:numId w:val="0"/>
        </w:numPr>
        <w:spacing w:line="360" w:lineRule="auto"/>
        <w:ind w:left="360"/>
        <w:rPr>
          <w:rFonts w:ascii="Arial" w:hAnsi="Arial" w:cs="Arial"/>
        </w:rPr>
      </w:pPr>
    </w:p>
    <w:p w:rsidR="00A13D4D" w:rsidRPr="00776052" w:rsidRDefault="00A13D4D" w:rsidP="00776052">
      <w:pPr>
        <w:pStyle w:val="ListBullet"/>
        <w:numPr>
          <w:ilvl w:val="0"/>
          <w:numId w:val="0"/>
        </w:numPr>
        <w:spacing w:line="360" w:lineRule="auto"/>
        <w:ind w:left="360" w:hanging="360"/>
        <w:rPr>
          <w:rFonts w:ascii="Arial" w:hAnsi="Arial" w:cs="Arial"/>
          <w:b/>
        </w:rPr>
      </w:pPr>
      <w:r w:rsidRPr="00776052">
        <w:rPr>
          <w:rFonts w:ascii="Arial" w:hAnsi="Arial" w:cs="Arial"/>
          <w:b/>
        </w:rPr>
        <w:t>ACHIEVEMENTS</w:t>
      </w:r>
    </w:p>
    <w:p w:rsidR="00A13D4D" w:rsidRPr="00776052" w:rsidRDefault="00A13D4D" w:rsidP="002F5A81">
      <w:pPr>
        <w:pStyle w:val="ListBullet"/>
        <w:numPr>
          <w:ilvl w:val="0"/>
          <w:numId w:val="19"/>
        </w:numPr>
        <w:spacing w:line="360" w:lineRule="auto"/>
        <w:rPr>
          <w:rFonts w:ascii="Arial" w:hAnsi="Arial" w:cs="Arial"/>
        </w:rPr>
      </w:pPr>
      <w:r w:rsidRPr="00776052">
        <w:rPr>
          <w:rFonts w:ascii="Arial" w:hAnsi="Arial" w:cs="Arial"/>
        </w:rPr>
        <w:t>Successfully completed voluntary placements in two schools.</w:t>
      </w:r>
    </w:p>
    <w:p w:rsidR="00A13D4D" w:rsidRPr="00776052" w:rsidRDefault="00A13D4D" w:rsidP="002F5A81">
      <w:pPr>
        <w:pStyle w:val="ListBullet"/>
        <w:numPr>
          <w:ilvl w:val="0"/>
          <w:numId w:val="19"/>
        </w:numPr>
        <w:spacing w:line="360" w:lineRule="auto"/>
        <w:rPr>
          <w:rFonts w:ascii="Arial" w:hAnsi="Arial" w:cs="Arial"/>
        </w:rPr>
      </w:pPr>
      <w:r w:rsidRPr="00776052">
        <w:rPr>
          <w:rFonts w:ascii="Arial" w:hAnsi="Arial" w:cs="Arial"/>
        </w:rPr>
        <w:t>Gained practical classroom experience working with pupils and teachers.</w:t>
      </w:r>
    </w:p>
    <w:p w:rsidR="00A13D4D" w:rsidRPr="00776052" w:rsidRDefault="00A13D4D" w:rsidP="002F5A81">
      <w:pPr>
        <w:pStyle w:val="ListBullet"/>
        <w:numPr>
          <w:ilvl w:val="0"/>
          <w:numId w:val="19"/>
        </w:numPr>
        <w:spacing w:line="360" w:lineRule="auto"/>
        <w:rPr>
          <w:rFonts w:ascii="Arial" w:hAnsi="Arial" w:cs="Arial"/>
        </w:rPr>
      </w:pPr>
      <w:r w:rsidRPr="00776052">
        <w:rPr>
          <w:rFonts w:ascii="Arial" w:hAnsi="Arial" w:cs="Arial"/>
        </w:rPr>
        <w:t>Completed Level 2 and Level 3 qualifications in Teaching and Supporting Learning.</w:t>
      </w:r>
    </w:p>
    <w:p w:rsidR="00237B20" w:rsidRPr="002F1AAF" w:rsidRDefault="00402745" w:rsidP="00776052">
      <w:pPr>
        <w:spacing w:line="360" w:lineRule="auto"/>
        <w:rPr>
          <w:rFonts w:ascii="Arial" w:hAnsi="Arial" w:cs="Arial"/>
        </w:rPr>
      </w:pPr>
      <w:r w:rsidRPr="002F1AAF">
        <w:rPr>
          <w:rFonts w:ascii="Arial" w:hAnsi="Arial" w:cs="Arial"/>
          <w:b/>
        </w:rPr>
        <w:t>PERSONAL STRENGTHS</w:t>
      </w:r>
    </w:p>
    <w:p w:rsidR="00A13D4D" w:rsidRPr="00776052" w:rsidRDefault="00A13D4D" w:rsidP="00DF599E">
      <w:pPr>
        <w:pStyle w:val="ListBullet"/>
        <w:numPr>
          <w:ilvl w:val="0"/>
          <w:numId w:val="20"/>
        </w:numPr>
        <w:spacing w:line="360" w:lineRule="auto"/>
        <w:rPr>
          <w:rFonts w:ascii="Arial" w:hAnsi="Arial" w:cs="Arial"/>
        </w:rPr>
      </w:pPr>
      <w:r w:rsidRPr="00776052">
        <w:rPr>
          <w:rFonts w:ascii="Arial" w:hAnsi="Arial" w:cs="Arial"/>
        </w:rPr>
        <w:t>Friendly and approachable</w:t>
      </w:r>
    </w:p>
    <w:p w:rsidR="00237B20" w:rsidRPr="00776052" w:rsidRDefault="00A13D4D" w:rsidP="00DF599E">
      <w:pPr>
        <w:pStyle w:val="ListBullet"/>
        <w:numPr>
          <w:ilvl w:val="0"/>
          <w:numId w:val="20"/>
        </w:numPr>
        <w:spacing w:line="360" w:lineRule="auto"/>
        <w:rPr>
          <w:rFonts w:ascii="Arial" w:hAnsi="Arial" w:cs="Arial"/>
        </w:rPr>
      </w:pPr>
      <w:r w:rsidRPr="00776052">
        <w:rPr>
          <w:rFonts w:ascii="Arial" w:hAnsi="Arial" w:cs="Arial"/>
        </w:rPr>
        <w:t xml:space="preserve">Calm and </w:t>
      </w:r>
      <w:r w:rsidR="00402745" w:rsidRPr="00776052">
        <w:rPr>
          <w:rFonts w:ascii="Arial" w:hAnsi="Arial" w:cs="Arial"/>
        </w:rPr>
        <w:t>Patient</w:t>
      </w:r>
    </w:p>
    <w:p w:rsidR="00237B20" w:rsidRPr="00776052" w:rsidRDefault="00A13D4D" w:rsidP="00DF599E">
      <w:pPr>
        <w:pStyle w:val="ListBullet"/>
        <w:numPr>
          <w:ilvl w:val="0"/>
          <w:numId w:val="20"/>
        </w:numPr>
        <w:spacing w:line="360" w:lineRule="auto"/>
        <w:rPr>
          <w:rFonts w:ascii="Arial" w:hAnsi="Arial" w:cs="Arial"/>
        </w:rPr>
      </w:pPr>
      <w:r w:rsidRPr="00776052">
        <w:rPr>
          <w:rFonts w:ascii="Arial" w:hAnsi="Arial" w:cs="Arial"/>
        </w:rPr>
        <w:t>Honest and dependable</w:t>
      </w:r>
    </w:p>
    <w:p w:rsidR="00237B20" w:rsidRPr="00776052" w:rsidRDefault="00402745" w:rsidP="00DF599E">
      <w:pPr>
        <w:pStyle w:val="ListBullet"/>
        <w:numPr>
          <w:ilvl w:val="0"/>
          <w:numId w:val="20"/>
        </w:numPr>
        <w:spacing w:line="360" w:lineRule="auto"/>
        <w:rPr>
          <w:rFonts w:ascii="Arial" w:hAnsi="Arial" w:cs="Arial"/>
        </w:rPr>
      </w:pPr>
      <w:r w:rsidRPr="00776052">
        <w:rPr>
          <w:rFonts w:ascii="Arial" w:hAnsi="Arial" w:cs="Arial"/>
        </w:rPr>
        <w:t>Positive attitude</w:t>
      </w:r>
    </w:p>
    <w:p w:rsidR="00237B20" w:rsidRPr="00776052" w:rsidRDefault="00402745" w:rsidP="00DF599E">
      <w:pPr>
        <w:pStyle w:val="ListBullet"/>
        <w:numPr>
          <w:ilvl w:val="0"/>
          <w:numId w:val="20"/>
        </w:numPr>
        <w:spacing w:line="360" w:lineRule="auto"/>
        <w:rPr>
          <w:rFonts w:ascii="Arial" w:hAnsi="Arial" w:cs="Arial"/>
        </w:rPr>
      </w:pPr>
      <w:r w:rsidRPr="00776052">
        <w:rPr>
          <w:rFonts w:ascii="Arial" w:hAnsi="Arial" w:cs="Arial"/>
        </w:rPr>
        <w:t>Good team player</w:t>
      </w:r>
    </w:p>
    <w:p w:rsidR="00237B20" w:rsidRPr="00776052" w:rsidRDefault="00402745" w:rsidP="00DF599E">
      <w:pPr>
        <w:pStyle w:val="ListBullet"/>
        <w:numPr>
          <w:ilvl w:val="0"/>
          <w:numId w:val="20"/>
        </w:numPr>
        <w:spacing w:line="360" w:lineRule="auto"/>
        <w:rPr>
          <w:rFonts w:ascii="Arial" w:hAnsi="Arial" w:cs="Arial"/>
        </w:rPr>
      </w:pPr>
      <w:r w:rsidRPr="00776052">
        <w:rPr>
          <w:rFonts w:ascii="Arial" w:hAnsi="Arial" w:cs="Arial"/>
        </w:rPr>
        <w:t>Willing to learn</w:t>
      </w:r>
    </w:p>
    <w:p w:rsidR="00237B20" w:rsidRPr="002F1AAF" w:rsidRDefault="00402745" w:rsidP="00DF599E">
      <w:pPr>
        <w:spacing w:line="360" w:lineRule="auto"/>
        <w:rPr>
          <w:rFonts w:ascii="Arial" w:hAnsi="Arial" w:cs="Arial"/>
        </w:rPr>
      </w:pPr>
      <w:r w:rsidRPr="002F1AAF">
        <w:rPr>
          <w:rFonts w:ascii="Arial" w:hAnsi="Arial" w:cs="Arial"/>
          <w:b/>
        </w:rPr>
        <w:t>INTERESTS</w:t>
      </w:r>
    </w:p>
    <w:p w:rsidR="00237B20" w:rsidRPr="00776052" w:rsidRDefault="00402745" w:rsidP="002F5A81">
      <w:pPr>
        <w:pStyle w:val="ListBullet"/>
        <w:numPr>
          <w:ilvl w:val="0"/>
          <w:numId w:val="21"/>
        </w:numPr>
        <w:spacing w:line="360" w:lineRule="auto"/>
        <w:rPr>
          <w:rFonts w:ascii="Arial" w:hAnsi="Arial" w:cs="Arial"/>
        </w:rPr>
      </w:pPr>
      <w:r w:rsidRPr="00776052">
        <w:rPr>
          <w:rFonts w:ascii="Arial" w:hAnsi="Arial" w:cs="Arial"/>
        </w:rPr>
        <w:t>Supporting children's learning</w:t>
      </w:r>
    </w:p>
    <w:p w:rsidR="00237B20" w:rsidRPr="00776052" w:rsidRDefault="00402745" w:rsidP="002F5A81">
      <w:pPr>
        <w:pStyle w:val="ListBullet"/>
        <w:numPr>
          <w:ilvl w:val="0"/>
          <w:numId w:val="21"/>
        </w:numPr>
        <w:spacing w:line="360" w:lineRule="auto"/>
        <w:rPr>
          <w:rFonts w:ascii="Arial" w:hAnsi="Arial" w:cs="Arial"/>
        </w:rPr>
      </w:pPr>
      <w:r w:rsidRPr="00776052">
        <w:rPr>
          <w:rFonts w:ascii="Arial" w:hAnsi="Arial" w:cs="Arial"/>
        </w:rPr>
        <w:t>Reading</w:t>
      </w:r>
    </w:p>
    <w:p w:rsidR="00237B20" w:rsidRPr="00776052" w:rsidRDefault="00402745" w:rsidP="002F5A81">
      <w:pPr>
        <w:pStyle w:val="ListBullet"/>
        <w:numPr>
          <w:ilvl w:val="0"/>
          <w:numId w:val="21"/>
        </w:numPr>
        <w:spacing w:line="360" w:lineRule="auto"/>
        <w:rPr>
          <w:rFonts w:ascii="Arial" w:hAnsi="Arial" w:cs="Arial"/>
        </w:rPr>
      </w:pPr>
      <w:r w:rsidRPr="00776052">
        <w:rPr>
          <w:rFonts w:ascii="Arial" w:hAnsi="Arial" w:cs="Arial"/>
        </w:rPr>
        <w:t>Community involvement</w:t>
      </w:r>
    </w:p>
    <w:p w:rsidR="00237B20" w:rsidRPr="00776052" w:rsidRDefault="00402745" w:rsidP="002F5A81">
      <w:pPr>
        <w:pStyle w:val="ListBullet"/>
        <w:numPr>
          <w:ilvl w:val="0"/>
          <w:numId w:val="21"/>
        </w:numPr>
        <w:spacing w:line="360" w:lineRule="auto"/>
        <w:rPr>
          <w:rFonts w:ascii="Arial" w:hAnsi="Arial" w:cs="Arial"/>
        </w:rPr>
      </w:pPr>
      <w:r w:rsidRPr="00776052">
        <w:rPr>
          <w:rFonts w:ascii="Arial" w:hAnsi="Arial" w:cs="Arial"/>
        </w:rPr>
        <w:t>Learning new skills</w:t>
      </w:r>
    </w:p>
    <w:p w:rsidR="00AC6610" w:rsidRDefault="00402745" w:rsidP="002F1AAF">
      <w:pPr>
        <w:tabs>
          <w:tab w:val="left" w:pos="7620"/>
        </w:tabs>
        <w:spacing w:line="360" w:lineRule="auto"/>
        <w:rPr>
          <w:rFonts w:ascii="Arial" w:hAnsi="Arial" w:cs="Arial"/>
          <w:b/>
        </w:rPr>
      </w:pPr>
      <w:r w:rsidRPr="002F1AAF">
        <w:rPr>
          <w:rFonts w:ascii="Arial" w:hAnsi="Arial" w:cs="Arial"/>
          <w:b/>
        </w:rPr>
        <w:t>REFERENCES</w:t>
      </w:r>
    </w:p>
    <w:p w:rsidR="00237B20" w:rsidRPr="00AC6610" w:rsidRDefault="00AC6610" w:rsidP="00EA5EC2">
      <w:pPr>
        <w:pStyle w:val="ListParagraph"/>
        <w:tabs>
          <w:tab w:val="left" w:pos="7620"/>
        </w:tabs>
        <w:spacing w:line="360" w:lineRule="auto"/>
        <w:rPr>
          <w:rFonts w:ascii="Arial" w:hAnsi="Arial" w:cs="Arial"/>
        </w:rPr>
      </w:pPr>
      <w:proofErr w:type="gramStart"/>
      <w:r w:rsidRPr="00AC6610">
        <w:rPr>
          <w:rFonts w:ascii="Arial" w:hAnsi="Arial" w:cs="Arial"/>
        </w:rPr>
        <w:t>Available upon request.</w:t>
      </w:r>
      <w:proofErr w:type="gramEnd"/>
    </w:p>
    <w:p w:rsidR="00237B20" w:rsidRDefault="00237B20" w:rsidP="00776052">
      <w:pPr>
        <w:spacing w:line="360" w:lineRule="auto"/>
        <w:rPr>
          <w:rFonts w:ascii="Arial" w:hAnsi="Arial" w:cs="Arial"/>
        </w:rPr>
      </w:pPr>
    </w:p>
    <w:p w:rsidR="00AC6610" w:rsidRDefault="00AC6610" w:rsidP="00776052">
      <w:pPr>
        <w:spacing w:line="360" w:lineRule="auto"/>
        <w:rPr>
          <w:rFonts w:ascii="Arial" w:hAnsi="Arial" w:cs="Arial"/>
        </w:rPr>
      </w:pPr>
    </w:p>
    <w:p w:rsidR="00DF599E" w:rsidRPr="00DF599E" w:rsidRDefault="00DF599E" w:rsidP="00DF599E">
      <w:pPr>
        <w:spacing w:line="360" w:lineRule="auto"/>
        <w:rPr>
          <w:rFonts w:ascii="Arial" w:hAnsi="Arial" w:cs="Arial"/>
          <w:b/>
          <w:bCs/>
        </w:rPr>
      </w:pPr>
      <w:r w:rsidRPr="00DF599E">
        <w:rPr>
          <w:rFonts w:ascii="Arial" w:hAnsi="Arial" w:cs="Arial"/>
          <w:b/>
          <w:bCs/>
        </w:rPr>
        <w:lastRenderedPageBreak/>
        <w:t>Task 2 – Personal Statement</w:t>
      </w:r>
    </w:p>
    <w:p w:rsidR="00DF599E" w:rsidRPr="00DF599E" w:rsidRDefault="00DF599E" w:rsidP="00DF599E">
      <w:pPr>
        <w:spacing w:line="360" w:lineRule="auto"/>
        <w:rPr>
          <w:rFonts w:ascii="Arial" w:hAnsi="Arial" w:cs="Arial"/>
        </w:rPr>
      </w:pPr>
      <w:r w:rsidRPr="00DF599E">
        <w:rPr>
          <w:rFonts w:ascii="Arial" w:hAnsi="Arial" w:cs="Arial"/>
        </w:rPr>
        <w:t>I am applying for the Teaching and Learning Assistant position because I enjoy working with children and helping them with their learning. I like seeing children become more confident and make progress in school. I understand that every child learns in a different way, and I believe it is important to give them support, encouragement and patience. After reading the job advertisement, I feel that this role matches my experience and the skills I have developed during my edu</w:t>
      </w:r>
      <w:r w:rsidR="00AC6610">
        <w:rPr>
          <w:rFonts w:ascii="Arial" w:hAnsi="Arial" w:cs="Arial"/>
        </w:rPr>
        <w:t>cation and voluntary placements.</w:t>
      </w:r>
    </w:p>
    <w:p w:rsidR="00DF599E" w:rsidRPr="00DF599E" w:rsidRDefault="00DF599E" w:rsidP="00DF599E">
      <w:pPr>
        <w:spacing w:line="360" w:lineRule="auto"/>
        <w:rPr>
          <w:rFonts w:ascii="Arial" w:hAnsi="Arial" w:cs="Arial"/>
        </w:rPr>
      </w:pPr>
      <w:r w:rsidRPr="00DF599E">
        <w:rPr>
          <w:rFonts w:ascii="Arial" w:hAnsi="Arial" w:cs="Arial"/>
        </w:rPr>
        <w:t xml:space="preserve">I completed Level 2 and Level 3 Awards in Teaching and Supporting Learning at University College Birmingham. During these courses, I learned about child development, safeguarding, </w:t>
      </w:r>
      <w:proofErr w:type="spellStart"/>
      <w:r w:rsidRPr="00DF599E">
        <w:rPr>
          <w:rFonts w:ascii="Arial" w:hAnsi="Arial" w:cs="Arial"/>
        </w:rPr>
        <w:t>behaviour</w:t>
      </w:r>
      <w:proofErr w:type="spellEnd"/>
      <w:r w:rsidRPr="00DF599E">
        <w:rPr>
          <w:rFonts w:ascii="Arial" w:hAnsi="Arial" w:cs="Arial"/>
        </w:rPr>
        <w:t xml:space="preserve"> management and the responsibilities of a Teaching Assistant. I also completed a Skills Update Course, which helped me improve my knowledge and prepare for working in a school environment. These qualifications gave me a good understanding of how Teaching Assistants work with teachers to support pupils and help creat</w:t>
      </w:r>
      <w:r w:rsidR="00AC6610">
        <w:rPr>
          <w:rFonts w:ascii="Arial" w:hAnsi="Arial" w:cs="Arial"/>
        </w:rPr>
        <w:t>e a safe and positive classroom.</w:t>
      </w:r>
    </w:p>
    <w:p w:rsidR="00DF599E" w:rsidRPr="00DF599E" w:rsidRDefault="00DF599E" w:rsidP="00DF599E">
      <w:pPr>
        <w:spacing w:line="360" w:lineRule="auto"/>
        <w:rPr>
          <w:rFonts w:ascii="Arial" w:hAnsi="Arial" w:cs="Arial"/>
        </w:rPr>
      </w:pPr>
      <w:r w:rsidRPr="00DF599E">
        <w:rPr>
          <w:rFonts w:ascii="Arial" w:hAnsi="Arial" w:cs="Arial"/>
        </w:rPr>
        <w:t>As part of my training, I completed voluntary placements at Perry Beeches School and Al-</w:t>
      </w:r>
      <w:proofErr w:type="spellStart"/>
      <w:r w:rsidRPr="00DF599E">
        <w:rPr>
          <w:rFonts w:ascii="Arial" w:hAnsi="Arial" w:cs="Arial"/>
        </w:rPr>
        <w:t>Burhan</w:t>
      </w:r>
      <w:proofErr w:type="spellEnd"/>
      <w:r w:rsidRPr="00DF599E">
        <w:rPr>
          <w:rFonts w:ascii="Arial" w:hAnsi="Arial" w:cs="Arial"/>
        </w:rPr>
        <w:t xml:space="preserve"> Grammar School. During my placements, I helped teachers prepare classroom activities, supported pupils during lessons and worked with children who needed extra help. I also encouraged pupils to join in with classroom activities and supported them when they found tasks difficult. These experiences helped me become more confident when working with children and improved my communication and teamwork skills. They also showed me how important it is to be patient, understanding and supportive.</w:t>
      </w:r>
    </w:p>
    <w:p w:rsidR="00AC6610" w:rsidRDefault="00DF599E" w:rsidP="00DF599E">
      <w:pPr>
        <w:spacing w:line="360" w:lineRule="auto"/>
        <w:rPr>
          <w:rFonts w:ascii="Arial" w:hAnsi="Arial" w:cs="Arial"/>
        </w:rPr>
      </w:pPr>
      <w:r w:rsidRPr="00DF599E">
        <w:rPr>
          <w:rFonts w:ascii="Arial" w:hAnsi="Arial" w:cs="Arial"/>
        </w:rPr>
        <w:t xml:space="preserve">I believe one of my strengths is that I am calm and friendly when working with children. I understand that some children need more time and encouragement than others, and I always try to support them in a positive way. I am also reliable, </w:t>
      </w:r>
      <w:proofErr w:type="spellStart"/>
      <w:r w:rsidRPr="00DF599E">
        <w:rPr>
          <w:rFonts w:ascii="Arial" w:hAnsi="Arial" w:cs="Arial"/>
        </w:rPr>
        <w:t>organised</w:t>
      </w:r>
      <w:proofErr w:type="spellEnd"/>
      <w:r w:rsidRPr="00DF599E">
        <w:rPr>
          <w:rFonts w:ascii="Arial" w:hAnsi="Arial" w:cs="Arial"/>
        </w:rPr>
        <w:t xml:space="preserve"> and willing to learn from experienced teachers. I enjoy working as part of a team because I know that good communication between staff helps create a better </w:t>
      </w:r>
      <w:r w:rsidR="00AC6610">
        <w:rPr>
          <w:rFonts w:ascii="Arial" w:hAnsi="Arial" w:cs="Arial"/>
        </w:rPr>
        <w:t>learning environment for pupils.</w:t>
      </w:r>
    </w:p>
    <w:p w:rsidR="00AC6610" w:rsidRDefault="00DF599E" w:rsidP="00DF599E">
      <w:pPr>
        <w:spacing w:line="360" w:lineRule="auto"/>
        <w:rPr>
          <w:rFonts w:ascii="Arial" w:hAnsi="Arial" w:cs="Arial"/>
        </w:rPr>
      </w:pPr>
      <w:r w:rsidRPr="00DF599E">
        <w:rPr>
          <w:rFonts w:ascii="Arial" w:hAnsi="Arial" w:cs="Arial"/>
        </w:rPr>
        <w:t>After reading the job advertisement, I feel that I have many of the qualities the school is looking for. My qualifications and voluntary experience have helped me develop the skills needed to support pupils, work with teachers and build positive relationships with children. I understand the importance of safeguarding, respecting confidentiality and treating ever</w:t>
      </w:r>
      <w:r w:rsidR="00AC6610">
        <w:rPr>
          <w:rFonts w:ascii="Arial" w:hAnsi="Arial" w:cs="Arial"/>
        </w:rPr>
        <w:t>y child fairly and with respect.</w:t>
      </w:r>
    </w:p>
    <w:p w:rsidR="00DF599E" w:rsidRDefault="00DF599E" w:rsidP="00DF599E">
      <w:pPr>
        <w:spacing w:line="360" w:lineRule="auto"/>
        <w:rPr>
          <w:rFonts w:ascii="Arial" w:hAnsi="Arial" w:cs="Arial"/>
        </w:rPr>
      </w:pPr>
      <w:r w:rsidRPr="00DF599E">
        <w:rPr>
          <w:rFonts w:ascii="Arial" w:hAnsi="Arial" w:cs="Arial"/>
        </w:rPr>
        <w:t xml:space="preserve">My career goal is to continue working in education and gain more experience as a Teaching and Learning Assistant. I would also like to attend more training courses in the future so that </w:t>
      </w:r>
      <w:r w:rsidRPr="00DF599E">
        <w:rPr>
          <w:rFonts w:ascii="Arial" w:hAnsi="Arial" w:cs="Arial"/>
        </w:rPr>
        <w:lastRenderedPageBreak/>
        <w:t>I can improve my skills and continue supporting children in the best way I can. I am looking forward to learning from experienced staff, developing professionally and making a positive contribution to the school community.</w:t>
      </w:r>
    </w:p>
    <w:p w:rsidR="00DF599E" w:rsidRPr="00DF599E" w:rsidRDefault="00DF599E" w:rsidP="00DF599E">
      <w:pPr>
        <w:spacing w:line="360" w:lineRule="auto"/>
        <w:rPr>
          <w:rFonts w:ascii="Arial" w:hAnsi="Arial" w:cs="Arial"/>
          <w:b/>
          <w:bCs/>
        </w:rPr>
      </w:pPr>
      <w:r w:rsidRPr="00DF599E">
        <w:rPr>
          <w:rFonts w:ascii="Arial" w:hAnsi="Arial" w:cs="Arial"/>
          <w:b/>
          <w:bCs/>
        </w:rPr>
        <w:t>Task 3(a) – SWOT Analysis</w:t>
      </w:r>
    </w:p>
    <w:p w:rsidR="00DF599E" w:rsidRPr="00DF599E" w:rsidRDefault="00DF599E" w:rsidP="00DF599E">
      <w:pPr>
        <w:spacing w:line="360" w:lineRule="auto"/>
        <w:rPr>
          <w:rFonts w:ascii="Arial" w:hAnsi="Arial" w:cs="Arial"/>
          <w:b/>
          <w:bCs/>
        </w:rPr>
      </w:pPr>
      <w:r w:rsidRPr="00DF599E">
        <w:rPr>
          <w:rFonts w:ascii="Arial" w:hAnsi="Arial" w:cs="Arial"/>
          <w:b/>
          <w:bCs/>
        </w:rPr>
        <w:t>Strengths</w:t>
      </w:r>
    </w:p>
    <w:p w:rsidR="00AF7A3A" w:rsidRDefault="00DF599E" w:rsidP="00AF7A3A">
      <w:pPr>
        <w:pStyle w:val="ListParagraph"/>
        <w:numPr>
          <w:ilvl w:val="0"/>
          <w:numId w:val="23"/>
        </w:numPr>
        <w:spacing w:line="360" w:lineRule="auto"/>
        <w:rPr>
          <w:rFonts w:ascii="Arial" w:hAnsi="Arial" w:cs="Arial"/>
        </w:rPr>
      </w:pPr>
      <w:r w:rsidRPr="00DF599E">
        <w:rPr>
          <w:rFonts w:ascii="Arial" w:hAnsi="Arial" w:cs="Arial"/>
        </w:rPr>
        <w:t xml:space="preserve">I have completed Level 2 and Level 3 Awards in Teaching and Supporting Learning. </w:t>
      </w:r>
    </w:p>
    <w:p w:rsidR="00AF7A3A" w:rsidRDefault="00DF599E" w:rsidP="00AF7A3A">
      <w:pPr>
        <w:pStyle w:val="ListParagraph"/>
        <w:numPr>
          <w:ilvl w:val="0"/>
          <w:numId w:val="23"/>
        </w:numPr>
        <w:spacing w:line="360" w:lineRule="auto"/>
        <w:rPr>
          <w:rFonts w:ascii="Arial" w:hAnsi="Arial" w:cs="Arial"/>
        </w:rPr>
      </w:pPr>
      <w:r w:rsidRPr="00AF7A3A">
        <w:rPr>
          <w:rFonts w:ascii="Arial" w:hAnsi="Arial" w:cs="Arial"/>
        </w:rPr>
        <w:t>I have gained experience through my voluntary placements at Perry Beeches School and Al-</w:t>
      </w:r>
      <w:proofErr w:type="spellStart"/>
      <w:r w:rsidRPr="00AF7A3A">
        <w:rPr>
          <w:rFonts w:ascii="Arial" w:hAnsi="Arial" w:cs="Arial"/>
        </w:rPr>
        <w:t>Burhan</w:t>
      </w:r>
      <w:proofErr w:type="spellEnd"/>
      <w:r w:rsidRPr="00AF7A3A">
        <w:rPr>
          <w:rFonts w:ascii="Arial" w:hAnsi="Arial" w:cs="Arial"/>
        </w:rPr>
        <w:t xml:space="preserve"> Grammar School. </w:t>
      </w:r>
    </w:p>
    <w:p w:rsidR="00AF7A3A" w:rsidRDefault="00DF599E" w:rsidP="00AF7A3A">
      <w:pPr>
        <w:pStyle w:val="ListParagraph"/>
        <w:numPr>
          <w:ilvl w:val="0"/>
          <w:numId w:val="23"/>
        </w:numPr>
        <w:spacing w:line="360" w:lineRule="auto"/>
        <w:rPr>
          <w:rFonts w:ascii="Arial" w:hAnsi="Arial" w:cs="Arial"/>
        </w:rPr>
      </w:pPr>
      <w:r w:rsidRPr="00AF7A3A">
        <w:rPr>
          <w:rFonts w:ascii="Arial" w:hAnsi="Arial" w:cs="Arial"/>
        </w:rPr>
        <w:t xml:space="preserve">I enjoy working with children and helping them with their learning. </w:t>
      </w:r>
    </w:p>
    <w:p w:rsidR="00AF7A3A" w:rsidRDefault="00DF599E" w:rsidP="00AF7A3A">
      <w:pPr>
        <w:pStyle w:val="ListParagraph"/>
        <w:numPr>
          <w:ilvl w:val="0"/>
          <w:numId w:val="23"/>
        </w:numPr>
        <w:spacing w:line="360" w:lineRule="auto"/>
        <w:rPr>
          <w:rFonts w:ascii="Arial" w:hAnsi="Arial" w:cs="Arial"/>
        </w:rPr>
      </w:pPr>
      <w:r w:rsidRPr="00AF7A3A">
        <w:rPr>
          <w:rFonts w:ascii="Arial" w:hAnsi="Arial" w:cs="Arial"/>
        </w:rPr>
        <w:t xml:space="preserve">I am patient, caring and easy to work with. </w:t>
      </w:r>
    </w:p>
    <w:p w:rsidR="00AF7A3A" w:rsidRDefault="00DF599E" w:rsidP="00AF7A3A">
      <w:pPr>
        <w:pStyle w:val="ListParagraph"/>
        <w:numPr>
          <w:ilvl w:val="0"/>
          <w:numId w:val="23"/>
        </w:numPr>
        <w:spacing w:line="360" w:lineRule="auto"/>
        <w:rPr>
          <w:rFonts w:ascii="Arial" w:hAnsi="Arial" w:cs="Arial"/>
        </w:rPr>
      </w:pPr>
      <w:r w:rsidRPr="00AF7A3A">
        <w:rPr>
          <w:rFonts w:ascii="Arial" w:hAnsi="Arial" w:cs="Arial"/>
        </w:rPr>
        <w:t xml:space="preserve">I can communicate well with teachers, pupils and other staff. </w:t>
      </w:r>
    </w:p>
    <w:p w:rsidR="00DF599E" w:rsidRPr="00AF7A3A" w:rsidRDefault="00DF599E" w:rsidP="00AF7A3A">
      <w:pPr>
        <w:pStyle w:val="ListParagraph"/>
        <w:numPr>
          <w:ilvl w:val="0"/>
          <w:numId w:val="23"/>
        </w:numPr>
        <w:spacing w:line="360" w:lineRule="auto"/>
        <w:rPr>
          <w:rFonts w:ascii="Arial" w:hAnsi="Arial" w:cs="Arial"/>
        </w:rPr>
      </w:pPr>
      <w:r w:rsidRPr="00AF7A3A">
        <w:rPr>
          <w:rFonts w:ascii="Arial" w:hAnsi="Arial" w:cs="Arial"/>
        </w:rPr>
        <w:t xml:space="preserve">I can speak English, Urdu and </w:t>
      </w:r>
      <w:proofErr w:type="spellStart"/>
      <w:r w:rsidRPr="00AF7A3A">
        <w:rPr>
          <w:rFonts w:ascii="Arial" w:hAnsi="Arial" w:cs="Arial"/>
        </w:rPr>
        <w:t>Mirpuri</w:t>
      </w:r>
      <w:proofErr w:type="spellEnd"/>
      <w:r w:rsidRPr="00AF7A3A">
        <w:rPr>
          <w:rFonts w:ascii="Arial" w:hAnsi="Arial" w:cs="Arial"/>
        </w:rPr>
        <w:t xml:space="preserve">, which helps me communicate with people from different backgrounds. </w:t>
      </w:r>
    </w:p>
    <w:p w:rsidR="00AF7A3A" w:rsidRDefault="00DF599E" w:rsidP="00AF7A3A">
      <w:pPr>
        <w:spacing w:line="360" w:lineRule="auto"/>
        <w:rPr>
          <w:rFonts w:ascii="Arial" w:hAnsi="Arial" w:cs="Arial"/>
          <w:b/>
          <w:bCs/>
        </w:rPr>
      </w:pPr>
      <w:r w:rsidRPr="00DF599E">
        <w:rPr>
          <w:rFonts w:ascii="Arial" w:hAnsi="Arial" w:cs="Arial"/>
          <w:b/>
          <w:bCs/>
        </w:rPr>
        <w:t>Weaknesses</w:t>
      </w:r>
    </w:p>
    <w:p w:rsidR="00AF7A3A" w:rsidRPr="00AF7A3A" w:rsidRDefault="00DF599E" w:rsidP="00AF7A3A">
      <w:pPr>
        <w:pStyle w:val="ListParagraph"/>
        <w:numPr>
          <w:ilvl w:val="0"/>
          <w:numId w:val="29"/>
        </w:numPr>
        <w:spacing w:line="360" w:lineRule="auto"/>
        <w:rPr>
          <w:rFonts w:ascii="Arial" w:hAnsi="Arial" w:cs="Arial"/>
          <w:b/>
          <w:bCs/>
        </w:rPr>
      </w:pPr>
      <w:r w:rsidRPr="00AF7A3A">
        <w:rPr>
          <w:rFonts w:ascii="Arial" w:hAnsi="Arial" w:cs="Arial"/>
        </w:rPr>
        <w:t xml:space="preserve">I have voluntary experience but I have not worked in a paid Teaching Assistant role yet. </w:t>
      </w:r>
    </w:p>
    <w:p w:rsidR="00AF7A3A" w:rsidRPr="00AF7A3A" w:rsidRDefault="00DF599E" w:rsidP="00AF7A3A">
      <w:pPr>
        <w:pStyle w:val="ListParagraph"/>
        <w:numPr>
          <w:ilvl w:val="0"/>
          <w:numId w:val="29"/>
        </w:numPr>
        <w:spacing w:line="360" w:lineRule="auto"/>
        <w:rPr>
          <w:rFonts w:ascii="Arial" w:hAnsi="Arial" w:cs="Arial"/>
          <w:b/>
          <w:bCs/>
        </w:rPr>
      </w:pPr>
      <w:r w:rsidRPr="00AF7A3A">
        <w:rPr>
          <w:rFonts w:ascii="Arial" w:hAnsi="Arial" w:cs="Arial"/>
        </w:rPr>
        <w:t xml:space="preserve">Sometimes I feel nervous when I start something new. </w:t>
      </w:r>
    </w:p>
    <w:p w:rsidR="00AF7A3A" w:rsidRPr="00AF7A3A" w:rsidRDefault="00DF599E" w:rsidP="00AF7A3A">
      <w:pPr>
        <w:pStyle w:val="ListParagraph"/>
        <w:numPr>
          <w:ilvl w:val="0"/>
          <w:numId w:val="29"/>
        </w:numPr>
        <w:spacing w:line="360" w:lineRule="auto"/>
        <w:rPr>
          <w:rFonts w:ascii="Arial" w:hAnsi="Arial" w:cs="Arial"/>
          <w:b/>
          <w:bCs/>
        </w:rPr>
      </w:pPr>
      <w:r w:rsidRPr="00AF7A3A">
        <w:rPr>
          <w:rFonts w:ascii="Arial" w:hAnsi="Arial" w:cs="Arial"/>
        </w:rPr>
        <w:t xml:space="preserve">I would like to learn more about supporting children with special educational needs (SEND). </w:t>
      </w:r>
    </w:p>
    <w:p w:rsidR="00DF599E" w:rsidRPr="00AF7A3A" w:rsidRDefault="00DF599E" w:rsidP="00AF7A3A">
      <w:pPr>
        <w:pStyle w:val="ListParagraph"/>
        <w:numPr>
          <w:ilvl w:val="0"/>
          <w:numId w:val="29"/>
        </w:numPr>
        <w:spacing w:line="360" w:lineRule="auto"/>
        <w:rPr>
          <w:rFonts w:ascii="Arial" w:hAnsi="Arial" w:cs="Arial"/>
          <w:b/>
          <w:bCs/>
        </w:rPr>
      </w:pPr>
      <w:r w:rsidRPr="00AF7A3A">
        <w:rPr>
          <w:rFonts w:ascii="Arial" w:hAnsi="Arial" w:cs="Arial"/>
        </w:rPr>
        <w:t xml:space="preserve">I need more experience using classroom technology and different teaching resources. </w:t>
      </w:r>
    </w:p>
    <w:p w:rsidR="00AF7A3A" w:rsidRDefault="00DF599E" w:rsidP="00AF7A3A">
      <w:pPr>
        <w:spacing w:line="360" w:lineRule="auto"/>
        <w:rPr>
          <w:rFonts w:ascii="Arial" w:hAnsi="Arial" w:cs="Arial"/>
          <w:b/>
          <w:bCs/>
        </w:rPr>
      </w:pPr>
      <w:r w:rsidRPr="00DF599E">
        <w:rPr>
          <w:rFonts w:ascii="Arial" w:hAnsi="Arial" w:cs="Arial"/>
          <w:b/>
          <w:bCs/>
        </w:rPr>
        <w:t>Opportunities</w:t>
      </w:r>
    </w:p>
    <w:p w:rsidR="00AF7A3A" w:rsidRPr="00AF7A3A" w:rsidRDefault="00DF599E" w:rsidP="00AF7A3A">
      <w:pPr>
        <w:pStyle w:val="ListParagraph"/>
        <w:numPr>
          <w:ilvl w:val="0"/>
          <w:numId w:val="30"/>
        </w:numPr>
        <w:spacing w:line="360" w:lineRule="auto"/>
        <w:rPr>
          <w:rFonts w:ascii="Arial" w:hAnsi="Arial" w:cs="Arial"/>
          <w:b/>
          <w:bCs/>
        </w:rPr>
      </w:pPr>
      <w:r w:rsidRPr="00AF7A3A">
        <w:rPr>
          <w:rFonts w:ascii="Arial" w:hAnsi="Arial" w:cs="Arial"/>
        </w:rPr>
        <w:t>This job will help me gain more experience working in a school. I can attend trainin</w:t>
      </w:r>
      <w:r w:rsidR="00AF7A3A" w:rsidRPr="00AF7A3A">
        <w:rPr>
          <w:rFonts w:ascii="Arial" w:hAnsi="Arial" w:cs="Arial"/>
        </w:rPr>
        <w:t>g courses to improve my skills.</w:t>
      </w:r>
    </w:p>
    <w:p w:rsidR="00AF7A3A" w:rsidRPr="00AF7A3A" w:rsidRDefault="00DF599E" w:rsidP="00AF7A3A">
      <w:pPr>
        <w:pStyle w:val="ListParagraph"/>
        <w:numPr>
          <w:ilvl w:val="0"/>
          <w:numId w:val="30"/>
        </w:numPr>
        <w:spacing w:line="360" w:lineRule="auto"/>
        <w:rPr>
          <w:rFonts w:ascii="Arial" w:hAnsi="Arial" w:cs="Arial"/>
          <w:b/>
          <w:bCs/>
        </w:rPr>
      </w:pPr>
      <w:r w:rsidRPr="00AF7A3A">
        <w:rPr>
          <w:rFonts w:ascii="Arial" w:hAnsi="Arial" w:cs="Arial"/>
        </w:rPr>
        <w:t>I can learn from experienced te</w:t>
      </w:r>
      <w:r w:rsidR="00AF7A3A" w:rsidRPr="00AF7A3A">
        <w:rPr>
          <w:rFonts w:ascii="Arial" w:hAnsi="Arial" w:cs="Arial"/>
        </w:rPr>
        <w:t>achers and Teaching Assistants.</w:t>
      </w:r>
    </w:p>
    <w:p w:rsidR="00AF7A3A" w:rsidRPr="00AF7A3A" w:rsidRDefault="00DF599E" w:rsidP="00AF7A3A">
      <w:pPr>
        <w:pStyle w:val="ListParagraph"/>
        <w:numPr>
          <w:ilvl w:val="0"/>
          <w:numId w:val="30"/>
        </w:numPr>
        <w:spacing w:line="360" w:lineRule="auto"/>
        <w:rPr>
          <w:rFonts w:ascii="Arial" w:hAnsi="Arial" w:cs="Arial"/>
          <w:b/>
          <w:bCs/>
        </w:rPr>
      </w:pPr>
      <w:r w:rsidRPr="00AF7A3A">
        <w:rPr>
          <w:rFonts w:ascii="Arial" w:hAnsi="Arial" w:cs="Arial"/>
        </w:rPr>
        <w:t>I can build my confidence by working wit</w:t>
      </w:r>
      <w:r w:rsidR="00AF7A3A" w:rsidRPr="00AF7A3A">
        <w:rPr>
          <w:rFonts w:ascii="Arial" w:hAnsi="Arial" w:cs="Arial"/>
        </w:rPr>
        <w:t>h different children every day.</w:t>
      </w:r>
    </w:p>
    <w:p w:rsidR="00DF599E" w:rsidRPr="00AF7A3A" w:rsidRDefault="00DF599E" w:rsidP="00AF7A3A">
      <w:pPr>
        <w:pStyle w:val="ListParagraph"/>
        <w:numPr>
          <w:ilvl w:val="0"/>
          <w:numId w:val="30"/>
        </w:numPr>
        <w:spacing w:line="360" w:lineRule="auto"/>
        <w:rPr>
          <w:rFonts w:ascii="Arial" w:hAnsi="Arial" w:cs="Arial"/>
          <w:b/>
          <w:bCs/>
        </w:rPr>
      </w:pPr>
      <w:r w:rsidRPr="00AF7A3A">
        <w:rPr>
          <w:rFonts w:ascii="Arial" w:hAnsi="Arial" w:cs="Arial"/>
        </w:rPr>
        <w:t xml:space="preserve">In the future, I can continue my studies and develop my career in education. </w:t>
      </w:r>
    </w:p>
    <w:p w:rsidR="00AF7A3A" w:rsidRDefault="00DF599E" w:rsidP="00AF7A3A">
      <w:pPr>
        <w:spacing w:line="360" w:lineRule="auto"/>
        <w:rPr>
          <w:rFonts w:ascii="Arial" w:hAnsi="Arial" w:cs="Arial"/>
          <w:b/>
          <w:bCs/>
        </w:rPr>
      </w:pPr>
      <w:r w:rsidRPr="00DF599E">
        <w:rPr>
          <w:rFonts w:ascii="Arial" w:hAnsi="Arial" w:cs="Arial"/>
          <w:b/>
          <w:bCs/>
        </w:rPr>
        <w:t>Threats</w:t>
      </w:r>
    </w:p>
    <w:p w:rsidR="00AF7A3A" w:rsidRPr="00AF7A3A" w:rsidRDefault="00DF599E" w:rsidP="00AF7A3A">
      <w:pPr>
        <w:pStyle w:val="ListParagraph"/>
        <w:numPr>
          <w:ilvl w:val="0"/>
          <w:numId w:val="31"/>
        </w:numPr>
        <w:spacing w:line="360" w:lineRule="auto"/>
        <w:rPr>
          <w:rFonts w:ascii="Arial" w:hAnsi="Arial" w:cs="Arial"/>
          <w:b/>
          <w:bCs/>
        </w:rPr>
      </w:pPr>
      <w:r w:rsidRPr="00AF7A3A">
        <w:rPr>
          <w:rFonts w:ascii="Arial" w:hAnsi="Arial" w:cs="Arial"/>
        </w:rPr>
        <w:t xml:space="preserve">There are many people applying for Teaching Assistant jobs. </w:t>
      </w:r>
    </w:p>
    <w:p w:rsidR="00AF7A3A" w:rsidRPr="00AF7A3A" w:rsidRDefault="00DF599E" w:rsidP="00AF7A3A">
      <w:pPr>
        <w:pStyle w:val="ListParagraph"/>
        <w:numPr>
          <w:ilvl w:val="0"/>
          <w:numId w:val="31"/>
        </w:numPr>
        <w:spacing w:line="360" w:lineRule="auto"/>
        <w:rPr>
          <w:rFonts w:ascii="Arial" w:hAnsi="Arial" w:cs="Arial"/>
          <w:b/>
          <w:bCs/>
        </w:rPr>
      </w:pPr>
      <w:r w:rsidRPr="00AF7A3A">
        <w:rPr>
          <w:rFonts w:ascii="Arial" w:hAnsi="Arial" w:cs="Arial"/>
        </w:rPr>
        <w:t xml:space="preserve">School policies and teaching methods can change, so I need to keep learning. </w:t>
      </w:r>
    </w:p>
    <w:p w:rsidR="00AF7A3A" w:rsidRPr="00AF7A3A" w:rsidRDefault="00DF599E" w:rsidP="00AF7A3A">
      <w:pPr>
        <w:pStyle w:val="ListParagraph"/>
        <w:numPr>
          <w:ilvl w:val="0"/>
          <w:numId w:val="31"/>
        </w:numPr>
        <w:spacing w:line="360" w:lineRule="auto"/>
        <w:rPr>
          <w:rFonts w:ascii="Arial" w:hAnsi="Arial" w:cs="Arial"/>
          <w:b/>
          <w:bCs/>
        </w:rPr>
      </w:pPr>
      <w:r w:rsidRPr="00AF7A3A">
        <w:rPr>
          <w:rFonts w:ascii="Arial" w:hAnsi="Arial" w:cs="Arial"/>
        </w:rPr>
        <w:t xml:space="preserve">Some children may need extra support, so I will need to continue improving my skills. </w:t>
      </w:r>
    </w:p>
    <w:p w:rsidR="00AF7A3A" w:rsidRPr="00DD2C7C" w:rsidRDefault="00DF599E" w:rsidP="00DD2C7C">
      <w:pPr>
        <w:pStyle w:val="ListParagraph"/>
        <w:numPr>
          <w:ilvl w:val="0"/>
          <w:numId w:val="31"/>
        </w:numPr>
        <w:spacing w:line="360" w:lineRule="auto"/>
        <w:rPr>
          <w:rFonts w:ascii="Arial" w:hAnsi="Arial" w:cs="Arial"/>
          <w:b/>
          <w:bCs/>
        </w:rPr>
      </w:pPr>
      <w:r w:rsidRPr="00AF7A3A">
        <w:rPr>
          <w:rFonts w:ascii="Arial" w:hAnsi="Arial" w:cs="Arial"/>
        </w:rPr>
        <w:lastRenderedPageBreak/>
        <w:t xml:space="preserve">If I do not keep developing my knowledge, it may be harder to progress in my career. </w:t>
      </w:r>
    </w:p>
    <w:p w:rsidR="00AF7A3A" w:rsidRPr="00AF7A3A" w:rsidRDefault="00AF7A3A" w:rsidP="00DD2C7C">
      <w:pPr>
        <w:spacing w:line="360" w:lineRule="auto"/>
        <w:ind w:left="720"/>
        <w:jc w:val="center"/>
        <w:rPr>
          <w:rFonts w:ascii="Arial" w:hAnsi="Arial" w:cs="Arial"/>
          <w:b/>
        </w:rPr>
      </w:pPr>
      <w:r w:rsidRPr="00AF7A3A">
        <w:rPr>
          <w:rFonts w:ascii="Arial" w:hAnsi="Arial" w:cs="Arial"/>
          <w:b/>
        </w:rPr>
        <w:t>Task 3(b) – Personal Development Plan (PDP)</w:t>
      </w:r>
    </w:p>
    <w:tbl>
      <w:tblPr>
        <w:tblW w:w="9411" w:type="dxa"/>
        <w:tblCellSpacing w:w="15" w:type="dxa"/>
        <w:tblCellMar>
          <w:top w:w="15" w:type="dxa"/>
          <w:left w:w="15" w:type="dxa"/>
          <w:bottom w:w="15" w:type="dxa"/>
          <w:right w:w="15" w:type="dxa"/>
        </w:tblCellMar>
        <w:tblLook w:val="04A0" w:firstRow="1" w:lastRow="0" w:firstColumn="1" w:lastColumn="0" w:noHBand="0" w:noVBand="1"/>
      </w:tblPr>
      <w:tblGrid>
        <w:gridCol w:w="2201"/>
        <w:gridCol w:w="3686"/>
        <w:gridCol w:w="1256"/>
        <w:gridCol w:w="2268"/>
      </w:tblGrid>
      <w:tr w:rsidR="00AF7A3A" w:rsidRPr="00AF7A3A" w:rsidTr="00AF7A3A">
        <w:trPr>
          <w:tblHeader/>
          <w:tblCellSpacing w:w="15" w:type="dxa"/>
        </w:trPr>
        <w:tc>
          <w:tcPr>
            <w:tcW w:w="0" w:type="auto"/>
            <w:tcBorders>
              <w:top w:val="single" w:sz="4" w:space="0" w:color="auto"/>
              <w:left w:val="single" w:sz="4" w:space="0" w:color="auto"/>
              <w:right w:val="single" w:sz="4" w:space="0" w:color="auto"/>
            </w:tcBorders>
            <w:vAlign w:val="center"/>
            <w:hideMark/>
          </w:tcPr>
          <w:p w:rsidR="00AF7A3A" w:rsidRPr="00AF7A3A" w:rsidRDefault="00AF7A3A" w:rsidP="00AF7A3A">
            <w:pPr>
              <w:spacing w:line="360" w:lineRule="auto"/>
              <w:jc w:val="center"/>
              <w:rPr>
                <w:rFonts w:ascii="Arial" w:hAnsi="Arial" w:cs="Arial"/>
                <w:b/>
                <w:bCs/>
              </w:rPr>
            </w:pPr>
            <w:r w:rsidRPr="00AF7A3A">
              <w:rPr>
                <w:rFonts w:ascii="Arial" w:hAnsi="Arial" w:cs="Arial"/>
                <w:b/>
                <w:bCs/>
              </w:rPr>
              <w:t>Goal</w:t>
            </w:r>
          </w:p>
        </w:tc>
        <w:tc>
          <w:tcPr>
            <w:tcW w:w="0" w:type="auto"/>
            <w:tcBorders>
              <w:top w:val="single" w:sz="4" w:space="0" w:color="auto"/>
              <w:right w:val="single" w:sz="4" w:space="0" w:color="auto"/>
            </w:tcBorders>
            <w:vAlign w:val="center"/>
            <w:hideMark/>
          </w:tcPr>
          <w:p w:rsidR="00AF7A3A" w:rsidRPr="00AF7A3A" w:rsidRDefault="00AF7A3A" w:rsidP="00AF7A3A">
            <w:pPr>
              <w:spacing w:line="360" w:lineRule="auto"/>
              <w:jc w:val="center"/>
              <w:rPr>
                <w:rFonts w:ascii="Arial" w:hAnsi="Arial" w:cs="Arial"/>
                <w:b/>
                <w:bCs/>
              </w:rPr>
            </w:pPr>
            <w:r w:rsidRPr="00AF7A3A">
              <w:rPr>
                <w:rFonts w:ascii="Arial" w:hAnsi="Arial" w:cs="Arial"/>
                <w:b/>
                <w:bCs/>
              </w:rPr>
              <w:t>How I will achieve it</w:t>
            </w:r>
          </w:p>
        </w:tc>
        <w:tc>
          <w:tcPr>
            <w:tcW w:w="1226" w:type="dxa"/>
            <w:tcBorders>
              <w:top w:val="single" w:sz="4" w:space="0" w:color="auto"/>
              <w:right w:val="single" w:sz="4" w:space="0" w:color="auto"/>
            </w:tcBorders>
            <w:vAlign w:val="center"/>
            <w:hideMark/>
          </w:tcPr>
          <w:p w:rsidR="00AF7A3A" w:rsidRPr="00AF7A3A" w:rsidRDefault="00AF7A3A" w:rsidP="00AF7A3A">
            <w:pPr>
              <w:spacing w:line="360" w:lineRule="auto"/>
              <w:jc w:val="center"/>
              <w:rPr>
                <w:rFonts w:ascii="Arial" w:hAnsi="Arial" w:cs="Arial"/>
                <w:b/>
                <w:bCs/>
              </w:rPr>
            </w:pPr>
            <w:r w:rsidRPr="00AF7A3A">
              <w:rPr>
                <w:rFonts w:ascii="Arial" w:hAnsi="Arial" w:cs="Arial"/>
                <w:b/>
                <w:bCs/>
              </w:rPr>
              <w:t>Time Scale</w:t>
            </w:r>
          </w:p>
        </w:tc>
        <w:tc>
          <w:tcPr>
            <w:tcW w:w="2223" w:type="dxa"/>
            <w:tcBorders>
              <w:top w:val="single" w:sz="4" w:space="0" w:color="auto"/>
              <w:right w:val="single" w:sz="4" w:space="0" w:color="auto"/>
            </w:tcBorders>
            <w:vAlign w:val="center"/>
            <w:hideMark/>
          </w:tcPr>
          <w:p w:rsidR="00AF7A3A" w:rsidRPr="00AF7A3A" w:rsidRDefault="00AF7A3A" w:rsidP="00AF7A3A">
            <w:pPr>
              <w:spacing w:line="360" w:lineRule="auto"/>
              <w:jc w:val="center"/>
              <w:rPr>
                <w:rFonts w:ascii="Arial" w:hAnsi="Arial" w:cs="Arial"/>
                <w:b/>
                <w:bCs/>
              </w:rPr>
            </w:pPr>
            <w:r w:rsidRPr="00AF7A3A">
              <w:rPr>
                <w:rFonts w:ascii="Arial" w:hAnsi="Arial" w:cs="Arial"/>
                <w:b/>
                <w:bCs/>
              </w:rPr>
              <w:t>How I will check my progress</w:t>
            </w:r>
          </w:p>
        </w:tc>
      </w:tr>
      <w:tr w:rsidR="00AF7A3A" w:rsidRPr="00AF7A3A" w:rsidTr="00AF7A3A">
        <w:trPr>
          <w:trHeight w:val="2340"/>
          <w:tblCellSpacing w:w="15" w:type="dxa"/>
        </w:trPr>
        <w:tc>
          <w:tcPr>
            <w:tcW w:w="0" w:type="auto"/>
            <w:tcBorders>
              <w:left w:val="single" w:sz="4" w:space="0" w:color="auto"/>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b/>
                <w:bCs/>
              </w:rPr>
              <w:t>Gain experience as a Teaching and Learning Assistant.</w:t>
            </w:r>
          </w:p>
        </w:tc>
        <w:tc>
          <w:tcPr>
            <w:tcW w:w="0" w:type="auto"/>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I will apply for Teaching Assistant jobs and continue learning from experienced teachers. I will take part in school activities and try to improve my classroom skills every day.</w:t>
            </w:r>
          </w:p>
        </w:tc>
        <w:tc>
          <w:tcPr>
            <w:tcW w:w="1226" w:type="dxa"/>
            <w:tcBorders>
              <w:bottom w:val="single" w:sz="4" w:space="0" w:color="auto"/>
              <w:right w:val="single" w:sz="4" w:space="0" w:color="auto"/>
            </w:tcBorders>
            <w:vAlign w:val="center"/>
            <w:hideMark/>
          </w:tcPr>
          <w:p w:rsidR="00AF7A3A" w:rsidRPr="00AF7A3A" w:rsidRDefault="000B7EDE" w:rsidP="000B7EDE">
            <w:pPr>
              <w:spacing w:line="360" w:lineRule="auto"/>
              <w:rPr>
                <w:rFonts w:ascii="Arial" w:hAnsi="Arial" w:cs="Arial"/>
              </w:rPr>
            </w:pPr>
            <w:r w:rsidRPr="000B7EDE">
              <w:rPr>
                <w:rFonts w:ascii="Arial" w:hAnsi="Arial" w:cs="Arial"/>
              </w:rPr>
              <w:t>August 2026 – August 2027</w:t>
            </w:r>
          </w:p>
        </w:tc>
        <w:tc>
          <w:tcPr>
            <w:tcW w:w="2223" w:type="dxa"/>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I will ask for feedback from teachers and reflect on the skills I have developed.</w:t>
            </w:r>
          </w:p>
        </w:tc>
      </w:tr>
      <w:tr w:rsidR="00AF7A3A" w:rsidRPr="00AF7A3A" w:rsidTr="00AF7A3A">
        <w:trPr>
          <w:trHeight w:val="144"/>
          <w:tblCellSpacing w:w="15" w:type="dxa"/>
        </w:trPr>
        <w:tc>
          <w:tcPr>
            <w:tcW w:w="0" w:type="auto"/>
            <w:tcBorders>
              <w:top w:val="single" w:sz="4" w:space="0" w:color="auto"/>
              <w:left w:val="single" w:sz="4" w:space="0" w:color="auto"/>
              <w:right w:val="single" w:sz="4" w:space="0" w:color="auto"/>
            </w:tcBorders>
            <w:vAlign w:val="center"/>
          </w:tcPr>
          <w:p w:rsidR="00AF7A3A" w:rsidRPr="00AF7A3A" w:rsidRDefault="00AF7A3A" w:rsidP="00AF7A3A">
            <w:pPr>
              <w:spacing w:line="360" w:lineRule="auto"/>
              <w:rPr>
                <w:rFonts w:ascii="Arial" w:hAnsi="Arial" w:cs="Arial"/>
                <w:b/>
                <w:bCs/>
              </w:rPr>
            </w:pPr>
          </w:p>
        </w:tc>
        <w:tc>
          <w:tcPr>
            <w:tcW w:w="0" w:type="auto"/>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c>
          <w:tcPr>
            <w:tcW w:w="1226" w:type="dxa"/>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c>
          <w:tcPr>
            <w:tcW w:w="2223" w:type="dxa"/>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r>
      <w:tr w:rsidR="00AF7A3A" w:rsidRPr="00AF7A3A" w:rsidTr="00AF7A3A">
        <w:trPr>
          <w:trHeight w:val="2004"/>
          <w:tblCellSpacing w:w="15" w:type="dxa"/>
        </w:trPr>
        <w:tc>
          <w:tcPr>
            <w:tcW w:w="0" w:type="auto"/>
            <w:tcBorders>
              <w:left w:val="single" w:sz="4" w:space="0" w:color="auto"/>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b/>
                <w:bCs/>
              </w:rPr>
              <w:t>Improve my knowledge of supporting children with SEND.</w:t>
            </w:r>
          </w:p>
        </w:tc>
        <w:tc>
          <w:tcPr>
            <w:tcW w:w="0" w:type="auto"/>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I will attend SEND training courses, read guidance from the Department for Education and learn from experienced staff in school.</w:t>
            </w:r>
          </w:p>
        </w:tc>
        <w:tc>
          <w:tcPr>
            <w:tcW w:w="1226" w:type="dxa"/>
            <w:tcBorders>
              <w:bottom w:val="single" w:sz="4" w:space="0" w:color="auto"/>
              <w:right w:val="single" w:sz="4" w:space="0" w:color="auto"/>
            </w:tcBorders>
            <w:vAlign w:val="center"/>
            <w:hideMark/>
          </w:tcPr>
          <w:p w:rsidR="00AF7A3A" w:rsidRPr="00AF7A3A" w:rsidRDefault="000B7EDE" w:rsidP="00AF7A3A">
            <w:pPr>
              <w:spacing w:line="360" w:lineRule="auto"/>
              <w:rPr>
                <w:rFonts w:ascii="Arial" w:hAnsi="Arial" w:cs="Arial"/>
              </w:rPr>
            </w:pPr>
            <w:r w:rsidRPr="000B7EDE">
              <w:rPr>
                <w:rFonts w:ascii="Arial" w:hAnsi="Arial" w:cs="Arial"/>
              </w:rPr>
              <w:t>August 2026 – February 2028</w:t>
            </w:r>
          </w:p>
        </w:tc>
        <w:tc>
          <w:tcPr>
            <w:tcW w:w="2223" w:type="dxa"/>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I will review what I have learned after each course and use these skills when supporting pupils.</w:t>
            </w:r>
          </w:p>
        </w:tc>
      </w:tr>
      <w:tr w:rsidR="00AF7A3A" w:rsidRPr="00AF7A3A" w:rsidTr="00AF7A3A">
        <w:trPr>
          <w:trHeight w:val="84"/>
          <w:tblCellSpacing w:w="15" w:type="dxa"/>
        </w:trPr>
        <w:tc>
          <w:tcPr>
            <w:tcW w:w="0" w:type="auto"/>
            <w:tcBorders>
              <w:top w:val="single" w:sz="4" w:space="0" w:color="auto"/>
              <w:left w:val="single" w:sz="4" w:space="0" w:color="auto"/>
              <w:right w:val="single" w:sz="4" w:space="0" w:color="auto"/>
            </w:tcBorders>
            <w:vAlign w:val="center"/>
          </w:tcPr>
          <w:p w:rsidR="00AF7A3A" w:rsidRPr="00AF7A3A" w:rsidRDefault="00AF7A3A" w:rsidP="00AF7A3A">
            <w:pPr>
              <w:spacing w:line="360" w:lineRule="auto"/>
              <w:rPr>
                <w:rFonts w:ascii="Arial" w:hAnsi="Arial" w:cs="Arial"/>
                <w:b/>
                <w:bCs/>
              </w:rPr>
            </w:pPr>
          </w:p>
        </w:tc>
        <w:tc>
          <w:tcPr>
            <w:tcW w:w="0" w:type="auto"/>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c>
          <w:tcPr>
            <w:tcW w:w="1226" w:type="dxa"/>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c>
          <w:tcPr>
            <w:tcW w:w="2223" w:type="dxa"/>
            <w:tcBorders>
              <w:top w:val="single" w:sz="4" w:space="0" w:color="auto"/>
              <w:right w:val="single" w:sz="4" w:space="0" w:color="auto"/>
            </w:tcBorders>
            <w:vAlign w:val="center"/>
          </w:tcPr>
          <w:p w:rsidR="00AF7A3A" w:rsidRPr="00AF7A3A" w:rsidRDefault="00AF7A3A" w:rsidP="00AF7A3A">
            <w:pPr>
              <w:spacing w:line="360" w:lineRule="auto"/>
              <w:rPr>
                <w:rFonts w:ascii="Arial" w:hAnsi="Arial" w:cs="Arial"/>
              </w:rPr>
            </w:pPr>
          </w:p>
        </w:tc>
      </w:tr>
      <w:tr w:rsidR="00AF7A3A" w:rsidRPr="00AF7A3A" w:rsidTr="00AF7A3A">
        <w:trPr>
          <w:tblCellSpacing w:w="15" w:type="dxa"/>
        </w:trPr>
        <w:tc>
          <w:tcPr>
            <w:tcW w:w="0" w:type="auto"/>
            <w:tcBorders>
              <w:left w:val="single" w:sz="4" w:space="0" w:color="auto"/>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b/>
                <w:bCs/>
              </w:rPr>
              <w:t xml:space="preserve">Develop my communication and </w:t>
            </w:r>
            <w:proofErr w:type="spellStart"/>
            <w:r w:rsidRPr="00AF7A3A">
              <w:rPr>
                <w:rFonts w:ascii="Arial" w:hAnsi="Arial" w:cs="Arial"/>
                <w:b/>
                <w:bCs/>
              </w:rPr>
              <w:t>behaviour</w:t>
            </w:r>
            <w:proofErr w:type="spellEnd"/>
            <w:r w:rsidRPr="00AF7A3A">
              <w:rPr>
                <w:rFonts w:ascii="Arial" w:hAnsi="Arial" w:cs="Arial"/>
                <w:b/>
                <w:bCs/>
              </w:rPr>
              <w:t xml:space="preserve"> management skills.</w:t>
            </w:r>
          </w:p>
        </w:tc>
        <w:tc>
          <w:tcPr>
            <w:tcW w:w="0" w:type="auto"/>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 xml:space="preserve">I will observe experienced teachers, attend professional development sessions and </w:t>
            </w:r>
            <w:proofErr w:type="spellStart"/>
            <w:r w:rsidRPr="00AF7A3A">
              <w:rPr>
                <w:rFonts w:ascii="Arial" w:hAnsi="Arial" w:cs="Arial"/>
              </w:rPr>
              <w:t>practise</w:t>
            </w:r>
            <w:proofErr w:type="spellEnd"/>
            <w:r w:rsidRPr="00AF7A3A">
              <w:rPr>
                <w:rFonts w:ascii="Arial" w:hAnsi="Arial" w:cs="Arial"/>
              </w:rPr>
              <w:t xml:space="preserve"> positive communication</w:t>
            </w:r>
            <w:r w:rsidR="00EA5EC2">
              <w:rPr>
                <w:rFonts w:ascii="Arial" w:hAnsi="Arial" w:cs="Arial"/>
              </w:rPr>
              <w:t xml:space="preserve"> with pupils, parents and staff,</w:t>
            </w:r>
            <w:r w:rsidR="00EA5EC2" w:rsidRPr="00EA5EC2">
              <w:t xml:space="preserve"> </w:t>
            </w:r>
            <w:r w:rsidR="00EA5EC2" w:rsidRPr="00EA5EC2">
              <w:rPr>
                <w:rFonts w:ascii="Arial" w:hAnsi="Arial" w:cs="Arial"/>
              </w:rPr>
              <w:t xml:space="preserve">in line with guidance for effective Teaching Assistant practice </w:t>
            </w:r>
            <w:r w:rsidR="00EA5EC2" w:rsidRPr="00EA5EC2">
              <w:rPr>
                <w:rFonts w:ascii="Arial" w:hAnsi="Arial" w:cs="Arial"/>
                <w:bCs/>
              </w:rPr>
              <w:t>(Department for Education, 2021).</w:t>
            </w:r>
          </w:p>
        </w:tc>
        <w:tc>
          <w:tcPr>
            <w:tcW w:w="1226" w:type="dxa"/>
            <w:tcBorders>
              <w:bottom w:val="single" w:sz="4" w:space="0" w:color="auto"/>
              <w:right w:val="single" w:sz="4" w:space="0" w:color="auto"/>
            </w:tcBorders>
            <w:vAlign w:val="center"/>
            <w:hideMark/>
          </w:tcPr>
          <w:p w:rsidR="00AF7A3A" w:rsidRPr="00AF7A3A" w:rsidRDefault="000B7EDE" w:rsidP="00AF7A3A">
            <w:pPr>
              <w:spacing w:line="360" w:lineRule="auto"/>
              <w:rPr>
                <w:rFonts w:ascii="Arial" w:hAnsi="Arial" w:cs="Arial"/>
              </w:rPr>
            </w:pPr>
            <w:r w:rsidRPr="000B7EDE">
              <w:rPr>
                <w:rFonts w:ascii="Arial" w:hAnsi="Arial" w:cs="Arial"/>
              </w:rPr>
              <w:t>August 2026 – August 2028</w:t>
            </w:r>
          </w:p>
        </w:tc>
        <w:tc>
          <w:tcPr>
            <w:tcW w:w="2223" w:type="dxa"/>
            <w:tcBorders>
              <w:bottom w:val="single" w:sz="4" w:space="0" w:color="auto"/>
              <w:right w:val="single" w:sz="4" w:space="0" w:color="auto"/>
            </w:tcBorders>
            <w:vAlign w:val="center"/>
            <w:hideMark/>
          </w:tcPr>
          <w:p w:rsidR="00AF7A3A" w:rsidRPr="00AF7A3A" w:rsidRDefault="00AF7A3A" w:rsidP="00AF7A3A">
            <w:pPr>
              <w:spacing w:line="360" w:lineRule="auto"/>
              <w:rPr>
                <w:rFonts w:ascii="Arial" w:hAnsi="Arial" w:cs="Arial"/>
              </w:rPr>
            </w:pPr>
            <w:r w:rsidRPr="00AF7A3A">
              <w:rPr>
                <w:rFonts w:ascii="Arial" w:hAnsi="Arial" w:cs="Arial"/>
              </w:rPr>
              <w:t>I will ask for regular feedback from my manager and monitor my confidence when working with children.</w:t>
            </w:r>
          </w:p>
        </w:tc>
      </w:tr>
    </w:tbl>
    <w:p w:rsidR="00DD2C7C" w:rsidRDefault="00DD2C7C" w:rsidP="00AF7A3A">
      <w:pPr>
        <w:spacing w:line="360" w:lineRule="auto"/>
        <w:rPr>
          <w:rFonts w:ascii="Arial" w:hAnsi="Arial" w:cs="Arial"/>
          <w:b/>
          <w:bCs/>
        </w:rPr>
      </w:pPr>
    </w:p>
    <w:p w:rsidR="00AF7A3A" w:rsidRPr="00AF7A3A" w:rsidRDefault="00AF7A3A" w:rsidP="00AF7A3A">
      <w:pPr>
        <w:spacing w:line="360" w:lineRule="auto"/>
        <w:rPr>
          <w:rFonts w:ascii="Arial" w:hAnsi="Arial" w:cs="Arial"/>
        </w:rPr>
      </w:pPr>
      <w:r w:rsidRPr="00AF7A3A">
        <w:rPr>
          <w:rFonts w:ascii="Arial" w:hAnsi="Arial" w:cs="Arial"/>
          <w:b/>
          <w:bCs/>
        </w:rPr>
        <w:t>Summary</w:t>
      </w:r>
    </w:p>
    <w:p w:rsidR="000B7EDE" w:rsidRDefault="00AF7A3A" w:rsidP="00AF7A3A">
      <w:pPr>
        <w:spacing w:line="360" w:lineRule="auto"/>
        <w:rPr>
          <w:rFonts w:ascii="Arial" w:hAnsi="Arial" w:cs="Arial"/>
        </w:rPr>
      </w:pPr>
      <w:r w:rsidRPr="00AF7A3A">
        <w:rPr>
          <w:rFonts w:ascii="Arial" w:hAnsi="Arial" w:cs="Arial"/>
        </w:rPr>
        <w:t>This Personal Development Plan will help me improve my skills and prepare for a career as a Teaching and Learning Assistant. I will continue learning through training, feedback and practical experience. By reviewing my progress regularly, I hope to become more confident and provide better s</w:t>
      </w:r>
      <w:r w:rsidR="00EA5EC2">
        <w:rPr>
          <w:rFonts w:ascii="Arial" w:hAnsi="Arial" w:cs="Arial"/>
        </w:rPr>
        <w:t xml:space="preserve">upport to children and teachers </w:t>
      </w:r>
      <w:r w:rsidR="00EA5EC2" w:rsidRPr="00EA5EC2">
        <w:rPr>
          <w:rFonts w:ascii="Arial" w:hAnsi="Arial" w:cs="Arial"/>
        </w:rPr>
        <w:t>(Department for Education, 2024).</w:t>
      </w:r>
      <w:bookmarkStart w:id="0" w:name="_GoBack"/>
      <w:bookmarkEnd w:id="0"/>
    </w:p>
    <w:p w:rsidR="00AF7A3A" w:rsidRPr="00AF7A3A" w:rsidRDefault="00AF7A3A" w:rsidP="00AF7A3A">
      <w:pPr>
        <w:spacing w:line="360" w:lineRule="auto"/>
        <w:rPr>
          <w:rFonts w:ascii="Arial" w:hAnsi="Arial" w:cs="Arial"/>
        </w:rPr>
      </w:pPr>
      <w:r w:rsidRPr="00AF7A3A">
        <w:rPr>
          <w:rFonts w:ascii="Arial" w:hAnsi="Arial" w:cs="Arial"/>
          <w:b/>
          <w:bCs/>
        </w:rPr>
        <w:lastRenderedPageBreak/>
        <w:t>Task 4 – Gibbs Reflective Cycle</w:t>
      </w:r>
    </w:p>
    <w:p w:rsidR="00AF7A3A" w:rsidRPr="00AF7A3A" w:rsidRDefault="00AF7A3A" w:rsidP="00AF7A3A">
      <w:pPr>
        <w:spacing w:line="360" w:lineRule="auto"/>
        <w:rPr>
          <w:rFonts w:ascii="Arial" w:hAnsi="Arial" w:cs="Arial"/>
          <w:b/>
          <w:bCs/>
        </w:rPr>
      </w:pPr>
      <w:r w:rsidRPr="00AF7A3A">
        <w:rPr>
          <w:rFonts w:ascii="Arial" w:hAnsi="Arial" w:cs="Arial"/>
          <w:b/>
          <w:bCs/>
        </w:rPr>
        <w:t>Description</w:t>
      </w:r>
    </w:p>
    <w:p w:rsidR="00AF7A3A" w:rsidRPr="00AF7A3A" w:rsidRDefault="00AF7A3A" w:rsidP="00AF7A3A">
      <w:pPr>
        <w:spacing w:line="360" w:lineRule="auto"/>
        <w:rPr>
          <w:rFonts w:ascii="Arial" w:hAnsi="Arial" w:cs="Arial"/>
        </w:rPr>
      </w:pPr>
      <w:r w:rsidRPr="00DD2C7C">
        <w:rPr>
          <w:rFonts w:ascii="Arial" w:hAnsi="Arial" w:cs="Arial"/>
        </w:rPr>
        <w:t xml:space="preserve">For my Component 1 presentation, I presented the topic </w:t>
      </w:r>
      <w:r w:rsidRPr="00DD2C7C">
        <w:rPr>
          <w:rFonts w:ascii="Arial" w:hAnsi="Arial" w:cs="Arial"/>
          <w:bCs/>
        </w:rPr>
        <w:t>"Communication Skills in Health and Social Care."</w:t>
      </w:r>
      <w:r w:rsidRPr="00DD2C7C">
        <w:rPr>
          <w:rFonts w:ascii="Arial" w:hAnsi="Arial" w:cs="Arial"/>
        </w:rPr>
        <w:t xml:space="preserve"> In my presentation, I explained the different types of communication, why communication is important in health and social care, the SBAR communication model</w:t>
      </w:r>
      <w:r w:rsidR="000B7EDE" w:rsidRPr="000B7EDE">
        <w:t xml:space="preserve"> </w:t>
      </w:r>
      <w:r w:rsidR="000B7EDE">
        <w:rPr>
          <w:rFonts w:ascii="Arial" w:hAnsi="Arial" w:cs="Arial"/>
        </w:rPr>
        <w:t>(NHS England, 2023)</w:t>
      </w:r>
      <w:r w:rsidRPr="00DD2C7C">
        <w:rPr>
          <w:rFonts w:ascii="Arial" w:hAnsi="Arial" w:cs="Arial"/>
        </w:rPr>
        <w:t>, and a practical example showing how good communication can impro</w:t>
      </w:r>
      <w:r w:rsidR="00CB2318">
        <w:rPr>
          <w:rFonts w:ascii="Arial" w:hAnsi="Arial" w:cs="Arial"/>
        </w:rPr>
        <w:t>ve patient care. I also used</w:t>
      </w:r>
      <w:r w:rsidRPr="00DD2C7C">
        <w:rPr>
          <w:rFonts w:ascii="Arial" w:hAnsi="Arial" w:cs="Arial"/>
        </w:rPr>
        <w:t xml:space="preserve"> information from reli</w:t>
      </w:r>
      <w:r w:rsidR="00CB2318">
        <w:rPr>
          <w:rFonts w:ascii="Arial" w:hAnsi="Arial" w:cs="Arial"/>
        </w:rPr>
        <w:t>able sources and included</w:t>
      </w:r>
      <w:r w:rsidRPr="00DD2C7C">
        <w:rPr>
          <w:rFonts w:ascii="Arial" w:hAnsi="Arial" w:cs="Arial"/>
        </w:rPr>
        <w:t xml:space="preserve"> references throughout my presentation</w:t>
      </w:r>
      <w:r w:rsidRPr="00AF7A3A">
        <w:rPr>
          <w:rFonts w:ascii="Arial" w:hAnsi="Arial" w:cs="Arial"/>
        </w:rPr>
        <w:t xml:space="preserve">. </w:t>
      </w:r>
    </w:p>
    <w:p w:rsidR="00AF7A3A" w:rsidRPr="00AF7A3A" w:rsidRDefault="00AF7A3A" w:rsidP="00AF7A3A">
      <w:pPr>
        <w:spacing w:line="360" w:lineRule="auto"/>
        <w:rPr>
          <w:rFonts w:ascii="Arial" w:hAnsi="Arial" w:cs="Arial"/>
          <w:b/>
          <w:bCs/>
        </w:rPr>
      </w:pPr>
      <w:r w:rsidRPr="00AF7A3A">
        <w:rPr>
          <w:rFonts w:ascii="Arial" w:hAnsi="Arial" w:cs="Arial"/>
          <w:b/>
          <w:bCs/>
        </w:rPr>
        <w:t>Feelings</w:t>
      </w:r>
    </w:p>
    <w:p w:rsidR="00AF7A3A" w:rsidRPr="00AF7A3A" w:rsidRDefault="00AF7A3A" w:rsidP="00AF7A3A">
      <w:pPr>
        <w:spacing w:line="360" w:lineRule="auto"/>
        <w:rPr>
          <w:rFonts w:ascii="Arial" w:hAnsi="Arial" w:cs="Arial"/>
        </w:rPr>
      </w:pPr>
      <w:r w:rsidRPr="00AF7A3A">
        <w:rPr>
          <w:rFonts w:ascii="Arial" w:hAnsi="Arial" w:cs="Arial"/>
        </w:rPr>
        <w:t>Before I started my presentation, I felt a little nervous because I wanted to do well. I think this is normal when speaking in front of other people. However, after speaking for a short time, I became more confident because I had prepared my slides and knew my topic well. As I continued presenting, I felt more relaxed and was able to explain my points clearly. At the end of the presentation, I felt happy because I had completed it successfully.</w:t>
      </w:r>
    </w:p>
    <w:p w:rsidR="00AF7A3A" w:rsidRPr="00AF7A3A" w:rsidRDefault="00AF7A3A" w:rsidP="00AF7A3A">
      <w:pPr>
        <w:spacing w:line="360" w:lineRule="auto"/>
        <w:rPr>
          <w:rFonts w:ascii="Arial" w:hAnsi="Arial" w:cs="Arial"/>
          <w:b/>
          <w:bCs/>
        </w:rPr>
      </w:pPr>
      <w:r w:rsidRPr="00AF7A3A">
        <w:rPr>
          <w:rFonts w:ascii="Arial" w:hAnsi="Arial" w:cs="Arial"/>
          <w:b/>
          <w:bCs/>
        </w:rPr>
        <w:t>Evaluation</w:t>
      </w:r>
    </w:p>
    <w:p w:rsidR="00AF7A3A" w:rsidRPr="00AF7A3A" w:rsidRDefault="00AF7A3A" w:rsidP="00AF7A3A">
      <w:pPr>
        <w:spacing w:line="360" w:lineRule="auto"/>
        <w:rPr>
          <w:rFonts w:ascii="Arial" w:hAnsi="Arial" w:cs="Arial"/>
        </w:rPr>
      </w:pPr>
      <w:r w:rsidRPr="00AF7A3A">
        <w:rPr>
          <w:rFonts w:ascii="Arial" w:hAnsi="Arial" w:cs="Arial"/>
        </w:rPr>
        <w:t xml:space="preserve">Overall, I think my presentation went well. My lecturer said that my slides were well </w:t>
      </w:r>
      <w:proofErr w:type="spellStart"/>
      <w:r w:rsidRPr="00AF7A3A">
        <w:rPr>
          <w:rFonts w:ascii="Arial" w:hAnsi="Arial" w:cs="Arial"/>
        </w:rPr>
        <w:t>organised</w:t>
      </w:r>
      <w:proofErr w:type="spellEnd"/>
      <w:r w:rsidRPr="00AF7A3A">
        <w:rPr>
          <w:rFonts w:ascii="Arial" w:hAnsi="Arial" w:cs="Arial"/>
        </w:rPr>
        <w:t xml:space="preserve"> and that I had used good sources of reference to support my presentation. After I finished presenting, the lecturer asked me some questions about my topic. I was able to answer the questions confidently, which made me feel proud because it showed that I understood my presentation. The lecturer also appreciated my work and said it was good overall. However, I was told that the design of my slides could have been better. I agreed with this feedback because although my slides contained useful information, I think they could have been more attractive and easier for the audience to follow.</w:t>
      </w:r>
    </w:p>
    <w:p w:rsidR="00AF7A3A" w:rsidRPr="00AF7A3A" w:rsidRDefault="00AF7A3A" w:rsidP="00AF7A3A">
      <w:pPr>
        <w:spacing w:line="360" w:lineRule="auto"/>
        <w:rPr>
          <w:rFonts w:ascii="Arial" w:hAnsi="Arial" w:cs="Arial"/>
          <w:b/>
          <w:bCs/>
        </w:rPr>
      </w:pPr>
      <w:r w:rsidRPr="00AF7A3A">
        <w:rPr>
          <w:rFonts w:ascii="Arial" w:hAnsi="Arial" w:cs="Arial"/>
          <w:b/>
          <w:bCs/>
        </w:rPr>
        <w:t>Analysis</w:t>
      </w:r>
    </w:p>
    <w:p w:rsidR="00EA5EC2" w:rsidRDefault="00AF7A3A" w:rsidP="00AF7A3A">
      <w:pPr>
        <w:spacing w:line="360" w:lineRule="auto"/>
        <w:rPr>
          <w:rFonts w:ascii="Arial" w:hAnsi="Arial" w:cs="Arial"/>
        </w:rPr>
      </w:pPr>
      <w:r w:rsidRPr="00AF7A3A">
        <w:rPr>
          <w:rFonts w:ascii="Arial" w:hAnsi="Arial" w:cs="Arial"/>
        </w:rPr>
        <w:t xml:space="preserve">This presentation helped me understand that good preparation is very important. Because I </w:t>
      </w:r>
      <w:proofErr w:type="spellStart"/>
      <w:r w:rsidRPr="00AF7A3A">
        <w:rPr>
          <w:rFonts w:ascii="Arial" w:hAnsi="Arial" w:cs="Arial"/>
        </w:rPr>
        <w:t>practised</w:t>
      </w:r>
      <w:proofErr w:type="spellEnd"/>
      <w:r w:rsidRPr="00AF7A3A">
        <w:rPr>
          <w:rFonts w:ascii="Arial" w:hAnsi="Arial" w:cs="Arial"/>
        </w:rPr>
        <w:t xml:space="preserve"> before presenting, I was able to become more confident after the first few minutes. I also </w:t>
      </w:r>
      <w:proofErr w:type="spellStart"/>
      <w:r w:rsidRPr="00AF7A3A">
        <w:rPr>
          <w:rFonts w:ascii="Arial" w:hAnsi="Arial" w:cs="Arial"/>
        </w:rPr>
        <w:t>realised</w:t>
      </w:r>
      <w:proofErr w:type="spellEnd"/>
      <w:r w:rsidRPr="00AF7A3A">
        <w:rPr>
          <w:rFonts w:ascii="Arial" w:hAnsi="Arial" w:cs="Arial"/>
        </w:rPr>
        <w:t xml:space="preserve"> that using reliable sources is important because it makes the information more accurate and trustworthy. The lecturer's comments about my references showed that I had chosen appropriate sources for my work. Effective communication is an important skill in health and social care because professionals need to share information clearly to provide safe and high-quality care </w:t>
      </w:r>
      <w:r w:rsidR="00EA5EC2" w:rsidRPr="00EA5EC2">
        <w:rPr>
          <w:rFonts w:ascii="Arial" w:hAnsi="Arial" w:cs="Arial"/>
        </w:rPr>
        <w:t>(Arnold and Boggs, 2020; Skills for Care, 2024).</w:t>
      </w:r>
      <w:r w:rsidR="00EA5EC2">
        <w:rPr>
          <w:rFonts w:ascii="Arial" w:hAnsi="Arial" w:cs="Arial"/>
        </w:rPr>
        <w:t xml:space="preserve"> </w:t>
      </w:r>
    </w:p>
    <w:p w:rsidR="00AF7A3A" w:rsidRPr="00AF7A3A" w:rsidRDefault="00AF7A3A" w:rsidP="00AF7A3A">
      <w:pPr>
        <w:spacing w:line="360" w:lineRule="auto"/>
        <w:rPr>
          <w:rFonts w:ascii="Arial" w:hAnsi="Arial" w:cs="Arial"/>
        </w:rPr>
      </w:pPr>
      <w:r w:rsidRPr="00AF7A3A">
        <w:rPr>
          <w:rFonts w:ascii="Arial" w:hAnsi="Arial" w:cs="Arial"/>
        </w:rPr>
        <w:lastRenderedPageBreak/>
        <w:t>Reflecting on my presentation has also helped me understand that visual presentation is important because clear and attractive slides can help the audience stay interested and understand the information more easily.</w:t>
      </w:r>
      <w:r w:rsidR="007B0CD7" w:rsidRPr="007B0CD7">
        <w:t xml:space="preserve"> </w:t>
      </w:r>
      <w:r w:rsidR="007B0CD7" w:rsidRPr="007B0CD7">
        <w:rPr>
          <w:rFonts w:ascii="Arial" w:hAnsi="Arial" w:cs="Arial"/>
        </w:rPr>
        <w:t>This experience showed me that preparing well before a presentation can reduce nervousness and improve confidence.</w:t>
      </w:r>
      <w:r w:rsidR="00CB2318" w:rsidRPr="00CB2318">
        <w:t xml:space="preserve"> </w:t>
      </w:r>
      <w:r w:rsidR="00CB2318" w:rsidRPr="00CB2318">
        <w:rPr>
          <w:rFonts w:ascii="Arial" w:hAnsi="Arial" w:cs="Arial"/>
        </w:rPr>
        <w:t xml:space="preserve">I also </w:t>
      </w:r>
      <w:proofErr w:type="spellStart"/>
      <w:r w:rsidR="00CB2318" w:rsidRPr="00CB2318">
        <w:rPr>
          <w:rFonts w:ascii="Arial" w:hAnsi="Arial" w:cs="Arial"/>
        </w:rPr>
        <w:t>realised</w:t>
      </w:r>
      <w:proofErr w:type="spellEnd"/>
      <w:r w:rsidR="00CB2318" w:rsidRPr="00CB2318">
        <w:rPr>
          <w:rFonts w:ascii="Arial" w:hAnsi="Arial" w:cs="Arial"/>
        </w:rPr>
        <w:t xml:space="preserve"> that communication is not only about speaking but also about listening and presenting information in a way that oth</w:t>
      </w:r>
      <w:r w:rsidR="00CB2318">
        <w:rPr>
          <w:rFonts w:ascii="Arial" w:hAnsi="Arial" w:cs="Arial"/>
        </w:rPr>
        <w:t>er people can easily understand</w:t>
      </w:r>
      <w:r w:rsidR="00CB2318" w:rsidRPr="00CB2318">
        <w:rPr>
          <w:rFonts w:ascii="Arial" w:hAnsi="Arial" w:cs="Arial"/>
        </w:rPr>
        <w:t xml:space="preserve">. During my preparation, I spent time reading different sources and </w:t>
      </w:r>
      <w:proofErr w:type="spellStart"/>
      <w:r w:rsidR="00CB2318" w:rsidRPr="00CB2318">
        <w:rPr>
          <w:rFonts w:ascii="Arial" w:hAnsi="Arial" w:cs="Arial"/>
        </w:rPr>
        <w:t>practising</w:t>
      </w:r>
      <w:proofErr w:type="spellEnd"/>
      <w:r w:rsidR="00CB2318" w:rsidRPr="00CB2318">
        <w:rPr>
          <w:rFonts w:ascii="Arial" w:hAnsi="Arial" w:cs="Arial"/>
        </w:rPr>
        <w:t xml:space="preserve"> my presentation several times. This helped me answer the lecturer's questions with confidence. I also </w:t>
      </w:r>
      <w:proofErr w:type="spellStart"/>
      <w:r w:rsidR="00CB2318" w:rsidRPr="00CB2318">
        <w:rPr>
          <w:rFonts w:ascii="Arial" w:hAnsi="Arial" w:cs="Arial"/>
        </w:rPr>
        <w:t>realised</w:t>
      </w:r>
      <w:proofErr w:type="spellEnd"/>
      <w:r w:rsidR="00CB2318" w:rsidRPr="00CB2318">
        <w:rPr>
          <w:rFonts w:ascii="Arial" w:hAnsi="Arial" w:cs="Arial"/>
        </w:rPr>
        <w:t xml:space="preserve"> that every presentation is a learning experience. The feedback I received encouraged me to continue improving my presentation skills, especially by making my slides more attractive and easier to follow. I believe these improvements will help me become more confident in future presentations and will also be useful when working in education.</w:t>
      </w:r>
    </w:p>
    <w:p w:rsidR="00AF7A3A" w:rsidRPr="00AF7A3A" w:rsidRDefault="00AF7A3A" w:rsidP="00AF7A3A">
      <w:pPr>
        <w:spacing w:line="360" w:lineRule="auto"/>
        <w:rPr>
          <w:rFonts w:ascii="Arial" w:hAnsi="Arial" w:cs="Arial"/>
          <w:b/>
          <w:bCs/>
        </w:rPr>
      </w:pPr>
      <w:r w:rsidRPr="00AF7A3A">
        <w:rPr>
          <w:rFonts w:ascii="Arial" w:hAnsi="Arial" w:cs="Arial"/>
          <w:b/>
          <w:bCs/>
        </w:rPr>
        <w:t>Conclusion</w:t>
      </w:r>
    </w:p>
    <w:p w:rsidR="00AF7A3A" w:rsidRPr="00AF7A3A" w:rsidRDefault="00AF7A3A" w:rsidP="00AF7A3A">
      <w:pPr>
        <w:spacing w:line="360" w:lineRule="auto"/>
        <w:rPr>
          <w:rFonts w:ascii="Arial" w:hAnsi="Arial" w:cs="Arial"/>
        </w:rPr>
      </w:pPr>
      <w:r w:rsidRPr="00AF7A3A">
        <w:rPr>
          <w:rFonts w:ascii="Arial" w:hAnsi="Arial" w:cs="Arial"/>
        </w:rPr>
        <w:t xml:space="preserve">Looking back, I am pleased with my presentation because I was able to explain my topic clearly and answer the lecturer's questions with confidence. The positive feedback about my </w:t>
      </w:r>
      <w:proofErr w:type="spellStart"/>
      <w:r w:rsidRPr="00AF7A3A">
        <w:rPr>
          <w:rFonts w:ascii="Arial" w:hAnsi="Arial" w:cs="Arial"/>
        </w:rPr>
        <w:t>organisation</w:t>
      </w:r>
      <w:proofErr w:type="spellEnd"/>
      <w:r w:rsidRPr="00AF7A3A">
        <w:rPr>
          <w:rFonts w:ascii="Arial" w:hAnsi="Arial" w:cs="Arial"/>
        </w:rPr>
        <w:t xml:space="preserve"> and references encouraged me and increased my confidence. At the same time, I accepted the suggestion to improve my slide design because I know there is always room to develop my presentation skills. This experience has helped me become more confident when speaking in front of others.</w:t>
      </w:r>
    </w:p>
    <w:p w:rsidR="00AF7A3A" w:rsidRPr="00AF7A3A" w:rsidRDefault="00AF7A3A" w:rsidP="00AF7A3A">
      <w:pPr>
        <w:spacing w:line="360" w:lineRule="auto"/>
        <w:rPr>
          <w:rFonts w:ascii="Arial" w:hAnsi="Arial" w:cs="Arial"/>
          <w:b/>
          <w:bCs/>
        </w:rPr>
      </w:pPr>
      <w:r w:rsidRPr="00AF7A3A">
        <w:rPr>
          <w:rFonts w:ascii="Arial" w:hAnsi="Arial" w:cs="Arial"/>
          <w:b/>
          <w:bCs/>
        </w:rPr>
        <w:t>Action Plan</w:t>
      </w:r>
    </w:p>
    <w:p w:rsidR="00DD2C7C" w:rsidRDefault="00AF7A3A" w:rsidP="00AF7A3A">
      <w:pPr>
        <w:spacing w:line="360" w:lineRule="auto"/>
        <w:rPr>
          <w:rFonts w:ascii="Arial" w:hAnsi="Arial" w:cs="Arial"/>
        </w:rPr>
      </w:pPr>
      <w:r w:rsidRPr="00AF7A3A">
        <w:rPr>
          <w:rFonts w:ascii="Arial" w:hAnsi="Arial" w:cs="Arial"/>
        </w:rPr>
        <w:t xml:space="preserve">In the future, I will spend more time improving the design and layout of my presentation slides so they look clearer and more engaging. I will continue </w:t>
      </w:r>
      <w:proofErr w:type="spellStart"/>
      <w:r w:rsidRPr="00AF7A3A">
        <w:rPr>
          <w:rFonts w:ascii="Arial" w:hAnsi="Arial" w:cs="Arial"/>
        </w:rPr>
        <w:t>practising</w:t>
      </w:r>
      <w:proofErr w:type="spellEnd"/>
      <w:r w:rsidRPr="00AF7A3A">
        <w:rPr>
          <w:rFonts w:ascii="Arial" w:hAnsi="Arial" w:cs="Arial"/>
        </w:rPr>
        <w:t xml:space="preserve"> before every presentation because practice helped me feel more confident. I also plan to keep using reliable academic and professional sources in my work because they improve the quality of my presentations. </w:t>
      </w:r>
      <w:r w:rsidR="00CB2318" w:rsidRPr="00CB2318">
        <w:rPr>
          <w:rFonts w:ascii="Arial" w:hAnsi="Arial" w:cs="Arial"/>
        </w:rPr>
        <w:t xml:space="preserve">Finally, I will continue improving my communication and presentation skills by </w:t>
      </w:r>
      <w:proofErr w:type="spellStart"/>
      <w:r w:rsidR="00CB2318" w:rsidRPr="00CB2318">
        <w:rPr>
          <w:rFonts w:ascii="Arial" w:hAnsi="Arial" w:cs="Arial"/>
        </w:rPr>
        <w:t>practising</w:t>
      </w:r>
      <w:proofErr w:type="spellEnd"/>
      <w:r w:rsidR="00CB2318" w:rsidRPr="00CB2318">
        <w:rPr>
          <w:rFonts w:ascii="Arial" w:hAnsi="Arial" w:cs="Arial"/>
        </w:rPr>
        <w:t xml:space="preserve"> regularly and asking my lecturers for feedback after future presentations so I can keep learning and improving (Gibbs, 1988).</w:t>
      </w:r>
    </w:p>
    <w:p w:rsidR="00DD2C7C" w:rsidRDefault="00DD2C7C" w:rsidP="00AF7A3A">
      <w:pPr>
        <w:spacing w:line="360" w:lineRule="auto"/>
        <w:rPr>
          <w:rFonts w:ascii="Arial" w:hAnsi="Arial" w:cs="Arial"/>
        </w:rPr>
      </w:pPr>
    </w:p>
    <w:p w:rsidR="00DD2C7C" w:rsidRDefault="00DD2C7C" w:rsidP="00AF7A3A">
      <w:pPr>
        <w:spacing w:line="360" w:lineRule="auto"/>
        <w:rPr>
          <w:rFonts w:ascii="Arial" w:hAnsi="Arial" w:cs="Arial"/>
        </w:rPr>
      </w:pPr>
    </w:p>
    <w:p w:rsidR="00DD2C7C" w:rsidRDefault="00DD2C7C" w:rsidP="00AF7A3A">
      <w:pPr>
        <w:spacing w:line="360" w:lineRule="auto"/>
        <w:rPr>
          <w:rFonts w:ascii="Arial" w:hAnsi="Arial" w:cs="Arial"/>
        </w:rPr>
      </w:pPr>
    </w:p>
    <w:p w:rsidR="00DD2C7C" w:rsidRDefault="00DD2C7C" w:rsidP="00AF7A3A">
      <w:pPr>
        <w:spacing w:line="360" w:lineRule="auto"/>
        <w:rPr>
          <w:rFonts w:ascii="Arial" w:hAnsi="Arial" w:cs="Arial"/>
        </w:rPr>
      </w:pPr>
    </w:p>
    <w:p w:rsidR="00CB2318" w:rsidRDefault="00CB2318" w:rsidP="00DD2C7C">
      <w:pPr>
        <w:spacing w:line="360" w:lineRule="auto"/>
        <w:rPr>
          <w:rFonts w:ascii="Arial" w:hAnsi="Arial" w:cs="Arial"/>
          <w:b/>
          <w:bCs/>
        </w:rPr>
      </w:pPr>
    </w:p>
    <w:p w:rsidR="00CB2318" w:rsidRDefault="00CB2318" w:rsidP="00DD2C7C">
      <w:pPr>
        <w:spacing w:line="360" w:lineRule="auto"/>
        <w:rPr>
          <w:rFonts w:ascii="Arial" w:hAnsi="Arial" w:cs="Arial"/>
          <w:b/>
          <w:bCs/>
        </w:rPr>
      </w:pPr>
    </w:p>
    <w:p w:rsidR="000B7EDE" w:rsidRPr="000B7EDE" w:rsidRDefault="00DD2C7C" w:rsidP="00776052">
      <w:pPr>
        <w:spacing w:line="360" w:lineRule="auto"/>
        <w:rPr>
          <w:rFonts w:ascii="Arial" w:hAnsi="Arial" w:cs="Arial"/>
          <w:b/>
          <w:bCs/>
        </w:rPr>
      </w:pPr>
      <w:r w:rsidRPr="00DD2C7C">
        <w:rPr>
          <w:rFonts w:ascii="Arial" w:hAnsi="Arial" w:cs="Arial"/>
          <w:b/>
          <w:bCs/>
        </w:rPr>
        <w:t>References</w:t>
      </w:r>
    </w:p>
    <w:p w:rsidR="000B7EDE" w:rsidRDefault="000B7EDE" w:rsidP="00776052">
      <w:pPr>
        <w:spacing w:line="360" w:lineRule="auto"/>
        <w:rPr>
          <w:rFonts w:ascii="Arial" w:hAnsi="Arial" w:cs="Arial"/>
        </w:rPr>
      </w:pPr>
    </w:p>
    <w:p w:rsidR="000B7EDE" w:rsidRPr="00DD2C7C" w:rsidRDefault="000B7EDE" w:rsidP="00DD2C7C">
      <w:pPr>
        <w:spacing w:line="360" w:lineRule="auto"/>
        <w:ind w:left="720" w:hanging="720"/>
        <w:rPr>
          <w:rFonts w:ascii="Arial" w:hAnsi="Arial" w:cs="Arial"/>
        </w:rPr>
      </w:pPr>
      <w:r w:rsidRPr="00DD2C7C">
        <w:rPr>
          <w:rFonts w:ascii="Arial" w:hAnsi="Arial" w:cs="Arial"/>
        </w:rPr>
        <w:t xml:space="preserve">Arnold, E.C. and Boggs, K.U. (2020) </w:t>
      </w:r>
      <w:r w:rsidRPr="00DD2C7C">
        <w:rPr>
          <w:rFonts w:ascii="Arial" w:hAnsi="Arial" w:cs="Arial"/>
          <w:i/>
          <w:iCs/>
        </w:rPr>
        <w:t>Interpersonal Relationships: Professional Communication Skills for Nurses</w:t>
      </w:r>
      <w:r w:rsidRPr="00DD2C7C">
        <w:rPr>
          <w:rFonts w:ascii="Arial" w:hAnsi="Arial" w:cs="Arial"/>
        </w:rPr>
        <w:t xml:space="preserve">. </w:t>
      </w:r>
      <w:proofErr w:type="gramStart"/>
      <w:r w:rsidRPr="00DD2C7C">
        <w:rPr>
          <w:rFonts w:ascii="Arial" w:hAnsi="Arial" w:cs="Arial"/>
        </w:rPr>
        <w:t xml:space="preserve">8th </w:t>
      </w:r>
      <w:proofErr w:type="spellStart"/>
      <w:r w:rsidRPr="00DD2C7C">
        <w:rPr>
          <w:rFonts w:ascii="Arial" w:hAnsi="Arial" w:cs="Arial"/>
        </w:rPr>
        <w:t>edn</w:t>
      </w:r>
      <w:proofErr w:type="spellEnd"/>
      <w:r w:rsidRPr="00DD2C7C">
        <w:rPr>
          <w:rFonts w:ascii="Arial" w:hAnsi="Arial" w:cs="Arial"/>
        </w:rPr>
        <w:t>.</w:t>
      </w:r>
      <w:proofErr w:type="gramEnd"/>
      <w:r w:rsidRPr="00DD2C7C">
        <w:rPr>
          <w:rFonts w:ascii="Arial" w:hAnsi="Arial" w:cs="Arial"/>
        </w:rPr>
        <w:t xml:space="preserve"> St. Louis, MO: Elsevier.</w:t>
      </w:r>
    </w:p>
    <w:p w:rsidR="000B7EDE" w:rsidRPr="00DD2C7C" w:rsidRDefault="000B7EDE" w:rsidP="00DD2C7C">
      <w:pPr>
        <w:spacing w:line="360" w:lineRule="auto"/>
        <w:ind w:left="720" w:hanging="720"/>
        <w:rPr>
          <w:rFonts w:ascii="Arial" w:hAnsi="Arial" w:cs="Arial"/>
        </w:rPr>
      </w:pPr>
      <w:r w:rsidRPr="00DD2C7C">
        <w:rPr>
          <w:rFonts w:ascii="Arial" w:hAnsi="Arial" w:cs="Arial"/>
        </w:rPr>
        <w:t xml:space="preserve">Department for Education (2021) </w:t>
      </w:r>
      <w:r w:rsidRPr="00DD2C7C">
        <w:rPr>
          <w:rFonts w:ascii="Arial" w:hAnsi="Arial" w:cs="Arial"/>
          <w:i/>
          <w:iCs/>
        </w:rPr>
        <w:t>Teaching Assistant Deployment Guidance</w:t>
      </w:r>
      <w:r w:rsidRPr="00DD2C7C">
        <w:rPr>
          <w:rFonts w:ascii="Arial" w:hAnsi="Arial" w:cs="Arial"/>
        </w:rPr>
        <w:t>. London: Department for Education. Available at: https://www.gov.uk/government/publications/deployment-of-teaching-assistants (Accessed: 10 July 2026).</w:t>
      </w:r>
    </w:p>
    <w:p w:rsidR="000B7EDE" w:rsidRPr="00DD2C7C" w:rsidRDefault="000B7EDE" w:rsidP="00DD2C7C">
      <w:pPr>
        <w:spacing w:line="360" w:lineRule="auto"/>
        <w:ind w:left="720" w:hanging="720"/>
        <w:rPr>
          <w:rFonts w:ascii="Arial" w:hAnsi="Arial" w:cs="Arial"/>
        </w:rPr>
      </w:pPr>
      <w:proofErr w:type="gramStart"/>
      <w:r w:rsidRPr="00DD2C7C">
        <w:rPr>
          <w:rFonts w:ascii="Arial" w:hAnsi="Arial" w:cs="Arial"/>
        </w:rPr>
        <w:t xml:space="preserve">Department for Education (2024) </w:t>
      </w:r>
      <w:r w:rsidRPr="00DD2C7C">
        <w:rPr>
          <w:rFonts w:ascii="Arial" w:hAnsi="Arial" w:cs="Arial"/>
          <w:i/>
          <w:iCs/>
        </w:rPr>
        <w:t>Keeping Children Safe in Education</w:t>
      </w:r>
      <w:r w:rsidRPr="00DD2C7C">
        <w:rPr>
          <w:rFonts w:ascii="Arial" w:hAnsi="Arial" w:cs="Arial"/>
        </w:rPr>
        <w:t>.</w:t>
      </w:r>
      <w:proofErr w:type="gramEnd"/>
      <w:r w:rsidRPr="00DD2C7C">
        <w:rPr>
          <w:rFonts w:ascii="Arial" w:hAnsi="Arial" w:cs="Arial"/>
        </w:rPr>
        <w:t xml:space="preserve"> London: Department for Education. Available at: </w:t>
      </w:r>
      <w:hyperlink r:id="rId10" w:tgtFrame="_new" w:history="1">
        <w:r w:rsidRPr="00DD2C7C">
          <w:rPr>
            <w:rStyle w:val="Hyperlink"/>
            <w:rFonts w:ascii="Arial" w:hAnsi="Arial" w:cs="Arial"/>
          </w:rPr>
          <w:t>https://www.gov.uk/government/publications/keeping-children-safe-in-education--2</w:t>
        </w:r>
      </w:hyperlink>
      <w:r w:rsidRPr="00DD2C7C">
        <w:rPr>
          <w:rFonts w:ascii="Arial" w:hAnsi="Arial" w:cs="Arial"/>
        </w:rPr>
        <w:t xml:space="preserve"> (Accessed: 10 July 2026).</w:t>
      </w:r>
    </w:p>
    <w:p w:rsidR="000B7EDE" w:rsidRPr="00DD2C7C" w:rsidRDefault="000B7EDE" w:rsidP="00DD2C7C">
      <w:pPr>
        <w:spacing w:line="360" w:lineRule="auto"/>
        <w:ind w:left="720" w:hanging="720"/>
        <w:rPr>
          <w:rFonts w:ascii="Arial" w:hAnsi="Arial" w:cs="Arial"/>
        </w:rPr>
      </w:pPr>
      <w:proofErr w:type="gramStart"/>
      <w:r w:rsidRPr="00DD2C7C">
        <w:rPr>
          <w:rFonts w:ascii="Arial" w:hAnsi="Arial" w:cs="Arial"/>
        </w:rPr>
        <w:t xml:space="preserve">Gibbs, G. (1988) </w:t>
      </w:r>
      <w:r w:rsidRPr="00DD2C7C">
        <w:rPr>
          <w:rFonts w:ascii="Arial" w:hAnsi="Arial" w:cs="Arial"/>
          <w:i/>
          <w:iCs/>
        </w:rPr>
        <w:t>Learning by Doing: A Guide to Teaching and Learning Methods</w:t>
      </w:r>
      <w:r w:rsidRPr="00DD2C7C">
        <w:rPr>
          <w:rFonts w:ascii="Arial" w:hAnsi="Arial" w:cs="Arial"/>
        </w:rPr>
        <w:t>.</w:t>
      </w:r>
      <w:proofErr w:type="gramEnd"/>
      <w:r w:rsidRPr="00DD2C7C">
        <w:rPr>
          <w:rFonts w:ascii="Arial" w:hAnsi="Arial" w:cs="Arial"/>
        </w:rPr>
        <w:t xml:space="preserve"> Oxford: Oxford Polytechnic.</w:t>
      </w:r>
    </w:p>
    <w:p w:rsidR="000B7EDE" w:rsidRPr="00DD2C7C" w:rsidRDefault="000B7EDE" w:rsidP="00DD2C7C">
      <w:pPr>
        <w:spacing w:line="360" w:lineRule="auto"/>
        <w:ind w:left="720" w:hanging="720"/>
        <w:rPr>
          <w:rFonts w:ascii="Arial" w:hAnsi="Arial" w:cs="Arial"/>
        </w:rPr>
      </w:pPr>
      <w:proofErr w:type="gramStart"/>
      <w:r w:rsidRPr="00DD2C7C">
        <w:rPr>
          <w:rFonts w:ascii="Arial" w:hAnsi="Arial" w:cs="Arial"/>
        </w:rPr>
        <w:t xml:space="preserve">GOV.UK (2026) </w:t>
      </w:r>
      <w:r w:rsidRPr="00DD2C7C">
        <w:rPr>
          <w:rFonts w:ascii="Arial" w:hAnsi="Arial" w:cs="Arial"/>
          <w:i/>
          <w:iCs/>
        </w:rPr>
        <w:t>Teaching and Learning Assistant Vacancy – Eden Boys' School, Birmingham</w:t>
      </w:r>
      <w:r w:rsidRPr="00DD2C7C">
        <w:rPr>
          <w:rFonts w:ascii="Arial" w:hAnsi="Arial" w:cs="Arial"/>
        </w:rPr>
        <w:t>.</w:t>
      </w:r>
      <w:proofErr w:type="gramEnd"/>
      <w:r w:rsidRPr="00DD2C7C">
        <w:rPr>
          <w:rFonts w:ascii="Arial" w:hAnsi="Arial" w:cs="Arial"/>
        </w:rPr>
        <w:t xml:space="preserve"> Available at: </w:t>
      </w:r>
      <w:hyperlink r:id="rId11" w:tgtFrame="_new" w:history="1">
        <w:r w:rsidRPr="00DD2C7C">
          <w:rPr>
            <w:rStyle w:val="Hyperlink"/>
            <w:rFonts w:ascii="Arial" w:hAnsi="Arial" w:cs="Arial"/>
          </w:rPr>
          <w:t>https://teaching-vacancies.service.gov.uk/</w:t>
        </w:r>
      </w:hyperlink>
      <w:r w:rsidRPr="00DD2C7C">
        <w:rPr>
          <w:rFonts w:ascii="Arial" w:hAnsi="Arial" w:cs="Arial"/>
        </w:rPr>
        <w:t xml:space="preserve"> (Accessed: 10 July 2026).</w:t>
      </w:r>
    </w:p>
    <w:p w:rsidR="000B7EDE" w:rsidRDefault="000B7EDE" w:rsidP="00776052">
      <w:pPr>
        <w:spacing w:line="360" w:lineRule="auto"/>
        <w:rPr>
          <w:rFonts w:ascii="Arial" w:hAnsi="Arial" w:cs="Arial"/>
        </w:rPr>
      </w:pPr>
      <w:proofErr w:type="gramStart"/>
      <w:r w:rsidRPr="000B7EDE">
        <w:rPr>
          <w:rFonts w:ascii="Arial" w:hAnsi="Arial" w:cs="Arial"/>
        </w:rPr>
        <w:t>NHS England (2023) SBAR communication tool.</w:t>
      </w:r>
      <w:proofErr w:type="gramEnd"/>
      <w:r w:rsidRPr="000B7EDE">
        <w:rPr>
          <w:rFonts w:ascii="Arial" w:hAnsi="Arial" w:cs="Arial"/>
        </w:rPr>
        <w:t xml:space="preserve"> Available at: </w:t>
      </w:r>
      <w:hyperlink r:id="rId12" w:tgtFrame="_new" w:history="1">
        <w:r w:rsidRPr="000B7EDE">
          <w:rPr>
            <w:rStyle w:val="Hyperlink"/>
            <w:rFonts w:ascii="Arial" w:hAnsi="Arial" w:cs="Arial"/>
          </w:rPr>
          <w:t>https://www.england.nhs.uk</w:t>
        </w:r>
      </w:hyperlink>
      <w:r w:rsidRPr="000B7EDE">
        <w:rPr>
          <w:rFonts w:ascii="Arial" w:hAnsi="Arial" w:cs="Arial"/>
        </w:rPr>
        <w:t xml:space="preserve"> (Accessed: 10 July 2026).</w:t>
      </w:r>
    </w:p>
    <w:p w:rsidR="000B7EDE" w:rsidRPr="00DD2C7C" w:rsidRDefault="000B7EDE" w:rsidP="00DD2C7C">
      <w:pPr>
        <w:spacing w:line="360" w:lineRule="auto"/>
        <w:ind w:left="720" w:hanging="720"/>
        <w:rPr>
          <w:rFonts w:ascii="Arial" w:hAnsi="Arial" w:cs="Arial"/>
        </w:rPr>
      </w:pPr>
      <w:proofErr w:type="gramStart"/>
      <w:r w:rsidRPr="00DD2C7C">
        <w:rPr>
          <w:rFonts w:ascii="Arial" w:hAnsi="Arial" w:cs="Arial"/>
        </w:rPr>
        <w:t xml:space="preserve">Skills for Care (2024) </w:t>
      </w:r>
      <w:r w:rsidRPr="00DD2C7C">
        <w:rPr>
          <w:rFonts w:ascii="Arial" w:hAnsi="Arial" w:cs="Arial"/>
          <w:i/>
          <w:iCs/>
        </w:rPr>
        <w:t>Communication Skills</w:t>
      </w:r>
      <w:r w:rsidRPr="00DD2C7C">
        <w:rPr>
          <w:rFonts w:ascii="Arial" w:hAnsi="Arial" w:cs="Arial"/>
        </w:rPr>
        <w:t>.</w:t>
      </w:r>
      <w:proofErr w:type="gramEnd"/>
      <w:r w:rsidRPr="00DD2C7C">
        <w:rPr>
          <w:rFonts w:ascii="Arial" w:hAnsi="Arial" w:cs="Arial"/>
        </w:rPr>
        <w:t xml:space="preserve"> Available at: </w:t>
      </w:r>
      <w:hyperlink r:id="rId13" w:tgtFrame="_new" w:history="1">
        <w:r w:rsidRPr="00DD2C7C">
          <w:rPr>
            <w:rStyle w:val="Hyperlink"/>
            <w:rFonts w:ascii="Arial" w:hAnsi="Arial" w:cs="Arial"/>
          </w:rPr>
          <w:t>https://www.skillsforcare.org.uk/</w:t>
        </w:r>
      </w:hyperlink>
      <w:r w:rsidRPr="00DD2C7C">
        <w:rPr>
          <w:rFonts w:ascii="Arial" w:hAnsi="Arial" w:cs="Arial"/>
        </w:rPr>
        <w:t xml:space="preserve"> (Accessed: 10 July 2026).</w:t>
      </w:r>
    </w:p>
    <w:p w:rsidR="00776052" w:rsidRDefault="00776052" w:rsidP="00776052">
      <w:pPr>
        <w:spacing w:line="360" w:lineRule="auto"/>
        <w:rPr>
          <w:rFonts w:ascii="Arial" w:hAnsi="Arial" w:cs="Arial"/>
        </w:rPr>
      </w:pPr>
    </w:p>
    <w:p w:rsidR="00776052" w:rsidRPr="00776052" w:rsidRDefault="00776052" w:rsidP="00776052">
      <w:pPr>
        <w:spacing w:line="360" w:lineRule="auto"/>
        <w:rPr>
          <w:rFonts w:ascii="Arial" w:hAnsi="Arial" w:cs="Arial"/>
        </w:rPr>
      </w:pPr>
    </w:p>
    <w:sectPr w:rsidR="00776052" w:rsidRPr="00776052" w:rsidSect="00776052">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32C" w:rsidRDefault="0092032C" w:rsidP="00AF7A3A">
      <w:pPr>
        <w:spacing w:after="0" w:line="240" w:lineRule="auto"/>
      </w:pPr>
      <w:r>
        <w:separator/>
      </w:r>
    </w:p>
  </w:endnote>
  <w:endnote w:type="continuationSeparator" w:id="0">
    <w:p w:rsidR="0092032C" w:rsidRDefault="0092032C" w:rsidP="00AF7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538316"/>
      <w:docPartObj>
        <w:docPartGallery w:val="Page Numbers (Bottom of Page)"/>
        <w:docPartUnique/>
      </w:docPartObj>
    </w:sdtPr>
    <w:sdtEndPr>
      <w:rPr>
        <w:noProof/>
      </w:rPr>
    </w:sdtEndPr>
    <w:sdtContent>
      <w:p w:rsidR="00D61B38" w:rsidRDefault="00D61B38">
        <w:pPr>
          <w:pStyle w:val="Footer"/>
          <w:jc w:val="center"/>
        </w:pPr>
        <w:r>
          <w:fldChar w:fldCharType="begin"/>
        </w:r>
        <w:r>
          <w:instrText xml:space="preserve"> PAGE   \* MERGEFORMAT </w:instrText>
        </w:r>
        <w:r>
          <w:fldChar w:fldCharType="separate"/>
        </w:r>
        <w:r w:rsidR="00EA5EC2">
          <w:rPr>
            <w:noProof/>
          </w:rPr>
          <w:t>10</w:t>
        </w:r>
        <w:r>
          <w:rPr>
            <w:noProof/>
          </w:rPr>
          <w:fldChar w:fldCharType="end"/>
        </w:r>
      </w:p>
    </w:sdtContent>
  </w:sdt>
  <w:p w:rsidR="00D61B38" w:rsidRDefault="00D61B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32C" w:rsidRDefault="0092032C" w:rsidP="00AF7A3A">
      <w:pPr>
        <w:spacing w:after="0" w:line="240" w:lineRule="auto"/>
      </w:pPr>
      <w:r>
        <w:separator/>
      </w:r>
    </w:p>
  </w:footnote>
  <w:footnote w:type="continuationSeparator" w:id="0">
    <w:p w:rsidR="0092032C" w:rsidRDefault="0092032C" w:rsidP="00AF7A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7A84A37E"/>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64B12B2"/>
    <w:multiLevelType w:val="multilevel"/>
    <w:tmpl w:val="E05A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0A1398"/>
    <w:multiLevelType w:val="hybridMultilevel"/>
    <w:tmpl w:val="011E1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FC542E"/>
    <w:multiLevelType w:val="hybridMultilevel"/>
    <w:tmpl w:val="6EE6E8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15B86BA3"/>
    <w:multiLevelType w:val="hybridMultilevel"/>
    <w:tmpl w:val="254E9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317E3C"/>
    <w:multiLevelType w:val="multilevel"/>
    <w:tmpl w:val="2BA8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BD5D6C"/>
    <w:multiLevelType w:val="hybridMultilevel"/>
    <w:tmpl w:val="86501950"/>
    <w:lvl w:ilvl="0" w:tplc="04090001">
      <w:start w:val="1"/>
      <w:numFmt w:val="bullet"/>
      <w:lvlText w:val=""/>
      <w:lvlJc w:val="left"/>
      <w:pPr>
        <w:ind w:left="8340" w:hanging="360"/>
      </w:pPr>
      <w:rPr>
        <w:rFonts w:ascii="Symbol" w:hAnsi="Symbol" w:hint="default"/>
      </w:rPr>
    </w:lvl>
    <w:lvl w:ilvl="1" w:tplc="04090003" w:tentative="1">
      <w:start w:val="1"/>
      <w:numFmt w:val="bullet"/>
      <w:lvlText w:val="o"/>
      <w:lvlJc w:val="left"/>
      <w:pPr>
        <w:ind w:left="9060" w:hanging="360"/>
      </w:pPr>
      <w:rPr>
        <w:rFonts w:ascii="Courier New" w:hAnsi="Courier New" w:cs="Courier New" w:hint="default"/>
      </w:rPr>
    </w:lvl>
    <w:lvl w:ilvl="2" w:tplc="04090005" w:tentative="1">
      <w:start w:val="1"/>
      <w:numFmt w:val="bullet"/>
      <w:lvlText w:val=""/>
      <w:lvlJc w:val="left"/>
      <w:pPr>
        <w:ind w:left="9780" w:hanging="360"/>
      </w:pPr>
      <w:rPr>
        <w:rFonts w:ascii="Wingdings" w:hAnsi="Wingdings" w:hint="default"/>
      </w:rPr>
    </w:lvl>
    <w:lvl w:ilvl="3" w:tplc="04090001" w:tentative="1">
      <w:start w:val="1"/>
      <w:numFmt w:val="bullet"/>
      <w:lvlText w:val=""/>
      <w:lvlJc w:val="left"/>
      <w:pPr>
        <w:ind w:left="10500" w:hanging="360"/>
      </w:pPr>
      <w:rPr>
        <w:rFonts w:ascii="Symbol" w:hAnsi="Symbol" w:hint="default"/>
      </w:rPr>
    </w:lvl>
    <w:lvl w:ilvl="4" w:tplc="04090003" w:tentative="1">
      <w:start w:val="1"/>
      <w:numFmt w:val="bullet"/>
      <w:lvlText w:val="o"/>
      <w:lvlJc w:val="left"/>
      <w:pPr>
        <w:ind w:left="11220" w:hanging="360"/>
      </w:pPr>
      <w:rPr>
        <w:rFonts w:ascii="Courier New" w:hAnsi="Courier New" w:cs="Courier New" w:hint="default"/>
      </w:rPr>
    </w:lvl>
    <w:lvl w:ilvl="5" w:tplc="04090005" w:tentative="1">
      <w:start w:val="1"/>
      <w:numFmt w:val="bullet"/>
      <w:lvlText w:val=""/>
      <w:lvlJc w:val="left"/>
      <w:pPr>
        <w:ind w:left="11940" w:hanging="360"/>
      </w:pPr>
      <w:rPr>
        <w:rFonts w:ascii="Wingdings" w:hAnsi="Wingdings" w:hint="default"/>
      </w:rPr>
    </w:lvl>
    <w:lvl w:ilvl="6" w:tplc="04090001" w:tentative="1">
      <w:start w:val="1"/>
      <w:numFmt w:val="bullet"/>
      <w:lvlText w:val=""/>
      <w:lvlJc w:val="left"/>
      <w:pPr>
        <w:ind w:left="12660" w:hanging="360"/>
      </w:pPr>
      <w:rPr>
        <w:rFonts w:ascii="Symbol" w:hAnsi="Symbol" w:hint="default"/>
      </w:rPr>
    </w:lvl>
    <w:lvl w:ilvl="7" w:tplc="04090003" w:tentative="1">
      <w:start w:val="1"/>
      <w:numFmt w:val="bullet"/>
      <w:lvlText w:val="o"/>
      <w:lvlJc w:val="left"/>
      <w:pPr>
        <w:ind w:left="13380" w:hanging="360"/>
      </w:pPr>
      <w:rPr>
        <w:rFonts w:ascii="Courier New" w:hAnsi="Courier New" w:cs="Courier New" w:hint="default"/>
      </w:rPr>
    </w:lvl>
    <w:lvl w:ilvl="8" w:tplc="04090005" w:tentative="1">
      <w:start w:val="1"/>
      <w:numFmt w:val="bullet"/>
      <w:lvlText w:val=""/>
      <w:lvlJc w:val="left"/>
      <w:pPr>
        <w:ind w:left="14100" w:hanging="360"/>
      </w:pPr>
      <w:rPr>
        <w:rFonts w:ascii="Wingdings" w:hAnsi="Wingdings" w:hint="default"/>
      </w:rPr>
    </w:lvl>
  </w:abstractNum>
  <w:abstractNum w:abstractNumId="15">
    <w:nsid w:val="17EE4719"/>
    <w:multiLevelType w:val="hybridMultilevel"/>
    <w:tmpl w:val="8FEE1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A7549B"/>
    <w:multiLevelType w:val="hybridMultilevel"/>
    <w:tmpl w:val="08700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11EAF"/>
    <w:multiLevelType w:val="hybridMultilevel"/>
    <w:tmpl w:val="BF549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F9168E"/>
    <w:multiLevelType w:val="hybridMultilevel"/>
    <w:tmpl w:val="DD7A1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040A82"/>
    <w:multiLevelType w:val="hybridMultilevel"/>
    <w:tmpl w:val="7C4E5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334E11"/>
    <w:multiLevelType w:val="hybridMultilevel"/>
    <w:tmpl w:val="4E966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FD32BF"/>
    <w:multiLevelType w:val="hybridMultilevel"/>
    <w:tmpl w:val="29368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382983"/>
    <w:multiLevelType w:val="hybridMultilevel"/>
    <w:tmpl w:val="58C62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E11417"/>
    <w:multiLevelType w:val="hybridMultilevel"/>
    <w:tmpl w:val="DB5AC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8079EE"/>
    <w:multiLevelType w:val="hybridMultilevel"/>
    <w:tmpl w:val="DD08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1A561D"/>
    <w:multiLevelType w:val="hybridMultilevel"/>
    <w:tmpl w:val="E07CA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280A4F"/>
    <w:multiLevelType w:val="multilevel"/>
    <w:tmpl w:val="3D5A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911314"/>
    <w:multiLevelType w:val="hybridMultilevel"/>
    <w:tmpl w:val="508C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6F77CD"/>
    <w:multiLevelType w:val="hybridMultilevel"/>
    <w:tmpl w:val="9BDC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566CF1"/>
    <w:multiLevelType w:val="hybridMultilevel"/>
    <w:tmpl w:val="28A6B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F47C44"/>
    <w:multiLevelType w:val="hybridMultilevel"/>
    <w:tmpl w:val="1C0A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436806"/>
    <w:multiLevelType w:val="hybridMultilevel"/>
    <w:tmpl w:val="D046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531624"/>
    <w:multiLevelType w:val="multilevel"/>
    <w:tmpl w:val="09BE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25"/>
  </w:num>
  <w:num w:numId="12">
    <w:abstractNumId w:val="24"/>
  </w:num>
  <w:num w:numId="13">
    <w:abstractNumId w:val="27"/>
  </w:num>
  <w:num w:numId="14">
    <w:abstractNumId w:val="11"/>
  </w:num>
  <w:num w:numId="15">
    <w:abstractNumId w:val="29"/>
  </w:num>
  <w:num w:numId="16">
    <w:abstractNumId w:val="10"/>
  </w:num>
  <w:num w:numId="17">
    <w:abstractNumId w:val="28"/>
  </w:num>
  <w:num w:numId="18">
    <w:abstractNumId w:val="19"/>
  </w:num>
  <w:num w:numId="19">
    <w:abstractNumId w:val="16"/>
  </w:num>
  <w:num w:numId="20">
    <w:abstractNumId w:val="31"/>
  </w:num>
  <w:num w:numId="21">
    <w:abstractNumId w:val="22"/>
  </w:num>
  <w:num w:numId="22">
    <w:abstractNumId w:val="18"/>
  </w:num>
  <w:num w:numId="23">
    <w:abstractNumId w:val="30"/>
  </w:num>
  <w:num w:numId="24">
    <w:abstractNumId w:val="12"/>
  </w:num>
  <w:num w:numId="25">
    <w:abstractNumId w:val="13"/>
  </w:num>
  <w:num w:numId="26">
    <w:abstractNumId w:val="26"/>
  </w:num>
  <w:num w:numId="27">
    <w:abstractNumId w:val="9"/>
  </w:num>
  <w:num w:numId="28">
    <w:abstractNumId w:val="32"/>
  </w:num>
  <w:num w:numId="29">
    <w:abstractNumId w:val="15"/>
  </w:num>
  <w:num w:numId="30">
    <w:abstractNumId w:val="21"/>
  </w:num>
  <w:num w:numId="31">
    <w:abstractNumId w:val="23"/>
  </w:num>
  <w:num w:numId="32">
    <w:abstractNumId w:val="14"/>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B7EDE"/>
    <w:rsid w:val="000E0795"/>
    <w:rsid w:val="0015074B"/>
    <w:rsid w:val="00237B20"/>
    <w:rsid w:val="0029639D"/>
    <w:rsid w:val="002F1AAF"/>
    <w:rsid w:val="002F5A81"/>
    <w:rsid w:val="00326F90"/>
    <w:rsid w:val="00402745"/>
    <w:rsid w:val="00776052"/>
    <w:rsid w:val="007B0CD7"/>
    <w:rsid w:val="0092032C"/>
    <w:rsid w:val="00A13D4D"/>
    <w:rsid w:val="00AA1D8D"/>
    <w:rsid w:val="00AC6610"/>
    <w:rsid w:val="00AF7A3A"/>
    <w:rsid w:val="00B47730"/>
    <w:rsid w:val="00C70586"/>
    <w:rsid w:val="00CB0664"/>
    <w:rsid w:val="00CB2318"/>
    <w:rsid w:val="00D61B38"/>
    <w:rsid w:val="00DD2C7C"/>
    <w:rsid w:val="00DF599E"/>
    <w:rsid w:val="00EA5E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2F5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A81"/>
    <w:rPr>
      <w:rFonts w:ascii="Tahoma" w:eastAsia="Calibri" w:hAnsi="Tahoma" w:cs="Tahoma"/>
      <w:sz w:val="16"/>
      <w:szCs w:val="16"/>
    </w:rPr>
  </w:style>
  <w:style w:type="character" w:styleId="Hyperlink">
    <w:name w:val="Hyperlink"/>
    <w:basedOn w:val="DefaultParagraphFont"/>
    <w:uiPriority w:val="99"/>
    <w:unhideWhenUsed/>
    <w:rsid w:val="00DD2C7C"/>
    <w:rPr>
      <w:color w:val="0000FF" w:themeColor="hyperlink"/>
      <w:u w:val="single"/>
    </w:rPr>
  </w:style>
  <w:style w:type="character" w:customStyle="1" w:styleId="NoSpacingChar">
    <w:name w:val="No Spacing Char"/>
    <w:basedOn w:val="DefaultParagraphFont"/>
    <w:link w:val="NoSpacing"/>
    <w:uiPriority w:val="1"/>
    <w:rsid w:val="00CB23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2F5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A81"/>
    <w:rPr>
      <w:rFonts w:ascii="Tahoma" w:eastAsia="Calibri" w:hAnsi="Tahoma" w:cs="Tahoma"/>
      <w:sz w:val="16"/>
      <w:szCs w:val="16"/>
    </w:rPr>
  </w:style>
  <w:style w:type="character" w:styleId="Hyperlink">
    <w:name w:val="Hyperlink"/>
    <w:basedOn w:val="DefaultParagraphFont"/>
    <w:uiPriority w:val="99"/>
    <w:unhideWhenUsed/>
    <w:rsid w:val="00DD2C7C"/>
    <w:rPr>
      <w:color w:val="0000FF" w:themeColor="hyperlink"/>
      <w:u w:val="single"/>
    </w:rPr>
  </w:style>
  <w:style w:type="character" w:customStyle="1" w:styleId="NoSpacingChar">
    <w:name w:val="No Spacing Char"/>
    <w:basedOn w:val="DefaultParagraphFont"/>
    <w:link w:val="NoSpacing"/>
    <w:uiPriority w:val="1"/>
    <w:rsid w:val="00CB2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80597">
      <w:bodyDiv w:val="1"/>
      <w:marLeft w:val="0"/>
      <w:marRight w:val="0"/>
      <w:marTop w:val="0"/>
      <w:marBottom w:val="0"/>
      <w:divBdr>
        <w:top w:val="none" w:sz="0" w:space="0" w:color="auto"/>
        <w:left w:val="none" w:sz="0" w:space="0" w:color="auto"/>
        <w:bottom w:val="none" w:sz="0" w:space="0" w:color="auto"/>
        <w:right w:val="none" w:sz="0" w:space="0" w:color="auto"/>
      </w:divBdr>
    </w:div>
    <w:div w:id="214005999">
      <w:bodyDiv w:val="1"/>
      <w:marLeft w:val="0"/>
      <w:marRight w:val="0"/>
      <w:marTop w:val="0"/>
      <w:marBottom w:val="0"/>
      <w:divBdr>
        <w:top w:val="none" w:sz="0" w:space="0" w:color="auto"/>
        <w:left w:val="none" w:sz="0" w:space="0" w:color="auto"/>
        <w:bottom w:val="none" w:sz="0" w:space="0" w:color="auto"/>
        <w:right w:val="none" w:sz="0" w:space="0" w:color="auto"/>
      </w:divBdr>
    </w:div>
    <w:div w:id="245116560">
      <w:bodyDiv w:val="1"/>
      <w:marLeft w:val="0"/>
      <w:marRight w:val="0"/>
      <w:marTop w:val="0"/>
      <w:marBottom w:val="0"/>
      <w:divBdr>
        <w:top w:val="none" w:sz="0" w:space="0" w:color="auto"/>
        <w:left w:val="none" w:sz="0" w:space="0" w:color="auto"/>
        <w:bottom w:val="none" w:sz="0" w:space="0" w:color="auto"/>
        <w:right w:val="none" w:sz="0" w:space="0" w:color="auto"/>
      </w:divBdr>
    </w:div>
    <w:div w:id="312026160">
      <w:bodyDiv w:val="1"/>
      <w:marLeft w:val="0"/>
      <w:marRight w:val="0"/>
      <w:marTop w:val="0"/>
      <w:marBottom w:val="0"/>
      <w:divBdr>
        <w:top w:val="none" w:sz="0" w:space="0" w:color="auto"/>
        <w:left w:val="none" w:sz="0" w:space="0" w:color="auto"/>
        <w:bottom w:val="none" w:sz="0" w:space="0" w:color="auto"/>
        <w:right w:val="none" w:sz="0" w:space="0" w:color="auto"/>
      </w:divBdr>
    </w:div>
    <w:div w:id="637304416">
      <w:bodyDiv w:val="1"/>
      <w:marLeft w:val="0"/>
      <w:marRight w:val="0"/>
      <w:marTop w:val="0"/>
      <w:marBottom w:val="0"/>
      <w:divBdr>
        <w:top w:val="none" w:sz="0" w:space="0" w:color="auto"/>
        <w:left w:val="none" w:sz="0" w:space="0" w:color="auto"/>
        <w:bottom w:val="none" w:sz="0" w:space="0" w:color="auto"/>
        <w:right w:val="none" w:sz="0" w:space="0" w:color="auto"/>
      </w:divBdr>
    </w:div>
    <w:div w:id="677653424">
      <w:bodyDiv w:val="1"/>
      <w:marLeft w:val="0"/>
      <w:marRight w:val="0"/>
      <w:marTop w:val="0"/>
      <w:marBottom w:val="0"/>
      <w:divBdr>
        <w:top w:val="none" w:sz="0" w:space="0" w:color="auto"/>
        <w:left w:val="none" w:sz="0" w:space="0" w:color="auto"/>
        <w:bottom w:val="none" w:sz="0" w:space="0" w:color="auto"/>
        <w:right w:val="none" w:sz="0" w:space="0" w:color="auto"/>
      </w:divBdr>
    </w:div>
    <w:div w:id="878663955">
      <w:bodyDiv w:val="1"/>
      <w:marLeft w:val="0"/>
      <w:marRight w:val="0"/>
      <w:marTop w:val="0"/>
      <w:marBottom w:val="0"/>
      <w:divBdr>
        <w:top w:val="none" w:sz="0" w:space="0" w:color="auto"/>
        <w:left w:val="none" w:sz="0" w:space="0" w:color="auto"/>
        <w:bottom w:val="none" w:sz="0" w:space="0" w:color="auto"/>
        <w:right w:val="none" w:sz="0" w:space="0" w:color="auto"/>
      </w:divBdr>
    </w:div>
    <w:div w:id="1203329065">
      <w:bodyDiv w:val="1"/>
      <w:marLeft w:val="0"/>
      <w:marRight w:val="0"/>
      <w:marTop w:val="0"/>
      <w:marBottom w:val="0"/>
      <w:divBdr>
        <w:top w:val="none" w:sz="0" w:space="0" w:color="auto"/>
        <w:left w:val="none" w:sz="0" w:space="0" w:color="auto"/>
        <w:bottom w:val="none" w:sz="0" w:space="0" w:color="auto"/>
        <w:right w:val="none" w:sz="0" w:space="0" w:color="auto"/>
      </w:divBdr>
    </w:div>
    <w:div w:id="1243683183">
      <w:bodyDiv w:val="1"/>
      <w:marLeft w:val="0"/>
      <w:marRight w:val="0"/>
      <w:marTop w:val="0"/>
      <w:marBottom w:val="0"/>
      <w:divBdr>
        <w:top w:val="none" w:sz="0" w:space="0" w:color="auto"/>
        <w:left w:val="none" w:sz="0" w:space="0" w:color="auto"/>
        <w:bottom w:val="none" w:sz="0" w:space="0" w:color="auto"/>
        <w:right w:val="none" w:sz="0" w:space="0" w:color="auto"/>
      </w:divBdr>
    </w:div>
    <w:div w:id="1292514722">
      <w:bodyDiv w:val="1"/>
      <w:marLeft w:val="0"/>
      <w:marRight w:val="0"/>
      <w:marTop w:val="0"/>
      <w:marBottom w:val="0"/>
      <w:divBdr>
        <w:top w:val="none" w:sz="0" w:space="0" w:color="auto"/>
        <w:left w:val="none" w:sz="0" w:space="0" w:color="auto"/>
        <w:bottom w:val="none" w:sz="0" w:space="0" w:color="auto"/>
        <w:right w:val="none" w:sz="0" w:space="0" w:color="auto"/>
      </w:divBdr>
    </w:div>
    <w:div w:id="1600599114">
      <w:bodyDiv w:val="1"/>
      <w:marLeft w:val="0"/>
      <w:marRight w:val="0"/>
      <w:marTop w:val="0"/>
      <w:marBottom w:val="0"/>
      <w:divBdr>
        <w:top w:val="none" w:sz="0" w:space="0" w:color="auto"/>
        <w:left w:val="none" w:sz="0" w:space="0" w:color="auto"/>
        <w:bottom w:val="none" w:sz="0" w:space="0" w:color="auto"/>
        <w:right w:val="none" w:sz="0" w:space="0" w:color="auto"/>
      </w:divBdr>
    </w:div>
    <w:div w:id="1723207993">
      <w:bodyDiv w:val="1"/>
      <w:marLeft w:val="0"/>
      <w:marRight w:val="0"/>
      <w:marTop w:val="0"/>
      <w:marBottom w:val="0"/>
      <w:divBdr>
        <w:top w:val="none" w:sz="0" w:space="0" w:color="auto"/>
        <w:left w:val="none" w:sz="0" w:space="0" w:color="auto"/>
        <w:bottom w:val="none" w:sz="0" w:space="0" w:color="auto"/>
        <w:right w:val="none" w:sz="0" w:space="0" w:color="auto"/>
      </w:divBdr>
    </w:div>
    <w:div w:id="2080209382">
      <w:bodyDiv w:val="1"/>
      <w:marLeft w:val="0"/>
      <w:marRight w:val="0"/>
      <w:marTop w:val="0"/>
      <w:marBottom w:val="0"/>
      <w:divBdr>
        <w:top w:val="none" w:sz="0" w:space="0" w:color="auto"/>
        <w:left w:val="none" w:sz="0" w:space="0" w:color="auto"/>
        <w:bottom w:val="none" w:sz="0" w:space="0" w:color="auto"/>
        <w:right w:val="none" w:sz="0" w:space="0" w:color="auto"/>
      </w:divBdr>
    </w:div>
    <w:div w:id="21334804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england.nhs.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aching-vacancies.service.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ED257-A830-4D2A-ADC7-0C5DDFEC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kiranshahzad</cp:lastModifiedBy>
  <cp:revision>2</cp:revision>
  <dcterms:created xsi:type="dcterms:W3CDTF">2026-07-15T03:11:00Z</dcterms:created>
  <dcterms:modified xsi:type="dcterms:W3CDTF">2026-07-15T03:11:00Z</dcterms:modified>
</cp:coreProperties>
</file>