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png" ContentType="image/png"/>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p xmlns:wp14="http://schemas.microsoft.com/office/word/2010/wordml" w:rsidP="001D2AB7" w14:paraId="68C6A2B9" wp14:textId="7DBE9F8E">
      <w:pPr>
        <w:jc w:val="center"/>
        <w:rPr>
          <w:b w:val="1"/>
          <w:bCs w:val="1"/>
          <w:sz w:val="30"/>
          <w:szCs w:val="30"/>
        </w:rPr>
      </w:pPr>
    </w:p>
    <w:p xmlns:wp14="http://schemas.microsoft.com/office/word/2010/wordml" w:rsidP="001D2AB7" w14:paraId="0BA6E228" wp14:textId="67038B0F">
      <w:pPr>
        <w:jc w:val="center"/>
        <w:rPr>
          <w:b w:val="1"/>
          <w:bCs w:val="1"/>
          <w:sz w:val="30"/>
          <w:szCs w:val="30"/>
        </w:rPr>
      </w:pPr>
    </w:p>
    <w:p xmlns:wp14="http://schemas.microsoft.com/office/word/2010/wordml" w:rsidP="001D2AB7" w14:paraId="6B78CFC1" wp14:textId="4D1FF695">
      <w:pPr>
        <w:ind w:left="1440"/>
        <w:jc w:val="left"/>
        <w:rPr>
          <w:b w:val="1"/>
          <w:bCs w:val="1"/>
          <w:sz w:val="30"/>
          <w:szCs w:val="30"/>
        </w:rPr>
      </w:pPr>
    </w:p>
    <w:p xmlns:wp14="http://schemas.microsoft.com/office/word/2010/wordml" w:rsidP="001D2AB7" w14:paraId="07F8405B" wp14:textId="09BFE596">
      <w:pPr>
        <w:ind w:left="1440"/>
        <w:jc w:val="left"/>
        <w:rPr>
          <w:b w:val="1"/>
          <w:bCs w:val="1"/>
          <w:sz w:val="30"/>
          <w:szCs w:val="30"/>
        </w:rPr>
      </w:pPr>
    </w:p>
    <w:p xmlns:wp14="http://schemas.microsoft.com/office/word/2010/wordml" w:rsidP="001D2AB7" w14:paraId="0558900A" wp14:textId="1113BFCA">
      <w:pPr>
        <w:ind w:left="1440"/>
        <w:jc w:val="left"/>
        <w:rPr>
          <w:b w:val="1"/>
          <w:bCs w:val="1"/>
          <w:sz w:val="30"/>
          <w:szCs w:val="30"/>
        </w:rPr>
      </w:pPr>
    </w:p>
    <w:p xmlns:wp14="http://schemas.microsoft.com/office/word/2010/wordml" w:rsidP="001D2AB7" w14:paraId="555B3676" wp14:textId="761AE7D4">
      <w:pPr>
        <w:ind w:left="1440"/>
        <w:jc w:val="left"/>
        <w:rPr>
          <w:b w:val="1"/>
          <w:bCs w:val="1"/>
          <w:sz w:val="30"/>
          <w:szCs w:val="30"/>
        </w:rPr>
      </w:pPr>
    </w:p>
    <w:p xmlns:wp14="http://schemas.microsoft.com/office/word/2010/wordml" w:rsidP="001D2AB7" w14:paraId="48FC5840" wp14:textId="12685319">
      <w:pPr>
        <w:ind w:left="1440"/>
        <w:jc w:val="left"/>
        <w:rPr>
          <w:b w:val="1"/>
          <w:bCs w:val="1"/>
          <w:sz w:val="30"/>
          <w:szCs w:val="30"/>
        </w:rPr>
      </w:pPr>
    </w:p>
    <w:p xmlns:wp14="http://schemas.microsoft.com/office/word/2010/wordml" w:rsidP="001D2AB7" w14:paraId="75256ECF" wp14:textId="0B7C4A7C">
      <w:pPr>
        <w:ind w:left="1440"/>
        <w:jc w:val="left"/>
        <w:rPr>
          <w:b w:val="1"/>
          <w:bCs w:val="1"/>
          <w:sz w:val="30"/>
          <w:szCs w:val="30"/>
        </w:rPr>
      </w:pPr>
    </w:p>
    <w:p xmlns:wp14="http://schemas.microsoft.com/office/word/2010/wordml" w:rsidP="001D2AB7" w14:paraId="58675F91" wp14:textId="107AC5C3">
      <w:pPr>
        <w:ind w:left="1440"/>
        <w:jc w:val="left"/>
        <w:rPr>
          <w:b w:val="1"/>
          <w:bCs w:val="1"/>
          <w:sz w:val="30"/>
          <w:szCs w:val="30"/>
        </w:rPr>
      </w:pPr>
    </w:p>
    <w:p xmlns:wp14="http://schemas.microsoft.com/office/word/2010/wordml" w:rsidP="001D2AB7" w14:paraId="63057C18" wp14:textId="2661D678">
      <w:pPr>
        <w:ind w:left="1440"/>
        <w:jc w:val="left"/>
        <w:rPr>
          <w:b w:val="1"/>
          <w:bCs w:val="1"/>
          <w:sz w:val="30"/>
          <w:szCs w:val="30"/>
        </w:rPr>
      </w:pPr>
    </w:p>
    <w:p xmlns:wp14="http://schemas.microsoft.com/office/word/2010/wordml" w:rsidP="001D2AB7" w14:paraId="4F3EC516" wp14:textId="0C40ADDF">
      <w:pPr>
        <w:ind w:left="1440"/>
        <w:jc w:val="left"/>
        <w:rPr>
          <w:b w:val="1"/>
          <w:bCs w:val="1"/>
          <w:sz w:val="30"/>
          <w:szCs w:val="30"/>
        </w:rPr>
      </w:pPr>
    </w:p>
    <w:p xmlns:wp14="http://schemas.microsoft.com/office/word/2010/wordml" w:rsidP="001D2AB7" w14:paraId="43C5D2E7" wp14:textId="5C8BC490">
      <w:pPr>
        <w:ind w:left="1440"/>
        <w:jc w:val="left"/>
        <w:rPr>
          <w:b w:val="1"/>
          <w:bCs w:val="1"/>
          <w:sz w:val="30"/>
          <w:szCs w:val="30"/>
        </w:rPr>
      </w:pPr>
    </w:p>
    <w:p xmlns:wp14="http://schemas.microsoft.com/office/word/2010/wordml" w:rsidP="001D2AB7" w14:paraId="2D1316FE" wp14:textId="560EFF1B">
      <w:pPr>
        <w:pStyle w:val="Normal"/>
        <w:ind w:left="1440"/>
        <w:jc w:val="left"/>
        <w:rPr>
          <w:rFonts w:ascii="Arial" w:hAnsi="Arial" w:eastAsia="Arial" w:cs="Arial"/>
          <w:noProof w:val="0"/>
          <w:sz w:val="30"/>
          <w:szCs w:val="30"/>
          <w:lang w:val="en-US"/>
        </w:rPr>
      </w:pPr>
      <w:r w:rsidRPr="001D2AB7" w:rsidR="28CB1AF4">
        <w:rPr>
          <w:rFonts w:ascii="Arial" w:hAnsi="Arial" w:eastAsia="Arial" w:cs="Arial"/>
          <w:noProof w:val="0"/>
          <w:sz w:val="30"/>
          <w:szCs w:val="30"/>
          <w:lang w:val="en-US"/>
        </w:rPr>
        <w:t xml:space="preserve">Student Name: Gabriela Florentina Niculae </w:t>
      </w:r>
    </w:p>
    <w:p xmlns:wp14="http://schemas.microsoft.com/office/word/2010/wordml" w:rsidP="001D2AB7" w14:paraId="562AB6A7" wp14:textId="1B7E2D86">
      <w:pPr>
        <w:pStyle w:val="Normal"/>
        <w:ind w:left="1440"/>
        <w:jc w:val="left"/>
        <w:rPr>
          <w:rFonts w:ascii="Arial" w:hAnsi="Arial" w:eastAsia="Arial" w:cs="Arial"/>
          <w:noProof w:val="0"/>
          <w:sz w:val="30"/>
          <w:szCs w:val="30"/>
          <w:lang w:val="en-US"/>
        </w:rPr>
      </w:pPr>
      <w:r w:rsidRPr="001D2AB7" w:rsidR="28CB1AF4">
        <w:rPr>
          <w:rFonts w:ascii="Arial" w:hAnsi="Arial" w:eastAsia="Arial" w:cs="Arial"/>
          <w:noProof w:val="0"/>
          <w:sz w:val="30"/>
          <w:szCs w:val="30"/>
          <w:lang w:val="en-US"/>
        </w:rPr>
        <w:t>Student ID: 2525169</w:t>
      </w:r>
    </w:p>
    <w:p xmlns:wp14="http://schemas.microsoft.com/office/word/2010/wordml" w:rsidP="001D2AB7" w14:paraId="4898DF81" wp14:textId="10C0DF70">
      <w:pPr>
        <w:pStyle w:val="Normal"/>
        <w:ind w:left="1440"/>
        <w:jc w:val="left"/>
        <w:rPr>
          <w:rFonts w:ascii="Arial" w:hAnsi="Arial" w:eastAsia="Arial" w:cs="Arial"/>
          <w:noProof w:val="0"/>
          <w:sz w:val="30"/>
          <w:szCs w:val="30"/>
          <w:lang w:val="en-US"/>
        </w:rPr>
      </w:pPr>
      <w:r w:rsidRPr="001D2AB7" w:rsidR="28CB1AF4">
        <w:rPr>
          <w:rFonts w:ascii="Arial" w:hAnsi="Arial" w:eastAsia="Arial" w:cs="Arial"/>
          <w:noProof w:val="0"/>
          <w:sz w:val="30"/>
          <w:szCs w:val="30"/>
          <w:lang w:val="en-US"/>
        </w:rPr>
        <w:t xml:space="preserve">Programme: CertHE Business Skills for the Workplace </w:t>
      </w:r>
    </w:p>
    <w:p xmlns:wp14="http://schemas.microsoft.com/office/word/2010/wordml" w:rsidP="001D2AB7" w14:paraId="6AC0CCAB" wp14:textId="72246F45">
      <w:pPr>
        <w:pStyle w:val="Normal"/>
        <w:ind w:left="1440"/>
        <w:jc w:val="left"/>
        <w:rPr>
          <w:rFonts w:ascii="Arial" w:hAnsi="Arial" w:eastAsia="Arial" w:cs="Arial"/>
          <w:noProof w:val="0"/>
          <w:sz w:val="30"/>
          <w:szCs w:val="30"/>
          <w:lang w:val="en-US"/>
        </w:rPr>
      </w:pPr>
      <w:r w:rsidRPr="001D2AB7" w:rsidR="28CB1AF4">
        <w:rPr>
          <w:rFonts w:ascii="Arial" w:hAnsi="Arial" w:eastAsia="Arial" w:cs="Arial"/>
          <w:noProof w:val="0"/>
          <w:sz w:val="30"/>
          <w:szCs w:val="30"/>
          <w:lang w:val="en-US"/>
        </w:rPr>
        <w:t xml:space="preserve">Module: Employability and Career Development </w:t>
      </w:r>
    </w:p>
    <w:p xmlns:wp14="http://schemas.microsoft.com/office/word/2010/wordml" w:rsidP="001D2AB7" w14:paraId="3B0FB454" wp14:textId="29930E8B">
      <w:pPr>
        <w:pStyle w:val="Normal"/>
        <w:ind w:left="1440"/>
        <w:jc w:val="left"/>
      </w:pPr>
      <w:r w:rsidRPr="001D2AB7" w:rsidR="28CB1AF4">
        <w:rPr>
          <w:rFonts w:ascii="Arial" w:hAnsi="Arial" w:eastAsia="Arial" w:cs="Arial"/>
          <w:noProof w:val="0"/>
          <w:sz w:val="30"/>
          <w:szCs w:val="30"/>
          <w:lang w:val="en-US"/>
        </w:rPr>
        <w:t xml:space="preserve">Module Code: LCLM4005 </w:t>
      </w:r>
    </w:p>
    <w:p xmlns:wp14="http://schemas.microsoft.com/office/word/2010/wordml" w:rsidP="001D2AB7" w14:paraId="558F9A25" wp14:textId="7DCA2638">
      <w:pPr>
        <w:pStyle w:val="Normal"/>
        <w:ind w:left="1440"/>
        <w:jc w:val="left"/>
        <w:rPr>
          <w:rFonts w:ascii="Arial" w:hAnsi="Arial" w:eastAsia="Arial" w:cs="Arial"/>
          <w:noProof w:val="0"/>
          <w:sz w:val="30"/>
          <w:szCs w:val="30"/>
          <w:lang w:val="en-US"/>
        </w:rPr>
      </w:pPr>
      <w:r w:rsidRPr="001D2AB7" w:rsidR="28CB1AF4">
        <w:rPr>
          <w:rFonts w:ascii="Arial" w:hAnsi="Arial" w:eastAsia="Arial" w:cs="Arial"/>
          <w:noProof w:val="0"/>
          <w:sz w:val="30"/>
          <w:szCs w:val="30"/>
          <w:lang w:val="en-US"/>
        </w:rPr>
        <w:t>Assessment: Mock Interview</w:t>
      </w:r>
    </w:p>
    <w:p xmlns:wp14="http://schemas.microsoft.com/office/word/2010/wordml" w:rsidP="001D2AB7" w14:paraId="32ECE59F" wp14:textId="00E6790F">
      <w:pPr>
        <w:jc w:val="center"/>
        <w:rPr>
          <w:b w:val="1"/>
          <w:bCs w:val="1"/>
          <w:sz w:val="30"/>
          <w:szCs w:val="30"/>
        </w:rPr>
      </w:pPr>
    </w:p>
    <w:p xmlns:wp14="http://schemas.microsoft.com/office/word/2010/wordml" w:rsidP="001D2AB7" w14:paraId="54855C64" wp14:textId="61EB49BD">
      <w:pPr>
        <w:jc w:val="center"/>
        <w:rPr>
          <w:b w:val="1"/>
          <w:bCs w:val="1"/>
          <w:sz w:val="30"/>
          <w:szCs w:val="30"/>
        </w:rPr>
      </w:pPr>
    </w:p>
    <w:p xmlns:wp14="http://schemas.microsoft.com/office/word/2010/wordml" w:rsidP="001D2AB7" w14:paraId="3FF39061" wp14:textId="1B685FB5">
      <w:pPr>
        <w:jc w:val="center"/>
        <w:rPr>
          <w:b w:val="1"/>
          <w:bCs w:val="1"/>
          <w:sz w:val="30"/>
          <w:szCs w:val="30"/>
        </w:rPr>
      </w:pPr>
    </w:p>
    <w:p xmlns:wp14="http://schemas.microsoft.com/office/word/2010/wordml" w:rsidP="001D2AB7" w14:paraId="7E68013A" wp14:textId="5C40B38C">
      <w:pPr>
        <w:jc w:val="center"/>
        <w:rPr>
          <w:b w:val="1"/>
          <w:bCs w:val="1"/>
          <w:sz w:val="30"/>
          <w:szCs w:val="30"/>
        </w:rPr>
      </w:pPr>
    </w:p>
    <w:p xmlns:wp14="http://schemas.microsoft.com/office/word/2010/wordml" w:rsidP="001D2AB7" w14:paraId="35E280B8" wp14:textId="38B60196">
      <w:pPr>
        <w:jc w:val="center"/>
        <w:rPr>
          <w:b w:val="1"/>
          <w:bCs w:val="1"/>
          <w:sz w:val="30"/>
          <w:szCs w:val="30"/>
        </w:rPr>
      </w:pPr>
    </w:p>
    <w:p xmlns:wp14="http://schemas.microsoft.com/office/word/2010/wordml" w:rsidP="001D2AB7" w14:paraId="3C13E315" wp14:textId="3827E698">
      <w:pPr>
        <w:jc w:val="center"/>
        <w:rPr>
          <w:b w:val="1"/>
          <w:bCs w:val="1"/>
          <w:sz w:val="30"/>
          <w:szCs w:val="30"/>
        </w:rPr>
      </w:pPr>
    </w:p>
    <w:p xmlns:wp14="http://schemas.microsoft.com/office/word/2010/wordml" w:rsidP="001D2AB7" w14:paraId="68125283" wp14:textId="1E08F06C">
      <w:pPr>
        <w:jc w:val="center"/>
        <w:rPr>
          <w:b w:val="1"/>
          <w:bCs w:val="1"/>
          <w:sz w:val="30"/>
          <w:szCs w:val="30"/>
        </w:rPr>
      </w:pPr>
    </w:p>
    <w:p xmlns:wp14="http://schemas.microsoft.com/office/word/2010/wordml" w:rsidP="001D2AB7" w14:paraId="473F4688" wp14:textId="4069C05F">
      <w:pPr>
        <w:jc w:val="center"/>
        <w:rPr>
          <w:b w:val="1"/>
          <w:bCs w:val="1"/>
          <w:sz w:val="30"/>
          <w:szCs w:val="30"/>
        </w:rPr>
      </w:pPr>
    </w:p>
    <w:p xmlns:wp14="http://schemas.microsoft.com/office/word/2010/wordml" w:rsidP="001D2AB7" w14:paraId="40C1E557" wp14:textId="10B6586F">
      <w:pPr>
        <w:jc w:val="center"/>
        <w:rPr>
          <w:b w:val="1"/>
          <w:bCs w:val="1"/>
          <w:sz w:val="30"/>
          <w:szCs w:val="30"/>
        </w:rPr>
      </w:pPr>
    </w:p>
    <w:p xmlns:wp14="http://schemas.microsoft.com/office/word/2010/wordml" w:rsidP="001D2AB7" w14:paraId="2896783A" wp14:textId="3EC179D3">
      <w:pPr>
        <w:jc w:val="center"/>
        <w:rPr>
          <w:b w:val="1"/>
          <w:bCs w:val="1"/>
          <w:sz w:val="30"/>
          <w:szCs w:val="30"/>
        </w:rPr>
      </w:pPr>
    </w:p>
    <w:p xmlns:wp14="http://schemas.microsoft.com/office/word/2010/wordml" w:rsidP="001D2AB7" w14:paraId="0167ABA4" wp14:textId="418FF13E">
      <w:pPr>
        <w:jc w:val="center"/>
        <w:rPr>
          <w:b w:val="1"/>
          <w:bCs w:val="1"/>
          <w:sz w:val="30"/>
          <w:szCs w:val="30"/>
        </w:rPr>
      </w:pPr>
    </w:p>
    <w:p xmlns:wp14="http://schemas.microsoft.com/office/word/2010/wordml" w:rsidP="001D2AB7" w14:paraId="78848BBE" wp14:textId="54802A3C">
      <w:pPr>
        <w:jc w:val="center"/>
        <w:rPr>
          <w:b w:val="1"/>
          <w:bCs w:val="1"/>
          <w:sz w:val="30"/>
          <w:szCs w:val="30"/>
        </w:rPr>
      </w:pPr>
    </w:p>
    <w:p xmlns:wp14="http://schemas.microsoft.com/office/word/2010/wordml" w:rsidP="001D2AB7" w14:paraId="2BBC52E7" wp14:textId="2F8C0487">
      <w:pPr>
        <w:jc w:val="center"/>
        <w:rPr>
          <w:b w:val="1"/>
          <w:bCs w:val="1"/>
          <w:sz w:val="30"/>
          <w:szCs w:val="30"/>
        </w:rPr>
      </w:pPr>
    </w:p>
    <w:p xmlns:wp14="http://schemas.microsoft.com/office/word/2010/wordml" w:rsidP="001D2AB7" w14:paraId="1C77CF1D" wp14:textId="6CB19866">
      <w:pPr>
        <w:jc w:val="center"/>
        <w:rPr>
          <w:b w:val="1"/>
          <w:bCs w:val="1"/>
          <w:sz w:val="30"/>
          <w:szCs w:val="30"/>
        </w:rPr>
      </w:pPr>
    </w:p>
    <w:p w:rsidR="4CC8E8C5" w:rsidP="4CC8E8C5" w:rsidRDefault="4CC8E8C5" w14:paraId="4205B040" w14:textId="6B5D1D7E">
      <w:pPr>
        <w:pStyle w:val="Normal"/>
        <w:jc w:val="center"/>
        <w:rPr>
          <w:b w:val="1"/>
          <w:bCs w:val="1"/>
          <w:sz w:val="30"/>
          <w:szCs w:val="30"/>
        </w:rPr>
      </w:pPr>
    </w:p>
    <w:p xmlns:wp14="http://schemas.microsoft.com/office/word/2010/wordml" w:rsidP="001D2AB7" w14:paraId="6D2755C3" wp14:textId="15079333">
      <w:pPr>
        <w:pStyle w:val="Normal"/>
        <w:jc w:val="center"/>
      </w:pPr>
      <w:r w:rsidRPr="001D2AB7" w:rsidR="001D2AB7">
        <w:rPr>
          <w:b w:val="1"/>
          <w:bCs w:val="1"/>
          <w:sz w:val="30"/>
          <w:szCs w:val="30"/>
        </w:rPr>
        <w:t>Gabriela Florentina Niculae</w:t>
      </w:r>
    </w:p>
    <w:p xmlns:wp14="http://schemas.microsoft.com/office/word/2010/wordml" w14:paraId="73125E45" wp14:textId="77777777">
      <w:pPr>
        <w:jc w:val="center"/>
      </w:pPr>
      <w:r>
        <w:t>Nottingham, UK</w:t>
      </w:r>
    </w:p>
    <w:p xmlns:wp14="http://schemas.microsoft.com/office/word/2010/wordml" w14:paraId="41F4B356" wp14:textId="00D8249F">
      <w:pPr>
        <w:jc w:val="center"/>
      </w:pPr>
      <w:r w:rsidR="71EFC8F0">
        <w:rPr/>
        <w:t>+44</w:t>
      </w:r>
      <w:r w:rsidR="001D2AB7">
        <w:rPr/>
        <w:t xml:space="preserve">7760 </w:t>
      </w:r>
      <w:r w:rsidR="001D2AB7">
        <w:rPr/>
        <w:t>915132  |</w:t>
      </w:r>
      <w:r w:rsidR="001D2AB7">
        <w:rPr/>
        <w:t xml:space="preserve">  </w:t>
      </w:r>
      <w:hyperlink r:id="Rccf52f28cdc64a0f">
        <w:r w:rsidRPr="001D2AB7" w:rsidR="001D2AB7">
          <w:rPr>
            <w:rStyle w:val="Hyperlink"/>
          </w:rPr>
          <w:t>gabrielle.gabrielle97@gmail.com</w:t>
        </w:r>
      </w:hyperlink>
    </w:p>
    <w:p w:rsidR="001D2AB7" w:rsidP="001D2AB7" w:rsidRDefault="001D2AB7" w14:paraId="18B7BB43" w14:textId="28FA8B7E">
      <w:pPr>
        <w:jc w:val="center"/>
      </w:pPr>
    </w:p>
    <w:p xmlns:wp14="http://schemas.microsoft.com/office/word/2010/wordml" w14:paraId="766A5392" wp14:textId="77777777">
      <w:pPr>
        <w:pStyle w:val="CVHeading"/>
      </w:pPr>
      <w:r>
        <w:t>PROFILE</w:t>
      </w:r>
    </w:p>
    <w:p xmlns:wp14="http://schemas.microsoft.com/office/word/2010/wordml" w14:paraId="38D68490" wp14:textId="77777777">
      <w:r w:rsidR="001D2AB7">
        <w:rPr/>
        <w:t>I am a reliable, self-motivated and hardworking individual with a positive, approachable personality and over three years of practical experience providing independent hairstyling services. I take responsibility for completing work to a high standard, communicate effectively with clients, organise appointments and continue developing my professional skills through specialist training.</w:t>
      </w:r>
    </w:p>
    <w:p w:rsidR="001D2AB7" w:rsidRDefault="001D2AB7" w14:paraId="2B29AED4" w14:textId="004FE0E3"/>
    <w:p xmlns:wp14="http://schemas.microsoft.com/office/word/2010/wordml" w14:paraId="59BE1A0C" wp14:textId="77777777">
      <w:pPr>
        <w:pStyle w:val="CVHeading"/>
      </w:pPr>
      <w:r>
        <w:t>KEY SKILLS</w:t>
      </w:r>
    </w:p>
    <w:p xmlns:wp14="http://schemas.microsoft.com/office/word/2010/wordml" w14:paraId="78B24353" wp14:textId="77777777">
      <w:pPr>
        <w:ind w:left="187" w:hanging="187"/>
      </w:pPr>
      <w:r>
        <w:t>•  Hair services: colouring, cutting, basic styling and hair extensions (nano rings, micro rings, tape-in, keratin bonds and weft).</w:t>
      </w:r>
    </w:p>
    <w:p xmlns:wp14="http://schemas.microsoft.com/office/word/2010/wordml" w14:paraId="2A8BF259" wp14:textId="77777777">
      <w:pPr>
        <w:ind w:left="187" w:hanging="187"/>
      </w:pPr>
      <w:r>
        <w:t>•  Communication and active listening: confident communicating with people from different backgrounds and responding effectively to instructions.</w:t>
      </w:r>
    </w:p>
    <w:p xmlns:wp14="http://schemas.microsoft.com/office/word/2010/wordml" w14:paraId="181264FB" wp14:textId="77777777">
      <w:pPr>
        <w:ind w:left="187" w:hanging="187"/>
      </w:pPr>
      <w:r>
        <w:t>•  Time management and organisation: strong punctuality, planning and ability to complete work within required timescales.</w:t>
      </w:r>
    </w:p>
    <w:p xmlns:wp14="http://schemas.microsoft.com/office/word/2010/wordml" w14:paraId="56AEB31C" wp14:textId="77777777">
      <w:pPr>
        <w:ind w:left="187" w:hanging="187"/>
      </w:pPr>
      <w:r>
        <w:t>•  Problem-solving, initiative and teamwork: proactive approach to tasks, taking responsibility and supporting colleagues.</w:t>
      </w:r>
    </w:p>
    <w:p xmlns:wp14="http://schemas.microsoft.com/office/word/2010/wordml" w14:paraId="127B6E6D" wp14:textId="77777777">
      <w:pPr>
        <w:ind w:left="187" w:hanging="187"/>
      </w:pPr>
      <w:r w:rsidR="001D2AB7">
        <w:rPr/>
        <w:t>•  Microsoft Office: confident using Word, Excel and PowerPoint.</w:t>
      </w:r>
    </w:p>
    <w:p w:rsidR="001D2AB7" w:rsidP="001D2AB7" w:rsidRDefault="001D2AB7" w14:paraId="57013012" w14:textId="0B2B1F69">
      <w:pPr>
        <w:ind w:left="187" w:hanging="187"/>
      </w:pPr>
    </w:p>
    <w:p xmlns:wp14="http://schemas.microsoft.com/office/word/2010/wordml" w14:paraId="74D97871" wp14:textId="77777777">
      <w:pPr>
        <w:pStyle w:val="CVHeading"/>
      </w:pPr>
      <w:r>
        <w:t>WORK EXPERIENCE</w:t>
      </w:r>
    </w:p>
    <w:p xmlns:wp14="http://schemas.microsoft.com/office/word/2010/wordml" w14:paraId="65B0251E" wp14:textId="77777777">
      <w:pPr>
        <w:pStyle w:val="CVJob"/>
      </w:pPr>
      <w:r>
        <w:t>Self-Employed Hairstylist | Home-Based, Nottingham                                      2023 – Present</w:t>
      </w:r>
    </w:p>
    <w:p xmlns:wp14="http://schemas.microsoft.com/office/word/2010/wordml" w14:paraId="2BBCDB2E" wp14:textId="77777777">
      <w:pPr>
        <w:ind w:left="187" w:hanging="187"/>
      </w:pPr>
      <w:r>
        <w:t>•  Provide hair colouring, cutting, basic styling and hair extensions, including nano rings, micro rings, tape-in, keratin bonds and weft techniques.</w:t>
      </w:r>
    </w:p>
    <w:p xmlns:wp14="http://schemas.microsoft.com/office/word/2010/wordml" w14:paraId="154EE596" wp14:textId="77777777">
      <w:pPr>
        <w:ind w:left="187" w:hanging="187"/>
      </w:pPr>
      <w:r>
        <w:t>•  Communicate directly with clients, organise appointments independently and manage services with attention to detail and timekeeping.</w:t>
      </w:r>
    </w:p>
    <w:p xmlns:wp14="http://schemas.microsoft.com/office/word/2010/wordml" w14:paraId="01A71849" wp14:textId="720CE317">
      <w:pPr>
        <w:pStyle w:val="CVJob"/>
      </w:pPr>
      <w:r w:rsidR="001D2AB7">
        <w:rPr/>
        <w:t>Cleaner | Glean Notts, Nottingham                                                                      Aug 2020 – Jun 2021</w:t>
      </w:r>
    </w:p>
    <w:p xmlns:wp14="http://schemas.microsoft.com/office/word/2010/wordml" w14:paraId="33C39515" wp14:textId="77777777">
      <w:pPr>
        <w:ind w:left="187" w:hanging="187"/>
      </w:pPr>
      <w:r>
        <w:t>•  Provided domestic and commercial cleaning services as part of a team, completing assigned work within required timescales.</w:t>
      </w:r>
    </w:p>
    <w:p xmlns:wp14="http://schemas.microsoft.com/office/word/2010/wordml" w14:paraId="0E5BC577" wp14:textId="49182D81">
      <w:pPr>
        <w:pStyle w:val="CVJob"/>
      </w:pPr>
      <w:r w:rsidR="001D2AB7">
        <w:rPr/>
        <w:t>Parcel Sorter | Parcelforce, Nottingham                                                            Nov 2017 – Nov 2019</w:t>
      </w:r>
    </w:p>
    <w:p xmlns:wp14="http://schemas.microsoft.com/office/word/2010/wordml" w14:paraId="503AEFE6" wp14:textId="77777777">
      <w:pPr>
        <w:ind w:left="187" w:hanging="187"/>
      </w:pPr>
      <w:r w:rsidR="001D2AB7">
        <w:rPr/>
        <w:t>•  Identified and sorted parcels for delivery, followed instructions accurately and completed tasks to deadlines.</w:t>
      </w:r>
    </w:p>
    <w:p w:rsidR="001D2AB7" w:rsidP="001D2AB7" w:rsidRDefault="001D2AB7" w14:paraId="16DAAF56" w14:textId="38F086D3">
      <w:pPr>
        <w:ind w:left="187" w:hanging="187"/>
      </w:pPr>
    </w:p>
    <w:p xmlns:wp14="http://schemas.microsoft.com/office/word/2010/wordml" w14:paraId="605EBF43" wp14:textId="77777777">
      <w:pPr>
        <w:pStyle w:val="CVHeading"/>
      </w:pPr>
      <w:r>
        <w:t>PROFESSIONAL TRAINING &amp; CERTIFICATES</w:t>
      </w:r>
    </w:p>
    <w:p xmlns:wp14="http://schemas.microsoft.com/office/word/2010/wordml" w14:paraId="73C33AA7" wp14:textId="77777777">
      <w:r>
        <w:t>Oct 2026  |  Colourimetry Programme, Couture Royal Hair – 10 modules; 100% final result</w:t>
      </w:r>
    </w:p>
    <w:p xmlns:wp14="http://schemas.microsoft.com/office/word/2010/wordml" w14:paraId="6D363ABB" wp14:textId="77777777">
      <w:r>
        <w:t>Oct 2026  |  Colour Essentials: Permanent Colour – L’Oréal Professionnel</w:t>
      </w:r>
    </w:p>
    <w:p xmlns:wp14="http://schemas.microsoft.com/office/word/2010/wordml" w14:paraId="7C8130FB" wp14:textId="77777777">
      <w:r w:rsidR="001D2AB7">
        <w:rPr/>
        <w:t>Sep 2026  |  Nano Ring Hair Extensions – Pretty Hair by Diana (8 CPD credits)</w:t>
      </w:r>
    </w:p>
    <w:p w:rsidR="001D2AB7" w:rsidRDefault="001D2AB7" w14:paraId="3E689F7C" w14:textId="738DA4C4"/>
    <w:p xmlns:wp14="http://schemas.microsoft.com/office/word/2010/wordml" w14:paraId="07DEE553" wp14:textId="77777777">
      <w:pPr>
        <w:pStyle w:val="CVHeading"/>
      </w:pPr>
      <w:r>
        <w:t>EDUCATION</w:t>
      </w:r>
    </w:p>
    <w:p xmlns:wp14="http://schemas.microsoft.com/office/word/2010/wordml" w14:paraId="5AABF0B4" wp14:textId="77777777">
      <w:r>
        <w:t>Currently studying  |  CertHE Business Skills for the Workplace – UWSD</w:t>
      </w:r>
    </w:p>
    <w:p xmlns:wp14="http://schemas.microsoft.com/office/word/2010/wordml" w14:paraId="29D72C78" wp14:textId="77777777">
      <w:r w:rsidR="001D2AB7">
        <w:rPr/>
        <w:t>2016  |  Liceul Ion I.C. Brătianu, Romania – Engineering and Software Development; Maths, Romanian and Biology</w:t>
      </w:r>
    </w:p>
    <w:p w:rsidR="001D2AB7" w:rsidRDefault="001D2AB7" w14:paraId="5DBB2116" w14:textId="52669EC4"/>
    <w:p w:rsidR="001D2AB7" w:rsidRDefault="001D2AB7" w14:paraId="4ED2CCC6" w14:textId="65AFF76B"/>
    <w:p w:rsidR="001D2AB7" w:rsidRDefault="001D2AB7" w14:paraId="4E6AD267" w14:textId="00C0FF0D"/>
    <w:p xmlns:wp14="http://schemas.microsoft.com/office/word/2010/wordml" w14:paraId="2EDD128B" wp14:textId="77777777">
      <w:pPr>
        <w:pStyle w:val="CVHeading"/>
      </w:pPr>
      <w:r>
        <w:t>ADDITIONAL INFORMATION</w:t>
      </w:r>
    </w:p>
    <w:p xmlns:wp14="http://schemas.microsoft.com/office/word/2010/wordml" w14:paraId="2C066917" wp14:textId="77777777">
      <w:r w:rsidRPr="001D2AB7" w:rsidR="001D2AB7">
        <w:rPr>
          <w:sz w:val="17"/>
          <w:szCs w:val="17"/>
        </w:rPr>
        <w:t>Languages: Romanian (native); English (intermediate).  |  Professional interests: Photography, hair colour theory and colourimetry, and digital marketing, particularly visual content and social media for showcasing hairstyling services and engaging clients.</w:t>
      </w:r>
    </w:p>
    <w:p w:rsidR="001D2AB7" w:rsidP="001D2AB7" w:rsidRDefault="001D2AB7" w14:paraId="7BA2E373" w14:textId="04EA32FE">
      <w:pPr>
        <w:rPr>
          <w:sz w:val="17"/>
          <w:szCs w:val="17"/>
        </w:rPr>
      </w:pPr>
    </w:p>
    <w:p w:rsidR="001D2AB7" w:rsidP="001D2AB7" w:rsidRDefault="001D2AB7" w14:paraId="671A2AF6" w14:textId="2C436B14">
      <w:pPr>
        <w:rPr>
          <w:sz w:val="17"/>
          <w:szCs w:val="17"/>
        </w:rPr>
      </w:pPr>
    </w:p>
    <w:p w:rsidR="001D2AB7" w:rsidP="001D2AB7" w:rsidRDefault="001D2AB7" w14:paraId="3BDC7A1B" w14:textId="7E3BADA4">
      <w:pPr>
        <w:rPr>
          <w:sz w:val="17"/>
          <w:szCs w:val="17"/>
        </w:rPr>
      </w:pPr>
    </w:p>
    <w:p w:rsidR="001D2AB7" w:rsidP="001D2AB7" w:rsidRDefault="001D2AB7" w14:paraId="29B4E77F" w14:textId="43D92323">
      <w:pPr>
        <w:rPr>
          <w:sz w:val="17"/>
          <w:szCs w:val="17"/>
        </w:rPr>
      </w:pPr>
    </w:p>
    <w:p w:rsidR="001D2AB7" w:rsidP="001D2AB7" w:rsidRDefault="001D2AB7" w14:paraId="5A2A1941" w14:textId="25A6F391">
      <w:pPr>
        <w:rPr>
          <w:sz w:val="17"/>
          <w:szCs w:val="17"/>
        </w:rPr>
      </w:pPr>
    </w:p>
    <w:p w:rsidR="3C23CBAD" w:rsidP="001D2AB7" w:rsidRDefault="3C23CBAD" w14:paraId="3B49C5ED" w14:textId="7BB55C38">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001D2AB7" w:rsidR="3C23CBAD">
        <w:rPr>
          <w:rFonts w:ascii="Arial" w:hAnsi="Arial" w:eastAsia="Arial" w:cs="Arial"/>
          <w:b w:val="1"/>
          <w:bCs w:val="1"/>
          <w:i w:val="0"/>
          <w:iCs w:val="0"/>
          <w:caps w:val="0"/>
          <w:smallCaps w:val="0"/>
          <w:noProof w:val="0"/>
          <w:color w:val="000000" w:themeColor="text1" w:themeTint="FF" w:themeShade="FF"/>
          <w:sz w:val="24"/>
          <w:szCs w:val="24"/>
          <w:lang w:val="en-US"/>
        </w:rPr>
        <w:t>Gabriela Florentina Niculae</w:t>
      </w:r>
    </w:p>
    <w:p w:rsidR="3C23CBAD" w:rsidP="001D2AB7" w:rsidRDefault="3C23CBAD" w14:paraId="178BC82C" w14:textId="072F2870">
      <w:pPr>
        <w:spacing w:after="160"/>
        <w:rPr>
          <w:rFonts w:ascii="Arial" w:hAnsi="Arial" w:eastAsia="Arial" w:cs="Arial"/>
          <w:b w:val="0"/>
          <w:bCs w:val="0"/>
          <w:i w:val="0"/>
          <w:iCs w:val="0"/>
          <w:caps w:val="0"/>
          <w:smallCaps w:val="0"/>
          <w:noProof w:val="0"/>
          <w:color w:val="000000" w:themeColor="text1" w:themeTint="FF" w:themeShade="FF"/>
          <w:sz w:val="21"/>
          <w:szCs w:val="21"/>
          <w:lang w:val="en-US"/>
        </w:rPr>
      </w:pPr>
      <w:r w:rsidRPr="001D2AB7" w:rsidR="3C23CBAD">
        <w:rPr>
          <w:rFonts w:ascii="Arial" w:hAnsi="Arial" w:eastAsia="Arial" w:cs="Arial"/>
          <w:b w:val="0"/>
          <w:bCs w:val="0"/>
          <w:i w:val="0"/>
          <w:iCs w:val="0"/>
          <w:caps w:val="0"/>
          <w:smallCaps w:val="0"/>
          <w:noProof w:val="0"/>
          <w:color w:val="000000" w:themeColor="text1" w:themeTint="FF" w:themeShade="FF"/>
          <w:sz w:val="21"/>
          <w:szCs w:val="21"/>
          <w:lang w:val="en-US"/>
        </w:rPr>
        <w:t>Nottingham, United Kingdom</w:t>
      </w:r>
    </w:p>
    <w:p w:rsidR="001D2AB7" w:rsidP="001D2AB7" w:rsidRDefault="001D2AB7" w14:paraId="33DC5618" w14:textId="01893CF8">
      <w:pPr>
        <w:spacing w:after="160"/>
        <w:rPr>
          <w:rFonts w:ascii="Arial" w:hAnsi="Arial" w:eastAsia="Arial" w:cs="Arial"/>
          <w:b w:val="0"/>
          <w:bCs w:val="0"/>
          <w:i w:val="0"/>
          <w:iCs w:val="0"/>
          <w:caps w:val="0"/>
          <w:smallCaps w:val="0"/>
          <w:noProof w:val="0"/>
          <w:color w:val="000000" w:themeColor="text1" w:themeTint="FF" w:themeShade="FF"/>
          <w:sz w:val="21"/>
          <w:szCs w:val="21"/>
          <w:lang w:val="ro-RO"/>
        </w:rPr>
      </w:pPr>
    </w:p>
    <w:p w:rsidR="3C23CBAD" w:rsidP="001D2AB7" w:rsidRDefault="3C23CBAD" w14:paraId="4983B6EA" w14:textId="40605393">
      <w:pPr>
        <w:spacing w:after="160"/>
        <w:rPr>
          <w:rFonts w:ascii="Arial" w:hAnsi="Arial" w:eastAsia="Arial" w:cs="Arial"/>
          <w:b w:val="0"/>
          <w:bCs w:val="0"/>
          <w:i w:val="0"/>
          <w:iCs w:val="0"/>
          <w:caps w:val="0"/>
          <w:smallCaps w:val="0"/>
          <w:noProof w:val="0"/>
          <w:color w:val="000000" w:themeColor="text1" w:themeTint="FF" w:themeShade="FF"/>
          <w:sz w:val="21"/>
          <w:szCs w:val="21"/>
          <w:lang w:val="en-US"/>
        </w:rPr>
      </w:pPr>
      <w:r w:rsidRPr="001D2AB7" w:rsidR="3C23CBAD">
        <w:rPr>
          <w:rFonts w:ascii="Arial" w:hAnsi="Arial" w:eastAsia="Arial" w:cs="Arial"/>
          <w:b w:val="0"/>
          <w:bCs w:val="0"/>
          <w:i w:val="0"/>
          <w:iCs w:val="0"/>
          <w:caps w:val="0"/>
          <w:smallCaps w:val="0"/>
          <w:noProof w:val="0"/>
          <w:color w:val="000000" w:themeColor="text1" w:themeTint="FF" w:themeShade="FF"/>
          <w:sz w:val="21"/>
          <w:szCs w:val="21"/>
          <w:lang w:val="en-US"/>
        </w:rPr>
        <w:t>Hiring Manager</w:t>
      </w:r>
      <w:r>
        <w:br/>
      </w:r>
      <w:r w:rsidRPr="001D2AB7" w:rsidR="3C23CBAD">
        <w:rPr>
          <w:rFonts w:ascii="Arial" w:hAnsi="Arial" w:eastAsia="Arial" w:cs="Arial"/>
          <w:b w:val="0"/>
          <w:bCs w:val="0"/>
          <w:i w:val="0"/>
          <w:iCs w:val="0"/>
          <w:caps w:val="0"/>
          <w:smallCaps w:val="0"/>
          <w:noProof w:val="0"/>
          <w:color w:val="000000" w:themeColor="text1" w:themeTint="FF" w:themeShade="FF"/>
          <w:sz w:val="21"/>
          <w:szCs w:val="21"/>
          <w:lang w:val="en-US"/>
        </w:rPr>
        <w:t>Malayage</w:t>
      </w:r>
      <w:r>
        <w:br/>
      </w:r>
      <w:r w:rsidRPr="001D2AB7" w:rsidR="3C23CBAD">
        <w:rPr>
          <w:rFonts w:ascii="Arial" w:hAnsi="Arial" w:eastAsia="Arial" w:cs="Arial"/>
          <w:b w:val="0"/>
          <w:bCs w:val="0"/>
          <w:i w:val="0"/>
          <w:iCs w:val="0"/>
          <w:caps w:val="0"/>
          <w:smallCaps w:val="0"/>
          <w:noProof w:val="0"/>
          <w:color w:val="000000" w:themeColor="text1" w:themeTint="FF" w:themeShade="FF"/>
          <w:sz w:val="21"/>
          <w:szCs w:val="21"/>
          <w:lang w:val="en-US"/>
        </w:rPr>
        <w:t>Nottingham, United Kingdom</w:t>
      </w:r>
    </w:p>
    <w:p w:rsidR="001D2AB7" w:rsidP="001D2AB7" w:rsidRDefault="001D2AB7" w14:paraId="115BF8A0" w14:textId="414B4365">
      <w:pPr>
        <w:spacing w:after="160"/>
        <w:rPr>
          <w:rFonts w:ascii="Arial" w:hAnsi="Arial" w:eastAsia="Arial" w:cs="Arial"/>
          <w:b w:val="0"/>
          <w:bCs w:val="0"/>
          <w:i w:val="0"/>
          <w:iCs w:val="0"/>
          <w:caps w:val="0"/>
          <w:smallCaps w:val="0"/>
          <w:noProof w:val="0"/>
          <w:color w:val="000000" w:themeColor="text1" w:themeTint="FF" w:themeShade="FF"/>
          <w:sz w:val="21"/>
          <w:szCs w:val="21"/>
          <w:lang w:val="ro-RO"/>
        </w:rPr>
      </w:pPr>
    </w:p>
    <w:p w:rsidR="3C23CBAD" w:rsidP="001D2AB7" w:rsidRDefault="3C23CBAD" w14:paraId="67B9CAFA" w14:textId="10D3845D">
      <w:pPr>
        <w:spacing w:after="160"/>
        <w:rPr>
          <w:rFonts w:ascii="Arial" w:hAnsi="Arial" w:eastAsia="Arial" w:cs="Arial"/>
          <w:b w:val="0"/>
          <w:bCs w:val="0"/>
          <w:i w:val="0"/>
          <w:iCs w:val="0"/>
          <w:caps w:val="0"/>
          <w:smallCaps w:val="0"/>
          <w:noProof w:val="0"/>
          <w:color w:val="000000" w:themeColor="text1" w:themeTint="FF" w:themeShade="FF"/>
          <w:sz w:val="21"/>
          <w:szCs w:val="21"/>
          <w:lang w:val="en-US"/>
        </w:rPr>
      </w:pPr>
      <w:r w:rsidRPr="001D2AB7" w:rsidR="3C23CBAD">
        <w:rPr>
          <w:rFonts w:ascii="Arial" w:hAnsi="Arial" w:eastAsia="Arial" w:cs="Arial"/>
          <w:b w:val="0"/>
          <w:bCs w:val="0"/>
          <w:i w:val="0"/>
          <w:iCs w:val="0"/>
          <w:caps w:val="0"/>
          <w:smallCaps w:val="0"/>
          <w:noProof w:val="0"/>
          <w:color w:val="000000" w:themeColor="text1" w:themeTint="FF" w:themeShade="FF"/>
          <w:sz w:val="21"/>
          <w:szCs w:val="21"/>
          <w:lang w:val="en-US"/>
        </w:rPr>
        <w:t>16 October 2026</w:t>
      </w:r>
    </w:p>
    <w:p w:rsidR="3C23CBAD" w:rsidP="001D2AB7" w:rsidRDefault="3C23CBAD" w14:paraId="003A7D43" w14:textId="0A4EB8D7">
      <w:pPr>
        <w:spacing w:after="160"/>
        <w:rPr>
          <w:rFonts w:ascii="Arial" w:hAnsi="Arial" w:eastAsia="Arial" w:cs="Arial"/>
          <w:b w:val="0"/>
          <w:bCs w:val="0"/>
          <w:i w:val="0"/>
          <w:iCs w:val="0"/>
          <w:caps w:val="0"/>
          <w:smallCaps w:val="0"/>
          <w:noProof w:val="0"/>
          <w:color w:val="000000" w:themeColor="text1" w:themeTint="FF" w:themeShade="FF"/>
          <w:sz w:val="21"/>
          <w:szCs w:val="21"/>
          <w:lang w:val="en-US"/>
        </w:rPr>
      </w:pPr>
      <w:r w:rsidRPr="001D2AB7" w:rsidR="3C23CBAD">
        <w:rPr>
          <w:rFonts w:ascii="Arial" w:hAnsi="Arial" w:eastAsia="Arial" w:cs="Arial"/>
          <w:b w:val="0"/>
          <w:bCs w:val="0"/>
          <w:i w:val="0"/>
          <w:iCs w:val="0"/>
          <w:caps w:val="0"/>
          <w:smallCaps w:val="0"/>
          <w:noProof w:val="0"/>
          <w:color w:val="000000" w:themeColor="text1" w:themeTint="FF" w:themeShade="FF"/>
          <w:sz w:val="21"/>
          <w:szCs w:val="21"/>
          <w:lang w:val="en-US"/>
        </w:rPr>
        <w:t>Dear Hiring Manager,</w:t>
      </w:r>
    </w:p>
    <w:p w:rsidR="3C23CBAD" w:rsidP="001D2AB7" w:rsidRDefault="3C23CBAD" w14:paraId="6AE4E365" w14:textId="3DB3E079">
      <w:pPr>
        <w:spacing w:after="160"/>
        <w:rPr>
          <w:rFonts w:ascii="Arial" w:hAnsi="Arial" w:eastAsia="Arial" w:cs="Arial"/>
          <w:b w:val="0"/>
          <w:bCs w:val="0"/>
          <w:i w:val="0"/>
          <w:iCs w:val="0"/>
          <w:caps w:val="0"/>
          <w:smallCaps w:val="0"/>
          <w:noProof w:val="0"/>
          <w:color w:val="000000" w:themeColor="text1" w:themeTint="FF" w:themeShade="FF"/>
          <w:sz w:val="21"/>
          <w:szCs w:val="21"/>
          <w:lang w:val="en-US"/>
        </w:rPr>
      </w:pPr>
      <w:r w:rsidRPr="001D2AB7" w:rsidR="3C23CBAD">
        <w:rPr>
          <w:rFonts w:ascii="Arial" w:hAnsi="Arial" w:eastAsia="Arial" w:cs="Arial"/>
          <w:b w:val="0"/>
          <w:bCs w:val="0"/>
          <w:i w:val="0"/>
          <w:iCs w:val="0"/>
          <w:caps w:val="0"/>
          <w:smallCaps w:val="0"/>
          <w:noProof w:val="0"/>
          <w:color w:val="000000" w:themeColor="text1" w:themeTint="FF" w:themeShade="FF"/>
          <w:sz w:val="21"/>
          <w:szCs w:val="21"/>
          <w:lang w:val="en-US"/>
        </w:rPr>
        <w:t>I wish to apply for the position of Hairstylist at Malayage, as advertised on LinkedIn. Please find enclosed my CV for your consideration.</w:t>
      </w:r>
    </w:p>
    <w:p w:rsidR="3C23CBAD" w:rsidP="001D2AB7" w:rsidRDefault="3C23CBAD" w14:paraId="58AA7EBD" w14:textId="4AFC519D">
      <w:pPr>
        <w:spacing w:after="160"/>
        <w:rPr>
          <w:rFonts w:ascii="Arial" w:hAnsi="Arial" w:eastAsia="Arial" w:cs="Arial"/>
          <w:b w:val="0"/>
          <w:bCs w:val="0"/>
          <w:i w:val="0"/>
          <w:iCs w:val="0"/>
          <w:caps w:val="0"/>
          <w:smallCaps w:val="0"/>
          <w:noProof w:val="0"/>
          <w:color w:val="000000" w:themeColor="text1" w:themeTint="FF" w:themeShade="FF"/>
          <w:sz w:val="21"/>
          <w:szCs w:val="21"/>
          <w:lang w:val="en-US"/>
        </w:rPr>
      </w:pPr>
      <w:r w:rsidRPr="001D2AB7" w:rsidR="3C23CBAD">
        <w:rPr>
          <w:rFonts w:ascii="Arial" w:hAnsi="Arial" w:eastAsia="Arial" w:cs="Arial"/>
          <w:b w:val="0"/>
          <w:bCs w:val="0"/>
          <w:i w:val="0"/>
          <w:iCs w:val="0"/>
          <w:caps w:val="0"/>
          <w:smallCaps w:val="0"/>
          <w:noProof w:val="0"/>
          <w:color w:val="000000" w:themeColor="text1" w:themeTint="FF" w:themeShade="FF"/>
          <w:sz w:val="21"/>
          <w:szCs w:val="21"/>
          <w:lang w:val="en-US"/>
        </w:rPr>
        <w:t>As you can see from my CV, I have over three years of experience in the hair and beauty industry, working independently with clients since 2023. During this time, I have developed practical skills in hair colouring, cutting, basic styling and several hair extension techniques, including nano rings, micro rings, tape-in extensions, keratin bonds and wefts.</w:t>
      </w:r>
    </w:p>
    <w:p w:rsidR="3C23CBAD" w:rsidP="001D2AB7" w:rsidRDefault="3C23CBAD" w14:paraId="45CF0BA4" w14:textId="445C6EC6">
      <w:pPr>
        <w:spacing w:after="160"/>
        <w:rPr>
          <w:rFonts w:ascii="Arial" w:hAnsi="Arial" w:eastAsia="Arial" w:cs="Arial"/>
          <w:b w:val="0"/>
          <w:bCs w:val="0"/>
          <w:i w:val="0"/>
          <w:iCs w:val="0"/>
          <w:caps w:val="0"/>
          <w:smallCaps w:val="0"/>
          <w:noProof w:val="0"/>
          <w:color w:val="000000" w:themeColor="text1" w:themeTint="FF" w:themeShade="FF"/>
          <w:sz w:val="21"/>
          <w:szCs w:val="21"/>
          <w:lang w:val="en-US"/>
        </w:rPr>
      </w:pPr>
      <w:r w:rsidRPr="001D2AB7" w:rsidR="3C23CBAD">
        <w:rPr>
          <w:rFonts w:ascii="Arial" w:hAnsi="Arial" w:eastAsia="Arial" w:cs="Arial"/>
          <w:b w:val="0"/>
          <w:bCs w:val="0"/>
          <w:i w:val="0"/>
          <w:iCs w:val="0"/>
          <w:caps w:val="0"/>
          <w:smallCaps w:val="0"/>
          <w:noProof w:val="0"/>
          <w:color w:val="000000" w:themeColor="text1" w:themeTint="FF" w:themeShade="FF"/>
          <w:sz w:val="21"/>
          <w:szCs w:val="21"/>
          <w:lang w:val="en-US"/>
        </w:rPr>
        <w:t>In my current role as a self-employed hairstylist, I am responsible for consulting with clients, understanding their individual preferences, arranging appointments and providing personalised hair services. This experience has helped me develop strong communication, customer service, time management and attention to detail.</w:t>
      </w:r>
    </w:p>
    <w:p w:rsidR="3C23CBAD" w:rsidP="001D2AB7" w:rsidRDefault="3C23CBAD" w14:paraId="25D6D7DF" w14:textId="378A5782">
      <w:pPr>
        <w:spacing w:after="160"/>
        <w:rPr>
          <w:rFonts w:ascii="Arial" w:hAnsi="Arial" w:eastAsia="Arial" w:cs="Arial"/>
          <w:b w:val="0"/>
          <w:bCs w:val="0"/>
          <w:i w:val="0"/>
          <w:iCs w:val="0"/>
          <w:caps w:val="0"/>
          <w:smallCaps w:val="0"/>
          <w:noProof w:val="0"/>
          <w:color w:val="000000" w:themeColor="text1" w:themeTint="FF" w:themeShade="FF"/>
          <w:sz w:val="21"/>
          <w:szCs w:val="21"/>
          <w:lang w:val="en-US"/>
        </w:rPr>
      </w:pPr>
      <w:r w:rsidRPr="001D2AB7" w:rsidR="3C23CBAD">
        <w:rPr>
          <w:rFonts w:ascii="Arial" w:hAnsi="Arial" w:eastAsia="Arial" w:cs="Arial"/>
          <w:b w:val="0"/>
          <w:bCs w:val="0"/>
          <w:i w:val="0"/>
          <w:iCs w:val="0"/>
          <w:caps w:val="0"/>
          <w:smallCaps w:val="0"/>
          <w:noProof w:val="0"/>
          <w:color w:val="000000" w:themeColor="text1" w:themeTint="FF" w:themeShade="FF"/>
          <w:sz w:val="21"/>
          <w:szCs w:val="21"/>
          <w:lang w:val="en-US"/>
        </w:rPr>
        <w:t>I have also completed professional training in hair colouring, colourimetry and hair extensions, including courses with L’Oréal Professionnel, Couture Royal Hair and Pretty Hair by Diana. These qualifications reflect my commitment to improving my knowledge and maintaining professional standards.</w:t>
      </w:r>
    </w:p>
    <w:p w:rsidR="3C23CBAD" w:rsidP="001D2AB7" w:rsidRDefault="3C23CBAD" w14:paraId="6B1FE3E5" w14:textId="3A0BBB34">
      <w:pPr>
        <w:spacing w:after="160"/>
        <w:rPr>
          <w:rFonts w:ascii="Arial" w:hAnsi="Arial" w:eastAsia="Arial" w:cs="Arial"/>
          <w:b w:val="0"/>
          <w:bCs w:val="0"/>
          <w:i w:val="0"/>
          <w:iCs w:val="0"/>
          <w:caps w:val="0"/>
          <w:smallCaps w:val="0"/>
          <w:noProof w:val="0"/>
          <w:color w:val="000000" w:themeColor="text1" w:themeTint="FF" w:themeShade="FF"/>
          <w:sz w:val="21"/>
          <w:szCs w:val="21"/>
          <w:lang w:val="en-US"/>
        </w:rPr>
      </w:pPr>
      <w:r w:rsidRPr="001D2AB7" w:rsidR="3C23CBAD">
        <w:rPr>
          <w:rFonts w:ascii="Arial" w:hAnsi="Arial" w:eastAsia="Arial" w:cs="Arial"/>
          <w:b w:val="0"/>
          <w:bCs w:val="0"/>
          <w:i w:val="0"/>
          <w:iCs w:val="0"/>
          <w:caps w:val="0"/>
          <w:smallCaps w:val="0"/>
          <w:noProof w:val="0"/>
          <w:color w:val="000000" w:themeColor="text1" w:themeTint="FF" w:themeShade="FF"/>
          <w:sz w:val="21"/>
          <w:szCs w:val="21"/>
          <w:lang w:val="en-US"/>
        </w:rPr>
        <w:t>I am particularly interested in joining Malayage because I would like to develop my career in a professional salon that values high-quality and personalised services. I believe my practical experience, enthusiasm for modern colouring techniques and willingness to continue learning would allow me to make a positive contribution to your team.</w:t>
      </w:r>
    </w:p>
    <w:p w:rsidR="3C23CBAD" w:rsidP="001D2AB7" w:rsidRDefault="3C23CBAD" w14:paraId="4CA80BC9" w14:textId="3FCE007A">
      <w:pPr>
        <w:spacing w:after="160"/>
        <w:rPr>
          <w:rFonts w:ascii="Arial" w:hAnsi="Arial" w:eastAsia="Arial" w:cs="Arial"/>
          <w:b w:val="0"/>
          <w:bCs w:val="0"/>
          <w:i w:val="0"/>
          <w:iCs w:val="0"/>
          <w:caps w:val="0"/>
          <w:smallCaps w:val="0"/>
          <w:noProof w:val="0"/>
          <w:color w:val="000000" w:themeColor="text1" w:themeTint="FF" w:themeShade="FF"/>
          <w:sz w:val="21"/>
          <w:szCs w:val="21"/>
          <w:lang w:val="en-US"/>
        </w:rPr>
      </w:pPr>
      <w:r w:rsidRPr="001D2AB7" w:rsidR="3C23CBAD">
        <w:rPr>
          <w:rFonts w:ascii="Arial" w:hAnsi="Arial" w:eastAsia="Arial" w:cs="Arial"/>
          <w:b w:val="0"/>
          <w:bCs w:val="0"/>
          <w:i w:val="0"/>
          <w:iCs w:val="0"/>
          <w:caps w:val="0"/>
          <w:smallCaps w:val="0"/>
          <w:noProof w:val="0"/>
          <w:color w:val="000000" w:themeColor="text1" w:themeTint="FF" w:themeShade="FF"/>
          <w:sz w:val="21"/>
          <w:szCs w:val="21"/>
          <w:lang w:val="en-US"/>
        </w:rPr>
        <w:t>Thank you for considering my application. I would welcome the opportunity to discuss my experience and suitability for the role at an interview.</w:t>
      </w:r>
    </w:p>
    <w:p w:rsidR="001D2AB7" w:rsidP="001D2AB7" w:rsidRDefault="001D2AB7" w14:paraId="5B646A51" w14:textId="2530EA8C">
      <w:pPr>
        <w:spacing w:after="160"/>
        <w:rPr>
          <w:rFonts w:ascii="Arial" w:hAnsi="Arial" w:eastAsia="Arial" w:cs="Arial"/>
          <w:b w:val="0"/>
          <w:bCs w:val="0"/>
          <w:i w:val="0"/>
          <w:iCs w:val="0"/>
          <w:caps w:val="0"/>
          <w:smallCaps w:val="0"/>
          <w:noProof w:val="0"/>
          <w:color w:val="000000" w:themeColor="text1" w:themeTint="FF" w:themeShade="FF"/>
          <w:sz w:val="21"/>
          <w:szCs w:val="21"/>
          <w:lang w:val="ro-RO"/>
        </w:rPr>
      </w:pPr>
    </w:p>
    <w:p w:rsidR="3C23CBAD" w:rsidP="001D2AB7" w:rsidRDefault="3C23CBAD" w14:paraId="1BCE8E29" w14:textId="2FE7D3C6">
      <w:pPr>
        <w:spacing w:after="160"/>
        <w:rPr>
          <w:rFonts w:ascii="Arial" w:hAnsi="Arial" w:eastAsia="Arial" w:cs="Arial"/>
          <w:b w:val="0"/>
          <w:bCs w:val="0"/>
          <w:i w:val="0"/>
          <w:iCs w:val="0"/>
          <w:caps w:val="0"/>
          <w:smallCaps w:val="0"/>
          <w:noProof w:val="0"/>
          <w:color w:val="000000" w:themeColor="text1" w:themeTint="FF" w:themeShade="FF"/>
          <w:sz w:val="21"/>
          <w:szCs w:val="21"/>
          <w:lang w:val="en-US"/>
        </w:rPr>
      </w:pPr>
      <w:r w:rsidRPr="001D2AB7" w:rsidR="3C23CBAD">
        <w:rPr>
          <w:rFonts w:ascii="Arial" w:hAnsi="Arial" w:eastAsia="Arial" w:cs="Arial"/>
          <w:b w:val="0"/>
          <w:bCs w:val="0"/>
          <w:i w:val="0"/>
          <w:iCs w:val="0"/>
          <w:caps w:val="0"/>
          <w:smallCaps w:val="0"/>
          <w:noProof w:val="0"/>
          <w:color w:val="000000" w:themeColor="text1" w:themeTint="FF" w:themeShade="FF"/>
          <w:sz w:val="21"/>
          <w:szCs w:val="21"/>
          <w:lang w:val="en-US"/>
        </w:rPr>
        <w:t>Yours faithfully,</w:t>
      </w:r>
    </w:p>
    <w:p w:rsidR="3C23CBAD" w:rsidP="001D2AB7" w:rsidRDefault="3C23CBAD" w14:paraId="1512F227" w14:textId="263A2C2D">
      <w:pPr>
        <w:spacing w:after="160"/>
        <w:rPr>
          <w:rFonts w:ascii="Arial" w:hAnsi="Arial" w:eastAsia="Arial" w:cs="Arial"/>
          <w:b w:val="0"/>
          <w:bCs w:val="0"/>
          <w:i w:val="0"/>
          <w:iCs w:val="0"/>
          <w:caps w:val="0"/>
          <w:smallCaps w:val="0"/>
          <w:noProof w:val="0"/>
          <w:color w:val="000000" w:themeColor="text1" w:themeTint="FF" w:themeShade="FF"/>
          <w:sz w:val="21"/>
          <w:szCs w:val="21"/>
          <w:lang w:val="en-US"/>
        </w:rPr>
      </w:pPr>
      <w:r w:rsidRPr="001D2AB7" w:rsidR="3C23CBAD">
        <w:rPr>
          <w:rFonts w:ascii="Arial" w:hAnsi="Arial" w:eastAsia="Arial" w:cs="Arial"/>
          <w:b w:val="0"/>
          <w:bCs w:val="0"/>
          <w:i w:val="0"/>
          <w:iCs w:val="0"/>
          <w:caps w:val="0"/>
          <w:smallCaps w:val="0"/>
          <w:noProof w:val="0"/>
          <w:color w:val="000000" w:themeColor="text1" w:themeTint="FF" w:themeShade="FF"/>
          <w:sz w:val="21"/>
          <w:szCs w:val="21"/>
          <w:lang w:val="en-US"/>
        </w:rPr>
        <w:t>Gabriela Florentina Niculae</w:t>
      </w:r>
    </w:p>
    <w:p w:rsidR="001D2AB7" w:rsidP="001D2AB7" w:rsidRDefault="001D2AB7" w14:paraId="06605F63" w14:textId="31BFD837">
      <w:pPr>
        <w:rPr>
          <w:sz w:val="17"/>
          <w:szCs w:val="17"/>
        </w:rPr>
      </w:pPr>
    </w:p>
    <w:p w:rsidR="001D2AB7" w:rsidP="001D2AB7" w:rsidRDefault="001D2AB7" w14:paraId="02071606" w14:textId="4A52F068">
      <w:pPr>
        <w:rPr>
          <w:sz w:val="17"/>
          <w:szCs w:val="17"/>
        </w:rPr>
      </w:pPr>
    </w:p>
    <w:p w:rsidR="001D2AB7" w:rsidP="001D2AB7" w:rsidRDefault="001D2AB7" w14:paraId="4B7FACDA" w14:textId="18EFC6BA">
      <w:pPr>
        <w:rPr>
          <w:sz w:val="17"/>
          <w:szCs w:val="17"/>
        </w:rPr>
      </w:pPr>
    </w:p>
    <w:p w:rsidR="001D2AB7" w:rsidP="001D2AB7" w:rsidRDefault="001D2AB7" w14:paraId="543CDC7C" w14:textId="3CE87846">
      <w:pPr>
        <w:rPr>
          <w:sz w:val="17"/>
          <w:szCs w:val="17"/>
        </w:rPr>
      </w:pPr>
    </w:p>
    <w:p w:rsidR="001D2AB7" w:rsidP="001D2AB7" w:rsidRDefault="001D2AB7" w14:paraId="1965B8A6" w14:textId="5629455C">
      <w:pPr>
        <w:rPr>
          <w:sz w:val="17"/>
          <w:szCs w:val="17"/>
        </w:rPr>
      </w:pPr>
    </w:p>
    <w:p w:rsidR="001D2AB7" w:rsidP="001D2AB7" w:rsidRDefault="001D2AB7" w14:paraId="79BA9049" w14:textId="48E0FD8B">
      <w:pPr>
        <w:rPr>
          <w:sz w:val="17"/>
          <w:szCs w:val="17"/>
        </w:rPr>
      </w:pPr>
    </w:p>
    <w:p w:rsidR="001D2AB7" w:rsidP="001D2AB7" w:rsidRDefault="001D2AB7" w14:paraId="767A3BCD" w14:textId="7176FC11">
      <w:pPr>
        <w:rPr>
          <w:sz w:val="17"/>
          <w:szCs w:val="17"/>
        </w:rPr>
      </w:pPr>
    </w:p>
    <w:p w:rsidR="478B421B" w:rsidP="001D2AB7" w:rsidRDefault="478B421B" w14:paraId="71C8C5B2" w14:textId="2D55B09B">
      <w:pPr>
        <w:pStyle w:val="Normal"/>
      </w:pPr>
      <w:r w:rsidR="478B421B">
        <w:drawing>
          <wp:inline wp14:editId="7C3F830A" wp14:anchorId="3C9F10E6">
            <wp:extent cx="6486442" cy="7249500"/>
            <wp:effectExtent l="0" t="0" r="0" b="0"/>
            <wp:docPr id="120475654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12809117" name="Picture 1412809117"/>
                    <pic:cNvPicPr/>
                  </pic:nvPicPr>
                  <pic:blipFill>
                    <a:blip xmlns:r="http://schemas.openxmlformats.org/officeDocument/2006/relationships" r:embed="rId2060381536">
                      <a:extLst>
                        <a:ext uri="{28A0092B-C50C-407E-A947-70E740481C1C}">
                          <a14:useLocalDpi xmlns:a14="http://schemas.microsoft.com/office/drawing/2010/main"/>
                        </a:ext>
                      </a:extLst>
                    </a:blip>
                    <a:stretch>
                      <a:fillRect/>
                    </a:stretch>
                  </pic:blipFill>
                  <pic:spPr>
                    <a:xfrm rot="0">
                      <a:off x="0" y="0"/>
                      <a:ext cx="6486442" cy="7249500"/>
                    </a:xfrm>
                    <a:prstGeom prst="rect">
                      <a:avLst/>
                    </a:prstGeom>
                  </pic:spPr>
                </pic:pic>
              </a:graphicData>
            </a:graphic>
          </wp:inline>
        </w:drawing>
      </w:r>
    </w:p>
    <w:p w:rsidR="001D2AB7" w:rsidP="001D2AB7" w:rsidRDefault="001D2AB7" w14:paraId="314ED007" w14:textId="4246D2A2">
      <w:pPr>
        <w:pStyle w:val="Normal"/>
        <w:rPr>
          <w:sz w:val="17"/>
          <w:szCs w:val="17"/>
        </w:rPr>
      </w:pPr>
    </w:p>
    <w:sectPr w:rsidRPr="0006063C" w:rsidR="00FC693F" w:rsidSect="00034616">
      <w:pgSz w:w="12240" w:h="15840" w:orient="portrait"/>
      <w:pgMar w:top="792" w:right="1080" w:bottom="763"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xmlns:w="http://schemas.openxmlformats.org/wordprocessingml/2006/main" w:abstractNumId="10">
    <w:nsid w:val="3f0325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f829b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num w:numId="11">
    <w:abstractNumId w:val="10"/>
  </w:num>
  <w:num w:numId="10">
    <w:abstractNumId w:val="9"/>
  </w: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val="bestFit"/>
  <w:proofState w:spelling="clean" w:grammar="dirty"/>
  <w:trackRevisions w:val="false"/>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1D2AB7"/>
    <w:rsid w:val="0029639D"/>
    <w:rsid w:val="00326F90"/>
    <w:rsid w:val="00AA1D8D"/>
    <w:rsid w:val="00B47730"/>
    <w:rsid w:val="00CB0664"/>
    <w:rsid w:val="00FC693F"/>
    <w:rsid w:val="03ACCFA6"/>
    <w:rsid w:val="0C7CDEE0"/>
    <w:rsid w:val="24A49597"/>
    <w:rsid w:val="28CB1AF4"/>
    <w:rsid w:val="355F79CF"/>
    <w:rsid w:val="38474802"/>
    <w:rsid w:val="3C23CBAD"/>
    <w:rsid w:val="3C43AE12"/>
    <w:rsid w:val="3FE012C7"/>
    <w:rsid w:val="456BF4B8"/>
    <w:rsid w:val="4700BDBE"/>
    <w:rsid w:val="478B421B"/>
    <w:rsid w:val="49CA71B6"/>
    <w:rsid w:val="4CC8E8C5"/>
    <w:rsid w:val="60A4310B"/>
    <w:rsid w:val="66C1A6C7"/>
    <w:rsid w:val="6D7D2C98"/>
    <w:rsid w:val="6D7D2C98"/>
    <w:rsid w:val="71EFC8F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15:docId w15:val="{7E299253-EC1C-499E-8604-3298E7E0F14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C693F"/>
    <w:pPr>
      <w:spacing w:after="40"/>
    </w:pPr>
    <w:rPr>
      <w:rFonts w:ascii="Arial" w:hAnsi="Arial"/>
      <w:color w:val="000000"/>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CVHeading" w:customStyle="1">
    <w:name w:val="CV Heading"/>
    <w:pPr>
      <w:spacing w:before="160" w:after="40"/>
    </w:pPr>
    <w:rPr>
      <w:rFonts w:ascii="Arial" w:hAnsi="Arial"/>
      <w:b/>
      <w:color w:val="000000"/>
      <w:sz w:val="20"/>
    </w:rPr>
  </w:style>
  <w:style w:type="paragraph" w:styleId="CVJob" w:customStyle="1">
    <w:name w:val="CV Job"/>
    <w:pPr>
      <w:spacing w:before="60" w:after="40"/>
    </w:pPr>
    <w:rPr>
      <w:rFonts w:ascii="Arial" w:hAnsi="Arial"/>
      <w:b/>
      <w:color w:val="000000"/>
      <w:sz w:val="18"/>
    </w:rPr>
  </w:style>
  <w:style w:type="character" w:styleId="Hyperlink">
    <w:uiPriority w:val="99"/>
    <w:name w:val="Hyperlink"/>
    <w:basedOn w:val="DefaultParagraphFont"/>
    <w:unhideWhenUsed/>
    <w:rsid w:val="001D2AB7"/>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microsoft.com/office/2007/relationships/stylesWithEffects" Target="stylesWithEffects.xml" Id="rId4" /><Relationship Type="http://schemas.openxmlformats.org/officeDocument/2006/relationships/settings" Target="settings.xml" Id="rId5" /><Relationship Type="http://schemas.openxmlformats.org/officeDocument/2006/relationships/webSettings" Target="webSettings.xml" Id="rId6" /><Relationship Type="http://schemas.openxmlformats.org/officeDocument/2006/relationships/fontTable" Target="fontTable.xml" Id="rId7" /><Relationship Type="http://schemas.openxmlformats.org/officeDocument/2006/relationships/theme" Target="theme/theme1.xml" Id="rId8" /><Relationship Type="http://schemas.openxmlformats.org/officeDocument/2006/relationships/customXml" Target="../customXml/item1.xml" Id="rId1" /><Relationship Type="http://schemas.openxmlformats.org/officeDocument/2006/relationships/numbering" Target="numbering.xml" Id="rId2" /><Relationship Type="http://schemas.openxmlformats.org/officeDocument/2006/relationships/hyperlink" Target="mailto:gabrielle.gabrielle97@gmail.com" TargetMode="External" Id="Rccf52f28cdc64a0f" /><Relationship Type="http://schemas.openxmlformats.org/officeDocument/2006/relationships/image" Target="/media/image.png" Id="rId206038153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python-docx</dc:creator>
  <keywords/>
  <dc:description>generated by python-docx</dc:description>
  <lastModifiedBy>Gabriela-Florentina Niculae (2525169)</lastModifiedBy>
  <revision>3</revision>
  <dcterms:created xsi:type="dcterms:W3CDTF">2013-12-23T23:15:00.0000000Z</dcterms:created>
  <dcterms:modified xsi:type="dcterms:W3CDTF">2026-10-18T15:26:05.7718289Z</dcterms:modified>
  <category/>
</coreProperties>
</file>