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C350C" w14:textId="77777777" w:rsidR="00D261DA" w:rsidRDefault="00D261DA"/>
    <w:p w14:paraId="68CBFB34" w14:textId="77777777" w:rsidR="00D261DA" w:rsidRDefault="00000000">
      <w:pPr>
        <w:pStyle w:val="Title"/>
      </w:pPr>
      <w:r>
        <w:t>City Bikes Rental Reflection Log</w:t>
      </w:r>
    </w:p>
    <w:p w14:paraId="7470DEAB" w14:textId="4D499C87" w:rsidR="00D261DA" w:rsidRPr="001A5C2C" w:rsidRDefault="00000000">
      <w:pPr>
        <w:pStyle w:val="Subtitle"/>
        <w:rPr>
          <w:i w:val="0"/>
          <w:iCs w:val="0"/>
          <w:color w:val="E36C0A" w:themeColor="accent6" w:themeShade="BF"/>
        </w:rPr>
      </w:pPr>
      <w:r w:rsidRPr="001A5C2C">
        <w:rPr>
          <w:i w:val="0"/>
          <w:iCs w:val="0"/>
          <w:color w:val="E36C0A" w:themeColor="accent6" w:themeShade="BF"/>
        </w:rPr>
        <w:t>DS2 SCENARIO 3     •     EXCEL REPORT</w:t>
      </w:r>
      <w:r w:rsidR="002D6E13" w:rsidRPr="001A5C2C">
        <w:rPr>
          <w:i w:val="0"/>
          <w:iCs w:val="0"/>
          <w:color w:val="E36C0A" w:themeColor="accent6" w:themeShade="BF"/>
        </w:rPr>
        <w:t>.</w:t>
      </w:r>
    </w:p>
    <w:p w14:paraId="291B2BBA" w14:textId="34EE23ED" w:rsidR="00D261DA" w:rsidRDefault="00000000">
      <w:r>
        <w:t xml:space="preserve">Student name: </w:t>
      </w:r>
      <w:proofErr w:type="spellStart"/>
      <w:r w:rsidR="00993E3D">
        <w:t>Mustaqeem</w:t>
      </w:r>
      <w:proofErr w:type="spellEnd"/>
      <w:r w:rsidR="00993E3D">
        <w:t xml:space="preserve"> Hussain </w:t>
      </w:r>
    </w:p>
    <w:p w14:paraId="12693DBD" w14:textId="77777777" w:rsidR="00D261DA" w:rsidRDefault="00000000">
      <w:r>
        <w:t>This reflection explains how the weekly bike rental figures were turned into a simple report for manager L. Smith.</w:t>
      </w:r>
    </w:p>
    <w:p w14:paraId="6A7233DB" w14:textId="77777777" w:rsidR="00D261DA" w:rsidRDefault="00000000">
      <w:pPr>
        <w:pStyle w:val="Heading2"/>
      </w:pPr>
      <w:r>
        <w:t>01  Why I chose Excel</w:t>
      </w:r>
    </w:p>
    <w:p w14:paraId="3A3C3B3D" w14:textId="77777777" w:rsidR="00D261DA" w:rsidRDefault="00000000">
      <w:r>
        <w:t>Excel is useful for this task because it keeps the rental figures organised and allows totals to update automatically. A chart also helps the manager compare demand for different bike types.</w:t>
      </w:r>
    </w:p>
    <w:p w14:paraId="33B97578" w14:textId="77777777" w:rsidR="00D261DA" w:rsidRDefault="00000000">
      <w:pPr>
        <w:pStyle w:val="Heading2"/>
      </w:pPr>
      <w:r>
        <w:t>02  Information I used</w:t>
      </w:r>
    </w:p>
    <w:p w14:paraId="6CDC3C0E" w14:textId="77777777" w:rsidR="00D261DA" w:rsidRDefault="00000000">
      <w:r>
        <w:t>I used the weekly rental data from L. Smith: 42 Standard Bikes, 28 Electric Bikes, 31 Mountain Bikes and 15 Children’s Bikes.</w:t>
      </w:r>
    </w:p>
    <w:p w14:paraId="57F8DF85" w14:textId="77777777" w:rsidR="00D261DA" w:rsidRDefault="00000000">
      <w:pPr>
        <w:pStyle w:val="Heading2"/>
      </w:pPr>
      <w:r>
        <w:t>03  Changes I made</w:t>
      </w:r>
    </w:p>
    <w:p w14:paraId="01A3C384" w14:textId="77777777" w:rsidR="00D261DA" w:rsidRDefault="00000000">
      <w:r>
        <w:t>I entered the data into a table, calculated the overall total of 116 rentals and added each bike type’s share of the total. I made a column chart and highlighted Standard Bike as the most popular, with 42 hires.</w:t>
      </w:r>
    </w:p>
    <w:p w14:paraId="02905C66" w14:textId="77777777" w:rsidR="00D261DA" w:rsidRDefault="00000000">
      <w:pPr>
        <w:pStyle w:val="Heading2"/>
      </w:pPr>
      <w:r>
        <w:t>04  How I improved my work</w:t>
      </w:r>
    </w:p>
    <w:p w14:paraId="7735666E" w14:textId="77777777" w:rsidR="00D261DA" w:rsidRDefault="00000000">
      <w:r>
        <w:t>I checked that the four numbers add up to 116 and that the chart matches the table. I used navy and orange colours, clear labels and a short summary so the manager can find the main result quickly.</w:t>
      </w:r>
    </w:p>
    <w:p w14:paraId="21381BC0" w14:textId="1C06C9F3" w:rsidR="002D6E13" w:rsidRDefault="002D6E13"/>
    <w:sectPr w:rsidR="002D6E13" w:rsidSect="00034616">
      <w:pgSz w:w="12240" w:h="15840"/>
      <w:pgMar w:top="1152" w:right="1368" w:bottom="1152" w:left="13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8144195">
    <w:abstractNumId w:val="8"/>
  </w:num>
  <w:num w:numId="2" w16cid:durableId="439953669">
    <w:abstractNumId w:val="6"/>
  </w:num>
  <w:num w:numId="3" w16cid:durableId="2105415978">
    <w:abstractNumId w:val="5"/>
  </w:num>
  <w:num w:numId="4" w16cid:durableId="434135529">
    <w:abstractNumId w:val="4"/>
  </w:num>
  <w:num w:numId="5" w16cid:durableId="1422334501">
    <w:abstractNumId w:val="7"/>
  </w:num>
  <w:num w:numId="6" w16cid:durableId="75447189">
    <w:abstractNumId w:val="3"/>
  </w:num>
  <w:num w:numId="7" w16cid:durableId="1454052879">
    <w:abstractNumId w:val="2"/>
  </w:num>
  <w:num w:numId="8" w16cid:durableId="14187553">
    <w:abstractNumId w:val="1"/>
  </w:num>
  <w:num w:numId="9" w16cid:durableId="126754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5C2C"/>
    <w:rsid w:val="0029639D"/>
    <w:rsid w:val="002D6E13"/>
    <w:rsid w:val="00326F90"/>
    <w:rsid w:val="005752F9"/>
    <w:rsid w:val="00993E3D"/>
    <w:rsid w:val="00AA1D8D"/>
    <w:rsid w:val="00B47730"/>
    <w:rsid w:val="00B84C63"/>
    <w:rsid w:val="00CB0664"/>
    <w:rsid w:val="00D261D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F8A8B2"/>
  <w14:defaultImageDpi w14:val="300"/>
  <w15:docId w15:val="{2EC58958-2B4E-354C-9D27-004EC344D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240"/>
    </w:pPr>
    <w:rPr>
      <w:rFonts w:ascii="Calibri" w:hAnsi="Calibri"/>
      <w:color w:val="253143"/>
      <w:sz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nil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shabnam kauser</cp:lastModifiedBy>
  <cp:revision>5</cp:revision>
  <dcterms:created xsi:type="dcterms:W3CDTF">2013-12-23T23:15:00Z</dcterms:created>
  <dcterms:modified xsi:type="dcterms:W3CDTF">2026-10-25T00:57:00Z</dcterms:modified>
  <cp:category/>
</cp:coreProperties>
</file>